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Kingdom of God August 25, 2018</w:t>
      </w:r>
    </w:p>
    <w:p>
      <w:r>
        <w:t>https://www.youtube.com/watch?v=SrnWPkMbEQw</w:t>
      </w:r>
    </w:p>
    <w:p>
      <w:r>
        <w:rPr>
          <w:b/>
        </w:rPr>
        <w:t xml:space="preserve">[00:13] </w:t>
      </w:r>
      <w:r>
        <w:t>bismillah al-rahman al-rahim, wa salli allah ala nabi al-karim.</w:t>
      </w:r>
    </w:p>
    <w:p>
      <w:pPr>
        <w:jc w:val="right"/>
      </w:pPr>
      <w:r>
        <w:t>بسم اللہ الرحمن الرحیم، وصلی اللہ علی نبی الکریم۔</w:t>
      </w:r>
    </w:p>
    <w:p>
      <w:r>
        <w:rPr>
          <w:b/>
        </w:rPr>
        <w:t xml:space="preserve">[00:23] </w:t>
      </w:r>
      <w:r>
        <w:t>rab ishrah li sadri, wa yassir li amri, wa ahl al-uqdah min lisani, yafqah qawli.</w:t>
      </w:r>
    </w:p>
    <w:p>
      <w:pPr>
        <w:jc w:val="right"/>
      </w:pPr>
      <w:r>
        <w:t>رب اشرح لی صدری، ویسر لی امری، واحل العقدۃ من لسانی، یفقہ قولی۔</w:t>
      </w:r>
    </w:p>
    <w:p>
      <w:r>
        <w:rPr>
          <w:b/>
        </w:rPr>
        <w:t xml:space="preserve">[00:36] </w:t>
      </w:r>
      <w:r>
        <w:t>aaj ki baat ek ayat ko le kar hogi. pehle yeh ayat parhi jayegi, phir insha-allah is ke bare mein kuchh arz kiya jayega.</w:t>
      </w:r>
    </w:p>
    <w:p>
      <w:pPr>
        <w:jc w:val="right"/>
      </w:pPr>
      <w:r>
        <w:t>آج کی بات ایک آیت کو لے کر ہوگی۔ پہلے یہ آیت پڑھی جائے گی، پھر انشاءاللہ اس کے بارے میں کچھ عرض کیا جائے گ</w:t>
      </w:r>
    </w:p>
    <w:p>
      <w:r>
        <w:rPr>
          <w:b/>
        </w:rPr>
        <w:t xml:space="preserve">[00:48] </w:t>
      </w:r>
      <w:r>
        <w:t>a. bismillah al-rahman al-rahim. wa ma qadar allahu haqqa qadrihi, wa al-ard jami'an qabdatuhu yawm al-qiyamah, wa al-samawat matwiyat bi-yaminih.</w:t>
      </w:r>
    </w:p>
    <w:p>
      <w:pPr>
        <w:jc w:val="right"/>
      </w:pPr>
      <w:r>
        <w:t>ا۔ بسم اللہ الرحمن الرحیم۔ وما قدر اللہ حق قدرہ، والارض جمیعا قبضتہ یوم القیامہ، والسماوات مطویات بیمینہ۔</w:t>
      </w:r>
    </w:p>
    <w:p>
      <w:r>
        <w:rPr>
          <w:b/>
        </w:rPr>
        <w:t xml:space="preserve">[01:01] </w:t>
      </w:r>
      <w:r>
        <w:t>subhanahu wa ta'ala amma yushrikun. surah al-zumar, chepter number 39, vers number 67.</w:t>
      </w:r>
    </w:p>
    <w:p>
      <w:pPr>
        <w:jc w:val="right"/>
      </w:pPr>
      <w:r>
        <w:t>سبحانہ و تعالی عما یشرکون۔ سورہ الزمر، چیپٹر نمبر 39، ورس نمبر 67۔</w:t>
      </w:r>
    </w:p>
    <w:p>
      <w:r>
        <w:rPr>
          <w:b/>
        </w:rPr>
        <w:t xml:space="preserve">[01:13] </w:t>
      </w:r>
      <w:r>
        <w:t>aur logon ne allah ki qadar nah ki jaisa ke us ki qadar karne ka haq hai, aur zamin sari us ki mutthi mein hogi qayamat ke din, aur tamam aasman lipte honge us ke daen hath mein.</w:t>
      </w:r>
    </w:p>
    <w:p>
      <w:pPr>
        <w:jc w:val="right"/>
      </w:pPr>
      <w:r>
        <w:t>اور لوگوں نے اللہ کی قدر نہ کی جیسا کہ اس کی قدر کرنے کا حق ہے، اور زمین ساری اس کی مٹھی میں ہوگی قیامت کے دن، اور تمام آسمان لپٹے ہوں گے اس کے دائیں ہاتھ میں۔</w:t>
      </w:r>
    </w:p>
    <w:p>
      <w:r>
        <w:rPr>
          <w:b/>
        </w:rPr>
        <w:t xml:space="preserve">[01:26] </w:t>
      </w:r>
      <w:r>
        <w:t>woh pak aur bartar hai is shirk se jo yeh log karte hain.</w:t>
      </w:r>
    </w:p>
    <w:p>
      <w:pPr>
        <w:jc w:val="right"/>
      </w:pPr>
      <w:r>
        <w:t>وہ پاک اور برتر ہے اس شرک سے جو یہ لوگ کرتے ہیں۔</w:t>
      </w:r>
    </w:p>
    <w:p>
      <w:r>
        <w:rPr>
          <w:b/>
        </w:rPr>
        <w:t xml:space="preserve">[01:32] </w:t>
      </w:r>
      <w:r>
        <w:t>dekhiye, is ayat mein yeh kaha gaya hai.</w:t>
      </w:r>
    </w:p>
    <w:p>
      <w:pPr>
        <w:jc w:val="right"/>
      </w:pPr>
      <w:r>
        <w:t>دیکھیے، اس آیت میں یہ کہا گیا ہے</w:t>
      </w:r>
    </w:p>
    <w:p>
      <w:r>
        <w:rPr>
          <w:b/>
        </w:rPr>
        <w:t xml:space="preserve">[01:40] </w:t>
      </w:r>
      <w:r>
        <w:t>keh logon ne keh log allah rabb al-alamin ko underestimate kar rahe hain.</w:t>
      </w:r>
    </w:p>
    <w:p>
      <w:pPr>
        <w:jc w:val="right"/>
      </w:pPr>
      <w:r>
        <w:t>کہ لوگوں نے کہ لوگ اللہ رب العالمین کو انڈرسٹیبل کر رہے ہیں۔</w:t>
      </w:r>
    </w:p>
    <w:p>
      <w:r>
        <w:rPr>
          <w:b/>
        </w:rPr>
        <w:t xml:space="preserve">[01:52] </w:t>
      </w:r>
      <w:r>
        <w:t>log allah rabb al-alamin ko underestimate kar rahe hain,</w:t>
      </w:r>
    </w:p>
    <w:p>
      <w:pPr>
        <w:jc w:val="right"/>
      </w:pPr>
      <w:r>
        <w:t>لوگ اللہ رب العالمین کو انڈرسٹیبل کر رہے ہیں،</w:t>
      </w:r>
    </w:p>
    <w:p>
      <w:r>
        <w:rPr>
          <w:b/>
        </w:rPr>
        <w:t xml:space="preserve">[01:59] </w:t>
      </w:r>
      <w:r>
        <w:t>halanke us ki azmat yeh hai ke woh apne ek hath mein shayad zamin liye hue hain, aur dusre hath mein shayad aasman liye hue hain.</w:t>
      </w:r>
    </w:p>
    <w:p>
      <w:pPr>
        <w:jc w:val="right"/>
      </w:pPr>
      <w:r>
        <w:t>حالانکہ اس کی عظمت یہ ہے کہ وہ اپنے ایک ہاتھ میں شاید زمین لیے ہوئے ہیں، اور دوسرے ہاتھ میں شاید آسمان لیے ہوئے ہیں۔</w:t>
      </w:r>
    </w:p>
    <w:p>
      <w:r>
        <w:rPr>
          <w:b/>
        </w:rPr>
        <w:t xml:space="preserve">[02:17] </w:t>
      </w:r>
      <w:r>
        <w:t>yeh sari kainat, chunke yahan par qayamat ka lafz hai to log samajhte hain ke yeh waqia qayamat mein hoga.</w:t>
      </w:r>
    </w:p>
    <w:p>
      <w:pPr>
        <w:jc w:val="right"/>
      </w:pPr>
      <w:r>
        <w:t>یہ ساری کاکشائیں، چونکہ یہاں پر قیامت کا لفظ ہے تو لوگ سمجھتے ہیں کہ یہ واقعہ قیامت میں ہوگا۔</w:t>
      </w:r>
    </w:p>
    <w:p>
      <w:r>
        <w:rPr>
          <w:b/>
        </w:rPr>
        <w:t xml:space="preserve">[02:27] </w:t>
      </w:r>
      <w:r>
        <w:t>aisa nahin hai.</w:t>
      </w:r>
    </w:p>
    <w:p>
      <w:pPr>
        <w:jc w:val="right"/>
      </w:pPr>
      <w:r>
        <w:t>ایسا نہیں ہے۔</w:t>
      </w:r>
    </w:p>
    <w:p>
      <w:r>
        <w:rPr>
          <w:b/>
        </w:rPr>
        <w:t xml:space="preserve">[02:32] </w:t>
      </w:r>
      <w:r>
        <w:t>aaj jo hamari aankhon ke samne nahin hai, lekin qayamat mein woh hamari aankhon ke samne hoga. tab pata chalega ke hum to underestimate kar rahe the.</w:t>
      </w:r>
    </w:p>
    <w:p>
      <w:pPr>
        <w:jc w:val="right"/>
      </w:pPr>
      <w:r>
        <w:t>آج جو ہماری آنکھوں کے سامنے نہیں ہے، لیکن قیامت میں وہ ہماری آنکھوں کے سامنے ہوگا۔ تب پتہ چلے گا کہ ہم تو انڈرسٹیبل کر رہے تھے۔</w:t>
      </w:r>
    </w:p>
    <w:p>
      <w:r>
        <w:rPr>
          <w:b/>
        </w:rPr>
        <w:t xml:space="preserve">[02:47] </w:t>
      </w:r>
      <w:r>
        <w:t>jab aankhon ke samne yeh waqia ho jayega ke allah itna bada hai, itna bada hai, itna bada hai ke zamin o aasman ko apne hathon mein sambhal thame hue hain,</w:t>
      </w:r>
    </w:p>
    <w:p>
      <w:pPr>
        <w:jc w:val="right"/>
      </w:pPr>
      <w:r>
        <w:t>جب آنکھوں کے سامنے یہ واقعہ ہو جائے گا کہ اللہ اتنا بڑا ہے، اتنا بڑا ہے، اتنا بڑا ہے کہ زمین و آسمان کو اپنے ہاتھوں میں سنبھال تھامے ہوئے ہیں،</w:t>
      </w:r>
    </w:p>
    <w:p>
      <w:r>
        <w:rPr>
          <w:b/>
        </w:rPr>
        <w:t xml:space="preserve">[03:03] </w:t>
      </w:r>
      <w:r>
        <w:t>to jo khul jayega, tab un ko andaza hoga ke kitni badi bhool mein hum the,</w:t>
      </w:r>
    </w:p>
    <w:p>
      <w:pPr>
        <w:jc w:val="right"/>
      </w:pPr>
      <w:r>
        <w:t>تو جو کھل جائے گا، تب ان کو اندازہ ہوگا کہ کتنی بڑی بھول میں ہم تھے،</w:t>
      </w:r>
    </w:p>
    <w:p>
      <w:r>
        <w:rPr>
          <w:b/>
        </w:rPr>
        <w:t xml:space="preserve">[03:13] </w:t>
      </w:r>
      <w:r>
        <w:t>kitna bada hai khud allah rabb al-alamin. hum is ko underestimate kar rahe the.</w:t>
      </w:r>
    </w:p>
    <w:p>
      <w:pPr>
        <w:jc w:val="right"/>
      </w:pPr>
      <w:r>
        <w:t>کتنا بڑا ہے خود اللہ رب العالمین۔ ہم اس کو انڈرسٹیبل کر رہے تھے۔</w:t>
      </w:r>
    </w:p>
    <w:p>
      <w:r>
        <w:rPr>
          <w:b/>
        </w:rPr>
        <w:t xml:space="preserve">[03:23] </w:t>
      </w:r>
      <w:r>
        <w:t>to yeh ayat mujhe is tarah yaad aai ke aaj subah,</w:t>
      </w:r>
    </w:p>
    <w:p>
      <w:pPr>
        <w:jc w:val="right"/>
      </w:pPr>
      <w:r>
        <w:t>تو یہ آیت مجھے اس طرح یاد آئی کہ آج صبح،</w:t>
      </w:r>
    </w:p>
    <w:p>
      <w:r>
        <w:rPr>
          <w:b/>
        </w:rPr>
        <w:t xml:space="preserve">[03:33] </w:t>
      </w:r>
      <w:r>
        <w:t>aaj subah jab main utha to fajr ki namaz ke baad main bahar ja kar baith gaya, jaisa ke mera routine hai.</w:t>
      </w:r>
    </w:p>
    <w:p>
      <w:pPr>
        <w:jc w:val="right"/>
      </w:pPr>
      <w:r>
        <w:t>آج صبح جب میں اٹھا تو فجر کی نماز کے بعد میں باہر جا کر بیٹھ گیا، جیسا کہ میرا روٹین ہے۔</w:t>
      </w:r>
    </w:p>
    <w:p>
      <w:r>
        <w:rPr>
          <w:b/>
        </w:rPr>
        <w:t xml:space="preserve">[03:50] </w:t>
      </w:r>
      <w:r>
        <w:t>to ek anokhi baat mere zehen mein aai, ek anokha sawaal woh yeh ke main main kahan hoon?</w:t>
      </w:r>
    </w:p>
    <w:p>
      <w:pPr>
        <w:jc w:val="right"/>
      </w:pPr>
      <w:r>
        <w:t>تو ایک انوکھی بات میرے ذہن میں آئی، ایک انوکھا سوال وہ یہ کہ میں میں کہاں ہوں؟</w:t>
      </w:r>
    </w:p>
    <w:p>
      <w:r>
        <w:rPr>
          <w:b/>
        </w:rPr>
        <w:t xml:space="preserve">[04:03] </w:t>
      </w:r>
      <w:r>
        <w:t>us waqt andhera tha, abhi roshni nahin phaili thi, to mere zehen mein achanak aaya ke main kahan hoon?</w:t>
      </w:r>
    </w:p>
    <w:p>
      <w:pPr>
        <w:jc w:val="right"/>
      </w:pPr>
      <w:r>
        <w:t>اس وقت اندھیرا تھا، ابھی روشنی نہیں پھیلی تھی، تو میرے ذہن میں اچانک آیا کہ میں کہاں ہوں؟</w:t>
      </w:r>
    </w:p>
    <w:p>
      <w:r>
        <w:rPr>
          <w:b/>
        </w:rPr>
        <w:t xml:space="preserve">[04:14] </w:t>
      </w:r>
      <w:r>
        <w:t>jab walid ne kaha ke main dilli mein hoon,</w:t>
      </w:r>
    </w:p>
    <w:p>
      <w:pPr>
        <w:jc w:val="right"/>
      </w:pPr>
      <w:r>
        <w:t>جب والد نے کہا کہ میں دلی میں ہوں،</w:t>
      </w:r>
    </w:p>
    <w:p>
      <w:r>
        <w:rPr>
          <w:b/>
        </w:rPr>
        <w:t xml:space="preserve">[04:20] </w:t>
      </w:r>
      <w:r>
        <w:t>phir main ne socha ke dilli kahan hai?</w:t>
      </w:r>
    </w:p>
    <w:p>
      <w:pPr>
        <w:jc w:val="right"/>
      </w:pPr>
      <w:r>
        <w:t>پھر میں نے سوچا کہ دلی کہاں ہے؟</w:t>
      </w:r>
    </w:p>
    <w:p>
      <w:r>
        <w:rPr>
          <w:b/>
        </w:rPr>
        <w:t xml:space="preserve">[04:26] </w:t>
      </w:r>
      <w:r>
        <w:t>to mere walid ne kaha ke dilli india mein hai. phir main ne socha ke india kahan hai? to main ne socha ke india planet earth par hai.</w:t>
      </w:r>
    </w:p>
    <w:p>
      <w:pPr>
        <w:jc w:val="right"/>
      </w:pPr>
      <w:r>
        <w:t>تو میرے والد نے کہا کہ دلی انڈیا میں ہے۔ پھر میں نے سوچا کہ انڈیا کہاں ہے؟ تو میں نے سوچا کہ انڈیا پلینٹ ارتھ پر ہے۔</w:t>
      </w:r>
    </w:p>
    <w:p>
      <w:r>
        <w:rPr>
          <w:b/>
        </w:rPr>
        <w:t xml:space="preserve">[04:43] </w:t>
      </w:r>
      <w:r>
        <w:t>phir main ne socha ke yeh planet earth kahan hai? to main ne socha ke woh solar system ka ek part hai.</w:t>
      </w:r>
    </w:p>
    <w:p>
      <w:pPr>
        <w:jc w:val="right"/>
      </w:pPr>
      <w:r>
        <w:t>پھر میں نے سوچا کہ یہ پلینٹ ارتھ کہاں ہے؟ تو میں نے سوچا کہ وہ سولر سسٹم کا ایک پارٹ ہے۔</w:t>
      </w:r>
    </w:p>
    <w:p>
      <w:r>
        <w:rPr>
          <w:b/>
        </w:rPr>
        <w:t xml:space="preserve">[04:56] </w:t>
      </w:r>
      <w:r>
        <w:t>phir main ne socha ke solar system kahan hai? To meri aankhon ke samne woh naqsha aa gaya</w:t>
      </w:r>
    </w:p>
    <w:p>
      <w:pPr>
        <w:jc w:val="right"/>
      </w:pPr>
      <w:r>
        <w:t>پھر میں نے سوچا کہ سولر سسٹم کہاں ہے؟ تو میری آنکھوں کے سامنے وہ نقشہ آ گیا</w:t>
      </w:r>
    </w:p>
    <w:p>
      <w:r>
        <w:rPr>
          <w:b/>
        </w:rPr>
        <w:t xml:space="preserve">[05:06] </w:t>
      </w:r>
      <w:r>
        <w:t>jo main ne dekha hai</w:t>
      </w:r>
    </w:p>
    <w:p>
      <w:pPr>
        <w:jc w:val="right"/>
      </w:pPr>
      <w:r>
        <w:t>جو میں نے دیکھا ہے</w:t>
      </w:r>
    </w:p>
    <w:p>
      <w:r>
        <w:rPr>
          <w:b/>
        </w:rPr>
        <w:t xml:space="preserve">[05:10] </w:t>
      </w:r>
      <w:r>
        <w:t>ke yeh galaxy hamari hai jo hum Milky Way kehte hain, is ke ek taraf hai poora poora ka poora solar system.</w:t>
      </w:r>
    </w:p>
    <w:p>
      <w:pPr>
        <w:jc w:val="right"/>
      </w:pPr>
      <w:r>
        <w:t>کہ یہ گلیکسی ہماری ہے جو ہم ملکی وے کہتے ہیں، اس کے ایک طرف ہے پورا پورا کا پورا سولر سسٹم۔</w:t>
      </w:r>
    </w:p>
    <w:p>
      <w:r>
        <w:rPr>
          <w:b/>
        </w:rPr>
        <w:t xml:space="preserve">[05:21] </w:t>
      </w:r>
      <w:r>
        <w:t>is tarah se jab main ne socha,</w:t>
      </w:r>
    </w:p>
    <w:p>
      <w:pPr>
        <w:jc w:val="right"/>
      </w:pPr>
      <w:r>
        <w:t>اس طریقے سے جب میں نے سوچا،</w:t>
      </w:r>
    </w:p>
    <w:p>
      <w:r>
        <w:rPr>
          <w:b/>
        </w:rPr>
        <w:t xml:space="preserve">[05:26] </w:t>
      </w:r>
      <w:r>
        <w:t>tab mere samne aaya ke woh woh woh woh baat to aaji hai, woh waqea to aaji hai</w:t>
      </w:r>
    </w:p>
    <w:p>
      <w:pPr>
        <w:jc w:val="right"/>
      </w:pPr>
      <w:r>
        <w:t>تب میرے سامنے آیا کہ وہ وہ وہ وہ بات تو عاجی ہے، وہ واقعہ تو عاجی ہے</w:t>
      </w:r>
    </w:p>
    <w:p>
      <w:r>
        <w:rPr>
          <w:b/>
        </w:rPr>
        <w:t xml:space="preserve">[05:38] </w:t>
      </w:r>
      <w:r>
        <w:t>ke hamari poori duniya, yeh poora solar system, poori galaxy, yeh poora space,</w:t>
      </w:r>
    </w:p>
    <w:p>
      <w:pPr>
        <w:jc w:val="right"/>
      </w:pPr>
      <w:r>
        <w:t>کہ ہماری پوری دنیا، یہ پورا سولر سسٹم، پوری گلیکسی، یہ پورا اسپیس،</w:t>
      </w:r>
    </w:p>
    <w:p>
      <w:r>
        <w:rPr>
          <w:b/>
        </w:rPr>
        <w:t xml:space="preserve">[05:52] </w:t>
      </w:r>
      <w:r>
        <w:t>to rab-ul-alameen ki azmat itni zyada hai ke woh in sab ko apne hath mein liye hue hai.</w:t>
      </w:r>
    </w:p>
    <w:p>
      <w:pPr>
        <w:jc w:val="right"/>
      </w:pPr>
      <w:r>
        <w:t>تو رب العالمین کی عظمت اتنی زیادہ ہے کہ وہ ان سب کو اپنے ہاتھ میں لیے ہوئے ہیں۔</w:t>
      </w:r>
    </w:p>
    <w:p>
      <w:r>
        <w:rPr>
          <w:b/>
        </w:rPr>
        <w:t xml:space="preserve">[06:05] </w:t>
      </w:r>
      <w:r>
        <w:t>yeh sochte hue maine to ek wohi thartharahat paida ho gayi jo rasool Allah ke bare mein aata hai.</w:t>
      </w:r>
    </w:p>
    <w:p>
      <w:pPr>
        <w:jc w:val="right"/>
      </w:pPr>
      <w:r>
        <w:t>یہ سوچتے ہوئے میں نے تو ایک وہی تھرتھراہٹ پیدا ہوگئی جو رسول اللہ کے بارے میں آتا ہے۔</w:t>
      </w:r>
    </w:p>
    <w:p>
      <w:r>
        <w:rPr>
          <w:b/>
        </w:rPr>
        <w:t xml:space="preserve">[06:17] </w:t>
      </w:r>
      <w:r>
        <w:t>ek hadith hai ke aap ne yeh ayat padhi</w:t>
      </w:r>
    </w:p>
    <w:p>
      <w:pPr>
        <w:jc w:val="right"/>
      </w:pPr>
      <w:r>
        <w:t>ایک حدیث ہے کہ آپ نے یہ آیت پڑھی</w:t>
      </w:r>
    </w:p>
    <w:p>
      <w:r>
        <w:rPr>
          <w:b/>
        </w:rPr>
        <w:t xml:space="preserve">[06:24] </w:t>
      </w:r>
      <w:r>
        <w:t>member par, madine ka jo member tha, us ke upar khutba dene ke liye khade hue to aap ne yeh ayat padhi.</w:t>
      </w:r>
    </w:p>
    <w:p>
      <w:pPr>
        <w:jc w:val="right"/>
      </w:pPr>
      <w:r>
        <w:t>ممبر پر، مدینے کا جو ممبر تھا، اس کے اوپر آپ خطبہ دینے کے لیے کھڑے ہوئے تو آپ نے یہ آیت پڑھی۔</w:t>
      </w:r>
    </w:p>
    <w:p>
      <w:r>
        <w:rPr>
          <w:b/>
        </w:rPr>
        <w:t xml:space="preserve">[06:38] </w:t>
      </w:r>
      <w:r>
        <w:t>yeh ayat padhte hue aap ke body mein thartharahat paida ho gayi, aap hilne lage. Sahabi kehte hain ke hum ko aisa laga ke aap member par se gir pade hain.</w:t>
      </w:r>
    </w:p>
    <w:p>
      <w:pPr>
        <w:jc w:val="right"/>
      </w:pPr>
      <w:r>
        <w:t>یہ آیت پڑھتے ہوئے آپ کے باڈی میں تھرتھراہٹ پیدا ہوگئی، آپ ہلنے لگے۔ صحابی کہتے ہیں کہ ہم کو ایسا لگا کہ آپ ممبر پر سے گر پڑے ہیں۔</w:t>
      </w:r>
    </w:p>
    <w:p>
      <w:r>
        <w:rPr>
          <w:b/>
        </w:rPr>
        <w:t xml:space="preserve">[06:55] </w:t>
      </w:r>
      <w:r>
        <w:t>yeh kaise?</w:t>
      </w:r>
    </w:p>
    <w:p>
      <w:pPr>
        <w:jc w:val="right"/>
      </w:pPr>
      <w:r>
        <w:t>یہ کیسے؟</w:t>
      </w:r>
    </w:p>
    <w:p>
      <w:r>
        <w:rPr>
          <w:b/>
        </w:rPr>
        <w:t xml:space="preserve">[07:00] </w:t>
      </w:r>
      <w:r>
        <w:t>to maine socha ke main madine ka woh member har jagah hai kyunke woh aap ka soch jo hai, aap ki jo mind hai, woh create karta hai madine ke member ko.</w:t>
      </w:r>
    </w:p>
    <w:p>
      <w:pPr>
        <w:jc w:val="right"/>
      </w:pPr>
      <w:r>
        <w:t>تو میں نے سوچا کہ میں مدینے کا وہ ممبر ہر جگہ ہے کیونکہ وہ آپ کا سوچ جو ہے، آپ کی جو مائنڈ ہے، وہ کریٹ کرتا ہے مدینے کے ممبر کو۔</w:t>
      </w:r>
    </w:p>
    <w:p>
      <w:r>
        <w:rPr>
          <w:b/>
        </w:rPr>
        <w:t xml:space="preserve">[07:14] </w:t>
      </w:r>
      <w:r>
        <w:t>jaise mere mind mein create kiya.</w:t>
      </w:r>
    </w:p>
    <w:p>
      <w:pPr>
        <w:jc w:val="right"/>
      </w:pPr>
      <w:r>
        <w:t>جیسے میرے مائنڈ میں کریٹ کیا۔</w:t>
      </w:r>
    </w:p>
    <w:p>
      <w:r>
        <w:rPr>
          <w:b/>
        </w:rPr>
        <w:t xml:space="preserve">[07:21] </w:t>
      </w:r>
      <w:r>
        <w:t>jab aap is tarah sochein,</w:t>
      </w:r>
    </w:p>
    <w:p>
      <w:pPr>
        <w:jc w:val="right"/>
      </w:pPr>
      <w:r>
        <w:t>جب آپ اس طرح سوچیں،</w:t>
      </w:r>
    </w:p>
    <w:p>
      <w:r>
        <w:rPr>
          <w:b/>
        </w:rPr>
        <w:t xml:space="preserve">[07:32] </w:t>
      </w:r>
      <w:r>
        <w:t>jaise maine padha tha ke ek astronaut is space mein gaya, Carl Madsen tha woh,</w:t>
      </w:r>
    </w:p>
    <w:p>
      <w:pPr>
        <w:jc w:val="right"/>
      </w:pPr>
      <w:r>
        <w:t>جیسے میں نے پڑھا تھا کہ ایک آسٹروناٹ اس اسپیس میں گیا، کارل مڈرسن تھا وہ،</w:t>
      </w:r>
    </w:p>
    <w:p>
      <w:r>
        <w:rPr>
          <w:b/>
        </w:rPr>
        <w:t xml:space="preserve">[07:48] </w:t>
      </w:r>
      <w:r>
        <w:t>to us ne zameen ke chakkar lagaye.</w:t>
      </w:r>
    </w:p>
    <w:p>
      <w:pPr>
        <w:jc w:val="right"/>
      </w:pPr>
      <w:r>
        <w:t>تو اس نے زمین کے چکر لگائے۔</w:t>
      </w:r>
    </w:p>
    <w:p>
      <w:r>
        <w:rPr>
          <w:b/>
        </w:rPr>
        <w:t xml:space="preserve">[07:57] </w:t>
      </w:r>
      <w:r>
        <w:t>phir woh utra, woh space se zameen par utra</w:t>
      </w:r>
    </w:p>
    <w:p>
      <w:pPr>
        <w:jc w:val="right"/>
      </w:pPr>
      <w:r>
        <w:t>پھر وہ اترا، وہ اسپیس سے زمین پر اترا</w:t>
      </w:r>
    </w:p>
    <w:p>
      <w:r>
        <w:rPr>
          <w:b/>
        </w:rPr>
        <w:t xml:space="preserve">[08:03] </w:t>
      </w:r>
      <w:r>
        <w:t>to us mein tasveer bani hui thi, us ki photo ke jab woh zameen par utra aur jab woh apne space craft se bahar aaya</w:t>
      </w:r>
    </w:p>
    <w:p>
      <w:pPr>
        <w:jc w:val="right"/>
      </w:pPr>
      <w:r>
        <w:t>تو اس میں تصویر بنی ہوئی تھی، اس کی فوٹو کہ جب وہ زمین پر اترا اور جب وہ اپنے اسپیس کرافٹ سے باہر آیا</w:t>
      </w:r>
    </w:p>
    <w:p>
      <w:r>
        <w:rPr>
          <w:b/>
        </w:rPr>
        <w:t xml:space="preserve">[08:19] </w:t>
      </w:r>
      <w:r>
        <w:t>to achaanak woh bilkul sajde mein gir pada. Us ka photo samne sahaba alaihi salam hain, sajde ki halat mein.</w:t>
      </w:r>
    </w:p>
    <w:p>
      <w:pPr>
        <w:jc w:val="right"/>
      </w:pPr>
      <w:r>
        <w:t>تو اچانک وہ بالکل سجدے میں گر پڑا۔ اس کا فوٹو سامنے صحابہ علیہ السلام ہیں، سجدے کی حالت میں۔</w:t>
      </w:r>
    </w:p>
    <w:p>
      <w:r>
        <w:rPr>
          <w:b/>
        </w:rPr>
        <w:t xml:space="preserve">[08:35] </w:t>
      </w:r>
      <w:r>
        <w:t>yaani space mein itna zyada us ko laga hoga ke bhai itne bade vast universe mein kahan hoon, kahan hoon, kahan hoon.</w:t>
      </w:r>
    </w:p>
    <w:p>
      <w:pPr>
        <w:jc w:val="right"/>
      </w:pPr>
      <w:r>
        <w:t>یعنی اسپیس میں اتنا زیادہ اس کو لگا ہوگا کہ بھائی اتنے بڑے واسٹ ریورس میں کہاں ہوں، کہاں ہوں، کہاں ہوں۔</w:t>
      </w:r>
    </w:p>
    <w:p>
      <w:r>
        <w:rPr>
          <w:b/>
        </w:rPr>
        <w:t xml:space="preserve">[08:49] </w:t>
      </w:r>
      <w:r>
        <w:t>jab woh zameen par utra hoga, tab us ko apna location maloom hua hoga. Is کیفیت mein woh sajde mein gir pada.</w:t>
      </w:r>
    </w:p>
    <w:p>
      <w:pPr>
        <w:jc w:val="right"/>
      </w:pPr>
      <w:r>
        <w:t>جب وہ زمین پر اترا ہوگا، تب اس کو اپنا لوکیشن معلوم ہوا ہوگا۔ اس کیفیت میں وہ سجدے میں گر پڑا۔</w:t>
      </w:r>
    </w:p>
    <w:p>
      <w:r>
        <w:rPr>
          <w:b/>
        </w:rPr>
        <w:t xml:space="preserve">[09:04] </w:t>
      </w:r>
      <w:r>
        <w:t>to yeh sari cheez is ayat mein, is hadith mein hai</w:t>
      </w:r>
    </w:p>
    <w:p>
      <w:pPr>
        <w:jc w:val="right"/>
      </w:pPr>
      <w:r>
        <w:t>تو یہ ساری چیز اس آیت میں، اس حدیث میں ہے</w:t>
      </w:r>
    </w:p>
    <w:p>
      <w:r>
        <w:rPr>
          <w:b/>
        </w:rPr>
        <w:t xml:space="preserve">[09:11] </w:t>
      </w:r>
      <w:r>
        <w:t>ke sari yeh jo ayat hai,</w:t>
      </w:r>
    </w:p>
    <w:p>
      <w:pPr>
        <w:jc w:val="right"/>
      </w:pPr>
      <w:r>
        <w:t>کہ ساری یہ جو آیت ہے،</w:t>
      </w:r>
    </w:p>
    <w:p>
      <w:r>
        <w:rPr>
          <w:b/>
        </w:rPr>
        <w:t xml:space="preserve">[09:17] </w:t>
      </w:r>
      <w:r>
        <w:t>is ka matlab yeh hai ke is sari universe, itni badi jo universe hai, woh Allah rab-ul-alameen ki kingdom hai.</w:t>
      </w:r>
    </w:p>
    <w:p>
      <w:pPr>
        <w:jc w:val="right"/>
      </w:pPr>
      <w:r>
        <w:t>اس کا مطلب یہ ہے کہ اس ساری یونیورس، اتنی بڑی جو یونیورس ہے، وہ اللہ رب العالمین کی کی کنگڈم ہے۔</w:t>
      </w:r>
    </w:p>
    <w:p>
      <w:r>
        <w:rPr>
          <w:b/>
        </w:rPr>
        <w:t xml:space="preserve">[09:31] </w:t>
      </w:r>
      <w:r>
        <w:t>uski hukumat sari us par qaim hai. Jaise ke doosri jagah aata hai: "wasi'a kursi-yuhus-samawati wal-ard".</w:t>
      </w:r>
    </w:p>
    <w:p>
      <w:pPr>
        <w:jc w:val="right"/>
      </w:pPr>
      <w:r>
        <w:t>اس کی حکومت ساری اس پر قائم ہے۔ جیسے کہ دوسری جگہ آتا ہے: "وسیع کرسی ہو سماوات ورس"۔</w:t>
      </w:r>
    </w:p>
    <w:p>
      <w:r>
        <w:rPr>
          <w:b/>
        </w:rPr>
        <w:t xml:space="preserve">[09:41] </w:t>
      </w:r>
      <w:r>
        <w:t>kya tarjuma hai is ka English mein?</w:t>
      </w:r>
    </w:p>
    <w:p>
      <w:pPr>
        <w:jc w:val="right"/>
      </w:pPr>
      <w:r>
        <w:t>کیا ترجمہ ہے اس کا انگلش میں؟</w:t>
      </w:r>
    </w:p>
    <w:p>
      <w:r>
        <w:rPr>
          <w:b/>
        </w:rPr>
        <w:t xml:space="preserve">[09:46] </w:t>
      </w:r>
      <w:r>
        <w:t>"And his throne extends over the heaven and the earth". Haan, "wasi'a kursi-yuhus-samawati wal-ard" ka tarjuma yeh hai ke "his throne extends over the heaven and the earth".</w:t>
      </w:r>
    </w:p>
    <w:p>
      <w:pPr>
        <w:jc w:val="right"/>
      </w:pPr>
      <w:r>
        <w:t>"اینڈ ہز تھرون ایکسٹینڈز اوور دا ہیون اینڈ دا ارتھ"۔ ہاں، "وسیع کرسی و سماوات" کا ترجمہ یہ ہے کہ "ہز تھرون ایکسٹینڈز اوور دی ہیون اینڈ دی ارتھ"۔</w:t>
      </w:r>
    </w:p>
    <w:p>
      <w:r>
        <w:rPr>
          <w:b/>
        </w:rPr>
        <w:t xml:space="preserve">[10:03] </w:t>
      </w:r>
      <w:r>
        <w:t>yaani itna bada us ka saltanat hai. Kursi ka matlab hai uthta hai sovereignty, iqtidaar.</w:t>
      </w:r>
    </w:p>
    <w:p>
      <w:pPr>
        <w:jc w:val="right"/>
      </w:pPr>
      <w:r>
        <w:t>یعنی اتنا بڑا اس کا سلطنت ہے۔ کرسی کا مطلب ہے اٹھتا ہے سورنٹی، اقتدار۔</w:t>
      </w:r>
    </w:p>
    <w:p>
      <w:r>
        <w:rPr>
          <w:b/>
        </w:rPr>
        <w:t xml:space="preserve">[10:15] </w:t>
      </w:r>
      <w:r>
        <w:t>jo khaliq hai, us ka itna bara us ka saltanat hai ke poori universe ko samaye hua hai.</w:t>
      </w:r>
    </w:p>
    <w:p>
      <w:pPr>
        <w:jc w:val="right"/>
      </w:pPr>
      <w:r>
        <w:t>جو خالق ہے، اس کا اتنا بڑا اس کا سلطنت ہے کہ پوری یونیورس کو سمائے ہوا ہے۔</w:t>
      </w:r>
    </w:p>
    <w:p>
      <w:r>
        <w:rPr>
          <w:b/>
        </w:rPr>
        <w:t xml:space="preserve">[10:33] </w:t>
      </w:r>
      <w:r>
        <w:t>to kaisi heebat taari hoti hai soch kar ke. aap is tarah sochein ke main khalq mein hoon, main solar system mein hoon, main galaxy mein hoon,</w:t>
      </w:r>
    </w:p>
    <w:p>
      <w:pPr>
        <w:jc w:val="right"/>
      </w:pPr>
      <w:r>
        <w:t>تو کیسی ہیبت طاری ہوتی ہے سوچ کر کے۔ آپ اس طرح سوچیں کہ میں خلق میں ہوں، میں سولر سسٹم میں ہوں، میں گلیکسی میں ہوں،</w:t>
      </w:r>
    </w:p>
    <w:p>
      <w:r>
        <w:rPr>
          <w:b/>
        </w:rPr>
        <w:t xml:space="preserve">[10:48] </w:t>
      </w:r>
      <w:r>
        <w:t>aur yeh sara jo hai khaliq ki muthi mein hai.</w:t>
      </w:r>
    </w:p>
    <w:p>
      <w:pPr>
        <w:jc w:val="right"/>
      </w:pPr>
      <w:r>
        <w:t>اور یہ سارا جو ہے خالق کی مٹھی میں ہے۔</w:t>
      </w:r>
    </w:p>
    <w:p>
      <w:r>
        <w:rPr>
          <w:b/>
        </w:rPr>
        <w:t xml:space="preserve">[10:58] </w:t>
      </w:r>
      <w:r>
        <w:t>to is waqt kya hota hai? aap ka tasawwur "kingdom of god" ko dekhne lagte hain aap, aur aap is ka tiny part ban jate hain.</w:t>
      </w:r>
    </w:p>
    <w:p>
      <w:pPr>
        <w:jc w:val="right"/>
      </w:pPr>
      <w:r>
        <w:t>تو اس وقت کیا ہوتا ہے؟ آپ کا تصور "کنگڈم آف گاڈ" کو دیکھنے لگتے ہیں آپ، اور آپ اس کا ٹائن پارٹ بن جاتے ہیں۔</w:t>
      </w:r>
    </w:p>
    <w:p>
      <w:r>
        <w:rPr>
          <w:b/>
        </w:rPr>
        <w:t xml:space="preserve">[11:13] </w:t>
      </w:r>
      <w:r>
        <w:t>jab yeh sab sochein aap to aap aap ke tasawwur mein poori "kingdom of god" aa jati hai aap ki soch mein,</w:t>
      </w:r>
    </w:p>
    <w:p>
      <w:pPr>
        <w:jc w:val="right"/>
      </w:pPr>
      <w:r>
        <w:t>جب یہ سب سوچیں آپ تو آپ آپ کے تصور میں پوری "کنگڈم آف گاڈ" آ جاتی ہے آپ کی سوچ میں،</w:t>
      </w:r>
    </w:p>
    <w:p>
      <w:r>
        <w:rPr>
          <w:b/>
        </w:rPr>
        <w:t xml:space="preserve">[11:31] </w:t>
      </w:r>
      <w:r>
        <w:t>aur aap is ka aik tiny part ban jate hain.</w:t>
      </w:r>
    </w:p>
    <w:p>
      <w:pPr>
        <w:jc w:val="right"/>
      </w:pPr>
      <w:r>
        <w:t>اور آپ اس کا ایک ٹائنی پارٹ بن جاتے ہیں۔</w:t>
      </w:r>
    </w:p>
    <w:p>
      <w:r>
        <w:rPr>
          <w:b/>
        </w:rPr>
        <w:t xml:space="preserve">[11:38] </w:t>
      </w:r>
      <w:r>
        <w:t>main yeh sab soch raha tha to maine socha ke</w:t>
      </w:r>
    </w:p>
    <w:p>
      <w:pPr>
        <w:jc w:val="right"/>
      </w:pPr>
      <w:r>
        <w:t>میں یہ سب سوچ رہا تھا تو میں نے سوچا کہ</w:t>
      </w:r>
    </w:p>
    <w:p>
      <w:r>
        <w:rPr>
          <w:b/>
        </w:rPr>
        <w:t xml:space="preserve">[11:47] </w:t>
      </w:r>
      <w:r>
        <w:t>jin logon ne yeh nazariya nikala ke hamein dunya mein hukoomat elahiya qaim karna hai,</w:t>
      </w:r>
    </w:p>
    <w:p>
      <w:pPr>
        <w:jc w:val="right"/>
      </w:pPr>
      <w:r>
        <w:t>جن لوگوں نے یہ نظریہ نکالا کہ ہمیں دنیا میں حکومت الہیہ قائم کرنا ہے،</w:t>
      </w:r>
    </w:p>
    <w:p>
      <w:r>
        <w:rPr>
          <w:b/>
        </w:rPr>
        <w:t xml:space="preserve">[11:59] </w:t>
      </w:r>
      <w:r>
        <w:t>dunya mein hamein hukoomat elahiya qaim karna hai, inhi ke bare mein shayad yeh alfaaz hain ke unhone Allah ko understand kiya.</w:t>
      </w:r>
    </w:p>
    <w:p>
      <w:pPr>
        <w:jc w:val="right"/>
      </w:pPr>
      <w:r>
        <w:t>دنیا میں ہمیں حکومت الہیہ قائم کرنا ہے، انہی کے بارے میں شاید یہ الفاظ ہیں کہ انہوں نے اللہ کو انڈرسٹیبل کیا۔</w:t>
      </w:r>
    </w:p>
    <w:p>
      <w:r>
        <w:rPr>
          <w:b/>
        </w:rPr>
        <w:t xml:space="preserve">[12:12] </w:t>
      </w:r>
      <w:r>
        <w:t>jin logon ne nazariya banaya ke hum ko</w:t>
      </w:r>
    </w:p>
    <w:p>
      <w:pPr>
        <w:jc w:val="right"/>
      </w:pPr>
      <w:r>
        <w:t>جن لوگوں نے نظریہ بنایا کہ ہم کو</w:t>
      </w:r>
    </w:p>
    <w:p>
      <w:r>
        <w:rPr>
          <w:b/>
        </w:rPr>
        <w:t xml:space="preserve">[12:19] </w:t>
      </w:r>
      <w:r>
        <w:t>dunya mein hukoomat, khuda hukoomat, hukoomat qaim karna hai, to unhone Allah ko undrstable kiya. Allah ki hukoomat to poore universe mein already qaim hai,</w:t>
      </w:r>
    </w:p>
    <w:p>
      <w:pPr>
        <w:jc w:val="right"/>
      </w:pPr>
      <w:r>
        <w:t>دنیا میں حکومت، خدا حکومت، حکومت قائم کرنا ہے، تو انہوں نے اللہ کو انڈرسٹیبل کیا۔ اللہ کی حکومت تو پورے یونیورس میں الریڈی قائم ہے،</w:t>
      </w:r>
    </w:p>
    <w:p>
      <w:r>
        <w:rPr>
          <w:b/>
        </w:rPr>
        <w:t xml:space="preserve">[12:33] </w:t>
      </w:r>
      <w:r>
        <w:t>already. aap kya qaim karein ge?</w:t>
      </w:r>
    </w:p>
    <w:p>
      <w:pPr>
        <w:jc w:val="right"/>
      </w:pPr>
      <w:r>
        <w:t>الریڈی۔ آپ کیا قائم کریں گے؟</w:t>
      </w:r>
    </w:p>
    <w:p>
      <w:r>
        <w:rPr>
          <w:b/>
        </w:rPr>
        <w:t xml:space="preserve">[12:42] </w:t>
      </w:r>
      <w:r>
        <w:t>dekhiye, yeh saada baat nahi hai, yeh saada baat nahi hai. agar aap ka yeh ki soch yeh ho, agar aap ki soch yeh ho ke hamein dunya mein hukoomat elahiya qaim karna hai to aap ki psychology kya banti hai?</w:t>
      </w:r>
    </w:p>
    <w:p>
      <w:pPr>
        <w:jc w:val="right"/>
      </w:pPr>
      <w:r>
        <w:t>دیکھیے، یہ سادہ بات نہیں ہے، یہ سادہ بات نہیں ہے۔ اگر آپ کا یہ کی سوچ یہ ہو، اگر آپ کی سوچ یہ ہو کہ ہمیں دنیا میں حکومت الہیہ قائم کرنا ہے تو آپ کی سائیکالوجی کیا بنتی ہے؟</w:t>
      </w:r>
    </w:p>
    <w:p>
      <w:r>
        <w:rPr>
          <w:b/>
        </w:rPr>
        <w:t xml:space="preserve">[13:10] </w:t>
      </w:r>
      <w:r>
        <w:t>psychology rulers ki banti hai. rulers: "we are the rulers in behalf of god almighty".</w:t>
      </w:r>
    </w:p>
    <w:p>
      <w:pPr>
        <w:jc w:val="right"/>
      </w:pPr>
      <w:r>
        <w:t>سائیکالوجی رولرز کی بنتی ہے۔ رولرز: "وی آر دا رولرز ان بہاف آف گاڈ المائٹی"۔</w:t>
      </w:r>
    </w:p>
    <w:p>
      <w:r>
        <w:rPr>
          <w:b/>
        </w:rPr>
        <w:t xml:space="preserve">[13:20] </w:t>
      </w:r>
      <w:r>
        <w:t>yani khuda ke behalf mein aap ruler ban jate hain, jabke doosri shakal mein aap rolled ban jate hain.</w:t>
      </w:r>
    </w:p>
    <w:p>
      <w:pPr>
        <w:jc w:val="right"/>
      </w:pPr>
      <w:r>
        <w:t>یعنی خدا کے بہاف میں آپ رولر بن جاتے ہیں، جبکہ دوسری شکل میں آپ رولڈ بن جاتے ہیں۔</w:t>
      </w:r>
    </w:p>
    <w:p>
      <w:r>
        <w:rPr>
          <w:b/>
        </w:rPr>
        <w:t xml:space="preserve">[13:32] </w:t>
      </w:r>
      <w:r>
        <w:t>rolled yani aik hai hakim ki nafsiyat, aik hai mahkoom ki nafsiyat. aur phir is se bhi zara buri baat kya hai?</w:t>
      </w:r>
    </w:p>
    <w:p>
      <w:pPr>
        <w:jc w:val="right"/>
      </w:pPr>
      <w:r>
        <w:t>رولڈ یعنی ایک ہے حاکم کی نفسیات، ایک ہے محکوم کی نفسیات۔ اور پھر اس سے بھی ذرا بری بات کیا ہے؟</w:t>
      </w:r>
    </w:p>
    <w:p>
      <w:r>
        <w:rPr>
          <w:b/>
        </w:rPr>
        <w:t xml:space="preserve">[13:45] </w:t>
      </w:r>
      <w:r>
        <w:t>agar koi choti moti aap kuch qaim kar lein, koi empire, mughal empire, turkish empire, abasiyat empire, zahir hai ke woh bohat hi choti moti hai woh,</w:t>
      </w:r>
    </w:p>
    <w:p>
      <w:pPr>
        <w:jc w:val="right"/>
      </w:pPr>
      <w:r>
        <w:t>اگر کوئی چھوٹی موٹی آپ کچھ قائم کر لیں، کوئی ایمپائر، مغل ایمپائر، ٹرٹکش ایمپائر، عباسیت ایمپائر، ظاہر ہے کہ وہ بہت ہی چھوٹی موٹی ہے وہ،</w:t>
      </w:r>
    </w:p>
    <w:p>
      <w:r>
        <w:rPr>
          <w:b/>
        </w:rPr>
        <w:t xml:space="preserve">[13:59] </w:t>
      </w:r>
      <w:r>
        <w:t>aur woh is dunya ki cheen jhappat mein cheen jaye aap se to kya hoga?</w:t>
      </w:r>
    </w:p>
    <w:p>
      <w:pPr>
        <w:jc w:val="right"/>
      </w:pPr>
      <w:r>
        <w:t>اور وہ اس دنیا کی چھین جھپٹ میں چھین جائے آپ سے تو کیا ہوگا؟</w:t>
      </w:r>
    </w:p>
    <w:p>
      <w:r>
        <w:rPr>
          <w:b/>
        </w:rPr>
        <w:t xml:space="preserve">[14:08] </w:t>
      </w:r>
      <w:r>
        <w:t>aap aap ki psychology sari dunya ka ko apna dushman samjhein ge, dushman ke unhone hamari hukoomat cheen rakhi hai.</w:t>
      </w:r>
    </w:p>
    <w:p>
      <w:pPr>
        <w:jc w:val="right"/>
      </w:pPr>
      <w:r>
        <w:t>آپ آپ کی سائیکالوجی ساری دنیا کا کو اپنا دشمن سمجھیں گے، دشمن کہ انہوں نے ہماری حکومت چھین رکھی ہے۔</w:t>
      </w:r>
    </w:p>
    <w:p>
      <w:r>
        <w:rPr>
          <w:b/>
        </w:rPr>
        <w:t xml:space="preserve">[14:21] </w:t>
      </w:r>
      <w:r>
        <w:t>sari dunya mein yani hamari hukoomat cheen rakhi hai.</w:t>
      </w:r>
    </w:p>
    <w:p>
      <w:pPr>
        <w:jc w:val="right"/>
      </w:pPr>
      <w:r>
        <w:t>ساری دنیا میں یعنی ہماری حکومت چھین رکھی ہے۔</w:t>
      </w:r>
    </w:p>
    <w:p>
      <w:r>
        <w:rPr>
          <w:b/>
        </w:rPr>
        <w:t xml:space="preserve">[14:29] </w:t>
      </w:r>
      <w:r>
        <w:t>yeh sochte hue bhi so mein irada aaya ke kya waja hai ke musalman itne negative ho rahe hain? kyunke musalman samajhte the ke hum</w:t>
      </w:r>
    </w:p>
    <w:p>
      <w:pPr>
        <w:jc w:val="right"/>
      </w:pPr>
      <w:r>
        <w:t>یہ سوچتے ہوئے بھی سو میں اراد آیا کہ کیا وجہ ہے کہ مسلمان اتنے نیگیٹیو ہو رہے ہیں؟ کیونکہ مسلمان سمجھتے تھے کہ ہم</w:t>
      </w:r>
    </w:p>
    <w:p>
      <w:r>
        <w:rPr>
          <w:b/>
        </w:rPr>
        <w:t xml:space="preserve">[14:43] </w:t>
      </w:r>
      <w:r>
        <w:t>Allah ki taraf se dunya par Allah ke khaleefa hain, dunya Allah ki taraf se hakim hain. achha,</w:t>
      </w:r>
    </w:p>
    <w:p>
      <w:pPr>
        <w:jc w:val="right"/>
      </w:pPr>
      <w:r>
        <w:t>اللہ کی طرف سے دنیا پر اللہ کے خلیفہ ہیں، دنیا اللہ کی طرف سے حاکم ہیں۔ اچھا،</w:t>
      </w:r>
    </w:p>
    <w:p>
      <w:r>
        <w:rPr>
          <w:b/>
        </w:rPr>
        <w:t xml:space="preserve">[14:56] </w:t>
      </w:r>
      <w:r>
        <w:t>aur halaat ne aap ko aik chote se daire mein hakim bana diya.</w:t>
      </w:r>
    </w:p>
    <w:p>
      <w:pPr>
        <w:jc w:val="right"/>
      </w:pPr>
      <w:r>
        <w:t>اور حالات نے آپ کو ایک چھوٹے سے دائرے میں حاکم بنا دیا۔</w:t>
      </w:r>
    </w:p>
    <w:p>
      <w:r>
        <w:rPr>
          <w:b/>
        </w:rPr>
        <w:t xml:space="preserve">[15:05] </w:t>
      </w:r>
      <w:r>
        <w:t>boy umeed ki empire, abasiyat empire, turkish empire, mughal empire. to yeh choti choti ke barabar tha yeh jo khuda ki hakimiyat hai.</w:t>
      </w:r>
    </w:p>
    <w:p>
      <w:pPr>
        <w:jc w:val="right"/>
      </w:pPr>
      <w:r>
        <w:t>بوی امید کی ایمپائر، عباسیت ایمپائر، ٹرکش ایمپائر، مغل ایمپائر۔ تو یہ چوٹی چوٹی کے برابر تھا یہ جو خدا کی حاکمیت ہے۔</w:t>
      </w:r>
    </w:p>
    <w:p>
      <w:r>
        <w:rPr>
          <w:b/>
        </w:rPr>
        <w:t xml:space="preserve">[15:19] </w:t>
      </w:r>
      <w:r>
        <w:t>lekin aap ki soch ki bana par aap ne samjha ke hum ne dunya mein hukoomat elahiya qaim kar rakhi hai, halanke tha kuch bhi nahi.</w:t>
      </w:r>
    </w:p>
    <w:p>
      <w:pPr>
        <w:jc w:val="right"/>
      </w:pPr>
      <w:r>
        <w:t>لیکن آپ کی سوچ کی بنا پر آپ نے سمجھا کہ ہم نے دنیا میں حکومت الہیہ قائم کر رکھی ہے، حالانکہ تھا کچھ بھی نہیں۔</w:t>
      </w:r>
    </w:p>
    <w:p>
      <w:r>
        <w:rPr>
          <w:b/>
        </w:rPr>
        <w:t xml:space="preserve">[15:28] </w:t>
      </w:r>
      <w:r>
        <w:t>woh toh woh toh thi sari ki sari, yeh sari ki sari jo thi, yeh thi khandani hukoomat.</w:t>
      </w:r>
    </w:p>
    <w:p>
      <w:pPr>
        <w:jc w:val="right"/>
      </w:pPr>
      <w:r>
        <w:t>وہ تو وہ تو تھی ساری کی ساری، یہ ساری کی ساری جو تھی، یہ تھی خاندانی حکومت۔</w:t>
      </w:r>
    </w:p>
    <w:p>
      <w:r>
        <w:rPr>
          <w:b/>
        </w:rPr>
        <w:t xml:space="preserve">[15:42] </w:t>
      </w:r>
      <w:r>
        <w:t>khandani hukoomat bano umaya, bano abbas, turkish hukoomat, mughal hukoomat, sab khandani hukoomat thi.</w:t>
      </w:r>
    </w:p>
    <w:p>
      <w:pPr>
        <w:jc w:val="right"/>
      </w:pPr>
      <w:r>
        <w:t>خاندانی حکومت بنو امیہ، بنو عباس، ٹرکش حکومت، مغل حکومت، سب خاندانی حکومت تھی۔</w:t>
      </w:r>
    </w:p>
    <w:p>
      <w:r>
        <w:rPr>
          <w:b/>
        </w:rPr>
        <w:t xml:space="preserve">[15:56] </w:t>
      </w:r>
      <w:r>
        <w:t>woh khudai hukoomat thi hi nahi. lekin aap ne yeh samjha ke hum ne khudai hukoomat sari qaim kar rakhi hai.</w:t>
      </w:r>
    </w:p>
    <w:p>
      <w:pPr>
        <w:jc w:val="right"/>
      </w:pPr>
      <w:r>
        <w:t>وہ خدائی حکومت تھی ہی نہیں۔ لیکن آپ نے یہ سمجھا کہ ہم نے خدائی حکومت ساری قائم کر رکھی ہے۔</w:t>
      </w:r>
    </w:p>
    <w:p>
      <w:r>
        <w:rPr>
          <w:b/>
        </w:rPr>
        <w:t xml:space="preserve">[16:08] </w:t>
      </w:r>
      <w:r>
        <w:t>toh is waqt kya tha? superior empire, superiority complex ke hum hakim, hum hakim, hum ruler hain.</w:t>
      </w:r>
    </w:p>
    <w:p>
      <w:pPr>
        <w:jc w:val="right"/>
      </w:pPr>
      <w:r>
        <w:t>تو اس وقت کیا تھا؟ سپیریئر ایمپائر، سپیریٹی کمپلیکس کہ ہم حاکم، ہم حاکم، ہم رولر ہیں۔</w:t>
      </w:r>
    </w:p>
    <w:p>
      <w:r>
        <w:rPr>
          <w:b/>
        </w:rPr>
        <w:t xml:space="preserve">[16:20] </w:t>
      </w:r>
      <w:r>
        <w:t>is waqt yeh tha. ab jab chhin gayi hukoomat toh ab kya hai? ab ulta ho gaya</w:t>
      </w:r>
    </w:p>
    <w:p>
      <w:pPr>
        <w:jc w:val="right"/>
      </w:pPr>
      <w:r>
        <w:t>اس وقت یہ تھا۔ اب جب چھن گئی حکومت تو اب کیا ہے؟ اب الٹا ہو گیا</w:t>
      </w:r>
    </w:p>
    <w:p>
      <w:r>
        <w:rPr>
          <w:b/>
        </w:rPr>
        <w:t xml:space="preserve">[16:34] </w:t>
      </w:r>
      <w:r>
        <w:t>ke hum mazloom hain, hamari hukoomat chhin gayi hai, hamari hesiyat, hamara taaj hum se chheen le gaya hai.</w:t>
      </w:r>
    </w:p>
    <w:p>
      <w:pPr>
        <w:jc w:val="right"/>
      </w:pPr>
      <w:r>
        <w:t>کہ ہم مظلوم ہیں، ہماری حکومت چھن گئی ہے، ہماری حیثیت، ہمارا تاج ہم سے چھین لے گیا ہے۔</w:t>
      </w:r>
    </w:p>
    <w:p>
      <w:r>
        <w:rPr>
          <w:b/>
        </w:rPr>
        <w:t xml:space="preserve">[16:45] </w:t>
      </w:r>
      <w:r>
        <w:t>yani idhar bhi ghaate pe, idhar bhi ghaate pe. agar aap ke paas hukoomat ho, agarche woh hukoomat ilahia nahi hogi, woh lekin behrahal aap samajh lein ke hum hukoomat ilahia qaim kar rakha hai.</w:t>
      </w:r>
    </w:p>
    <w:p>
      <w:pPr>
        <w:jc w:val="right"/>
      </w:pPr>
      <w:r>
        <w:t>یعنی ادھر بھی گھاٹے پہ، ادھر بھی گھاٹے پہ۔ اگر آپ کے پاس حکومت ہو، اگرچہ وہ حکومت الہیہ نہیں ہوگی، وہ لیکن بہرحال آپ سمجھ لیں کہ ہم حکومت الہیہ قائم کر رکھا ہے۔</w:t>
      </w:r>
    </w:p>
    <w:p>
      <w:r>
        <w:rPr>
          <w:b/>
        </w:rPr>
        <w:t xml:space="preserve">[17:00] </w:t>
      </w:r>
      <w:r>
        <w:t>hum ne toh is waqt aap ke andar aaye ga superior complex, aur woh chhin jaye tab kya hoga?</w:t>
      </w:r>
    </w:p>
    <w:p>
      <w:pPr>
        <w:jc w:val="right"/>
      </w:pPr>
      <w:r>
        <w:t>ہم نے تو اس وقت آپ کے اندر آئے گا سپیریئر کمپلیکس، اور وہ چھن جائے تب کیا ہوگا؟</w:t>
      </w:r>
    </w:p>
    <w:p>
      <w:r>
        <w:rPr>
          <w:b/>
        </w:rPr>
        <w:t xml:space="preserve">[17:13] </w:t>
      </w:r>
      <w:r>
        <w:t>in inferior complex.</w:t>
      </w:r>
    </w:p>
    <w:p>
      <w:pPr>
        <w:jc w:val="right"/>
      </w:pPr>
      <w:r>
        <w:t>ان انفیریری کمپلیکس۔</w:t>
      </w:r>
    </w:p>
    <w:p>
      <w:r>
        <w:rPr>
          <w:b/>
        </w:rPr>
        <w:t xml:space="preserve">[17:18] </w:t>
      </w:r>
      <w:r>
        <w:t>sari duniya nafrat ke yeh yeh hum bana rahe hain, hum se chhene gaye hain, hamara taaj, hamara taaj hum se chheen liya gaya hai.</w:t>
      </w:r>
    </w:p>
    <w:p>
      <w:pPr>
        <w:jc w:val="right"/>
      </w:pPr>
      <w:r>
        <w:t>ساری دنیا نفرت کہ یہ یہ ہم بنا رہے ہیں، ہم سے چھینے گئے ہیں، ہمارا تاج، ہمارا تاج ہم سے چھین لیا گیا۔</w:t>
      </w:r>
    </w:p>
    <w:p>
      <w:r>
        <w:rPr>
          <w:b/>
        </w:rPr>
        <w:t xml:space="preserve">[17:30] </w:t>
      </w:r>
      <w:r>
        <w:t>kaisi ajeeb halat hai? achha, is ke bajaye agar woh ho aap ki soch jo quran ki ayat jo padhi gayi aap ke samne, kuch ayat mein hai aur hadith mein hai,</w:t>
      </w:r>
    </w:p>
    <w:p>
      <w:pPr>
        <w:jc w:val="right"/>
      </w:pPr>
      <w:r>
        <w:t>کیسی عجیب حالت ہے؟ اچھا، اس کے بجائے اگر وہ ہو آپ کی سوچ جو قرآن کی آیت جو پڑھی گئی آپ کے سامنے، کچھ آیت میں ہے اور حدیث میں ہے،</w:t>
      </w:r>
    </w:p>
    <w:p>
      <w:r>
        <w:rPr>
          <w:b/>
        </w:rPr>
        <w:t xml:space="preserve">[17:47] </w:t>
      </w:r>
      <w:r>
        <w:t>abhi jo padha gaya quran ki ayat padhi gayi, hadith padhi gayi, agar woh woh woh mindset aap ka ho</w:t>
      </w:r>
    </w:p>
    <w:p>
      <w:pPr>
        <w:jc w:val="right"/>
      </w:pPr>
      <w:r>
        <w:t>ابھی جو پڑھا گیا قرآن کی آیت پڑھی گئی، حدیث پڑھی گئی، اگر وہ وہ وہ مائنڈ سیٹ آپ کا ہو</w:t>
      </w:r>
    </w:p>
    <w:p>
      <w:r>
        <w:rPr>
          <w:b/>
        </w:rPr>
        <w:t xml:space="preserve">[18:00] </w:t>
      </w:r>
      <w:r>
        <w:t>toh kya hoga? aap ke andar, aap ke andar modesty aaye gi, aap ke andar yeh aaye ga ke sari taqat Allah ke paas hai, hamare paas toh kuch bhi nahi hai.</w:t>
      </w:r>
    </w:p>
    <w:p>
      <w:pPr>
        <w:jc w:val="right"/>
      </w:pPr>
      <w:r>
        <w:t>تو کیا ہوگا؟ آپ کے اندر، آپ کے اندر ماڈیسٹی آئے گی، آپ کے اندر یہ آئے گا کہ ساری طاقت اللہ کے پاس ہے، ہمارے پاس تو کچھ بھی نہیں ہے۔</w:t>
      </w:r>
    </w:p>
    <w:p>
      <w:r>
        <w:rPr>
          <w:b/>
        </w:rPr>
        <w:t xml:space="preserve">[18:16] </w:t>
      </w:r>
      <w:r>
        <w:t>toh dua aap ke andar toh dua ubhregi, dua zikr ubhregi,</w:t>
      </w:r>
    </w:p>
    <w:p>
      <w:pPr>
        <w:jc w:val="right"/>
      </w:pPr>
      <w:r>
        <w:t>تو دعا آپ کے اندر تو دعا ابھرے گی، دعا ذکر ابھرے گا،</w:t>
      </w:r>
    </w:p>
    <w:p>
      <w:r>
        <w:rPr>
          <w:b/>
        </w:rPr>
        <w:t xml:space="preserve">[18:24] </w:t>
      </w:r>
      <w:r>
        <w:t>zikr ubhregi, dua ubhregi. har mauqe par aap Allah ko yaad karenge ke wahi sab kuch hai, wahi giver hai, wahi sovereign hai, wahi giver hai.</w:t>
      </w:r>
    </w:p>
    <w:p>
      <w:pPr>
        <w:jc w:val="right"/>
      </w:pPr>
      <w:r>
        <w:t>ذکر ابھرے گا، دعا ابھرے گی۔ ہر موقع پر آپ اللہ کو یاد کریں گے کہ وہی سب کچھ ہے، وہی گیور ہے، وہی ساورن ہے، وہی گیور ہے۔</w:t>
      </w:r>
    </w:p>
    <w:p>
      <w:r>
        <w:rPr>
          <w:b/>
        </w:rPr>
        <w:t xml:space="preserve">[18:38] </w:t>
      </w:r>
      <w:r>
        <w:t>hum protector hain, hum protector hain.</w:t>
      </w:r>
    </w:p>
    <w:p>
      <w:pPr>
        <w:jc w:val="right"/>
      </w:pPr>
      <w:r>
        <w:t>ہم پروٹیکر ہیں، ہم پروٹیکر ہیں۔</w:t>
      </w:r>
    </w:p>
    <w:p>
      <w:r>
        <w:rPr>
          <w:b/>
        </w:rPr>
        <w:t xml:space="preserve">[18:46] </w:t>
      </w:r>
      <w:r>
        <w:t>ab is waqt dekhiye, musalmanon mein yeh nafsiyat ghayab ho gayi hai kyunke woh samajhte hain ke hum toh hamara taaj chheen liya hai, duniya ne hamara taaj chheen liya hai.</w:t>
      </w:r>
    </w:p>
    <w:p>
      <w:pPr>
        <w:jc w:val="right"/>
      </w:pPr>
      <w:r>
        <w:t>اب اس وقت دیکھیے، مسلمانوں میں یہ نفسیات غائب ہو گئی ہے کیونکہ وہ سمجھتے ہیں کہ ہم تو ہمارا تاج چھین لیا ہے، دنیا نے ہمارا تاج چھین لیا ہے۔</w:t>
      </w:r>
    </w:p>
    <w:p>
      <w:r>
        <w:rPr>
          <w:b/>
        </w:rPr>
        <w:t xml:space="preserve">[18:59] </w:t>
      </w:r>
      <w:r>
        <w:t>toh ghusse mein hain, nafrat mein hain, lad rahe hain, pathar maar rahe hain taake apna taaj wapas lein.</w:t>
      </w:r>
    </w:p>
    <w:p>
      <w:pPr>
        <w:jc w:val="right"/>
      </w:pPr>
      <w:r>
        <w:t>تو غصے میں ہیں، نفرت میں ہیں، لڑ رہے ہیں، پتھر مار رہے ہیں تاکہ اپنا تاج واپس لیں۔</w:t>
      </w:r>
    </w:p>
    <w:p>
      <w:r>
        <w:rPr>
          <w:b/>
        </w:rPr>
        <w:t xml:space="preserve">[19:14] </w:t>
      </w:r>
      <w:r>
        <w:t>yeh hai ummat ka,</w:t>
      </w:r>
    </w:p>
    <w:p>
      <w:pPr>
        <w:jc w:val="right"/>
      </w:pPr>
      <w:r>
        <w:t>یہ ہے امت کا،</w:t>
      </w:r>
    </w:p>
    <w:p>
      <w:r>
        <w:rPr>
          <w:b/>
        </w:rPr>
        <w:t xml:space="preserve">[19:19] </w:t>
      </w:r>
      <w:r>
        <w:t>yani ummat ka,</w:t>
      </w:r>
    </w:p>
    <w:p>
      <w:pPr>
        <w:jc w:val="right"/>
      </w:pPr>
      <w:r>
        <w:t>یعنی امت کا،</w:t>
      </w:r>
    </w:p>
    <w:p>
      <w:r>
        <w:rPr>
          <w:b/>
        </w:rPr>
        <w:t xml:space="preserve">[19:25] </w:t>
      </w:r>
      <w:r>
        <w:t>ummat ki tasveer.</w:t>
      </w:r>
    </w:p>
    <w:p>
      <w:pPr>
        <w:jc w:val="right"/>
      </w:pPr>
      <w:r>
        <w:t>امت کی تصویر۔</w:t>
      </w:r>
    </w:p>
    <w:p>
      <w:r>
        <w:rPr>
          <w:b/>
        </w:rPr>
        <w:t xml:space="preserve">[19:30] </w:t>
      </w:r>
      <w:r>
        <w:t>aur yeh yeh ek din mein nahi bani hai, yeh lambi muddat mein bohat sara literature, bohat sari speeches, bohat sare charcha hote hote hote is conversion hai ke aaj musalmanon ki yeh nafsiyat hai.</w:t>
      </w:r>
    </w:p>
    <w:p>
      <w:pPr>
        <w:jc w:val="right"/>
      </w:pPr>
      <w:r>
        <w:t>اور یہ یہ ایک دن میں نہیں بنی ہے، یہ لمبی مدت میں بہت سارا لٹریچر، بہت ساری اسپیچز، بہت سارے چرچا ہوتے ہوتے ہوتے اس کنورژن ہے کہ آج مسلمانوں کی یہ نفسیات ہے۔</w:t>
      </w:r>
    </w:p>
    <w:p>
      <w:r>
        <w:rPr>
          <w:b/>
        </w:rPr>
        <w:t xml:space="preserve">[19:50] </w:t>
      </w:r>
      <w:r>
        <w:t>sab se nafrat. aap ghaur kijiye ke sab se bada jo kaam hai woh dawat hai,</w:t>
      </w:r>
    </w:p>
    <w:p>
      <w:pPr>
        <w:jc w:val="right"/>
      </w:pPr>
      <w:r>
        <w:t>سب سے نفرت۔ آپ غور کیجئے کہ سب سے بڑا جو کام ہے وہ دعوت ہے،</w:t>
      </w:r>
    </w:p>
    <w:p>
      <w:r>
        <w:rPr>
          <w:b/>
        </w:rPr>
        <w:t xml:space="preserve">[20:02] </w:t>
      </w:r>
      <w:r>
        <w:t>aur dawat ka kaam karne ke liye zaroori ke andi lakum nas hai, yani mudo friendly thinking, mudo friendly behaviour.</w:t>
      </w:r>
    </w:p>
    <w:p>
      <w:pPr>
        <w:jc w:val="right"/>
      </w:pPr>
      <w:r>
        <w:t>اور دعوت کا کام کرنے کے لیے ضروری کہ اندی لکم ناس ہے، یعنی مدو فرینڈلی تھنکنگ، مدو فرینڈلی بیہیویئر۔</w:t>
      </w:r>
    </w:p>
    <w:p>
      <w:r>
        <w:rPr>
          <w:b/>
        </w:rPr>
        <w:t xml:space="preserve">[20:17] </w:t>
      </w:r>
      <w:r>
        <w:t>sara insaan aap ko nazar aaye ga ke mudo hain, hamein in ko Allah ke paigham pahunchana hai. toh aap ke dil mein in ki mohabbat ubhregi, khair khwahi ubhregi.</w:t>
      </w:r>
    </w:p>
    <w:p>
      <w:pPr>
        <w:jc w:val="right"/>
      </w:pPr>
      <w:r>
        <w:t>سارا انسان آپ کو نظر آئے گا کہ مدو ہیں، ہمیں ان کو اللہ کے پیغام پہنچانا ہے۔ تو آپ کے دل میں ان کی محبت ابھرے گی، خیر خواہی ابھرے گی۔</w:t>
      </w:r>
    </w:p>
    <w:p>
      <w:r>
        <w:rPr>
          <w:b/>
        </w:rPr>
        <w:t xml:space="preserve">[20:33] </w:t>
      </w:r>
      <w:r>
        <w:t>jise hum tareekh se chala rahe hain, quran ki bohat hi kam response mil raha hai hum ko.</w:t>
      </w:r>
    </w:p>
    <w:p>
      <w:pPr>
        <w:jc w:val="right"/>
      </w:pPr>
      <w:r>
        <w:t>جسے ہم تاریخ سے چلا رہے ہیں، قرآن کی بہت ہی کم رسپانس مل رہا ہے ہم کو۔</w:t>
      </w:r>
    </w:p>
    <w:p>
      <w:r>
        <w:rPr>
          <w:b/>
        </w:rPr>
        <w:t xml:space="preserve">[20:43] </w:t>
      </w:r>
      <w:r>
        <w:t>agar woh zehn ho to sari dunya umat pare. arey bhai, woh pukar ho gayi, woh pukar ho gayi jo hamara farz yaad dila rahi hai.</w:t>
      </w:r>
    </w:p>
    <w:p>
      <w:pPr>
        <w:jc w:val="right"/>
      </w:pPr>
      <w:r>
        <w:t>اگر وہ ذہن ہو تو ساری دنیا امٹ پڑے۔ ارے بھئی، وہ پکار ہو گئی، وہ پکار ہو گئی جو ہمارا فرض یاد دلا رہی ہے۔</w:t>
      </w:r>
    </w:p>
    <w:p>
      <w:r>
        <w:rPr>
          <w:b/>
        </w:rPr>
        <w:t xml:space="preserve">[20:58] </w:t>
      </w:r>
      <w:r>
        <w:t>to sare musalman umat parein is is mission ke liye.</w:t>
      </w:r>
    </w:p>
    <w:p>
      <w:pPr>
        <w:jc w:val="right"/>
      </w:pPr>
      <w:r>
        <w:t>تو سارے مسلمان امٹ پڑیں اس اس مشن کے لیے۔</w:t>
      </w:r>
    </w:p>
    <w:p>
      <w:r>
        <w:rPr>
          <w:b/>
        </w:rPr>
        <w:t xml:space="preserve">[21:12] </w:t>
      </w:r>
      <w:r>
        <w:t>kyunke dekhiye, yeh tabia kaam hai ke dunya ke taqreeban 200 mulkon mein hamein quran pahunchana hai, tamam zubanon mein is ko tarjuma karna hai.</w:t>
      </w:r>
    </w:p>
    <w:p>
      <w:pPr>
        <w:jc w:val="right"/>
      </w:pPr>
      <w:r>
        <w:t>کیونکہ دیکھیے، یہ تابعہ کام ہے کہ دنیا کے تقریباً 200 ملکوں میں ہمیں قرآن پہنچانا ہے، تمام زبانوں میں اس کو ترجمہ کرنا ہے۔</w:t>
      </w:r>
    </w:p>
    <w:p>
      <w:r>
        <w:rPr>
          <w:b/>
        </w:rPr>
        <w:t xml:space="preserve">[21:28] </w:t>
      </w:r>
      <w:r>
        <w:t>ab kitna zyada is ke liye wasail darkar hain.</w:t>
      </w:r>
    </w:p>
    <w:p>
      <w:pPr>
        <w:jc w:val="right"/>
      </w:pPr>
      <w:r>
        <w:t>اب کتنا زیادہ اس کے لیے وسائل درکار ہیں۔</w:t>
      </w:r>
    </w:p>
    <w:p>
      <w:r>
        <w:rPr>
          <w:b/>
        </w:rPr>
        <w:t xml:space="preserve">[21:36] </w:t>
      </w:r>
      <w:r>
        <w:t>to poori poori ummat chahiye ke woh is mein lage, apne energy kharch kare, apna paisa kharch kare. lekin kuch nahi,</w:t>
      </w:r>
    </w:p>
    <w:p>
      <w:pPr>
        <w:jc w:val="right"/>
      </w:pPr>
      <w:r>
        <w:t>تو پوری پوری امت چاہیے کہ وہ اس میں لگے، اپنے انرجی خرچ کرے، اپنا پیسہ خرچ کرے۔ لیکن کچھ نہیں،</w:t>
      </w:r>
    </w:p>
    <w:p>
      <w:r>
        <w:rPr>
          <w:b/>
        </w:rPr>
        <w:t xml:space="preserve">[21:49] </w:t>
      </w:r>
      <w:r>
        <w:t>kuch nahi.</w:t>
      </w:r>
    </w:p>
    <w:p>
      <w:pPr>
        <w:jc w:val="right"/>
      </w:pPr>
      <w:r>
        <w:t>کچھ نہیں۔</w:t>
      </w:r>
    </w:p>
    <w:p>
      <w:r>
        <w:rPr>
          <w:b/>
        </w:rPr>
        <w:t xml:space="preserve">[21:53] </w:t>
      </w:r>
      <w:r>
        <w:t>to is ki wajah yahi hai, woh to chahte hain, woh to samajhte hain ke hum ruler hain, hum daai hain. yeh to samajhte hi nahi.</w:t>
      </w:r>
    </w:p>
    <w:p>
      <w:pPr>
        <w:jc w:val="right"/>
      </w:pPr>
      <w:r>
        <w:t>تو اس کی وجہ یہی ہے، وہ تو چاہتے ہیں، وہ تو سمجھتے ہیں کہ ہم رولر ہیں، ہم داعی ہیں۔ یہ تو سمجھتے ہی نہیں۔</w:t>
      </w:r>
    </w:p>
    <w:p>
      <w:r>
        <w:rPr>
          <w:b/>
        </w:rPr>
        <w:t xml:space="preserve">[22:06] </w:t>
      </w:r>
      <w:r>
        <w:t>agar musalman apne ko daai samajhte to hamara jo mission hai quran dist phailane ka, toot parte log is ke upar,</w:t>
      </w:r>
    </w:p>
    <w:p>
      <w:pPr>
        <w:jc w:val="right"/>
      </w:pPr>
      <w:r>
        <w:t>اگر مسلمان اپنے کو داعی سمجھتے تو ہمارا جو مشن ہے قرآن ڈسٹ پھیلانے کا، ٹوٹ پڑتے لوگ اس کے اوپر،</w:t>
      </w:r>
    </w:p>
    <w:p>
      <w:r>
        <w:rPr>
          <w:b/>
        </w:rPr>
        <w:t xml:space="preserve">[22:21] </w:t>
      </w:r>
      <w:r>
        <w:t>apni energy, apna maal, apne wasail sab</w:t>
      </w:r>
    </w:p>
    <w:p>
      <w:pPr>
        <w:jc w:val="right"/>
      </w:pPr>
      <w:r>
        <w:t>اپنی انرجی، اپنا مال، اپنے وسائل سب</w:t>
      </w:r>
    </w:p>
    <w:p>
      <w:r>
        <w:rPr>
          <w:b/>
        </w:rPr>
        <w:t xml:space="preserve">[22:29] </w:t>
      </w:r>
      <w:r>
        <w:t>dher laga dete, dher. lekin in ko dunya se nafrat hai, dunya se shikayat hai, dunya ko haqeer haqeer samajhte hain.</w:t>
      </w:r>
    </w:p>
    <w:p>
      <w:pPr>
        <w:jc w:val="right"/>
      </w:pPr>
      <w:r>
        <w:t>ڈھیر لگا دیتے، ڈھیر۔ لیکن ان کو دنیا سے نفرت ہے، دنیا سے شکایت ہے، دنیا کو حقیر حقیر سمجھتے ہیں۔</w:t>
      </w:r>
    </w:p>
    <w:p>
      <w:r>
        <w:rPr>
          <w:b/>
        </w:rPr>
        <w:t xml:space="preserve">[22:41] </w:t>
      </w:r>
      <w:r>
        <w:t>dunya ko pathar marna hai, dunya ko koi goli marna hai, dunya ko bomb marna hai.</w:t>
      </w:r>
    </w:p>
    <w:p>
      <w:pPr>
        <w:jc w:val="right"/>
      </w:pPr>
      <w:r>
        <w:t>دنیا کو پتھر مارنا ہے، دنیا کو کوئی گولی مارنا ہے، دنیا کو بم مارنا ہے۔</w:t>
      </w:r>
    </w:p>
    <w:p>
      <w:r>
        <w:rPr>
          <w:b/>
        </w:rPr>
        <w:t xml:space="preserve">[22:51] </w:t>
      </w:r>
      <w:r>
        <w:t>beh-haal yeh hai tasveer millat ki. hamein is tasveer ko badalna hai aur millat ko yaad dilana hai ke tumhari asal duty kya hai,</w:t>
      </w:r>
    </w:p>
    <w:p>
      <w:pPr>
        <w:jc w:val="right"/>
      </w:pPr>
      <w:r>
        <w:t>بہرحال یہ ہے تصویر ملت کی۔ ہمیں اس تصویر کو بدلنا ہے اور ملت کو یاد دلانا ہے کہ تمہاری اصل ڈیوٹی کیا ہے،</w:t>
      </w:r>
    </w:p>
    <w:p>
      <w:r>
        <w:rPr>
          <w:b/>
        </w:rPr>
        <w:t xml:space="preserve">[23:11] </w:t>
      </w:r>
      <w:r>
        <w:t>aur is ke liye tumhein kitna zyada apna apna aap ko lagana hai. aap ka time, aap ki energy, aap ka maal, sab kuch is mein khapa dena hai.</w:t>
      </w:r>
    </w:p>
    <w:p>
      <w:pPr>
        <w:jc w:val="right"/>
      </w:pPr>
      <w:r>
        <w:t>اور اس کے لیے تمہیں کتنا زیادہ اپنا اپنا آپ کو لگانا ہے۔ آپ کا ٹائم، آپ کی انرجی، آپ کا مال، سب کچھ اس میں کھپا دینا ہے۔</w:t>
      </w:r>
    </w:p>
    <w:p>
      <w:r>
        <w:rPr>
          <w:b/>
        </w:rPr>
        <w:t xml:space="preserve">[23:30] </w:t>
      </w:r>
      <w:r>
        <w:t>to beh-haal mein dua karta hoon ke Allah taala mujh ko aur tamam sunne walon ko Allah taala yeh tofeeq de ke woh apne farz ko pahunchane aur is mission ko, yaani quran ko phailane ka jo mission hai,</w:t>
      </w:r>
    </w:p>
    <w:p>
      <w:pPr>
        <w:jc w:val="right"/>
      </w:pPr>
      <w:r>
        <w:t>تو بہرحال میں دعا کرتا ہوں کہ اللہ تعالی مجھ کو اور تمام سننے والوں کو اللہ تعالی یہ توفیق دے کہ وہ اپنے فرض کو پہنچانے اور اس مشن کو، یعنی قرآن کو پھیلانے کا جو مشن ہے،</w:t>
      </w:r>
    </w:p>
    <w:p>
      <w:r>
        <w:rPr>
          <w:b/>
        </w:rPr>
        <w:t xml:space="preserve">[23:49] </w:t>
      </w:r>
      <w:r>
        <w:t>is mein bharpoor tor par apne aap ko involve karein. assalam o alaikum wa rehmatullah.</w:t>
      </w:r>
    </w:p>
    <w:p>
      <w:pPr>
        <w:jc w:val="right"/>
      </w:pPr>
      <w:r>
        <w:t>اس میں بھرپور طور پر اپنے آپ کو انوالو کریں۔ السلام علیکم ورحمۃ اللہ۔</w:t>
      </w:r>
    </w:p>
    <w:p>
      <w:r>
        <w:rPr>
          <w:b/>
        </w:rPr>
        <w:t xml:space="preserve">[24:07] </w:t>
      </w:r>
      <w:r>
        <w:t>maulana, kuch sawal aaye hain. doctor farida khanoom ne dilli se sawal bheja hai. unhone aapse poocha hai ke maulana, please tell us how to develop deep thinking.</w:t>
      </w:r>
    </w:p>
    <w:p>
      <w:pPr>
        <w:jc w:val="right"/>
      </w:pPr>
      <w:r>
        <w:t>مولانا، کچھ سوال آئے ہیں۔ ڈاکٹر فریدہ خانم نے دلی سے سوال بھیجا ہے۔ انہوں نے آپ سے پوچھا ہے کہ مولانا، پلیز ٹیل اس ہاؤ ٹو ڈویلپ ڈیپ تھنکنگ۔</w:t>
      </w:r>
    </w:p>
    <w:p>
      <w:r>
        <w:rPr>
          <w:b/>
        </w:rPr>
        <w:t xml:space="preserve">[24:27] </w:t>
      </w:r>
      <w:r>
        <w:t>bohat aasan hai. is line par hum sochein, jaise aaj jo mere andar yeh thought aaya, is liye aaya ke main bahar jab baitha tha to quran ki is ayat ko le kar socha aur is hadees ko le kar socha to to ek bhonchal aaya, ek brain storming hui.</w:t>
      </w:r>
    </w:p>
    <w:p>
      <w:pPr>
        <w:jc w:val="right"/>
      </w:pPr>
      <w:r>
        <w:t>بہت آسان ہے۔ اس لائن پر ہم سوچیں، جیسے آج جو میرے اندر یہ تھاٹ آیا، اس لیے آیا کہ میں باہر جب بیٹھا تھا تو قرآن کی اس آیت کو لے کر سوچا اور اس حدیث کو لے کر سوچا تو تو ایک بھونچال آیا، ایک برین اسٹارمنگ ہوئی۔</w:t>
      </w:r>
    </w:p>
    <w:p>
      <w:r>
        <w:rPr>
          <w:b/>
        </w:rPr>
        <w:t xml:space="preserve">[24:56] </w:t>
      </w:r>
      <w:r>
        <w:t>is brain storming se yeh sab baatein mere soch mein bani. to sab log yahi karein.</w:t>
      </w:r>
    </w:p>
    <w:p>
      <w:pPr>
        <w:jc w:val="right"/>
      </w:pPr>
      <w:r>
        <w:t>اس برین اسٹارمنگ سے یہ سب باتیں میرے سوچ میں بنی۔ تو سب لوگ یہی کریں۔</w:t>
      </w:r>
    </w:p>
    <w:p>
      <w:r>
        <w:rPr>
          <w:b/>
        </w:rPr>
        <w:t xml:space="preserve">[25:09] </w:t>
      </w:r>
      <w:r>
        <w:t>Maulana Zuber Ahmed Sahib ne Bhopal se ek sawal bheja hai aap ke liye. Unhone likha hai ke why kingdom of God is having so much suffering.</w:t>
      </w:r>
    </w:p>
    <w:p>
      <w:pPr>
        <w:jc w:val="right"/>
      </w:pPr>
      <w:r>
        <w:t>مولانا زبیر احمد صاحب نے بھوپال سے ایک سوال بھیجا ہے آپ کے لیے۔ انہوں نے لکھا ہے کہ وائی کنگڈم آف گاڈ از ہیونگ سو مچ سفرنگ۔</w:t>
      </w:r>
    </w:p>
    <w:p>
      <w:r>
        <w:rPr>
          <w:b/>
        </w:rPr>
        <w:t xml:space="preserve">[25:23] </w:t>
      </w:r>
      <w:r>
        <w:t>is ke bare mein bataein. hmm, kya matlab? maulana ki matlab itni zyada jo suffering hum dekh rahe hain apne aas paas, to woh yeh keh rahe hain ke isi se related unhone peeche poocha hai ke why kingdom of god is having so much suffering.</w:t>
      </w:r>
    </w:p>
    <w:p>
      <w:pPr>
        <w:jc w:val="right"/>
      </w:pPr>
      <w:r>
        <w:t>اس کے بارے میں بتائیں۔ ہمم، کیا مطلب؟ مولانا کی مطلب اتنی زیادہ جو سفرنگ ہم دیکھ رہے ہیں اپنے آس پاس، تو وہ یہ کہہ رہے ہیں کہ اسی سے ریلیٹڈ انہوں نے پیچھے پوچھا ہے کہ وائی کنگڈم آف گاڈ از ہیونگ سو مچ سفرنگ۔</w:t>
      </w:r>
    </w:p>
    <w:p>
      <w:r>
        <w:rPr>
          <w:b/>
        </w:rPr>
        <w:t xml:space="preserve">[25:41] </w:t>
      </w:r>
      <w:r>
        <w:t>suffering yeh sirf shaitan ka phaila hua hai. aap khud jo sawal kiya hai unhone, woh sochein ke 1947 mein un ki standard kya tha, aaj ka kya hai?</w:t>
      </w:r>
    </w:p>
    <w:p>
      <w:pPr>
        <w:jc w:val="right"/>
      </w:pPr>
      <w:r>
        <w:t>سفرنگ یہ صرف شیطان کا پھیلا ہوا ہے۔ آپ خود جو سوال کیا ہے انہوں نے، وہ سوچیں کہ 1947 میں ان کی اسٹینڈرڈ کیا تھا، آج کا کیا ہے؟</w:t>
      </w:r>
    </w:p>
    <w:p>
      <w:r>
        <w:rPr>
          <w:b/>
        </w:rPr>
        <w:t xml:space="preserve">[25:57] </w:t>
      </w:r>
      <w:r>
        <w:t>aibbat aur yaani har aadmi khoob achhe ghar mein rehta hai, achha khana khata hai, apne bachhon ko school mein padhata hai, achhe school mein.</w:t>
      </w:r>
    </w:p>
    <w:p>
      <w:pPr>
        <w:jc w:val="right"/>
      </w:pPr>
      <w:r>
        <w:t>عیبت اور یعنی ہر آدمی خوب اچھے گھر میں رہتا ہے، اچھا کھانا کھاتا ہے، اپنے بچوں کو اسکول میں پڑھاتا ہے، اچھے اسکول میں۔</w:t>
      </w:r>
    </w:p>
    <w:p>
      <w:r>
        <w:rPr>
          <w:b/>
        </w:rPr>
        <w:t xml:space="preserve">[26:06] </w:t>
      </w:r>
      <w:r>
        <w:t>to suffering kya? yeh to normal waqiyat hain. jab dunya mein challenge rahega, dunya mein aap jante hain ke challenge hai, challenge hai is liye ke challenge ki ke woh taraqqi nahi hoti.</w:t>
      </w:r>
    </w:p>
    <w:p>
      <w:pPr>
        <w:jc w:val="right"/>
      </w:pPr>
      <w:r>
        <w:t>تو سفرنگ کیا؟ یہ تو نارمل واقعات ہیں۔ جب دنیا میں چیلنج رہے گا، دنیا میں آپ جانتے ہیں کہ چیلنج ہے، چیلنج ہے اس لیے کہ چیلنج کی کہ وہ ترقی نہیں ہوتی۔</w:t>
      </w:r>
    </w:p>
    <w:p>
      <w:r>
        <w:rPr>
          <w:b/>
        </w:rPr>
        <w:t xml:space="preserve">[26:22] </w:t>
      </w:r>
      <w:r>
        <w:t>challenge aur competition se taraqqi hoti hai. to woh to rahega kuch jo badha chada kar ke us ko pesh karte hain. suffering koi suffering nahi hai.</w:t>
      </w:r>
    </w:p>
    <w:p>
      <w:pPr>
        <w:jc w:val="right"/>
      </w:pPr>
      <w:r>
        <w:t>چیلنج اور کمپیٹیشن سے ترقی ہوتی ہے۔ تو وہ تو رہے گا کچھ جو بڑھا چڑھا کر کے اس کو پیش کرتے ہیں۔ سفرنگ کوئی سفرنگ نہیں ہے۔</w:t>
      </w:r>
    </w:p>
    <w:p>
      <w:r>
        <w:rPr>
          <w:b/>
        </w:rPr>
        <w:t xml:space="preserve">[26:32] </w:t>
      </w:r>
      <w:r>
        <w:t>woh jo cheez hai, woh challenge hai, challenge hai. aur</w:t>
      </w:r>
    </w:p>
    <w:p>
      <w:pPr>
        <w:jc w:val="right"/>
      </w:pPr>
      <w:r>
        <w:t>وہ جو چیز ہے، وہ چیلنج ہے، چیلنج ہے۔ اور</w:t>
      </w:r>
    </w:p>
    <w:p>
      <w:r>
        <w:rPr>
          <w:b/>
        </w:rPr>
        <w:t xml:space="preserve">[26:43] </w:t>
      </w:r>
      <w:r>
        <w:t>jab competition hoga to challenge hoga. challenge hoga to kuch na kuch yeh sab bhi hoga. mein is ko nahi manta ke yeh fitra hai shaitan ka ke shaitan ne logon ko maan mein daal rakha hai ke safar,</w:t>
      </w:r>
    </w:p>
    <w:p>
      <w:pPr>
        <w:jc w:val="right"/>
      </w:pPr>
      <w:r>
        <w:t>جب کمپیٹیشن ہوگا تو چیلنج ہوگا۔ چیلنج ہوگا تو کچھ نہ کچھ یہ سب بھی ہوگا۔ میں اس کو نہیں مانتا کہ یہ فطرہ ہے شیطان کا کہ شیطان نے لوگوں کو مان میں ڈال رکھا ہے کہ سفر،</w:t>
      </w:r>
    </w:p>
    <w:p>
      <w:r>
        <w:rPr>
          <w:b/>
        </w:rPr>
        <w:t xml:space="preserve">[27:01] </w:t>
      </w:r>
      <w:r>
        <w:t>safar, suffering jo hai, woh sab hai retaliation. aap pathar marte hain Israel ko to woh aap ko bomb marta hai.</w:t>
      </w:r>
    </w:p>
    <w:p>
      <w:pPr>
        <w:jc w:val="right"/>
      </w:pPr>
      <w:r>
        <w:t>سفر، سفرنگ جو ہے، وہ سب ہے ریٹیلیشن۔ آپ پتھر مارتے ہیں اسرائیل کو تو وہ آپ کو بم مارتا ہے۔</w:t>
      </w:r>
    </w:p>
    <w:p>
      <w:r>
        <w:rPr>
          <w:b/>
        </w:rPr>
        <w:t xml:space="preserve">[27:14] </w:t>
      </w:r>
      <w:r>
        <w:t>Kashmir mein aap pathar marte hain to woh bhi aap ko marte hain. yeh sab retaliation hai aur kuch nahi. Miss Shabana Ansari ne Pakistan se sawal bheja hai Maulana.</w:t>
      </w:r>
    </w:p>
    <w:p>
      <w:pPr>
        <w:jc w:val="right"/>
      </w:pPr>
      <w:r>
        <w:t>کشمیر میں آپ پتھر مارتے ہیں تو وہ بھی آپ کو مارتے ہیں۔ یہ سب ریٹیلیشن ہے اور کچھ نہیں۔ مس شبانہ انصاری نے پاکستان سے سوال بھیجا ہے مولانا۔</w:t>
      </w:r>
    </w:p>
    <w:p>
      <w:r>
        <w:rPr>
          <w:b/>
        </w:rPr>
        <w:t xml:space="preserve">[27:28] </w:t>
      </w:r>
      <w:r>
        <w:t>unhon ne likha hai ke dunya ki ahmiyat to machar ke par ke barabar nahi. Allah ke nazdeek phir Muslims kyon hukoomaton ko hasil karna sab se bara maqsad samajhte hain aur abhi tak is ghalati se bahar nahi nikal sake?</w:t>
      </w:r>
    </w:p>
    <w:p>
      <w:pPr>
        <w:jc w:val="right"/>
      </w:pPr>
      <w:r>
        <w:t>انہوں نے لکھا ہے کہ دنیا کی اہمیت تو مچھر کے پر کے برابر نہیں۔ اللہ کے نزدیک پھر مسلمز کیوں حکومتوں کو حاصل کرنا سب سے بڑا مقصد سمجھتے ہیں اور ابھی تک اس غلطی سے باہر نہیں نکل سکے؟</w:t>
      </w:r>
    </w:p>
    <w:p>
      <w:r>
        <w:rPr>
          <w:b/>
        </w:rPr>
        <w:t xml:space="preserve">[27:49] </w:t>
      </w:r>
      <w:r>
        <w:t>aur kyon Rasool Allah ka aakhri khutba bhool jate hain?</w:t>
      </w:r>
    </w:p>
    <w:p>
      <w:pPr>
        <w:jc w:val="right"/>
      </w:pPr>
      <w:r>
        <w:t>اور کیوں رسول اللہ کا آخری خطبہ بھول جاتے ہیں؟</w:t>
      </w:r>
    </w:p>
    <w:p>
      <w:r>
        <w:rPr>
          <w:b/>
        </w:rPr>
        <w:t xml:space="preserve">[27:57] </w:t>
      </w:r>
      <w:r>
        <w:t>bhai, dunya to ab mein ne kaha ke yeh to challenge ki dunya hai. har waqt shaitan bhagane mein laga hua hai.</w:t>
      </w:r>
    </w:p>
    <w:p>
      <w:pPr>
        <w:jc w:val="right"/>
      </w:pPr>
      <w:r>
        <w:t>بھئی، دنیا تو اب میں نے کہا کہ یہ تو چیلنج کی دنیا ہے۔ ہر وقت شیطان بھگانے میں لگا ہوا ہے۔</w:t>
      </w:r>
    </w:p>
    <w:p>
      <w:r>
        <w:rPr>
          <w:b/>
        </w:rPr>
        <w:t xml:space="preserve">[28:08] </w:t>
      </w:r>
      <w:r>
        <w:t>to woh to bhagaye ga aap na bhagayein. asal cheez yeh hai ke woh bhagaye, aap na bhagayein. bhagana shaitan ki taraf se band nahi hua.</w:t>
      </w:r>
    </w:p>
    <w:p>
      <w:pPr>
        <w:jc w:val="right"/>
      </w:pPr>
      <w:r>
        <w:t>تو وہ تو بھگائے گا۔ آپ نہ بھگائیں۔ اصل چیز یہ ہے کہ وہ بھگائے، آپ نہ بھگائیں۔ بھگانا شیطان کی طرف سے بند نہیں ہوا۔</w:t>
      </w:r>
    </w:p>
    <w:p>
      <w:r>
        <w:rPr>
          <w:b/>
        </w:rPr>
        <w:t xml:space="preserve">[28:21] </w:t>
      </w:r>
      <w:r>
        <w:t>bhagna jari hai. is ko sochiye kyon log shaitan ki baaton par aa jate hain? misaal ke taur par yahi jo abhi kaha aap ne, suffering.</w:t>
      </w:r>
    </w:p>
    <w:p>
      <w:pPr>
        <w:jc w:val="right"/>
      </w:pPr>
      <w:r>
        <w:t>بھاگنا جاری ہے۔ اس کو سوچیے کیوں لوگ شیطان کی باتوں پر آ جاتے ہیں؟ مثلاً یہی جو ابھی کہا آپ نے، سفرنگ۔</w:t>
      </w:r>
    </w:p>
    <w:p>
      <w:r>
        <w:rPr>
          <w:b/>
        </w:rPr>
        <w:t xml:space="preserve">[28:31] </w:t>
      </w:r>
      <w:r>
        <w:t>mein bohat baar aam jalsay mein logon se poocha ke kya suffering kya hai? aap mere sath sath mujhe batayein ke jab India azaad hua tha, us waqt aap ki condition kya thi?</w:t>
      </w:r>
    </w:p>
    <w:p>
      <w:pPr>
        <w:jc w:val="right"/>
      </w:pPr>
      <w:r>
        <w:t>میں بہت بار عام جلسے میں لوگوں سے پوچھا کہ کیا سفرنگ کیا ہے؟ آپ میرے ساتھ ساتھ مجھے بتائیں کہ جب انڈیا آزاد ہوا تھا، اس وقت آپ کی کنڈیشن کیا تھی؟</w:t>
      </w:r>
    </w:p>
    <w:p>
      <w:r>
        <w:rPr>
          <w:b/>
        </w:rPr>
        <w:t xml:space="preserve">[28:47] </w:t>
      </w:r>
      <w:r>
        <w:t>aap ki aap ki mali hesiyat, aap ka standard, aap ke bachon ki education, aap ka ghar, aap ki gaadi, us waqt se compare kar ke batayein mujhe.</w:t>
      </w:r>
    </w:p>
    <w:p>
      <w:pPr>
        <w:jc w:val="right"/>
      </w:pPr>
      <w:r>
        <w:t>آپ کی آپ کی مالی حیثیت، آپ کا اسٹینڈرڈ، آپ کے بچوں کی ایجوکیشن، آپ کا گھر، آپ کی گاڑی، اس وقت سے کمپیئر کر کے بتائیں مجھے۔</w:t>
      </w:r>
    </w:p>
    <w:p>
      <w:r>
        <w:rPr>
          <w:b/>
        </w:rPr>
        <w:t xml:space="preserve">[29:02] </w:t>
      </w:r>
      <w:r>
        <w:t>to har waqt, har har har aadmi ne behtar bataya. to jab jab har aadmi ka haal acha hai to kahan hai woh insaan?</w:t>
      </w:r>
    </w:p>
    <w:p>
      <w:pPr>
        <w:jc w:val="right"/>
      </w:pPr>
      <w:r>
        <w:t>تو ہر وقت، ہر ہر ہر آدمی نے بہتر بتایا۔ تو جب جب ہر آدمی کا حال اچھا ہے تو کہاں ہے وہ انسان؟</w:t>
      </w:r>
    </w:p>
    <w:p>
      <w:r>
        <w:rPr>
          <w:b/>
        </w:rPr>
        <w:t xml:space="preserve">[29:14] </w:t>
      </w:r>
      <w:r>
        <w:t>yeh sab shaitan ne sikhaya hai taake musalmanon se madu friendly behaviour khatam ho. madu ko dushman samajhne lage hain.</w:t>
      </w:r>
    </w:p>
    <w:p>
      <w:pPr>
        <w:jc w:val="right"/>
      </w:pPr>
      <w:r>
        <w:t>یہ سب شیطان نے سکھایا ہے تاکہ مسلمانوں سے مدو فرینڈلی بیہیویئر ختم ہو۔ مدو کو دشمن سمجھنے لگے ہیں۔</w:t>
      </w:r>
    </w:p>
    <w:p>
      <w:r>
        <w:rPr>
          <w:b/>
        </w:rPr>
        <w:t xml:space="preserve">[29:25] </w:t>
      </w:r>
      <w:r>
        <w:t>yeh mere nazdeek bilkul shaitani hai. Maulana, why Muslims bring the version, the greatness of Allah to a reduced form?</w:t>
      </w:r>
    </w:p>
    <w:p>
      <w:pPr>
        <w:jc w:val="right"/>
      </w:pPr>
      <w:r>
        <w:t>یہ میرے نزدیک بالکل شیطانی ہے۔ مولانا، وائی مسلمز برنگ دا ورژن، دا گریٹنس آف اللہ ٹو ا ریڈیوس فارم؟</w:t>
      </w:r>
    </w:p>
    <w:p>
      <w:r>
        <w:rPr>
          <w:b/>
        </w:rPr>
        <w:t xml:space="preserve">[29:34] </w:t>
      </w:r>
      <w:r>
        <w:t>when everything around us resonates the greatness of Allah.</w:t>
      </w:r>
    </w:p>
    <w:p>
      <w:pPr>
        <w:jc w:val="right"/>
      </w:pPr>
      <w:r>
        <w:t>وین ایوری تھنگ اراؤنڈ اس ریزونیٹس دا گریٹنس آف اللہ۔</w:t>
      </w:r>
    </w:p>
    <w:p>
      <w:r>
        <w:rPr>
          <w:b/>
        </w:rPr>
        <w:t xml:space="preserve">[29:41] </w:t>
      </w:r>
      <w:r>
        <w:t>kya keh rahe hain? Maulana, woh yeh keh rahe hain ke jab insaan ke charon taraf ki cheezein Allah taala ki greatness ko bata rahi hain, kya insaan ke charon taraf?</w:t>
      </w:r>
    </w:p>
    <w:p>
      <w:pPr>
        <w:jc w:val="right"/>
      </w:pPr>
      <w:r>
        <w:t>کیا کہہ رہے ہیں؟ مولانا، وہ یہ کہہ رہے ہیں کہ جب انسان کے چاروں طرف کی چیزیں اللہ تعالی کی گریٹنس کو بتا رہی ہیں، کیا انسان کے چاروں طرف؟</w:t>
      </w:r>
    </w:p>
    <w:p>
      <w:r>
        <w:rPr>
          <w:b/>
        </w:rPr>
        <w:t xml:space="preserve">[29:51] </w:t>
      </w:r>
      <w:r>
        <w:t>insaan ke aas pas ki cheezein poori kainat Allah taala ki azmat ko bata rahi hain. to kyon musalman Allah taala ki azmat ko reduce kar diye?</w:t>
      </w:r>
    </w:p>
    <w:p>
      <w:pPr>
        <w:jc w:val="right"/>
      </w:pPr>
      <w:r>
        <w:t>انسان کے آس پاس کی چیزیں پوری کائنات اللہ تعالی کی عظمت کو بتا رہی ہیں۔ تو کیوں مسلمان اللہ تعالی کی عظمت کو ریڈیوس کر دیے؟</w:t>
      </w:r>
    </w:p>
    <w:p>
      <w:r>
        <w:rPr>
          <w:b/>
        </w:rPr>
        <w:t xml:space="preserve">[30:03] </w:t>
      </w:r>
      <w:r>
        <w:t>hmm, sab shaitan ne sikhaya hai.</w:t>
      </w:r>
    </w:p>
    <w:p>
      <w:pPr>
        <w:jc w:val="right"/>
      </w:pPr>
      <w:r>
        <w:t>ہمم، سب شیطان نے سکھایا ہے۔</w:t>
      </w:r>
    </w:p>
    <w:p>
      <w:r>
        <w:rPr>
          <w:b/>
        </w:rPr>
        <w:t xml:space="preserve">[30:09] </w:t>
      </w:r>
      <w:r>
        <w:t>ab mein jo bahar baitha tha, to yaqeen kijiye ke meri halat wohi hui jo Rasool Allah ke baray mein aata hai ke aap mimbar pe khare thay, aisa hil rahe thay, gir padenge.</w:t>
      </w:r>
    </w:p>
    <w:p>
      <w:pPr>
        <w:jc w:val="right"/>
      </w:pPr>
      <w:r>
        <w:t>اب میں جو باہر بیٹھا تھا، تو یقین کیجئے کہ میری حالت وہی ہوئی جو رسول اللہ کے بارے میں آتا ہے کہ آپ ممبر پہ کھڑے تھے، ایسا ہل رہے تھے، گر پڑیں گے۔</w:t>
      </w:r>
    </w:p>
    <w:p>
      <w:r>
        <w:rPr>
          <w:b/>
        </w:rPr>
        <w:t xml:space="preserve">[30:21] </w:t>
      </w:r>
      <w:r>
        <w:t>wohi mera haal hua. to musalman jo hai, shaitan ki woh shaitan ka jo behkawa hai, woh khatam nahi hoga.</w:t>
      </w:r>
    </w:p>
    <w:p>
      <w:pPr>
        <w:jc w:val="right"/>
      </w:pPr>
      <w:r>
        <w:t>وہی میرا حال ہوا۔ تو مسلمان جو ہے، شیطان کی وہ شیطان کا جو بہکاوا ہے، وہ ختم نہیں ہوگا۔</w:t>
      </w:r>
    </w:p>
    <w:p>
      <w:r>
        <w:rPr>
          <w:b/>
        </w:rPr>
        <w:t xml:space="preserve">[30:31] </w:t>
      </w:r>
      <w:r>
        <w:t>woh to rahe ga. aap is ko</w:t>
      </w:r>
    </w:p>
    <w:p>
      <w:pPr>
        <w:jc w:val="right"/>
      </w:pPr>
      <w:r>
        <w:t>وہ تو رہے گا۔ آپ اس کو</w:t>
      </w:r>
    </w:p>
    <w:p>
      <w:r>
        <w:rPr>
          <w:b/>
        </w:rPr>
        <w:t xml:space="preserve">[30:37] </w:t>
      </w:r>
      <w:r>
        <w:t>isi ko mein formula banaya apni zaat ke liye, apne liye ke apni zaat ke liye yeh formula banaya hai ke haan, don't allow anyone to treat anyone ke shaitan,</w:t>
      </w:r>
    </w:p>
    <w:p>
      <w:pPr>
        <w:jc w:val="right"/>
      </w:pPr>
      <w:r>
        <w:t>اسی کو میں فارمولا بنایا اپنی ذات کے لیے، اپنے لیے کہ اپنی ذات کے لیے یہ فارمولا بنایا ہے کہ ہاں، ڈونٹ الاؤ اینی ون ٹو ٹریٹ اینی ون کہ شیطان،</w:t>
      </w:r>
    </w:p>
    <w:p>
      <w:r>
        <w:rPr>
          <w:b/>
        </w:rPr>
        <w:t xml:space="preserve">[30:54] </w:t>
      </w:r>
      <w:r>
        <w:t>don't allow shaitan to dictate you. subah shaam mein is ko yaad karta hoon aur la hawla wala quwwata illa billahil azeem parta hoon.</w:t>
      </w:r>
    </w:p>
    <w:p>
      <w:pPr>
        <w:jc w:val="right"/>
      </w:pPr>
      <w:r>
        <w:t>ڈونٹ الاؤ شیٹن ٹو ڈکٹیٹ یو۔ صبح شام میں اس کو یاد کرتا ہوں اور لا حول ولا قوۃ الا باللہ العظیم پڑھتا ہوں۔</w:t>
      </w:r>
    </w:p>
    <w:p>
      <w:r>
        <w:rPr>
          <w:b/>
        </w:rPr>
        <w:t xml:space="preserve">[31:06] </w:t>
      </w:r>
      <w:r>
        <w:t>musalmanon ko bas paisa, paisa, paisa. jis ko dekhein, paisa hai, standard. bachon ko America bhej ke parhana, yani sara un ka diversion jo hai, woh hai material ki taraf.</w:t>
      </w:r>
    </w:p>
    <w:p>
      <w:pPr>
        <w:jc w:val="right"/>
      </w:pPr>
      <w:r>
        <w:t>مسلمانوں کو بس پیسہ، پیسہ، پیسہ۔ جس کو دیکھیں، پیسہ ہے، اسٹینڈرڈ۔ بچوں کو امریکہ بھیج کے پڑھانا، یعنی سارا ان کا ڈائیورژن جو ہے، وہ ہے مٹیریل کی طرف۔</w:t>
      </w:r>
    </w:p>
    <w:p>
      <w:r>
        <w:rPr>
          <w:b/>
        </w:rPr>
        <w:t xml:space="preserve">[31:26] </w:t>
      </w:r>
      <w:r>
        <w:t>to Maulana, aap ko to ehsas rahe ke shaitan hai, par baqi logon ko kaise ehsas ho ke woh shaitan hai? jo jo bekar hai, woh shaitan hai.</w:t>
      </w:r>
    </w:p>
    <w:p>
      <w:pPr>
        <w:jc w:val="right"/>
      </w:pPr>
      <w:r>
        <w:t>تو مولانا، آپ کو تو احساس رہے کہ شیطان ہے، پر باقی لوگوں کو کیسے احساس ہو کہ وہ شیطان ہو؟ جو جو بیکار ہے، وہ شیطان ہے۔</w:t>
      </w:r>
    </w:p>
    <w:p>
      <w:r>
        <w:rPr>
          <w:b/>
        </w:rPr>
        <w:t xml:space="preserve">[31:35] </w:t>
      </w:r>
      <w:r>
        <w:t>how do we come to know that is shaitan? hmm, woh yeh pooch rahe hain ke waise sab shaitan hi hai. aap ko to ehsas hai ke woh shaitan aisa kara raha hai ke azmat allah taala ki azmat samne nahi rehti hai.</w:t>
      </w:r>
    </w:p>
    <w:p>
      <w:pPr>
        <w:jc w:val="right"/>
      </w:pPr>
      <w:r>
        <w:t>ہاؤ ڈو وی کم ٹو نو دیٹ از شیطان؟ ہمم، وہ یہ پوچھ رہے ہیں کہ ویسے سب شیطان ہی ہے۔ آپ کو تو احساس ہے کہ وہ شیطان ایسا کرا رہا ہے کہ عظمت اللہ تعالی کی عظمت سامنے نہیں رہتی ہے۔</w:t>
      </w:r>
    </w:p>
    <w:p>
      <w:r>
        <w:rPr>
          <w:b/>
        </w:rPr>
        <w:t xml:space="preserve">[31:49] </w:t>
      </w:r>
      <w:r>
        <w:t>lekin doosre log kaise janenge ke yeh shaitan hai? quran parhein. hum quran ko parhte hain. quran mein bhara hua hai yeh baat ke shaitan subah shaam tum ko bikaar aayega.</w:t>
      </w:r>
    </w:p>
    <w:p>
      <w:pPr>
        <w:jc w:val="right"/>
      </w:pPr>
      <w:r>
        <w:t>لیکن دوسرے لوگ کیسے جانیں گے کہ یہ شیطان ہے؟ قرآن پڑھیں۔ ہم قرآن کو پڑھتے ہیں۔ قرآن میں بھرا ہوا ہے یہ بات کہ شیطان صبح شام تم کو بکار آئے گا۔</w:t>
      </w:r>
    </w:p>
    <w:p>
      <w:r>
        <w:rPr>
          <w:b/>
        </w:rPr>
        <w:t xml:space="preserve">[32:03] </w:t>
      </w:r>
      <w:r>
        <w:t>is ke bikaare mein na ho, na ho. to yahi to hamara mission hai. hum khud parhte hain aur doosron ko parhwate hain. log jo hain, shaitan yahan bika rakha hai ke bas reside kar lo.</w:t>
      </w:r>
    </w:p>
    <w:p>
      <w:pPr>
        <w:jc w:val="right"/>
      </w:pPr>
      <w:r>
        <w:t>اس کے بکارے میں نہ ہو، نہ ہو۔ تو یہی تو ہمارا مشن ہے۔ ہم خود پڑھتے ہیں اور دوسروں کو پڑھواتے ہیں۔ لوگ جو ہیں، شیطان یہاں بکا رکھا ہے کہ بس ریسائیڈ کر لو۔</w:t>
      </w:r>
    </w:p>
    <w:p>
      <w:r>
        <w:rPr>
          <w:b/>
        </w:rPr>
        <w:t xml:space="preserve">[32:18] </w:t>
      </w:r>
      <w:r>
        <w:t>samajhne ki zaroorat nahi hai. hmm, baghair samjhe bhi reside. ab yeh to bilkul hazrat aisha ne kaha tha ke awlaaye ka karo wa lam yakro.</w:t>
      </w:r>
    </w:p>
    <w:p>
      <w:pPr>
        <w:jc w:val="right"/>
      </w:pPr>
      <w:r>
        <w:t>سمجھنے کی ضرورت نہیں ہے۔ ہمم، بغیر سمجھے بھی ریسائیڈ۔ اب یہ تو بالکل حضرت عائشہ نے کہا تھا کہ اولائے کا کرو ولم یکرو۔</w:t>
      </w:r>
    </w:p>
    <w:p>
      <w:r>
        <w:rPr>
          <w:b/>
        </w:rPr>
        <w:t xml:space="preserve">[32:30] </w:t>
      </w:r>
      <w:r>
        <w:t>unhone parha baghair nahi parha. wahi kar rahe hain saare musalman ke parhte baghair nahi parhte. ab dekhiye, aaj ke ek batata hoon aap ko apna ek.</w:t>
      </w:r>
    </w:p>
    <w:p>
      <w:pPr>
        <w:jc w:val="right"/>
      </w:pPr>
      <w:r>
        <w:t>انہوں نے پڑھا بغیر نہیں پڑھا۔ وہی کر رہے ہیں سارے مسلمان کہ پڑھتے بغیر نہیں پڑھتے۔ اب دیکھیے، آج کے ایک بتاتا ہوں آپ کو اپنا ایک۔</w:t>
      </w:r>
    </w:p>
    <w:p>
      <w:r>
        <w:rPr>
          <w:b/>
        </w:rPr>
        <w:t xml:space="preserve">[32:44] </w:t>
      </w:r>
      <w:r>
        <w:t>jab mein bathroom mein gaya aur wash basin ke samne khada hua aur mein tooti ghumai, laga pani nikalne.</w:t>
      </w:r>
    </w:p>
    <w:p>
      <w:pPr>
        <w:jc w:val="right"/>
      </w:pPr>
      <w:r>
        <w:t>جب میں باتھ روم میں گیا اور واش بیسن کے سامنے کھڑا ہوا اور میں ٹوٹی گھمائی، لگا پانی نکلنے۔</w:t>
      </w:r>
    </w:p>
    <w:p>
      <w:r>
        <w:rPr>
          <w:b/>
        </w:rPr>
        <w:t xml:space="preserve">[32:55] </w:t>
      </w:r>
      <w:r>
        <w:t>phir phir phir phir. to yaqeen kijiye ke mein rone laga. mein der tak istemal nahi kar saka pani ke woh kaun khuda hai?</w:t>
      </w:r>
    </w:p>
    <w:p>
      <w:pPr>
        <w:jc w:val="right"/>
      </w:pPr>
      <w:r>
        <w:t>پھر پھر پھر پھر۔ تو یقین کیجئے کہ میں رونے لگا۔ میں دیر تک استعمال نہیں کر سکا پانی کہ وہ کون خدا ہے؟</w:t>
      </w:r>
    </w:p>
    <w:p>
      <w:r>
        <w:rPr>
          <w:b/>
        </w:rPr>
        <w:t xml:space="preserve">[33:05] </w:t>
      </w:r>
      <w:r>
        <w:t>ek itna zabardast khuda hai jis ne do gases ko liquid pani bana diya.</w:t>
      </w:r>
    </w:p>
    <w:p>
      <w:pPr>
        <w:jc w:val="right"/>
      </w:pPr>
      <w:r>
        <w:t>ایک اتنا زبردست خدا ہے جس نے دو گیسز کو لیکوڈ پانی بنا دیا۔</w:t>
      </w:r>
    </w:p>
    <w:p>
      <w:r>
        <w:rPr>
          <w:b/>
        </w:rPr>
        <w:t xml:space="preserve">[33:16] </w:t>
      </w:r>
      <w:r>
        <w:t>yeh kaisi anokhi qudrat allah ki qudrat hai ke do gases</w:t>
      </w:r>
    </w:p>
    <w:p>
      <w:pPr>
        <w:jc w:val="right"/>
      </w:pPr>
      <w:r>
        <w:t>یہ کیسی انوکھی گرو اللہ کی قدرت ہے کہ دو گیسز</w:t>
      </w:r>
    </w:p>
    <w:p>
      <w:r>
        <w:rPr>
          <w:b/>
        </w:rPr>
        <w:t xml:space="preserve">[33:27] </w:t>
      </w:r>
      <w:r>
        <w:t>ko is se liquid pani mein tabdeel kiya? samandar mein baha diya is ko. to sochte hi nahi log.</w:t>
      </w:r>
    </w:p>
    <w:p>
      <w:pPr>
        <w:jc w:val="right"/>
      </w:pPr>
      <w:r>
        <w:t>کو اس سے لیکوڈ پانی میں تبدیل کیا؟ سمندر میں بہا دیا اس کو۔ تو سوچتے ہی نہیں لوگ۔</w:t>
      </w:r>
    </w:p>
    <w:p>
      <w:r>
        <w:rPr>
          <w:b/>
        </w:rPr>
        <w:t xml:space="preserve">[33:38] </w:t>
      </w:r>
      <w:r>
        <w:t>khali bas apna standard barhate hain, paisa kamate hain. dekhiye, yeh bohat hi zyada zaroori hai ke aap apne paise ka ka ek ek hissa, sab substantial hissa allah ki rah mein kharch karen.</w:t>
      </w:r>
    </w:p>
    <w:p>
      <w:pPr>
        <w:jc w:val="right"/>
      </w:pPr>
      <w:r>
        <w:t>خالی بس اپنا اسٹینڈرڈ بڑھاتے ہیں، پیسہ کماتے ہیں۔ دیکھیے، یہ بہت ہی زیادہ ضروری ہے کہ آپ اپنے پیسے کا کا ایک ایک حصہ، سب سبسٹینشل حصہ اللہ کی راہ میں خرچ کریں۔</w:t>
      </w:r>
    </w:p>
    <w:p>
      <w:r>
        <w:rPr>
          <w:b/>
        </w:rPr>
        <w:t xml:space="preserve">[33:55] </w:t>
      </w:r>
      <w:r>
        <w:t>warna aap woh ho jayenge, behiss ho jayenge. shaitan qabza kar lega aap ke upar. yeh bohat hi zyada zaroori hai.</w:t>
      </w:r>
    </w:p>
    <w:p>
      <w:pPr>
        <w:jc w:val="right"/>
      </w:pPr>
      <w:r>
        <w:t>ورنہ آپ وہ ہو جائیں گے، بے حس ہو جائیں گے۔ شیطان قبضہ کر لے گا آپ کے اوپر۔ یہ بہت ہی زیادہ ضروری ہے۔</w:t>
      </w:r>
    </w:p>
    <w:p>
      <w:r>
        <w:rPr>
          <w:b/>
        </w:rPr>
        <w:t xml:space="preserve">[34:06] </w:t>
      </w:r>
      <w:r>
        <w:t>lan tanalbir hatta tunfiqo mimma tuhibboon. yeh ayat pata hai? is ka hawala bataiye. har aadmi ko chahiye ke is ayat ko parhe.</w:t>
      </w:r>
    </w:p>
    <w:p>
      <w:pPr>
        <w:jc w:val="right"/>
      </w:pPr>
      <w:r>
        <w:t>لن تنالبر حتی تنفق مما تحبون۔ یہ آیت پتہ ہے؟ اس کا حوالہ بتائیے۔ ہر آدمی کو چاہیے کہ اس آیت کو پڑھے۔</w:t>
      </w:r>
    </w:p>
    <w:p>
      <w:r>
        <w:rPr>
          <w:b/>
        </w:rPr>
        <w:t xml:space="preserve">[34:19] </w:t>
      </w:r>
      <w:r>
        <w:t>lan tanalbir hatta tunfiqo mimma tuhibboon.</w:t>
      </w:r>
    </w:p>
    <w:p>
      <w:pPr>
        <w:jc w:val="right"/>
      </w:pPr>
      <w:r>
        <w:t>لن تنالبر حتی تنفق مما تحبون۔</w:t>
      </w:r>
    </w:p>
    <w:p>
      <w:r>
        <w:rPr>
          <w:b/>
        </w:rPr>
        <w:t xml:space="preserve">[34:33] </w:t>
      </w:r>
      <w:r>
        <w:t>lan tanal albir hatta tunfiqo mimma tuhibboon. surah aal imran, chapter number three, verse number 92.</w:t>
      </w:r>
    </w:p>
    <w:p>
      <w:pPr>
        <w:jc w:val="right"/>
      </w:pPr>
      <w:r>
        <w:t>لن تنال البر حتی تنفق مما تحبون۔ سورہ آل عمران، چیپٹر نمبر تھری، ورس نمبر 92۔</w:t>
      </w:r>
    </w:p>
    <w:p>
      <w:r>
        <w:rPr>
          <w:b/>
        </w:rPr>
        <w:t xml:space="preserve">[34:42] </w:t>
      </w:r>
      <w:r>
        <w:t>aur tum neki ko hargiz nahi pa sakte yahan tak ke tum kharch karo is cheez ko jis ko tum mehboob rakhte ho.</w:t>
      </w:r>
    </w:p>
    <w:p>
      <w:pPr>
        <w:jc w:val="right"/>
      </w:pPr>
      <w:r>
        <w:t>اور تم نیکی کو ہرگز نہیں پا سکتے یہاں تک کہ تم خرچ کرو اس چیز کو جس کو تم محبوب رکھتے ہو۔</w:t>
      </w:r>
    </w:p>
    <w:p>
      <w:r>
        <w:rPr>
          <w:b/>
        </w:rPr>
        <w:t xml:space="preserve">[34:51] </w:t>
      </w:r>
      <w:r>
        <w:t>haan, is ko mein keh raha hoon ke apni kamai ka substantial amount aap ko allah ke raste mein kharch karna padega.</w:t>
      </w:r>
    </w:p>
    <w:p>
      <w:pPr>
        <w:jc w:val="right"/>
      </w:pPr>
      <w:r>
        <w:t>ہاں، اس کو میں کہہ رہا ہوں کہ اپنی کمائی کا سبسٹینشل اماؤنٹ آپ کو اللہ کے راستے میں خرچ کرنا پڑے گا۔</w:t>
      </w:r>
    </w:p>
    <w:p>
      <w:r>
        <w:rPr>
          <w:b/>
        </w:rPr>
        <w:t xml:space="preserve">[35:00] </w:t>
      </w:r>
      <w:r>
        <w:t>nahi to aap shaitan ke group group mein aa jayenge. is ayat ko hazar baar padhiye aur janiye kar ke apni kamai ka substantial amount allah ke raste mein dena padega.</w:t>
      </w:r>
    </w:p>
    <w:p>
      <w:pPr>
        <w:jc w:val="right"/>
      </w:pPr>
      <w:r>
        <w:t>نہیں تو آپ شیطان کے گروپ گروپ میں آ جائیں گے۔ اس آیت کو ہزار بار پڑھیے اور جانی جائے کر کے اپنی کمائی کا سبسٹینشل اماؤنٹ اللہ کے راستے میں دینا پڑے گا۔</w:t>
      </w:r>
    </w:p>
    <w:p>
      <w:r>
        <w:rPr>
          <w:b/>
        </w:rPr>
        <w:t xml:space="preserve">[35:14] </w:t>
      </w:r>
      <w:r>
        <w:t>nahi dena hai to phir phir bhooke is ki face kiye is khatre ko ke aap shaitan ke group mein aa jayenge.</w:t>
      </w:r>
    </w:p>
    <w:p>
      <w:pPr>
        <w:jc w:val="right"/>
      </w:pPr>
      <w:r>
        <w:t>نہیں دینا ہے تو پھر پھر بھوکے اس کی فیس کیے اس خطرے کو کہ آپ شیطان کے گروپ میں آ جائیں گے۔</w:t>
      </w:r>
    </w:p>
    <w:p>
      <w:r>
        <w:rPr>
          <w:b/>
        </w:rPr>
        <w:t xml:space="preserve">[35:24] </w:t>
      </w:r>
      <w:r>
        <w:t>haan, molana, jo aap ne is ke pehle bhi jo is ke sath jo ek aur point bataya tha, woh diversion ka. to diversion se kaise bachein? kya hua?</w:t>
      </w:r>
    </w:p>
    <w:p>
      <w:pPr>
        <w:jc w:val="right"/>
      </w:pPr>
      <w:r>
        <w:t>ہاں، مولانا، جو آپ نے اس کے پہلے بھی جو اس کے ساتھ جو ایک اور پوائنٹ بتایا تھا، وہ ڈائیورژن کا۔ تو ڈائیورژن سے کیسے بچیں؟ کیا ہوا؟</w:t>
      </w:r>
    </w:p>
    <w:p>
      <w:r>
        <w:rPr>
          <w:b/>
        </w:rPr>
        <w:t xml:space="preserve">[35:34] </w:t>
      </w:r>
      <w:r>
        <w:t>aap ne diversion se bachne ki baat kahi thi, distraction se. to woh kaise bacha jaye? diversion material system mein nahi hoga. achha, woh thinking mein aayega, aap ke soch mein aayega.</w:t>
      </w:r>
    </w:p>
    <w:p>
      <w:pPr>
        <w:jc w:val="right"/>
      </w:pPr>
      <w:r>
        <w:t>آپ نے ڈائیورژن سے بچنے کی بات کہی تھی، ڈسٹریکشن سے۔ تو وہ کیسے بچا جائے؟ ڈائیورژن مٹیریل سسٹم میں نہیں ہوگا۔ اچھا، وہ تھنکنگ میں آئے گا، آپ کے سوچ میں آئے گا۔</w:t>
      </w:r>
    </w:p>
    <w:p>
      <w:r>
        <w:rPr>
          <w:b/>
        </w:rPr>
        <w:t xml:space="preserve">[35:45] </w:t>
      </w:r>
      <w:r>
        <w:t>aap ke ab woh aa chuka hai. jis jis musalman ko dekhe, us mein aa chuka hai. koi woh kutub mera lagta hai, thoda khada ho jayega.</w:t>
      </w:r>
    </w:p>
    <w:p>
      <w:pPr>
        <w:jc w:val="right"/>
      </w:pPr>
      <w:r>
        <w:t>آپ کے اب وہ آ چکا ہے۔ جس جس مسلمان کو دیکھے، اس میں آ چکا ہے۔ کوئی وہ کتب میرا لگتا ہے، تھوڑا کھڑا ہو جائے گا۔</w:t>
      </w:r>
    </w:p>
    <w:p>
      <w:r>
        <w:rPr>
          <w:b/>
        </w:rPr>
        <w:t xml:space="preserve">[35:55] </w:t>
      </w:r>
      <w:r>
        <w:t>material sense mein woh to soch mein aayega. ab woh aa chuka hai.</w:t>
      </w:r>
    </w:p>
    <w:p>
      <w:pPr>
        <w:jc w:val="right"/>
      </w:pPr>
      <w:r>
        <w:t>مٹیریل سینس میں وہ تو سوچ میں آئے گا۔ اب وہ آ چکا ہے۔</w:t>
      </w:r>
    </w:p>
    <w:p>
      <w:r>
        <w:rPr>
          <w:b/>
        </w:rPr>
        <w:t xml:space="preserve">[36:05] </w:t>
      </w:r>
      <w:r>
        <w:t>woh</w:t>
      </w:r>
    </w:p>
    <w:p>
      <w:pPr>
        <w:jc w:val="right"/>
      </w:pPr>
      <w:r>
        <w:t>وہ</w:t>
      </w:r>
    </w:p>
    <w:p>
      <w:r>
        <w:rPr>
          <w:b/>
        </w:rPr>
        <w:t xml:space="preserve">[36:09] </w:t>
      </w:r>
      <w:r>
        <w:t>soch kar hum pakdenge is ko. yeh aisa nahi ke woh kutte bla khada hua hai, us ko hum dekh lenge. molana, doctor aslam khan ne saharanpur se comment bheja hai ke aaj yeh modern world apni, yani apni poori tareekh ke safar mein sab se kam suffering se guzar raha hai.</w:t>
      </w:r>
    </w:p>
    <w:p>
      <w:pPr>
        <w:jc w:val="right"/>
      </w:pPr>
      <w:r>
        <w:t>سوچ کر ہم پکڑیں گے اس کو۔ یہ ایسا نہیں کہ وہ کتے بلا کھڑا ہوا ہے، اس کو ہم دیکھ لیں گے۔ مولانا، ڈاکٹر اسلم خان نے سارن پور سے کمنٹ بھیجا ہے کہ آج یہ ماڈرن ورلڈ اپنی، یعنی اپنی پوری تاریخ کے سفر میں سب سے کم سفرنگ سے گزر رہا ہے۔</w:t>
      </w:r>
    </w:p>
    <w:p>
      <w:r>
        <w:rPr>
          <w:b/>
        </w:rPr>
        <w:t xml:space="preserve">[36:36] </w:t>
      </w:r>
      <w:r>
        <w:t>sab se zyada average age hui hai aaj, aaj ke daur mein. faiz qadri sahib ne maulana sawal poocha hai coimbatore se.</w:t>
      </w:r>
    </w:p>
    <w:p>
      <w:pPr>
        <w:jc w:val="right"/>
      </w:pPr>
      <w:r>
        <w:t>سب سے زیادہ ایوریج ایج ہوئی ہے آج، آج کے دور میں۔ فیض قادری صاحب نے مولانا سوال پوچھا ہے کوئمبٹور سے۔</w:t>
      </w:r>
    </w:p>
    <w:p>
      <w:r>
        <w:rPr>
          <w:b/>
        </w:rPr>
        <w:t xml:space="preserve">[36:50] </w:t>
      </w:r>
      <w:r>
        <w:t>unhon ne likha hai ke sari dunya mein, sari dunya mein peace phail jaye, kya yeh mumkin hai?</w:t>
      </w:r>
    </w:p>
    <w:p>
      <w:pPr>
        <w:jc w:val="right"/>
      </w:pPr>
      <w:r>
        <w:t>انہوں نے لکھا ہے کہ ساری دنیا میں، ساری دنیا میں پیس پھیل جائے، کیا یہ ممکن ہے؟</w:t>
      </w:r>
    </w:p>
    <w:p>
      <w:r>
        <w:rPr>
          <w:b/>
        </w:rPr>
        <w:t xml:space="preserve">[37:00] </w:t>
      </w:r>
      <w:r>
        <w:t>kya saari duniya mein peace phail jaye? kya ye peace, peace, peace, aman, aman, aman?</w:t>
      </w:r>
    </w:p>
    <w:p>
      <w:pPr>
        <w:jc w:val="right"/>
      </w:pPr>
      <w:r>
        <w:t>کیا ساری دنیا میں پیس پھیل جائے؟ کیا یہ پیس، پیس، پیس، امن، امن، امن؟</w:t>
      </w:r>
    </w:p>
    <w:p>
      <w:r>
        <w:rPr>
          <w:b/>
        </w:rPr>
        <w:t xml:space="preserve">[37:09] </w:t>
      </w:r>
      <w:r>
        <w:t>farq woh hai. khwamkhwah pathar marte hain log to woh retaliat karte hain. meri umar itni ho gayi, aaj tak dunya mein kahin mujhe tashaddud ka tajurba nahi hua kyunke main kisi ke sath karta nahi kuch.</w:t>
      </w:r>
    </w:p>
    <w:p>
      <w:pPr>
        <w:jc w:val="right"/>
      </w:pPr>
      <w:r>
        <w:t>فرق وہ ہے۔ خوامخواہ پتھر مارتے ہیں لوگ تو وہ ریٹیلیٹ کرتے ہیں۔ میری عمر اتنی ہو گئی، آج تک دنیا میں کہیں مجھے تشدد کا تجربہ نہیں ہوا کیونکہ میں کسی کے ساتھ کرتا نہیں کچھ۔</w:t>
      </w:r>
    </w:p>
    <w:p>
      <w:r>
        <w:rPr>
          <w:b/>
        </w:rPr>
        <w:t xml:space="preserve">[37:27] </w:t>
      </w:r>
      <w:r>
        <w:t>yeh sab jo hai retaliation hai. pcp se aaj dunya mein har taraf pcp se.</w:t>
      </w:r>
    </w:p>
    <w:p>
      <w:pPr>
        <w:jc w:val="right"/>
      </w:pPr>
      <w:r>
        <w:t>یہ سب جو ہے ریٹیلیشن ہے۔ پی سی پی سے آج دنیا میں ہر طرف پی سی پی سے۔</w:t>
      </w:r>
    </w:p>
    <w:p>
      <w:r>
        <w:rPr>
          <w:b/>
        </w:rPr>
        <w:t xml:space="preserve">[37:40] </w:t>
      </w:r>
      <w:r>
        <w:t>maulana, agla sawal bheja hai srinagar se aamir mori sahib ne. unhon ne likha hai ke maulana, how can a common person contribute to this mission?</w:t>
      </w:r>
    </w:p>
    <w:p>
      <w:pPr>
        <w:jc w:val="right"/>
      </w:pPr>
      <w:r>
        <w:t>مولانا، اگلا سوال بھیجا ہے سری نگر سے عامر موری صاحب نے۔ انہوں نے لکھا ہے کہ مولانا، ہاؤ کین ا کامن پرسن کنٹریبیوٹ ٹو دس مشن؟</w:t>
      </w:r>
    </w:p>
    <w:p>
      <w:r>
        <w:rPr>
          <w:b/>
        </w:rPr>
        <w:t xml:space="preserve">[37:54] </w:t>
      </w:r>
      <w:r>
        <w:t>please guide us. paisa dein, har aadmi ke paas paisa hai. sab ki jebain bhari hui hain. ya ya to active hon, nahi to paisa dein.</w:t>
      </w:r>
    </w:p>
    <w:p>
      <w:pPr>
        <w:jc w:val="right"/>
      </w:pPr>
      <w:r>
        <w:t>پلیز گائیڈ اس۔ پیسہ دیں، ہر آدمی کے پاس پیسہ ہے۔ سب کی جیبیں بھری ہوئی ہیں۔ یا یا تو ایکٹیو ہوں، نہیں تو پیسہ دیں۔</w:t>
      </w:r>
    </w:p>
    <w:p>
      <w:r>
        <w:rPr>
          <w:b/>
        </w:rPr>
        <w:t xml:space="preserve">[38:07] </w:t>
      </w:r>
      <w:r>
        <w:t>ya to khud active hon ya paisa dein taake is kaam ko aage barhaya jaye. kuch nahi, koi exclude nahi logon ke paas.</w:t>
      </w:r>
    </w:p>
    <w:p>
      <w:pPr>
        <w:jc w:val="right"/>
      </w:pPr>
      <w:r>
        <w:t>یا تو خود ایکٹیو ہوں یا پیسہ دیں تاکہ اس کام کو آگے بڑھایا جائے۔ کچھ نہیں، کوئی ایکسکلوڈ نہیں لوگوں کے پاس۔</w:t>
      </w:r>
    </w:p>
    <w:p>
      <w:r>
        <w:rPr>
          <w:b/>
        </w:rPr>
        <w:t xml:space="preserve">[38:20] </w:t>
      </w:r>
      <w:r>
        <w:t>aaj sab ki jebain bhari hui hain lekin logon ke paas apne apne agenda hai.</w:t>
      </w:r>
    </w:p>
    <w:p>
      <w:pPr>
        <w:jc w:val="right"/>
      </w:pPr>
      <w:r>
        <w:t>آج سب کی جیبیں بھری ہوئی ہیں لیکن لوگوں کے پاس اپنے اپنے ایجنڈا ہے۔</w:t>
      </w:r>
    </w:p>
    <w:p>
      <w:r>
        <w:rPr>
          <w:b/>
        </w:rPr>
        <w:t xml:space="preserve">[38:31] </w:t>
      </w:r>
      <w:r>
        <w:t>har aadmi ke paas, yani so called ghareeb ke paas bhi apna agenda hai.</w:t>
      </w:r>
    </w:p>
    <w:p>
      <w:pPr>
        <w:jc w:val="right"/>
      </w:pPr>
      <w:r>
        <w:t>ہر آدمی کے پاس، یعنی سو کالڈ غریب کے پاس بھی اپنا ایجنڈا ہے۔</w:t>
      </w:r>
    </w:p>
    <w:p>
      <w:r>
        <w:rPr>
          <w:b/>
        </w:rPr>
        <w:t xml:space="preserve">[38:41] </w:t>
      </w:r>
      <w:r>
        <w:t>yeh ayat jo main ne ab yeh parh ke sunai hai, unhon ne is ka ghor se ja ke parhiye ke kya keh rahi hai ayat?</w:t>
      </w:r>
    </w:p>
    <w:p>
      <w:pPr>
        <w:jc w:val="right"/>
      </w:pPr>
      <w:r>
        <w:t>یہ آیت جو میں نے اب یہ پڑھ کے سنائی ہے، انہوں نے اس کا غور سے جا کے پڑھیے کہ کیا کہہ رہی ہے آیت؟</w:t>
      </w:r>
    </w:p>
    <w:p>
      <w:r>
        <w:rPr>
          <w:b/>
        </w:rPr>
        <w:t xml:space="preserve">[38:50] </w:t>
      </w:r>
      <w:r>
        <w:t>ek yeh kya ayat kya keh rahi hai? lan tanalbir hatta tunfiqo mimma tuhibbun. yani hargiz tum ko neki ka darja nahi milega.</w:t>
      </w:r>
    </w:p>
    <w:p>
      <w:pPr>
        <w:jc w:val="right"/>
      </w:pPr>
      <w:r>
        <w:t>ایک یہ کیا آیت کیا کہہ رہی ہے؟ لن تنالبر حتی تنفق مما تحبون۔ یعنی ہرگز تم کو نیکی کا درجہ نہیں ملے گا۔</w:t>
      </w:r>
    </w:p>
    <w:p>
      <w:r>
        <w:rPr>
          <w:b/>
        </w:rPr>
        <w:t xml:space="preserve">[39:01] </w:t>
      </w:r>
      <w:r>
        <w:t>yani Allah ke nazdeek aap neki nahi banenge. Allah ke nazdeek aap ayat se insan likhe hi nahi jayenge. kaisi ajeeb ayat hai.</w:t>
      </w:r>
    </w:p>
    <w:p>
      <w:pPr>
        <w:jc w:val="right"/>
      </w:pPr>
      <w:r>
        <w:t>یعنی اللہ کے نزدیک آپ نیکی نہیں بنیں گے۔ اللہ کے نزدیک آپ آیت سے انسان لکھے ہی نہیں جائیں گے۔ کیسی عجیب آیت ہے۔</w:t>
      </w:r>
    </w:p>
    <w:p>
      <w:r>
        <w:rPr>
          <w:b/>
        </w:rPr>
        <w:t xml:space="preserve">[39:19] </w:t>
      </w:r>
      <w:r>
        <w:t>maulana, agla sawal deoband se bheja hai rahal kabiri sahib ne. unhon ne likha hai ke khilafat qaim karne ki sharai hesiyat kya hai?</w:t>
      </w:r>
    </w:p>
    <w:p>
      <w:pPr>
        <w:jc w:val="right"/>
      </w:pPr>
      <w:r>
        <w:t>مولانا، اگلا سوال دیوبند سے بھیجا ہے راحل کبیری صاحب نے۔ انہوں نے لکھا ہے کہ خلافت قائم کرنے کی شرعی حیثیت کیا ہے؟</w:t>
      </w:r>
    </w:p>
    <w:p>
      <w:r>
        <w:rPr>
          <w:b/>
        </w:rPr>
        <w:t xml:space="preserve">[39:32] </w:t>
      </w:r>
      <w:r>
        <w:t>iska kuch bhi nahi, nothing hai. iska tareeqa is zamane mein kya hoga? nahi, woh woh woh to ek false. yani khilafat ka kahin bataiye, kahan likha hai?</w:t>
      </w:r>
    </w:p>
    <w:p>
      <w:pPr>
        <w:jc w:val="right"/>
      </w:pPr>
      <w:r>
        <w:t>اس کا کچھ بھی نہیں، نتھنگ ہے۔ اس کا طریقہ اس زمانے میں کیا ہوگا؟ نہیں، وہ وہ وہ تو ایک فالس۔ یعنی خلافت کا کہیں بتائیے، کہاں لکھا ہے؟</w:t>
      </w:r>
    </w:p>
    <w:p>
      <w:r>
        <w:rPr>
          <w:b/>
        </w:rPr>
        <w:t xml:space="preserve">[39:44] </w:t>
      </w:r>
      <w:r>
        <w:t>quran majeed mein, hadith mein kahan likha hai? aye mus</w:t>
      </w:r>
    </w:p>
    <w:p>
      <w:pPr>
        <w:jc w:val="right"/>
      </w:pPr>
      <w:r>
        <w:t>قرآن مجید میں، حدیث میں کہاں لکھا ہے؟ اے مس</w:t>
      </w:r>
    </w:p>
    <w:p>
      <w:r>
        <w:rPr>
          <w:b/>
        </w:rPr>
        <w:t xml:space="preserve">[39:47] </w:t>
      </w:r>
      <w:r>
        <w:t>almanon, tumhara farz hai ke tum sari dunya mein khilafat elahiya qaim karo. kahan likha hai? yeh to jhooti baat hai.</w:t>
      </w:r>
    </w:p>
    <w:p>
      <w:pPr>
        <w:jc w:val="right"/>
      </w:pPr>
      <w:r>
        <w:t>لمانوں، تمہارا فرض ہے کہ تم ساری دنیا میں خلافت الہیہ قائم کرو۔ کہاں لکھا ہے؟ یہ تو جھوٹی بات ہے۔</w:t>
      </w:r>
    </w:p>
    <w:p>
      <w:r>
        <w:rPr>
          <w:b/>
        </w:rPr>
        <w:t xml:space="preserve">[39:56] </w:t>
      </w:r>
      <w:r>
        <w:t>kahin kahin sahib, quran mein, hadith mein kahin hai? yeh nahi, haan</w:t>
      </w:r>
    </w:p>
    <w:p>
      <w:pPr>
        <w:jc w:val="right"/>
      </w:pPr>
      <w:r>
        <w:t>کہیں کہیں صاحب، قرآن میں، حدیث میں کہیں ہے؟ یہ نہیں، ہاں</w:t>
      </w:r>
    </w:p>
    <w:p>
      <w:r>
        <w:rPr>
          <w:b/>
        </w:rPr>
        <w:t xml:space="preserve">[40:01] </w:t>
      </w:r>
      <w:r>
        <w:t>hai hi nahi. yeh yeh to bana rakha hai logon ne khud se. jo quran mein likha hua hai, woh to hai ke dawat do. us ko bhula diya hai.</w:t>
      </w:r>
    </w:p>
    <w:p>
      <w:pPr>
        <w:jc w:val="right"/>
      </w:pPr>
      <w:r>
        <w:t>ہے ہی نہیں۔ یہ یہ تو بنا رکھا ہے لوگوں نے خود سے۔ جو قرآن میں لکھا ہوا ہے، وہ تو ہے کہ دعوت دو۔ اس کو بھلا دیا ہے۔</w:t>
      </w:r>
    </w:p>
    <w:p>
      <w:r>
        <w:rPr>
          <w:b/>
        </w:rPr>
        <w:t xml:space="preserve">[40:12] </w:t>
      </w:r>
      <w:r>
        <w:t>aur jo nahi likha hua, use likh rakha hai. woh ayat parhiye, woh ayat yaktaboon behadihim. woh ayat parhiye. khud se likhte hain aur kehte hain ke Allah ki baat hai.</w:t>
      </w:r>
    </w:p>
    <w:p>
      <w:pPr>
        <w:jc w:val="right"/>
      </w:pPr>
      <w:r>
        <w:t>اور جو نہیں لکھا ہوا، اسے لکھ رکھا ہے۔ وہ آیت پڑھیے، وہ آیت یکتبون بیہدیہم۔ وہ آیت پڑھیے۔ خود سے لکھتے ہیں اور کہتے ہیں کہ اللہ کی بات ہے۔</w:t>
      </w:r>
    </w:p>
    <w:p>
      <w:r>
        <w:rPr>
          <w:b/>
        </w:rPr>
        <w:t xml:space="preserve">[40:28] </w:t>
      </w:r>
      <w:r>
        <w:t>us ko parhiye, is ka tarjuma kijiye.</w:t>
      </w:r>
    </w:p>
    <w:p>
      <w:pPr>
        <w:jc w:val="right"/>
      </w:pPr>
      <w:r>
        <w:t>اس کو پڑھیے، اس کا ترجمہ کیجئے۔</w:t>
      </w:r>
    </w:p>
    <w:p>
      <w:r>
        <w:rPr>
          <w:b/>
        </w:rPr>
        <w:t xml:space="preserve">[40:39] </w:t>
      </w:r>
      <w:r>
        <w:t>is ka tarjuma parhiye. aur barbadi hai un logon ke liye jo kitab ko apne hathon se likhte hain, phir woh kehte hain ke yeh Allah ki janib se hain taake is ke zariye se woh thodi si qeemat kamayein.</w:t>
      </w:r>
    </w:p>
    <w:p>
      <w:pPr>
        <w:jc w:val="right"/>
      </w:pPr>
      <w:r>
        <w:t>اس کا ترجمہ پڑھیے۔ اور بربادی ہے ان لوگوں کے لیے جو کتاب کو اپنے ہاتھوں سے لکھتے ہیں، پھر وہ کہتے ہیں کہ یہ اللہ کی جانب سے ہیں تاکہ اس کے ذریعے سے وہ تھوڑی سی قیمت کمائیں۔</w:t>
      </w:r>
    </w:p>
    <w:p>
      <w:r>
        <w:rPr>
          <w:b/>
        </w:rPr>
        <w:t xml:space="preserve">[40:54] </w:t>
      </w:r>
      <w:r>
        <w:t>fowaylluhum mimma katabat aydihim, waylluhum mimma yaksiboon. to barbadi hai un cheezon ke liye, un cheezon par jo woh apne hathon se likhte hain.</w:t>
      </w:r>
    </w:p>
    <w:p>
      <w:pPr>
        <w:jc w:val="right"/>
      </w:pPr>
      <w:r>
        <w:t>فویلہم مما کتبت ایدیہم، ویلہم مما یکسبون۔ تو بربادی ہے ان چیزوں کے لیے، ان چیزوں پر جو وہ اپنے ہاتھوں سے لکھتے ہیں۔</w:t>
      </w:r>
    </w:p>
    <w:p>
      <w:r>
        <w:rPr>
          <w:b/>
        </w:rPr>
        <w:t xml:space="preserve">[41:05] </w:t>
      </w:r>
      <w:r>
        <w:t>aur barbadi hai un ke liye jo kuch woh kamate hain. is ayat par ek jo hai, jo baat hai, us ko sochiye. sari quran mein so bar parhiye.</w:t>
      </w:r>
    </w:p>
    <w:p>
      <w:pPr>
        <w:jc w:val="right"/>
      </w:pPr>
      <w:r>
        <w:t>اور بربادی ہے ان کے لیے جو کچھ وہ کماتے ہیں۔ اس آیت پر ایک جو ہے، جو بات ہے، اس کو سوچیے۔ سارے قرآن میں سو بار پڑھیے۔</w:t>
      </w:r>
    </w:p>
    <w:p>
      <w:r>
        <w:rPr>
          <w:b/>
        </w:rPr>
        <w:t xml:space="preserve">[41:19] </w:t>
      </w:r>
      <w:r>
        <w:t>bataiye mujhe ke kahan likha hua hai ke hukoomat elahiya qaim karo? kahan likha hua hai ke khilafat elahiya qaim karo? na quran mein, na hadith mein.</w:t>
      </w:r>
    </w:p>
    <w:p>
      <w:pPr>
        <w:jc w:val="right"/>
      </w:pPr>
      <w:r>
        <w:t>بتائیے مجھے کہ کہاں لکھا ہوا ہے کہ حکومت الہیہ قائم کرو؟ کہاں لکھا ہوا ہے کہ خلافت الہیہ قائم کرو؟ نہ قرآن میں، نہ حدیث میں۔</w:t>
      </w:r>
    </w:p>
    <w:p>
      <w:r>
        <w:rPr>
          <w:b/>
        </w:rPr>
        <w:t xml:space="preserve">[41:32] </w:t>
      </w:r>
      <w:r>
        <w:t>to khud se likhta hai aur kehta hai ke dekho, yeh yeh khuda ka hukum hai. yeh jo ayat parhi, lan tanal albir hatta tunfiqo mimma tuhibbun, is mein jo yeh infaq ya charity ya kharch karna aaya hai, yeh dawat ke mad mein hai ya aam charitable kamon mein?</w:t>
      </w:r>
    </w:p>
    <w:p>
      <w:pPr>
        <w:jc w:val="right"/>
      </w:pPr>
      <w:r>
        <w:t>تو خود سے لکھتا ہے اور کہتا ہے کہ دیکھو، یہ یہ خدا کا حکم ہے۔ یہ جو آیت پڑھی، لن تنال البر حتی تنفق مما تحبون، اس میں جو یہ انفاق یا چیریٹی یا خرچ کرنا آیا ہے، یہ دعوت کے مد میں ہے یا عام چیریٹیبل کاموں میں؟</w:t>
      </w:r>
    </w:p>
    <w:p>
      <w:r>
        <w:rPr>
          <w:b/>
        </w:rPr>
        <w:t xml:space="preserve">[41:54] </w:t>
      </w:r>
      <w:r>
        <w:t>chounke aam tor se musalman in is tarah ki aayaton ko in mad mein lete hain jaise ghareebon ki madad karna, yateemon ki madad karna, school kholna, masjid banana, madrasa banana.</w:t>
      </w:r>
    </w:p>
    <w:p>
      <w:pPr>
        <w:jc w:val="right"/>
      </w:pPr>
      <w:r>
        <w:t>چونکہ عام طور سے مسلمان ان اس طرح کی آیتوں کو ان مد میں لیتے ہیں جیسے غریبوں کی مدد کرنا، یتیموں کی مدد کرنا، اسکول کھولنا، مسجد بنانا، مدرسہ بنانا۔</w:t>
      </w:r>
    </w:p>
    <w:p>
      <w:r>
        <w:rPr>
          <w:b/>
        </w:rPr>
        <w:t xml:space="preserve">[42:09] </w:t>
      </w:r>
      <w:r>
        <w:t>to yeh baat wazeh nahi hoti ke yeh ah jo ah kaha gaya hai, yeh dawat ke liye hai ya ek general ah woh hai.</w:t>
      </w:r>
    </w:p>
    <w:p>
      <w:pPr>
        <w:jc w:val="right"/>
      </w:pPr>
      <w:r>
        <w:t>تو یہ بات واضح نہیں ہوتی کہ یہ اہ جو اہ کہا گیا ہے، یہ دعوت کے لیے ہے یا ایک جنرل اہ وہ ہے۔</w:t>
      </w:r>
    </w:p>
    <w:p>
      <w:r>
        <w:rPr>
          <w:b/>
        </w:rPr>
        <w:t xml:space="preserve">[42:21] </w:t>
      </w:r>
      <w:r>
        <w:t>bhai, agar koi mujh se pooche to main to yeh kahunga ke aaj kal jo musalmanon ka mizaj hai, kharch ke hawale mein, aaj kal ke musalmanon mein musalman paisa kharch karte hain lekin woh badar teresa ke culture par hain.</w:t>
      </w:r>
    </w:p>
    <w:p>
      <w:pPr>
        <w:jc w:val="right"/>
      </w:pPr>
      <w:r>
        <w:t>بھائی، اگر کوئی مجھ سے پوچھے تو میں تو یہ کہوں گا کہ آج کل جو مسلمانوں کا مزاج ہے، خرچ کے حوالے میں، آج کل کے مسلمانوں میں مسلمان پیسہ خرچ کرتے ہیں لیکن وہ بدر ٹریسا کے کلچر پر ہیں۔</w:t>
      </w:r>
    </w:p>
    <w:p>
      <w:r>
        <w:rPr>
          <w:b/>
        </w:rPr>
        <w:t xml:space="preserve">[42:39] </w:t>
      </w:r>
      <w:r>
        <w:t>woh kyunke dekhiye, agar aap quran ko padhein aur hadith ko padhein to sab se zyada jo jazba ubhrega, woh dawat ka jazba hai.</w:t>
      </w:r>
    </w:p>
    <w:p>
      <w:pPr>
        <w:jc w:val="right"/>
      </w:pPr>
      <w:r>
        <w:t>وہ کیونکہ دیکھیے، اگر آپ قرآن کو پڑھیں اور حدیث کو پڑھیں تو سب سے زیادہ جو جذبہ ابھرے گا، وہ دعوت کا جذبہ ہے۔</w:t>
      </w:r>
    </w:p>
    <w:p>
      <w:r>
        <w:rPr>
          <w:b/>
        </w:rPr>
        <w:t xml:space="preserve">[42:54] </w:t>
      </w:r>
      <w:r>
        <w:t>kyunke rasool Allah dawat ke liye bheje gaye. quran mein yeh hai: "lalak bakh nafsak Allah yakoon momineen".</w:t>
      </w:r>
    </w:p>
    <w:p>
      <w:pPr>
        <w:jc w:val="right"/>
      </w:pPr>
      <w:r>
        <w:t>کیونکہ رسول اللہ دعوت کے لیے بھیجے گئے۔ قرآن میں یہ ہے: "لالک باخ نفسک اللہ یکون مومنین"۔</w:t>
      </w:r>
    </w:p>
    <w:p>
      <w:r>
        <w:rPr>
          <w:b/>
        </w:rPr>
        <w:t xml:space="preserve">[43:08] </w:t>
      </w:r>
      <w:r>
        <w:t>yani logon ko deen nahi pahunch raha hai, yeh soch kar shayad tum apne ko halak kar loge. to rasool Allah ki subah, shaam, raat, din, har waqt ki jo tadap thi,</w:t>
      </w:r>
    </w:p>
    <w:p>
      <w:pPr>
        <w:jc w:val="right"/>
      </w:pPr>
      <w:r>
        <w:t>یعنی لوگوں کو دین نہیں پہنچ رہا ہے، یہ سوچ کر شاید تم اپنے کو ہلاک کر لو گے۔ تو رسول اللہ کی صبح، شام، رات، دن، ہر وقت کی جو تڑپ تھی،</w:t>
      </w:r>
    </w:p>
    <w:p>
      <w:r>
        <w:rPr>
          <w:b/>
        </w:rPr>
        <w:t xml:space="preserve">[43:22] </w:t>
      </w:r>
      <w:r>
        <w:t>woh tadap thi ke Allah ka paigham insanon tak pahunche. aaj kal ke musalmanon ki tadap kya hai ke woh</w:t>
      </w:r>
    </w:p>
    <w:p>
      <w:pPr>
        <w:jc w:val="right"/>
      </w:pPr>
      <w:r>
        <w:t>وہ تڑپ تھی کہ اللہ کا پیغام انسانوں تک پہنچے۔ آج کل کے مسلمانوں کی تڑپ کیا ہے کہ وہ</w:t>
      </w:r>
    </w:p>
    <w:p>
      <w:r>
        <w:rPr>
          <w:b/>
        </w:rPr>
        <w:t xml:space="preserve">[43:36] </w:t>
      </w:r>
      <w:r>
        <w:t>bill gates aur mother teresa? kyunke dekhiye, yeh saada baat nahi hai. saada baat nahi hai.</w:t>
      </w:r>
    </w:p>
    <w:p>
      <w:pPr>
        <w:jc w:val="right"/>
      </w:pPr>
      <w:r>
        <w:t>بل گیٹ اور مدر ٹریسا؟ کیونکہ دیکھیے، یہ سادہ بات نہیں ہے۔ سادہ بات نہیں ہے۔</w:t>
      </w:r>
    </w:p>
    <w:p>
      <w:r>
        <w:rPr>
          <w:b/>
        </w:rPr>
        <w:t xml:space="preserve">[43:46] </w:t>
      </w:r>
      <w:r>
        <w:t>yeh dekhein, agar aap dawat ke kaam mein kharch karein, quran phailane mein kharch karein, quran ko har zaban mein tarjuma kar ke phailane mein kharch karein to aap ki koi wah wah nahi hogi.</w:t>
      </w:r>
    </w:p>
    <w:p>
      <w:pPr>
        <w:jc w:val="right"/>
      </w:pPr>
      <w:r>
        <w:t>یہ دیکھیں، اگر آپ دعوت کے کام میں خرچ کریں، قرآن پھیلانے میں خرچ کریں، قرآن کو ہر زبان میں ترجمہ کر کے پھیلانے میں خرچ کریں تو آپ کی کوئی واہ واہ نہیں ہوگی۔</w:t>
      </w:r>
    </w:p>
    <w:p>
      <w:r>
        <w:rPr>
          <w:b/>
        </w:rPr>
        <w:t xml:space="preserve">[44:00] </w:t>
      </w:r>
      <w:r>
        <w:t>kahin kahin wah wah nahi hogi. lekin yeh badar teresa wali jo mother hain, is pe jab aap kharch karte hain to sab wah wah hoti hai.</w:t>
      </w:r>
    </w:p>
    <w:p>
      <w:pPr>
        <w:jc w:val="right"/>
      </w:pPr>
      <w:r>
        <w:t>کہیں کہیں واہ واہ نہیں ہوگی۔ لیکن یہ بدر ٹریسا والی جو مدر ہیں، اس پہ جب آپ خرچ کرتے ہیں تو سب واہ واہ ہوتی ہے۔</w:t>
      </w:r>
    </w:p>
    <w:p>
      <w:r>
        <w:rPr>
          <w:b/>
        </w:rPr>
        <w:t xml:space="preserve">[44:10] </w:t>
      </w:r>
      <w:r>
        <w:t>yahan se le ke america tak,</w:t>
      </w:r>
    </w:p>
    <w:p>
      <w:pPr>
        <w:jc w:val="right"/>
      </w:pPr>
      <w:r>
        <w:t>یہاں سے لے کے امریکہ تک،</w:t>
      </w:r>
    </w:p>
    <w:p>
      <w:r>
        <w:rPr>
          <w:b/>
        </w:rPr>
        <w:t xml:space="preserve">[44:18] </w:t>
      </w:r>
      <w:r>
        <w:t>yeh raaz hai is mein. aur aur is mein aur bhi faide hain. aap ka income tax bachta hai.</w:t>
      </w:r>
    </w:p>
    <w:p>
      <w:pPr>
        <w:jc w:val="right"/>
      </w:pPr>
      <w:r>
        <w:t>یہ راز ہے اس میں۔ اور اور اس میں اور بھی فائدے ہیں۔ آپ کا انکم ٹیکس بچتا ہے۔</w:t>
      </w:r>
    </w:p>
    <w:p>
      <w:r>
        <w:rPr>
          <w:b/>
        </w:rPr>
        <w:t xml:space="preserve">[44:28] </w:t>
      </w:r>
      <w:r>
        <w:t>income tax bachta hai to kaun income tax nahi bachayega? aur tareeqe to galat hisab pesh kar ke bachate hain.</w:t>
      </w:r>
    </w:p>
    <w:p>
      <w:pPr>
        <w:jc w:val="right"/>
      </w:pPr>
      <w:r>
        <w:t>انکم ٹیکس بچتا ہے تو کون انکم ٹیکس نہیں بچائے گا؟ اور طریقے تو غلط حساب پیش کر کے بچاتے ہیں۔</w:t>
      </w:r>
    </w:p>
    <w:p>
      <w:r>
        <w:rPr>
          <w:b/>
        </w:rPr>
        <w:t xml:space="preserve">[44:37] </w:t>
      </w:r>
      <w:r>
        <w:t>yahan to free bach raha hai.</w:t>
      </w:r>
    </w:p>
    <w:p>
      <w:pPr>
        <w:jc w:val="right"/>
      </w:pPr>
      <w:r>
        <w:t>یہاں تو فری بچ رہا ہے۔</w:t>
      </w:r>
    </w:p>
    <w:p>
      <w:r>
        <w:rPr>
          <w:b/>
        </w:rPr>
        <w:t xml:space="preserve">[44:43] </w:t>
      </w:r>
      <w:r>
        <w:t>aur tareeqe jo ikhtiyar karte hain log to galat hisab se bachate hain. lekin yahan to yeh hai ke government khud is ko, yani accepted mad manti hai aur income tax aap ka kat jata hai.</w:t>
      </w:r>
    </w:p>
    <w:p>
      <w:pPr>
        <w:jc w:val="right"/>
      </w:pPr>
      <w:r>
        <w:t>اور طریقے جو اختیار کرتے ہیں لوگ تو غلط حساب سے بچاتے ہیں۔ لیکن یہاں تو یہ ہے کہ گورنمنٹ خود اس کو، یعنی ایکسیپٹڈ مد مانتی ہے اور انکم ٹیکس آپ کا کٹ جاتا ہے۔</w:t>
      </w:r>
    </w:p>
    <w:p>
      <w:r>
        <w:rPr>
          <w:b/>
        </w:rPr>
        <w:t xml:space="preserve">[45:08] </w:t>
      </w:r>
      <w:r>
        <w:t>to yeh jo mother teresa ka jo culture culture hai, is mein to faida hi faida hai. aur dawat ka jo culture hai, is ko kuch faida hi nahi siwaye is ke ke Allah taala yahan aap ko umeed hai ke is ka inaam milega.</w:t>
      </w:r>
    </w:p>
    <w:p>
      <w:pPr>
        <w:jc w:val="right"/>
      </w:pPr>
      <w:r>
        <w:t>تو یہ جو مدر ٹریسا کا جو کلچر کلچر ہے، اس میں تو فائدہ ہی فائدہ ہے۔ اور دعوت کا جو کلچر ہے، اس کو کچھ فائدہ ہی نہیں سوائے اس کے کہ اللہ تعالی یہاں آپ کو امید ہے کہ اس کا انعام ملے گا۔</w:t>
      </w:r>
    </w:p>
    <w:p>
      <w:r>
        <w:rPr>
          <w:b/>
        </w:rPr>
        <w:t xml:space="preserve">[45:26] </w:t>
      </w:r>
      <w:r>
        <w:t>behhal, quran ko padhiye aap</w:t>
      </w:r>
    </w:p>
    <w:p>
      <w:pPr>
        <w:jc w:val="right"/>
      </w:pPr>
      <w:r>
        <w:t>بہرحال، قرآن کو پڑھیے آپ</w:t>
      </w:r>
    </w:p>
    <w:p>
      <w:r>
        <w:rPr>
          <w:b/>
        </w:rPr>
        <w:t xml:space="preserve">[45:31] </w:t>
      </w:r>
      <w:r>
        <w:t>objective andaaz mein to is mein koi shakk nahi rahega ke Allah ka jo paigham hai, jo rasool Allah ne choda hai, ab koi paigham, koi rasool aane wala nahi hai.</w:t>
      </w:r>
    </w:p>
    <w:p>
      <w:pPr>
        <w:jc w:val="right"/>
      </w:pPr>
      <w:r>
        <w:t>ابجیکٹو انداز میں تو اس میں کوئی شک نہیں رہے گا کہ اللہ کا جو پیغام ہے، جو رسول اللہ نے چھوڑا ہے، اب کوئی پیغام، کوئی رسول آنے والا نہیں ہے۔</w:t>
      </w:r>
    </w:p>
    <w:p>
      <w:r>
        <w:rPr>
          <w:b/>
        </w:rPr>
        <w:t xml:space="preserve">[45:47] </w:t>
      </w:r>
      <w:r>
        <w:t>to hamari zimmedari hai ke hum is ko pahunchayein. to phir aap isi pe inteha dhan isi pe apne aap ko laga denge.</w:t>
      </w:r>
    </w:p>
    <w:p>
      <w:pPr>
        <w:jc w:val="right"/>
      </w:pPr>
      <w:r>
        <w:t>تو ہماری ذمہ داری ہے کہ ہم اس کو پہنچائیں۔ تو پھر آپ اسی پہ انتہا دھن اسی پہ اپنے آپ کو لگا دیں گے۔</w:t>
      </w:r>
    </w:p>
    <w:p>
      <w:r>
        <w:rPr>
          <w:b/>
        </w:rPr>
        <w:t xml:space="preserve">[45:57] </w:t>
      </w:r>
      <w:r>
        <w:t>lekin seriously log sochte nahi, seriously padhte nahi quran ko. farmooda un se kaha gaya tha ke is ko phailao lekin woh is ko chhod chhod denge.</w:t>
      </w:r>
    </w:p>
    <w:p>
      <w:pPr>
        <w:jc w:val="right"/>
      </w:pPr>
      <w:r>
        <w:t>لیکن سیریسلی لوگ سوچتے نہیں، سیریسلی پڑھتے نہیں قرآن کو۔ فرمودہ ان سے کہا گیا تھا کہ اس کو پھیلاؤ لیکن وہ اس کو چھوڑ چھوڑ دیں گے۔</w:t>
      </w:r>
    </w:p>
    <w:p>
      <w:r>
        <w:rPr>
          <w:b/>
        </w:rPr>
        <w:t xml:space="preserve">[46:14] </w:t>
      </w:r>
      <w:r>
        <w:t>to quran hadith mein aata hai ke tum wohi karoge jo yahood ne kiya hai. to woh yahi hai.</w:t>
      </w:r>
    </w:p>
    <w:p>
      <w:pPr>
        <w:jc w:val="right"/>
      </w:pPr>
      <w:r>
        <w:t>تو قرآن حدیث میں آتا ہے کہ تم وہی کرو گے جو یہود نے کیا ہے۔ تو وہ یہی ہے۔</w:t>
      </w:r>
    </w:p>
    <w:p>
      <w:r>
        <w:rPr>
          <w:b/>
        </w:rPr>
        <w:t xml:space="preserve">[46:23] </w:t>
      </w:r>
      <w:r>
        <w:t>yeh question wahan se aaya Maulana. jab hum eid ke baad jab distribution kar rahe the to wahan pe kuch log nikal rahe the to woh yeh keh rahe the: "dekhho, bana fazool ke diye ja rahe hain, koi maang to raha nahi hai, aise hi baante ja rahe hain." ek aadmi keh raha hai ke "aap aap be adabi kar rahe hain, kyun baant rahe hain?</w:t>
      </w:r>
    </w:p>
    <w:p>
      <w:pPr>
        <w:jc w:val="right"/>
      </w:pPr>
      <w:r>
        <w:t>یہ کوئسچن وہاں سے آیا مولانا۔ جب ہم عید کے بعد جب ڈسٹریبیوشن کر رہے تھے تو وہاں پہ کچھ لوگ نکل رہے تھے تو وہ یہ کہہ رہے تھے: "دیکھو، بنا فضول کے دیے جا رہے ہیں، کوئی مانگ تو رہا نہیں ہے، ایسے ہی بانٹے جا رہے ہیں۔" ایک آدمی کہہ رہا ہے کہ "آپ آپ بے ادبی کر رہے ہیں، کیوں بانٹ رہے ہیں؟</w:t>
      </w:r>
    </w:p>
    <w:p>
      <w:r>
        <w:rPr>
          <w:b/>
        </w:rPr>
        <w:t xml:space="preserve">[46:39] </w:t>
      </w:r>
      <w:r>
        <w:t>is ki be adabi hogi." to aise logon ko kya baat hai? ya rasool Allah ko log bulate the ke "aap ko quran sunao." rasool Allah ko log pukarte the: "gaye Muhammad, aao hum ko quran sunao." woh khud jaate the.</w:t>
      </w:r>
    </w:p>
    <w:p>
      <w:pPr>
        <w:jc w:val="right"/>
      </w:pPr>
      <w:r>
        <w:t>اس کی بے ادبی ہوگی۔" تو ایسے لوگوں کو کیا بات ہے؟ یا رسول اللہ کو لوگ بلاتے تھے کہ "آپ کو قرآن سناؤ۔" رسول اللہ کو لوگ پکارتے تھے: "گئے محمد، آؤ ہم کو قرآن سناؤ۔" وہ خود جاتے تھے۔</w:t>
      </w:r>
    </w:p>
    <w:p>
      <w:r>
        <w:rPr>
          <w:b/>
        </w:rPr>
        <w:t xml:space="preserve">[46:56] </w:t>
      </w:r>
      <w:r>
        <w:t>yeh bilkul woh dhattayi ki jis ko kehte hain urdu mein na yeh dhattayi ki baatein hain. isi liye yeh question pooch raha hoon mujhe ke in ko un ke dimagh mein yeh kyun nahi hai ke daawa work ek important cheez hai ke jo yeh log kar rahe hain woh doosron ko bhi karna chahiye?</w:t>
      </w:r>
    </w:p>
    <w:p>
      <w:pPr>
        <w:jc w:val="right"/>
      </w:pPr>
      <w:r>
        <w:t>یہ بالکل وہ ڈھٹائی کی جس کو کہتے ہیں اردو میں نا یہ ڈھٹائی کی باتیں ہیں۔ اسی لیے یہ کوئسچن پوچھ رہا ہوں مجھے کہ ان کو ان کے دماغ میں یہ کیوں نہیں ہے کہ دعویٰ ورک ایک امپورٹنٹ چیز ہے کہ جو یہ لوگ کر رہے ہیں وہ دوسروں کو بھی کرنا چاہیے؟</w:t>
      </w:r>
    </w:p>
    <w:p>
      <w:r>
        <w:rPr>
          <w:b/>
        </w:rPr>
        <w:t xml:space="preserve">[47:13] </w:t>
      </w:r>
      <w:r>
        <w:t>dekhein, jahan tak maine socha hai, musalmanon ne ek hadith gadh rakhi hai, ek hadith gadh rakhi hai.</w:t>
      </w:r>
    </w:p>
    <w:p>
      <w:pPr>
        <w:jc w:val="right"/>
      </w:pPr>
      <w:r>
        <w:t>دیکھیں، جہاں تک میں نے سوچا ہے، مسلمانوں نے ایک حدیث گڑھ رکھی ہے، ایک حدیث گڑھ رکھی ہے۔</w:t>
      </w:r>
    </w:p>
    <w:p>
      <w:r>
        <w:rPr>
          <w:b/>
        </w:rPr>
        <w:t xml:space="preserve">[47:22] </w:t>
      </w:r>
      <w:r>
        <w:t>woh hadith us ko kehte hain hadith hadith shafa'at. woh samajhte hain ke rasool Allah wahan khare ho jayenge jannat ke paas aur sab ko bulayenge: "mere moti, aao</w:t>
      </w:r>
    </w:p>
    <w:p>
      <w:pPr>
        <w:jc w:val="right"/>
      </w:pPr>
      <w:r>
        <w:t>وہ حدیث اس کو کہتے ہیں حدیث حدیث شفاعت۔ وہ سمجھتے ہیں کہ رسول اللہ وہاں کھڑے ہو جائیں گے جنت کے پاس اور سب کو بلائیں گے: "میرے موتی، آؤ</w:t>
      </w:r>
    </w:p>
    <w:p>
      <w:r>
        <w:rPr>
          <w:b/>
        </w:rPr>
        <w:t xml:space="preserve">[47:38] </w:t>
      </w:r>
      <w:r>
        <w:t>aao aao!" aur sab ko dakhil kar denge. ji ji, yeh bilkul ghari hui hadith hai. toh jis ko bhi aap baat karenge aap na toh woh woh woh mante hain ke musalman toh is ki shafa'at ho chuki hai.</w:t>
      </w:r>
    </w:p>
    <w:p>
      <w:pPr>
        <w:jc w:val="right"/>
      </w:pPr>
      <w:r>
        <w:t>آؤ آؤ!" اور سب کو داخل کر دیں گے۔ جی جی، یہ بالکل گھڑی ہوئی حدیث ہے۔ تو جس کو بھی آپ بات کریں گے آپ نا تو وہ وہ وہ مانتے ہیں کہ مسلمان تو اس کی شفاعت ہو چکی ہے۔</w:t>
      </w:r>
    </w:p>
    <w:p>
      <w:r>
        <w:rPr>
          <w:b/>
        </w:rPr>
        <w:t xml:space="preserve">[47:53] </w:t>
      </w:r>
      <w:r>
        <w:t>woh toh woh toh jannati bhi jayega. sab ke dil mein baitha hua hai. jis ko bhi aap pakad ke dekhiye.</w:t>
      </w:r>
    </w:p>
    <w:p>
      <w:pPr>
        <w:jc w:val="right"/>
      </w:pPr>
      <w:r>
        <w:t>وہ تو وہ تو جنتی بھی جائے گا۔ سب کے دل میں بیٹھا ہوا ہے۔ جس کو بھی آپ پکڑ کے دیکھیے۔</w:t>
      </w:r>
    </w:p>
    <w:p>
      <w:r>
        <w:rPr>
          <w:b/>
        </w:rPr>
        <w:t xml:space="preserve">[48:07] </w:t>
      </w:r>
      <w:r>
        <w:t>maulana, jo</w:t>
      </w:r>
    </w:p>
    <w:p>
      <w:pPr>
        <w:jc w:val="right"/>
      </w:pPr>
      <w:r>
        <w:t>مولانا، جو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