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Surah Al-Waqi'ah A Life-Changing Surah (Part 1) March 9, 2025</w:t>
      </w:r>
    </w:p>
    <w:p>
      <w:r>
        <w:t>https://youtu.be/enNA8TyC-Mc</w:t>
      </w:r>
    </w:p>
    <w:p>
      <w:r>
        <w:rPr>
          <w:b/>
        </w:rPr>
        <w:t xml:space="preserve">[00:08] </w:t>
      </w:r>
      <w:r>
        <w:t>assalam o alaikum. We are in the blessed month of Ramadan, a very month in which the Quran was revealed as a guidance for entire humanity.</w:t>
      </w:r>
    </w:p>
    <w:p>
      <w:pPr>
        <w:jc w:val="right"/>
      </w:pPr>
      <w:r>
        <w:t>السلام علیکم۔ We are in the blessed month of Ramadan, a very month in which the Quran was revealed as a guidance for entire humanity.</w:t>
      </w:r>
    </w:p>
    <w:p>
      <w:r>
        <w:rPr>
          <w:b/>
        </w:rPr>
        <w:t xml:space="preserve">[00:18] </w:t>
      </w:r>
      <w:r>
        <w:t>Both Quran and Hadith emphasize the importance of deep reflection and study of the Quran in the month of Ramadan. Therefore, today we will have a conversation with</w:t>
      </w:r>
    </w:p>
    <w:p>
      <w:pPr>
        <w:jc w:val="right"/>
      </w:pPr>
      <w:r>
        <w:t>Both Quran and Hadith emphasize the importance of deep reflection and study of the Quran in the month of Ramadan. Therefore, today we will have a conversation with</w:t>
      </w:r>
    </w:p>
    <w:p>
      <w:r>
        <w:rPr>
          <w:b/>
        </w:rPr>
        <w:t xml:space="preserve">[00:29] </w:t>
      </w:r>
      <w:r>
        <w:t>Dr. Sanyas Nain Khan Sahib on Surah Al-Waqi'ah, which is Chapter 56 of the Quran, also known as the Inevitable Event.</w:t>
      </w:r>
    </w:p>
    <w:p>
      <w:pPr>
        <w:jc w:val="right"/>
      </w:pPr>
      <w:r>
        <w:t>Dr. Sanyas Nain Khan Sahib on Surah Al-Waqi'ah, which is Chapter 56 of the Quran, also known as the Inevitable Event.</w:t>
      </w:r>
    </w:p>
    <w:p>
      <w:r>
        <w:rPr>
          <w:b/>
        </w:rPr>
        <w:t xml:space="preserve">[00:39] </w:t>
      </w:r>
      <w:r>
        <w:t>We will be discussing the first 15 of the 96 verses of this surah. So let's go straight to Dr. Sanyas Nain Khan Sahib.</w:t>
      </w:r>
    </w:p>
    <w:p>
      <w:pPr>
        <w:jc w:val="right"/>
      </w:pPr>
      <w:r>
        <w:t>We will be discussing the first 15 of the 96 verses of this surah. So let's go straight to Dr. Sanyas Nain Khan Sahib.</w:t>
      </w:r>
    </w:p>
    <w:p>
      <w:r>
        <w:rPr>
          <w:b/>
        </w:rPr>
        <w:t xml:space="preserve">[00:48] </w:t>
      </w:r>
      <w:r>
        <w:t>assalam o alaikum doctor sahib. wa alaikum assalam. How are you, Doctor? Alhamdulillah, I'm fine. Doctor sahib, thank you for doing a session in the month of Ramad</w:t>
      </w:r>
    </w:p>
    <w:p>
      <w:pPr>
        <w:jc w:val="right"/>
      </w:pPr>
      <w:r>
        <w:t>السلام علیکم ڈاکٹر صاحب۔ وعلیکم السلام۔ How are you, Doctor? Alhamdulillah, I'm fine. Doctor صاحب, thank you for doing a session in the month of Ramad</w:t>
      </w:r>
    </w:p>
    <w:p>
      <w:r>
        <w:rPr>
          <w:b/>
        </w:rPr>
        <w:t xml:space="preserve">[00:55] </w:t>
      </w:r>
      <w:r>
        <w:t>an. And Surah Al-Waqi'ah is a powerful reminder, Doctor sahib, about purpose, accountability, and the success of this world and the hereafter.</w:t>
      </w:r>
    </w:p>
    <w:p>
      <w:pPr>
        <w:jc w:val="right"/>
      </w:pPr>
      <w:r>
        <w:t>an. And Surah Al-Waqi'ah is a powerful reminder, Doctor صاحب, about purpose, accountability, and the success of this world and the hereafter.</w:t>
      </w:r>
    </w:p>
    <w:p>
      <w:r>
        <w:rPr>
          <w:b/>
        </w:rPr>
        <w:t xml:space="preserve">[01:08] </w:t>
      </w:r>
      <w:r>
        <w:t>In fact, Prophet Muhammad (peace be upon him) once said that any person who recites Surah Al-Waqi'ah every night, he will never suffer from poverty.</w:t>
      </w:r>
    </w:p>
    <w:p>
      <w:pPr>
        <w:jc w:val="right"/>
      </w:pPr>
      <w:r>
        <w:t>In fact, Prophet Muhammad صلى الله عليه وسلم once said that any person who recites Surah Al-Waqi'ah every night, he will never suffer from poverty.</w:t>
      </w:r>
    </w:p>
    <w:p>
      <w:r>
        <w:rPr>
          <w:b/>
        </w:rPr>
        <w:t xml:space="preserve">[01:18] </w:t>
      </w:r>
      <w:r>
        <w:t>So this emphasizes the importance of this surah.</w:t>
      </w:r>
    </w:p>
    <w:p>
      <w:pPr>
        <w:jc w:val="right"/>
      </w:pPr>
      <w:r>
        <w:t>So this emphasizes the importance of this surah.</w:t>
      </w:r>
    </w:p>
    <w:p>
      <w:r>
        <w:rPr>
          <w:b/>
        </w:rPr>
        <w:t xml:space="preserve">[01:23] </w:t>
      </w:r>
      <w:r>
        <w:t>So I will request you to begin the explanation of this surah with the first few verses.</w:t>
      </w:r>
    </w:p>
    <w:p>
      <w:pPr>
        <w:jc w:val="right"/>
      </w:pPr>
      <w:r>
        <w:t>So I'll request you to begin the explanation of this surah with the first few verses.</w:t>
      </w:r>
    </w:p>
    <w:p>
      <w:r>
        <w:rPr>
          <w:b/>
        </w:rPr>
        <w:t xml:space="preserve">[01:31] </w:t>
      </w:r>
      <w:r>
        <w:t>bismillah hir rahman nir rahim. rab ishrah li sadri wa yassir li amri wahlul uqdatan min lisani yafqahu qawli. So as you already mentioned, this is one of the very important and extremely important chapters of the Quran.</w:t>
      </w:r>
    </w:p>
    <w:p>
      <w:pPr>
        <w:jc w:val="right"/>
      </w:pPr>
      <w:r>
        <w:t>بسم اللہ الرحمن الرحیم۔ رب اشرح لی صدری ویسر لی امری واحل العقدۃ من لسانی یفقہ قولی۔ So as you already mentioned, this is one of the very important and extremely important chapters of the Quran.</w:t>
      </w:r>
    </w:p>
    <w:p>
      <w:r>
        <w:rPr>
          <w:b/>
        </w:rPr>
        <w:t xml:space="preserve">[01:48] </w:t>
      </w:r>
      <w:r>
        <w:t>So it is an early Meccan surah, and the subject of this surah revolves around the Day of Judgment, resurrection, and the hereafter.</w:t>
      </w:r>
    </w:p>
    <w:p>
      <w:pPr>
        <w:jc w:val="right"/>
      </w:pPr>
      <w:r>
        <w:t>So it's an early Meccan surah, and the subject of this surah revolves around the Day of Judgment, resurrection, and the hereafter.</w:t>
      </w:r>
    </w:p>
    <w:p>
      <w:r>
        <w:rPr>
          <w:b/>
        </w:rPr>
        <w:t xml:space="preserve">[02:02] </w:t>
      </w:r>
      <w:r>
        <w:t>So we will try to understand the deeper meanings of this incredible surah.</w:t>
      </w:r>
    </w:p>
    <w:p>
      <w:pPr>
        <w:jc w:val="right"/>
      </w:pPr>
      <w:r>
        <w:t>So we will try to understand the deeper meanings of this incredible surah.</w:t>
      </w:r>
    </w:p>
    <w:p>
      <w:r>
        <w:rPr>
          <w:b/>
        </w:rPr>
        <w:t xml:space="preserve">[02:08] </w:t>
      </w:r>
      <w:r>
        <w:t>Abu Bakr (may Allah be pleased with him) once said to the Prophet, "Ya Rasulallah, you look very old now," even though the Prophet was hardly 60 years old at that time.</w:t>
      </w:r>
    </w:p>
    <w:p>
      <w:pPr>
        <w:jc w:val="right"/>
      </w:pPr>
      <w:r>
        <w:t>Abu Bakr رضي الله عنه once said to the Prophet, "Ya Rasulallah, you look very old now," even though the Prophet was hardly 60 years old at that time.</w:t>
      </w:r>
    </w:p>
    <w:p>
      <w:r>
        <w:rPr>
          <w:b/>
        </w:rPr>
        <w:t xml:space="preserve">[02:20] </w:t>
      </w:r>
      <w:r>
        <w:t>So the Prophet (peace be upon him) replied, "Surah Hud and Surah Al-Waqi'ah," and he named a few more surahs. And he said that these surahs have made me grow old.</w:t>
      </w:r>
    </w:p>
    <w:p>
      <w:pPr>
        <w:jc w:val="right"/>
      </w:pPr>
      <w:r>
        <w:t>So the Prophet صلى الله عليه وسلم replied, "Surah Hud and Surah Al-Waqi'ah," and he named a few more surahs. And he said that these surahs have made me grow old.</w:t>
      </w:r>
    </w:p>
    <w:p>
      <w:r>
        <w:rPr>
          <w:b/>
        </w:rPr>
        <w:t xml:space="preserve">[02:35] </w:t>
      </w:r>
      <w:r>
        <w:t>So due to the seriousness of these chapters, particularly Surah Al-Waqi'ah, they had such a deep impact on the Prophet, making him look older.</w:t>
      </w:r>
    </w:p>
    <w:p>
      <w:pPr>
        <w:jc w:val="right"/>
      </w:pPr>
      <w:r>
        <w:t>So due to the seriousness of these chapters, particularly Surah Al-Waqi'ah, they had such a deep impact on the Prophet, making him look older.</w:t>
      </w:r>
    </w:p>
    <w:p>
      <w:r>
        <w:rPr>
          <w:b/>
        </w:rPr>
        <w:t xml:space="preserve">[02:49] </w:t>
      </w:r>
      <w:r>
        <w:t>So you can imagine how important and how serious this surah is. So we will start, insha Allah. a'udhu billahi minash shaitanir rajeem bismillah hir rahman nir rahim</w:t>
      </w:r>
    </w:p>
    <w:p>
      <w:pPr>
        <w:jc w:val="right"/>
      </w:pPr>
      <w:r>
        <w:t>So you can imagine how important and how serious this surah is. So we'll start, inshaAllah. أعوذ بالله من الشيطان الرجيم بسم الله الرحمن الرحيم</w:t>
      </w:r>
    </w:p>
    <w:p>
      <w:r>
        <w:rPr>
          <w:b/>
        </w:rPr>
        <w:t xml:space="preserve">[03:01] </w:t>
      </w:r>
      <w:r>
        <w:t>idha waqa'at al-waqi'ah. So literally, this means when the occurrence will occur. And it means when the inevitable event, when the inevitable event will take place.</w:t>
      </w:r>
    </w:p>
    <w:p>
      <w:pPr>
        <w:jc w:val="right"/>
      </w:pPr>
      <w:r>
        <w:t>إذا وقعت الواقعة So literally, this means when the occurrence will occur. And it means when the inevitable event, when the inevitable event will take place.</w:t>
      </w:r>
    </w:p>
    <w:p>
      <w:r>
        <w:rPr>
          <w:b/>
        </w:rPr>
        <w:t xml:space="preserve">[03:19] </w:t>
      </w:r>
      <w:r>
        <w:t>So "waqi'ah" is a word that we use in Urdu as well, that you have a very good waqi'ah narrated.</w:t>
      </w:r>
    </w:p>
    <w:p>
      <w:pPr>
        <w:jc w:val="right"/>
      </w:pPr>
      <w:r>
        <w:t>So "واقعة" is a word that we use in Urdu as well, that you have a very good واقعہ narrated.</w:t>
      </w:r>
    </w:p>
    <w:p>
      <w:r>
        <w:rPr>
          <w:b/>
        </w:rPr>
        <w:t xml:space="preserve">[03:25] </w:t>
      </w:r>
      <w:r>
        <w:t>So in Arabic, here particularly, it means the inevitable event, an event which is unavoidable.</w:t>
      </w:r>
    </w:p>
    <w:p>
      <w:pPr>
        <w:jc w:val="right"/>
      </w:pPr>
      <w:r>
        <w:t>So in Arabic, here particularly, it means the inevitable event, an event which is unavoidable.</w:t>
      </w:r>
    </w:p>
    <w:p>
      <w:r>
        <w:rPr>
          <w:b/>
        </w:rPr>
        <w:t xml:space="preserve">[03:35] </w:t>
      </w:r>
      <w:r>
        <w:t>And we also know that this inevitable event will happen when the trumpet is blown.</w:t>
      </w:r>
    </w:p>
    <w:p>
      <w:pPr>
        <w:jc w:val="right"/>
      </w:pPr>
      <w:r>
        <w:t>And we also know that this inevitable event will happen when the trumpet is blown.</w:t>
      </w:r>
    </w:p>
    <w:p>
      <w:r>
        <w:rPr>
          <w:b/>
        </w:rPr>
        <w:t xml:space="preserve">[03:44] </w:t>
      </w:r>
      <w:r>
        <w:t>The angel Israfil is holding the trumpet and waiting for the God's order.</w:t>
      </w:r>
    </w:p>
    <w:p>
      <w:pPr>
        <w:jc w:val="right"/>
      </w:pPr>
      <w:r>
        <w:t>The angel Israfil is holding the trumpet and waiting for the God's order.</w:t>
      </w:r>
    </w:p>
    <w:p>
      <w:r>
        <w:rPr>
          <w:b/>
        </w:rPr>
        <w:t xml:space="preserve">[03:51] </w:t>
      </w:r>
      <w:r>
        <w:t>So this verse describes the certainty of the Day of Judgment. And there should be no doubt in its occurrence. And this will definitely occur.</w:t>
      </w:r>
    </w:p>
    <w:p>
      <w:pPr>
        <w:jc w:val="right"/>
      </w:pPr>
      <w:r>
        <w:t>So this verse describes the certainty of the Day of Judgment. And there should be no doubt in its occurrence. And this will definitely occur.</w:t>
      </w:r>
    </w:p>
    <w:p>
      <w:r>
        <w:rPr>
          <w:b/>
        </w:rPr>
        <w:t xml:space="preserve">[04:03] </w:t>
      </w:r>
      <w:r>
        <w:t>There should not be an iota of doubt about it. It cannot be avoided. It cannot be postponed. And it cannot be prevented.</w:t>
      </w:r>
    </w:p>
    <w:p>
      <w:pPr>
        <w:jc w:val="right"/>
      </w:pPr>
      <w:r>
        <w:t>There should not be an iota of doubt about it. It cannot be avoided. It cannot be postponed. And it cannot be prevented.</w:t>
      </w:r>
    </w:p>
    <w:p>
      <w:r>
        <w:rPr>
          <w:b/>
        </w:rPr>
        <w:t xml:space="preserve">[04:13] </w:t>
      </w:r>
      <w:r>
        <w:t>It is bound to occur. Most definitely, it is going to happen.</w:t>
      </w:r>
    </w:p>
    <w:p>
      <w:pPr>
        <w:jc w:val="right"/>
      </w:pPr>
      <w:r>
        <w:t>It's bound to occur. Most definitely, it's going to happen.</w:t>
      </w:r>
    </w:p>
    <w:p>
      <w:r>
        <w:rPr>
          <w:b/>
        </w:rPr>
        <w:t xml:space="preserve">[04:18] </w:t>
      </w:r>
      <w:r>
        <w:t>So it's an event of great consequence. It's an event when everyone will face the reality of their deeds.</w:t>
      </w:r>
    </w:p>
    <w:p>
      <w:pPr>
        <w:jc w:val="right"/>
      </w:pPr>
      <w:r>
        <w:t>So it's an event of great consequence. It's an event when everyone will face the reality of their deeds.</w:t>
      </w:r>
    </w:p>
    <w:p>
      <w:r>
        <w:rPr>
          <w:b/>
        </w:rPr>
        <w:t xml:space="preserve">[04:30] </w:t>
      </w:r>
      <w:r>
        <w:t>ليس لوقعتها كاذبة No one can deny its occurrence. No one can dispute its coming. So this verse confirms that the Day of Judgment will surely happen.</w:t>
      </w:r>
    </w:p>
    <w:p>
      <w:pPr>
        <w:jc w:val="right"/>
      </w:pPr>
      <w:r>
        <w:t>ليس لوقعتها كاذبة No one can deny its occurrence. No one can dispute its coming. So this verse confirms that the Day of Judgment will surely happen.</w:t>
      </w:r>
    </w:p>
    <w:p>
      <w:r>
        <w:rPr>
          <w:b/>
        </w:rPr>
        <w:t xml:space="preserve">[04:45] </w:t>
      </w:r>
      <w:r>
        <w:t>And when this great event takes place, there will be no doubt about it. And no one will be able to argue or reject it.</w:t>
      </w:r>
    </w:p>
    <w:p>
      <w:pPr>
        <w:jc w:val="right"/>
      </w:pPr>
      <w:r>
        <w:t>And when this great event takes place, there will be no doubt about it. And no one will be able to argue or reject it.</w:t>
      </w:r>
    </w:p>
    <w:p>
      <w:r>
        <w:rPr>
          <w:b/>
        </w:rPr>
        <w:t xml:space="preserve">[04:55] </w:t>
      </w:r>
      <w:r>
        <w:t>No one will be able to miss it. As its effects will be very clear. And no one will be able to ignore it.</w:t>
      </w:r>
    </w:p>
    <w:p>
      <w:pPr>
        <w:jc w:val="right"/>
      </w:pPr>
      <w:r>
        <w:t>No one will be able to miss it. As its effects will be very clear. And no one will be able to ignore it.</w:t>
      </w:r>
    </w:p>
    <w:p>
      <w:r>
        <w:rPr>
          <w:b/>
        </w:rPr>
        <w:t xml:space="preserve">[05:07] </w:t>
      </w:r>
      <w:r>
        <w:t>People may reject it today.</w:t>
      </w:r>
    </w:p>
    <w:p>
      <w:pPr>
        <w:jc w:val="right"/>
      </w:pPr>
      <w:r>
        <w:t>People may reject it today.</w:t>
      </w:r>
    </w:p>
    <w:p>
      <w:r>
        <w:rPr>
          <w:b/>
        </w:rPr>
        <w:t xml:space="preserve">[05:10] </w:t>
      </w:r>
      <w:r>
        <w:t>They may deny it today. But on the Day of Judgment, no one will be able to deny it. So this verse encourages believers to strengthen their faith in the Day of Judgment.</w:t>
      </w:r>
    </w:p>
    <w:p>
      <w:pPr>
        <w:jc w:val="right"/>
      </w:pPr>
      <w:r>
        <w:t>They may deny it today. But on the Day of Judgment, no one will be able to deny it. So this verse encourages believers to strengthen their faith in the Day of Judgment.</w:t>
      </w:r>
    </w:p>
    <w:p>
      <w:r>
        <w:rPr>
          <w:b/>
        </w:rPr>
        <w:t xml:space="preserve">[05:25] </w:t>
      </w:r>
      <w:r>
        <w:t>And it is a reminder that this world is not a permanent world. And it will surely happen one day.</w:t>
      </w:r>
    </w:p>
    <w:p>
      <w:pPr>
        <w:jc w:val="right"/>
      </w:pPr>
      <w:r>
        <w:t>And it is a reminder that this world is not a permanent world. And it will surely happen one day.</w:t>
      </w:r>
    </w:p>
    <w:p>
      <w:r>
        <w:rPr>
          <w:b/>
        </w:rPr>
        <w:t xml:space="preserve">[05:33] </w:t>
      </w:r>
      <w:r>
        <w:t>And this world will surely end one day.</w:t>
      </w:r>
    </w:p>
    <w:p>
      <w:pPr>
        <w:jc w:val="right"/>
      </w:pPr>
      <w:r>
        <w:t>And this world will surely end one day.</w:t>
      </w:r>
    </w:p>
    <w:p>
      <w:r>
        <w:rPr>
          <w:b/>
        </w:rPr>
        <w:t xml:space="preserve">[05:37] </w:t>
      </w:r>
      <w:r>
        <w:t>So this verse prepares a person for the Day of Judgment. Verse number 3 is خافضۃ الرافعہ Very small verse, just two words, خافضۃ الرافعہ But very meaningful and very important verse.</w:t>
      </w:r>
    </w:p>
    <w:p>
      <w:pPr>
        <w:jc w:val="right"/>
      </w:pPr>
      <w:r>
        <w:t>So this verse prepares a person for the Day of Judgment. Verse number 3 is خافضۃ الرافعہ Very small verse, just two words, خافضۃ الرافعہ But very meaningful and very important verse.</w:t>
      </w:r>
    </w:p>
    <w:p>
      <w:r>
        <w:rPr>
          <w:b/>
        </w:rPr>
        <w:t xml:space="preserve">[05:56] </w:t>
      </w:r>
      <w:r>
        <w:t>خافضہ means bring</w:t>
      </w:r>
    </w:p>
    <w:p>
      <w:pPr>
        <w:jc w:val="right"/>
      </w:pPr>
      <w:r>
        <w:t>خافضہ means bring</w:t>
      </w:r>
    </w:p>
    <w:p>
      <w:r>
        <w:rPr>
          <w:b/>
        </w:rPr>
        <w:t xml:space="preserve">[06:00] </w:t>
      </w:r>
      <w:r>
        <w:t>ing down. If you bring something down, it will be called خافضہ. And رافع means bringing up or elevating something.</w:t>
      </w:r>
    </w:p>
    <w:p>
      <w:pPr>
        <w:jc w:val="right"/>
      </w:pPr>
      <w:r>
        <w:t>ing down. If you bring something down, it will be called خافضہ. And رافع means bringing up or elevating something.</w:t>
      </w:r>
    </w:p>
    <w:p>
      <w:r>
        <w:rPr>
          <w:b/>
        </w:rPr>
        <w:t xml:space="preserve">[06:08] </w:t>
      </w:r>
      <w:r>
        <w:t>So خافضہ means that on the Day of Judgment, it will bring some people down. And رافع means on the Day of Judgment, it will raise up others.</w:t>
      </w:r>
    </w:p>
    <w:p>
      <w:pPr>
        <w:jc w:val="right"/>
      </w:pPr>
      <w:r>
        <w:t>So خافضہ means that on the Day of Judgment, it will bring some people down. And رافع means on the Day of Judgment, it will raise up others.</w:t>
      </w:r>
    </w:p>
    <w:p>
      <w:r>
        <w:rPr>
          <w:b/>
        </w:rPr>
        <w:t xml:space="preserve">[06:26] </w:t>
      </w:r>
      <w:r>
        <w:t>خافضۃ الرافعہ So the complete reversal of positions. On that day, success and failure will not be judged by worldly status.</w:t>
      </w:r>
    </w:p>
    <w:p>
      <w:pPr>
        <w:jc w:val="right"/>
      </w:pPr>
      <w:r>
        <w:t>خافضۃ الرافعہ So the complete reversal of positions. On that day, success and failure will not be judged by worldly status.</w:t>
      </w:r>
    </w:p>
    <w:p>
      <w:r>
        <w:rPr>
          <w:b/>
        </w:rPr>
        <w:t xml:space="preserve">[06:40] </w:t>
      </w:r>
      <w:r>
        <w:t>It will be judged by a person's righteousness. It will bring down some people, and it will raise up others.</w:t>
      </w:r>
    </w:p>
    <w:p>
      <w:pPr>
        <w:jc w:val="right"/>
      </w:pPr>
      <w:r>
        <w:t>It will be judged by a person's righteousness. It will bring down some people, and it will raise up others.</w:t>
      </w:r>
    </w:p>
    <w:p>
      <w:r>
        <w:rPr>
          <w:b/>
        </w:rPr>
        <w:t xml:space="preserve">[06:51] </w:t>
      </w:r>
      <w:r>
        <w:t>It will lower some people, and it will elevate some people. So two small words, but very meaningful.</w:t>
      </w:r>
    </w:p>
    <w:p>
      <w:pPr>
        <w:jc w:val="right"/>
      </w:pPr>
      <w:r>
        <w:t>It will lower some people, and it will elevate some people. So two small words, but very meaningful.</w:t>
      </w:r>
    </w:p>
    <w:p>
      <w:r>
        <w:rPr>
          <w:b/>
        </w:rPr>
        <w:t xml:space="preserve">[07:00] </w:t>
      </w:r>
      <w:r>
        <w:t>So it will bring down the rich and it will elevate the righteous. It will change people's status and position according to their deeds.</w:t>
      </w:r>
    </w:p>
    <w:p>
      <w:pPr>
        <w:jc w:val="right"/>
      </w:pPr>
      <w:r>
        <w:t>So it will bring down the rich and it will elevate the righteous. It will change people's status and position according to their deed</w:t>
      </w:r>
    </w:p>
    <w:p>
      <w:r>
        <w:rPr>
          <w:b/>
        </w:rPr>
        <w:t xml:space="preserve">[07:12] </w:t>
      </w:r>
      <w:r>
        <w:t>So some people will be disgraced, humiliated on that day, while others will be honored and elevated on that day.</w:t>
      </w:r>
    </w:p>
    <w:p>
      <w:pPr>
        <w:jc w:val="right"/>
      </w:pPr>
      <w:r>
        <w:t>s. So some people will be disgraced, humiliated on that day, while others will be honored and elevated on that day.</w:t>
      </w:r>
    </w:p>
    <w:p>
      <w:r>
        <w:rPr>
          <w:b/>
        </w:rPr>
        <w:t xml:space="preserve">[07:22] </w:t>
      </w:r>
      <w:r>
        <w:t>So people who are unknown in this world, no one recognizes them, no one talks to them, no one looks at them.</w:t>
      </w:r>
    </w:p>
    <w:p>
      <w:pPr>
        <w:jc w:val="right"/>
      </w:pPr>
      <w:r>
        <w:t>So people who are unknown in this world, no one recognizes them, no one talks to them, no one looks at them.</w:t>
      </w:r>
    </w:p>
    <w:p>
      <w:r>
        <w:rPr>
          <w:b/>
        </w:rPr>
        <w:t xml:space="preserve">[07:31] </w:t>
      </w:r>
      <w:r>
        <w:t>But on the Day of Judgment, they will rise like kings. So roles will be reversed. The powerful will become powerless.</w:t>
      </w:r>
    </w:p>
    <w:p>
      <w:pPr>
        <w:jc w:val="right"/>
      </w:pPr>
      <w:r>
        <w:t>But on the Day of Judgment, they will rise like kings. So roles will be reversed. The powerful will become powerless.</w:t>
      </w:r>
    </w:p>
    <w:p>
      <w:r>
        <w:rPr>
          <w:b/>
        </w:rPr>
        <w:t xml:space="preserve">[07:43] </w:t>
      </w:r>
      <w:r>
        <w:t>So there are people in this world who are not honored, but as per their true status. But in reality, they deserve honor.</w:t>
      </w:r>
    </w:p>
    <w:p>
      <w:pPr>
        <w:jc w:val="right"/>
      </w:pPr>
      <w:r>
        <w:t>So there are people in this world who are not honored, but as per their true status. But in reality, they deserve honor.</w:t>
      </w:r>
    </w:p>
    <w:p>
      <w:r>
        <w:rPr>
          <w:b/>
        </w:rPr>
        <w:t xml:space="preserve">[07:55] </w:t>
      </w:r>
      <w:r>
        <w:t>And they deserve a high position in society. On that day, such people will be raised and elevated to their true status, to their high ranks.</w:t>
      </w:r>
    </w:p>
    <w:p>
      <w:pPr>
        <w:jc w:val="right"/>
      </w:pPr>
      <w:r>
        <w:t>And they deserve a high position in society. On that day, such people will be raised and elevated to their true status, to their high ranks.</w:t>
      </w:r>
    </w:p>
    <w:p>
      <w:r>
        <w:rPr>
          <w:b/>
        </w:rPr>
        <w:t xml:space="preserve">[08:08] </w:t>
      </w:r>
      <w:r>
        <w:t>The honored will be dishonored.</w:t>
      </w:r>
    </w:p>
    <w:p>
      <w:pPr>
        <w:jc w:val="right"/>
      </w:pPr>
      <w:r>
        <w:t>The honored will be dishon</w:t>
      </w:r>
    </w:p>
    <w:p>
      <w:r>
        <w:rPr>
          <w:b/>
        </w:rPr>
        <w:t xml:space="preserve">[08:10] </w:t>
      </w:r>
      <w:r>
        <w:t>Prophet Muhammad صلى الله عليه وسلم tells us a story of a man who was a righteous man.</w:t>
      </w:r>
    </w:p>
    <w:p>
      <w:pPr>
        <w:jc w:val="right"/>
      </w:pPr>
      <w:r>
        <w:t>ored. Prophet Muhammad صلى الله عليه وسلم tells us a story of a man who was a righteous man.</w:t>
      </w:r>
    </w:p>
    <w:p>
      <w:r>
        <w:rPr>
          <w:b/>
        </w:rPr>
        <w:t xml:space="preserve">[08:18] </w:t>
      </w:r>
      <w:r>
        <w:t>He was unknown. He was not a very rich man. And he will go to paradise. So the Prophet Muhammad صلى الله عليه وسلم tells us a few things about him.</w:t>
      </w:r>
    </w:p>
    <w:p>
      <w:pPr>
        <w:jc w:val="right"/>
      </w:pPr>
      <w:r>
        <w:t>He was unknown. He was not a very rich man. And he will go to paradise. So the Prophet Muhammad صلى الله عليه وسلم tells us a few things about him.</w:t>
      </w:r>
    </w:p>
    <w:p>
      <w:r>
        <w:rPr>
          <w:b/>
        </w:rPr>
        <w:t xml:space="preserve">[08:32] </w:t>
      </w:r>
      <w:r>
        <w:t>He says, وَكَانَ غَامِضًا فِي النَّاسِ And he was unknown among his people. لَا يُشَارُ إِلَيْهِ بِالْأَصَابِيعِ</w:t>
      </w:r>
    </w:p>
    <w:p>
      <w:pPr>
        <w:jc w:val="right"/>
      </w:pPr>
      <w:r>
        <w:t>He says, وَكَانَ غَامِضًا فِي النَّاسِ And he was unknown among his people. لَا يُشَارُ إِلَيْهِ بِالْأَصَابِيعِ</w:t>
      </w:r>
    </w:p>
    <w:p>
      <w:r>
        <w:rPr>
          <w:b/>
        </w:rPr>
        <w:t xml:space="preserve">[08:43] </w:t>
      </w:r>
      <w:r>
        <w:t>People did not point a finger at him. Look who is going, a minister is going, a film star is going. No, he was an unknown.</w:t>
      </w:r>
    </w:p>
    <w:p>
      <w:pPr>
        <w:jc w:val="right"/>
      </w:pPr>
      <w:r>
        <w:t>People did not point a finger at him. Look who is going, a minister is going, a film star is going. No, he was an unknown.</w:t>
      </w:r>
    </w:p>
    <w:p>
      <w:r>
        <w:rPr>
          <w:b/>
        </w:rPr>
        <w:t xml:space="preserve">[08:51] </w:t>
      </w:r>
      <w:r>
        <w:t>He was an ordinary man. No one would look at him. No one will point a finger at him. wa kana rizquhu kafafa His sustenance was just enough for him.</w:t>
      </w:r>
    </w:p>
    <w:p>
      <w:pPr>
        <w:jc w:val="right"/>
      </w:pPr>
      <w:r>
        <w:t>He was an ordinary man. No one would look at him. No one will point a finger at him. وَكَانَ رِزْقُهُ كَفَافًا His sustenance was just enough for him.</w:t>
      </w:r>
    </w:p>
    <w:p>
      <w:r>
        <w:rPr>
          <w:b/>
        </w:rPr>
        <w:t xml:space="preserve">[09:03] </w:t>
      </w:r>
      <w:r>
        <w:t>fasabara 'ala dhalika So he remained patient on that. wujjalat maniyyatuhu His death came qu</w:t>
      </w:r>
    </w:p>
    <w:p>
      <w:pPr>
        <w:jc w:val="right"/>
      </w:pPr>
      <w:r>
        <w:t>فَصَبْرَ عَلَى ذَلِكَ So he remained patient on that. وُجِّلَتْ مَنِيَّتُهُ His death came qu</w:t>
      </w:r>
    </w:p>
    <w:p>
      <w:r>
        <w:rPr>
          <w:b/>
        </w:rPr>
        <w:t xml:space="preserve">[09:12] </w:t>
      </w:r>
      <w:r>
        <w:t>ickly. He died at a young age. qallat bawakihi Few people cried at his funeral, at his burial.</w:t>
      </w:r>
    </w:p>
    <w:p>
      <w:pPr>
        <w:jc w:val="right"/>
      </w:pPr>
      <w:r>
        <w:t>ickly. He died at a young age. قَلَّتْ بَوَاكِيهِ Few people cried at his funeral, at his burial.</w:t>
      </w:r>
    </w:p>
    <w:p>
      <w:r>
        <w:rPr>
          <w:b/>
        </w:rPr>
        <w:t xml:space="preserve">[09:22] </w:t>
      </w:r>
      <w:r>
        <w:t>qallat ra'suhu And his inheritance was also very little. He was not a rich man, so he hardly had anything.</w:t>
      </w:r>
    </w:p>
    <w:p>
      <w:pPr>
        <w:jc w:val="right"/>
      </w:pPr>
      <w:r>
        <w:t>قَلَّتْ رَاسُهُ And his inheritance was also very little. He was not a rich man, so he hardly had anything.</w:t>
      </w:r>
    </w:p>
    <w:p>
      <w:r>
        <w:rPr>
          <w:b/>
        </w:rPr>
        <w:t xml:space="preserve">[09:32] </w:t>
      </w:r>
      <w:r>
        <w:t>Such people will be raised to their true status on the Day of Judgment. Tod</w:t>
      </w:r>
    </w:p>
    <w:p>
      <w:pPr>
        <w:jc w:val="right"/>
      </w:pPr>
      <w:r>
        <w:t>Such people will be raised to their true status on the Day of Judgment. Tod</w:t>
      </w:r>
    </w:p>
    <w:p>
      <w:r>
        <w:rPr>
          <w:b/>
        </w:rPr>
        <w:t xml:space="preserve">[09:39] </w:t>
      </w:r>
      <w:r>
        <w:t>ay, people are known by their position, by their wealth, by their popularity, by their power. But on the Day of Judgment, the inner character will matter more.</w:t>
      </w:r>
    </w:p>
    <w:p>
      <w:pPr>
        <w:jc w:val="right"/>
      </w:pPr>
      <w:r>
        <w:t>ay, people are known by their position, by their wealth, by their popularity, by their power. But on the Day of Judgment, the inner character will matter more.</w:t>
      </w:r>
    </w:p>
    <w:p>
      <w:r>
        <w:rPr>
          <w:b/>
        </w:rPr>
        <w:t xml:space="preserve">[09:52] </w:t>
      </w:r>
      <w:r>
        <w:t>So everything will turn upside down. People will be lowered, and people will be elevated based on their true worth in the eyes of God.</w:t>
      </w:r>
    </w:p>
    <w:p>
      <w:pPr>
        <w:jc w:val="right"/>
      </w:pPr>
      <w:r>
        <w:t>So everything will turn upside down. People will be lowered, and people will be elevated based on their true worth in the eyes of God.</w:t>
      </w:r>
    </w:p>
    <w:p>
      <w:r>
        <w:rPr>
          <w:b/>
        </w:rPr>
        <w:t xml:space="preserve">[10:05] </w:t>
      </w:r>
      <w:r>
        <w:t>So this verse, though it's just two words, but it gives a very powerful reminder.</w:t>
      </w:r>
    </w:p>
    <w:p>
      <w:pPr>
        <w:jc w:val="right"/>
      </w:pPr>
      <w:r>
        <w:t>So this verse, though it's just two words, but it gives a very powerful reminder.</w:t>
      </w:r>
    </w:p>
    <w:p>
      <w:r>
        <w:rPr>
          <w:b/>
        </w:rPr>
        <w:t xml:space="preserve">[10:13] </w:t>
      </w:r>
      <w:r>
        <w:t>So tables will be turned on that day. Right. MashaAllah, Doctor Sahib, very nicely explain</w:t>
      </w:r>
    </w:p>
    <w:p>
      <w:pPr>
        <w:jc w:val="right"/>
      </w:pPr>
      <w:r>
        <w:t>So tables will be turned on that day. Right. MashaAllah, Doctor Sahib, very nicely explain</w:t>
      </w:r>
    </w:p>
    <w:p>
      <w:r>
        <w:rPr>
          <w:b/>
        </w:rPr>
        <w:t xml:space="preserve">[10:22] </w:t>
      </w:r>
      <w:r>
        <w:t>ed. In fact, when I was also reading, Doctor Sahib, Surah Al-Waqi'ah, and I came across the context, the background context, the verses came because Quraish thought that this day will never happen.</w:t>
      </w:r>
    </w:p>
    <w:p>
      <w:pPr>
        <w:jc w:val="right"/>
      </w:pPr>
      <w:r>
        <w:t>ed. In fact, when I was also reading, Doctor Sahib, Surah Al-Waqi'ah, and I came across the context, the background context, the verses came because Quraish thought that this day will never happen.</w:t>
      </w:r>
    </w:p>
    <w:p>
      <w:r>
        <w:rPr>
          <w:b/>
        </w:rPr>
        <w:t xml:space="preserve">[10:35] </w:t>
      </w:r>
      <w:r>
        <w:t>They doubted the existence of the Creator, as the Prophet had explained to them. So the verses came that this event will certainly happen.</w:t>
      </w:r>
    </w:p>
    <w:p>
      <w:pPr>
        <w:jc w:val="right"/>
      </w:pPr>
      <w:r>
        <w:t>They doubted the existence of the Creator, as the Prophet had explained to them. So the verses came that this event will certainly happen.</w:t>
      </w:r>
    </w:p>
    <w:p>
      <w:r>
        <w:rPr>
          <w:b/>
        </w:rPr>
        <w:t xml:space="preserve">[10:46] </w:t>
      </w:r>
      <w:r>
        <w:t>There's no denying it</w:t>
      </w:r>
    </w:p>
    <w:p>
      <w:pPr>
        <w:jc w:val="right"/>
      </w:pPr>
      <w:r>
        <w:t>There's no denying it</w:t>
      </w:r>
    </w:p>
    <w:p>
      <w:r>
        <w:rPr>
          <w:b/>
        </w:rPr>
        <w:t xml:space="preserve">[10:47] </w:t>
      </w:r>
      <w:r>
        <w:t>. And Doctor Sahib, if we see, the Quran is such a miraculous book. It has withstood the test of time.</w:t>
      </w:r>
    </w:p>
    <w:p>
      <w:pPr>
        <w:jc w:val="right"/>
      </w:pPr>
      <w:r>
        <w:t>. And Doctor Sahib, if we see, the Quran is such a miraculous book. It has withstood the test of time.</w:t>
      </w:r>
    </w:p>
    <w:p>
      <w:r>
        <w:rPr>
          <w:b/>
        </w:rPr>
        <w:t xml:space="preserve">[10:56] </w:t>
      </w:r>
      <w:r>
        <w:t>Even after 1400 years, the scientific discoveries that are happening, they are just affirming that it is indeed a word of God. Two days back, Doctor Sahib, there was an article, and the headlines of that article were very, very</w:t>
      </w:r>
    </w:p>
    <w:p>
      <w:pPr>
        <w:jc w:val="right"/>
      </w:pPr>
      <w:r>
        <w:t>Even after 1400 years, the scientific discoveries that are happening, they are just affirming that it is indeed a word of God. Two days back, Doctor Sahib, there was an article, and the headlines of that article were very, very</w:t>
      </w:r>
    </w:p>
    <w:p>
      <w:r>
        <w:rPr>
          <w:b/>
        </w:rPr>
        <w:t xml:space="preserve">[11:11] </w:t>
      </w:r>
      <w:r>
        <w:t>striking. It said that Harvard scientists claim God is real and give a mathematical formula to prove it.</w:t>
      </w:r>
    </w:p>
    <w:p>
      <w:pPr>
        <w:jc w:val="right"/>
      </w:pPr>
      <w:r>
        <w:t>striking. It said that Harvard scientists claim God is real and give a mathematical formula to prove it.</w:t>
      </w:r>
    </w:p>
    <w:p>
      <w:r>
        <w:rPr>
          <w:b/>
        </w:rPr>
        <w:t xml:space="preserve">[11:20] </w:t>
      </w:r>
      <w:r>
        <w:t>And then the article, you remember that two days ago, and then it talks about that this mathematical formula was given first by a Cambridge mathematician, Nobel laureate, Paul Dirac.</w:t>
      </w:r>
    </w:p>
    <w:p>
      <w:pPr>
        <w:jc w:val="right"/>
      </w:pPr>
      <w:r>
        <w:t>And then the article, you remember that two days ago, and then it talks about that this mathematical formula was given first by a Cambridge mathematician, Nobel laureate, Paul Dirac.</w:t>
      </w:r>
    </w:p>
    <w:p>
      <w:r>
        <w:rPr>
          <w:b/>
        </w:rPr>
        <w:t xml:space="preserve">[11:34] </w:t>
      </w:r>
      <w:r>
        <w:t>And Doctor Sahib, this is not an ordinary—he was not an ordinary scientist—because the statement coming from such colossal figures in the scientific world does make the world sit up and take note of it.</w:t>
      </w:r>
    </w:p>
    <w:p>
      <w:pPr>
        <w:jc w:val="right"/>
      </w:pPr>
      <w:r>
        <w:t>And Doctor Sahib, this is not an ordinary—he was not an ordinary scientist—because the statement coming from such colossal figures in the scientific world does make the world sit up and take note of it.</w:t>
      </w:r>
    </w:p>
    <w:p>
      <w:r>
        <w:rPr>
          <w:b/>
        </w:rPr>
        <w:t xml:space="preserve">[11:47] </w:t>
      </w:r>
      <w:r>
        <w:t>He was the person who first laid the foundation of quantum electrodynamics and quantum field theory. And the scientist, the Harvard scientist which is being mentioned here in the article, is Dr.</w:t>
      </w:r>
    </w:p>
    <w:p>
      <w:pPr>
        <w:jc w:val="right"/>
      </w:pPr>
      <w:r>
        <w:t>He was the person who first laid the foundation of quantum electrodynamics and quantum field theory. And the scientist, the Harvard scientist which is being mentioned here in the article, is Dr.</w:t>
      </w:r>
    </w:p>
    <w:p>
      <w:r>
        <w:rPr>
          <w:b/>
        </w:rPr>
        <w:t xml:space="preserve">[12:01] </w:t>
      </w:r>
      <w:r>
        <w:t>Will</w:t>
      </w:r>
    </w:p>
    <w:p>
      <w:pPr>
        <w:jc w:val="right"/>
      </w:pPr>
      <w:r>
        <w:t>Will</w:t>
      </w:r>
    </w:p>
    <w:p>
      <w:r>
        <w:rPr>
          <w:b/>
        </w:rPr>
        <w:t xml:space="preserve">[12:02] </w:t>
      </w:r>
      <w:r>
        <w:t>ie Soon. He's an aerospace engineer and an astrophysicist. And he talks about the mathematical formula. I'm not getting into what the mathematical formula is, but it affirms what the pillar of Tawhid, the Quran, gives to humanity.</w:t>
      </w:r>
    </w:p>
    <w:p>
      <w:pPr>
        <w:jc w:val="right"/>
      </w:pPr>
      <w:r>
        <w:t>ie Soon. He's an aerospace engineer and an astrophysicist. And he talks about the mathematical formula. I'm not getting into what the mathematical formula is, but it affirms what the pillar of Tawhid, the Quran, gives to humanity.</w:t>
      </w:r>
    </w:p>
    <w:p>
      <w:r>
        <w:rPr>
          <w:b/>
        </w:rPr>
        <w:t xml:space="preserve">[12:19] </w:t>
      </w:r>
      <w:r>
        <w:t>And therefore, everything that comes with it, the inevitable event that you just explained so nicely, and the Quran will continue to challenge the intellectual space.</w:t>
      </w:r>
    </w:p>
    <w:p>
      <w:pPr>
        <w:jc w:val="right"/>
      </w:pPr>
      <w:r>
        <w:t>And therefore, everything that comes with it, the inevitable event that you just explained so nicely, and the Quran will continue to challenge the intellectual space.</w:t>
      </w:r>
    </w:p>
    <w:p>
      <w:r>
        <w:rPr>
          <w:b/>
        </w:rPr>
        <w:t xml:space="preserve">[12:30] </w:t>
      </w:r>
      <w:r>
        <w:t>And therefore, all these verses that you are explaining, we need to take a very deep understanding and seriously and sincerely ponder over these verses and look ahead at how our lives will be changing in the hereafter.</w:t>
      </w:r>
    </w:p>
    <w:p>
      <w:pPr>
        <w:jc w:val="right"/>
      </w:pPr>
      <w:r>
        <w:t>And therefore, all these verses that you are explaining, we need to take a very deep understanding and seriously and sincerely ponder over these verses and look ahead at how our lives will be changing in the hereafter.</w:t>
      </w:r>
    </w:p>
    <w:p>
      <w:r>
        <w:rPr>
          <w:b/>
        </w:rPr>
        <w:t xml:space="preserve">[12:48] </w:t>
      </w:r>
      <w:r>
        <w:t>As you said, everything will be turned upside down. So Doctor Sahib, MashaAllah, Doctor Sahib, please continue. What are the next three verses and what are their signific</w:t>
      </w:r>
    </w:p>
    <w:p>
      <w:pPr>
        <w:jc w:val="right"/>
      </w:pPr>
      <w:r>
        <w:t>As you said, everything will be turned upside down. So Doctor Sahib, MashaAllah, Doctor Sahib, please continue. What are the next three verses and what are their signific</w:t>
      </w:r>
    </w:p>
    <w:p>
      <w:r>
        <w:rPr>
          <w:b/>
        </w:rPr>
        <w:t xml:space="preserve">[12:59] </w:t>
      </w:r>
      <w:r>
        <w:t>ance? Very amazing news. It's amazing, unbelievable. MashaAllah. So the next verse is verse number four, idha rujjatil ardu rajjatan When the earth is shaken with a violent shake, with a terrible shake.</w:t>
      </w:r>
    </w:p>
    <w:p>
      <w:pPr>
        <w:jc w:val="right"/>
      </w:pPr>
      <w:r>
        <w:t>ance? Very amazing news. It's amazing, unbelievable. MashaAllah. So the next verse is verse number four, إِذَا رُجَّتِ الْأَرْضُ رَجَّةً When the earth is shaken with a violent shake, with a terrible shake.</w:t>
      </w:r>
    </w:p>
    <w:p>
      <w:r>
        <w:rPr>
          <w:b/>
        </w:rPr>
        <w:t xml:space="preserve">[13:18] </w:t>
      </w:r>
      <w:r>
        <w:t>So now this verse and other verses that we talk about tell us what will happen on the Day of Judgment.</w:t>
      </w:r>
    </w:p>
    <w:p>
      <w:pPr>
        <w:jc w:val="right"/>
      </w:pPr>
      <w:r>
        <w:t>So now this verse and other verses that we talk about tell us what will happen on the Day of Judgment.</w:t>
      </w:r>
    </w:p>
    <w:p>
      <w:r>
        <w:rPr>
          <w:b/>
        </w:rPr>
        <w:t xml:space="preserve">[13:27] </w:t>
      </w:r>
      <w:r>
        <w:t>And a very vivid description. The entire earth will be shaken from inside out. And this shaking will mark the beginning of the end of the worldly order.</w:t>
      </w:r>
    </w:p>
    <w:p>
      <w:pPr>
        <w:jc w:val="right"/>
      </w:pPr>
      <w:r>
        <w:t>And a very vivid description. The entire earth will be shaken from inside out. And this shaking will mark the beginning of the end of the worldly order.</w:t>
      </w:r>
    </w:p>
    <w:p>
      <w:r>
        <w:rPr>
          <w:b/>
        </w:rPr>
        <w:t xml:space="preserve">[13:44] </w:t>
      </w:r>
      <w:r>
        <w:t>In another verse, the Quran says, innazal zalatis saati shai'un azeem. The earthquake of the last hour will be a terrible thing.</w:t>
      </w:r>
    </w:p>
    <w:p>
      <w:pPr>
        <w:jc w:val="right"/>
      </w:pPr>
      <w:r>
        <w:t>In another verse, the Quran says, إِنَّ زَلْزَلَةَ السَّاعَةِ شَيْءٌ عَظِيمٌ The earthquake of the last hour will be a terrible thing.</w:t>
      </w:r>
    </w:p>
    <w:p>
      <w:r>
        <w:rPr>
          <w:b/>
        </w:rPr>
        <w:t xml:space="preserve">[13:57] </w:t>
      </w:r>
      <w:r>
        <w:t>So it's a divine upheaval that will mark the end of all life on the planet Earth.</w:t>
      </w:r>
    </w:p>
    <w:p>
      <w:pPr>
        <w:jc w:val="right"/>
      </w:pPr>
      <w:r>
        <w:t>So it's a divine upheaval that will mark the end of all life on the planet Earth.</w:t>
      </w:r>
    </w:p>
    <w:p>
      <w:r>
        <w:rPr>
          <w:b/>
        </w:rPr>
        <w:t xml:space="preserve">[14:05] </w:t>
      </w:r>
      <w:r>
        <w:t>It will also mark the transition from the worldly life to the life hereafter.</w:t>
      </w:r>
    </w:p>
    <w:p>
      <w:pPr>
        <w:jc w:val="right"/>
      </w:pPr>
      <w:r>
        <w:t>It will also mark the transition from the worldly life to the life hereafter.</w:t>
      </w:r>
    </w:p>
    <w:p>
      <w:r>
        <w:rPr>
          <w:b/>
        </w:rPr>
        <w:t xml:space="preserve">[14:12] </w:t>
      </w:r>
      <w:r>
        <w:t>In Surah Ibrahim, chapter 14, it says, yauma tubaddalul ardu ghairal ardu was samawat. On that day, when the earth shall be changed to another earth and the heavens into another heaven,</w:t>
      </w:r>
    </w:p>
    <w:p>
      <w:pPr>
        <w:jc w:val="right"/>
      </w:pPr>
      <w:r>
        <w:t>In Surah Ibrahim, chapter 14, it says, يَوْمَ تُبَدَّلُ الْأَرْضُ غَيْرَ الْأَرْضِ وَالسَّمٰوَاتِ On that day, when the earth shall be changed to another earth and the heavens into another heaven,</w:t>
      </w:r>
    </w:p>
    <w:p>
      <w:r>
        <w:rPr>
          <w:b/>
        </w:rPr>
        <w:t xml:space="preserve">[14:28] </w:t>
      </w:r>
      <w:r>
        <w:t>wa barazu lillahi al wahidil qahhar. And they will all appear before God, the One, the Most Supreme.</w:t>
      </w:r>
    </w:p>
    <w:p>
      <w:pPr>
        <w:jc w:val="right"/>
      </w:pPr>
      <w:r>
        <w:t>وَبَرَزُوا لِلَّهِ الْوَاحِدِ الْقَهَّارِ And they will all appear before God, the One, the Most Supreme.</w:t>
      </w:r>
    </w:p>
    <w:p>
      <w:r>
        <w:rPr>
          <w:b/>
        </w:rPr>
        <w:t xml:space="preserve">[14:38] </w:t>
      </w:r>
      <w:r>
        <w:t>So this highlights the seriousness of the Day of Judgment.</w:t>
      </w:r>
    </w:p>
    <w:p>
      <w:pPr>
        <w:jc w:val="right"/>
      </w:pPr>
      <w:r>
        <w:t>So this highlights the seriousness of the Day of Judgment.</w:t>
      </w:r>
    </w:p>
    <w:p>
      <w:r>
        <w:rPr>
          <w:b/>
        </w:rPr>
        <w:t xml:space="preserve">[14:43] </w:t>
      </w:r>
      <w:r>
        <w:t>Surah Al-Zilzal, chapter 99, says, إِذَا زُلْزِلَتِ الْأَرْضُ زِلْزَالَهَا When the earth is shaken with a violent shaking,</w:t>
      </w:r>
    </w:p>
    <w:p>
      <w:pPr>
        <w:jc w:val="right"/>
      </w:pPr>
      <w:r>
        <w:t>Surah Al-Zilzal, chapter 99, says, إِذَا زُلْزِلَتِ الْأَرْضُ زِلْزَالَهَا When the earth is shaken with a violent shaking,</w:t>
      </w:r>
    </w:p>
    <w:p>
      <w:r>
        <w:rPr>
          <w:b/>
        </w:rPr>
        <w:t xml:space="preserve">[14:54] </w:t>
      </w:r>
      <w:r>
        <w:t>وَأَخْرَجَتِ الْأَرْضُ أَثْقَالَهَا When the earth shakes off her burden, وَقَالَ الْإِنْسَانُ مَا لَهَا And man will say,</w:t>
      </w:r>
    </w:p>
    <w:p>
      <w:pPr>
        <w:jc w:val="right"/>
      </w:pPr>
      <w:r>
        <w:t>وَأَخْرَجَتِ الْأَرْضُ أَثْقَالَهَا When the earth shakes off her burden, وَقَالَ الْإِنْسَانُ مَا لَهَا And man will say,</w:t>
      </w:r>
    </w:p>
    <w:p>
      <w:r>
        <w:rPr>
          <w:b/>
        </w:rPr>
        <w:t xml:space="preserve">[15:04] </w:t>
      </w:r>
      <w:r>
        <w:t>"What is happening to her?"</w:t>
      </w:r>
    </w:p>
    <w:p>
      <w:pPr>
        <w:jc w:val="right"/>
      </w:pPr>
      <w:r>
        <w:t>"What is happening to her?"</w:t>
      </w:r>
    </w:p>
    <w:p>
      <w:r>
        <w:rPr>
          <w:b/>
        </w:rPr>
        <w:t xml:space="preserve">[15:06] </w:t>
      </w:r>
      <w:r>
        <w:t>فَمَنْ يَعْمَلْ مِثْقَالَ ذَرَّةٍ خَيْرًا يَرَى، وَمَنْ يَعْمَلْ مِثْقَالَ ذَرَّةٍ شَرًّا يَرَى</w:t>
      </w:r>
    </w:p>
    <w:p>
      <w:pPr>
        <w:jc w:val="right"/>
      </w:pPr>
      <w:r>
        <w:t>فَمَنْ يَعْمَلْ مِثْقَالَ ذَرَّةٍ خَيْرًا يَرَى، وَمَنْ يَعْمَلْ مِثْقَالَ ذَرَّةٍ شَرًّا يَرَى</w:t>
      </w:r>
    </w:p>
    <w:p>
      <w:r>
        <w:rPr>
          <w:b/>
        </w:rPr>
        <w:t xml:space="preserve">[15:13] </w:t>
      </w:r>
      <w:r>
        <w:t>Whoever has done an atom's weight of good will see it, and whoever has done an atom's weight of evil will also see it.</w:t>
      </w:r>
    </w:p>
    <w:p>
      <w:pPr>
        <w:jc w:val="right"/>
      </w:pPr>
      <w:r>
        <w:t>Whoever has done an atom's weight of good will see it, and whoever has done an atom's weight of evil will also see it.</w:t>
      </w:r>
    </w:p>
    <w:p>
      <w:r>
        <w:rPr>
          <w:b/>
        </w:rPr>
        <w:t xml:space="preserve">[15:23] </w:t>
      </w:r>
      <w:r>
        <w:t>So these are very important verses. They give a glimpse of what will happen on the Day of Judgment.</w:t>
      </w:r>
    </w:p>
    <w:p>
      <w:pPr>
        <w:jc w:val="right"/>
      </w:pPr>
      <w:r>
        <w:t>So these are very important verses. They give a glimpse of what will happen on the Day of Judgment.</w:t>
      </w:r>
    </w:p>
    <w:p>
      <w:r>
        <w:rPr>
          <w:b/>
        </w:rPr>
        <w:t xml:space="preserve">[15:34] </w:t>
      </w:r>
      <w:r>
        <w:t>Next verse is verse number five, wa bussatil jibalu bassan. And the mountains will be crushed to pieces, crumbled to dust.</w:t>
      </w:r>
    </w:p>
    <w:p>
      <w:pPr>
        <w:jc w:val="right"/>
      </w:pPr>
      <w:r>
        <w:t>Next verse is verse number five, وَبُسَّةِ الْجِبَالُ بَسَّةً And the mountains will be crushed to pieces, crumbled to dust.</w:t>
      </w:r>
    </w:p>
    <w:p>
      <w:r>
        <w:rPr>
          <w:b/>
        </w:rPr>
        <w:t xml:space="preserve">[15:46] </w:t>
      </w:r>
      <w:r>
        <w:t>Mountains that appear tall and so big and so strong will become like dust on the Day of Judgment.</w:t>
      </w:r>
    </w:p>
    <w:p>
      <w:pPr>
        <w:jc w:val="right"/>
      </w:pPr>
      <w:r>
        <w:t>Mountains that appear tall and so big and so strong will become like dust on the Day of Judgment.</w:t>
      </w:r>
    </w:p>
    <w:p>
      <w:r>
        <w:rPr>
          <w:b/>
        </w:rPr>
        <w:t xml:space="preserve">[15:56] </w:t>
      </w:r>
      <w:r>
        <w:t>The air will blow them away, finished, completely gone, no trace, completely disappeared.</w:t>
      </w:r>
    </w:p>
    <w:p>
      <w:pPr>
        <w:jc w:val="right"/>
      </w:pPr>
      <w:r>
        <w:t>The air will blow them away, finished, completely gone, no trace, completely disappeared.</w:t>
      </w:r>
    </w:p>
    <w:p>
      <w:r>
        <w:rPr>
          <w:b/>
        </w:rPr>
        <w:t xml:space="preserve">[16:04] </w:t>
      </w:r>
      <w:r>
        <w:t>So complete destruction of the mountains on the Day of Judgment. The Quran says in Surah Al-Muzzammil, yauma tarjuf al ardu wal jibalu wa kanatil jibalu kasibam maheelan. The mountains will crumble into shifting sand dunes.</w:t>
      </w:r>
    </w:p>
    <w:p>
      <w:pPr>
        <w:jc w:val="right"/>
      </w:pPr>
      <w:r>
        <w:t>So complete destruction of the mountains on the Day of Judgment. The Quran says in Surah Al-Muzzammil, يَوْمَ تَرْجُفُ الْأَرْضُ وَالْجِبَالُ وَكَانَتِ الْجِبَالُ كَسِيبًا مَهِيلًا The mountains will crumble into shifting sand dunes.</w:t>
      </w:r>
    </w:p>
    <w:p>
      <w:r>
        <w:rPr>
          <w:b/>
        </w:rPr>
        <w:t xml:space="preserve">[16:24] </w:t>
      </w:r>
      <w:r>
        <w:t>Today we see the mountains so strong and so big you cannot cut it or touch it. On the Day of Judgment, it will become like shifting sand dunes.</w:t>
      </w:r>
    </w:p>
    <w:p>
      <w:pPr>
        <w:jc w:val="right"/>
      </w:pPr>
      <w:r>
        <w:t>Today we see the mountains so strong and so big you cannot cut it or touch it. On the Day of Judgment, it will become like shifting sand dunes.</w:t>
      </w:r>
    </w:p>
    <w:p>
      <w:r>
        <w:rPr>
          <w:b/>
        </w:rPr>
        <w:t xml:space="preserve">[16:34] </w:t>
      </w:r>
      <w:r>
        <w:t>So there will be a complete upheaval of the natural world we know today. When the final hour will come, even the most solid structures will be blown away.</w:t>
      </w:r>
    </w:p>
    <w:p>
      <w:pPr>
        <w:jc w:val="right"/>
      </w:pPr>
      <w:r>
        <w:t>So there will be a complete upheaval of the natural world we know today. When the final hour will come, even the most solid structures will be blown away.</w:t>
      </w:r>
    </w:p>
    <w:p>
      <w:r>
        <w:rPr>
          <w:b/>
        </w:rPr>
        <w:t xml:space="preserve">[16:49] </w:t>
      </w:r>
      <w:r>
        <w:t>If the strong mountains will be blown away, you can imagine nothing will remain intact.</w:t>
      </w:r>
    </w:p>
    <w:p>
      <w:pPr>
        <w:jc w:val="right"/>
      </w:pPr>
      <w:r>
        <w:t>If the strong mountains will be blown away, you can imagine nothing will remain intact.</w:t>
      </w:r>
    </w:p>
    <w:p>
      <w:r>
        <w:rPr>
          <w:b/>
        </w:rPr>
        <w:t xml:space="preserve">[16:59] </w:t>
      </w:r>
      <w:r>
        <w:t>So God will dismantle even the strongest element of creation. And this shows the temporary nature of the physical world.</w:t>
      </w:r>
    </w:p>
    <w:p>
      <w:pPr>
        <w:jc w:val="right"/>
      </w:pPr>
      <w:r>
        <w:t>So God will dismantle even the strongest element of creation. And this shows the temporary nature of the physical world.</w:t>
      </w:r>
    </w:p>
    <w:p>
      <w:r>
        <w:rPr>
          <w:b/>
        </w:rPr>
        <w:t xml:space="preserve">[17:10] </w:t>
      </w:r>
      <w:r>
        <w:t>Surah Taha, chapter 20 says, wa yas'alunaka anil jibali. They ask you about mountains. qul yansifuha rabbi nafsan</w:t>
      </w:r>
    </w:p>
    <w:p>
      <w:pPr>
        <w:jc w:val="right"/>
      </w:pPr>
      <w:r>
        <w:t>Surah Taha, chapter 20 says, وَيَسَأْلُونَكَ عَنِ الْجِبَالِ They ask you about mountains. قُلْ يَنْسِفُهَا رَبِّي نَسْفًا</w:t>
      </w:r>
    </w:p>
    <w:p>
      <w:r>
        <w:rPr>
          <w:b/>
        </w:rPr>
        <w:t xml:space="preserve">[17:21] </w:t>
      </w:r>
      <w:r>
        <w:t>Tell them, "My Lord will scatter them like dust." wa yazaruhah qaa'an safsafa. And leave the earth leveled and plain.</w:t>
      </w:r>
    </w:p>
    <w:p>
      <w:pPr>
        <w:jc w:val="right"/>
      </w:pPr>
      <w:r>
        <w:t>Tell them, "My Lord will scatter them like dust." وَيَزَرُوهَا قَعًا صَفْصَفًا And leave the earth leveled and plain.</w:t>
      </w:r>
    </w:p>
    <w:p>
      <w:r>
        <w:rPr>
          <w:b/>
        </w:rPr>
        <w:t xml:space="preserve">[17:31] </w:t>
      </w:r>
      <w:r>
        <w:t>La tara fiha iwajaw wa la amta. You will not see any holes or depressions or elevations. It will be absolutely flat</w:t>
      </w:r>
    </w:p>
    <w:p>
      <w:pPr>
        <w:jc w:val="right"/>
      </w:pPr>
      <w:r>
        <w:t>لَا تَرَى فِيهَا إِيْوَجًا وَلَا أَمْطَى You will not see any holes or depressions or elevations. It will be absolutely flat</w:t>
      </w:r>
    </w:p>
    <w:p>
      <w:r>
        <w:rPr>
          <w:b/>
        </w:rPr>
        <w:t xml:space="preserve">[17:40] </w:t>
      </w:r>
      <w:r>
        <w:t>. So these verses reflect God's power to bring about total transformation and total change on the planet Earth.</w:t>
      </w:r>
    </w:p>
    <w:p>
      <w:pPr>
        <w:jc w:val="right"/>
      </w:pPr>
      <w:r>
        <w:t>. So these verses reflect God's power to bring about total transformation and total change on the planet Earth.</w:t>
      </w:r>
    </w:p>
    <w:p>
      <w:r>
        <w:rPr>
          <w:b/>
        </w:rPr>
        <w:t xml:space="preserve">[17:52] </w:t>
      </w:r>
      <w:r>
        <w:t>So such vivid descriptions urge people to prepare for the Day of Judgment. And verse number six, wa kanat habaa'am mumbassa. So they will become scattered dust.</w:t>
      </w:r>
    </w:p>
    <w:p>
      <w:pPr>
        <w:jc w:val="right"/>
      </w:pPr>
      <w:r>
        <w:t>So such vivid descriptions urge people to prepare for the Day of Judgment. And verse number six, وَكَانَتْ هَبَاءً مُنْبَسَّةً So they will become scattered dust.</w:t>
      </w:r>
    </w:p>
    <w:p>
      <w:r>
        <w:rPr>
          <w:b/>
        </w:rPr>
        <w:t xml:space="preserve">[18:07] </w:t>
      </w:r>
      <w:r>
        <w:t>The mountains will become scattered dust</w:t>
      </w:r>
    </w:p>
    <w:p>
      <w:pPr>
        <w:jc w:val="right"/>
      </w:pPr>
      <w:r>
        <w:t>The mountains will become scattered dust</w:t>
      </w:r>
    </w:p>
    <w:p>
      <w:r>
        <w:rPr>
          <w:b/>
        </w:rPr>
        <w:t xml:space="preserve">[18:10] </w:t>
      </w:r>
      <w:r>
        <w:t>. Haba means particles, dust particle. jaise ghubar nahi hota, dhool ghubar ki tarah se hawa mein ur jayenge.</w:t>
      </w:r>
    </w:p>
    <w:p>
      <w:pPr>
        <w:jc w:val="right"/>
      </w:pPr>
      <w:r>
        <w:t>. Haba means particles, dust particle. جیسے غبار نہیں ہوتا، دھول غبار کی طرح سے ہوا میں اڑ جائیں گے۔</w:t>
      </w:r>
    </w:p>
    <w:p>
      <w:r>
        <w:rPr>
          <w:b/>
        </w:rPr>
        <w:t xml:space="preserve">[18:19] </w:t>
      </w:r>
      <w:r>
        <w:t>wa kanat habaa'an mumbassa So the mountains will be turned into dust particles. They will be scattered. They will be blown away.</w:t>
      </w:r>
    </w:p>
    <w:p>
      <w:pPr>
        <w:jc w:val="right"/>
      </w:pPr>
      <w:r>
        <w:t>وَكَانَتْ هَبَاءً مُنْبَسَّةً So the mountains will be turned into dust particles. They will be scattered. They will be blown away.</w:t>
      </w:r>
    </w:p>
    <w:p>
      <w:r>
        <w:rPr>
          <w:b/>
        </w:rPr>
        <w:t xml:space="preserve">[18:29] </w:t>
      </w:r>
      <w:r>
        <w:t>So the strongest elements of the physical world will be blown away in a single blast.</w:t>
      </w:r>
    </w:p>
    <w:p>
      <w:pPr>
        <w:jc w:val="right"/>
      </w:pPr>
      <w:r>
        <w:t>So the strongest elements of the physical world will be blown away in a single blast.</w:t>
      </w:r>
    </w:p>
    <w:p>
      <w:r>
        <w:rPr>
          <w:b/>
        </w:rPr>
        <w:t xml:space="preserve">[18:37] </w:t>
      </w:r>
      <w:r>
        <w:t>So this indicates the total loss of structure and form. And it serves as a reminder, that reminder of the transient and fleeting nature of life.</w:t>
      </w:r>
    </w:p>
    <w:p>
      <w:pPr>
        <w:jc w:val="right"/>
      </w:pPr>
      <w:r>
        <w:t>So this indicates the total loss of structure and form. And it serves as a reminder, that reminder of the transient and fleeting nature of life.</w:t>
      </w:r>
    </w:p>
    <w:p>
      <w:r>
        <w:rPr>
          <w:b/>
        </w:rPr>
        <w:t xml:space="preserve">[18:51] </w:t>
      </w:r>
      <w:r>
        <w:t>And it emphasizes the need to prepare for the hereafter. A man should reflect on this reality which is bound to happen.</w:t>
      </w:r>
    </w:p>
    <w:p>
      <w:pPr>
        <w:jc w:val="right"/>
      </w:pPr>
      <w:r>
        <w:t>And it emphasizes the need to prepare for the hereafter. A man should reflect on this reality which is bound to happen.</w:t>
      </w:r>
    </w:p>
    <w:p>
      <w:r>
        <w:rPr>
          <w:b/>
        </w:rPr>
        <w:t xml:space="preserve">[19:00] </w:t>
      </w:r>
      <w:r>
        <w:t>And it encourages us to prepare for the eternal life.</w:t>
      </w:r>
    </w:p>
    <w:p>
      <w:pPr>
        <w:jc w:val="right"/>
      </w:pPr>
      <w:r>
        <w:t>And it encourages us to prepare for the eternal life.</w:t>
      </w:r>
    </w:p>
    <w:p>
      <w:r>
        <w:rPr>
          <w:b/>
        </w:rPr>
        <w:t xml:space="preserve">[19:06] </w:t>
      </w:r>
      <w:r>
        <w:t>Doctor Sahib, these verses actually are very terrifying. Yeah, very powerful verses. Very powerful. And the way you explained about mountains, because the example of mountain is so appropriate, Doctor Sahib, if you study mountain, I mean they symbolize, like you mentioned, strength and endurance.</w:t>
      </w:r>
    </w:p>
    <w:p>
      <w:pPr>
        <w:jc w:val="right"/>
      </w:pPr>
      <w:r>
        <w:t>Doctor Sahib, these verses actually are very terrifying. Yeah, very powerful verses. Very powerful. And the way you explained about mountains, because the example of mountain is so appropriate, Doctor Sahib, if you study mountain, I mean they symbolize, like you mentioned, strength and endurance.</w:t>
      </w:r>
    </w:p>
    <w:p>
      <w:r>
        <w:rPr>
          <w:b/>
        </w:rPr>
        <w:t xml:space="preserve">[19:22] </w:t>
      </w:r>
      <w:r>
        <w:t>But they are also the lifeline of the planet. From regulating the tectonic movement to water cycles, biodiversity, they also give the balance to the earth.</w:t>
      </w:r>
    </w:p>
    <w:p>
      <w:pPr>
        <w:jc w:val="right"/>
      </w:pPr>
      <w:r>
        <w:t>But they are also the lifeline of the planet. From regulating the tectonic movement to water cycles, biodiversity, they also give the balance to the earth.</w:t>
      </w:r>
    </w:p>
    <w:p>
      <w:r>
        <w:rPr>
          <w:b/>
        </w:rPr>
        <w:t xml:space="preserve">[19:34] </w:t>
      </w:r>
      <w:r>
        <w:t>So when something so tall and strong will scatter away, like you mentioned, then what will be the case of the towns and cities and all the political power that people brag about?</w:t>
      </w:r>
    </w:p>
    <w:p>
      <w:pPr>
        <w:jc w:val="right"/>
      </w:pPr>
      <w:r>
        <w:t>So when something so tall and strong will scatter away, like you mentioned, then what will be the case of the towns and cities and all the political power that people brag about?</w:t>
      </w:r>
    </w:p>
    <w:p>
      <w:r>
        <w:rPr>
          <w:b/>
        </w:rPr>
        <w:t xml:space="preserve">[19:45] </w:t>
      </w:r>
      <w:r>
        <w:t>Nothing will remain of humanity. In fact, it teaches, Doctor Sahib, the humility aspect, the faith, and sort of gives the message of detachment from materialism.</w:t>
      </w:r>
    </w:p>
    <w:p>
      <w:pPr>
        <w:jc w:val="right"/>
      </w:pPr>
      <w:r>
        <w:t>Nothing will remain of humanity. In fact, it teaches, Doctor Sahib, the humility aspect, the faith, and sort of gives the message of detachment from materialism.</w:t>
      </w:r>
    </w:p>
    <w:p>
      <w:r>
        <w:rPr>
          <w:b/>
        </w:rPr>
        <w:t xml:space="preserve">[20:03] </w:t>
      </w:r>
      <w:r>
        <w:t>It is said that Hazrat Umar bin Khattab was moved when he heard about this Surah. I mean, such is the powerful reminder that this chapter talks about.</w:t>
      </w:r>
    </w:p>
    <w:p>
      <w:pPr>
        <w:jc w:val="right"/>
      </w:pPr>
      <w:r>
        <w:t>It is said that Hazrat Umar bin Khattab was moved when he heard about this Surah. I mean, such is the powerful reminder that this chapter talks about.</w:t>
      </w:r>
    </w:p>
    <w:p>
      <w:r>
        <w:rPr>
          <w:b/>
        </w:rPr>
        <w:t xml:space="preserve">[20:16] </w:t>
      </w:r>
      <w:r>
        <w:t>So Doctor Sahib, then I believe the Surah talks about division of groups. So what is the significance of those groups?</w:t>
      </w:r>
    </w:p>
    <w:p>
      <w:pPr>
        <w:jc w:val="right"/>
      </w:pPr>
      <w:r>
        <w:t>So Doctor Sahib, then I believe the Surah talks about division of groups. So what is the significance of those groups?</w:t>
      </w:r>
    </w:p>
    <w:p>
      <w:r>
        <w:rPr>
          <w:b/>
        </w:rPr>
        <w:t xml:space="preserve">[20:24] </w:t>
      </w:r>
      <w:r>
        <w:t>Ye</w:t>
      </w:r>
    </w:p>
    <w:p>
      <w:pPr>
        <w:jc w:val="right"/>
      </w:pPr>
      <w:r>
        <w:t>Ye</w:t>
      </w:r>
    </w:p>
    <w:p>
      <w:r>
        <w:rPr>
          <w:b/>
        </w:rPr>
        <w:t xml:space="preserve">[20:25] </w:t>
      </w:r>
      <w:r>
        <w:t>ah, these verses are very important because the Quran depicts very beautifully that the entire humanity will be divided into three massive groups.</w:t>
      </w:r>
    </w:p>
    <w:p>
      <w:pPr>
        <w:jc w:val="right"/>
      </w:pPr>
      <w:r>
        <w:t>ah, these verses are very important because the Quran depicts very beautifully that the entire humanity will be divided into three massive groups.</w:t>
      </w:r>
    </w:p>
    <w:p>
      <w:r>
        <w:rPr>
          <w:b/>
        </w:rPr>
        <w:t xml:space="preserve">[20:39] </w:t>
      </w:r>
      <w:r>
        <w:t>So Ill read these verses, verse number seven, wa kuntum azwaajan thalathan And you will become three kinds or</w:t>
      </w:r>
    </w:p>
    <w:p>
      <w:pPr>
        <w:jc w:val="right"/>
      </w:pPr>
      <w:r>
        <w:t>So I'll read these verses, verse number seven, وَكُنْتُمْ أَزْوَاجًا ثَلَاثًا And you will become three kinds or</w:t>
      </w:r>
    </w:p>
    <w:p>
      <w:r>
        <w:rPr>
          <w:b/>
        </w:rPr>
        <w:t xml:space="preserve">[20:52] </w:t>
      </w:r>
      <w:r>
        <w:t>three groups. You will be divided into three groups, meaning the entire humanity divided into three groups. So now the verse is talking about the gathering of all humanity on the Day of Judgment.</w:t>
      </w:r>
    </w:p>
    <w:p>
      <w:pPr>
        <w:jc w:val="right"/>
      </w:pPr>
      <w:r>
        <w:t>three groups. You will be divided into three groups, meaning the entire humanity divided into three groups. So now the verse is talking about the gathering of all humanity on the Day of Judgment.</w:t>
      </w:r>
    </w:p>
    <w:p>
      <w:r>
        <w:rPr>
          <w:b/>
        </w:rPr>
        <w:t xml:space="preserve">[21:05] </w:t>
      </w:r>
      <w:r>
        <w:t>Very powerful description. So this verse introduces the grand division of humanity into three groups on the Day of Judgment.</w:t>
      </w:r>
    </w:p>
    <w:p>
      <w:pPr>
        <w:jc w:val="right"/>
      </w:pPr>
      <w:r>
        <w:t>Very powerful description. So this verse introduces the grand division of humanity into three groups on the Day of Judgment.</w:t>
      </w:r>
    </w:p>
    <w:p>
      <w:r>
        <w:rPr>
          <w:b/>
        </w:rPr>
        <w:t xml:space="preserve">[21:18] </w:t>
      </w:r>
      <w:r>
        <w:t>And that will be a day unlike any other day.</w:t>
      </w:r>
    </w:p>
    <w:p>
      <w:pPr>
        <w:jc w:val="right"/>
      </w:pPr>
      <w:r>
        <w:t>And that will be a day unlike any other day.</w:t>
      </w:r>
    </w:p>
    <w:p>
      <w:r>
        <w:rPr>
          <w:b/>
        </w:rPr>
        <w:t xml:space="preserve">[21:22] </w:t>
      </w:r>
      <w:r>
        <w:t>Just imagine</w:t>
      </w:r>
    </w:p>
    <w:p>
      <w:pPr>
        <w:jc w:val="right"/>
      </w:pPr>
      <w:r>
        <w:t>Just imagine</w:t>
      </w:r>
    </w:p>
    <w:p>
      <w:r>
        <w:rPr>
          <w:b/>
        </w:rPr>
        <w:t xml:space="preserve">[21:26] </w:t>
      </w:r>
      <w:r>
        <w:t>what will the scene look like. How can we imagine the moment when every single human being who ever lived will be resurrected and gathered in one place?</w:t>
      </w:r>
    </w:p>
    <w:p>
      <w:pPr>
        <w:jc w:val="right"/>
      </w:pPr>
      <w:r>
        <w:t>what will the scene look like. How can we imagine the moment when every single human being who ever lived will be resurrected and gathered in one place?</w:t>
      </w:r>
    </w:p>
    <w:p>
      <w:r>
        <w:rPr>
          <w:b/>
        </w:rPr>
        <w:t xml:space="preserve">[21:43] </w:t>
      </w:r>
      <w:r>
        <w:t>And the Quran and Hadith give some breathtaking and awe-inspiring picture of this reality.</w:t>
      </w:r>
    </w:p>
    <w:p>
      <w:pPr>
        <w:jc w:val="right"/>
      </w:pPr>
      <w:r>
        <w:t>And the Quran and Hadith give some breathtaking and awe-inspiring picture of this reality.</w:t>
      </w:r>
    </w:p>
    <w:p>
      <w:r>
        <w:rPr>
          <w:b/>
        </w:rPr>
        <w:t xml:space="preserve">[21:52] </w:t>
      </w:r>
      <w:r>
        <w:t>The first thing that will happen, the earth will be transformed. The earth will be no longer the same as we know it today.</w:t>
      </w:r>
    </w:p>
    <w:p>
      <w:pPr>
        <w:jc w:val="right"/>
      </w:pPr>
      <w:r>
        <w:t>The first thing that will happen, the earth will be transformed. The earth will be no longer the same as we know it today.</w:t>
      </w:r>
    </w:p>
    <w:p>
      <w:r>
        <w:rPr>
          <w:b/>
        </w:rPr>
        <w:t xml:space="preserve">[22:06] </w:t>
      </w:r>
      <w:r>
        <w:t>It will be flattened, shaken, and stretched into endless plain. The mountains will crumble into dust and the sky will be torn apart.</w:t>
      </w:r>
    </w:p>
    <w:p>
      <w:pPr>
        <w:jc w:val="right"/>
      </w:pPr>
      <w:r>
        <w:t>It will be flattened, shaken, and stretched into endless plain. The mountains will crumble into dust and the sky will be torn apart.</w:t>
      </w:r>
    </w:p>
    <w:p>
      <w:r>
        <w:rPr>
          <w:b/>
        </w:rPr>
        <w:t xml:space="preserve">[22:21] </w:t>
      </w:r>
      <w:r>
        <w:t>And imagine the entire landscape of existence is changed. There is no refuge, no hiding place, no buildings, no houses,</w:t>
      </w:r>
    </w:p>
    <w:p>
      <w:pPr>
        <w:jc w:val="right"/>
      </w:pPr>
      <w:r>
        <w:t>And imagine the entire landscape of existence is changed. There is no refuge, no hiding place, no buildings, no houses,</w:t>
      </w:r>
    </w:p>
    <w:p>
      <w:r>
        <w:rPr>
          <w:b/>
        </w:rPr>
        <w:t xml:space="preserve">[22:35] </w:t>
      </w:r>
      <w:r>
        <w:t>no caves. Only the vast, endless land under the throne of Allah.</w:t>
      </w:r>
    </w:p>
    <w:p>
      <w:pPr>
        <w:jc w:val="right"/>
      </w:pPr>
      <w:r>
        <w:t>no caves. Only the vast, endless land under the throne of Allah.</w:t>
      </w:r>
    </w:p>
    <w:p>
      <w:r>
        <w:rPr>
          <w:b/>
        </w:rPr>
        <w:t xml:space="preserve">[22:44] </w:t>
      </w:r>
      <w:r>
        <w:t>So every soul that ever lived will stand together. From the first man, Adam alaihis salam, to the last person born before the trumpet is blown.</w:t>
      </w:r>
    </w:p>
    <w:p>
      <w:pPr>
        <w:jc w:val="right"/>
      </w:pPr>
      <w:r>
        <w:t>So every soul that ever lived will stand together. From the first man, Adam alaihis salam, to the last person born before the trumpet is blown.</w:t>
      </w:r>
    </w:p>
    <w:p>
      <w:r>
        <w:rPr>
          <w:b/>
        </w:rPr>
        <w:t xml:space="preserve">[23:00] </w:t>
      </w:r>
      <w:r>
        <w:t>Every nation, every tribe, every race, every individual will be gathered together. Billions upon billions of people will be standing shoulder to shoulder.</w:t>
      </w:r>
    </w:p>
    <w:p>
      <w:pPr>
        <w:jc w:val="right"/>
      </w:pPr>
      <w:r>
        <w:t>Every nation, every tribe, every race, every individual will be gathered together. Billions upon billions of people will be standing shoulder to shoulder.</w:t>
      </w:r>
    </w:p>
    <w:p>
      <w:r>
        <w:rPr>
          <w:b/>
        </w:rPr>
        <w:t xml:space="preserve">[23:13] </w:t>
      </w:r>
      <w:r>
        <w:t>So imagine the prophets and their followers, the Sahaba, the greatest of the kings, and the poorest people, all standing together.</w:t>
      </w:r>
    </w:p>
    <w:p>
      <w:pPr>
        <w:jc w:val="right"/>
      </w:pPr>
      <w:r>
        <w:t>So imagine the prophets and their followers, the Sahaba, the greatest of the kings, and the poorest people, all standing together.</w:t>
      </w:r>
    </w:p>
    <w:p>
      <w:r>
        <w:rPr>
          <w:b/>
        </w:rPr>
        <w:t xml:space="preserve">[23:26] </w:t>
      </w:r>
      <w:r>
        <w:t>Not a single soul is missing. And imagine the richest and the most powerful kings and emperors now standing like an ordinary man.</w:t>
      </w:r>
    </w:p>
    <w:p>
      <w:pPr>
        <w:jc w:val="right"/>
      </w:pPr>
      <w:r>
        <w:t>Not a single soul is missing. And imagine the richest and the most powerful kings and emperors now standing like an ordinary man.</w:t>
      </w:r>
    </w:p>
    <w:p>
      <w:r>
        <w:rPr>
          <w:b/>
        </w:rPr>
        <w:t xml:space="preserve">[23:40] </w:t>
      </w:r>
      <w:r>
        <w:t>Stripped of all their titles, their authority, their position, their power, nothing remains except a person's deeds.</w:t>
      </w:r>
    </w:p>
    <w:p>
      <w:pPr>
        <w:jc w:val="right"/>
      </w:pPr>
      <w:r>
        <w:t>Stripped of all their titles, their authority, their position, their power, nothing remains except a person's deeds.</w:t>
      </w:r>
    </w:p>
    <w:p>
      <w:r>
        <w:rPr>
          <w:b/>
        </w:rPr>
        <w:t xml:space="preserve">[23:52] </w:t>
      </w:r>
      <w:r>
        <w:t>And the Mizan, the scale, the giant scale will be placed and every deed will be weighed with absolute fairness.</w:t>
      </w:r>
    </w:p>
    <w:p>
      <w:pPr>
        <w:jc w:val="right"/>
      </w:pPr>
      <w:r>
        <w:t>And the Mizan, the scale, the giant scale will be placed and every deed will be weighed with absolute fairness.</w:t>
      </w:r>
    </w:p>
    <w:p>
      <w:r>
        <w:rPr>
          <w:b/>
        </w:rPr>
        <w:t xml:space="preserve">[24:03] </w:t>
      </w:r>
      <w:r>
        <w:t>May Allah save us on that day when our deeds will be weighed.</w:t>
      </w:r>
    </w:p>
    <w:p>
      <w:pPr>
        <w:jc w:val="right"/>
      </w:pPr>
      <w:r>
        <w:t>May Allah save us on that day when our deeds will be weighed.</w:t>
      </w:r>
    </w:p>
    <w:p>
      <w:r>
        <w:rPr>
          <w:b/>
        </w:rPr>
        <w:t xml:space="preserve">[24:10] </w:t>
      </w:r>
      <w:r>
        <w:t>You can imagine the entire humanity gathered on a single plain in three massive, massive groups.</w:t>
      </w:r>
    </w:p>
    <w:p>
      <w:pPr>
        <w:jc w:val="right"/>
      </w:pPr>
      <w:r>
        <w:t>You can imagine the entire humanity gathered on a single plain in three massive, massive groups.</w:t>
      </w:r>
    </w:p>
    <w:p>
      <w:r>
        <w:rPr>
          <w:b/>
        </w:rPr>
        <w:t xml:space="preserve">[24:19] </w:t>
      </w:r>
      <w:r>
        <w:t>So on the Day of Judgment, humanity will no longer be judged by worldly ranks. Rather, they will be judged based on their spiritual and moral standing.</w:t>
      </w:r>
    </w:p>
    <w:p>
      <w:pPr>
        <w:jc w:val="right"/>
      </w:pPr>
      <w:r>
        <w:t>So on the Day of Judgment, humanity will no longer be judged by worldly ranks. Rather, they will be judged based on their spiritual and moral standing.</w:t>
      </w:r>
    </w:p>
    <w:p>
      <w:r>
        <w:rPr>
          <w:b/>
        </w:rPr>
        <w:t xml:space="preserve">[24:36] </w:t>
      </w:r>
      <w:r>
        <w:t>So it will be an amazing scene.</w:t>
      </w:r>
    </w:p>
    <w:p>
      <w:pPr>
        <w:jc w:val="right"/>
      </w:pPr>
      <w:r>
        <w:t>So it will be an amazing scene.</w:t>
      </w:r>
    </w:p>
    <w:p>
      <w:r>
        <w:rPr>
          <w:b/>
        </w:rPr>
        <w:t xml:space="preserve">[24:39] </w:t>
      </w:r>
      <w:r>
        <w:t>The entire humanity standing before God in three massive groups. And next few verses explain about these three groups.</w:t>
      </w:r>
    </w:p>
    <w:p>
      <w:pPr>
        <w:jc w:val="right"/>
      </w:pPr>
      <w:r>
        <w:t>The entire humanity standing before God in three massive groups. And next few verses explain about these three groups.</w:t>
      </w:r>
    </w:p>
    <w:p>
      <w:r>
        <w:rPr>
          <w:b/>
        </w:rPr>
        <w:t xml:space="preserve">[24:53] </w:t>
      </w:r>
      <w:r>
        <w:t>fa ashabul maymanati ma'a ashabul maymanati The three groups we can imagine that there will be the first group which will be the, which is called As-Sabiqun.</w:t>
      </w:r>
    </w:p>
    <w:p>
      <w:pPr>
        <w:jc w:val="right"/>
      </w:pPr>
      <w:r>
        <w:t>فَأَصْحَابُ الْمَيْمَنَةِ مَعَ أَصْحَابِ الْمَيْمَنَةِ The three groups we can imagine that there will be the first group which will be the, which is called As-Sabiqun.</w:t>
      </w:r>
    </w:p>
    <w:p>
      <w:r>
        <w:rPr>
          <w:b/>
        </w:rPr>
        <w:t xml:space="preserve">[25:09] </w:t>
      </w:r>
      <w:r>
        <w:t>So you can imagine the first group, massive first group is in the front and there are two groups. One group is on theright side, the people of theright, and another group is on the left side, people of the left.</w:t>
      </w:r>
    </w:p>
    <w:p>
      <w:pPr>
        <w:jc w:val="right"/>
      </w:pPr>
      <w:r>
        <w:t>So you can imagine the first group, massive first group is in the front and there are two groups. One group is on theright side, the people of theright, and another group is on the left side, people of the left.</w:t>
      </w:r>
    </w:p>
    <w:p>
      <w:r>
        <w:rPr>
          <w:b/>
        </w:rPr>
        <w:t xml:space="preserve">[25:23] </w:t>
      </w:r>
      <w:r>
        <w:t>So you can imagine the entire humanity standing in these kinds of three massive groups. So this verse number eight talks about the people on theright.</w:t>
      </w:r>
    </w:p>
    <w:p>
      <w:pPr>
        <w:jc w:val="right"/>
      </w:pPr>
      <w:r>
        <w:t>So you can imagine the entire humanity standing in these kinds of three massive groups. So this verse number eight talks about the people on theright.</w:t>
      </w:r>
    </w:p>
    <w:p>
      <w:r>
        <w:rPr>
          <w:b/>
        </w:rPr>
        <w:t xml:space="preserve">[25:34] </w:t>
      </w:r>
      <w:r>
        <w:t>fa ashabul maymanati ma'a ashabul maymanati The people on theright, how blessed are the people on theright, how fortunate and how lucky are the people on theright.</w:t>
      </w:r>
    </w:p>
    <w:p>
      <w:pPr>
        <w:jc w:val="right"/>
      </w:pPr>
      <w:r>
        <w:t>فَأَصْحَابُ الْمَيْمَنَةِ مَعَ أَصْحَابِ الْمَيْمَنَةِ The people on theright, how blessed are the people on theright, how fortunate and how lucky are the people on theright.</w:t>
      </w:r>
    </w:p>
    <w:p>
      <w:r>
        <w:rPr>
          <w:b/>
        </w:rPr>
        <w:t xml:space="preserve">[25:47] </w:t>
      </w:r>
      <w:r>
        <w:t>So this verse uses a kind of rhetorical device to cause some kind of curiosity, some sense of curiosity.</w:t>
      </w:r>
    </w:p>
    <w:p>
      <w:pPr>
        <w:jc w:val="right"/>
      </w:pPr>
      <w:r>
        <w:t>So this verse uses a kind of rhetorical device to cause some kind of curiosity, some sense of curiosity.</w:t>
      </w:r>
    </w:p>
    <w:p>
      <w:r>
        <w:rPr>
          <w:b/>
        </w:rPr>
        <w:t xml:space="preserve">[25:57] </w:t>
      </w:r>
      <w:r>
        <w:t>Who are these people on theright and how remarkable are those on theright? So it highlights their greatness and their immense honor, their nearness to Allah.</w:t>
      </w:r>
    </w:p>
    <w:p>
      <w:pPr>
        <w:jc w:val="right"/>
      </w:pPr>
      <w:r>
        <w:t>Who are these people on theright and how remarkable are those on theright? So it highlights their greatness and their immense honor, their nearness to Allah.</w:t>
      </w:r>
    </w:p>
    <w:p>
      <w:r>
        <w:rPr>
          <w:b/>
        </w:rPr>
        <w:t xml:space="preserve">[26:11] </w:t>
      </w:r>
      <w:r>
        <w:t>They are the fortunate ones and they will go to paradise.</w:t>
      </w:r>
    </w:p>
    <w:p>
      <w:pPr>
        <w:jc w:val="right"/>
      </w:pPr>
      <w:r>
        <w:t>They are the fortunate ones and they will go to paradise.</w:t>
      </w:r>
    </w:p>
    <w:p>
      <w:r>
        <w:rPr>
          <w:b/>
        </w:rPr>
        <w:t xml:space="preserve">[26:15] </w:t>
      </w:r>
      <w:r>
        <w:t>ashabul maymanati People of theright. And it tells us about their high status. They represent those who led righteous lives.</w:t>
      </w:r>
    </w:p>
    <w:p>
      <w:pPr>
        <w:jc w:val="right"/>
      </w:pPr>
      <w:r>
        <w:t>أَصْحَابُ الْمَيْمَنَةِ People of theright. And it tells us about their high status. They represent those who led righteous lives.</w:t>
      </w:r>
    </w:p>
    <w:p>
      <w:r>
        <w:rPr>
          <w:b/>
        </w:rPr>
        <w:t xml:space="preserve">[26:28] </w:t>
      </w:r>
      <w:r>
        <w:t>They adhered to God's commands. They prepared for the Day of Judgment. And it is also an assurance and comfort to the believers that their good deeds will not be unnoticed.</w:t>
      </w:r>
    </w:p>
    <w:p>
      <w:pPr>
        <w:jc w:val="right"/>
      </w:pPr>
      <w:r>
        <w:t>They adhered to God's commands. They prepared for the Day of Judgment. And it is also an assurance and comfort to the believers that their good deeds will not be unnoticed.</w:t>
      </w:r>
    </w:p>
    <w:p>
      <w:r>
        <w:rPr>
          <w:b/>
        </w:rPr>
        <w:t xml:space="preserve">[26:43] </w:t>
      </w:r>
      <w:r>
        <w:t>They will be rewarded abundantly</w:t>
      </w:r>
    </w:p>
    <w:p>
      <w:pPr>
        <w:jc w:val="right"/>
      </w:pPr>
      <w:r>
        <w:t>They will be rewarded abundantly</w:t>
      </w:r>
    </w:p>
    <w:p>
      <w:r>
        <w:rPr>
          <w:b/>
        </w:rPr>
        <w:t xml:space="preserve">[26:45] </w:t>
      </w:r>
      <w:r>
        <w:t>. How fortunate are they? It's a very inspiring verse and iturges us to try to be among the people of theright</w:t>
      </w:r>
    </w:p>
    <w:p>
      <w:pPr>
        <w:jc w:val="right"/>
      </w:pPr>
      <w:r>
        <w:t>. How fortunate are they? It's a very inspiring verse and iturges us to try to be among the people of theright</w:t>
      </w:r>
    </w:p>
    <w:p>
      <w:r>
        <w:rPr>
          <w:b/>
        </w:rPr>
        <w:t xml:space="preserve">[26:55] </w:t>
      </w:r>
      <w:r>
        <w:t>. Surah Al-Inshaqaq, chapter number 84 says, fa amma man utiya kitaba hu bi yami ni hi He who is given his record, his book of record in hisright hand, fa sawfa yuhasibuhu hisaban yasiran His accountability will be very easy.</w:t>
      </w:r>
    </w:p>
    <w:p>
      <w:pPr>
        <w:jc w:val="right"/>
      </w:pPr>
      <w:r>
        <w:t>. Surah Al-Inshaqaq, chapter number 84 says, فَأَمَّا مَنْ أُوتِيَ كِتَابَهُ بِيَمِينِهِ He who is given his record, his book of record in hisright hand, فَسَوْفَ يُحَاسِبُهُ حِسَابًا يَسِيرًا His accountability will be very easy.</w:t>
      </w:r>
    </w:p>
    <w:p>
      <w:r>
        <w:rPr>
          <w:b/>
        </w:rPr>
        <w:t xml:space="preserve">[27:16] </w:t>
      </w:r>
      <w:r>
        <w:t>wa yanqalibu ila ahli hi masruran And he shall return to his people, his family, joyfully, happily.</w:t>
      </w:r>
    </w:p>
    <w:p>
      <w:pPr>
        <w:jc w:val="right"/>
      </w:pPr>
      <w:r>
        <w:t>وَيَنْقَلِبُ إِلَى أَهْلِهِ مَسْرُورًا And he shall return to his people, his family, joyfully, happily.</w:t>
      </w:r>
    </w:p>
    <w:p>
      <w:r>
        <w:rPr>
          <w:b/>
        </w:rPr>
        <w:t xml:space="preserve">[27:25] </w:t>
      </w:r>
      <w:r>
        <w:t>So it tells us their joy, their happiness upon receiving the record of deeds in theirright hand.</w:t>
      </w:r>
    </w:p>
    <w:p>
      <w:pPr>
        <w:jc w:val="right"/>
      </w:pPr>
      <w:r>
        <w:t>So it tells us their joy, their happiness upon receiving the record of deeds in theirright hand.</w:t>
      </w:r>
    </w:p>
    <w:p>
      <w:r>
        <w:rPr>
          <w:b/>
        </w:rPr>
        <w:t xml:space="preserve">[27:36] </w:t>
      </w:r>
      <w:r>
        <w:t>Chapter 69, Surah Al-Haqqah says, fa amma man utiya kitaba hu bi yami ni hi Then he who is given his record in hisright hand, fa yaqulu haa muqri'u kitabi ya He will exclaim, "Here is my book, come and read it."</w:t>
      </w:r>
    </w:p>
    <w:p>
      <w:pPr>
        <w:jc w:val="right"/>
      </w:pPr>
      <w:r>
        <w:t>Chapter 69, Surah Al-Haqqah says, فَأَمَّا مَنْ أُوتِيَ كِتَابَهُ بِيَمِينِهِ Then he who is given his record in hisright hand, فَيَقُولُ هَا أُمُقْرَأُ كِتَابِيَ He will exclaim, "Here is my book, come and read it."</w:t>
      </w:r>
    </w:p>
    <w:p>
      <w:r>
        <w:rPr>
          <w:b/>
        </w:rPr>
        <w:t xml:space="preserve">[27:54] </w:t>
      </w:r>
      <w:r>
        <w:t>So you can feel the excitement and joy and happiness of those who will receive their record in their right hand.</w:t>
      </w:r>
    </w:p>
    <w:p>
      <w:pPr>
        <w:jc w:val="right"/>
      </w:pPr>
      <w:r>
        <w:t>So you can feel the excitement and joy and happiness of those who will receive their record in theirright hand.</w:t>
      </w:r>
    </w:p>
    <w:p>
      <w:r>
        <w:rPr>
          <w:b/>
        </w:rPr>
        <w:t xml:space="preserve">[28:04] </w:t>
      </w:r>
      <w:r>
        <w:t>He will say, inni zanantu anni mulaqin hisabiya I was sure that I would be handed over my book of record one day.</w:t>
      </w:r>
    </w:p>
    <w:p>
      <w:pPr>
        <w:jc w:val="right"/>
      </w:pPr>
      <w:r>
        <w:t>He will say, إِنِّي زَنَنْتُ أَنِّي مُلَاقٍ حِسَابِيَ I was sure that I would be handed over my book of record one day.</w:t>
      </w:r>
    </w:p>
    <w:p>
      <w:r>
        <w:rPr>
          <w:b/>
        </w:rPr>
        <w:t xml:space="preserve">[28:14] </w:t>
      </w:r>
      <w:r>
        <w:t>I knew I will get my book of deeds, I will get my mark sheet, I will get my balance sheet on the Day of Judgment.</w:t>
      </w:r>
    </w:p>
    <w:p>
      <w:pPr>
        <w:jc w:val="right"/>
      </w:pPr>
      <w:r>
        <w:t>I knew I will get my book of deeds, I will get my mark sheet, I will get my balance sheet on the Day of Judgment.</w:t>
      </w:r>
    </w:p>
    <w:p>
      <w:r>
        <w:rPr>
          <w:b/>
        </w:rPr>
        <w:t xml:space="preserve">[28:22] </w:t>
      </w:r>
      <w:r>
        <w:t>fahuwa fi ishatin radiyatin So he will be in a state of bliss, fi jannatin aliyatin in the lofty paradise. So this will be the moment of happiness and joy for the people of the right.</w:t>
      </w:r>
    </w:p>
    <w:p>
      <w:pPr>
        <w:jc w:val="right"/>
      </w:pPr>
      <w:r>
        <w:t>فَهُوَ فِي عِشَةٍ رَاضِيَةٍ So he will be in a state of bliss, فِي جَنَّةٍ عَالِيَةٍ in the lofty paradise. So this will be the moment of happiness and joy for the people of theright.</w:t>
      </w:r>
    </w:p>
    <w:p>
      <w:r>
        <w:rPr>
          <w:b/>
        </w:rPr>
        <w:t xml:space="preserve">[28:38] </w:t>
      </w:r>
      <w:r>
        <w:t>So those who receive their record in their right hand will celebrate their success. And the next verse talks about the people of the le</w:t>
      </w:r>
    </w:p>
    <w:p>
      <w:pPr>
        <w:jc w:val="right"/>
      </w:pPr>
      <w:r>
        <w:t>So those who receive their record in theirright hand will celebrate their success. And the next verse talks about the people of the le</w:t>
      </w:r>
    </w:p>
    <w:p>
      <w:r>
        <w:rPr>
          <w:b/>
        </w:rPr>
        <w:t xml:space="preserve">[28:50] </w:t>
      </w:r>
      <w:r>
        <w:t>ft. fa ashabul mash amati ma'a ashabil mash amati The people on the left, how unlucky are the people on the left.</w:t>
      </w:r>
    </w:p>
    <w:p>
      <w:pPr>
        <w:jc w:val="right"/>
      </w:pPr>
      <w:r>
        <w:t>ft. فَأَصْحَابُ الْمَشْعَمَةِ مَعَ أَصْحَابِ الْمَشْعَمَةِ The people on the left, how unlucky are the people on the left.</w:t>
      </w:r>
    </w:p>
    <w:p>
      <w:r>
        <w:rPr>
          <w:b/>
        </w:rPr>
        <w:t xml:space="preserve">[29:00] </w:t>
      </w:r>
      <w:r>
        <w:t>It's a verse that introduces the second group, the people on the left. So it tells about their misfortune and terrible end.</w:t>
      </w:r>
    </w:p>
    <w:p>
      <w:pPr>
        <w:jc w:val="right"/>
      </w:pPr>
      <w:r>
        <w:t>It's a verse that introduces the second group, the people on the left. So it tells about their misfortune and terrible end.</w:t>
      </w:r>
    </w:p>
    <w:p>
      <w:r>
        <w:rPr>
          <w:b/>
        </w:rPr>
        <w:t xml:space="preserve">[29:12] </w:t>
      </w:r>
      <w:r>
        <w:t>It tells about their misfortune and terrible end</w:t>
      </w:r>
    </w:p>
    <w:p>
      <w:pPr>
        <w:jc w:val="right"/>
      </w:pPr>
      <w:r>
        <w:t>It tells about their misfortune and terrible end</w:t>
      </w:r>
    </w:p>
    <w:p>
      <w:r>
        <w:rPr>
          <w:b/>
        </w:rPr>
        <w:t xml:space="preserve">[29:18] </w:t>
      </w:r>
      <w:r>
        <w:t>. These are the unfortunate ones who will receive their book of record in their left hand.</w:t>
      </w:r>
    </w:p>
    <w:p>
      <w:pPr>
        <w:jc w:val="right"/>
      </w:pPr>
      <w:r>
        <w:t>. These are the unfortunate ones who will receive their book of record in their left hand.</w:t>
      </w:r>
    </w:p>
    <w:p>
      <w:r>
        <w:rPr>
          <w:b/>
        </w:rPr>
        <w:t xml:space="preserve">[29:26] </w:t>
      </w:r>
      <w:r>
        <w:t>And this symbolizes failure and disgrace. May Allah save us all from receiving our book in our left hand.</w:t>
      </w:r>
    </w:p>
    <w:p>
      <w:pPr>
        <w:jc w:val="right"/>
      </w:pPr>
      <w:r>
        <w:t>And this symbolizes failure and disgrace. May Allah save us all from receiving our book in our left hand.</w:t>
      </w:r>
    </w:p>
    <w:p>
      <w:r>
        <w:rPr>
          <w:b/>
        </w:rPr>
        <w:t xml:space="preserve">[29:38] </w:t>
      </w:r>
      <w:r>
        <w:t>So they were the people who ignored God's guidance. And this verse serves as a warning to those who deny the truth.</w:t>
      </w:r>
    </w:p>
    <w:p>
      <w:pPr>
        <w:jc w:val="right"/>
      </w:pPr>
      <w:r>
        <w:t>So they were the people who ignored God's guidance. And this verse serves as a warning to those who deny the truth.</w:t>
      </w:r>
    </w:p>
    <w:p>
      <w:r>
        <w:rPr>
          <w:b/>
        </w:rPr>
        <w:t xml:space="preserve">[29:50] </w:t>
      </w:r>
      <w:r>
        <w:t>And this verse encourages reflection and accountability. And this verse is urging them to repent before it is too late.</w:t>
      </w:r>
    </w:p>
    <w:p>
      <w:pPr>
        <w:jc w:val="right"/>
      </w:pPr>
      <w:r>
        <w:t>And this verse encourages reflection and accountability. And this verse isurging them to repent before it is too late.</w:t>
      </w:r>
    </w:p>
    <w:p>
      <w:r>
        <w:rPr>
          <w:b/>
        </w:rPr>
        <w:t xml:space="preserve">[30:02] </w:t>
      </w:r>
      <w:r>
        <w:t>Surah Al-Haqqah, chapter 69, gives more detail about the people of the left. fa amma man utiya kitaba hu bishim</w:t>
      </w:r>
    </w:p>
    <w:p>
      <w:pPr>
        <w:jc w:val="right"/>
      </w:pPr>
      <w:r>
        <w:t>Surah Al-Haqqah, chapter 69, gives more detail about the people of the left. فَأَمَّا مَنْ أُوتِيَ كِتَابَهُ بِشِمَ</w:t>
      </w:r>
    </w:p>
    <w:p>
      <w:r>
        <w:rPr>
          <w:b/>
        </w:rPr>
        <w:t xml:space="preserve">[30:11] </w:t>
      </w:r>
      <w:r>
        <w:t>alihi wa yaqulu ya laytani lam uta kitabiya But he who is given his book of record in his left hand, he will say, "I wish I had never been given my book," wa lam adri ma hisabiya and I had not known my account.</w:t>
      </w:r>
    </w:p>
    <w:p>
      <w:pPr>
        <w:jc w:val="right"/>
      </w:pPr>
      <w:r>
        <w:t>الِهِ وَيَقُولُ يَا لَيْتَنِي لَمْ أُوتَ كِتَابِيَ But he who is given his book of record in his left hand, he will say, "I wish I had never been given my book," وَلَمْ أَدْرِ مَا حِسَابِيَ and I had not known my account.</w:t>
      </w:r>
    </w:p>
    <w:p>
      <w:r>
        <w:rPr>
          <w:b/>
        </w:rPr>
        <w:t xml:space="preserve">[30:30] </w:t>
      </w:r>
      <w:r>
        <w:t>Ya laytaha kanatil qadiyah I wish my death had been the end of everything. Ma aghna anni maliya my wealth has not benefited me.</w:t>
      </w:r>
    </w:p>
    <w:p>
      <w:pPr>
        <w:jc w:val="right"/>
      </w:pPr>
      <w:r>
        <w:t>يَا لَيْتَهَا كَانَتِ الْقَاضِيَةِ I wish my death had been the end of everything. مَا أَغْنَى عَنِّي مَالِيَ my wealth has not benefited me.</w:t>
      </w:r>
    </w:p>
    <w:p>
      <w:r>
        <w:rPr>
          <w:b/>
        </w:rPr>
        <w:t xml:space="preserve">[30:40] </w:t>
      </w:r>
      <w:r>
        <w:t>Hal</w:t>
      </w:r>
    </w:p>
    <w:p>
      <w:pPr>
        <w:jc w:val="right"/>
      </w:pPr>
      <w:r>
        <w:t>هَلَ</w:t>
      </w:r>
    </w:p>
    <w:p>
      <w:r>
        <w:rPr>
          <w:b/>
        </w:rPr>
        <w:t xml:space="preserve">[30:41] </w:t>
      </w:r>
      <w:r>
        <w:t>ka anni sultoniyata I am deprived of all my power, I lost everything, I have nothing. So these are the feelings of remorse and regret for those who receive their book of record in their left hand.</w:t>
      </w:r>
    </w:p>
    <w:p>
      <w:pPr>
        <w:jc w:val="right"/>
      </w:pPr>
      <w:r>
        <w:t>كَ عَنِّي سُلْتَانِيَةً I am deprived of all my power, I lost everything, I have nothing. So these are the feelings of remorse and regret for those who receive their book of record in their left hand.</w:t>
      </w:r>
    </w:p>
    <w:p>
      <w:r>
        <w:rPr>
          <w:b/>
        </w:rPr>
        <w:t xml:space="preserve">[30:56] </w:t>
      </w:r>
      <w:r>
        <w:t>They will wish they had never existed at all. And they wish they had never been created</w:t>
      </w:r>
    </w:p>
    <w:p>
      <w:pPr>
        <w:jc w:val="right"/>
      </w:pPr>
      <w:r>
        <w:t>They will wish they had never existed at all. And they wish they had never been created</w:t>
      </w:r>
    </w:p>
    <w:p>
      <w:r>
        <w:rPr>
          <w:b/>
        </w:rPr>
        <w:t xml:space="preserve">[31:04] </w:t>
      </w:r>
      <w:r>
        <w:t>. Surah Al-Inshaqaq, chapter number 84 says, fa amma man utiya kitaba hu waraa zahrihi but he who will receive his record from behind his back, something like this.</w:t>
      </w:r>
    </w:p>
    <w:p>
      <w:pPr>
        <w:jc w:val="right"/>
      </w:pPr>
      <w:r>
        <w:t>. Surah Al-Inshaqaq, chapter number 84 says, فَأَمَّا مَنْ أُوتِيَ كِتَابَهُ وَرَاءَ زَهْرِهِ but he who will receive his record from behind his back, something like this.</w:t>
      </w:r>
    </w:p>
    <w:p>
      <w:r>
        <w:rPr>
          <w:b/>
        </w:rPr>
        <w:t xml:space="preserve">[31:18] </w:t>
      </w:r>
      <w:r>
        <w:t>So receiving his book of record from behind his back means he will not receive in an honorable way. So it means that they will get their book of record not in an honorable way.</w:t>
      </w:r>
    </w:p>
    <w:p>
      <w:pPr>
        <w:jc w:val="right"/>
      </w:pPr>
      <w:r>
        <w:t>So receiving his book of record from behind his back means he will not receive in an honorable way. So it means that they will get their book of record not in an honorable way.</w:t>
      </w:r>
    </w:p>
    <w:p>
      <w:r>
        <w:rPr>
          <w:b/>
        </w:rPr>
        <w:t xml:space="preserve">[31:30] </w:t>
      </w:r>
      <w:r>
        <w:t>They will get their book of record in a disgraceful manner.</w:t>
      </w:r>
    </w:p>
    <w:p>
      <w:pPr>
        <w:jc w:val="right"/>
      </w:pPr>
      <w:r>
        <w:t>They will get their book of record in a disgraceful manner.</w:t>
      </w:r>
    </w:p>
    <w:p>
      <w:r>
        <w:rPr>
          <w:b/>
        </w:rPr>
        <w:t xml:space="preserve">[31:35] </w:t>
      </w:r>
      <w:r>
        <w:t>fasawfa yad u sabura he will pray for utter distraction. He would wish that his very existence would have been wiped out as if he never existed.</w:t>
      </w:r>
    </w:p>
    <w:p>
      <w:pPr>
        <w:jc w:val="right"/>
      </w:pPr>
      <w:r>
        <w:t>فَسَوْفَ يَدُو صَبُورًا he will pray for utter distraction. He would wish that his very existence would have been wiped out as if he never existed.</w:t>
      </w:r>
    </w:p>
    <w:p>
      <w:r>
        <w:rPr>
          <w:b/>
        </w:rPr>
        <w:t xml:space="preserve">[31:48] </w:t>
      </w:r>
      <w:r>
        <w:t>Very powerful verses. They teach to introspect and to prepare for the Day of Judgment. And it's a great motivation for the believers to stay on the right path.</w:t>
      </w:r>
    </w:p>
    <w:p>
      <w:pPr>
        <w:jc w:val="right"/>
      </w:pPr>
      <w:r>
        <w:t>Very powerful verses. They teach to introspect and to prepare for the Day of Judgment. And it's a great motivation for the believers to stay on theright path.</w:t>
      </w:r>
    </w:p>
    <w:p>
      <w:r>
        <w:rPr>
          <w:b/>
        </w:rPr>
        <w:t xml:space="preserve">[32:04] </w:t>
      </w:r>
      <w:r>
        <w:t>Right. Doctor, very beautifully you brought out, you know, the real perspective in terms of what real success is all about. Because Quraish, at that point of time, used to value the lineage, the material possession, as success.</w:t>
      </w:r>
    </w:p>
    <w:p>
      <w:pPr>
        <w:jc w:val="right"/>
      </w:pPr>
      <w:r>
        <w:t>Right. Doctor, very beautifully you brought out, you know, the real perspective in terms of what real success is all about. Because Quraish, at that point of time, used to value the lineage, the material possession, as success.</w:t>
      </w:r>
    </w:p>
    <w:p>
      <w:r>
        <w:rPr>
          <w:b/>
        </w:rPr>
        <w:t xml:space="preserve">[32:19] </w:t>
      </w:r>
      <w:r>
        <w:t>But God here is clearly saying that success depends on the faith.</w:t>
      </w:r>
    </w:p>
    <w:p>
      <w:pPr>
        <w:jc w:val="right"/>
      </w:pPr>
      <w:r>
        <w:t>But God here is clearly saying that success depends on the faith.</w:t>
      </w:r>
    </w:p>
    <w:p>
      <w:r>
        <w:rPr>
          <w:b/>
        </w:rPr>
        <w:t xml:space="preserve">[32:24] </w:t>
      </w:r>
      <w:r>
        <w:t>So in the hereafter, there will be only two groups in the sense of the entire humanity being divided: one which believed in God and one which did not believe in God.</w:t>
      </w:r>
    </w:p>
    <w:p>
      <w:pPr>
        <w:jc w:val="right"/>
      </w:pPr>
      <w:r>
        <w:t>So in the hereafter, there will be only two groups in the sense of the entire humanity being divided: one which believed in God and one which did not believe in God.</w:t>
      </w:r>
    </w:p>
    <w:p>
      <w:r>
        <w:rPr>
          <w:b/>
        </w:rPr>
        <w:t xml:space="preserve">[32:34] </w:t>
      </w:r>
      <w:r>
        <w:t>Exactly. So Prophet Muhammad sallallahu alaihi wasallam always used to motivate, uh, the earlier followers by saying that, uh, the status in the hereafter, uh, will not be decided by the tribal power but by your faith, your piety, your righteousness</w:t>
      </w:r>
    </w:p>
    <w:p>
      <w:pPr>
        <w:jc w:val="right"/>
      </w:pPr>
      <w:r>
        <w:t>Exactly. So Prophet Muhammad صلى الله عليه وسلم always used to motivate, uh, the earlier followers by saying that, uh, the status in the hereafter, uh, will not be decided by the tribal power but by your faith, your piety, your righteousness</w:t>
      </w:r>
    </w:p>
    <w:p>
      <w:r>
        <w:rPr>
          <w:b/>
        </w:rPr>
        <w:t xml:space="preserve">[32:50] </w:t>
      </w:r>
      <w:r>
        <w:t>. And, uh, that, uh, verse that you explained, Doctor Saab, of receiving the record in theright or left hand, that's, uh, really very, very, uh, terrifying again, uh, because it makes you reflect on your actions, day-to-day actions.</w:t>
      </w:r>
    </w:p>
    <w:p>
      <w:pPr>
        <w:jc w:val="right"/>
      </w:pPr>
      <w:r>
        <w:t>. And, uh, that, uh, verse that you explained, Doctor Saab, of receiving the record in theright or left hand, that's, uh, really very, very, uh, terrifying again, uh, because it makes you reflect on your actions, day-to-day actions.</w:t>
      </w:r>
    </w:p>
    <w:p>
      <w:r>
        <w:rPr>
          <w:b/>
        </w:rPr>
        <w:t xml:space="preserve">[33:05] </w:t>
      </w:r>
      <w:r>
        <w:t>Uh, we should, uh, uh, ponder and reflect whether our actions are putting us in the group of theright or in the group of the left.</w:t>
      </w:r>
    </w:p>
    <w:p>
      <w:pPr>
        <w:jc w:val="right"/>
      </w:pPr>
      <w:r>
        <w:t>Uh, we should, uh, uh, ponder and reflect whether our actions are putting us in the group of theright or in the group of the left.</w:t>
      </w:r>
    </w:p>
    <w:p>
      <w:r>
        <w:rPr>
          <w:b/>
        </w:rPr>
        <w:t xml:space="preserve">[33:14] </w:t>
      </w:r>
      <w:r>
        <w:t>And therefore, it is very important that we prioritize, uh, our life and be very watchful of our actions. So very well explained, Doctor Saab.</w:t>
      </w:r>
    </w:p>
    <w:p>
      <w:pPr>
        <w:jc w:val="right"/>
      </w:pPr>
      <w:r>
        <w:t>And therefore, it is very important that we prioritize, uh, our life and be very watchful of our actions. So very well explained, Doctor Saab.</w:t>
      </w:r>
    </w:p>
    <w:p>
      <w:r>
        <w:rPr>
          <w:b/>
        </w:rPr>
        <w:t xml:space="preserve">[33:25] </w:t>
      </w:r>
      <w:r>
        <w:t>JazakAllah Doctor Saab, you talked about also the, uh, the third group. Uh, and I would request you to explain what is, who are these people of this third group and something more about them.</w:t>
      </w:r>
    </w:p>
    <w:p>
      <w:pPr>
        <w:jc w:val="right"/>
      </w:pPr>
      <w:r>
        <w:t>جزاک اللہ Doctor Saab, you talked about also the, uh, the third group. Uh, and I would request you to explain what is, who are these people of this third group and something more about them.</w:t>
      </w:r>
    </w:p>
    <w:p>
      <w:r>
        <w:rPr>
          <w:b/>
        </w:rPr>
        <w:t xml:space="preserve">[33:38] </w:t>
      </w:r>
      <w:r>
        <w:t>Yeah, that is the best group. Verse</w:t>
      </w:r>
    </w:p>
    <w:p>
      <w:pPr>
        <w:jc w:val="right"/>
      </w:pPr>
      <w:r>
        <w:t>Yeah, that is the best group. Vers</w:t>
      </w:r>
    </w:p>
    <w:p>
      <w:r>
        <w:rPr>
          <w:b/>
        </w:rPr>
        <w:t xml:space="preserve">[33:41] </w:t>
      </w:r>
      <w:r>
        <w:t>number 10 says, was sabiqun al sabiqun The foremost, the foremost shall be the foremost, the forward group.</w:t>
      </w:r>
    </w:p>
    <w:p>
      <w:pPr>
        <w:jc w:val="right"/>
      </w:pPr>
      <w:r>
        <w:t>e number 10 says, وَالسَّابِقُونَ السَّابِقُونَ The foremost, the foremost shall be the foremost, the forward group.</w:t>
      </w:r>
    </w:p>
    <w:p>
      <w:r>
        <w:rPr>
          <w:b/>
        </w:rPr>
        <w:t xml:space="preserve">[33:51] </w:t>
      </w:r>
      <w:r>
        <w:t>So how excellent will be the foremost group, the forerunners? So the foremost in faith will be the foremost in paradise.</w:t>
      </w:r>
    </w:p>
    <w:p>
      <w:pPr>
        <w:jc w:val="right"/>
      </w:pPr>
      <w:r>
        <w:t>So how excellent will be the foremost group, the forerunners? So the foremost in faith will be the foremost in paradise.</w:t>
      </w:r>
    </w:p>
    <w:p>
      <w:r>
        <w:rPr>
          <w:b/>
        </w:rPr>
        <w:t xml:space="preserve">[34:02] </w:t>
      </w:r>
      <w:r>
        <w:t>So this verse introduces the third and the most distinguished group on the Day of Judgment, al sabiqun the foremost.</w:t>
      </w:r>
    </w:p>
    <w:p>
      <w:pPr>
        <w:jc w:val="right"/>
      </w:pPr>
      <w:r>
        <w:t>So this verse introduces the third and the most distinguished group on the Day of Judgment, السَّابِقُونَ the foremost.</w:t>
      </w:r>
    </w:p>
    <w:p>
      <w:r>
        <w:rPr>
          <w:b/>
        </w:rPr>
        <w:t xml:space="preserve">[34:11] </w:t>
      </w:r>
      <w:r>
        <w:t>And the repetition of the word, the foremost shall be the foremost, highlights, uh, their unmatched rank and honor.</w:t>
      </w:r>
    </w:p>
    <w:p>
      <w:pPr>
        <w:jc w:val="right"/>
      </w:pPr>
      <w:r>
        <w:t>And the repetition of the word, the foremost shall be the foremost, highlights, uh, their unmatched rank and honor.</w:t>
      </w:r>
    </w:p>
    <w:p>
      <w:r>
        <w:rPr>
          <w:b/>
        </w:rPr>
        <w:t xml:space="preserve">[34:21] </w:t>
      </w:r>
      <w:r>
        <w:t>And they will attain the highest level of paradise</w:t>
      </w:r>
    </w:p>
    <w:p>
      <w:pPr>
        <w:jc w:val="right"/>
      </w:pPr>
      <w:r>
        <w:t>And they will attain the highest level of paradis</w:t>
      </w:r>
    </w:p>
    <w:p>
      <w:r>
        <w:rPr>
          <w:b/>
        </w:rPr>
        <w:t xml:space="preserve">[34:25] </w:t>
      </w:r>
      <w:r>
        <w:t>When we say the highest level of paradise, like we sometimes, uh, if somebody has died, we send a message, "May Allah give him or her the highest level of paradise.</w:t>
      </w:r>
    </w:p>
    <w:p>
      <w:pPr>
        <w:jc w:val="right"/>
      </w:pPr>
      <w:r>
        <w:t>e. When we say the highest level of paradise, like we sometimes, uh, if somebody has died, we send a message, "May Allah give him or her the highest level of paradise.</w:t>
      </w:r>
    </w:p>
    <w:p>
      <w:r>
        <w:rPr>
          <w:b/>
        </w:rPr>
        <w:t xml:space="preserve">[34:36] </w:t>
      </w:r>
      <w:r>
        <w:t>" It means that the paradise which is nearest to the throne of Allah. Mm-hmm. As we know that, uh, prayer of, uh, Pharaoh's wife, Asiyah, she prayed, rabbini li indaka baitan fil jannah My Lord, build me a house in Your nearness in paradise.</w:t>
      </w:r>
    </w:p>
    <w:p>
      <w:pPr>
        <w:jc w:val="right"/>
      </w:pPr>
      <w:r>
        <w:t>" It means that the paradise which is nearest to the throne of Allah. Mm-hmm. As we know that, uh, prayer of, uh, Pharaoh's wife, Asiyah, she prayed, رَبِّبْنِي لِيْ اِنْدَكَ بَيْتًا فِي الْجَنَّةِ My Lord, build me a house in Your nearness in paradise.</w:t>
      </w:r>
    </w:p>
    <w:p>
      <w:r>
        <w:rPr>
          <w:b/>
        </w:rPr>
        <w:t xml:space="preserve">[34:59] </w:t>
      </w:r>
      <w:r>
        <w:t>So they will, uh, have the al sabiqun, the forerunners, the foremost, will have greater access to divine blessings and divine guidance.</w:t>
      </w:r>
    </w:p>
    <w:p>
      <w:pPr>
        <w:jc w:val="right"/>
      </w:pPr>
      <w:r>
        <w:t>So they will, uh, have the السَّابِقُونَ, the forerunners, the foremost, will have greater access to divine blessings and divine guidance.</w:t>
      </w:r>
    </w:p>
    <w:p>
      <w:r>
        <w:rPr>
          <w:b/>
        </w:rPr>
        <w:t xml:space="preserve">[35:09] </w:t>
      </w:r>
      <w:r>
        <w:t>And they are the most beloved and most honored servants of God. So this is the the the greatest blessing and highest achievement one can attain in paradise.</w:t>
      </w:r>
    </w:p>
    <w:p>
      <w:pPr>
        <w:jc w:val="right"/>
      </w:pPr>
      <w:r>
        <w:t>And they are the most beloved and most honored servants of God. So this is the the the greatest blessing and highest achievement one can attain in paradise.</w:t>
      </w:r>
    </w:p>
    <w:p>
      <w:r>
        <w:rPr>
          <w:b/>
        </w:rPr>
        <w:t xml:space="preserve">[35:22] </w:t>
      </w:r>
      <w:r>
        <w:t>This is a very, very inspiring verse.</w:t>
      </w:r>
    </w:p>
    <w:p>
      <w:pPr>
        <w:jc w:val="right"/>
      </w:pPr>
      <w:r>
        <w:t>This is a very, very inspiring verse.</w:t>
      </w:r>
    </w:p>
    <w:p>
      <w:r>
        <w:rPr>
          <w:b/>
        </w:rPr>
        <w:t xml:space="preserve">[35:27] </w:t>
      </w:r>
      <w:r>
        <w:t>Ulaika al muqarrabun Verse number 11. They will be the nearest to Allah. It talks about more about the al sabiqun.</w:t>
      </w:r>
    </w:p>
    <w:p>
      <w:pPr>
        <w:jc w:val="right"/>
      </w:pPr>
      <w:r>
        <w:t>أُلَيْكَ الْمُقَرَّبُونَ Verse number 11. They will be the nearest to Allah. It talks about more about the السَّابِقُونَ.</w:t>
      </w:r>
    </w:p>
    <w:p>
      <w:r>
        <w:rPr>
          <w:b/>
        </w:rPr>
        <w:t xml:space="preserve">[35:35] </w:t>
      </w:r>
      <w:r>
        <w:t>They will be the nearest to Allah. They will be, they will be brought very close to Allah. This verse describes the distinguished status of the al sabiqun, the foremost.</w:t>
      </w:r>
    </w:p>
    <w:p>
      <w:pPr>
        <w:jc w:val="right"/>
      </w:pPr>
      <w:r>
        <w:t>They will be the nearest to Allah. They will be, they will be brought very close to Allah. This verse describes the distinguished status of the السَّابِقُونَ, the foremost.</w:t>
      </w:r>
    </w:p>
    <w:p>
      <w:r>
        <w:rPr>
          <w:b/>
        </w:rPr>
        <w:t xml:space="preserve">[35:49] </w:t>
      </w:r>
      <w:r>
        <w:t>Ulaika al muqarrabun They will be a, they will have a unique privilege.</w:t>
      </w:r>
    </w:p>
    <w:p>
      <w:pPr>
        <w:jc w:val="right"/>
      </w:pPr>
      <w:r>
        <w:t>أُلَيْكَ الْمُقَرَّبُونَ They will be a, they will have a unique privileg</w:t>
      </w:r>
    </w:p>
    <w:p>
      <w:r>
        <w:rPr>
          <w:b/>
        </w:rPr>
        <w:t xml:space="preserve">[35:54] </w:t>
      </w:r>
      <w:r>
        <w:t>The foremost will enjoy special proximity to God. And being among, uh, al Muqarrabun is the highest achievement for a believer.</w:t>
      </w:r>
    </w:p>
    <w:p>
      <w:pPr>
        <w:jc w:val="right"/>
      </w:pPr>
      <w:r>
        <w:t>e. The foremost will enjoy special proximity to God. And being among, uh, al-Muqarrabun is the highest achievement for a believer.</w:t>
      </w:r>
    </w:p>
    <w:p>
      <w:r>
        <w:rPr>
          <w:b/>
        </w:rPr>
        <w:t xml:space="preserve">[36:07] </w:t>
      </w:r>
      <w:r>
        <w:t>This verse reminds us that true success, that the true success lies in nearness to God.</w:t>
      </w:r>
    </w:p>
    <w:p>
      <w:pPr>
        <w:jc w:val="right"/>
      </w:pPr>
      <w:r>
        <w:t>This verse reminds us that true success, that the true success lies in nearness to God.</w:t>
      </w:r>
    </w:p>
    <w:p>
      <w:r>
        <w:rPr>
          <w:b/>
        </w:rPr>
        <w:t xml:space="preserve">[36:16] </w:t>
      </w:r>
      <w:r>
        <w:t>So, so this closeness to God is not in a physical</w:t>
      </w:r>
    </w:p>
    <w:p>
      <w:pPr>
        <w:jc w:val="right"/>
      </w:pPr>
      <w:r>
        <w:t>So, so this closeness to God is not in a physical</w:t>
      </w:r>
    </w:p>
    <w:p>
      <w:r>
        <w:rPr>
          <w:b/>
        </w:rPr>
        <w:t xml:space="preserve">[36:21] </w:t>
      </w:r>
      <w:r>
        <w:t>sense, it's rather, uh, in a spiritual sense. Because man will, uh, only experience glimpses of God's majesty.</w:t>
      </w:r>
    </w:p>
    <w:p>
      <w:pPr>
        <w:jc w:val="right"/>
      </w:pPr>
      <w:r>
        <w:t>sense, it's rather, uh, in a spiritual sense. Because man will, uh, only experience glimpses of God's majesty.</w:t>
      </w:r>
    </w:p>
    <w:p>
      <w:r>
        <w:rPr>
          <w:b/>
        </w:rPr>
        <w:t xml:space="preserve">[36:30] </w:t>
      </w:r>
      <w:r>
        <w:t>And this will be the pinnacle of success. Verse number 12 says, fi jannatin naim They will dwell in the gardens of delight.</w:t>
      </w:r>
    </w:p>
    <w:p>
      <w:pPr>
        <w:jc w:val="right"/>
      </w:pPr>
      <w:r>
        <w:t>And this will be the pinnacle of success. Verse number 12 says, فِي جَنَّاتٍ نَعِيمٍ They will dwell in the gardens of delight.</w:t>
      </w:r>
    </w:p>
    <w:p>
      <w:r>
        <w:rPr>
          <w:b/>
        </w:rPr>
        <w:t xml:space="preserve">[36:42] </w:t>
      </w:r>
      <w:r>
        <w:t>And this verse describes the ultimate reward for the assabiqun, for the foremost. And</w:t>
      </w:r>
    </w:p>
    <w:p>
      <w:pPr>
        <w:jc w:val="right"/>
      </w:pPr>
      <w:r>
        <w:t>And this verse describes the ultimate reward for the السَّابِقُونَ, for the foremost. And</w:t>
      </w:r>
    </w:p>
    <w:p>
      <w:r>
        <w:rPr>
          <w:b/>
        </w:rPr>
        <w:t xml:space="preserve">[36:50] </w:t>
      </w:r>
      <w:r>
        <w:t>these eternal gardens of ultimate beauty, comfort, and joy, they will enjoy unmatched peace and fulfillment.</w:t>
      </w:r>
    </w:p>
    <w:p>
      <w:pPr>
        <w:jc w:val="right"/>
      </w:pPr>
      <w:r>
        <w:t>these eternal gardens of ultimate beauty, comfort, and joy, they will enjoy unmatched peace and fulfillment.</w:t>
      </w:r>
    </w:p>
    <w:p>
      <w:r>
        <w:rPr>
          <w:b/>
        </w:rPr>
        <w:t xml:space="preserve">[37:01] </w:t>
      </w:r>
      <w:r>
        <w:t>And it will be bliss beyond imagination. Eternal joy and eternal pleasure will be their reward in paradise.</w:t>
      </w:r>
    </w:p>
    <w:p>
      <w:pPr>
        <w:jc w:val="right"/>
      </w:pPr>
      <w:r>
        <w:t>And it will be bliss beyond imagination. Eternal joy and eternal pleasure will be their reward in paradise.</w:t>
      </w:r>
    </w:p>
    <w:p>
      <w:r>
        <w:rPr>
          <w:b/>
        </w:rPr>
        <w:t xml:space="preserve">[37:11] </w:t>
      </w:r>
      <w:r>
        <w:t>Apart from the hospitality, pleasure, and delight, I think one of the most important aspects of paradise is that its inhabitants will interact with some of the greatest believers, like prophets, Sahaba,</w:t>
      </w:r>
    </w:p>
    <w:p>
      <w:pPr>
        <w:jc w:val="right"/>
      </w:pPr>
      <w:r>
        <w:t>Apart from the hospitality, pleasure, and delight, I think one of the most important aspects of paradise is that its inhabitants will interact with some of the greatest believers, like prophets, Sahaba,</w:t>
      </w:r>
    </w:p>
    <w:p>
      <w:r>
        <w:rPr>
          <w:b/>
        </w:rPr>
        <w:t xml:space="preserve">[37:31] </w:t>
      </w:r>
      <w:r>
        <w:t>great believers</w:t>
      </w:r>
    </w:p>
    <w:p>
      <w:pPr>
        <w:jc w:val="right"/>
      </w:pPr>
      <w:r>
        <w:t>great believers</w:t>
      </w:r>
    </w:p>
    <w:p>
      <w:r>
        <w:rPr>
          <w:b/>
        </w:rPr>
        <w:t xml:space="preserve">[37:32] </w:t>
      </w:r>
      <w:r>
        <w:t>. So you can imagine their amazing company and their Marifah, their realization would grow beyond measure.</w:t>
      </w:r>
    </w:p>
    <w:p>
      <w:pPr>
        <w:jc w:val="right"/>
      </w:pPr>
      <w:r>
        <w:t>. So you can imagine their amazing company and their Ma'rifah, their realization would grow beyond measure.</w:t>
      </w:r>
    </w:p>
    <w:p>
      <w:r>
        <w:rPr>
          <w:b/>
        </w:rPr>
        <w:t xml:space="preserve">[37:43] </w:t>
      </w:r>
      <w:r>
        <w:t>Yeah, MashaAllah. In fact, Doctor Saab, I was just thinking about two Hadiths while you were explaining, uh, the fact that, uh, closeness to Allah is the, is the, uh, the action that we should, uh, primarily focus on.</w:t>
      </w:r>
    </w:p>
    <w:p>
      <w:pPr>
        <w:jc w:val="right"/>
      </w:pPr>
      <w:r>
        <w:t>Yeah, MashaAllah. In fact, Doctor Saab, I was just thinking about two Hadiths while you were explaining, uh, the fact that, uh, closeness to Allah is the, is the, uh, the action that we should, uh, primarily focus on.</w:t>
      </w:r>
    </w:p>
    <w:p>
      <w:r>
        <w:rPr>
          <w:b/>
        </w:rPr>
        <w:t xml:space="preserve">[37:58] </w:t>
      </w:r>
      <w:r>
        <w:t>Uh, one</w:t>
      </w:r>
    </w:p>
    <w:p>
      <w:pPr>
        <w:jc w:val="right"/>
      </w:pPr>
      <w:r>
        <w:t>Uh, one</w:t>
      </w:r>
    </w:p>
    <w:p>
      <w:r>
        <w:rPr>
          <w:b/>
        </w:rPr>
        <w:t xml:space="preserve">[37:59] </w:t>
      </w:r>
      <w:r>
        <w:t>of the companions asked the Prophet that their Islamic commandments have increased so many. So just tell me one thing that I firmly grasp.</w:t>
      </w:r>
    </w:p>
    <w:p>
      <w:pPr>
        <w:jc w:val="right"/>
      </w:pPr>
      <w:r>
        <w:t>of the companions asked the Prophet that their Islamic commandments have increased so many. So just tell me one thing that I firmly grasp.</w:t>
      </w:r>
    </w:p>
    <w:p>
      <w:r>
        <w:rPr>
          <w:b/>
        </w:rPr>
        <w:t xml:space="preserve">[38:07] </w:t>
      </w:r>
      <w:r>
        <w:t>So he said, uh, that, uh, your, uh, tongue should always remain wet, uh, with remembrance of God. And yet at another occasion, uh, uh, the Prophet was asked that, uh, who in the sight of, uh, God is most superior in rank.</w:t>
      </w:r>
    </w:p>
    <w:p>
      <w:pPr>
        <w:jc w:val="right"/>
      </w:pPr>
      <w:r>
        <w:t>So he said, uh, that, uh, your, uh, tongue should always remain wet, uh, with remembrance of God. And yet at another occasion, uh, uh, the Prophet was asked that, uh, who in the sight of, uh, God is most superior in rank.</w:t>
      </w:r>
    </w:p>
    <w:p>
      <w:r>
        <w:rPr>
          <w:b/>
        </w:rPr>
        <w:t xml:space="preserve">[38:23] </w:t>
      </w:r>
      <w:r>
        <w:t>So he said, one who remembers God profus</w:t>
      </w:r>
    </w:p>
    <w:p>
      <w:pPr>
        <w:jc w:val="right"/>
      </w:pPr>
      <w:r>
        <w:t>So he said, one who remembers God profus</w:t>
      </w:r>
    </w:p>
    <w:p>
      <w:r>
        <w:rPr>
          <w:b/>
        </w:rPr>
        <w:t xml:space="preserve">[38:26] </w:t>
      </w:r>
      <w:r>
        <w:t>ely. So in this, we are also getting in, uh, you know, an indication that, uh, how we can be the foremost, uh, uh, in that particular group.</w:t>
      </w:r>
    </w:p>
    <w:p>
      <w:pPr>
        <w:jc w:val="right"/>
      </w:pPr>
      <w:r>
        <w:t>ely. So in this, we are also getting in, uh, you know, an indication that, uh, how we can be the foremost, uh, uh, in that particular group.</w:t>
      </w:r>
    </w:p>
    <w:p>
      <w:r>
        <w:rPr>
          <w:b/>
        </w:rPr>
        <w:t xml:space="preserve">[38:35] </w:t>
      </w:r>
      <w:r>
        <w:t>Uh, in fact, the Prophet mentioned that, uh, the foremost group will enter paradise 500 years before, uh, the other believers.</w:t>
      </w:r>
    </w:p>
    <w:p>
      <w:pPr>
        <w:jc w:val="right"/>
      </w:pPr>
      <w:r>
        <w:t>Uh, in fact, the Prophet mentioned that, uh, the foremost group will enter paradise 500 years before, uh, the other believers.</w:t>
      </w:r>
    </w:p>
    <w:p>
      <w:r>
        <w:rPr>
          <w:b/>
        </w:rPr>
        <w:t xml:space="preserve">[38:44] </w:t>
      </w:r>
      <w:r>
        <w:t>So it, it shows the importance, uh, and significance of, uh, this group.</w:t>
      </w:r>
    </w:p>
    <w:p>
      <w:pPr>
        <w:jc w:val="right"/>
      </w:pPr>
      <w:r>
        <w:t>So it, it shows the importance, uh, and significance of, uh, this group.</w:t>
      </w:r>
    </w:p>
    <w:p>
      <w:r>
        <w:rPr>
          <w:b/>
        </w:rPr>
        <w:t xml:space="preserve">[38:49] </w:t>
      </w:r>
      <w:r>
        <w:t>Uh, Doctor Saab, these verses are really thrilling because on one hand, uh, it is, uh, instilling a sense of accountability. It is bringing the fear in mind.</w:t>
      </w:r>
    </w:p>
    <w:p>
      <w:pPr>
        <w:jc w:val="right"/>
      </w:pPr>
      <w:r>
        <w:t>Uh, Doctor Saab, these verses are really thrilling because on one hand, uh, it is, uh, instilling a sense of accountability. It is bringing the fear in mind.</w:t>
      </w:r>
    </w:p>
    <w:p>
      <w:r>
        <w:rPr>
          <w:b/>
        </w:rPr>
        <w:t xml:space="preserve">[38:59] </w:t>
      </w:r>
      <w:r>
        <w:t>And on the other hand, it's really filling us up, filling us with the motivation and hope to aspire for, uh, that group you just, uh, explained.</w:t>
      </w:r>
    </w:p>
    <w:p>
      <w:pPr>
        <w:jc w:val="right"/>
      </w:pPr>
      <w:r>
        <w:t>And on the other hand, it's really filling us up, filling us with the motivation and hope to aspire for, uh, that group you just, uh, explained.</w:t>
      </w:r>
    </w:p>
    <w:p>
      <w:r>
        <w:rPr>
          <w:b/>
        </w:rPr>
        <w:t xml:space="preserve">[39:08] </w:t>
      </w:r>
      <w:r>
        <w:t>Uh, so we've now come down, Doctor Saab, to the last three verses that you will be discussing today. Uh, so I'll request you to, uh, explain those three verses as well.</w:t>
      </w:r>
    </w:p>
    <w:p>
      <w:pPr>
        <w:jc w:val="right"/>
      </w:pPr>
      <w:r>
        <w:t>Uh, so we've now come down, Doctor Saab, to the last three verses that you will be discussing today. Uh, so I'll request you to, uh, explain those three verses as well.</w:t>
      </w:r>
    </w:p>
    <w:p>
      <w:r>
        <w:rPr>
          <w:b/>
        </w:rPr>
        <w:t xml:space="preserve">[39:19] </w:t>
      </w:r>
      <w:r>
        <w:t>Verse number 13 is sullaltum minal awwaleen It talks about the assabiqun, a large group of early believers.</w:t>
      </w:r>
    </w:p>
    <w:p>
      <w:pPr>
        <w:jc w:val="right"/>
      </w:pPr>
      <w:r>
        <w:t>Verse number 13 is سُلَّتُمْ مِنَ الْأَوَّلِينَ It talks about the السَّابِقُونَ, a large group of early believers.</w:t>
      </w:r>
    </w:p>
    <w:p>
      <w:r>
        <w:rPr>
          <w:b/>
        </w:rPr>
        <w:t xml:space="preserve">[39:28] </w:t>
      </w:r>
      <w:r>
        <w:t>They will be from the large group of early believers, like Sahaba, like prophets, and from the earlier generations. So the assabiqun, the the foremost group, mostly will be from the early believers, like the prophets and Sahaba and Tabiun and Taba Tabiun.</w:t>
      </w:r>
    </w:p>
    <w:p>
      <w:pPr>
        <w:jc w:val="right"/>
      </w:pPr>
      <w:r>
        <w:t>They will be from the large group of early believers, like Sahaba, like prophets, and from the earlier generations. So the السَّابِقُونَ, the the foremost group, mostly will be from the early believers, like the prophets and Sahaba and Tabi'un and Taba Tabi'un.</w:t>
      </w:r>
    </w:p>
    <w:p>
      <w:r>
        <w:rPr>
          <w:b/>
        </w:rPr>
        <w:t xml:space="preserve">[39:46] </w:t>
      </w:r>
      <w:r>
        <w:t>And this will be an elite group, an elite group. I just, just imagine a group of people in which you have 124,000 prophets and an equal number of Sahaba and Taba Tabiun and earlier, uh, uh,</w:t>
      </w:r>
    </w:p>
    <w:p>
      <w:pPr>
        <w:jc w:val="right"/>
      </w:pPr>
      <w:r>
        <w:t>And this will be an elite group, an elite group. I just, just imagine a group of people in which you have 124,000 prophets and an equal number of Sahaba and Taba Tabi'un and earlier, uh, uh,</w:t>
      </w:r>
    </w:p>
    <w:p>
      <w:r>
        <w:rPr>
          <w:b/>
        </w:rPr>
        <w:t xml:space="preserve">[40:06] </w:t>
      </w:r>
      <w:r>
        <w:t>believers. So that will be a, uh, that will be amazing, uh, scene,</w:t>
      </w:r>
    </w:p>
    <w:p>
      <w:pPr>
        <w:jc w:val="right"/>
      </w:pPr>
      <w:r>
        <w:t>believers. So that will be a, uh, that will be amazing, uh, scene,</w:t>
      </w:r>
    </w:p>
    <w:p>
      <w:r>
        <w:rPr>
          <w:b/>
        </w:rPr>
        <w:t xml:space="preserve">[40:13] </w:t>
      </w:r>
      <w:r>
        <w:t>indeed, to see, uh, 124,000 prophets in a group with Sahaba, with Tabiun, with Taba Tabiun, all the great scholars of the past.</w:t>
      </w:r>
    </w:p>
    <w:p>
      <w:pPr>
        <w:jc w:val="right"/>
      </w:pPr>
      <w:r>
        <w:t>indeed, to see, uh, 124,000 prophets in a group with Sahaba, with Tabi'un, with Taba Tabi'un, all the great scholars of the past.</w:t>
      </w:r>
    </w:p>
    <w:p>
      <w:r>
        <w:rPr>
          <w:b/>
        </w:rPr>
        <w:t xml:space="preserve">[40:23] </w:t>
      </w:r>
      <w:r>
        <w:t>And they will be the best of the best of all humanity gathered in one group, all chosen people. So that will be an incredible gathering, and that will be a great scene.</w:t>
      </w:r>
    </w:p>
    <w:p>
      <w:pPr>
        <w:jc w:val="right"/>
      </w:pPr>
      <w:r>
        <w:t>And they will be the best of the best of all humanity gathered in one group, all chosen people. So that will be an incredible gathering, and that will be a great scene.</w:t>
      </w:r>
    </w:p>
    <w:p>
      <w:r>
        <w:rPr>
          <w:b/>
        </w:rPr>
        <w:t xml:space="preserve">[40:37] </w:t>
      </w:r>
      <w:r>
        <w:t>So that's why they are called the assabiqun assabiqun , the foremost of the foremost. And they have no comparison. They are the ultimate people, the greatest people, the finest people, the finest in the eyes of God, the assabiqun assabiqun .</w:t>
      </w:r>
    </w:p>
    <w:p>
      <w:pPr>
        <w:jc w:val="right"/>
      </w:pPr>
      <w:r>
        <w:t>So that's why they are called the السَّابِقُونَ السَّابِقُونَ , the foremost of the foremost. And they have no comparison. They are the ultimate people, the greatest people, the finest people, the finest in the eyes of God, the السَّابِقُونَ السَّابِقُونَ .</w:t>
      </w:r>
    </w:p>
    <w:p>
      <w:r>
        <w:rPr>
          <w:b/>
        </w:rPr>
        <w:t xml:space="preserve">[40:53] </w:t>
      </w:r>
      <w:r>
        <w:t>So it encourages us to follow the dedication, the sacrifice, and faith of Sahaba.</w:t>
      </w:r>
    </w:p>
    <w:p>
      <w:pPr>
        <w:jc w:val="right"/>
      </w:pPr>
      <w:r>
        <w:t>So it encourages us to follow the dedication, the sacrifice, and faith of Sahaba.</w:t>
      </w:r>
    </w:p>
    <w:p>
      <w:r>
        <w:rPr>
          <w:b/>
        </w:rPr>
        <w:t xml:space="preserve">[41:03] </w:t>
      </w:r>
      <w:r>
        <w:t>And the next verse is verse number 14 wa qaleelun wa qaleelun min al-akhireen , a few from the later generations.</w:t>
      </w:r>
    </w:p>
    <w:p>
      <w:pPr>
        <w:jc w:val="right"/>
      </w:pPr>
      <w:r>
        <w:t>And the next verse is verse number 14 وَقَلِيلٌ وَقَلِيلٌ مِنَ الْآخِرِينَ , a few from the later generations.</w:t>
      </w:r>
    </w:p>
    <w:p>
      <w:r>
        <w:rPr>
          <w:b/>
        </w:rPr>
        <w:t xml:space="preserve">[41:14] </w:t>
      </w:r>
      <w:r>
        <w:t>Our generation, they'll be, they'll be a small group, qaleelun min al-akhireen . So there, there are only a few from the later generations.</w:t>
      </w:r>
    </w:p>
    <w:p>
      <w:pPr>
        <w:jc w:val="right"/>
      </w:pPr>
      <w:r>
        <w:t>Our generation, they'll be, they'll be a small group, قَلِيلٌ مِنَ الْآخِرِينَ . So there, there are only a few from the later generations.</w:t>
      </w:r>
    </w:p>
    <w:p>
      <w:r>
        <w:rPr>
          <w:b/>
        </w:rPr>
        <w:t xml:space="preserve">[41:24] </w:t>
      </w:r>
      <w:r>
        <w:t>But still, it's a verse of hope and motivation. At least there will be some people from the later generation.</w:t>
      </w:r>
    </w:p>
    <w:p>
      <w:pPr>
        <w:jc w:val="right"/>
      </w:pPr>
      <w:r>
        <w:t>But still, it's a verse of hope and motivation. At least there will be some people from the later generation.</w:t>
      </w:r>
    </w:p>
    <w:p>
      <w:r>
        <w:rPr>
          <w:b/>
        </w:rPr>
        <w:t xml:space="preserve">[41:32] </w:t>
      </w:r>
      <w:r>
        <w:t>Even in the later generations, some believers will be able to reach that level of as-sabiqun , the foremost.</w:t>
      </w:r>
    </w:p>
    <w:p>
      <w:pPr>
        <w:jc w:val="right"/>
      </w:pPr>
      <w:r>
        <w:t>Even in the later generations, some believers will be able to reach that level of السَّابِقُونَ , the foremost.</w:t>
      </w:r>
    </w:p>
    <w:p>
      <w:r>
        <w:rPr>
          <w:b/>
        </w:rPr>
        <w:t xml:space="preserve">[41:40] </w:t>
      </w:r>
      <w:r>
        <w:t>Though, though they will be very few, the door to attain higher realization will remain open till the doomsday.</w:t>
      </w:r>
    </w:p>
    <w:p>
      <w:pPr>
        <w:jc w:val="right"/>
      </w:pPr>
      <w:r>
        <w:t>Though, though they will be very few, the door to attain higher realization will remain open till the doomsday.</w:t>
      </w:r>
    </w:p>
    <w:p>
      <w:r>
        <w:rPr>
          <w:b/>
        </w:rPr>
        <w:t xml:space="preserve">[41:50] </w:t>
      </w:r>
      <w:r>
        <w:t>So this shows that achieving higher realization is still possible despite the challenges. Excellence is achievable</w:t>
      </w:r>
    </w:p>
    <w:p>
      <w:pPr>
        <w:jc w:val="right"/>
      </w:pPr>
      <w:r>
        <w:t>So this shows that achieving higher realization is still possible despite the challenges. Excellence is achievable</w:t>
      </w:r>
    </w:p>
    <w:p>
      <w:r>
        <w:rPr>
          <w:b/>
        </w:rPr>
        <w:t xml:space="preserve">[42:01] </w:t>
      </w:r>
      <w:r>
        <w:t>. So this verse is a verse of hope. And the last verse which we are discussing today is verse number 15 ala surarim mawdunah , seated on decorated couches.</w:t>
      </w:r>
    </w:p>
    <w:p>
      <w:pPr>
        <w:jc w:val="right"/>
      </w:pPr>
      <w:r>
        <w:t>. So this verse is a verse of hope. And the last verse which we are discussing today is verse number 15 عَلَىٰ سُورَرٍ مَوْضُونَ , seated on decorated couches.</w:t>
      </w:r>
    </w:p>
    <w:p>
      <w:r>
        <w:rPr>
          <w:b/>
        </w:rPr>
        <w:t xml:space="preserve">[42:14] </w:t>
      </w:r>
      <w:r>
        <w:t>Now this tells about their,</w:t>
      </w:r>
    </w:p>
    <w:p>
      <w:pPr>
        <w:jc w:val="right"/>
      </w:pPr>
      <w:r>
        <w:t>Now this tells about their,</w:t>
      </w:r>
    </w:p>
    <w:p>
      <w:r>
        <w:rPr>
          <w:b/>
        </w:rPr>
        <w:t xml:space="preserve">[42:20] </w:t>
      </w:r>
      <w:r>
        <w:t>in paradise, how they will be living and what kind of things they will get, seated on decorated couches ala surarim mawdunah , and these couches will be adorned with gold and precious stones.</w:t>
      </w:r>
    </w:p>
    <w:p>
      <w:pPr>
        <w:jc w:val="right"/>
      </w:pPr>
      <w:r>
        <w:t>in paradise, how they will be living and what kind of things they will get, seated on decorated couches عَلَىٰ سُورَرٍ مَوْضُونَ , and these couches will be adorned with gold and precious stones.</w:t>
      </w:r>
    </w:p>
    <w:p>
      <w:r>
        <w:rPr>
          <w:b/>
        </w:rPr>
        <w:t xml:space="preserve">[42:37] </w:t>
      </w:r>
      <w:r>
        <w:t>They are engraved with precious stones.</w:t>
      </w:r>
    </w:p>
    <w:p>
      <w:pPr>
        <w:jc w:val="right"/>
      </w:pPr>
      <w:r>
        <w:t>They are engraved with precious stones.</w:t>
      </w:r>
    </w:p>
    <w:p>
      <w:r>
        <w:rPr>
          <w:b/>
        </w:rPr>
        <w:t xml:space="preserve">[42:41] </w:t>
      </w:r>
      <w:r>
        <w:t>So this verse now describes the reward of the as-sabiqun , the foremost in paradise.</w:t>
      </w:r>
    </w:p>
    <w:p>
      <w:pPr>
        <w:jc w:val="right"/>
      </w:pPr>
      <w:r>
        <w:t>So this verse now describes the reward of the السَّابِقُونَ , the foremost in paradise.</w:t>
      </w:r>
    </w:p>
    <w:p>
      <w:r>
        <w:rPr>
          <w:b/>
        </w:rPr>
        <w:t xml:space="preserve">[42:50] </w:t>
      </w:r>
      <w:r>
        <w:t>And it highlights the luxury and honor they will experience. And the Prophet sallallahu alaihi wasallam , has said in a Hadith, which is a Hadith Qudsi, the Prophet sallallahu alaihi wasallam , has said that God has said so.</w:t>
      </w:r>
    </w:p>
    <w:p>
      <w:pPr>
        <w:jc w:val="right"/>
      </w:pPr>
      <w:r>
        <w:t>And it highlights the luxury and honor they will experience. And the Prophet صلى الله عليه وسلم , has said in a Hadith, which is a Hadith Qudsi, the Prophet صلى الله عليه وسلم , has said that God has said so.</w:t>
      </w:r>
    </w:p>
    <w:p>
      <w:r>
        <w:rPr>
          <w:b/>
        </w:rPr>
        <w:t xml:space="preserve">[43:07] </w:t>
      </w:r>
      <w:r>
        <w:t>And the Hadith is adadtu li ibadiyas salihina ma la ainun ra'at wa la uzun samiat wa la khatra ala qalbi bashar .</w:t>
      </w:r>
    </w:p>
    <w:p>
      <w:pPr>
        <w:jc w:val="right"/>
      </w:pPr>
      <w:r>
        <w:t>And the Hadith is عَدَدْتُ لِعِبَادِيَ الصَّالِحِينَ مَا لَا عَيْنٌ رَأَتْ وَلَا أُذْنٌ سَمِعَتْ وَلَا خَطْرَ عَلَىٰ قَلْبِ بَشَرٍ .</w:t>
      </w:r>
    </w:p>
    <w:p>
      <w:r>
        <w:rPr>
          <w:b/>
        </w:rPr>
        <w:t xml:space="preserve">[43:19] </w:t>
      </w:r>
      <w:r>
        <w:t>Allah has said, "I have prepared for My righteous servant that which no eye has seen, no ear has heard, and has never occurred to the heart of a human."</w:t>
      </w:r>
    </w:p>
    <w:p>
      <w:pPr>
        <w:jc w:val="right"/>
      </w:pPr>
      <w:r>
        <w:t>Allah has said, "I have prepared for My righteous servant that which no eye has seen, no ear has heard, and has never occurred to the heart of a human."</w:t>
      </w:r>
    </w:p>
    <w:p>
      <w:r>
        <w:rPr>
          <w:b/>
        </w:rPr>
        <w:t xml:space="preserve">[43:34] </w:t>
      </w:r>
      <w:r>
        <w:t>So everything in paradise is created to provide ultimate pleasure and satisfaction. Mawlana used to call it divine hospitality and a very high level of divine hospitality.</w:t>
      </w:r>
    </w:p>
    <w:p>
      <w:pPr>
        <w:jc w:val="right"/>
      </w:pPr>
      <w:r>
        <w:t>So everything in paradise is created to provide ultimate pleasure and satisfaction. Mawlana used to call it divine hospitality and a very high level of divine hospitality.</w:t>
      </w:r>
    </w:p>
    <w:p>
      <w:r>
        <w:rPr>
          <w:b/>
        </w:rPr>
        <w:t xml:space="preserve">[43:49] </w:t>
      </w:r>
      <w:r>
        <w:t>So the descriptions of paradise in the Quran are extremely beautiful. But the greatest thing will be witnessing God's glory.</w:t>
      </w:r>
    </w:p>
    <w:p>
      <w:pPr>
        <w:jc w:val="right"/>
      </w:pPr>
      <w:r>
        <w:t>So the descriptions of paradise in the Quran are extremely beautiful. But the greatest thing will be witnessing God's glory.</w:t>
      </w:r>
    </w:p>
    <w:p>
      <w:r>
        <w:rPr>
          <w:b/>
        </w:rPr>
        <w:t xml:space="preserve">[44:02] </w:t>
      </w:r>
      <w:r>
        <w:t>Hadith clearly states that God will occasionally appear. Glimpses of His presence will be revealed.</w:t>
      </w:r>
    </w:p>
    <w:p>
      <w:pPr>
        <w:jc w:val="right"/>
      </w:pPr>
      <w:r>
        <w:t>Hadith clearly states that God will occasionally appear. Glimpses of His presence will be revealed.</w:t>
      </w:r>
    </w:p>
    <w:p>
      <w:r>
        <w:rPr>
          <w:b/>
        </w:rPr>
        <w:t xml:space="preserve">[44:13] </w:t>
      </w:r>
      <w:r>
        <w:t>And this will increase faith, Iman, and bring higher realization of God.</w:t>
      </w:r>
    </w:p>
    <w:p>
      <w:pPr>
        <w:jc w:val="right"/>
      </w:pPr>
      <w:r>
        <w:t>And this will increase faith, Iman, and bring higher realization of God.</w:t>
      </w:r>
    </w:p>
    <w:p>
      <w:r>
        <w:rPr>
          <w:b/>
        </w:rPr>
        <w:t xml:space="preserve">[44:22] </w:t>
      </w:r>
      <w:r>
        <w:t>Unparalleled comfort and dignity awaits in the paradise, in the Hereafter.</w:t>
      </w:r>
    </w:p>
    <w:p>
      <w:pPr>
        <w:jc w:val="right"/>
      </w:pPr>
      <w:r>
        <w:t>Unparalleled comfort and dignity awaits in the paradise, in the Hereafter.</w:t>
      </w:r>
    </w:p>
    <w:p>
      <w:r>
        <w:rPr>
          <w:b/>
        </w:rPr>
        <w:t xml:space="preserve">[44:29] </w:t>
      </w:r>
      <w:r>
        <w:t>So this verse motivates us to strive for excellence. A very encouraging verse. So in the end, we pray, "May Allah allow us to be among those great believers, min as-siddeeqeen wash-shuhada'i was-salihin wa hasuna ula'ika rafeeqan wa sallallahu ta'ala ala khairi khalqihi Muhammad wa ala aalihi wa ashabihi ajma'een birahmatik ya arhamar-rahimeen.</w:t>
      </w:r>
    </w:p>
    <w:p>
      <w:pPr>
        <w:jc w:val="right"/>
      </w:pPr>
      <w:r>
        <w:t>So this verse motivates us to strive for excellence. A very encouraging verse. So in the end, we pray, "May Allah allow us to be among those great believers, مِنَ الصِّدِّيقِينَ وَالشُّهَدَاءِ وَالصَّالِحِينَ وَحَسُنَ أُولَيِّكَ رَفِيقًا وَصَلَّى اللّٰهُ تَعَالَى عَلَى خَيْرِ خَلْقِهِ مُحَمَّدٍ وَعَلَىٰ آلِهِ وَأَصْحَابِهِ أَجْمَعِينَ بِرَحْمَتِكَ يَا أَرْحَمَ الْرَّحِيمِ.</w:t>
      </w:r>
    </w:p>
    <w:p>
      <w:r>
        <w:rPr>
          <w:b/>
        </w:rPr>
        <w:t xml:space="preserve">[44:56] </w:t>
      </w:r>
      <w:r>
        <w:t>Ameen.</w:t>
      </w:r>
    </w:p>
    <w:p>
      <w:pPr>
        <w:jc w:val="right"/>
      </w:pPr>
      <w:r>
        <w:t>Ameen.</w:t>
      </w:r>
    </w:p>
    <w:p>
      <w:r>
        <w:rPr>
          <w:b/>
        </w:rPr>
        <w:t xml:space="preserve">[44:57] </w:t>
      </w:r>
      <w:r>
        <w:t>Jazak Allah, Doctor Saab, for making today a spiritual day, especially in the month of Ramadan. And I believe the true success lies in, not in worldly achievements, but in striving for closeness to God.</w:t>
      </w:r>
    </w:p>
    <w:p>
      <w:pPr>
        <w:jc w:val="right"/>
      </w:pPr>
      <w:r>
        <w:t>Jazak Allah, Doctor Saab, for making today a spiritual day, especially in the month of Ramadan. And I believe the true success lies in, not in worldly achievements, but in striving for closeness to God.</w:t>
      </w:r>
    </w:p>
    <w:p>
      <w:r>
        <w:rPr>
          <w:b/>
        </w:rPr>
        <w:t xml:space="preserve">[45:11] </w:t>
      </w:r>
      <w:r>
        <w:t>This is the message that we get from the session. MashaAllah, you also added some very important Hadiths which have enriched this session, Alhamdulillah.</w:t>
      </w:r>
    </w:p>
    <w:p>
      <w:pPr>
        <w:jc w:val="right"/>
      </w:pPr>
      <w:r>
        <w:t>This is the message that we get from the session. MashaAllah, you also added some very important Hadiths which have enriched this session, Alhamdulillah.</w:t>
      </w:r>
    </w:p>
    <w:p>
      <w:r>
        <w:rPr>
          <w:b/>
        </w:rPr>
        <w:t xml:space="preserve">[45:21] </w:t>
      </w:r>
      <w:r>
        <w:t>We'll, InshaAllah, be back soon with Doctor Saab's session.</w:t>
      </w:r>
    </w:p>
    <w:p>
      <w:pPr>
        <w:jc w:val="right"/>
      </w:pPr>
      <w:r>
        <w:t>We'll, InshaAllah, be back soon with Doctor Saab's session.</w:t>
      </w:r>
    </w:p>
    <w:p>
      <w:r>
        <w:rPr>
          <w:b/>
        </w:rPr>
        <w:t xml:space="preserve">[45:26] </w:t>
      </w:r>
      <w:r>
        <w:t>He will be covering Surah Al-Waqi'ah in subsequent sessions. But before we end, there are three important launches.</w:t>
      </w:r>
    </w:p>
    <w:p>
      <w:pPr>
        <w:jc w:val="right"/>
      </w:pPr>
      <w:r>
        <w:t>He will be covering Surah Al-Waqi'ah in subsequent sessions. But before we end, there are three important launches.</w:t>
      </w:r>
    </w:p>
    <w:p>
      <w:r>
        <w:rPr>
          <w:b/>
        </w:rPr>
        <w:t xml:space="preserve">[45:34] </w:t>
      </w:r>
      <w:r>
        <w:t>We are very happy to launch a Ukrainian Quran and a translation of Discovering God in the Ukrainian language, and also the launch of a Punjabi book.</w:t>
      </w:r>
    </w:p>
    <w:p>
      <w:pPr>
        <w:jc w:val="right"/>
      </w:pPr>
      <w:r>
        <w:t>We are very happy to launch a Ukrainian Quran and a translation of Discovering God in the Ukrainian language, and also the launch of a Punjabi book.</w:t>
      </w:r>
    </w:p>
    <w:p>
      <w:r>
        <w:rPr>
          <w:b/>
        </w:rPr>
        <w:t xml:space="preserve">[45:48] </w:t>
      </w:r>
      <w:r>
        <w:t>So I will request Doctor Saab to do all these three launches today.</w:t>
      </w:r>
    </w:p>
    <w:p>
      <w:pPr>
        <w:jc w:val="right"/>
      </w:pPr>
      <w:r>
        <w:t>So I will request Doctor Saab to do all these three launches today.</w:t>
      </w:r>
    </w:p>
    <w:p>
      <w:r>
        <w:rPr>
          <w:b/>
        </w:rPr>
        <w:t xml:space="preserve">[45:57] </w:t>
      </w:r>
      <w:r>
        <w:t>MashaAllah, I am pleased to launch this Quran in the Ukrainian language. The brothers in Ukraine, particularly Brother Abdul Rahman, have helped us in getting this translated.</w:t>
      </w:r>
    </w:p>
    <w:p>
      <w:pPr>
        <w:jc w:val="right"/>
      </w:pPr>
      <w:r>
        <w:t>MashaAllah, I am pleased to launch this Quran in the Ukrainian language. The brothers in Ukraine, particularly Brother Abdul Rahman, have helped us in getting this translated.</w:t>
      </w:r>
    </w:p>
    <w:p>
      <w:r>
        <w:rPr>
          <w:b/>
        </w:rPr>
        <w:t xml:space="preserve">[46:10] </w:t>
      </w:r>
      <w:r>
        <w:t>So we have published, and there is a lot of requirement for the Ukrainian Quran because due to the war, a lot of Ukrainian people have moved into a number of count</w:t>
      </w:r>
    </w:p>
    <w:p>
      <w:pPr>
        <w:jc w:val="right"/>
      </w:pPr>
      <w:r>
        <w:t>So we have published, and there is a lot of requirement for the Ukrainian Quran because due to the war, a lot of Ukrainian people have moved into a number of count</w:t>
      </w:r>
    </w:p>
    <w:p>
      <w:r>
        <w:rPr>
          <w:b/>
        </w:rPr>
        <w:t xml:space="preserve">[46:20] </w:t>
      </w:r>
      <w:r>
        <w:t>ries. So we keep on receiving requests for the Quran in Ukrainian from different languages. So Alhamdulillah, we have got it printed now, and it will be sent as per the requirement.</w:t>
      </w:r>
    </w:p>
    <w:p>
      <w:pPr>
        <w:jc w:val="right"/>
      </w:pPr>
      <w:r>
        <w:t>ries. So we keep on receiving requests for the Quran in Ukrainian from different languages. So Alhamdulillah, we have got it printed now, and it will be sent as per the requirement.</w:t>
      </w:r>
    </w:p>
    <w:p>
      <w:r>
        <w:rPr>
          <w:b/>
        </w:rPr>
        <w:t xml:space="preserve">[46:36] </w:t>
      </w:r>
      <w:r>
        <w:t>And this is the book.</w:t>
      </w:r>
    </w:p>
    <w:p>
      <w:pPr>
        <w:jc w:val="right"/>
      </w:pPr>
      <w:r>
        <w:t>And this is the book.</w:t>
      </w:r>
    </w:p>
    <w:p>
      <w:r>
        <w:rPr>
          <w:b/>
        </w:rPr>
        <w:t xml:space="preserve">[46:44] </w:t>
      </w:r>
      <w:r>
        <w:t>And this is the Discover Islam book in Ukrain</w:t>
      </w:r>
    </w:p>
    <w:p>
      <w:pPr>
        <w:jc w:val="right"/>
      </w:pPr>
      <w:r>
        <w:t>And this is the Discover Islam book in Ukrain</w:t>
      </w:r>
    </w:p>
    <w:p>
      <w:r>
        <w:rPr>
          <w:b/>
        </w:rPr>
        <w:t xml:space="preserve">[46:49] </w:t>
      </w:r>
      <w:r>
        <w:t>ian. We generally give this book along with the Quran, something like this. So somebody who wants to know about Islam, this is a very beautiful book.</w:t>
      </w:r>
    </w:p>
    <w:p>
      <w:pPr>
        <w:jc w:val="right"/>
      </w:pPr>
      <w:r>
        <w:t>ian. We generally give this book along with the Quran, something like this. So somebody who wants to know about Islam, this is a very beautiful book.</w:t>
      </w:r>
    </w:p>
    <w:p>
      <w:r>
        <w:rPr>
          <w:b/>
        </w:rPr>
        <w:t xml:space="preserve">[47:01] </w:t>
      </w:r>
      <w:r>
        <w:t>Mawlana has written all the basic aspects of Islam, starting from the life of the Prophet Muhammad sallallahu alaihi wasallam , because anyone who is interested in knowing about Islam, the first thing he would like to read is about the Prophet.</w:t>
      </w:r>
    </w:p>
    <w:p>
      <w:pPr>
        <w:jc w:val="right"/>
      </w:pPr>
      <w:r>
        <w:t>Mawlana has written all the basic aspects of Islam, starting from the life of the Prophet Muhammad صلى الله عليه وسلم , because anyone who is interested in knowing about Islam, the first thing he would like to read is about the Prophet.</w:t>
      </w:r>
    </w:p>
    <w:p>
      <w:r>
        <w:rPr>
          <w:b/>
        </w:rPr>
        <w:t xml:space="preserve">[47:17] </w:t>
      </w:r>
      <w:r>
        <w:t>So a very beautiful article on the Prophet's life is written here, is included here, and then there are other aspects.</w:t>
      </w:r>
    </w:p>
    <w:p>
      <w:pPr>
        <w:jc w:val="right"/>
      </w:pPr>
      <w:r>
        <w:t>So a very beautiful article on the Prophet's life is written here, is included here, and then there are other aspects.</w:t>
      </w:r>
    </w:p>
    <w:p>
      <w:r>
        <w:rPr>
          <w:b/>
        </w:rPr>
        <w:t xml:space="preserve">[47:25] </w:t>
      </w:r>
      <w:r>
        <w:t>So it's one of the very beautiful and very simple books and handy to understand the basic aspects of</w:t>
      </w:r>
    </w:p>
    <w:p>
      <w:pPr>
        <w:jc w:val="right"/>
      </w:pPr>
      <w:r>
        <w:t>So it's one of the very beautiful and very simple books and handy to understand the basic aspects of</w:t>
      </w:r>
    </w:p>
    <w:p>
      <w:r>
        <w:rPr>
          <w:b/>
        </w:rPr>
        <w:t xml:space="preserve">[47:36] </w:t>
      </w:r>
      <w:r>
        <w:t>Islam. So Alhamdulillah, this is also available in Ukrainian, and it will be sent to people in Ukraine and other countries wherever there will be a need, InshaAllah.</w:t>
      </w:r>
    </w:p>
    <w:p>
      <w:pPr>
        <w:jc w:val="right"/>
      </w:pPr>
      <w:r>
        <w:t>Islam. So Alhamdulillah, this is also available in Ukrainian, and it will be sent to people in Ukraine and other countries wherever there will be a need, InshaAllah.</w:t>
      </w:r>
    </w:p>
    <w:p>
      <w:r>
        <w:rPr>
          <w:b/>
        </w:rPr>
        <w:t xml:space="preserve">[47:51] </w:t>
      </w:r>
      <w:r>
        <w:t>And this is a booklet.</w:t>
      </w:r>
    </w:p>
    <w:p>
      <w:pPr>
        <w:jc w:val="right"/>
      </w:pPr>
      <w:r>
        <w:t>And this is a booklet.</w:t>
      </w:r>
    </w:p>
    <w:p>
      <w:r>
        <w:rPr>
          <w:b/>
        </w:rPr>
        <w:t xml:space="preserve">[48:01] </w:t>
      </w:r>
      <w:r>
        <w:t>This is a booklet, Sacha Rasta, which is a little book Mawlana wrote a long time back, basic teachings of Islam.</w:t>
      </w:r>
    </w:p>
    <w:p>
      <w:pPr>
        <w:jc w:val="right"/>
      </w:pPr>
      <w:r>
        <w:t>This is a booklet, Sacha Rasta, which is a little book Mawlana wrote a long time back, basic teachings of Islam.</w:t>
      </w:r>
    </w:p>
    <w:p>
      <w:r>
        <w:rPr>
          <w:b/>
        </w:rPr>
        <w:t xml:space="preserve">[48:14] </w:t>
      </w:r>
      <w:r>
        <w:t>And it can be easily given away to people</w:t>
      </w:r>
    </w:p>
    <w:p>
      <w:pPr>
        <w:jc w:val="right"/>
      </w:pPr>
      <w:r>
        <w:t>And it can be easily given away to people</w:t>
      </w:r>
    </w:p>
    <w:p>
      <w:r>
        <w:rPr>
          <w:b/>
        </w:rPr>
        <w:t xml:space="preserve">[48:18] </w:t>
      </w:r>
      <w:r>
        <w:t>. So a lot of Sikh brothers are now interested in understanding Islam. I think this will be an ideal introductory book for this purpose.</w:t>
      </w:r>
    </w:p>
    <w:p>
      <w:pPr>
        <w:jc w:val="right"/>
      </w:pPr>
      <w:r>
        <w:t>. So a lot of Sikh brothers are now interested in understanding Islam. I think this will be an ideal introductory book for this purpose.</w:t>
      </w:r>
    </w:p>
    <w:p>
      <w:r>
        <w:rPr>
          <w:b/>
        </w:rPr>
        <w:t xml:space="preserve">[48:29] </w:t>
      </w:r>
      <w:r>
        <w:t>May God bless those who have prepared it.</w:t>
      </w:r>
    </w:p>
    <w:p>
      <w:pPr>
        <w:jc w:val="right"/>
      </w:pPr>
      <w:r>
        <w:t>May God bless those who have prepared it.</w:t>
      </w:r>
    </w:p>
    <w:p>
      <w:r>
        <w:rPr>
          <w:b/>
        </w:rPr>
        <w:t xml:space="preserve">[48:35] </w:t>
      </w:r>
      <w:r>
        <w:t>Jazak Allah, Doctor Saab. Thank you for watching today's program. We'll be back next Sunday. Thank you.</w:t>
      </w:r>
    </w:p>
    <w:p>
      <w:pPr>
        <w:jc w:val="right"/>
      </w:pPr>
      <w:r>
        <w:t>Jazak Allah, Doctor Saab. Thank you for watching today's program. We'll be back next Sunday.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