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Islamic Prayer (English) February 27, 2007</w:t>
      </w:r>
    </w:p>
    <w:p>
      <w:r>
        <w:t>https://youtu.be/7G6Wa2IGSwE</w:t>
      </w:r>
    </w:p>
    <w:p>
      <w:r>
        <w:rPr>
          <w:b/>
        </w:rPr>
        <w:t xml:space="preserve">[00:27] </w:t>
      </w:r>
      <w:r>
        <w:t>yafqah qawli.</w:t>
      </w:r>
    </w:p>
    <w:p>
      <w:pPr>
        <w:jc w:val="right"/>
      </w:pPr>
      <w:r>
        <w:t>یفقہ قولی۔</w:t>
      </w:r>
    </w:p>
    <w:p>
      <w:r>
        <w:rPr>
          <w:b/>
        </w:rPr>
        <w:t xml:space="preserve">[00:33] </w:t>
      </w:r>
      <w:r>
        <w:t>The theme for this day is Islamic prayer.</w:t>
      </w:r>
    </w:p>
    <w:p>
      <w:pPr>
        <w:jc w:val="right"/>
      </w:pPr>
      <w:r>
        <w:t>The theme for this day is Islamic prayer.</w:t>
      </w:r>
    </w:p>
    <w:p>
      <w:r>
        <w:rPr>
          <w:b/>
        </w:rPr>
        <w:t xml:space="preserve">[00:47] </w:t>
      </w:r>
      <w:r>
        <w:t>The Arabic equivalent to the prayer is Salat,</w:t>
      </w:r>
    </w:p>
    <w:p>
      <w:pPr>
        <w:jc w:val="right"/>
      </w:pPr>
      <w:r>
        <w:t>The Arabic equivalent to the prayer is Salat,</w:t>
      </w:r>
    </w:p>
    <w:p>
      <w:r>
        <w:rPr>
          <w:b/>
        </w:rPr>
        <w:t xml:space="preserve">[00:57] </w:t>
      </w:r>
      <w:r>
        <w:t>and in Persian and Urdu it is called Namaaz. So prayer, and Salat, and Namaaz are one and the same.</w:t>
      </w:r>
    </w:p>
    <w:p>
      <w:pPr>
        <w:jc w:val="right"/>
      </w:pPr>
      <w:r>
        <w:t>and in Persian and Urdu it is called Namaaz. So prayer, and Salat, and Namaaz are one and the same.</w:t>
      </w:r>
    </w:p>
    <w:p>
      <w:r>
        <w:rPr>
          <w:b/>
        </w:rPr>
        <w:t xml:space="preserve">[01:19] </w:t>
      </w:r>
      <w:r>
        <w:t>You know,</w:t>
      </w:r>
    </w:p>
    <w:p>
      <w:pPr>
        <w:jc w:val="right"/>
      </w:pPr>
      <w:r>
        <w:t>You know,</w:t>
      </w:r>
    </w:p>
    <w:p>
      <w:r>
        <w:rPr>
          <w:b/>
        </w:rPr>
        <w:t xml:space="preserve">[01:23] </w:t>
      </w:r>
      <w:r>
        <w:t>there is a Hadith</w:t>
      </w:r>
    </w:p>
    <w:p>
      <w:pPr>
        <w:jc w:val="right"/>
      </w:pPr>
      <w:r>
        <w:t>there is a Hadith</w:t>
      </w:r>
    </w:p>
    <w:p>
      <w:r>
        <w:rPr>
          <w:b/>
        </w:rPr>
        <w:t xml:space="preserve">[01:26] </w:t>
      </w:r>
      <w:r>
        <w:t>. In this Hadith, the Prophet of Islam has said that there are five pillars of Islam:</w:t>
      </w:r>
    </w:p>
    <w:p>
      <w:pPr>
        <w:jc w:val="right"/>
      </w:pPr>
      <w:r>
        <w:t>. In this Hadith, the Prophet of Islam has said that there are five pillars of Islam:</w:t>
      </w:r>
    </w:p>
    <w:p>
      <w:r>
        <w:rPr>
          <w:b/>
        </w:rPr>
        <w:t xml:space="preserve">[01:46] </w:t>
      </w:r>
      <w:r>
        <w:t>Bani al-Islam wa ala-Qams, Shahadat Alla ilaha illallah, wa anna Muhammadan rabbu wa rasuluh, wa Iqam as-Salah, wa Eta'id Zakat,</w:t>
      </w:r>
    </w:p>
    <w:p>
      <w:pPr>
        <w:jc w:val="right"/>
      </w:pPr>
      <w:r>
        <w:t>Bani al-Islam wa ala-Qams, Shahadat Alla ilaha illallah, wa anna Muhammadan rabbu wa rasuluh, wa Iqam as-Salah, wa Eta'id Zakat,</w:t>
      </w:r>
    </w:p>
    <w:p>
      <w:r>
        <w:rPr>
          <w:b/>
        </w:rPr>
        <w:t xml:space="preserve">[02:00] </w:t>
      </w:r>
      <w:r>
        <w:t>wal-Hajj, wa Sawm-e-Ramadan.</w:t>
      </w:r>
    </w:p>
    <w:p>
      <w:pPr>
        <w:jc w:val="right"/>
      </w:pPr>
      <w:r>
        <w:t>wal-Hajj, wa Sawm-e-Ramadan.</w:t>
      </w:r>
    </w:p>
    <w:p>
      <w:r>
        <w:rPr>
          <w:b/>
        </w:rPr>
        <w:t xml:space="preserve">[02:07] </w:t>
      </w:r>
      <w:r>
        <w:t>Out of these five Islamic pillars, one is the prayer or Salat or Namaaz.</w:t>
      </w:r>
    </w:p>
    <w:p>
      <w:pPr>
        <w:jc w:val="right"/>
      </w:pPr>
      <w:r>
        <w:t>Out of these five Islamic pillars, one is the prayer or Salat or Namaaz.</w:t>
      </w:r>
    </w:p>
    <w:p>
      <w:r>
        <w:rPr>
          <w:b/>
        </w:rPr>
        <w:t xml:space="preserve">[02:22] </w:t>
      </w:r>
      <w:r>
        <w:t>So</w:t>
      </w:r>
    </w:p>
    <w:p>
      <w:pPr>
        <w:jc w:val="right"/>
      </w:pPr>
      <w:r>
        <w:t>So</w:t>
      </w:r>
    </w:p>
    <w:p>
      <w:r>
        <w:rPr>
          <w:b/>
        </w:rPr>
        <w:t xml:space="preserve">[02:25] </w:t>
      </w:r>
      <w:r>
        <w:t>I will try to explain what is Salat.</w:t>
      </w:r>
    </w:p>
    <w:p>
      <w:pPr>
        <w:jc w:val="right"/>
      </w:pPr>
      <w:r>
        <w:t>I will try to explain what is Salat.</w:t>
      </w:r>
    </w:p>
    <w:p>
      <w:r>
        <w:rPr>
          <w:b/>
        </w:rPr>
        <w:t xml:space="preserve">[02:34] </w:t>
      </w:r>
      <w:r>
        <w:t>Salat is</w:t>
      </w:r>
    </w:p>
    <w:p>
      <w:pPr>
        <w:jc w:val="right"/>
      </w:pPr>
      <w:r>
        <w:t>Salat is</w:t>
      </w:r>
    </w:p>
    <w:p>
      <w:r>
        <w:rPr>
          <w:b/>
        </w:rPr>
        <w:t xml:space="preserve">[02:40] </w:t>
      </w:r>
      <w:r>
        <w:t>a mode of worship. Worship is the basic teaching of Islam.</w:t>
      </w:r>
    </w:p>
    <w:p>
      <w:pPr>
        <w:jc w:val="right"/>
      </w:pPr>
      <w:r>
        <w:t>a mode of worship. Worship is the basic teaching of Islam.</w:t>
      </w:r>
    </w:p>
    <w:p>
      <w:r>
        <w:rPr>
          <w:b/>
        </w:rPr>
        <w:t xml:space="preserve">[02:53] </w:t>
      </w:r>
      <w:r>
        <w:t>Worship means Ibadah.</w:t>
      </w:r>
    </w:p>
    <w:p>
      <w:pPr>
        <w:jc w:val="right"/>
      </w:pPr>
      <w:r>
        <w:t>Worship means Ibadah.</w:t>
      </w:r>
    </w:p>
    <w:p>
      <w:r>
        <w:rPr>
          <w:b/>
        </w:rPr>
        <w:t xml:space="preserve">[02:59] </w:t>
      </w:r>
      <w:r>
        <w:t>There is a Hadith</w:t>
      </w:r>
    </w:p>
    <w:p>
      <w:pPr>
        <w:jc w:val="right"/>
      </w:pPr>
      <w:r>
        <w:t>There is a Hadith</w:t>
      </w:r>
    </w:p>
    <w:p>
      <w:r>
        <w:rPr>
          <w:b/>
        </w:rPr>
        <w:t xml:space="preserve">[03:02] </w:t>
      </w:r>
      <w:r>
        <w:t>the Prophet of Islam has said: تعبد الله كأنك ترى</w:t>
      </w:r>
    </w:p>
    <w:p>
      <w:pPr>
        <w:jc w:val="right"/>
      </w:pPr>
      <w:r>
        <w:t>the Prophet of Islam has said: تعبد الله كأنك ترى</w:t>
      </w:r>
    </w:p>
    <w:p>
      <w:r>
        <w:rPr>
          <w:b/>
        </w:rPr>
        <w:t xml:space="preserve">[03:13] </w:t>
      </w:r>
      <w:r>
        <w:t>Do worship in such a way as though you are seeing God Almighty.</w:t>
      </w:r>
    </w:p>
    <w:p>
      <w:pPr>
        <w:jc w:val="right"/>
      </w:pPr>
      <w:r>
        <w:t>Do worship in such a way as though you are seeing God Almighty.</w:t>
      </w:r>
    </w:p>
    <w:p>
      <w:r>
        <w:rPr>
          <w:b/>
        </w:rPr>
        <w:t xml:space="preserve">[03:27] </w:t>
      </w:r>
      <w:r>
        <w:t>So Salat is a worship. And the most important aspect of Salat is that when you perform Salat with its inner content and its external content,</w:t>
      </w:r>
    </w:p>
    <w:p>
      <w:pPr>
        <w:jc w:val="right"/>
      </w:pPr>
      <w:r>
        <w:t>So Salat is a worship. And the most important aspect of Salat is that when you perform Salat with its inner content and its external content,</w:t>
      </w:r>
    </w:p>
    <w:p>
      <w:r>
        <w:rPr>
          <w:b/>
        </w:rPr>
        <w:t xml:space="preserve">[03:47] </w:t>
      </w:r>
      <w:r>
        <w:t>then you feel that you are in the presence of God.</w:t>
      </w:r>
    </w:p>
    <w:p>
      <w:pPr>
        <w:jc w:val="right"/>
      </w:pPr>
      <w:r>
        <w:t>then you feel that you are in the presence of God.</w:t>
      </w:r>
    </w:p>
    <w:p>
      <w:r>
        <w:rPr>
          <w:b/>
        </w:rPr>
        <w:t xml:space="preserve">[03:56] </w:t>
      </w:r>
      <w:r>
        <w:t>In the presence of God.</w:t>
      </w:r>
    </w:p>
    <w:p>
      <w:pPr>
        <w:jc w:val="right"/>
      </w:pPr>
      <w:r>
        <w:t>In the presence of God.</w:t>
      </w:r>
    </w:p>
    <w:p>
      <w:r>
        <w:rPr>
          <w:b/>
        </w:rPr>
        <w:t xml:space="preserve">[03:59] </w:t>
      </w:r>
      <w:r>
        <w:t>So prayer or Salat is the most important teaching of the Islam.</w:t>
      </w:r>
    </w:p>
    <w:p>
      <w:pPr>
        <w:jc w:val="right"/>
      </w:pPr>
      <w:r>
        <w:t>So prayer or Salat is the most important teaching of the Islam.</w:t>
      </w:r>
    </w:p>
    <w:p>
      <w:r>
        <w:rPr>
          <w:b/>
        </w:rPr>
        <w:t xml:space="preserve">[04:09] </w:t>
      </w:r>
      <w:r>
        <w:t>Now,</w:t>
      </w:r>
    </w:p>
    <w:p>
      <w:pPr>
        <w:jc w:val="right"/>
      </w:pPr>
      <w:r>
        <w:t>Now,</w:t>
      </w:r>
    </w:p>
    <w:p>
      <w:r>
        <w:rPr>
          <w:b/>
        </w:rPr>
        <w:t xml:space="preserve">[04:13] </w:t>
      </w:r>
      <w:r>
        <w:t>there is a Hadith: الصلاة معراج المؤمنين Namaaz is the mirage of a believer</w:t>
      </w:r>
    </w:p>
    <w:p>
      <w:pPr>
        <w:jc w:val="right"/>
      </w:pPr>
      <w:r>
        <w:t>there is a Hadith: الصلاة معراج المؤمنين Namaaz is the mirage of a believer</w:t>
      </w:r>
    </w:p>
    <w:p>
      <w:r>
        <w:rPr>
          <w:b/>
        </w:rPr>
        <w:t xml:space="preserve">[04:29] </w:t>
      </w:r>
      <w:r>
        <w:t>. Mirage means ascension. So Namaaz is like ascension</w:t>
      </w:r>
    </w:p>
    <w:p>
      <w:pPr>
        <w:jc w:val="right"/>
      </w:pPr>
      <w:r>
        <w:t>. Mirage means ascension. So Namaaz is like ascension</w:t>
      </w:r>
    </w:p>
    <w:p>
      <w:r>
        <w:rPr>
          <w:b/>
        </w:rPr>
        <w:t xml:space="preserve">[04:38] </w:t>
      </w:r>
      <w:r>
        <w:t>because it brings you in the presence of God. Then there is a Hadith: المساجد بيوت المتقين The mosque is the house of</w:t>
      </w:r>
    </w:p>
    <w:p>
      <w:pPr>
        <w:jc w:val="right"/>
      </w:pPr>
      <w:r>
        <w:t>because it brings you in the presence of God. Then there is a Hadith: المساجد بيوت المتقين The mosque is the house of</w:t>
      </w:r>
    </w:p>
    <w:p>
      <w:r>
        <w:rPr>
          <w:b/>
        </w:rPr>
        <w:t xml:space="preserve">[04:55] </w:t>
      </w:r>
      <w:r>
        <w:t>pious people.</w:t>
      </w:r>
    </w:p>
    <w:p>
      <w:pPr>
        <w:jc w:val="right"/>
      </w:pPr>
      <w:r>
        <w:t>pious people.</w:t>
      </w:r>
    </w:p>
    <w:p>
      <w:r>
        <w:rPr>
          <w:b/>
        </w:rPr>
        <w:t xml:space="preserve">[04:59] </w:t>
      </w:r>
      <w:r>
        <w:t>It means that mosque is a center of Taqwa.</w:t>
      </w:r>
    </w:p>
    <w:p>
      <w:pPr>
        <w:jc w:val="right"/>
      </w:pPr>
      <w:r>
        <w:t>It means that mosque is a center of Taqwa.</w:t>
      </w:r>
    </w:p>
    <w:p>
      <w:r>
        <w:rPr>
          <w:b/>
        </w:rPr>
        <w:t xml:space="preserve">[05:10] </w:t>
      </w:r>
      <w:r>
        <w:t>Mosque is a center of Taqwa.</w:t>
      </w:r>
    </w:p>
    <w:p>
      <w:pPr>
        <w:jc w:val="right"/>
      </w:pPr>
      <w:r>
        <w:t>Mosque is a center of Taqwa.</w:t>
      </w:r>
    </w:p>
    <w:p>
      <w:r>
        <w:rPr>
          <w:b/>
        </w:rPr>
        <w:t xml:space="preserve">[05:17] </w:t>
      </w:r>
      <w:r>
        <w:t>Then the second Caliph, Umar Farooq, has said: al-salat imad al-din man aqamaha aqam al-din wa man hadamaha hadam al-din</w:t>
      </w:r>
    </w:p>
    <w:p>
      <w:pPr>
        <w:jc w:val="right"/>
      </w:pPr>
      <w:r>
        <w:t>Then the second Caliph, Umar Farooq, has said: الصلاة عماد الدين من أقامها أقام الدين ومن هدمها هدم الدين</w:t>
      </w:r>
    </w:p>
    <w:p>
      <w:r>
        <w:rPr>
          <w:b/>
        </w:rPr>
        <w:t xml:space="preserve">[05:39] </w:t>
      </w:r>
      <w:r>
        <w:t>It means that</w:t>
      </w:r>
    </w:p>
    <w:p>
      <w:pPr>
        <w:jc w:val="right"/>
      </w:pPr>
      <w:r>
        <w:t>It means that</w:t>
      </w:r>
    </w:p>
    <w:p>
      <w:r>
        <w:rPr>
          <w:b/>
        </w:rPr>
        <w:t xml:space="preserve">[05:43] </w:t>
      </w:r>
      <w:r>
        <w:t>prayer or Salat or Namaaz is a pillar of Islam. One who demolishes this pillar,</w:t>
      </w:r>
    </w:p>
    <w:p>
      <w:pPr>
        <w:jc w:val="right"/>
      </w:pPr>
      <w:r>
        <w:t>prayer or Salat or Namaaz is a pillar of Islam. One who demolishes this pillar,</w:t>
      </w:r>
    </w:p>
    <w:p>
      <w:r>
        <w:rPr>
          <w:b/>
        </w:rPr>
        <w:t xml:space="preserve">[05:57] </w:t>
      </w:r>
      <w:r>
        <w:t>he will demolish the whole edifice of Islam. By these references, you can understand the importance of Namaaz or Salat.</w:t>
      </w:r>
    </w:p>
    <w:p>
      <w:pPr>
        <w:jc w:val="right"/>
      </w:pPr>
      <w:r>
        <w:t>he will demolish the whole edifice of Islam. By these references, you can understand the importance of Namaaz or Salat.</w:t>
      </w:r>
    </w:p>
    <w:p>
      <w:r>
        <w:rPr>
          <w:b/>
        </w:rPr>
        <w:t xml:space="preserve">[06:21] </w:t>
      </w:r>
      <w:r>
        <w:t>Now,</w:t>
      </w:r>
    </w:p>
    <w:p>
      <w:pPr>
        <w:jc w:val="right"/>
      </w:pPr>
      <w:r>
        <w:t>Now,</w:t>
      </w:r>
    </w:p>
    <w:p>
      <w:r>
        <w:rPr>
          <w:b/>
        </w:rPr>
        <w:t xml:space="preserve">[06:26] </w:t>
      </w:r>
      <w:r>
        <w:t>let us go to the detail. Namaaz begins from the call.</w:t>
      </w:r>
    </w:p>
    <w:p>
      <w:pPr>
        <w:jc w:val="right"/>
      </w:pPr>
      <w:r>
        <w:t>let us go to the detail. Namaaz begins from the call.</w:t>
      </w:r>
    </w:p>
    <w:p>
      <w:r>
        <w:rPr>
          <w:b/>
        </w:rPr>
        <w:t xml:space="preserve">[06:39] </w:t>
      </w:r>
      <w:r>
        <w:t>That call, that is Azan.</w:t>
      </w:r>
    </w:p>
    <w:p>
      <w:pPr>
        <w:jc w:val="right"/>
      </w:pPr>
      <w:r>
        <w:t>That call, that is Azan.</w:t>
      </w:r>
    </w:p>
    <w:p>
      <w:r>
        <w:rPr>
          <w:b/>
        </w:rPr>
        <w:t xml:space="preserve">[06:45] </w:t>
      </w:r>
      <w:r>
        <w:t>In every mosque, there is a muezzin.</w:t>
      </w:r>
    </w:p>
    <w:p>
      <w:pPr>
        <w:jc w:val="right"/>
      </w:pPr>
      <w:r>
        <w:t>In every mosque, there is a muezzin.</w:t>
      </w:r>
    </w:p>
    <w:p>
      <w:r>
        <w:rPr>
          <w:b/>
        </w:rPr>
        <w:t xml:space="preserve">[06:50] </w:t>
      </w:r>
      <w:r>
        <w:t>Muezzin calls and recites some Kalima, some words.</w:t>
      </w:r>
    </w:p>
    <w:p>
      <w:pPr>
        <w:jc w:val="right"/>
      </w:pPr>
      <w:r>
        <w:t>Muezzin calls and recites some Kalima, some words.</w:t>
      </w:r>
    </w:p>
    <w:p>
      <w:r>
        <w:rPr>
          <w:b/>
        </w:rPr>
        <w:t xml:space="preserve">[07:00] </w:t>
      </w:r>
      <w:r>
        <w:t>The first Kalima of Azan is "Allahu Akbar, Allahu Akbar."</w:t>
      </w:r>
    </w:p>
    <w:p>
      <w:pPr>
        <w:jc w:val="right"/>
      </w:pPr>
      <w:r>
        <w:t>The first Kalima of Azan is "Allahu Akbar, Allahu Akbar."</w:t>
      </w:r>
    </w:p>
    <w:p>
      <w:r>
        <w:rPr>
          <w:b/>
        </w:rPr>
        <w:t xml:space="preserve">[07:12] </w:t>
      </w:r>
      <w:r>
        <w:t>You know, Namaaz is obligatory for five times. Five times. The time of the first Namaaz, that is Fajr, begins after the morning twilight</w:t>
      </w:r>
    </w:p>
    <w:p>
      <w:pPr>
        <w:jc w:val="right"/>
      </w:pPr>
      <w:r>
        <w:t>You know, Namaaz is obligatory for five times. Five times. The time of the first Namaaz, that is Fajr, begins after the morning twilight</w:t>
      </w:r>
    </w:p>
    <w:p>
      <w:r>
        <w:rPr>
          <w:b/>
        </w:rPr>
        <w:t xml:space="preserve">[07:31] </w:t>
      </w:r>
      <w:r>
        <w:t>. Then the second Namaaz, that is Dhuhr, the time of the second Namaaz of Dhuhr begins after the</w:t>
      </w:r>
    </w:p>
    <w:p>
      <w:pPr>
        <w:jc w:val="right"/>
      </w:pPr>
      <w:r>
        <w:t>. Then the second Namaaz, that is Dhuhr, the time of the second Namaaz of Dhuhr begins after the</w:t>
      </w:r>
    </w:p>
    <w:p>
      <w:r>
        <w:rPr>
          <w:b/>
        </w:rPr>
        <w:t xml:space="preserve">[07:49] </w:t>
      </w:r>
      <w:r>
        <w:t>after Noon. Just after Noon.</w:t>
      </w:r>
    </w:p>
    <w:p>
      <w:pPr>
        <w:jc w:val="right"/>
      </w:pPr>
      <w:r>
        <w:t>after Noon. Just after Noon.</w:t>
      </w:r>
    </w:p>
    <w:p>
      <w:r>
        <w:rPr>
          <w:b/>
        </w:rPr>
        <w:t xml:space="preserve">[07:54] </w:t>
      </w:r>
      <w:r>
        <w:t>Then the third Namaaz, that is Salat,</w:t>
      </w:r>
    </w:p>
    <w:p>
      <w:pPr>
        <w:jc w:val="right"/>
      </w:pPr>
      <w:r>
        <w:t>Then the third Namaaz, that is Salat,</w:t>
      </w:r>
    </w:p>
    <w:p>
      <w:r>
        <w:rPr>
          <w:b/>
        </w:rPr>
        <w:t xml:space="preserve">[08:01] </w:t>
      </w:r>
      <w:r>
        <w:t>the time of Asr, the time of Asr begins</w:t>
      </w:r>
    </w:p>
    <w:p>
      <w:pPr>
        <w:jc w:val="right"/>
      </w:pPr>
      <w:r>
        <w:t>the time of Asr, the time of Asr begins</w:t>
      </w:r>
    </w:p>
    <w:p>
      <w:r>
        <w:rPr>
          <w:b/>
        </w:rPr>
        <w:t xml:space="preserve">[08:13] </w:t>
      </w:r>
      <w:r>
        <w:t>before the sunset.</w:t>
      </w:r>
    </w:p>
    <w:p>
      <w:pPr>
        <w:jc w:val="right"/>
      </w:pPr>
      <w:r>
        <w:t>before the sunset.</w:t>
      </w:r>
    </w:p>
    <w:p>
      <w:r>
        <w:rPr>
          <w:b/>
        </w:rPr>
        <w:t xml:space="preserve">[08:19] </w:t>
      </w:r>
      <w:r>
        <w:t>And the time of the fourth Namaaz, that is Maghrib, begins after the sunset.</w:t>
      </w:r>
    </w:p>
    <w:p>
      <w:pPr>
        <w:jc w:val="right"/>
      </w:pPr>
      <w:r>
        <w:t>And the time of the fourth Namaaz, that is Maghrib, begins after the sunset.</w:t>
      </w:r>
    </w:p>
    <w:p>
      <w:r>
        <w:rPr>
          <w:b/>
        </w:rPr>
        <w:t xml:space="preserve">[08:30] </w:t>
      </w:r>
      <w:r>
        <w:t>And the fifth Namaaz, that is Isha', the time of Isha' begins after the evening twilight.</w:t>
      </w:r>
    </w:p>
    <w:p>
      <w:pPr>
        <w:jc w:val="right"/>
      </w:pPr>
      <w:r>
        <w:t>And the fifth Namaaz, that is Isha', the time of Isha' begins after the evening twilight.</w:t>
      </w:r>
    </w:p>
    <w:p>
      <w:r>
        <w:rPr>
          <w:b/>
        </w:rPr>
        <w:t xml:space="preserve">[08:43] </w:t>
      </w:r>
      <w:r>
        <w:t>There are the f</w:t>
      </w:r>
    </w:p>
    <w:p>
      <w:pPr>
        <w:jc w:val="right"/>
      </w:pPr>
      <w:r>
        <w:t>There are the f</w:t>
      </w:r>
    </w:p>
    <w:p>
      <w:r>
        <w:rPr>
          <w:b/>
        </w:rPr>
        <w:t xml:space="preserve">[08:47] </w:t>
      </w:r>
      <w:r>
        <w:t>ive. So Namaaz is obligatory for five times.</w:t>
      </w:r>
    </w:p>
    <w:p>
      <w:pPr>
        <w:jc w:val="right"/>
      </w:pPr>
      <w:r>
        <w:t>ive. So Namaaz is obligatory for five times.</w:t>
      </w:r>
    </w:p>
    <w:p>
      <w:r>
        <w:rPr>
          <w:b/>
        </w:rPr>
        <w:t xml:space="preserve">[08:59] </w:t>
      </w:r>
      <w:r>
        <w:t>In these</w:t>
      </w:r>
    </w:p>
    <w:p>
      <w:pPr>
        <w:jc w:val="right"/>
      </w:pPr>
      <w:r>
        <w:t>In these</w:t>
      </w:r>
    </w:p>
    <w:p>
      <w:r>
        <w:rPr>
          <w:b/>
        </w:rPr>
        <w:t xml:space="preserve">[09:03] </w:t>
      </w:r>
      <w:r>
        <w:t>prayers, the most</w:t>
      </w:r>
    </w:p>
    <w:p>
      <w:pPr>
        <w:jc w:val="right"/>
      </w:pPr>
      <w:r>
        <w:t>prayers, the most</w:t>
      </w:r>
    </w:p>
    <w:p>
      <w:r>
        <w:rPr>
          <w:b/>
        </w:rPr>
        <w:t xml:space="preserve">[09:10] </w:t>
      </w:r>
      <w:r>
        <w:t>often repeated word is "Allahu Akbar."</w:t>
      </w:r>
    </w:p>
    <w:p>
      <w:pPr>
        <w:jc w:val="right"/>
      </w:pPr>
      <w:r>
        <w:t>often repeated word is "Allahu Akbar."</w:t>
      </w:r>
    </w:p>
    <w:p>
      <w:r>
        <w:rPr>
          <w:b/>
        </w:rPr>
        <w:t xml:space="preserve">[09:15] </w:t>
      </w:r>
      <w:r>
        <w:t>"Allahu Akbar" is repeated in these five-time prayers no less than 250 times.</w:t>
      </w:r>
    </w:p>
    <w:p>
      <w:pPr>
        <w:jc w:val="right"/>
      </w:pPr>
      <w:r>
        <w:t>"Allahu Akbar" is repeated in these five-time prayers no less than 250 times.</w:t>
      </w:r>
    </w:p>
    <w:p>
      <w:r>
        <w:rPr>
          <w:b/>
        </w:rPr>
        <w:t xml:space="preserve">[09:27] </w:t>
      </w:r>
      <w:r>
        <w:t>So it is very important. Now, "Allahu Akbar" means God is great.</w:t>
      </w:r>
    </w:p>
    <w:p>
      <w:pPr>
        <w:jc w:val="right"/>
      </w:pPr>
      <w:r>
        <w:t>So it is very important. Now, "Allahu Akbar" means God is great.</w:t>
      </w:r>
    </w:p>
    <w:p>
      <w:r>
        <w:rPr>
          <w:b/>
        </w:rPr>
        <w:t xml:space="preserve">[09:41] </w:t>
      </w:r>
      <w:r>
        <w:t>It means that God is great and I am not great. God is great and I am not great.</w:t>
      </w:r>
    </w:p>
    <w:p>
      <w:pPr>
        <w:jc w:val="right"/>
      </w:pPr>
      <w:r>
        <w:t>It means that God is great and I am not great. God is great and I am not great.</w:t>
      </w:r>
    </w:p>
    <w:p>
      <w:r>
        <w:rPr>
          <w:b/>
        </w:rPr>
        <w:t xml:space="preserve">[09:55] </w:t>
      </w:r>
      <w:r>
        <w:t>So there is a message of modesty.</w:t>
      </w:r>
    </w:p>
    <w:p>
      <w:pPr>
        <w:jc w:val="right"/>
      </w:pPr>
      <w:r>
        <w:t>So there is a message of modesty.</w:t>
      </w:r>
    </w:p>
    <w:p>
      <w:r>
        <w:rPr>
          <w:b/>
        </w:rPr>
        <w:t xml:space="preserve">[10:00] </w:t>
      </w:r>
      <w:r>
        <w:t>Modesty.</w:t>
      </w:r>
    </w:p>
    <w:p>
      <w:pPr>
        <w:jc w:val="right"/>
      </w:pPr>
      <w:r>
        <w:t>Modesty.</w:t>
      </w:r>
    </w:p>
    <w:p>
      <w:r>
        <w:rPr>
          <w:b/>
        </w:rPr>
        <w:t xml:space="preserve">[10:04] </w:t>
      </w:r>
      <w:r>
        <w:t>The most important spirit of Salat or Namaaz is modesty. Every believer must live in modesty.</w:t>
      </w:r>
    </w:p>
    <w:p>
      <w:pPr>
        <w:jc w:val="right"/>
      </w:pPr>
      <w:r>
        <w:t>The most important spirit of Salat or Namaaz is modesty. Every believer must live in modesty.</w:t>
      </w:r>
    </w:p>
    <w:p>
      <w:r>
        <w:rPr>
          <w:b/>
        </w:rPr>
        <w:t xml:space="preserve">[10:18] </w:t>
      </w:r>
      <w:r>
        <w:t>Arrogance is</w:t>
      </w:r>
    </w:p>
    <w:p>
      <w:pPr>
        <w:jc w:val="right"/>
      </w:pPr>
      <w:r>
        <w:t>Arrogance is</w:t>
      </w:r>
    </w:p>
    <w:p>
      <w:r>
        <w:rPr>
          <w:b/>
        </w:rPr>
        <w:t xml:space="preserve">[10:23] </w:t>
      </w:r>
      <w:r>
        <w:t>quite against the Islamic spirit. And modesty is just according to the Islamic spirit.</w:t>
      </w:r>
    </w:p>
    <w:p>
      <w:pPr>
        <w:jc w:val="right"/>
      </w:pPr>
      <w:r>
        <w:t>quite against the Islamic spirit. And modesty is just according to the Islamic spirit.</w:t>
      </w:r>
    </w:p>
    <w:p>
      <w:r>
        <w:rPr>
          <w:b/>
        </w:rPr>
        <w:t xml:space="preserve">[10:34] </w:t>
      </w:r>
      <w:r>
        <w:t>Arrogance is un-Islamic. And modesty is Islamic.</w:t>
      </w:r>
    </w:p>
    <w:p>
      <w:pPr>
        <w:jc w:val="right"/>
      </w:pPr>
      <w:r>
        <w:t>Arrogance is un-Islamic. And modesty is Islamic.</w:t>
      </w:r>
    </w:p>
    <w:p>
      <w:r>
        <w:rPr>
          <w:b/>
        </w:rPr>
        <w:t xml:space="preserve">[10:41] </w:t>
      </w:r>
      <w:r>
        <w:t>So, first of all, Namaaz tries to inculcate the spirit of modesty in every believer.</w:t>
      </w:r>
    </w:p>
    <w:p>
      <w:pPr>
        <w:jc w:val="right"/>
      </w:pPr>
      <w:r>
        <w:t>So, first of all, Namaaz tries to inculcate the spirit of modesty in every believer.</w:t>
      </w:r>
    </w:p>
    <w:p>
      <w:r>
        <w:rPr>
          <w:b/>
        </w:rPr>
        <w:t xml:space="preserve">[10:58] </w:t>
      </w:r>
      <w:r>
        <w:t>Then, before going to Salat, everyone makes Wudu (awlition</w:t>
      </w:r>
    </w:p>
    <w:p>
      <w:pPr>
        <w:jc w:val="right"/>
      </w:pPr>
      <w:r>
        <w:t>Then, before going to Salat, everyone makes Wudu (awlition</w:t>
      </w:r>
    </w:p>
    <w:p>
      <w:r>
        <w:rPr>
          <w:b/>
        </w:rPr>
        <w:t xml:space="preserve">[11:10] </w:t>
      </w:r>
      <w:r>
        <w:t>). Wudu means</w:t>
      </w:r>
    </w:p>
    <w:p>
      <w:pPr>
        <w:jc w:val="right"/>
      </w:pPr>
      <w:r>
        <w:t>). Wudu means</w:t>
      </w:r>
    </w:p>
    <w:p>
      <w:r>
        <w:rPr>
          <w:b/>
        </w:rPr>
        <w:t xml:space="preserve">[11:16] </w:t>
      </w:r>
      <w:r>
        <w:t>Wudu is like a mini</w:t>
      </w:r>
    </w:p>
    <w:p>
      <w:pPr>
        <w:jc w:val="right"/>
      </w:pPr>
      <w:r>
        <w:t>Wudu is like a mini</w:t>
      </w:r>
    </w:p>
    <w:p>
      <w:r>
        <w:rPr>
          <w:b/>
        </w:rPr>
        <w:t xml:space="preserve">[11:23] </w:t>
      </w:r>
      <w:r>
        <w:t>bath. It is like a mini bath. You wash your hands and your legs and your face</w:t>
      </w:r>
    </w:p>
    <w:p>
      <w:pPr>
        <w:jc w:val="right"/>
      </w:pPr>
      <w:r>
        <w:t>bath. It is like a mini bath. You wash your hands and your legs and your face</w:t>
      </w:r>
    </w:p>
    <w:p>
      <w:r>
        <w:rPr>
          <w:b/>
        </w:rPr>
        <w:t xml:space="preserve">[11:36] </w:t>
      </w:r>
      <w:r>
        <w:t>by water.</w:t>
      </w:r>
    </w:p>
    <w:p>
      <w:pPr>
        <w:jc w:val="right"/>
      </w:pPr>
      <w:r>
        <w:t>by water.</w:t>
      </w:r>
    </w:p>
    <w:p>
      <w:r>
        <w:rPr>
          <w:b/>
        </w:rPr>
        <w:t xml:space="preserve">[11:38] </w:t>
      </w:r>
      <w:r>
        <w:t>So it is like a mini bath. After finishing the Wudu, you say, Allahumma ajalni min al-tawwabeen wa ajalni min al-mutatahireen O God,</w:t>
      </w:r>
    </w:p>
    <w:p>
      <w:pPr>
        <w:jc w:val="right"/>
      </w:pPr>
      <w:r>
        <w:t>So it is like a mini bath. After finishing the Wudu, you say, اللهم اجعلني من التوابين واجعلني من المتطهرين O God,</w:t>
      </w:r>
    </w:p>
    <w:p>
      <w:r>
        <w:rPr>
          <w:b/>
        </w:rPr>
        <w:t xml:space="preserve">[12:03] </w:t>
      </w:r>
      <w:r>
        <w:t>make me a purified person</w:t>
      </w:r>
    </w:p>
    <w:p>
      <w:pPr>
        <w:jc w:val="right"/>
      </w:pPr>
      <w:r>
        <w:t>make me a purified person</w:t>
      </w:r>
    </w:p>
    <w:p>
      <w:r>
        <w:rPr>
          <w:b/>
        </w:rPr>
        <w:t xml:space="preserve">[12:09] </w:t>
      </w:r>
      <w:r>
        <w:t>. So it is a Dua.</w:t>
      </w:r>
    </w:p>
    <w:p>
      <w:pPr>
        <w:jc w:val="right"/>
      </w:pPr>
      <w:r>
        <w:t>. So it is a Dua.</w:t>
      </w:r>
    </w:p>
    <w:p>
      <w:r>
        <w:rPr>
          <w:b/>
        </w:rPr>
        <w:t xml:space="preserve">[12:14] </w:t>
      </w:r>
      <w:r>
        <w:t>Externally, you wash your hands and your face. But internally, you do this Dua. O God, purify my personality.</w:t>
      </w:r>
    </w:p>
    <w:p>
      <w:pPr>
        <w:jc w:val="right"/>
      </w:pPr>
      <w:r>
        <w:t>Externally, you wash your hands and your face. But internally, you do this Dua. O God, purify my personality.</w:t>
      </w:r>
    </w:p>
    <w:p>
      <w:r>
        <w:rPr>
          <w:b/>
        </w:rPr>
        <w:t xml:space="preserve">[12:29] </w:t>
      </w:r>
      <w:r>
        <w:t>Purify my heart and mind.</w:t>
      </w:r>
    </w:p>
    <w:p>
      <w:pPr>
        <w:jc w:val="right"/>
      </w:pPr>
      <w:r>
        <w:t>Purify my heart and mind.</w:t>
      </w:r>
    </w:p>
    <w:p>
      <w:r>
        <w:rPr>
          <w:b/>
        </w:rPr>
        <w:t xml:space="preserve">[12:33] </w:t>
      </w:r>
      <w:r>
        <w:t>So Wudu is</w:t>
      </w:r>
    </w:p>
    <w:p>
      <w:pPr>
        <w:jc w:val="right"/>
      </w:pPr>
      <w:r>
        <w:t>So Wudu is</w:t>
      </w:r>
    </w:p>
    <w:p>
      <w:r>
        <w:rPr>
          <w:b/>
        </w:rPr>
        <w:t xml:space="preserve">[12:37] </w:t>
      </w:r>
      <w:r>
        <w:t>an act of purification. Not only your body but your soul. Then, when you join the Salat,</w:t>
      </w:r>
    </w:p>
    <w:p>
      <w:pPr>
        <w:jc w:val="right"/>
      </w:pPr>
      <w:r>
        <w:t>an act of purification. Not only your body but your soul. Then, when you join the Salat,</w:t>
      </w:r>
    </w:p>
    <w:p>
      <w:r>
        <w:rPr>
          <w:b/>
        </w:rPr>
        <w:t xml:space="preserve">[12:54] </w:t>
      </w:r>
      <w:r>
        <w:t>there are several words recited during the Salat.</w:t>
      </w:r>
    </w:p>
    <w:p>
      <w:pPr>
        <w:jc w:val="right"/>
      </w:pPr>
      <w:r>
        <w:t>there are several words recited during the Salat.</w:t>
      </w:r>
    </w:p>
    <w:p>
      <w:r>
        <w:rPr>
          <w:b/>
        </w:rPr>
        <w:t xml:space="preserve">[13:01] </w:t>
      </w:r>
      <w:r>
        <w:t>For example, in every Salat, you recite Surah Al-Fatihah that begins from "Alhamdulillahi Rabbil Alamin." It means,</w:t>
      </w:r>
    </w:p>
    <w:p>
      <w:pPr>
        <w:jc w:val="right"/>
      </w:pPr>
      <w:r>
        <w:t>For example, in every Salat, you recite Surah Al-Fatihah that begins from "Alhamdulillahi Rabbil Alamin." It means,</w:t>
      </w:r>
    </w:p>
    <w:p>
      <w:r>
        <w:rPr>
          <w:b/>
        </w:rPr>
        <w:t xml:space="preserve">[13:18] </w:t>
      </w:r>
      <w:r>
        <w:t>All praise be to God Almighty, the Lord of the universe.</w:t>
      </w:r>
    </w:p>
    <w:p>
      <w:pPr>
        <w:jc w:val="right"/>
      </w:pPr>
      <w:r>
        <w:t>"All praise be to God Almighty, the Lord of the universe."</w:t>
      </w:r>
    </w:p>
    <w:p>
      <w:r>
        <w:rPr>
          <w:b/>
        </w:rPr>
        <w:t xml:space="preserve">[13:27] </w:t>
      </w:r>
      <w:r>
        <w:t>So here you acknowledge the blessings of God.</w:t>
      </w:r>
    </w:p>
    <w:p>
      <w:pPr>
        <w:jc w:val="right"/>
      </w:pPr>
      <w:r>
        <w:t>So here you acknowledge the blessings of God.</w:t>
      </w:r>
    </w:p>
    <w:p>
      <w:r>
        <w:rPr>
          <w:b/>
        </w:rPr>
        <w:t xml:space="preserve">[13:37] </w:t>
      </w:r>
      <w:r>
        <w:t>Here you acknowledge that God is your Creator. God is your Sustainer.</w:t>
      </w:r>
    </w:p>
    <w:p>
      <w:pPr>
        <w:jc w:val="right"/>
      </w:pPr>
      <w:r>
        <w:t>Here you acknowledge that God is your Creator. God is your Sustainer.</w:t>
      </w:r>
    </w:p>
    <w:p>
      <w:r>
        <w:rPr>
          <w:b/>
        </w:rPr>
        <w:t xml:space="preserve">[13:48] </w:t>
      </w:r>
      <w:r>
        <w:t>God has provided you all those blessings.</w:t>
      </w:r>
    </w:p>
    <w:p>
      <w:pPr>
        <w:jc w:val="right"/>
      </w:pPr>
      <w:r>
        <w:t>God has provided you all those blessings.</w:t>
      </w:r>
    </w:p>
    <w:p>
      <w:r>
        <w:rPr>
          <w:b/>
        </w:rPr>
        <w:t xml:space="preserve">[13:57] </w:t>
      </w:r>
      <w:r>
        <w:t>That is called the Life Support System. So "Alhamdulillah" means</w:t>
      </w:r>
    </w:p>
    <w:p>
      <w:pPr>
        <w:jc w:val="right"/>
      </w:pPr>
      <w:r>
        <w:t>That is called the Life Support System. So "Alhamdulillah" means</w:t>
      </w:r>
    </w:p>
    <w:p>
      <w:r>
        <w:rPr>
          <w:b/>
        </w:rPr>
        <w:t xml:space="preserve">[14:10] </w:t>
      </w:r>
      <w:r>
        <w:t>that you are acknowledging all those blessings and presenting your thanksgiving to God Almighty.</w:t>
      </w:r>
    </w:p>
    <w:p>
      <w:pPr>
        <w:jc w:val="right"/>
      </w:pPr>
      <w:r>
        <w:t>that you are acknowledging all those blessings and presenting your thanksgiving to God Almighty.</w:t>
      </w:r>
    </w:p>
    <w:p>
      <w:r>
        <w:rPr>
          <w:b/>
        </w:rPr>
        <w:t xml:space="preserve">[14:26] </w:t>
      </w:r>
      <w:r>
        <w:t>Then, after reading some more verses from the Qur'an, you go to Ruku.</w:t>
      </w:r>
    </w:p>
    <w:p>
      <w:pPr>
        <w:jc w:val="right"/>
      </w:pPr>
      <w:r>
        <w:t>Then, after reading some more verses from the Qur'an, you go to Ruku.</w:t>
      </w:r>
    </w:p>
    <w:p>
      <w:r>
        <w:rPr>
          <w:b/>
        </w:rPr>
        <w:t xml:space="preserve">[14:35] </w:t>
      </w:r>
      <w:r>
        <w:t>You bow your head before God. Then you do Sujudah. You put your head on the earth</w:t>
      </w:r>
    </w:p>
    <w:p>
      <w:pPr>
        <w:jc w:val="right"/>
      </w:pPr>
      <w:r>
        <w:t>You bow your head before God. Then you do Sujudah. You put your head on the earth</w:t>
      </w:r>
    </w:p>
    <w:p>
      <w:r>
        <w:rPr>
          <w:b/>
        </w:rPr>
        <w:t xml:space="preserve">[14:50] </w:t>
      </w:r>
      <w:r>
        <w:t>. This is</w:t>
      </w:r>
    </w:p>
    <w:p>
      <w:pPr>
        <w:jc w:val="right"/>
      </w:pPr>
      <w:r>
        <w:t>. This is</w:t>
      </w:r>
    </w:p>
    <w:p>
      <w:r>
        <w:rPr>
          <w:b/>
        </w:rPr>
        <w:t xml:space="preserve">[14:54] </w:t>
      </w:r>
      <w:r>
        <w:t>a</w:t>
      </w:r>
    </w:p>
    <w:p>
      <w:pPr>
        <w:jc w:val="right"/>
      </w:pPr>
      <w:r>
        <w:t>a</w:t>
      </w:r>
    </w:p>
    <w:p>
      <w:r>
        <w:rPr>
          <w:b/>
        </w:rPr>
        <w:t xml:space="preserve">[14:58] </w:t>
      </w:r>
      <w:r>
        <w:t>symbol of surrendering before God. It is a symbol of submission. Submission is the essence of Salat.</w:t>
      </w:r>
    </w:p>
    <w:p>
      <w:pPr>
        <w:jc w:val="right"/>
      </w:pPr>
      <w:r>
        <w:t>symbol of surrendering before God. It is a symbol of submission. Submission is the essence of Salat.</w:t>
      </w:r>
    </w:p>
    <w:p>
      <w:r>
        <w:rPr>
          <w:b/>
        </w:rPr>
        <w:t xml:space="preserve">[15:12] </w:t>
      </w:r>
      <w:r>
        <w:t>Submission is the universal religion.</w:t>
      </w:r>
    </w:p>
    <w:p>
      <w:pPr>
        <w:jc w:val="right"/>
      </w:pPr>
      <w:r>
        <w:t>Submission is the universal religion.</w:t>
      </w:r>
    </w:p>
    <w:p>
      <w:r>
        <w:rPr>
          <w:b/>
        </w:rPr>
        <w:t xml:space="preserve">[15:19] </w:t>
      </w:r>
      <w:r>
        <w:t>Submission is the religion of both man and the universe.</w:t>
      </w:r>
    </w:p>
    <w:p>
      <w:pPr>
        <w:jc w:val="right"/>
      </w:pPr>
      <w:r>
        <w:t>Submission is the religion of both man and the universe.</w:t>
      </w:r>
    </w:p>
    <w:p>
      <w:r>
        <w:rPr>
          <w:b/>
        </w:rPr>
        <w:t xml:space="preserve">[15:26] </w:t>
      </w:r>
      <w:r>
        <w:t>The whole universe, all parts of the universe, all planets, all stars, and mountains and oceans, everything</w:t>
      </w:r>
    </w:p>
    <w:p>
      <w:pPr>
        <w:jc w:val="right"/>
      </w:pPr>
      <w:r>
        <w:t>The whole universe, all parts of the universe, all planets, all stars, and mountains and oceans, everything</w:t>
      </w:r>
    </w:p>
    <w:p>
      <w:r>
        <w:rPr>
          <w:b/>
        </w:rPr>
        <w:t xml:space="preserve">[15:42] </w:t>
      </w:r>
      <w:r>
        <w:t>is submitted to God.</w:t>
      </w:r>
    </w:p>
    <w:p>
      <w:pPr>
        <w:jc w:val="right"/>
      </w:pPr>
      <w:r>
        <w:t>is submitted to God.</w:t>
      </w:r>
    </w:p>
    <w:p>
      <w:r>
        <w:rPr>
          <w:b/>
        </w:rPr>
        <w:t xml:space="preserve">[15:46] </w:t>
      </w:r>
      <w:r>
        <w:t>Everything is surrendering to God. So Namaaz is also an act of surrender, an act of submission.</w:t>
      </w:r>
    </w:p>
    <w:p>
      <w:pPr>
        <w:jc w:val="right"/>
      </w:pPr>
      <w:r>
        <w:t>Everything is surrendering to God. So Namaaz is also an act of surrender, an act of submission.</w:t>
      </w:r>
    </w:p>
    <w:p>
      <w:r>
        <w:rPr>
          <w:b/>
        </w:rPr>
        <w:t xml:space="preserve">[16:01] </w:t>
      </w:r>
      <w:r>
        <w:t>So when you perform Ruku, when you perform Sujudah, so externally, it is Ruku or Sujudah.</w:t>
      </w:r>
    </w:p>
    <w:p>
      <w:pPr>
        <w:jc w:val="right"/>
      </w:pPr>
      <w:r>
        <w:t>So when you perform Ruku, when you perform Sujudah, so externally, it is Ruku or Sujudah.</w:t>
      </w:r>
    </w:p>
    <w:p>
      <w:r>
        <w:rPr>
          <w:b/>
        </w:rPr>
        <w:t xml:space="preserve">[16:16] </w:t>
      </w:r>
      <w:r>
        <w:t>But internally, it is surrender. It is submission. This is the spirit of Salat.</w:t>
      </w:r>
    </w:p>
    <w:p>
      <w:pPr>
        <w:jc w:val="right"/>
      </w:pPr>
      <w:r>
        <w:t>But internally, it is surrender. It is submission. This is the spirit of Salat.</w:t>
      </w:r>
    </w:p>
    <w:p>
      <w:r>
        <w:rPr>
          <w:b/>
        </w:rPr>
        <w:t xml:space="preserve">[16:28] </w:t>
      </w:r>
      <w:r>
        <w:t>Then you recite some more Kalimat, like some "Allahu liman hamda," "Allahu Akbar," and some parts of the Qur'an.</w:t>
      </w:r>
    </w:p>
    <w:p>
      <w:pPr>
        <w:jc w:val="right"/>
      </w:pPr>
      <w:r>
        <w:t>Then you recite some more Kalimat, like some "Allahu liman hamda," "Allahu Akbar," and some parts of the Qur'an.</w:t>
      </w:r>
    </w:p>
    <w:p>
      <w:r>
        <w:rPr>
          <w:b/>
        </w:rPr>
        <w:t xml:space="preserve">[16:44] </w:t>
      </w:r>
      <w:r>
        <w:t>And you perform several units like th</w:t>
      </w:r>
    </w:p>
    <w:p>
      <w:pPr>
        <w:jc w:val="right"/>
      </w:pPr>
      <w:r>
        <w:t>And you perform several units like th</w:t>
      </w:r>
    </w:p>
    <w:p>
      <w:r>
        <w:rPr>
          <w:b/>
        </w:rPr>
        <w:t xml:space="preserve">[16:51] </w:t>
      </w:r>
      <w:r>
        <w:t>is. You know, there are</w:t>
      </w:r>
    </w:p>
    <w:p>
      <w:pPr>
        <w:jc w:val="right"/>
      </w:pPr>
      <w:r>
        <w:t>is. You know, there are</w:t>
      </w:r>
    </w:p>
    <w:p>
      <w:r>
        <w:rPr>
          <w:b/>
        </w:rPr>
        <w:t xml:space="preserve">[16:58] </w:t>
      </w:r>
      <w:r>
        <w:t>you know that Namaaz comprises several units. Some two units, some three units, some four units.</w:t>
      </w:r>
    </w:p>
    <w:p>
      <w:pPr>
        <w:jc w:val="right"/>
      </w:pPr>
      <w:r>
        <w:t>you know that Namaaz comprises several units. Some two units, some three units, some four units.</w:t>
      </w:r>
    </w:p>
    <w:p>
      <w:r>
        <w:rPr>
          <w:b/>
        </w:rPr>
        <w:t xml:space="preserve">[17:15] </w:t>
      </w:r>
      <w:r>
        <w:t>So every believer performs Namaaz with these units.</w:t>
      </w:r>
    </w:p>
    <w:p>
      <w:pPr>
        <w:jc w:val="right"/>
      </w:pPr>
      <w:r>
        <w:t>So every believer performs Namaaz with these units.</w:t>
      </w:r>
    </w:p>
    <w:p>
      <w:r>
        <w:rPr>
          <w:b/>
        </w:rPr>
        <w:t xml:space="preserve">[17:25] </w:t>
      </w:r>
      <w:r>
        <w:t>In the Salatul Fajr, the morning prayer, there are two unit</w:t>
      </w:r>
    </w:p>
    <w:p>
      <w:pPr>
        <w:jc w:val="right"/>
      </w:pPr>
      <w:r>
        <w:t>In the Salatul Fajr, the morning prayer, there are two unit</w:t>
      </w:r>
    </w:p>
    <w:p>
      <w:r>
        <w:rPr>
          <w:b/>
        </w:rPr>
        <w:t xml:space="preserve">[17:36] </w:t>
      </w:r>
      <w:r>
        <w:t>s. And in</w:t>
      </w:r>
    </w:p>
    <w:p>
      <w:pPr>
        <w:jc w:val="right"/>
      </w:pPr>
      <w:r>
        <w:t>s. And in</w:t>
      </w:r>
    </w:p>
    <w:p>
      <w:r>
        <w:rPr>
          <w:b/>
        </w:rPr>
        <w:t xml:space="preserve">[17:42] </w:t>
      </w:r>
      <w:r>
        <w:t>the Salatul Maghrib, that is just after sunset, there are three units.</w:t>
      </w:r>
    </w:p>
    <w:p>
      <w:pPr>
        <w:jc w:val="right"/>
      </w:pPr>
      <w:r>
        <w:t>the Salatul Maghrib, that is just after sunset, there are three units.</w:t>
      </w:r>
    </w:p>
    <w:p>
      <w:r>
        <w:rPr>
          <w:b/>
        </w:rPr>
        <w:t xml:space="preserve">[17:51] </w:t>
      </w:r>
      <w:r>
        <w:t>And in Dhuhr and Asr, Isha', there are four units. This is the</w:t>
      </w:r>
    </w:p>
    <w:p>
      <w:pPr>
        <w:jc w:val="right"/>
      </w:pPr>
      <w:r>
        <w:t>And in Dhuhr and Asr, Isha', there are four units. This is the</w:t>
      </w:r>
    </w:p>
    <w:p>
      <w:r>
        <w:rPr>
          <w:b/>
        </w:rPr>
        <w:t xml:space="preserve">[18:02] </w:t>
      </w:r>
      <w:r>
        <w:t>form of Namaz</w:t>
      </w:r>
    </w:p>
    <w:p>
      <w:pPr>
        <w:jc w:val="right"/>
      </w:pPr>
      <w:r>
        <w:t>form of Namaaz</w:t>
      </w:r>
    </w:p>
    <w:p>
      <w:r>
        <w:rPr>
          <w:b/>
        </w:rPr>
        <w:t xml:space="preserve">[18:05] </w:t>
      </w:r>
      <w:r>
        <w:t>So there is a form of Namaz, a complete form. But only form is not the whole Namaz.</w:t>
      </w:r>
    </w:p>
    <w:p>
      <w:pPr>
        <w:jc w:val="right"/>
      </w:pPr>
      <w:r>
        <w:t>. So there is a form of Namaaz, a complete form. But only form is not the whole Namaaz.</w:t>
      </w:r>
    </w:p>
    <w:p>
      <w:r>
        <w:rPr>
          <w:b/>
        </w:rPr>
        <w:t xml:space="preserve">[18:18] </w:t>
      </w:r>
      <w:r>
        <w:t>In every Namaz, in every Salat, there are two aspects. It's outer form and its inner content.</w:t>
      </w:r>
    </w:p>
    <w:p>
      <w:pPr>
        <w:jc w:val="right"/>
      </w:pPr>
      <w:r>
        <w:t>In every Namaaz, in every Salat, there are two aspects. It's outer form and its inner content.</w:t>
      </w:r>
    </w:p>
    <w:p>
      <w:r>
        <w:rPr>
          <w:b/>
        </w:rPr>
        <w:t xml:space="preserve">[18:32] </w:t>
      </w:r>
      <w:r>
        <w:t>So inner content is Taqwa,</w:t>
      </w:r>
    </w:p>
    <w:p>
      <w:pPr>
        <w:jc w:val="right"/>
      </w:pPr>
      <w:r>
        <w:t>So inner content is Taqwa,</w:t>
      </w:r>
    </w:p>
    <w:p>
      <w:r>
        <w:rPr>
          <w:b/>
        </w:rPr>
        <w:t xml:space="preserve">[18:39] </w:t>
      </w:r>
      <w:r>
        <w:t>fear of God. And in the outer content, there is Ruku and Sujudah and Qiyam. Qiyam and Ruku and Sujudah are its outer form.</w:t>
      </w:r>
    </w:p>
    <w:p>
      <w:pPr>
        <w:jc w:val="right"/>
      </w:pPr>
      <w:r>
        <w:t>fear of God. And in the outer content, there is Ruku and Sujudah and Qiyam. Qiyam and Ruku and Sujudah are its outer form.</w:t>
      </w:r>
    </w:p>
    <w:p>
      <w:r>
        <w:rPr>
          <w:b/>
        </w:rPr>
        <w:t xml:space="preserve">[18:54] </w:t>
      </w:r>
      <w:r>
        <w:t>And the inner form is Taqwa, fear of God.</w:t>
      </w:r>
    </w:p>
    <w:p>
      <w:pPr>
        <w:jc w:val="right"/>
      </w:pPr>
      <w:r>
        <w:t>And the inner form is Taqwa, fear of God.</w:t>
      </w:r>
    </w:p>
    <w:p>
      <w:r>
        <w:rPr>
          <w:b/>
        </w:rPr>
        <w:t xml:space="preserve">[19:01] </w:t>
      </w:r>
      <w:r>
        <w:t>There is a hadith, la salata liman lam yata khashsha</w:t>
      </w:r>
    </w:p>
    <w:p>
      <w:pPr>
        <w:jc w:val="right"/>
      </w:pPr>
      <w:r>
        <w:t>There is a hadith, لا صلاة لملم يتخشى</w:t>
      </w:r>
    </w:p>
    <w:p>
      <w:r>
        <w:rPr>
          <w:b/>
        </w:rPr>
        <w:t xml:space="preserve">[19:12] </w:t>
      </w:r>
      <w:r>
        <w:t>Only that Namaz is Namaz in which there is Taqwa. It means that without Taqwa, without fear of God, Namaz is nothing.</w:t>
      </w:r>
    </w:p>
    <w:p>
      <w:pPr>
        <w:jc w:val="right"/>
      </w:pPr>
      <w:r>
        <w:t>Only that Namaaz is Namaaz in which there is Taqwa. It means that without Taqwa, without fear of God, Namaaz is nothing.</w:t>
      </w:r>
    </w:p>
    <w:p>
      <w:r>
        <w:rPr>
          <w:b/>
        </w:rPr>
        <w:t xml:space="preserve">[19:29] </w:t>
      </w:r>
      <w:r>
        <w:t>There is a hadith that</w:t>
      </w:r>
    </w:p>
    <w:p>
      <w:pPr>
        <w:jc w:val="right"/>
      </w:pPr>
      <w:r>
        <w:t>There is a hadith that</w:t>
      </w:r>
    </w:p>
    <w:p>
      <w:r>
        <w:rPr>
          <w:b/>
        </w:rPr>
        <w:t xml:space="preserve">[19:35] </w:t>
      </w:r>
      <w:r>
        <w:t>one day the Prophet sallallahu alaihi wasallam was sitting in the mosque of Madinah. Then a person came, a Muslim, over there</w:t>
      </w:r>
    </w:p>
    <w:p>
      <w:pPr>
        <w:jc w:val="right"/>
      </w:pPr>
      <w:r>
        <w:t>one day the Prophet صلى الله عليه وسلم was sitting in the mosque of Madinah. Then a person came, a Muslim, over ther</w:t>
      </w:r>
    </w:p>
    <w:p>
      <w:r>
        <w:rPr>
          <w:b/>
        </w:rPr>
        <w:t xml:space="preserve">[19:48] </w:t>
      </w:r>
      <w:r>
        <w:t>He performed Namaz, perhaps Tahiyyat al-Masjid. Then he came to the Prophet sallallahu alaihi wasallam and said, "As-Salamu alaykum." The Prophet sallallahu alaihi wasallam said, "Irji fasalli fa innaka lam tasalli."</w:t>
      </w:r>
    </w:p>
    <w:p>
      <w:pPr>
        <w:jc w:val="right"/>
      </w:pPr>
      <w:r>
        <w:t>e. He performed Namaaz, perhaps Tahiyyat al-Masjid. Then he came to the Prophet صلى الله عليه وسلم and said, "As-Salamu alaykum." The Prophet صلى الله عليه وسلم said, "Irji fasalli fa innaka lam tasalli."</w:t>
      </w:r>
    </w:p>
    <w:p>
      <w:r>
        <w:rPr>
          <w:b/>
        </w:rPr>
        <w:t xml:space="preserve">[20:14] </w:t>
      </w:r>
      <w:r>
        <w:t>It means that go back and perform again your Namaz.</w:t>
      </w:r>
    </w:p>
    <w:p>
      <w:pPr>
        <w:jc w:val="right"/>
      </w:pPr>
      <w:r>
        <w:t>It means that go back and perform again your Namaaz.</w:t>
      </w:r>
    </w:p>
    <w:p>
      <w:r>
        <w:rPr>
          <w:b/>
        </w:rPr>
        <w:t xml:space="preserve">[20:23] </w:t>
      </w:r>
      <w:r>
        <w:t>You see, this person has already performed the Namaz. But his Namaz was only in its outer form, its external form, in the form of Qiyam and Ruku and Sujudah.</w:t>
      </w:r>
    </w:p>
    <w:p>
      <w:pPr>
        <w:jc w:val="right"/>
      </w:pPr>
      <w:r>
        <w:t>You see, this person has already performed the Namaaz. But his Namaaz was only in its outer form, its external form, in the form of Qiyam and Ruku and Sujudah.</w:t>
      </w:r>
    </w:p>
    <w:p>
      <w:r>
        <w:rPr>
          <w:b/>
        </w:rPr>
        <w:t xml:space="preserve">[20:40] </w:t>
      </w:r>
      <w:r>
        <w:t>But the inner spirit was absent in his Namaz. But the inner spirit was absent in his Namaz.</w:t>
      </w:r>
    </w:p>
    <w:p>
      <w:pPr>
        <w:jc w:val="right"/>
      </w:pPr>
      <w:r>
        <w:t>But the inner spirit was absent in his Namaaz. But the inner spirit was absent in his Namaaz.</w:t>
      </w:r>
    </w:p>
    <w:p>
      <w:r>
        <w:rPr>
          <w:b/>
        </w:rPr>
        <w:t xml:space="preserve">[20:53] </w:t>
      </w:r>
      <w:r>
        <w:t>So the Prophet sallallahu alaihi wasallam said, "Go back and perform your Namaz again. Because this kind of Namaz will not be accepted by God." So</w:t>
      </w:r>
    </w:p>
    <w:p>
      <w:pPr>
        <w:jc w:val="right"/>
      </w:pPr>
      <w:r>
        <w:t>So the Prophet صلى الله عليه وسلم said, "Go back and perform your Namaaz again. Because this kind of Namaaz will not be accepted by God." So</w:t>
      </w:r>
    </w:p>
    <w:p>
      <w:r>
        <w:rPr>
          <w:b/>
        </w:rPr>
        <w:t xml:space="preserve">[21:13] </w:t>
      </w:r>
      <w:r>
        <w:t>then let us take the Salatul Jama'ah, that is congregational prayer.</w:t>
      </w:r>
    </w:p>
    <w:p>
      <w:pPr>
        <w:jc w:val="right"/>
      </w:pPr>
      <w:r>
        <w:t>then let us take the Salatul Jama'ah, that is congregational prayer.</w:t>
      </w:r>
    </w:p>
    <w:p>
      <w:r>
        <w:rPr>
          <w:b/>
        </w:rPr>
        <w:t xml:space="preserve">[21:25] </w:t>
      </w:r>
      <w:r>
        <w:t>In every mosque, you see that people gather over there. They perform Namaz in a congregational way.</w:t>
      </w:r>
    </w:p>
    <w:p>
      <w:pPr>
        <w:jc w:val="right"/>
      </w:pPr>
      <w:r>
        <w:t>In every mosque, you see that people gather over there. They perform Namaaz in a congregational way.</w:t>
      </w:r>
    </w:p>
    <w:p>
      <w:r>
        <w:rPr>
          <w:b/>
        </w:rPr>
        <w:t xml:space="preserve">[21:39] </w:t>
      </w:r>
      <w:r>
        <w:t>That is, one among those Muslims stands before on Musalla and he leads the</w:t>
      </w:r>
    </w:p>
    <w:p>
      <w:pPr>
        <w:jc w:val="right"/>
      </w:pPr>
      <w:r>
        <w:t>That is, one among those Muslims stands before on Musalla and he leads the</w:t>
      </w:r>
    </w:p>
    <w:p>
      <w:r>
        <w:rPr>
          <w:b/>
        </w:rPr>
        <w:t xml:space="preserve">[21:51] </w:t>
      </w:r>
      <w:r>
        <w:t>Namaz. And all other Muslims</w:t>
      </w:r>
    </w:p>
    <w:p>
      <w:pPr>
        <w:jc w:val="right"/>
      </w:pPr>
      <w:r>
        <w:t>Namaaz. And all other Muslims</w:t>
      </w:r>
    </w:p>
    <w:p>
      <w:r>
        <w:rPr>
          <w:b/>
        </w:rPr>
        <w:t xml:space="preserve">[21:58] </w:t>
      </w:r>
      <w:r>
        <w:t>follow this Imam.</w:t>
      </w:r>
    </w:p>
    <w:p>
      <w:pPr>
        <w:jc w:val="right"/>
      </w:pPr>
      <w:r>
        <w:t>follow this Imam.</w:t>
      </w:r>
    </w:p>
    <w:p>
      <w:r>
        <w:rPr>
          <w:b/>
        </w:rPr>
        <w:t xml:space="preserve">[22:07] </w:t>
      </w:r>
      <w:r>
        <w:t>So this has a great lesson. It means that if you are 10,000 or 10,000, you have to live life like this.</w:t>
      </w:r>
    </w:p>
    <w:p>
      <w:pPr>
        <w:jc w:val="right"/>
      </w:pPr>
      <w:r>
        <w:t>So this has a great lesson. It means that if you are 10,000 or 10,000, you have to live life like this.</w:t>
      </w:r>
    </w:p>
    <w:p>
      <w:r>
        <w:rPr>
          <w:b/>
        </w:rPr>
        <w:t xml:space="preserve">[22:26] </w:t>
      </w:r>
      <w:r>
        <w:t>This is a message of unity, a message of organization.</w:t>
      </w:r>
    </w:p>
    <w:p>
      <w:pPr>
        <w:jc w:val="right"/>
      </w:pPr>
      <w:r>
        <w:t>This is a message of unity, a message of organization.</w:t>
      </w:r>
    </w:p>
    <w:p>
      <w:r>
        <w:rPr>
          <w:b/>
        </w:rPr>
        <w:t xml:space="preserve">[22:34] </w:t>
      </w:r>
      <w:r>
        <w:t>It means that you have to</w:t>
      </w:r>
    </w:p>
    <w:p>
      <w:pPr>
        <w:jc w:val="right"/>
      </w:pPr>
      <w:r>
        <w:t>It means that you have to</w:t>
      </w:r>
    </w:p>
    <w:p>
      <w:r>
        <w:rPr>
          <w:b/>
        </w:rPr>
        <w:t xml:space="preserve">[22:40] </w:t>
      </w:r>
      <w:r>
        <w:t>select one person as your leader. And all the other believers must follow this leader.</w:t>
      </w:r>
    </w:p>
    <w:p>
      <w:pPr>
        <w:jc w:val="right"/>
      </w:pPr>
      <w:r>
        <w:t>select one person as your leader. And all the other believers must follow this leader.</w:t>
      </w:r>
    </w:p>
    <w:p>
      <w:r>
        <w:rPr>
          <w:b/>
        </w:rPr>
        <w:t xml:space="preserve">[22:51] </w:t>
      </w:r>
      <w:r>
        <w:t>Just like congregational prayer.</w:t>
      </w:r>
    </w:p>
    <w:p>
      <w:pPr>
        <w:jc w:val="right"/>
      </w:pPr>
      <w:r>
        <w:t>Just like congregational prayer.</w:t>
      </w:r>
    </w:p>
    <w:p>
      <w:r>
        <w:rPr>
          <w:b/>
        </w:rPr>
        <w:t xml:space="preserve">[22:56] </w:t>
      </w:r>
      <w:r>
        <w:t>You know, in congregational prayer, one Imam</w:t>
      </w:r>
    </w:p>
    <w:p>
      <w:pPr>
        <w:jc w:val="right"/>
      </w:pPr>
      <w:r>
        <w:t>You know, in congregational prayer, one Imam</w:t>
      </w:r>
    </w:p>
    <w:p>
      <w:r>
        <w:rPr>
          <w:b/>
        </w:rPr>
        <w:t xml:space="preserve">[23:03] </w:t>
      </w:r>
      <w:r>
        <w:t>is the leader. And all believers are standing</w:t>
      </w:r>
    </w:p>
    <w:p>
      <w:pPr>
        <w:jc w:val="right"/>
      </w:pPr>
      <w:r>
        <w:t>is the leader. And all believers are standing</w:t>
      </w:r>
    </w:p>
    <w:p>
      <w:r>
        <w:rPr>
          <w:b/>
        </w:rPr>
        <w:t xml:space="preserve">[23:16] </w:t>
      </w:r>
      <w:r>
        <w:t>behind him</w:t>
      </w:r>
    </w:p>
    <w:p>
      <w:pPr>
        <w:jc w:val="right"/>
      </w:pPr>
      <w:r>
        <w:t>behind him</w:t>
      </w:r>
    </w:p>
    <w:p>
      <w:r>
        <w:rPr>
          <w:b/>
        </w:rPr>
        <w:t xml:space="preserve">[23:18] </w:t>
      </w:r>
      <w:r>
        <w:t>. So all</w:t>
      </w:r>
    </w:p>
    <w:p>
      <w:pPr>
        <w:jc w:val="right"/>
      </w:pPr>
      <w:r>
        <w:t>. So all</w:t>
      </w:r>
    </w:p>
    <w:p>
      <w:r>
        <w:rPr>
          <w:b/>
        </w:rPr>
        <w:t xml:space="preserve">[23:21] </w:t>
      </w:r>
      <w:r>
        <w:t>all the believers, except one, take the seat behind that Imam.</w:t>
      </w:r>
    </w:p>
    <w:p>
      <w:pPr>
        <w:jc w:val="right"/>
      </w:pPr>
      <w:r>
        <w:t>all the believers, except one, take the seat behind that Imam.</w:t>
      </w:r>
    </w:p>
    <w:p>
      <w:r>
        <w:rPr>
          <w:b/>
        </w:rPr>
        <w:t xml:space="preserve">[23:33] </w:t>
      </w:r>
      <w:r>
        <w:t>This is the Islamic organization. That is the way of Islamic unity.</w:t>
      </w:r>
    </w:p>
    <w:p>
      <w:pPr>
        <w:jc w:val="right"/>
      </w:pPr>
      <w:r>
        <w:t>This is the Islamic organization. That is the way of Islamic unity.</w:t>
      </w:r>
    </w:p>
    <w:p>
      <w:r>
        <w:rPr>
          <w:b/>
        </w:rPr>
        <w:t xml:space="preserve">[23:43] </w:t>
      </w:r>
      <w:r>
        <w:t>You have to select one as your Imam or leader. And every Muslim, every believer, must follow this leader completely.</w:t>
      </w:r>
    </w:p>
    <w:p>
      <w:pPr>
        <w:jc w:val="right"/>
      </w:pPr>
      <w:r>
        <w:t>You have to select one as your Imam or leader. And every Muslim, every believer, must follow this leader completely.</w:t>
      </w:r>
    </w:p>
    <w:p>
      <w:r>
        <w:rPr>
          <w:b/>
        </w:rPr>
        <w:t xml:space="preserve">[24:01] </w:t>
      </w:r>
      <w:r>
        <w:t>This is the secret of unity. This is the method of organization.</w:t>
      </w:r>
    </w:p>
    <w:p>
      <w:pPr>
        <w:jc w:val="right"/>
      </w:pPr>
      <w:r>
        <w:t>This is the secret of unity. This is the method of organization.</w:t>
      </w:r>
    </w:p>
    <w:p>
      <w:r>
        <w:rPr>
          <w:b/>
        </w:rPr>
        <w:t xml:space="preserve">[24:11] </w:t>
      </w:r>
      <w:r>
        <w:t>This is the true spirit of Islam. Then in the end,</w:t>
      </w:r>
    </w:p>
    <w:p>
      <w:pPr>
        <w:jc w:val="right"/>
      </w:pPr>
      <w:r>
        <w:t>This is the true spirit of Islam. Then in the end,</w:t>
      </w:r>
    </w:p>
    <w:p>
      <w:r>
        <w:rPr>
          <w:b/>
        </w:rPr>
        <w:t xml:space="preserve">[24:25] </w:t>
      </w:r>
      <w:r>
        <w:t>when we complete Namaaz, so in the end, every Muslim says like this, assalam o alaikum warahmatullah assalam o alaikum warahmatullah</w:t>
      </w:r>
    </w:p>
    <w:p>
      <w:pPr>
        <w:jc w:val="right"/>
      </w:pPr>
      <w:r>
        <w:t>when we complete Namaaz, so in the end, every Muslim says like this, السلام عليكم ورحمة الله السلام عليكم ورحمة الله</w:t>
      </w:r>
    </w:p>
    <w:p>
      <w:r>
        <w:rPr>
          <w:b/>
        </w:rPr>
        <w:t xml:space="preserve">[24:41] </w:t>
      </w:r>
      <w:r>
        <w:t>This is the last word of Namaaz. Now, what it means</w:t>
      </w:r>
    </w:p>
    <w:p>
      <w:pPr>
        <w:jc w:val="right"/>
      </w:pPr>
      <w:r>
        <w:t>This is the last word of Namaaz. Now, what it means</w:t>
      </w:r>
    </w:p>
    <w:p>
      <w:r>
        <w:rPr>
          <w:b/>
        </w:rPr>
        <w:t xml:space="preserve">[24:53] </w:t>
      </w:r>
      <w:r>
        <w:t>means peace and blessing upon you. Peace be upon you and the blessing of God be upon you.</w:t>
      </w:r>
    </w:p>
    <w:p>
      <w:pPr>
        <w:jc w:val="right"/>
      </w:pPr>
      <w:r>
        <w:t>means peace and blessing upon you. Peace be upon you and the blessing of God be upon you.</w:t>
      </w:r>
    </w:p>
    <w:p>
      <w:r>
        <w:rPr>
          <w:b/>
        </w:rPr>
        <w:t xml:space="preserve">[25:08] </w:t>
      </w:r>
      <w:r>
        <w:t>This is the last word of Namaaz. By saying this, the believer addresses all mankind, all those people who are living on this globe.</w:t>
      </w:r>
    </w:p>
    <w:p>
      <w:pPr>
        <w:jc w:val="right"/>
      </w:pPr>
      <w:r>
        <w:t>This is the last word of Namaaz. By saying this, the believer addresses all mankind, all those people who are living on this globe.</w:t>
      </w:r>
    </w:p>
    <w:p>
      <w:r>
        <w:rPr>
          <w:b/>
        </w:rPr>
        <w:t xml:space="preserve">[25:29] </w:t>
      </w:r>
      <w:r>
        <w:t>It is not a simple recitation. It is not a simple word</w:t>
      </w:r>
    </w:p>
    <w:p>
      <w:pPr>
        <w:jc w:val="right"/>
      </w:pPr>
      <w:r>
        <w:t>It is not a simple recitation. It is not a simple word</w:t>
      </w:r>
    </w:p>
    <w:p>
      <w:r>
        <w:rPr>
          <w:b/>
        </w:rPr>
        <w:t xml:space="preserve">[25:37] </w:t>
      </w:r>
      <w:r>
        <w:t>. By saying assalam o alaikum warahmatullah believers, address all human beings, all men and women living on the globe.</w:t>
      </w:r>
    </w:p>
    <w:p>
      <w:pPr>
        <w:jc w:val="right"/>
      </w:pPr>
      <w:r>
        <w:t>. By saying السلام عليكم ورحمة الله believers, address all human beings, all men and women living on the globe.</w:t>
      </w:r>
    </w:p>
    <w:p>
      <w:r>
        <w:rPr>
          <w:b/>
        </w:rPr>
        <w:t xml:space="preserve">[25:52] </w:t>
      </w:r>
      <w:r>
        <w:t>Explaining this, a great scholar, a great Muslim scholar, a great Islamic scholar has said his name was Ibn Uwayyah.</w:t>
      </w:r>
    </w:p>
    <w:p>
      <w:pPr>
        <w:jc w:val="right"/>
      </w:pPr>
      <w:r>
        <w:t>Explaining this, a great scholar, a great Muslim scholar, a great Islamic scholar has said his name was Ibn Uwayyah.</w:t>
      </w:r>
    </w:p>
    <w:p>
      <w:r>
        <w:rPr>
          <w:b/>
        </w:rPr>
        <w:t xml:space="preserve">[26:10] </w:t>
      </w:r>
      <w:r>
        <w:t>So Ibn Uwayyah says, "Do you know hal tadri salam Do you know what is saying salam</w:t>
      </w:r>
    </w:p>
    <w:p>
      <w:pPr>
        <w:jc w:val="right"/>
      </w:pPr>
      <w:r>
        <w:t>So Ibn Uwayyah says, "Do you know هل تدريم السلام Do you know what is saying السلام</w:t>
      </w:r>
    </w:p>
    <w:p>
      <w:r>
        <w:rPr>
          <w:b/>
        </w:rPr>
        <w:t xml:space="preserve">[26:22] </w:t>
      </w:r>
      <w:r>
        <w:t>? What is the meaning of salam?" yaqool anta aaman minni anta aaman minni By saying this,</w:t>
      </w:r>
    </w:p>
    <w:p>
      <w:pPr>
        <w:jc w:val="right"/>
      </w:pPr>
      <w:r>
        <w:t>? What is the meaning of السلام?" يقول أنت آمن مني أنت آمن مني By saying this,</w:t>
      </w:r>
    </w:p>
    <w:p>
      <w:r>
        <w:rPr>
          <w:b/>
        </w:rPr>
        <w:t xml:space="preserve">[26:33] </w:t>
      </w:r>
      <w:r>
        <w:t>the believers say, "Oh people, you are safe from myself.</w:t>
      </w:r>
    </w:p>
    <w:p>
      <w:pPr>
        <w:jc w:val="right"/>
      </w:pPr>
      <w:r>
        <w:t>the believers say, "Oh people, you are safe from myself.</w:t>
      </w:r>
    </w:p>
    <w:p>
      <w:r>
        <w:rPr>
          <w:b/>
        </w:rPr>
        <w:t xml:space="preserve">[26:44] </w:t>
      </w:r>
      <w:r>
        <w:t>I am not going to create any problem for you."</w:t>
      </w:r>
    </w:p>
    <w:p>
      <w:pPr>
        <w:jc w:val="right"/>
      </w:pPr>
      <w:r>
        <w:t>I am not going to create any problem for you."</w:t>
      </w:r>
    </w:p>
    <w:p>
      <w:r>
        <w:rPr>
          <w:b/>
        </w:rPr>
        <w:t xml:space="preserve">[26:50] </w:t>
      </w:r>
      <w:r>
        <w:t>So this is the Namaaz or Salat. One who performs this Salat with its literal spirit,</w:t>
      </w:r>
    </w:p>
    <w:p>
      <w:pPr>
        <w:jc w:val="right"/>
      </w:pPr>
      <w:r>
        <w:t>So this is the Namaaz or Salat. One who performs this Salat with its literal spirit,</w:t>
      </w:r>
    </w:p>
    <w:p>
      <w:r>
        <w:rPr>
          <w:b/>
        </w:rPr>
        <w:t xml:space="preserve">[27:06] </w:t>
      </w:r>
      <w:r>
        <w:t>with its inner content and its outer form, so it is but natural that he will live in his societ</w:t>
      </w:r>
    </w:p>
    <w:p>
      <w:pPr>
        <w:jc w:val="right"/>
      </w:pPr>
      <w:r>
        <w:t>with its inner content and its outer form, so it is but natural that he will live in his societ</w:t>
      </w:r>
    </w:p>
    <w:p>
      <w:r>
        <w:rPr>
          <w:b/>
        </w:rPr>
        <w:t xml:space="preserve">[27:22] </w:t>
      </w:r>
      <w:r>
        <w:t>y. He must live in his society as a peaceful member.</w:t>
      </w:r>
    </w:p>
    <w:p>
      <w:pPr>
        <w:jc w:val="right"/>
      </w:pPr>
      <w:r>
        <w:t>y. He must live in his society as a peaceful member.</w:t>
      </w:r>
    </w:p>
    <w:p>
      <w:r>
        <w:rPr>
          <w:b/>
        </w:rPr>
        <w:t xml:space="preserve">[27:31] </w:t>
      </w:r>
      <w:r>
        <w:t>So Salat inculcates the spirit of peace, the spirit of love towards all human beings.</w:t>
      </w:r>
    </w:p>
    <w:p>
      <w:pPr>
        <w:jc w:val="right"/>
      </w:pPr>
      <w:r>
        <w:t>So Salat inculcates the spirit of peace, the spirit of love towards all human beings.</w:t>
      </w:r>
    </w:p>
    <w:p>
      <w:r>
        <w:rPr>
          <w:b/>
        </w:rPr>
        <w:t xml:space="preserve">[27:42] </w:t>
      </w:r>
      <w:r>
        <w:t>Salat or Namaaz inculcates the spirit of Taqwa, that is fear of God.</w:t>
      </w:r>
    </w:p>
    <w:p>
      <w:pPr>
        <w:jc w:val="right"/>
      </w:pPr>
      <w:r>
        <w:t>Salat or Namaaz inculcates the spirit of Taqwa, that is fear of God.</w:t>
      </w:r>
    </w:p>
    <w:p>
      <w:r>
        <w:rPr>
          <w:b/>
        </w:rPr>
        <w:t xml:space="preserve">[27:53] </w:t>
      </w:r>
      <w:r>
        <w:t>That is accountability. Accountability.</w:t>
      </w:r>
    </w:p>
    <w:p>
      <w:pPr>
        <w:jc w:val="right"/>
      </w:pPr>
      <w:r>
        <w:t>That is accountability. Accountability.</w:t>
      </w:r>
    </w:p>
    <w:p>
      <w:r>
        <w:rPr>
          <w:b/>
        </w:rPr>
        <w:t xml:space="preserve">[27:59] </w:t>
      </w:r>
      <w:r>
        <w:t>So Salat inculcates this spirit of accountability, spirit of Taqwa, spirit of peace, spirit of intolerance.</w:t>
      </w:r>
    </w:p>
    <w:p>
      <w:pPr>
        <w:jc w:val="right"/>
      </w:pPr>
      <w:r>
        <w:t>So Salat inculcates this spirit of accountability, spirit of Taqwa, spirit of peace, spirit of intolerance.</w:t>
      </w:r>
    </w:p>
    <w:p>
      <w:r>
        <w:rPr>
          <w:b/>
        </w:rPr>
        <w:t xml:space="preserve">[28:14] </w:t>
      </w:r>
      <w:r>
        <w:t>So those people who perform Taqwa must live like th</w:t>
      </w:r>
    </w:p>
    <w:p>
      <w:pPr>
        <w:jc w:val="right"/>
      </w:pPr>
      <w:r>
        <w:t>So those people who perform Taqwa must live like th</w:t>
      </w:r>
    </w:p>
    <w:p>
      <w:r>
        <w:rPr>
          <w:b/>
        </w:rPr>
        <w:t xml:space="preserve">[28:23] </w:t>
      </w:r>
      <w:r>
        <w:t>is. They have to be—they have to live as a peaceful member of their society. They have to live as a harmless member of their society.</w:t>
      </w:r>
    </w:p>
    <w:p>
      <w:pPr>
        <w:jc w:val="right"/>
      </w:pPr>
      <w:r>
        <w:t>is. They have to be—they have to live as a peaceful member of their society. They have to live as a harmless member of their society.</w:t>
      </w:r>
    </w:p>
    <w:p>
      <w:r>
        <w:rPr>
          <w:b/>
        </w:rPr>
        <w:t xml:space="preserve">[28:41] </w:t>
      </w:r>
      <w:r>
        <w:t>There is a verse in the Qur'an,</w:t>
      </w:r>
    </w:p>
    <w:p>
      <w:pPr>
        <w:jc w:val="right"/>
      </w:pPr>
      <w:r>
        <w:t>There is a verse in the Qur'an,</w:t>
      </w:r>
    </w:p>
    <w:p>
      <w:r>
        <w:rPr>
          <w:b/>
        </w:rPr>
        <w:t xml:space="preserve">[28:47] </w:t>
      </w:r>
      <w:r>
        <w:t>Inna al-salata tanha an al-fahsha'i wa al-munkar It means that</w:t>
      </w:r>
    </w:p>
    <w:p>
      <w:pPr>
        <w:jc w:val="right"/>
      </w:pPr>
      <w:r>
        <w:t>إن الصلاة تنهى عن الفحشاء والمنكر It means that</w:t>
      </w:r>
    </w:p>
    <w:p>
      <w:r>
        <w:rPr>
          <w:b/>
        </w:rPr>
        <w:t xml:space="preserve">[28:58] </w:t>
      </w:r>
      <w:r>
        <w:t>a prayer keeps away from indecency and evil.</w:t>
      </w:r>
    </w:p>
    <w:p>
      <w:pPr>
        <w:jc w:val="right"/>
      </w:pPr>
      <w:r>
        <w:t>a prayer keeps away from indecency and evil.</w:t>
      </w:r>
    </w:p>
    <w:p>
      <w:r>
        <w:rPr>
          <w:b/>
        </w:rPr>
        <w:t xml:space="preserve">[29:06] </w:t>
      </w:r>
      <w:r>
        <w:t>Inna al-salata tanha an al-fahsha'i wa al-munkar A prayer keeps away from indecency and evil.</w:t>
      </w:r>
    </w:p>
    <w:p>
      <w:pPr>
        <w:jc w:val="right"/>
      </w:pPr>
      <w:r>
        <w:t>إن الصلاة تنهى عن الفحشاء والمنكر A prayer keeps away from indecency and evil.</w:t>
      </w:r>
    </w:p>
    <w:p>
      <w:r>
        <w:rPr>
          <w:b/>
        </w:rPr>
        <w:t xml:space="preserve">[29:25] </w:t>
      </w:r>
      <w:r>
        <w:t>It is not an automatic result of Salat.</w:t>
      </w:r>
    </w:p>
    <w:p>
      <w:pPr>
        <w:jc w:val="right"/>
      </w:pPr>
      <w:r>
        <w:t>It is not an automatic result of Salat.</w:t>
      </w:r>
    </w:p>
    <w:p>
      <w:r>
        <w:rPr>
          <w:b/>
        </w:rPr>
        <w:t xml:space="preserve">[29:33] </w:t>
      </w:r>
      <w:r>
        <w:t>No.</w:t>
      </w:r>
    </w:p>
    <w:p>
      <w:pPr>
        <w:jc w:val="right"/>
      </w:pPr>
      <w:r>
        <w:t>No.</w:t>
      </w:r>
    </w:p>
    <w:p>
      <w:r>
        <w:rPr>
          <w:b/>
        </w:rPr>
        <w:t xml:space="preserve">[29:35] </w:t>
      </w:r>
      <w:r>
        <w:t>This verse gives us a criterion to judge the purity of Salat.</w:t>
      </w:r>
    </w:p>
    <w:p>
      <w:pPr>
        <w:jc w:val="right"/>
      </w:pPr>
      <w:r>
        <w:t>This verse gives us a criterion to judge the purity of Salat.</w:t>
      </w:r>
    </w:p>
    <w:p>
      <w:r>
        <w:rPr>
          <w:b/>
        </w:rPr>
        <w:t xml:space="preserve">[29:48] </w:t>
      </w:r>
      <w:r>
        <w:t>So this verse, Inna al-salata tanha an al-fahsha'i wa al-munkar</w:t>
      </w:r>
    </w:p>
    <w:p>
      <w:pPr>
        <w:jc w:val="right"/>
      </w:pPr>
      <w:r>
        <w:t>So this verse, إن الصلاة تنهى عن الفحشاء والمنكر</w:t>
      </w:r>
    </w:p>
    <w:p>
      <w:r>
        <w:rPr>
          <w:b/>
        </w:rPr>
        <w:t xml:space="preserve">[29:56] </w:t>
      </w:r>
      <w:r>
        <w:t>is not in the sense that this quality is an automatic result</w:t>
      </w:r>
    </w:p>
    <w:p>
      <w:pPr>
        <w:jc w:val="right"/>
      </w:pPr>
      <w:r>
        <w:t>is not in the sense that this quality is an automatic result</w:t>
      </w:r>
    </w:p>
    <w:p>
      <w:r>
        <w:rPr>
          <w:b/>
        </w:rPr>
        <w:t xml:space="preserve">[30:03] </w:t>
      </w:r>
      <w:r>
        <w:t>. This quality comes as an automatic result of Salat. No. It is a criterion. By this criterion, you can judge</w:t>
      </w:r>
    </w:p>
    <w:p>
      <w:pPr>
        <w:jc w:val="right"/>
      </w:pPr>
      <w:r>
        <w:t>. This quality comes as an automatic result of Salat. No. It is a criterion. By this criterion, you can judge</w:t>
      </w:r>
    </w:p>
    <w:p>
      <w:r>
        <w:rPr>
          <w:b/>
        </w:rPr>
        <w:t xml:space="preserve">[30:18] </w:t>
      </w:r>
      <w:r>
        <w:t>every person's Salat.</w:t>
      </w:r>
    </w:p>
    <w:p>
      <w:pPr>
        <w:jc w:val="right"/>
      </w:pPr>
      <w:r>
        <w:t>every person's Salat.</w:t>
      </w:r>
    </w:p>
    <w:p>
      <w:r>
        <w:rPr>
          <w:b/>
        </w:rPr>
        <w:t xml:space="preserve">[30:23] </w:t>
      </w:r>
      <w:r>
        <w:t>A prayer keeps away from indecency and evil.</w:t>
      </w:r>
    </w:p>
    <w:p>
      <w:pPr>
        <w:jc w:val="right"/>
      </w:pPr>
      <w:r>
        <w:t>A prayer keeps away from indecency and evil.</w:t>
      </w:r>
    </w:p>
    <w:p>
      <w:r>
        <w:rPr>
          <w:b/>
        </w:rPr>
        <w:t xml:space="preserve">[30:31] </w:t>
      </w:r>
      <w:r>
        <w:t>So</w:t>
      </w:r>
    </w:p>
    <w:p>
      <w:pPr>
        <w:jc w:val="right"/>
      </w:pPr>
      <w:r>
        <w:t>So</w:t>
      </w:r>
    </w:p>
    <w:p>
      <w:r>
        <w:rPr>
          <w:b/>
        </w:rPr>
        <w:t xml:space="preserve">[30:35] </w:t>
      </w:r>
      <w:r>
        <w:t>you have to see, after Salat, one who performs Salat in the mosque and then he—then he returns to his society, to his home, to his market.</w:t>
      </w:r>
    </w:p>
    <w:p>
      <w:pPr>
        <w:jc w:val="right"/>
      </w:pPr>
      <w:r>
        <w:t>you have to see, after Salat, one who performs Salat in the mosque and then he—then he returns to his society, to his home, to his market.</w:t>
      </w:r>
    </w:p>
    <w:p>
      <w:r>
        <w:rPr>
          <w:b/>
        </w:rPr>
        <w:t xml:space="preserve">[30:59] </w:t>
      </w:r>
      <w:r>
        <w:t>So you have to judge his Salat by this criterion. If he</w:t>
      </w:r>
    </w:p>
    <w:p>
      <w:pPr>
        <w:jc w:val="right"/>
      </w:pPr>
      <w:r>
        <w:t>So you have to judge his Salat by this criterion. If he</w:t>
      </w:r>
    </w:p>
    <w:p>
      <w:r>
        <w:rPr>
          <w:b/>
        </w:rPr>
        <w:t xml:space="preserve">[31:09] </w:t>
      </w:r>
      <w:r>
        <w:t>lives as a</w:t>
      </w:r>
    </w:p>
    <w:p>
      <w:pPr>
        <w:jc w:val="right"/>
      </w:pPr>
      <w:r>
        <w:t>lives as a</w:t>
      </w:r>
    </w:p>
    <w:p>
      <w:r>
        <w:rPr>
          <w:b/>
        </w:rPr>
        <w:t xml:space="preserve">[31:18] </w:t>
      </w:r>
      <w:r>
        <w:t>person who keeps himself away from evil or indecency,</w:t>
      </w:r>
    </w:p>
    <w:p>
      <w:pPr>
        <w:jc w:val="right"/>
      </w:pPr>
      <w:r>
        <w:t>person who keeps himself away from evil or indecency,</w:t>
      </w:r>
    </w:p>
    <w:p>
      <w:r>
        <w:rPr>
          <w:b/>
        </w:rPr>
        <w:t xml:space="preserve">[31:28] </w:t>
      </w:r>
      <w:r>
        <w:t>who is living as a responsible person, who is living in the society as a God-fearing person, then he has performed this Salat in true sense</w:t>
      </w:r>
    </w:p>
    <w:p>
      <w:pPr>
        <w:jc w:val="right"/>
      </w:pPr>
      <w:r>
        <w:t>who is living as a responsible person, who is living in the society as a God-fearing person, then he has performed this Salat in true sense</w:t>
      </w:r>
    </w:p>
    <w:p>
      <w:r>
        <w:rPr>
          <w:b/>
        </w:rPr>
        <w:t xml:space="preserve">[31:48] </w:t>
      </w:r>
      <w:r>
        <w:t>of the word. So this is the criterion. If this criterion is not fulfilled, then the Prophet of Islam says about that kind of people, Irji' fa-salli fa-innaka lam tusal Go back and perform your Salat again.</w:t>
      </w:r>
    </w:p>
    <w:p>
      <w:pPr>
        <w:jc w:val="right"/>
      </w:pPr>
      <w:r>
        <w:t>of the word. So this is the criterion. If this criterion is not fulfilled, then the Prophet of Islam says about that kind of people, إرْجِ فَصَلِّ فَإِنَّكَ لَمْ تُصَلِّ Go back and perform your Salat again.</w:t>
      </w:r>
    </w:p>
    <w:p>
      <w:r>
        <w:rPr>
          <w:b/>
        </w:rPr>
        <w:t xml:space="preserve">[32:16] </w:t>
      </w:r>
      <w:r>
        <w:t>Because you failed to perform your salat in true sense of the word.</w:t>
      </w:r>
    </w:p>
    <w:p>
      <w:pPr>
        <w:jc w:val="right"/>
      </w:pPr>
      <w:r>
        <w:t>Because you failed to perform your Salat in true sense of the word.</w:t>
      </w:r>
    </w:p>
    <w:p>
      <w:r>
        <w:rPr>
          <w:b/>
        </w:rPr>
        <w:t xml:space="preserve">[32:25] </w:t>
      </w:r>
      <w:r>
        <w:t>So this is the</w:t>
      </w:r>
    </w:p>
    <w:p>
      <w:pPr>
        <w:jc w:val="right"/>
      </w:pPr>
      <w:r>
        <w:t>So this is the</w:t>
      </w:r>
    </w:p>
    <w:p>
      <w:r>
        <w:rPr>
          <w:b/>
        </w:rPr>
        <w:t xml:space="preserve">[32:30] </w:t>
      </w:r>
      <w:r>
        <w:t>true picture of salat. This is the true picture of prayer. The true picture of islamic prayer.</w:t>
      </w:r>
    </w:p>
    <w:p>
      <w:pPr>
        <w:jc w:val="right"/>
      </w:pPr>
      <w:r>
        <w:t>true picture of Salat. This is the true picture of prayer. The true picture of Islamic prayer.</w:t>
      </w:r>
    </w:p>
    <w:p>
      <w:r>
        <w:rPr>
          <w:b/>
        </w:rPr>
        <w:t xml:space="preserve">[32:38] </w:t>
      </w:r>
      <w:r>
        <w:t>Islamic prayer is not simply a ritual,</w:t>
      </w:r>
    </w:p>
    <w:p>
      <w:pPr>
        <w:jc w:val="right"/>
      </w:pPr>
      <w:r>
        <w:t>Islamic prayer is not simply a ritual,</w:t>
      </w:r>
    </w:p>
    <w:p>
      <w:r>
        <w:rPr>
          <w:b/>
        </w:rPr>
        <w:t xml:space="preserve">[32:47] </w:t>
      </w:r>
      <w:r>
        <w:t>a set of rituals. No.</w:t>
      </w:r>
    </w:p>
    <w:p>
      <w:pPr>
        <w:jc w:val="right"/>
      </w:pPr>
      <w:r>
        <w:t>a set of rituals. No.</w:t>
      </w:r>
    </w:p>
    <w:p>
      <w:r>
        <w:rPr>
          <w:b/>
        </w:rPr>
        <w:t xml:space="preserve">[32:51] </w:t>
      </w:r>
      <w:r>
        <w:t>Although there are some forms that may be seen as a ritual, but in fact, namaaz is not a ritual.</w:t>
      </w:r>
    </w:p>
    <w:p>
      <w:pPr>
        <w:jc w:val="right"/>
      </w:pPr>
      <w:r>
        <w:t>Although there are some forms that may be seen as a ritual, but in fact, Namaaz is not a ritual.</w:t>
      </w:r>
    </w:p>
    <w:p>
      <w:r>
        <w:rPr>
          <w:b/>
        </w:rPr>
        <w:t xml:space="preserve">[33:05] </w:t>
      </w:r>
      <w:r>
        <w:t>Namaaz is a living practice. Namaaz is an</w:t>
      </w:r>
    </w:p>
    <w:p>
      <w:pPr>
        <w:jc w:val="right"/>
      </w:pPr>
      <w:r>
        <w:t>Namaaz is a living practice. Namaaz is an</w:t>
      </w:r>
    </w:p>
    <w:p>
      <w:r>
        <w:rPr>
          <w:b/>
        </w:rPr>
        <w:t xml:space="preserve">[33:14] </w:t>
      </w:r>
      <w:r>
        <w:t>intellectual worship</w:t>
      </w:r>
    </w:p>
    <w:p>
      <w:pPr>
        <w:jc w:val="right"/>
      </w:pPr>
      <w:r>
        <w:t>intellectual worship</w:t>
      </w:r>
    </w:p>
    <w:p>
      <w:r>
        <w:rPr>
          <w:b/>
        </w:rPr>
        <w:t xml:space="preserve">[33:19] </w:t>
      </w:r>
      <w:r>
        <w:t>. It is very important to know that islamic prayer is not a</w:t>
      </w:r>
    </w:p>
    <w:p>
      <w:pPr>
        <w:jc w:val="right"/>
      </w:pPr>
      <w:r>
        <w:t>. It is very important to know that Islamic prayer is not a</w:t>
      </w:r>
    </w:p>
    <w:p>
      <w:r>
        <w:rPr>
          <w:b/>
        </w:rPr>
        <w:t xml:space="preserve">[33:28] </w:t>
      </w:r>
      <w:r>
        <w:t>ritual</w:t>
      </w:r>
    </w:p>
    <w:p>
      <w:pPr>
        <w:jc w:val="right"/>
      </w:pPr>
      <w:r>
        <w:t>ritual</w:t>
      </w:r>
    </w:p>
    <w:p>
      <w:r>
        <w:rPr>
          <w:b/>
        </w:rPr>
        <w:t xml:space="preserve">[33:32] </w:t>
      </w:r>
      <w:r>
        <w:t>or</w:t>
      </w:r>
    </w:p>
    <w:p>
      <w:pPr>
        <w:jc w:val="right"/>
      </w:pPr>
      <w:r>
        <w:t>or</w:t>
      </w:r>
    </w:p>
    <w:p>
      <w:r>
        <w:rPr>
          <w:b/>
        </w:rPr>
        <w:t xml:space="preserve">[33:36] </w:t>
      </w:r>
      <w:r>
        <w:t>spiritless form. Islamic prayer is a living pra</w:t>
      </w:r>
    </w:p>
    <w:p>
      <w:pPr>
        <w:jc w:val="right"/>
      </w:pPr>
      <w:r>
        <w:t>spiritless form. Islamic prayer is a living pra</w:t>
      </w:r>
    </w:p>
    <w:p>
      <w:r>
        <w:rPr>
          <w:b/>
        </w:rPr>
        <w:t xml:space="preserve">[33:43] </w:t>
      </w:r>
      <w:r>
        <w:t>yer. It is intellectual worship. Worship with its spirit.</w:t>
      </w:r>
    </w:p>
    <w:p>
      <w:pPr>
        <w:jc w:val="right"/>
      </w:pPr>
      <w:r>
        <w:t>yer. It is intellectual worship. Worship with its spirit.</w:t>
      </w:r>
    </w:p>
    <w:p>
      <w:r>
        <w:rPr>
          <w:b/>
        </w:rPr>
        <w:t xml:space="preserve">[33:56] </w:t>
      </w:r>
      <w:r>
        <w:t>Worship with full consciousness.</w:t>
      </w:r>
    </w:p>
    <w:p>
      <w:pPr>
        <w:jc w:val="right"/>
      </w:pPr>
      <w:r>
        <w:t>Worship with full consciousness.</w:t>
      </w:r>
    </w:p>
    <w:p>
      <w:r>
        <w:rPr>
          <w:b/>
        </w:rPr>
        <w:t xml:space="preserve">[34:02] </w:t>
      </w:r>
      <w:r>
        <w:t>If your body is</w:t>
      </w:r>
    </w:p>
    <w:p>
      <w:pPr>
        <w:jc w:val="right"/>
      </w:pPr>
      <w:r>
        <w:t>If your body is</w:t>
      </w:r>
    </w:p>
    <w:p>
      <w:r>
        <w:rPr>
          <w:b/>
        </w:rPr>
        <w:t xml:space="preserve">[34:08] </w:t>
      </w:r>
      <w:r>
        <w:t>involved in islamic prayer, but your mind is absent, then it is not prayer.</w:t>
      </w:r>
    </w:p>
    <w:p>
      <w:pPr>
        <w:jc w:val="right"/>
      </w:pPr>
      <w:r>
        <w:t>involved in Islamic prayer, but your mind is absent, then it is not prayer.</w:t>
      </w:r>
    </w:p>
    <w:p>
      <w:r>
        <w:rPr>
          <w:b/>
        </w:rPr>
        <w:t xml:space="preserve">[34:20] </w:t>
      </w:r>
      <w:r>
        <w:t>You know, every human being</w:t>
      </w:r>
    </w:p>
    <w:p>
      <w:pPr>
        <w:jc w:val="right"/>
      </w:pPr>
      <w:r>
        <w:t>You know, every human being</w:t>
      </w:r>
    </w:p>
    <w:p>
      <w:r>
        <w:rPr>
          <w:b/>
        </w:rPr>
        <w:t xml:space="preserve">[34:26] </w:t>
      </w:r>
      <w:r>
        <w:t>has a body. At the same time, he has a mind</w:t>
      </w:r>
    </w:p>
    <w:p>
      <w:pPr>
        <w:jc w:val="right"/>
      </w:pPr>
      <w:r>
        <w:t>has a body. At the same time, he has a mind</w:t>
      </w:r>
    </w:p>
    <w:p>
      <w:r>
        <w:rPr>
          <w:b/>
        </w:rPr>
        <w:t xml:space="preserve">[34:33] </w:t>
      </w:r>
      <w:r>
        <w:t>. So mind and body both must be involved in islamic prayer.</w:t>
      </w:r>
    </w:p>
    <w:p>
      <w:pPr>
        <w:jc w:val="right"/>
      </w:pPr>
      <w:r>
        <w:t>. So mind and body both must be involved in Islamic prayer.</w:t>
      </w:r>
    </w:p>
    <w:p>
      <w:r>
        <w:rPr>
          <w:b/>
        </w:rPr>
        <w:t xml:space="preserve">[34:42] </w:t>
      </w:r>
      <w:r>
        <w:t>Bodily, you will perform the outer aspect of prayer. But intellectually, you must involve in prayer.</w:t>
      </w:r>
    </w:p>
    <w:p>
      <w:pPr>
        <w:jc w:val="right"/>
      </w:pPr>
      <w:r>
        <w:t>Bodily, you will perform the outer aspect of prayer. But intellectually, you must involve in prayer.</w:t>
      </w:r>
    </w:p>
    <w:p>
      <w:r>
        <w:rPr>
          <w:b/>
        </w:rPr>
        <w:t xml:space="preserve">[35:00] </w:t>
      </w:r>
      <w:r>
        <w:t>At the time of prayer, you must think about god. You must think about the presence of god.</w:t>
      </w:r>
    </w:p>
    <w:p>
      <w:pPr>
        <w:jc w:val="right"/>
      </w:pPr>
      <w:r>
        <w:t>At the time of prayer, you must think about God. You must think about the presence of God.</w:t>
      </w:r>
    </w:p>
    <w:p>
      <w:r>
        <w:rPr>
          <w:b/>
        </w:rPr>
        <w:t xml:space="preserve">[35:08] </w:t>
      </w:r>
      <w:r>
        <w:t>You must think about the accountability. When you read some part of the qur'an in your prayer, you must</w:t>
      </w:r>
    </w:p>
    <w:p>
      <w:pPr>
        <w:jc w:val="right"/>
      </w:pPr>
      <w:r>
        <w:t>You must think about the accountability. When you read some part of the Qur'an in your prayer, you must</w:t>
      </w:r>
    </w:p>
    <w:p>
      <w:r>
        <w:rPr>
          <w:b/>
        </w:rPr>
        <w:t xml:space="preserve">[35:23] </w:t>
      </w:r>
      <w:r>
        <w:t>understand its meaning.</w:t>
      </w:r>
    </w:p>
    <w:p>
      <w:pPr>
        <w:jc w:val="right"/>
      </w:pPr>
      <w:r>
        <w:t>understand its meaning.</w:t>
      </w:r>
    </w:p>
    <w:p>
      <w:r>
        <w:rPr>
          <w:b/>
        </w:rPr>
        <w:t xml:space="preserve">[35:26] </w:t>
      </w:r>
      <w:r>
        <w:t>For example, when you say in your prayer, maliki yawm al-din lord of the day of judgment.</w:t>
      </w:r>
    </w:p>
    <w:p>
      <w:pPr>
        <w:jc w:val="right"/>
      </w:pPr>
      <w:r>
        <w:t>For example, when you say in your prayer, مَالِكَ يَوْمِ الدِّينِ Lord of the Day of Judgment.</w:t>
      </w:r>
    </w:p>
    <w:p>
      <w:r>
        <w:rPr>
          <w:b/>
        </w:rPr>
        <w:t xml:space="preserve">[35:38] </w:t>
      </w:r>
      <w:r>
        <w:t>When you say this, lord of the day of judgment, you have to remember the day of judgment.</w:t>
      </w:r>
    </w:p>
    <w:p>
      <w:pPr>
        <w:jc w:val="right"/>
      </w:pPr>
      <w:r>
        <w:t>When you say this, Lord of the Day of Judgment, you have to remember the Day of Judgment.</w:t>
      </w:r>
    </w:p>
    <w:p>
      <w:r>
        <w:rPr>
          <w:b/>
        </w:rPr>
        <w:t xml:space="preserve">[35:47] </w:t>
      </w:r>
      <w:r>
        <w:t>You have to think about accountability.</w:t>
      </w:r>
    </w:p>
    <w:p>
      <w:pPr>
        <w:jc w:val="right"/>
      </w:pPr>
      <w:r>
        <w:t>You have to think about accountability.</w:t>
      </w:r>
    </w:p>
    <w:p>
      <w:r>
        <w:rPr>
          <w:b/>
        </w:rPr>
        <w:t xml:space="preserve">[35:55] </w:t>
      </w:r>
      <w:r>
        <w:t>So it is very important.</w:t>
      </w:r>
    </w:p>
    <w:p>
      <w:pPr>
        <w:jc w:val="right"/>
      </w:pPr>
      <w:r>
        <w:t>So it is very important.</w:t>
      </w:r>
    </w:p>
    <w:p>
      <w:r>
        <w:rPr>
          <w:b/>
        </w:rPr>
        <w:t xml:space="preserve">[36:00] </w:t>
      </w:r>
      <w:r>
        <w:t>Namaz is a combination of</w:t>
      </w:r>
    </w:p>
    <w:p>
      <w:pPr>
        <w:jc w:val="right"/>
      </w:pPr>
      <w:r>
        <w:t>Prayer is a combination of</w:t>
      </w:r>
    </w:p>
    <w:p>
      <w:r>
        <w:rPr>
          <w:b/>
        </w:rPr>
        <w:t xml:space="preserve">[36:07] </w:t>
      </w:r>
      <w:r>
        <w:t>mind and body. Namaz is a combination of external act and also internal spirit.</w:t>
      </w:r>
    </w:p>
    <w:p>
      <w:pPr>
        <w:jc w:val="right"/>
      </w:pPr>
      <w:r>
        <w:t>mind and body. Prayer is a combination of external act and also internal spirit.</w:t>
      </w:r>
    </w:p>
    <w:p>
      <w:r>
        <w:rPr>
          <w:b/>
        </w:rPr>
        <w:t xml:space="preserve">[36:22] </w:t>
      </w:r>
      <w:r>
        <w:t>So you have to pray with both inner spirit and external form.</w:t>
      </w:r>
    </w:p>
    <w:p>
      <w:pPr>
        <w:jc w:val="right"/>
      </w:pPr>
      <w:r>
        <w:t>So you have to pray with both inner spirit and external form.</w:t>
      </w:r>
    </w:p>
    <w:p>
      <w:r>
        <w:rPr>
          <w:b/>
        </w:rPr>
        <w:t xml:space="preserve">[36:39] </w:t>
      </w:r>
      <w:r>
        <w:t>Without form, there is no worship</w:t>
      </w:r>
    </w:p>
    <w:p>
      <w:pPr>
        <w:jc w:val="right"/>
      </w:pPr>
      <w:r>
        <w:t>Without form, there is no worship</w:t>
      </w:r>
    </w:p>
    <w:p>
      <w:r>
        <w:rPr>
          <w:b/>
        </w:rPr>
        <w:t xml:space="preserve">[36:44] </w:t>
      </w:r>
      <w:r>
        <w:t>. And at the same time, without spirit, there is no Salat.</w:t>
      </w:r>
    </w:p>
    <w:p>
      <w:pPr>
        <w:jc w:val="right"/>
      </w:pPr>
      <w:r>
        <w:t>. And at the same time, without spirit, there is no Salat.</w:t>
      </w:r>
    </w:p>
    <w:p>
      <w:r>
        <w:rPr>
          <w:b/>
        </w:rPr>
        <w:t xml:space="preserve">[36:54] </w:t>
      </w:r>
      <w:r>
        <w:t>So this is the true picture of Salat or prayer or Namaaz. Islamic prayer or Salat is the most important part of Islam</w:t>
      </w:r>
    </w:p>
    <w:p>
      <w:pPr>
        <w:jc w:val="right"/>
      </w:pPr>
      <w:r>
        <w:t>So this is the true picture of Salat or prayer or Namaaz. Islamic prayer or Salat is the most important part of Islam</w:t>
      </w:r>
    </w:p>
    <w:p>
      <w:r>
        <w:rPr>
          <w:b/>
        </w:rPr>
        <w:t xml:space="preserve">[37:12] </w:t>
      </w:r>
      <w:r>
        <w:t>. There is a hadith that "bain al-abd wa baina al-kufr tark al-salat" It means that one who fails to perform Salat,</w:t>
      </w:r>
    </w:p>
    <w:p>
      <w:pPr>
        <w:jc w:val="right"/>
      </w:pPr>
      <w:r>
        <w:t>. There is a hadith that "بين العبد وبين الكفر ترك الصلاة" It means that one who fails to perform Salat,</w:t>
      </w:r>
    </w:p>
    <w:p>
      <w:r>
        <w:rPr>
          <w:b/>
        </w:rPr>
        <w:t xml:space="preserve">[37:29] </w:t>
      </w:r>
      <w:r>
        <w:t>he is not a Muslim. "bain al-abd wa baina al-kufr tark al-salat"</w:t>
      </w:r>
    </w:p>
    <w:p>
      <w:pPr>
        <w:jc w:val="right"/>
      </w:pPr>
      <w:r>
        <w:t>he is not a Muslim. "بين العبد وبين الكفر ترك الصلاة"</w:t>
      </w:r>
    </w:p>
    <w:p>
      <w:r>
        <w:rPr>
          <w:b/>
        </w:rPr>
        <w:t xml:space="preserve">[37:40] </w:t>
      </w:r>
      <w:r>
        <w:t>One who fails to perform Salat, he is not a Muslim. So Salat or Namaaz is an integral part of</w:t>
      </w:r>
    </w:p>
    <w:p>
      <w:pPr>
        <w:jc w:val="right"/>
      </w:pPr>
      <w:r>
        <w:t>One who fails to perform Salat, he is not a Muslim. So Salat or Namaaz is an integral part of</w:t>
      </w:r>
    </w:p>
    <w:p>
      <w:r>
        <w:rPr>
          <w:b/>
        </w:rPr>
        <w:t xml:space="preserve">[38:01] </w:t>
      </w:r>
      <w:r>
        <w:t>Islam.</w:t>
      </w:r>
    </w:p>
    <w:p>
      <w:pPr>
        <w:jc w:val="right"/>
      </w:pPr>
      <w:r>
        <w:t>Islam.</w:t>
      </w:r>
    </w:p>
    <w:p>
      <w:r>
        <w:rPr>
          <w:b/>
        </w:rPr>
        <w:t xml:space="preserve">[38:07] </w:t>
      </w:r>
      <w:r>
        <w:t>There is no excuse. No excuse at all.</w:t>
      </w:r>
    </w:p>
    <w:p>
      <w:pPr>
        <w:jc w:val="right"/>
      </w:pPr>
      <w:r>
        <w:t>There is no excuse. No excuse at all.</w:t>
      </w:r>
    </w:p>
    <w:p>
      <w:r>
        <w:rPr>
          <w:b/>
        </w:rPr>
        <w:t xml:space="preserve">[38:14] </w:t>
      </w:r>
      <w:r>
        <w:t>Because there are some consistencies. If you are ill, you are allowed to do Tayammum rather than Wudu.</w:t>
      </w:r>
    </w:p>
    <w:p>
      <w:pPr>
        <w:jc w:val="right"/>
      </w:pPr>
      <w:r>
        <w:t>Because there are some consistencies. If you are ill, you are allowed to do Tayammum rather than Wudu.</w:t>
      </w:r>
    </w:p>
    <w:p>
      <w:r>
        <w:rPr>
          <w:b/>
        </w:rPr>
        <w:t xml:space="preserve">[38:31] </w:t>
      </w:r>
      <w:r>
        <w:t>If you are weak, you are allowed to perform Namaaz without standing.</w:t>
      </w:r>
    </w:p>
    <w:p>
      <w:pPr>
        <w:jc w:val="right"/>
      </w:pPr>
      <w:r>
        <w:t>If you are weak, you are allowed to perform Namaaz without standing.</w:t>
      </w:r>
    </w:p>
    <w:p>
      <w:r>
        <w:rPr>
          <w:b/>
        </w:rPr>
        <w:t xml:space="preserve">[38:43] </w:t>
      </w:r>
      <w:r>
        <w:t>So there are many, many consistencies.</w:t>
      </w:r>
    </w:p>
    <w:p>
      <w:pPr>
        <w:jc w:val="right"/>
      </w:pPr>
      <w:r>
        <w:t>So there are many, many consistencies.</w:t>
      </w:r>
    </w:p>
    <w:p>
      <w:r>
        <w:rPr>
          <w:b/>
        </w:rPr>
        <w:t xml:space="preserve">[38:49] </w:t>
      </w:r>
      <w:r>
        <w:t>So no one can present any excuse except one who is mad</w:t>
      </w:r>
    </w:p>
    <w:p>
      <w:pPr>
        <w:jc w:val="right"/>
      </w:pPr>
      <w:r>
        <w:t>So no one can present any excuse except one who is mad</w:t>
      </w:r>
    </w:p>
    <w:p>
      <w:r>
        <w:rPr>
          <w:b/>
        </w:rPr>
        <w:t xml:space="preserve">[39:02] </w:t>
      </w:r>
      <w:r>
        <w:t>or his mind has failed. His memory</w:t>
      </w:r>
    </w:p>
    <w:p>
      <w:pPr>
        <w:jc w:val="right"/>
      </w:pPr>
      <w:r>
        <w:t>or his mind has failed. His memory</w:t>
      </w:r>
    </w:p>
    <w:p>
      <w:r>
        <w:rPr>
          <w:b/>
        </w:rPr>
        <w:t xml:space="preserve">[39:11] </w:t>
      </w:r>
      <w:r>
        <w:t>is no more. In such instances,</w:t>
      </w:r>
    </w:p>
    <w:p>
      <w:pPr>
        <w:jc w:val="right"/>
      </w:pPr>
      <w:r>
        <w:t>is no more. In such instances,</w:t>
      </w:r>
    </w:p>
    <w:p>
      <w:r>
        <w:rPr>
          <w:b/>
        </w:rPr>
        <w:t xml:space="preserve">[39:18] </w:t>
      </w:r>
      <w:r>
        <w:t>he</w:t>
      </w:r>
    </w:p>
    <w:p>
      <w:pPr>
        <w:jc w:val="right"/>
      </w:pPr>
      <w:r>
        <w:t>he</w:t>
      </w:r>
    </w:p>
    <w:p>
      <w:r>
        <w:rPr>
          <w:b/>
        </w:rPr>
        <w:t xml:space="preserve">[39:22] </w:t>
      </w:r>
      <w:r>
        <w:t>is allowed not to perform Namaaz. Otherwise, there is no excuse. No excuse. But</w:t>
      </w:r>
    </w:p>
    <w:p>
      <w:pPr>
        <w:jc w:val="right"/>
      </w:pPr>
      <w:r>
        <w:t>is allowed not to perform Namaaz. Otherwise, there is no excuse. No excuse. But</w:t>
      </w:r>
    </w:p>
    <w:p>
      <w:r>
        <w:rPr>
          <w:b/>
        </w:rPr>
        <w:t xml:space="preserve">[39:37] </w:t>
      </w:r>
      <w:r>
        <w:t>Salat is not simply a set of rituals.</w:t>
      </w:r>
    </w:p>
    <w:p>
      <w:pPr>
        <w:jc w:val="right"/>
      </w:pPr>
      <w:r>
        <w:t>Salat is not simply a set of rituals.</w:t>
      </w:r>
    </w:p>
    <w:p>
      <w:r>
        <w:rPr>
          <w:b/>
        </w:rPr>
        <w:t xml:space="preserve">[39:45] </w:t>
      </w:r>
      <w:r>
        <w:t>No.</w:t>
      </w:r>
    </w:p>
    <w:p>
      <w:pPr>
        <w:jc w:val="right"/>
      </w:pPr>
      <w:r>
        <w:t>No.</w:t>
      </w:r>
    </w:p>
    <w:p>
      <w:r>
        <w:rPr>
          <w:b/>
        </w:rPr>
        <w:t xml:space="preserve">[39:46] </w:t>
      </w:r>
      <w:r>
        <w:t>Namaaz is a living practice.</w:t>
      </w:r>
    </w:p>
    <w:p>
      <w:pPr>
        <w:jc w:val="right"/>
      </w:pPr>
      <w:r>
        <w:t>Namaaz is a living practice.</w:t>
      </w:r>
    </w:p>
    <w:p>
      <w:r>
        <w:rPr>
          <w:b/>
        </w:rPr>
        <w:t xml:space="preserve">[39:55] </w:t>
      </w:r>
      <w:r>
        <w:t>Namaaz is an intellectual worship with complete consciousness.</w:t>
      </w:r>
    </w:p>
    <w:p>
      <w:pPr>
        <w:jc w:val="right"/>
      </w:pPr>
      <w:r>
        <w:t>Namaaz is an intellectual worship with complete consciousness.</w:t>
      </w:r>
    </w:p>
    <w:p>
      <w:r>
        <w:rPr>
          <w:b/>
        </w:rPr>
        <w:t xml:space="preserve">[40:06] </w:t>
      </w:r>
      <w:r>
        <w:t>So Namaaz is a combination of inner spirit and outer form both.</w:t>
      </w:r>
    </w:p>
    <w:p>
      <w:pPr>
        <w:jc w:val="right"/>
      </w:pPr>
      <w:r>
        <w:t>So Namaaz is a combination of inner spirit and outer form both.</w:t>
      </w:r>
    </w:p>
    <w:p>
      <w:r>
        <w:rPr>
          <w:b/>
        </w:rPr>
        <w:t xml:space="preserve">[40:18] </w:t>
      </w:r>
      <w:r>
        <w:t>This is an issue of The Times of India</w:t>
      </w:r>
    </w:p>
    <w:p>
      <w:pPr>
        <w:jc w:val="right"/>
      </w:pPr>
      <w:r>
        <w:t>This is an issue of The Times of India</w:t>
      </w:r>
    </w:p>
    <w:p>
      <w:r>
        <w:rPr>
          <w:b/>
        </w:rPr>
        <w:t xml:space="preserve">[40:24] </w:t>
      </w:r>
      <w:r>
        <w:t>dated February 26. February 26.</w:t>
      </w:r>
    </w:p>
    <w:p>
      <w:pPr>
        <w:jc w:val="right"/>
      </w:pPr>
      <w:r>
        <w:t>dated February 26. February 26.</w:t>
      </w:r>
    </w:p>
    <w:p>
      <w:r>
        <w:rPr>
          <w:b/>
        </w:rPr>
        <w:t xml:space="preserve">[40:33] </w:t>
      </w:r>
      <w:r>
        <w:t>Here, you can see the caption. This is the first page of Time International. So here, you can see a caption</w:t>
      </w:r>
    </w:p>
    <w:p>
      <w:pPr>
        <w:jc w:val="right"/>
      </w:pPr>
      <w:r>
        <w:t>Here, you can see the caption. This is the first page of Time International. So here, you can see a caption</w:t>
      </w:r>
    </w:p>
    <w:p>
      <w:r>
        <w:rPr>
          <w:b/>
        </w:rPr>
        <w:t xml:space="preserve">[40:45] </w:t>
      </w:r>
      <w:r>
        <w:t>: "Islam flourishes among Black Americans."</w:t>
      </w:r>
    </w:p>
    <w:p>
      <w:pPr>
        <w:jc w:val="right"/>
      </w:pPr>
      <w:r>
        <w:t>: "Islam flourishes among Black Americans."</w:t>
      </w:r>
    </w:p>
    <w:p>
      <w:r>
        <w:rPr>
          <w:b/>
        </w:rPr>
        <w:t xml:space="preserve">[40:55] </w:t>
      </w:r>
      <w:r>
        <w:t>"Islam flourishes among Black Americans." This report is prepared by a writer's reporter.</w:t>
      </w:r>
    </w:p>
    <w:p>
      <w:pPr>
        <w:jc w:val="right"/>
      </w:pPr>
      <w:r>
        <w:t>"Islam flourishes among Black Americans." This report is prepared by a writer's reporter.</w:t>
      </w:r>
    </w:p>
    <w:p>
      <w:r>
        <w:rPr>
          <w:b/>
        </w:rPr>
        <w:t xml:space="preserve">[41:10] </w:t>
      </w:r>
      <w:r>
        <w:t>So in this report, he says that</w:t>
      </w:r>
    </w:p>
    <w:p>
      <w:pPr>
        <w:jc w:val="right"/>
      </w:pPr>
      <w:r>
        <w:t>So in this report, he says that</w:t>
      </w:r>
    </w:p>
    <w:p>
      <w:r>
        <w:rPr>
          <w:b/>
        </w:rPr>
        <w:t xml:space="preserve">[41:18] </w:t>
      </w:r>
      <w:r>
        <w:t>why Black Americans are embracing Islam.</w:t>
      </w:r>
    </w:p>
    <w:p>
      <w:pPr>
        <w:jc w:val="right"/>
      </w:pPr>
      <w:r>
        <w:t>why Black Americans are embracing Islam.</w:t>
      </w:r>
    </w:p>
    <w:p>
      <w:r>
        <w:rPr>
          <w:b/>
        </w:rPr>
        <w:t xml:space="preserve">[41:26] </w:t>
      </w:r>
      <w:r>
        <w:t>He has given some reasons. And one reason, and the foremost reason, is that in his words,</w:t>
      </w:r>
    </w:p>
    <w:p>
      <w:pPr>
        <w:jc w:val="right"/>
      </w:pPr>
      <w:r>
        <w:t>He has given some reasons. And one reason, and the foremost reason, is that in his words,</w:t>
      </w:r>
    </w:p>
    <w:p>
      <w:r>
        <w:rPr>
          <w:b/>
        </w:rPr>
        <w:t xml:space="preserve">[41:41] </w:t>
      </w:r>
      <w:r>
        <w:t>"American Muslims are attracted to the disciplines of Islamic prayer."</w:t>
      </w:r>
    </w:p>
    <w:p>
      <w:pPr>
        <w:jc w:val="right"/>
      </w:pPr>
      <w:r>
        <w:t>"American Muslims are attracted to the disciplines of Islamic prayer."</w:t>
      </w:r>
    </w:p>
    <w:p>
      <w:r>
        <w:rPr>
          <w:b/>
        </w:rPr>
        <w:t xml:space="preserve">[41:54] </w:t>
      </w:r>
      <w:r>
        <w:t>"American Muslims are attracted to the disciplines of Islamic prayer."</w:t>
      </w:r>
    </w:p>
    <w:p>
      <w:pPr>
        <w:jc w:val="right"/>
      </w:pPr>
      <w:r>
        <w:t>"American Muslims are attracted to the disciplines of Islamic prayer."</w:t>
      </w:r>
    </w:p>
    <w:p>
      <w:r>
        <w:rPr>
          <w:b/>
        </w:rPr>
        <w:t xml:space="preserve">[42:07] </w:t>
      </w:r>
      <w:r>
        <w:t>This is the reason why these Americans are embracing Islam.</w:t>
      </w:r>
    </w:p>
    <w:p>
      <w:pPr>
        <w:jc w:val="right"/>
      </w:pPr>
      <w:r>
        <w:t>This is the reason why these Americans are embracing Islam.</w:t>
      </w:r>
    </w:p>
    <w:p>
      <w:r>
        <w:rPr>
          <w:b/>
        </w:rPr>
        <w:t xml:space="preserve">[42:15] </w:t>
      </w:r>
      <w:r>
        <w:t>It is very important. This reminds me of an event</w:t>
      </w:r>
    </w:p>
    <w:p>
      <w:pPr>
        <w:jc w:val="right"/>
      </w:pPr>
      <w:r>
        <w:t>It is very important. This reminds me of an event</w:t>
      </w:r>
    </w:p>
    <w:p>
      <w:r>
        <w:rPr>
          <w:b/>
        </w:rPr>
        <w:t xml:space="preserve">[42:25] </w:t>
      </w:r>
      <w:r>
        <w:t>. Once, an American professor visited Delhi. He also came to our center. It was Friday.</w:t>
      </w:r>
    </w:p>
    <w:p>
      <w:pPr>
        <w:jc w:val="right"/>
      </w:pPr>
      <w:r>
        <w:t>. Once, an American professor visited Delhi. He also came to our center. It was Friday.</w:t>
      </w:r>
    </w:p>
    <w:p>
      <w:r>
        <w:rPr>
          <w:b/>
        </w:rPr>
        <w:t xml:space="preserve">[42:39] </w:t>
      </w:r>
      <w:r>
        <w:t>This American was—he was a research scholar. And his theme was Islam.</w:t>
      </w:r>
    </w:p>
    <w:p>
      <w:pPr>
        <w:jc w:val="right"/>
      </w:pPr>
      <w:r>
        <w:t>This American was—he was a research scholar. And his theme was Islam.</w:t>
      </w:r>
    </w:p>
    <w:p>
      <w:r>
        <w:rPr>
          <w:b/>
        </w:rPr>
        <w:t xml:space="preserve">[42:51] </w:t>
      </w:r>
      <w:r>
        <w:t>So I said to him that today, it is Friday.</w:t>
      </w:r>
    </w:p>
    <w:p>
      <w:pPr>
        <w:jc w:val="right"/>
      </w:pPr>
      <w:r>
        <w:t>So I said to him that today, it is Friday.</w:t>
      </w:r>
    </w:p>
    <w:p>
      <w:r>
        <w:rPr>
          <w:b/>
        </w:rPr>
        <w:t xml:space="preserve">[42:57] </w:t>
      </w:r>
      <w:r>
        <w:t>If you want, you can</w:t>
      </w:r>
    </w:p>
    <w:p>
      <w:pPr>
        <w:jc w:val="right"/>
      </w:pPr>
      <w:r>
        <w:t>If you want, you can</w:t>
      </w:r>
    </w:p>
    <w:p>
      <w:r>
        <w:rPr>
          <w:b/>
        </w:rPr>
        <w:t xml:space="preserve">[43:06] </w:t>
      </w:r>
      <w:r>
        <w:t>visit the nearest mosque and join us in the</w:t>
      </w:r>
    </w:p>
    <w:p>
      <w:pPr>
        <w:jc w:val="right"/>
      </w:pPr>
      <w:r>
        <w:t>visit the nearest mosque and join us in the</w:t>
      </w:r>
    </w:p>
    <w:p>
      <w:r>
        <w:rPr>
          <w:b/>
        </w:rPr>
        <w:t xml:space="preserve">[43:15] </w:t>
      </w:r>
      <w:r>
        <w:t>Friday prayer. And you can experience Namaaz. I said to him that without being a Muslim, you can experience Namaaz.</w:t>
      </w:r>
    </w:p>
    <w:p>
      <w:pPr>
        <w:jc w:val="right"/>
      </w:pPr>
      <w:r>
        <w:t>Friday prayer. And you can experience Namaaz. I said to him that without being a Muslim, you can experience Namaaz.</w:t>
      </w:r>
    </w:p>
    <w:p>
      <w:r>
        <w:rPr>
          <w:b/>
        </w:rPr>
        <w:t xml:space="preserve">[43:31] </w:t>
      </w:r>
      <w:r>
        <w:t>Without being a Muslim, you can experience Namaaz. So he was very happy.</w:t>
      </w:r>
    </w:p>
    <w:p>
      <w:pPr>
        <w:jc w:val="right"/>
      </w:pPr>
      <w:r>
        <w:t>Without being a Muslim, you can experience Namaaz. So he was very happy.</w:t>
      </w:r>
    </w:p>
    <w:p>
      <w:r>
        <w:rPr>
          <w:b/>
        </w:rPr>
        <w:t xml:space="preserve">[43:42] </w:t>
      </w:r>
      <w:r>
        <w:t>And he visited that mosque with me and joined with us in the Jumu'ah prayer.</w:t>
      </w:r>
    </w:p>
    <w:p>
      <w:pPr>
        <w:jc w:val="right"/>
      </w:pPr>
      <w:r>
        <w:t>And he visited that mosque with me and joined with us in the Jumu'ah prayer.</w:t>
      </w:r>
    </w:p>
    <w:p>
      <w:r>
        <w:rPr>
          <w:b/>
        </w:rPr>
        <w:t xml:space="preserve">[43:52] </w:t>
      </w:r>
      <w:r>
        <w:t>He was very much impressed. He said that this is a true worship.</w:t>
      </w:r>
    </w:p>
    <w:p>
      <w:pPr>
        <w:jc w:val="right"/>
      </w:pPr>
      <w:r>
        <w:t>He was very much impressed. He said that this is a true worship.</w:t>
      </w:r>
    </w:p>
    <w:p>
      <w:r>
        <w:rPr>
          <w:b/>
        </w:rPr>
        <w:t xml:space="preserve">[44:04] </w:t>
      </w:r>
      <w:r>
        <w:t>Other forms of worship are like club exercises. So he was very much impressed by Namaaz.</w:t>
      </w:r>
    </w:p>
    <w:p>
      <w:pPr>
        <w:jc w:val="right"/>
      </w:pPr>
      <w:r>
        <w:t>Other forms of worship are like club exercises. So he was very much impressed by Namaaz.</w:t>
      </w:r>
    </w:p>
    <w:p>
      <w:r>
        <w:rPr>
          <w:b/>
        </w:rPr>
        <w:t xml:space="preserve">[44:22] </w:t>
      </w:r>
      <w:r>
        <w:t>Then, I will narrate a very interesting story.</w:t>
      </w:r>
    </w:p>
    <w:p>
      <w:pPr>
        <w:jc w:val="right"/>
      </w:pPr>
      <w:r>
        <w:t>Then, I will narrate a very interesting story.</w:t>
      </w:r>
    </w:p>
    <w:p>
      <w:r>
        <w:rPr>
          <w:b/>
        </w:rPr>
        <w:t xml:space="preserve">[44:29] </w:t>
      </w:r>
      <w:r>
        <w:t>During the Second Caliphate of Farouk, Muslims entered Iran.</w:t>
      </w:r>
    </w:p>
    <w:p>
      <w:pPr>
        <w:jc w:val="right"/>
      </w:pPr>
      <w:r>
        <w:t>During the Second Caliphate of Farouk, Muslims entered Iran.</w:t>
      </w:r>
    </w:p>
    <w:p>
      <w:r>
        <w:rPr>
          <w:b/>
        </w:rPr>
        <w:t xml:space="preserve">[44:42] </w:t>
      </w:r>
      <w:r>
        <w:t>So at that time, there were no mosques in Iran</w:t>
      </w:r>
    </w:p>
    <w:p>
      <w:pPr>
        <w:jc w:val="right"/>
      </w:pPr>
      <w:r>
        <w:t>So at that time, there were no mosques in Iran</w:t>
      </w:r>
    </w:p>
    <w:p>
      <w:r>
        <w:rPr>
          <w:b/>
        </w:rPr>
        <w:t xml:space="preserve">[44:48] </w:t>
      </w:r>
      <w:r>
        <w:t>. These</w:t>
      </w:r>
    </w:p>
    <w:p>
      <w:pPr>
        <w:jc w:val="right"/>
      </w:pPr>
      <w:r>
        <w:t>. These</w:t>
      </w:r>
    </w:p>
    <w:p>
      <w:r>
        <w:rPr>
          <w:b/>
        </w:rPr>
        <w:t xml:space="preserve">[44:52] </w:t>
      </w:r>
      <w:r>
        <w:t>Muslims</w:t>
      </w:r>
    </w:p>
    <w:p>
      <w:pPr>
        <w:jc w:val="right"/>
      </w:pPr>
      <w:r>
        <w:t>Muslims</w:t>
      </w:r>
    </w:p>
    <w:p>
      <w:r>
        <w:rPr>
          <w:b/>
        </w:rPr>
        <w:t xml:space="preserve">[44:56] </w:t>
      </w:r>
      <w:r>
        <w:t>used to perform their Namaaz in an open field. In an open field.</w:t>
      </w:r>
    </w:p>
    <w:p>
      <w:pPr>
        <w:jc w:val="right"/>
      </w:pPr>
      <w:r>
        <w:t>used to perform their Namaaz in an open field. In an open field.</w:t>
      </w:r>
    </w:p>
    <w:p>
      <w:r>
        <w:rPr>
          <w:b/>
        </w:rPr>
        <w:t xml:space="preserve">[45:08] </w:t>
      </w:r>
      <w:r>
        <w:t>That is congregational prayer.</w:t>
      </w:r>
    </w:p>
    <w:p>
      <w:pPr>
        <w:jc w:val="right"/>
      </w:pPr>
      <w:r>
        <w:t>That is congregational prayer.</w:t>
      </w:r>
    </w:p>
    <w:p>
      <w:r>
        <w:rPr>
          <w:b/>
        </w:rPr>
        <w:t xml:space="preserve">[45:12] </w:t>
      </w:r>
      <w:r>
        <w:t>So the general—the Iranian General Rustam—saw this scene several times.</w:t>
      </w:r>
    </w:p>
    <w:p>
      <w:pPr>
        <w:jc w:val="right"/>
      </w:pPr>
      <w:r>
        <w:t>So the general—the Iranian General Rustam—saw this scene several times.</w:t>
      </w:r>
    </w:p>
    <w:p>
      <w:r>
        <w:rPr>
          <w:b/>
        </w:rPr>
        <w:t xml:space="preserve">[45:26] </w:t>
      </w:r>
      <w:r>
        <w:t>After seeing this congregational prayer, he said,</w:t>
      </w:r>
    </w:p>
    <w:p>
      <w:pPr>
        <w:jc w:val="right"/>
      </w:pPr>
      <w:r>
        <w:t>After seeing this congregational prayer, he said,</w:t>
      </w:r>
    </w:p>
    <w:p>
      <w:r>
        <w:rPr>
          <w:b/>
        </w:rPr>
        <w:t xml:space="preserve">[45:33] </w:t>
      </w:r>
      <w:r>
        <w:t>Aqallu umarun kabidun ya'lamul kilabul a'dhab. This event, you can find in the Muqaddimah of Ibn Khaldun.</w:t>
      </w:r>
    </w:p>
    <w:p>
      <w:pPr>
        <w:jc w:val="right"/>
      </w:pPr>
      <w:r>
        <w:t>أَقَلَ عُمَرُ كَبِيدٍ يَعْلِمُ الْكِلَابَ الْأَعْذَابَ This event, you can find in the Muqaddimah of Ibn Khaldun.</w:t>
      </w:r>
    </w:p>
    <w:p>
      <w:r>
        <w:rPr>
          <w:b/>
        </w:rPr>
        <w:t xml:space="preserve">[45:46] </w:t>
      </w:r>
      <w:r>
        <w:t>So Rustam said, Aqallu umarun kabidun ya'lamul kilabul a'dhab. It means Umar is</w:t>
      </w:r>
    </w:p>
    <w:p>
      <w:pPr>
        <w:jc w:val="right"/>
      </w:pPr>
      <w:r>
        <w:t>So Rustam said, أَقَلَ عُمَرُ كَبِيدٍ يَعْلِمُ الْكِلَابَ الْأَعْذَابَ It means Umar is</w:t>
      </w:r>
    </w:p>
    <w:p>
      <w:r>
        <w:rPr>
          <w:b/>
        </w:rPr>
        <w:t xml:space="preserve">[45:59] </w:t>
      </w:r>
      <w:r>
        <w:t>a headache for me. Umar is a great headache for me. Umar creates a headache for me.</w:t>
      </w:r>
    </w:p>
    <w:p>
      <w:pPr>
        <w:jc w:val="right"/>
      </w:pPr>
      <w:r>
        <w:t>a headache for me. Umar is a great headache for me. Umar creates a headache for me.</w:t>
      </w:r>
    </w:p>
    <w:p>
      <w:r>
        <w:rPr>
          <w:b/>
        </w:rPr>
        <w:t xml:space="preserve">[46:10] </w:t>
      </w:r>
      <w:r>
        <w:t>He teaches discipline to his men.</w:t>
      </w:r>
    </w:p>
    <w:p>
      <w:pPr>
        <w:jc w:val="right"/>
      </w:pPr>
      <w:r>
        <w:t>He teaches discipline to his men.</w:t>
      </w:r>
    </w:p>
    <w:p>
      <w:r>
        <w:rPr>
          <w:b/>
        </w:rPr>
        <w:t xml:space="preserve">[46:16] </w:t>
      </w:r>
      <w:r>
        <w:t>This was the impression of Rustam, the commander of the Iranian army.</w:t>
      </w:r>
    </w:p>
    <w:p>
      <w:pPr>
        <w:jc w:val="right"/>
      </w:pPr>
      <w:r>
        <w:t>This was the impression of Rustam, the commander of the Iranian army.</w:t>
      </w:r>
    </w:p>
    <w:p>
      <w:r>
        <w:rPr>
          <w:b/>
        </w:rPr>
        <w:t xml:space="preserve">[46:27] </w:t>
      </w:r>
      <w:r>
        <w:t>So Namaaz—I mean congregational prayer—is a very impressive scene for anyone.</w:t>
      </w:r>
    </w:p>
    <w:p>
      <w:pPr>
        <w:jc w:val="right"/>
      </w:pPr>
      <w:r>
        <w:t>So Namaaz—I mean congregational prayer—is a very impressive scene for anyone.</w:t>
      </w:r>
    </w:p>
    <w:p>
      <w:r>
        <w:rPr>
          <w:b/>
        </w:rPr>
        <w:t xml:space="preserve">[46:44] </w:t>
      </w:r>
      <w:r>
        <w:t>I think that it is very unique.</w:t>
      </w:r>
    </w:p>
    <w:p>
      <w:pPr>
        <w:jc w:val="right"/>
      </w:pPr>
      <w:r>
        <w:t>I think that it is very unique.</w:t>
      </w:r>
    </w:p>
    <w:p>
      <w:r>
        <w:rPr>
          <w:b/>
        </w:rPr>
        <w:t xml:space="preserve">[46:48] </w:t>
      </w:r>
      <w:r>
        <w:t>In every religion, there is no such kind of prayer.</w:t>
      </w:r>
    </w:p>
    <w:p>
      <w:pPr>
        <w:jc w:val="right"/>
      </w:pPr>
      <w:r>
        <w:t>In every religion, there is no such kind of prayer.</w:t>
      </w:r>
    </w:p>
    <w:p>
      <w:r>
        <w:rPr>
          <w:b/>
        </w:rPr>
        <w:t xml:space="preserve">[46:57] </w:t>
      </w:r>
      <w:r>
        <w:t>Then, although there is a deep discipline, you see the call—that is Azan and Qiyam and Ruku and Sujud—by following a leader.</w:t>
      </w:r>
    </w:p>
    <w:p>
      <w:pPr>
        <w:jc w:val="right"/>
      </w:pPr>
      <w:r>
        <w:t>Then, although there is a deep discipline, you see the call—that is Azan and Qiyam and Ruku and Sujud—by following a leader.</w:t>
      </w:r>
    </w:p>
    <w:p>
      <w:r>
        <w:rPr>
          <w:b/>
        </w:rPr>
        <w:t xml:space="preserve">[47:19] </w:t>
      </w:r>
      <w:r>
        <w:t>All these things look like a very impressive discipline. But there is a point.</w:t>
      </w:r>
    </w:p>
    <w:p>
      <w:pPr>
        <w:jc w:val="right"/>
      </w:pPr>
      <w:r>
        <w:t>All these things look like a very impressive discipline. But there is a point.</w:t>
      </w:r>
    </w:p>
    <w:p>
      <w:r>
        <w:rPr>
          <w:b/>
        </w:rPr>
        <w:t xml:space="preserve">[47:34] </w:t>
      </w:r>
      <w:r>
        <w:t>This discipline is not simply a form. This discipline is not a mechanical discipline.</w:t>
      </w:r>
    </w:p>
    <w:p>
      <w:pPr>
        <w:jc w:val="right"/>
      </w:pPr>
      <w:r>
        <w:t>This discipline is not simply a form. This discipline is not a mechanical discipline.</w:t>
      </w:r>
    </w:p>
    <w:p>
      <w:r>
        <w:rPr>
          <w:b/>
        </w:rPr>
        <w:t xml:space="preserve">[47:45] </w:t>
      </w:r>
      <w:r>
        <w:t>It is not a robot discipline.</w:t>
      </w:r>
    </w:p>
    <w:p>
      <w:pPr>
        <w:jc w:val="right"/>
      </w:pPr>
      <w:r>
        <w:t>It is not a robot discipline.</w:t>
      </w:r>
    </w:p>
    <w:p>
      <w:r>
        <w:rPr>
          <w:b/>
        </w:rPr>
        <w:t xml:space="preserve">[47:50] </w:t>
      </w:r>
      <w:r>
        <w:t>It is a discipline performed by a human being. So it is a living discipline.</w:t>
      </w:r>
    </w:p>
    <w:p>
      <w:pPr>
        <w:jc w:val="right"/>
      </w:pPr>
      <w:r>
        <w:t>It is a discipline performed by a human being. So it is a living discipline.</w:t>
      </w:r>
    </w:p>
    <w:p>
      <w:r>
        <w:rPr>
          <w:b/>
        </w:rPr>
        <w:t xml:space="preserve">[48:01] </w:t>
      </w:r>
      <w:r>
        <w:t>It is an intellectual discipline. I can say that Namaaz</w:t>
      </w:r>
    </w:p>
    <w:p>
      <w:pPr>
        <w:jc w:val="right"/>
      </w:pPr>
      <w:r>
        <w:t>It is an intellectual discipline. I can say that Namaaz</w:t>
      </w:r>
    </w:p>
    <w:p>
      <w:r>
        <w:rPr>
          <w:b/>
        </w:rPr>
        <w:t xml:space="preserve">[48:13] </w:t>
      </w:r>
      <w:r>
        <w:t>is a culture of discipline.</w:t>
      </w:r>
    </w:p>
    <w:p>
      <w:pPr>
        <w:jc w:val="right"/>
      </w:pPr>
      <w:r>
        <w:t>is a culture of discipline.</w:t>
      </w:r>
    </w:p>
    <w:p>
      <w:r>
        <w:rPr>
          <w:b/>
        </w:rPr>
        <w:t xml:space="preserve">[48:23] </w:t>
      </w:r>
      <w:r>
        <w:t>Namaaz is a</w:t>
      </w:r>
    </w:p>
    <w:p>
      <w:pPr>
        <w:jc w:val="right"/>
      </w:pPr>
      <w:r>
        <w:t>Namaaz is a</w:t>
      </w:r>
    </w:p>
    <w:p>
      <w:r>
        <w:rPr>
          <w:b/>
        </w:rPr>
        <w:t xml:space="preserve">[48:27] </w:t>
      </w:r>
      <w:r>
        <w:t>complete system of ethics.</w:t>
      </w:r>
    </w:p>
    <w:p>
      <w:pPr>
        <w:jc w:val="right"/>
      </w:pPr>
      <w:r>
        <w:t>complete system of ethics.</w:t>
      </w:r>
    </w:p>
    <w:p>
      <w:r>
        <w:rPr>
          <w:b/>
        </w:rPr>
        <w:t xml:space="preserve">[48:33] </w:t>
      </w:r>
      <w:r>
        <w:t>Salat ethics—you can say it. Salat ethics. Namaaz provides us a complete system of ethics.</w:t>
      </w:r>
    </w:p>
    <w:p>
      <w:pPr>
        <w:jc w:val="right"/>
      </w:pPr>
      <w:r>
        <w:t>Salat ethics—you can say it. Salat ethics. Namaaz provides us a complete system of ethics.</w:t>
      </w:r>
    </w:p>
    <w:p>
      <w:r>
        <w:rPr>
          <w:b/>
        </w:rPr>
        <w:t xml:space="preserve">[48:44] </w:t>
      </w:r>
      <w:r>
        <w:t>In this sense, I can say that Namaaz is a complete culture</w:t>
      </w:r>
    </w:p>
    <w:p>
      <w:pPr>
        <w:jc w:val="right"/>
      </w:pPr>
      <w:r>
        <w:t>In this sense, I can say that Namaaz is a complete culture</w:t>
      </w:r>
    </w:p>
    <w:p>
      <w:r>
        <w:rPr>
          <w:b/>
        </w:rPr>
        <w:t xml:space="preserve">[48:51] </w:t>
      </w:r>
      <w:r>
        <w:t>. You may call it Salat culture. So Salat culture is not simply a</w:t>
      </w:r>
    </w:p>
    <w:p>
      <w:pPr>
        <w:jc w:val="right"/>
      </w:pPr>
      <w:r>
        <w:t>. You may call it Salat culture. So Salat culture is not simply a</w:t>
      </w:r>
    </w:p>
    <w:p>
      <w:r>
        <w:rPr>
          <w:b/>
        </w:rPr>
        <w:t xml:space="preserve">[49:05] </w:t>
      </w:r>
      <w:r>
        <w:t>set of some rituals or some outer forms. It is a living discipline.</w:t>
      </w:r>
    </w:p>
    <w:p>
      <w:pPr>
        <w:jc w:val="right"/>
      </w:pPr>
      <w:r>
        <w:t>set of some rituals or some outer forms. It is a living discipline.</w:t>
      </w:r>
    </w:p>
    <w:p>
      <w:r>
        <w:rPr>
          <w:b/>
        </w:rPr>
        <w:t xml:space="preserve">[49:15] </w:t>
      </w:r>
      <w:r>
        <w:t>It is—the Salat discipline is an outcome of faith, fear of God, sense of accountability.</w:t>
      </w:r>
    </w:p>
    <w:p>
      <w:pPr>
        <w:jc w:val="right"/>
      </w:pPr>
      <w:r>
        <w:t>It is—the Salat discipline is an outcome of faith, fear of God, sense of accountability.</w:t>
      </w:r>
    </w:p>
    <w:p>
      <w:r>
        <w:rPr>
          <w:b/>
        </w:rPr>
        <w:t xml:space="preserve">[49:29] </w:t>
      </w:r>
      <w:r>
        <w:t>This is the inner spirit of Salat.</w:t>
      </w:r>
    </w:p>
    <w:p>
      <w:pPr>
        <w:jc w:val="right"/>
      </w:pPr>
      <w:r>
        <w:t>This is the inner spirit of Salat.</w:t>
      </w:r>
    </w:p>
    <w:p>
      <w:r>
        <w:rPr>
          <w:b/>
        </w:rPr>
        <w:t xml:space="preserve">[49:36] </w:t>
      </w:r>
      <w:r>
        <w:t>A man who realizes</w:t>
      </w:r>
    </w:p>
    <w:p>
      <w:pPr>
        <w:jc w:val="right"/>
      </w:pPr>
      <w:r>
        <w:t>A man who realizes</w:t>
      </w:r>
    </w:p>
    <w:p>
      <w:r>
        <w:rPr>
          <w:b/>
        </w:rPr>
        <w:t xml:space="preserve">[49:43] </w:t>
      </w:r>
      <w:r>
        <w:t>that there is a God—there is a God</w:t>
      </w:r>
    </w:p>
    <w:p>
      <w:pPr>
        <w:jc w:val="right"/>
      </w:pPr>
      <w:r>
        <w:t>that there is a God—there is a God</w:t>
      </w:r>
    </w:p>
    <w:p>
      <w:r>
        <w:rPr>
          <w:b/>
        </w:rPr>
        <w:t xml:space="preserve">[49:53] </w:t>
      </w:r>
      <w:r>
        <w:t>all-powerful, the Sustainer, the Lord of the universe—after this realization, he wants to worship Him</w:t>
      </w:r>
    </w:p>
    <w:p>
      <w:pPr>
        <w:jc w:val="right"/>
      </w:pPr>
      <w:r>
        <w:t>all-powerful, the Sustainer, the Lord of the universe—after this realization, he wants to worship Him</w:t>
      </w:r>
    </w:p>
    <w:p>
      <w:r>
        <w:rPr>
          <w:b/>
        </w:rPr>
        <w:t xml:space="preserve">[50:06] </w:t>
      </w:r>
      <w:r>
        <w:t>. He wants to surrender before Him.</w:t>
      </w:r>
    </w:p>
    <w:p>
      <w:pPr>
        <w:jc w:val="right"/>
      </w:pPr>
      <w:r>
        <w:t>. He wants to surrender before Him.</w:t>
      </w:r>
    </w:p>
    <w:p>
      <w:r>
        <w:rPr>
          <w:b/>
        </w:rPr>
        <w:t xml:space="preserve">[50:11] </w:t>
      </w:r>
      <w:r>
        <w:t>This spirit</w:t>
      </w:r>
    </w:p>
    <w:p>
      <w:pPr>
        <w:jc w:val="right"/>
      </w:pPr>
      <w:r>
        <w:t>This spirit</w:t>
      </w:r>
    </w:p>
    <w:p>
      <w:r>
        <w:rPr>
          <w:b/>
        </w:rPr>
        <w:t xml:space="preserve">[50:15] </w:t>
      </w:r>
      <w:r>
        <w:t>is translated into the form of Namaaz. Namaaz is an expression of</w:t>
      </w:r>
    </w:p>
    <w:p>
      <w:pPr>
        <w:jc w:val="right"/>
      </w:pPr>
      <w:r>
        <w:t>is translated into the form of Namaaz. Namaaz is an expression of</w:t>
      </w:r>
    </w:p>
    <w:p>
      <w:r>
        <w:rPr>
          <w:b/>
        </w:rPr>
        <w:t xml:space="preserve">[50:26] </w:t>
      </w:r>
      <w:r>
        <w:t>this discovery or this realization. Faith is a discovery.</w:t>
      </w:r>
    </w:p>
    <w:p>
      <w:pPr>
        <w:jc w:val="right"/>
      </w:pPr>
      <w:r>
        <w:t>this discovery or this realization. Faith is a discovery.</w:t>
      </w:r>
    </w:p>
    <w:p>
      <w:r>
        <w:rPr>
          <w:b/>
        </w:rPr>
        <w:t xml:space="preserve">[50:35] </w:t>
      </w:r>
      <w:r>
        <w:t>Faith is a great realization.</w:t>
      </w:r>
    </w:p>
    <w:p>
      <w:pPr>
        <w:jc w:val="right"/>
      </w:pPr>
      <w:r>
        <w:t>Faith is a great realization.</w:t>
      </w:r>
    </w:p>
    <w:p>
      <w:r>
        <w:rPr>
          <w:b/>
        </w:rPr>
        <w:t xml:space="preserve">[50:40] </w:t>
      </w:r>
      <w:r>
        <w:t>So when this faith or this discovery or this realization translates into a form, it is called Namaaz.</w:t>
      </w:r>
    </w:p>
    <w:p>
      <w:pPr>
        <w:jc w:val="right"/>
      </w:pPr>
      <w:r>
        <w:t>So when this faith or this discovery or this realization translates into a form, it is called Namaaz.</w:t>
      </w:r>
    </w:p>
    <w:p>
      <w:r>
        <w:rPr>
          <w:b/>
        </w:rPr>
        <w:t xml:space="preserve">[51:02] </w:t>
      </w:r>
      <w:r>
        <w:t>So Namaaz or Salat culture is a beautiful combination of inner spirit and outer form.</w:t>
      </w:r>
    </w:p>
    <w:p>
      <w:pPr>
        <w:jc w:val="right"/>
      </w:pPr>
      <w:r>
        <w:t>So Namaaz or Salat culture is a beautiful combination of inner spirit and outer form.</w:t>
      </w:r>
    </w:p>
    <w:p>
      <w:r>
        <w:rPr>
          <w:b/>
        </w:rPr>
        <w:t xml:space="preserve">[51:15] </w:t>
      </w:r>
      <w:r>
        <w:t>In its inner content, in its inner content, it is a realization of God.</w:t>
      </w:r>
    </w:p>
    <w:p>
      <w:pPr>
        <w:jc w:val="right"/>
      </w:pPr>
      <w:r>
        <w:t>In its inner content, in its inner content, it is a realization of God.</w:t>
      </w:r>
    </w:p>
    <w:p>
      <w:r>
        <w:rPr>
          <w:b/>
        </w:rPr>
        <w:t xml:space="preserve">[51:28] </w:t>
      </w:r>
      <w:r>
        <w:t>In its outer form, it is a natural way of worship.</w:t>
      </w:r>
    </w:p>
    <w:p>
      <w:pPr>
        <w:jc w:val="right"/>
      </w:pPr>
      <w:r>
        <w:t>In its outer form, it is a natural way of worship.</w:t>
      </w:r>
    </w:p>
    <w:p>
      <w:r>
        <w:rPr>
          <w:b/>
        </w:rPr>
        <w:t xml:space="preserve">[51:38] </w:t>
      </w:r>
      <w:r>
        <w:t>So it is a beautiful combination of natural way of worship and inner spirit of God's realization.</w:t>
      </w:r>
    </w:p>
    <w:p>
      <w:pPr>
        <w:jc w:val="right"/>
      </w:pPr>
      <w:r>
        <w:t>So it is a beautiful combination of natural way of worship and inner spirit of God's realization.</w:t>
      </w:r>
    </w:p>
    <w:p>
      <w:r>
        <w:rPr>
          <w:b/>
        </w:rPr>
        <w:t xml:space="preserve">[51:53] </w:t>
      </w:r>
      <w:r>
        <w:t>It was this Salat culture that was the secret of that unity we see in the Muslims of the early period.</w:t>
      </w:r>
    </w:p>
    <w:p>
      <w:pPr>
        <w:jc w:val="right"/>
      </w:pPr>
      <w:r>
        <w:t>It was this Salat culture that was the secret of that unity we see in the Muslims of the early period.</w:t>
      </w:r>
    </w:p>
    <w:p>
      <w:r>
        <w:rPr>
          <w:b/>
        </w:rPr>
        <w:t xml:space="preserve">[52:10] </w:t>
      </w:r>
      <w:r>
        <w:t>In the Muslims of the early period</w:t>
      </w:r>
    </w:p>
    <w:p>
      <w:pPr>
        <w:jc w:val="right"/>
      </w:pPr>
      <w:r>
        <w:t>In the Muslims of the early period</w:t>
      </w:r>
    </w:p>
    <w:p>
      <w:r>
        <w:rPr>
          <w:b/>
        </w:rPr>
        <w:t xml:space="preserve">[52:14] </w:t>
      </w:r>
      <w:r>
        <w:t>, this kind of spirit and this kind of unity is a great power, a great source of strength</w:t>
      </w:r>
    </w:p>
    <w:p>
      <w:pPr>
        <w:jc w:val="right"/>
      </w:pPr>
      <w:r>
        <w:t>, this kind of spirit and this kind of unity is a great power, a great source of strength</w:t>
      </w:r>
    </w:p>
    <w:p>
      <w:r>
        <w:rPr>
          <w:b/>
        </w:rPr>
        <w:t xml:space="preserve">[52:28] </w:t>
      </w:r>
      <w:r>
        <w:t>. Then,</w:t>
      </w:r>
    </w:p>
    <w:p>
      <w:pPr>
        <w:jc w:val="right"/>
      </w:pPr>
      <w:r>
        <w:t>. Then,</w:t>
      </w:r>
    </w:p>
    <w:p>
      <w:r>
        <w:rPr>
          <w:b/>
        </w:rPr>
        <w:t xml:space="preserve">[52:32] </w:t>
      </w:r>
      <w:r>
        <w:t>there is a verse in the Qur'an: ist'eenoo bis sabri was salat</w:t>
      </w:r>
    </w:p>
    <w:p>
      <w:pPr>
        <w:jc w:val="right"/>
      </w:pPr>
      <w:r>
        <w:t>there is a verse in the Qur'an: اسْطَعِينُوا بِالصَّبْرِ وَالصَّلَاةِ</w:t>
      </w:r>
    </w:p>
    <w:p>
      <w:r>
        <w:rPr>
          <w:b/>
        </w:rPr>
        <w:t xml:space="preserve">[52:41] </w:t>
      </w:r>
      <w:r>
        <w:t>Seek help</w:t>
      </w:r>
    </w:p>
    <w:p>
      <w:pPr>
        <w:jc w:val="right"/>
      </w:pPr>
      <w:r>
        <w:t>Seek help</w:t>
      </w:r>
    </w:p>
    <w:p>
      <w:r>
        <w:rPr>
          <w:b/>
        </w:rPr>
        <w:t xml:space="preserve">[52:45] </w:t>
      </w:r>
      <w:r>
        <w:t>of God by Salat and Sabr, prayer and patience.</w:t>
      </w:r>
    </w:p>
    <w:p>
      <w:pPr>
        <w:jc w:val="right"/>
      </w:pPr>
      <w:r>
        <w:t>of God by Salat and Sabr, prayer and patience.</w:t>
      </w:r>
    </w:p>
    <w:p>
      <w:r>
        <w:rPr>
          <w:b/>
        </w:rPr>
        <w:t xml:space="preserve">[52:55] </w:t>
      </w:r>
      <w:r>
        <w:t>This Qur'anic verse tells us that Sabr is also a part of Namaaz.</w:t>
      </w:r>
    </w:p>
    <w:p>
      <w:pPr>
        <w:jc w:val="right"/>
      </w:pPr>
      <w:r>
        <w:t>This Qur'anic verse tells us that Sabr is also a part of Namaaz.</w:t>
      </w:r>
    </w:p>
    <w:p>
      <w:r>
        <w:rPr>
          <w:b/>
        </w:rPr>
        <w:t xml:space="preserve">[53:07] </w:t>
      </w:r>
      <w:r>
        <w:t>Sabr is also a part of Namaaz or Islamic prayer. Why? Namaaz or Islamic prayer requires great concentration.</w:t>
      </w:r>
    </w:p>
    <w:p>
      <w:pPr>
        <w:jc w:val="right"/>
      </w:pPr>
      <w:r>
        <w:t>Sabr is also a part of Namaaz or Islamic prayer. Why? Namaaz or Islamic prayer requires great concentration.</w:t>
      </w:r>
    </w:p>
    <w:p>
      <w:r>
        <w:rPr>
          <w:b/>
        </w:rPr>
        <w:t xml:space="preserve">[53:24] </w:t>
      </w:r>
      <w:r>
        <w:t>Great, great concentration.</w:t>
      </w:r>
    </w:p>
    <w:p>
      <w:pPr>
        <w:jc w:val="right"/>
      </w:pPr>
      <w:r>
        <w:t>Great, great concentration.</w:t>
      </w:r>
    </w:p>
    <w:p>
      <w:r>
        <w:rPr>
          <w:b/>
        </w:rPr>
        <w:t xml:space="preserve">[53:28] </w:t>
      </w:r>
      <w:r>
        <w:t>And without Sabr or patience, you cannot attain this kind of concentration.</w:t>
      </w:r>
    </w:p>
    <w:p>
      <w:pPr>
        <w:jc w:val="right"/>
      </w:pPr>
      <w:r>
        <w:t>And without Sabr or patience, you cannot attain this kind of concentration.</w:t>
      </w:r>
    </w:p>
    <w:p>
      <w:r>
        <w:rPr>
          <w:b/>
        </w:rPr>
        <w:t xml:space="preserve">[53:44] </w:t>
      </w:r>
      <w:r>
        <w:t>You know, in this life, every time... In this life, every time, there are distractions, distractions, distractions.</w:t>
      </w:r>
    </w:p>
    <w:p>
      <w:pPr>
        <w:jc w:val="right"/>
      </w:pPr>
      <w:r>
        <w:t>You know, in this life, every time... In this life, every time, there are distractions, distractions, distractions.</w:t>
      </w:r>
    </w:p>
    <w:p>
      <w:r>
        <w:rPr>
          <w:b/>
        </w:rPr>
        <w:t xml:space="preserve">[53:55] </w:t>
      </w:r>
      <w:r>
        <w:t>Every time. So you have to save yourself from these distraction</w:t>
      </w:r>
    </w:p>
    <w:p>
      <w:pPr>
        <w:jc w:val="right"/>
      </w:pPr>
      <w:r>
        <w:t>Every time. So you have to save yourself from these distraction</w:t>
      </w:r>
    </w:p>
    <w:p>
      <w:r>
        <w:rPr>
          <w:b/>
        </w:rPr>
        <w:t xml:space="preserve">[54:07] </w:t>
      </w:r>
      <w:r>
        <w:t>s. And it is Sabr or patience that gives you the strength by which you can restrain yourself from being a victim of those distractions.</w:t>
      </w:r>
    </w:p>
    <w:p>
      <w:pPr>
        <w:jc w:val="right"/>
      </w:pPr>
      <w:r>
        <w:t>s. And it is Sabr or patience that gives you the strength by which you can restrain yourself from being a victim of those distractions.</w:t>
      </w:r>
    </w:p>
    <w:p>
      <w:r>
        <w:rPr>
          <w:b/>
        </w:rPr>
        <w:t xml:space="preserve">[54:32] </w:t>
      </w:r>
      <w:r>
        <w:t>So the formula is that</w:t>
      </w:r>
    </w:p>
    <w:p>
      <w:pPr>
        <w:jc w:val="right"/>
      </w:pPr>
      <w:r>
        <w:t>So the formula is that</w:t>
      </w:r>
    </w:p>
    <w:p>
      <w:r>
        <w:rPr>
          <w:b/>
        </w:rPr>
        <w:t xml:space="preserve">[54:37] </w:t>
      </w:r>
      <w:r>
        <w:t>true Salat requires</w:t>
      </w:r>
    </w:p>
    <w:p>
      <w:pPr>
        <w:jc w:val="right"/>
      </w:pPr>
      <w:r>
        <w:t>true Salat requires</w:t>
      </w:r>
    </w:p>
    <w:p>
      <w:r>
        <w:rPr>
          <w:b/>
        </w:rPr>
        <w:t xml:space="preserve">[54:42] </w:t>
      </w:r>
      <w:r>
        <w:t>complete concentration. And</w:t>
      </w:r>
    </w:p>
    <w:p>
      <w:pPr>
        <w:jc w:val="right"/>
      </w:pPr>
      <w:r>
        <w:t>complete concentration. And</w:t>
      </w:r>
    </w:p>
    <w:p>
      <w:r>
        <w:rPr>
          <w:b/>
        </w:rPr>
        <w:t xml:space="preserve">[54:49] </w:t>
      </w:r>
      <w:r>
        <w:t>complete concentration can be attained only by saving yourself from all kinds of distractions.</w:t>
      </w:r>
    </w:p>
    <w:p>
      <w:pPr>
        <w:jc w:val="right"/>
      </w:pPr>
      <w:r>
        <w:t>complete concentration can be attained only by saving yourself from all kinds of distractions.</w:t>
      </w:r>
    </w:p>
    <w:p>
      <w:r>
        <w:rPr>
          <w:b/>
        </w:rPr>
        <w:t xml:space="preserve">[55:02] </w:t>
      </w:r>
      <w:r>
        <w:t>And it is Sabr or patience that gives you that kind of strength</w:t>
      </w:r>
    </w:p>
    <w:p>
      <w:pPr>
        <w:jc w:val="right"/>
      </w:pPr>
      <w:r>
        <w:t>And it is Sabr or patience that gives you that kind of strength</w:t>
      </w:r>
    </w:p>
    <w:p>
      <w:r>
        <w:rPr>
          <w:b/>
        </w:rPr>
        <w:t xml:space="preserve">[55:10] </w:t>
      </w:r>
      <w:r>
        <w:t>. Only by Sabr, you can save yourself from distractions. So in this sense, Sabr is an integral part of Salat.</w:t>
      </w:r>
    </w:p>
    <w:p>
      <w:pPr>
        <w:jc w:val="right"/>
      </w:pPr>
      <w:r>
        <w:t>. Only by Sabr, you can save yourself from distractions. So in this sense, Sabr is an integral part of Salat.</w:t>
      </w:r>
    </w:p>
    <w:p>
      <w:r>
        <w:rPr>
          <w:b/>
        </w:rPr>
        <w:t xml:space="preserve">[55:26] </w:t>
      </w:r>
      <w:r>
        <w:t>In this sense, Sabr or patience is an integral part of Salat or Islamic prayer.</w:t>
      </w:r>
    </w:p>
    <w:p>
      <w:pPr>
        <w:jc w:val="right"/>
      </w:pPr>
      <w:r>
        <w:t>In this sense, Sabr or patience is an integral part of Salat or Islamic prayer.</w:t>
      </w:r>
    </w:p>
    <w:p>
      <w:r>
        <w:rPr>
          <w:b/>
        </w:rPr>
        <w:t xml:space="preserve">[55:40] </w:t>
      </w:r>
      <w:r>
        <w:t>It is very important. There are several verses in the Qur'an in which God has bracketed Sabr with Salat: istainu bis sabri was salati</w:t>
      </w:r>
    </w:p>
    <w:p>
      <w:pPr>
        <w:jc w:val="right"/>
      </w:pPr>
      <w:r>
        <w:t>It is very important. There are several verses in the Qur'an in which God has bracketed Sabr with Salat: اسْطَعِينُوا بِالصَّبْرِ وَالصَّلَاةِ</w:t>
      </w:r>
    </w:p>
    <w:p>
      <w:r>
        <w:rPr>
          <w:b/>
        </w:rPr>
        <w:t xml:space="preserve">[56:03] </w:t>
      </w:r>
      <w:r>
        <w:t>There are several verses in the Qur'an in which God has</w:t>
      </w:r>
    </w:p>
    <w:p>
      <w:pPr>
        <w:jc w:val="right"/>
      </w:pPr>
      <w:r>
        <w:t>There are several verses in the Qur'an in which God has</w:t>
      </w:r>
    </w:p>
    <w:p>
      <w:r>
        <w:rPr>
          <w:b/>
        </w:rPr>
        <w:t xml:space="preserve">[56:12] </w:t>
      </w:r>
      <w:r>
        <w:t>bracketed Sabr with Salat. And this is the secret of this.</w:t>
      </w:r>
    </w:p>
    <w:p>
      <w:pPr>
        <w:jc w:val="right"/>
      </w:pPr>
      <w:r>
        <w:t>bracketed Sabr with Salat. And this is the secret of this.</w:t>
      </w:r>
    </w:p>
    <w:p>
      <w:r>
        <w:rPr>
          <w:b/>
        </w:rPr>
        <w:t xml:space="preserve">[56:24] </w:t>
      </w:r>
      <w:r>
        <w:t>If you have no Sabr, then you are doomed to be distracted.</w:t>
      </w:r>
    </w:p>
    <w:p>
      <w:pPr>
        <w:jc w:val="right"/>
      </w:pPr>
      <w:r>
        <w:t>If you have no Sabr, then you are doomed to be distracted.</w:t>
      </w:r>
    </w:p>
    <w:p>
      <w:r>
        <w:rPr>
          <w:b/>
        </w:rPr>
        <w:t xml:space="preserve">[56:38] </w:t>
      </w:r>
      <w:r>
        <w:t>Without Sabr, you will live in distractions. And when you are living in distractions, you cannot concentrate the inner spirit to the inner spirit of Salat.</w:t>
      </w:r>
    </w:p>
    <w:p>
      <w:pPr>
        <w:jc w:val="right"/>
      </w:pPr>
      <w:r>
        <w:t>Without Sabr, you will live in distractions. And when you are living in distractions, you cannot concentrate the inner spirit to the inner spirit of Salat.</w:t>
      </w:r>
    </w:p>
    <w:p>
      <w:r>
        <w:rPr>
          <w:b/>
        </w:rPr>
        <w:t xml:space="preserve">[56:56] </w:t>
      </w:r>
      <w:r>
        <w:t>So everyone who wants to perform true Salat, he must keep Sabr or patience.</w:t>
      </w:r>
    </w:p>
    <w:p>
      <w:pPr>
        <w:jc w:val="right"/>
      </w:pPr>
      <w:r>
        <w:t>So everyone who wants to perform true Salat, he must keep Sabr or patience.</w:t>
      </w:r>
    </w:p>
    <w:p>
      <w:r>
        <w:rPr>
          <w:b/>
        </w:rPr>
        <w:t xml:space="preserve">[57:05] </w:t>
      </w:r>
      <w:r>
        <w:t>Both are an integral part of each other.</w:t>
      </w:r>
    </w:p>
    <w:p>
      <w:pPr>
        <w:jc w:val="right"/>
      </w:pPr>
      <w:r>
        <w:t>Both are an integral part of each other.</w:t>
      </w:r>
    </w:p>
    <w:p>
      <w:r>
        <w:rPr>
          <w:b/>
        </w:rPr>
        <w:t xml:space="preserve">[57:17] </w:t>
      </w:r>
      <w:r>
        <w:t>Then, there is a verse in the Qur'an: qad aflaha almu'minun allazina hum fi salatihim khashi'un It means that</w:t>
      </w:r>
    </w:p>
    <w:p>
      <w:pPr>
        <w:jc w:val="right"/>
      </w:pPr>
      <w:r>
        <w:t>Then, there is a verse in the Qur'an: قَدْ أَفْلَحَ الْمُؤْمِنُونَ الَّذِينَ هُمْ فِي صِلَاتِهِمْ خَاشِعُونَ It means that</w:t>
      </w:r>
    </w:p>
    <w:p>
      <w:r>
        <w:rPr>
          <w:b/>
        </w:rPr>
        <w:t xml:space="preserve">[57:35] </w:t>
      </w:r>
      <w:r>
        <w:t>successful are those who</w:t>
      </w:r>
    </w:p>
    <w:p>
      <w:pPr>
        <w:jc w:val="right"/>
      </w:pPr>
      <w:r>
        <w:t>successful are those who</w:t>
      </w:r>
    </w:p>
    <w:p>
      <w:r>
        <w:rPr>
          <w:b/>
        </w:rPr>
        <w:t xml:space="preserve">[57:40] </w:t>
      </w:r>
      <w:r>
        <w:t>observe khushu in their Salat.</w:t>
      </w:r>
    </w:p>
    <w:p>
      <w:pPr>
        <w:jc w:val="right"/>
      </w:pPr>
      <w:r>
        <w:t>observe khushu in their Salat.</w:t>
      </w:r>
    </w:p>
    <w:p>
      <w:r>
        <w:rPr>
          <w:b/>
        </w:rPr>
        <w:t xml:space="preserve">[57:46] </w:t>
      </w:r>
      <w:r>
        <w:t>Here, you can see that khushu or God-fearing is</w:t>
      </w:r>
    </w:p>
    <w:p>
      <w:pPr>
        <w:jc w:val="right"/>
      </w:pPr>
      <w:r>
        <w:t>Here, you can see that khushu or God-fearing is</w:t>
      </w:r>
    </w:p>
    <w:p>
      <w:r>
        <w:rPr>
          <w:b/>
        </w:rPr>
        <w:t xml:space="preserve">[57:56] </w:t>
      </w:r>
      <w:r>
        <w:t>a very important part of Salat. Khushu is the inner spirit of Salat. Khushu means fear of God</w:t>
      </w:r>
    </w:p>
    <w:p>
      <w:pPr>
        <w:jc w:val="right"/>
      </w:pPr>
      <w:r>
        <w:t>a very important part of Salat. Khushu is the inner spirit of Salat. Khushu means fear of God</w:t>
      </w:r>
    </w:p>
    <w:p>
      <w:r>
        <w:rPr>
          <w:b/>
        </w:rPr>
        <w:t xml:space="preserve">[58:09] </w:t>
      </w:r>
      <w:r>
        <w:t>. So fear of God is the inner spirit of Namaaz or Islamic prayer.</w:t>
      </w:r>
    </w:p>
    <w:p>
      <w:pPr>
        <w:jc w:val="right"/>
      </w:pPr>
      <w:r>
        <w:t>. So fear of God is the inner spirit of Namaaz or Islamic prayer.</w:t>
      </w:r>
    </w:p>
    <w:p>
      <w:r>
        <w:rPr>
          <w:b/>
        </w:rPr>
        <w:t xml:space="preserve">[58:19] </w:t>
      </w:r>
      <w:r>
        <w:t>So one who keeps fear of God in his Salat, he is a successful person.</w:t>
      </w:r>
    </w:p>
    <w:p>
      <w:pPr>
        <w:jc w:val="right"/>
      </w:pPr>
      <w:r>
        <w:t>So one who keeps fear of God in his Salat, he is a successful person.</w:t>
      </w:r>
    </w:p>
    <w:p>
      <w:r>
        <w:rPr>
          <w:b/>
        </w:rPr>
        <w:t xml:space="preserve">[58:34] </w:t>
      </w:r>
      <w:r>
        <w:t>Without khushu, there is no true Salat. And without true Salat, there is no success.</w:t>
      </w:r>
    </w:p>
    <w:p>
      <w:pPr>
        <w:jc w:val="right"/>
      </w:pPr>
      <w:r>
        <w:t>Without khushu, there is no true Salat. And without true Salat, there is no success.</w:t>
      </w:r>
    </w:p>
    <w:p>
      <w:r>
        <w:rPr>
          <w:b/>
        </w:rPr>
        <w:t xml:space="preserve">[58:49] </w:t>
      </w:r>
      <w:r>
        <w:t>According to the Qur'an,</w:t>
      </w:r>
    </w:p>
    <w:p>
      <w:pPr>
        <w:jc w:val="right"/>
      </w:pPr>
      <w:r>
        <w:t>According to the Qur'an,</w:t>
      </w:r>
    </w:p>
    <w:p>
      <w:r>
        <w:rPr>
          <w:b/>
        </w:rPr>
        <w:t xml:space="preserve">[58:54] </w:t>
      </w:r>
      <w:r>
        <w:t>Namaaz is the key to Paradise. qalu lam nak min al-musallin</w:t>
      </w:r>
    </w:p>
    <w:p>
      <w:pPr>
        <w:jc w:val="right"/>
      </w:pPr>
      <w:r>
        <w:t>Namaaz is the key to Paradise. قَالُوا لَمْ نَكُو مِنَ الْمُسَلِّينَ</w:t>
      </w:r>
    </w:p>
    <w:p>
      <w:r>
        <w:rPr>
          <w:b/>
        </w:rPr>
        <w:t xml:space="preserve">[59:07] </w:t>
      </w:r>
      <w:r>
        <w:t>It means that only those people will find entry into Paradise who were</w:t>
      </w:r>
    </w:p>
    <w:p>
      <w:pPr>
        <w:jc w:val="right"/>
      </w:pPr>
      <w:r>
        <w:t>It means that only those people will find entry into Paradise who were</w:t>
      </w:r>
    </w:p>
    <w:p>
      <w:r>
        <w:rPr>
          <w:b/>
        </w:rPr>
        <w:t xml:space="preserve">[59:19] </w:t>
      </w:r>
      <w:r>
        <w:t>performing their Salat in this world. But what kind of Salat?</w:t>
      </w:r>
    </w:p>
    <w:p>
      <w:pPr>
        <w:jc w:val="right"/>
      </w:pPr>
      <w:r>
        <w:t>performing their Salat in this world. But what kind of Salat?</w:t>
      </w:r>
    </w:p>
    <w:p>
      <w:r>
        <w:rPr>
          <w:b/>
        </w:rPr>
        <w:t xml:space="preserve">[59:35] </w:t>
      </w:r>
      <w:r>
        <w:t>It doesn't mean that Salat in only... Salat as a ritual, as a form.</w:t>
      </w:r>
    </w:p>
    <w:p>
      <w:pPr>
        <w:jc w:val="right"/>
      </w:pPr>
      <w:r>
        <w:t>It doesn't mean that Salat in only... Salat as a ritual, as a form.</w:t>
      </w:r>
    </w:p>
    <w:p>
      <w:r>
        <w:rPr>
          <w:b/>
        </w:rPr>
        <w:t xml:space="preserve">[59:43] </w:t>
      </w:r>
      <w:r>
        <w:t>No. That is an underestimation of Salat.</w:t>
      </w:r>
    </w:p>
    <w:p>
      <w:pPr>
        <w:jc w:val="right"/>
      </w:pPr>
      <w:r>
        <w:t>No. That is an underestimation of Salat.</w:t>
      </w:r>
    </w:p>
    <w:p>
      <w:r>
        <w:rPr>
          <w:b/>
        </w:rPr>
        <w:t xml:space="preserve">[59:50] </w:t>
      </w:r>
      <w:r>
        <w:t>If we take Salat as a ritual, if we take Salat as a</w:t>
      </w:r>
    </w:p>
    <w:p>
      <w:pPr>
        <w:jc w:val="right"/>
      </w:pPr>
      <w:r>
        <w:t>If we take Salat as a ritual, if we take Salat as a</w:t>
      </w:r>
    </w:p>
    <w:p>
      <w:r>
        <w:rPr>
          <w:b/>
        </w:rPr>
        <w:t xml:space="preserve">[1:00:00] </w:t>
      </w:r>
      <w:r>
        <w:t>form, then you are reducing it. It is a reduced form of Salat.</w:t>
      </w:r>
    </w:p>
    <w:p>
      <w:pPr>
        <w:jc w:val="right"/>
      </w:pPr>
      <w:r>
        <w:t>form, then you are reducing it. It is a reduced form of Salat.</w:t>
      </w:r>
    </w:p>
    <w:p>
      <w:r>
        <w:rPr>
          <w:b/>
        </w:rPr>
        <w:t xml:space="preserve">[1:00:11] </w:t>
      </w:r>
      <w:r>
        <w:t>This kind of... This kind of Salat is a reduced form of Salat.</w:t>
      </w:r>
    </w:p>
    <w:p>
      <w:pPr>
        <w:jc w:val="right"/>
      </w:pPr>
      <w:r>
        <w:t>This kind of... This kind of Salat is a reduced form of Salat.</w:t>
      </w:r>
    </w:p>
    <w:p>
      <w:r>
        <w:rPr>
          <w:b/>
        </w:rPr>
        <w:t xml:space="preserve">[1:00:21] </w:t>
      </w:r>
      <w:r>
        <w:t>Because inner spirit is an integral part of Salat or Namaaz.</w:t>
      </w:r>
    </w:p>
    <w:p>
      <w:pPr>
        <w:jc w:val="right"/>
      </w:pPr>
      <w:r>
        <w:t>Because inner spirit is an integral part of Salat or Namaaz.</w:t>
      </w:r>
    </w:p>
    <w:p>
      <w:r>
        <w:rPr>
          <w:b/>
        </w:rPr>
        <w:t xml:space="preserve">[1:00:34] </w:t>
      </w:r>
      <w:r>
        <w:t>So it is true that</w:t>
      </w:r>
    </w:p>
    <w:p>
      <w:pPr>
        <w:jc w:val="right"/>
      </w:pPr>
      <w:r>
        <w:t>So it is true that</w:t>
      </w:r>
    </w:p>
    <w:p>
      <w:r>
        <w:rPr>
          <w:b/>
        </w:rPr>
        <w:t xml:space="preserve">[1:00:37] </w:t>
      </w:r>
      <w:r>
        <w:t>Salat is a key to find Paradise. But here, Salat doesn't mean that...</w:t>
      </w:r>
    </w:p>
    <w:p>
      <w:pPr>
        <w:jc w:val="right"/>
      </w:pPr>
      <w:r>
        <w:t>Salat is a key to find Paradise. But here, Salat doesn't mean that...</w:t>
      </w:r>
    </w:p>
    <w:p>
      <w:r>
        <w:rPr>
          <w:b/>
        </w:rPr>
        <w:t xml:space="preserve">[1:00:53] </w:t>
      </w:r>
      <w:r>
        <w:t>It doesn't mean in the sense of rituals or form. No.</w:t>
      </w:r>
    </w:p>
    <w:p>
      <w:pPr>
        <w:jc w:val="right"/>
      </w:pPr>
      <w:r>
        <w:t>It doesn't mean in the sense of rituals or form. No.</w:t>
      </w:r>
    </w:p>
    <w:p>
      <w:r>
        <w:rPr>
          <w:b/>
        </w:rPr>
        <w:t xml:space="preserve">[1:01:00] </w:t>
      </w:r>
      <w:r>
        <w:t>This Salat... The Salat that is... The Salat that is a key to find God is that Salat which is a combination of form as well as the inner spirit.</w:t>
      </w:r>
    </w:p>
    <w:p>
      <w:pPr>
        <w:jc w:val="right"/>
      </w:pPr>
      <w:r>
        <w:t>This Salat... The Salat that is... The Salat that is a key to find God is that Salat which is a combination of form as well as the inner spirit.</w:t>
      </w:r>
    </w:p>
    <w:p>
      <w:r>
        <w:rPr>
          <w:b/>
        </w:rPr>
        <w:t xml:space="preserve">[1:01:24] </w:t>
      </w:r>
      <w:r>
        <w:t>There are numerous Hadiths and Ayats or Qur'anic verses</w:t>
      </w:r>
    </w:p>
    <w:p>
      <w:pPr>
        <w:jc w:val="right"/>
      </w:pPr>
      <w:r>
        <w:t>There are numerous Hadiths and Ayats or Qur'anic verses</w:t>
      </w:r>
    </w:p>
    <w:p>
      <w:r>
        <w:rPr>
          <w:b/>
        </w:rPr>
        <w:t xml:space="preserve">[1:01:38] </w:t>
      </w:r>
      <w:r>
        <w:t>which tell us the detail of Salat.</w:t>
      </w:r>
    </w:p>
    <w:p>
      <w:pPr>
        <w:jc w:val="right"/>
      </w:pPr>
      <w:r>
        <w:t>which tell us the detail of Salat.</w:t>
      </w:r>
    </w:p>
    <w:p>
      <w:r>
        <w:rPr>
          <w:b/>
        </w:rPr>
        <w:t xml:space="preserve">[1:01:45] </w:t>
      </w:r>
      <w:r>
        <w:t>The Prophet of Islam has said: sallu kama raaytumuni usalli</w:t>
      </w:r>
    </w:p>
    <w:p>
      <w:pPr>
        <w:jc w:val="right"/>
      </w:pPr>
      <w:r>
        <w:t>The Prophet of Islam has said: صَلُّوا كَمَا رَأَيْتُمُونِي أُصَلِّ</w:t>
      </w:r>
    </w:p>
    <w:p>
      <w:r>
        <w:rPr>
          <w:b/>
        </w:rPr>
        <w:t xml:space="preserve">[1:01:54] </w:t>
      </w:r>
      <w:r>
        <w:t>Perform Salat as you see myself performing Salat.</w:t>
      </w:r>
    </w:p>
    <w:p>
      <w:pPr>
        <w:jc w:val="right"/>
      </w:pPr>
      <w:r>
        <w:t>Perform Salat as you see myself performing Salat.</w:t>
      </w:r>
    </w:p>
    <w:p>
      <w:r>
        <w:rPr>
          <w:b/>
        </w:rPr>
        <w:t xml:space="preserve">[1:02:03] </w:t>
      </w:r>
      <w:r>
        <w:t>So the present form of Salat is a prophetic form.</w:t>
      </w:r>
    </w:p>
    <w:p>
      <w:pPr>
        <w:jc w:val="right"/>
      </w:pPr>
      <w:r>
        <w:t>So the present form of Salat is a prophetic form.</w:t>
      </w:r>
    </w:p>
    <w:p>
      <w:r>
        <w:rPr>
          <w:b/>
        </w:rPr>
        <w:t xml:space="preserve">[1:02:12] </w:t>
      </w:r>
      <w:r>
        <w:t>The companions of the Prophet saw</w:t>
      </w:r>
    </w:p>
    <w:p>
      <w:pPr>
        <w:jc w:val="right"/>
      </w:pPr>
      <w:r>
        <w:t>The companions of the Prophet saw</w:t>
      </w:r>
    </w:p>
    <w:p>
      <w:r>
        <w:rPr>
          <w:b/>
        </w:rPr>
        <w:t xml:space="preserve">[1:02:18] </w:t>
      </w:r>
      <w:r>
        <w:t>the Prophet's Salat, and they followed it. Then, the companions of the companion saw the Salat of the companion,</w:t>
      </w:r>
    </w:p>
    <w:p>
      <w:pPr>
        <w:jc w:val="right"/>
      </w:pPr>
      <w:r>
        <w:t>the Prophet's Salat, and they followed it. Then, the companions of the companion saw the Salat of the companion,</w:t>
      </w:r>
    </w:p>
    <w:p>
      <w:r>
        <w:rPr>
          <w:b/>
        </w:rPr>
        <w:t xml:space="preserve">[1:02:38] </w:t>
      </w:r>
      <w:r>
        <w:t>and they followed it</w:t>
      </w:r>
    </w:p>
    <w:p>
      <w:pPr>
        <w:jc w:val="right"/>
      </w:pPr>
      <w:r>
        <w:t>and they followed it</w:t>
      </w:r>
    </w:p>
    <w:p>
      <w:r>
        <w:rPr>
          <w:b/>
        </w:rPr>
        <w:t xml:space="preserve">[1:02:42] </w:t>
      </w:r>
      <w:r>
        <w:t>. Then, after... Then, generation after generation, people used to follow this form. So the form we now follow is the form of the Prophet without any perversion,</w:t>
      </w:r>
    </w:p>
    <w:p>
      <w:pPr>
        <w:jc w:val="right"/>
      </w:pPr>
      <w:r>
        <w:t>. Then, after... Then, generation after generation, people used to follow this form. So the form we now follow is the form of the Prophet without any perversion,</w:t>
      </w:r>
    </w:p>
    <w:p>
      <w:r>
        <w:rPr>
          <w:b/>
        </w:rPr>
        <w:t xml:space="preserve">[1:03:01] </w:t>
      </w:r>
      <w:r>
        <w:t>without any slightest perversion.</w:t>
      </w:r>
    </w:p>
    <w:p>
      <w:pPr>
        <w:jc w:val="right"/>
      </w:pPr>
      <w:r>
        <w:t>without any slightest perversion.</w:t>
      </w:r>
    </w:p>
    <w:p>
      <w:r>
        <w:rPr>
          <w:b/>
        </w:rPr>
        <w:t xml:space="preserve">[1:03:11] </w:t>
      </w:r>
      <w:r>
        <w:t>So</w:t>
      </w:r>
    </w:p>
    <w:p>
      <w:pPr>
        <w:jc w:val="right"/>
      </w:pPr>
      <w:r>
        <w:t>So</w:t>
      </w:r>
    </w:p>
    <w:p>
      <w:r>
        <w:rPr>
          <w:b/>
        </w:rPr>
        <w:t xml:space="preserve">[1:03:14] </w:t>
      </w:r>
      <w:r>
        <w:t>the form is preserved in its originality. And then, the spirit of Salat you can see in Qur'an and Hadith.</w:t>
      </w:r>
    </w:p>
    <w:p>
      <w:pPr>
        <w:jc w:val="right"/>
      </w:pPr>
      <w:r>
        <w:t>the form is preserved in its originality. And then, the spirit of Salat you can see in Qur'an and Hadith.</w:t>
      </w:r>
    </w:p>
    <w:p>
      <w:r>
        <w:rPr>
          <w:b/>
        </w:rPr>
        <w:t xml:space="preserve">[1:03:32] </w:t>
      </w:r>
      <w:r>
        <w:t>Qur'an and Hadith tell us all those things that are the spirit of Salat.</w:t>
      </w:r>
    </w:p>
    <w:p>
      <w:pPr>
        <w:jc w:val="right"/>
      </w:pPr>
      <w:r>
        <w:t>Qur'an and Hadith tell us all those things that are the spirit of Salat.</w:t>
      </w:r>
    </w:p>
    <w:p>
      <w:r>
        <w:rPr>
          <w:b/>
        </w:rPr>
        <w:t xml:space="preserve">[1:03:41] </w:t>
      </w:r>
      <w:r>
        <w:t>Now, I would like to give a demonstration of at least one unit of Salat.</w:t>
      </w:r>
    </w:p>
    <w:p>
      <w:pPr>
        <w:jc w:val="right"/>
      </w:pPr>
      <w:r>
        <w:t>Now, I would like to give a demonstration of at least one unit of Salat.</w:t>
      </w:r>
    </w:p>
    <w:p>
      <w:r>
        <w:rPr>
          <w:b/>
        </w:rPr>
        <w:t xml:space="preserve">[1:03:55] </w:t>
      </w:r>
      <w:r>
        <w:t>You know, every Salat is a combination of several units. So here, I would like to give</w:t>
      </w:r>
    </w:p>
    <w:p>
      <w:pPr>
        <w:jc w:val="right"/>
      </w:pPr>
      <w:r>
        <w:t>You know, every Salat is a combination of several units. So here, I would like to give</w:t>
      </w:r>
    </w:p>
    <w:p>
      <w:r>
        <w:rPr>
          <w:b/>
        </w:rPr>
        <w:t xml:space="preserve">[1:04:07] </w:t>
      </w:r>
      <w:r>
        <w:t>a demonstration of one unit.</w:t>
      </w:r>
    </w:p>
    <w:p>
      <w:pPr>
        <w:jc w:val="right"/>
      </w:pPr>
      <w:r>
        <w:t>a demonstration of one unit.</w:t>
      </w:r>
    </w:p>
    <w:p>
      <w:r>
        <w:rPr>
          <w:b/>
        </w:rPr>
        <w:t xml:space="preserve">[1:04:11] </w:t>
      </w:r>
      <w:r>
        <w:t>By seeing this, you can understand what Salat is. You know, the inner spirit of Salat is not demonstrable.</w:t>
      </w:r>
    </w:p>
    <w:p>
      <w:pPr>
        <w:jc w:val="right"/>
      </w:pPr>
      <w:r>
        <w:t>By seeing this, you can understand what Salat is. You know, the inner spirit of Salat is not demonstrable.</w:t>
      </w:r>
    </w:p>
    <w:p>
      <w:r>
        <w:rPr>
          <w:b/>
        </w:rPr>
        <w:t xml:space="preserve">[1:04:23] </w:t>
      </w:r>
      <w:r>
        <w:t>No one can... No one can give</w:t>
      </w:r>
    </w:p>
    <w:p>
      <w:pPr>
        <w:jc w:val="right"/>
      </w:pPr>
      <w:r>
        <w:t>No one can... No one can give</w:t>
      </w:r>
    </w:p>
    <w:p>
      <w:r>
        <w:rPr>
          <w:b/>
        </w:rPr>
        <w:t xml:space="preserve">[1:04:28] </w:t>
      </w:r>
      <w:r>
        <w:t>a demonstration of the inner spirit. But at least its form can be demonstrated.</w:t>
      </w:r>
    </w:p>
    <w:p>
      <w:pPr>
        <w:jc w:val="right"/>
      </w:pPr>
      <w:r>
        <w:t>a demonstration of the inner spirit. But at least its form can be demonstrated.</w:t>
      </w:r>
    </w:p>
    <w:p>
      <w:r>
        <w:rPr>
          <w:b/>
        </w:rPr>
        <w:t xml:space="preserve">[1:04:40] </w:t>
      </w:r>
      <w:r>
        <w:t>So here, I would like to give a demonstration of one unit of Salat or Namaaz or Islamic prayer.</w:t>
      </w:r>
    </w:p>
    <w:p>
      <w:pPr>
        <w:jc w:val="right"/>
      </w:pPr>
      <w:r>
        <w:t>So here, I would like to give a demonstration of one unit of Salat or Namaaz or Islamic prayer.</w:t>
      </w:r>
    </w:p>
    <w:p>
      <w:r>
        <w:rPr>
          <w:b/>
        </w:rPr>
        <w:t xml:space="preserve">[1:05:00] </w:t>
      </w:r>
      <w:r>
        <w:t>ALLAHU AKBAR</w:t>
      </w:r>
    </w:p>
    <w:p>
      <w:pPr>
        <w:jc w:val="right"/>
      </w:pPr>
      <w:r>
        <w:t>اللَّهُ أَكْبَرُ</w:t>
      </w:r>
    </w:p>
    <w:p>
      <w:r>
        <w:rPr>
          <w:b/>
        </w:rPr>
        <w:t xml:space="preserve">[1:05:14] </w:t>
      </w:r>
      <w:r>
        <w:t>ALHAMDULILLAHI RABBIL ALAMEEN, ARRAHMANIR RAHEEM, MALIKI YAUMID DEEN, IYYAKA NA'BUDU WA IYYAKA NASTA'EEN,</w:t>
      </w:r>
    </w:p>
    <w:p>
      <w:pPr>
        <w:jc w:val="right"/>
      </w:pPr>
      <w:r>
        <w:t>الحمدللہ رب العالمین، الرحمن الرحیم، مالک یوم الدین، ایاک نعبد وایاک نستعین،</w:t>
      </w:r>
    </w:p>
    <w:p>
      <w:r>
        <w:rPr>
          <w:b/>
        </w:rPr>
        <w:t xml:space="preserve">[1:05:31] </w:t>
      </w:r>
      <w:r>
        <w:t>IHDINAS SIRATAL MUSTAQEEM,</w:t>
      </w:r>
    </w:p>
    <w:p>
      <w:pPr>
        <w:jc w:val="right"/>
      </w:pPr>
      <w:r>
        <w:t>اهدنا الصراط المستقیم،</w:t>
      </w:r>
    </w:p>
    <w:p>
      <w:r>
        <w:rPr>
          <w:b/>
        </w:rPr>
        <w:t xml:space="preserve">[1:05:34] </w:t>
      </w:r>
      <w:r>
        <w:t>SIRATAL LAZEENA AN'AMTA ALAIHIM, GHAIRIL MAGHDUBI ALAIHIM WALAD DALLEEN,</w:t>
      </w:r>
    </w:p>
    <w:p>
      <w:pPr>
        <w:jc w:val="right"/>
      </w:pPr>
      <w:r>
        <w:t>صراط الذین انعمت علیہم، غیر المغضوب علیہم ولا الضالین،</w:t>
      </w:r>
    </w:p>
    <w:p>
      <w:r>
        <w:rPr>
          <w:b/>
        </w:rPr>
        <w:t xml:space="preserve">[1:05:49] </w:t>
      </w:r>
      <w:r>
        <w:t>YAUMA YAFIRRUL MAR'U MIN AKHEEH WA UMMIH WA ABEEH WA SAHIBATIHEE WA BANEH, LIKULLIMRI'IM MINHUM YAUMA'IZIN SHANUN YUGHNEEHI,</w:t>
      </w:r>
    </w:p>
    <w:p>
      <w:pPr>
        <w:jc w:val="right"/>
      </w:pPr>
      <w:r>
        <w:t>یوم یفر المر من اخیه وامہ وابی وصاحبته وبنی، لکل امر من یوم انسان یغنی،</w:t>
      </w:r>
    </w:p>
    <w:p>
      <w:r>
        <w:rPr>
          <w:b/>
        </w:rPr>
        <w:t xml:space="preserve">[1:06:05] </w:t>
      </w:r>
      <w:r>
        <w:t>WUJOOHUN YAUMA'IZIN MUSFARAH,</w:t>
      </w:r>
    </w:p>
    <w:p>
      <w:pPr>
        <w:jc w:val="right"/>
      </w:pPr>
      <w:r>
        <w:t>وجوہ یوم مسفرہ،</w:t>
      </w:r>
    </w:p>
    <w:p>
      <w:r>
        <w:rPr>
          <w:b/>
        </w:rPr>
        <w:t xml:space="preserve">[1:06:09] </w:t>
      </w:r>
      <w:r>
        <w:t>DAAHIKATUN MUSTABSHIRAH, WA WUJOOHUN YAUMA'IZIN ALAIHA GHABARAH, TARHAQUHA QATARAH, ULA'IKAHUMUL KAFARATUL FAJARAH.</w:t>
      </w:r>
    </w:p>
    <w:p>
      <w:pPr>
        <w:jc w:val="right"/>
      </w:pPr>
      <w:r>
        <w:t>ذائقۃ مستبشرہ، ووجوہ یوم علیہا غبرا، ترحق قطرہ، اولائکم الکفرۃ الفجر۔</w:t>
      </w:r>
    </w:p>
    <w:p>
      <w:r>
        <w:rPr>
          <w:b/>
        </w:rPr>
        <w:t xml:space="preserve">[1:06:25] </w:t>
      </w:r>
      <w:r>
        <w:t>ALLAHU AKBAR!</w:t>
      </w:r>
    </w:p>
    <w:p>
      <w:pPr>
        <w:jc w:val="right"/>
      </w:pPr>
      <w:r>
        <w:t>اللہ اکبر!</w:t>
      </w:r>
    </w:p>
    <w:p>
      <w:r>
        <w:rPr>
          <w:b/>
        </w:rPr>
        <w:t xml:space="preserve">[1:06:40] </w:t>
      </w:r>
      <w:r>
        <w:t>SAMI'ALLAHU LIMAN HAMIDAH.</w:t>
      </w:r>
    </w:p>
    <w:p>
      <w:pPr>
        <w:jc w:val="right"/>
      </w:pPr>
      <w:r>
        <w:t>سمع اللہ لمن حمدہ۔</w:t>
      </w:r>
    </w:p>
    <w:p>
      <w:r>
        <w:rPr>
          <w:b/>
        </w:rPr>
        <w:t xml:space="preserve">[1:06:45] </w:t>
      </w:r>
      <w:r>
        <w:t>RABBANA WALAKAL HAMD, HAMDAN KATHEERAN TAYYIBAN MUBARAKAN FEEH.</w:t>
      </w:r>
    </w:p>
    <w:p>
      <w:pPr>
        <w:jc w:val="right"/>
      </w:pPr>
      <w:r>
        <w:t>ربنا لک الحمد، حمدا کثیرا طیبا مبارکا فیہ۔</w:t>
      </w:r>
    </w:p>
    <w:p>
      <w:r>
        <w:rPr>
          <w:b/>
        </w:rPr>
        <w:t xml:space="preserve">[1:06:53] </w:t>
      </w:r>
      <w:r>
        <w:t>ALLAHU AKBAR!</w:t>
      </w:r>
    </w:p>
    <w:p>
      <w:pPr>
        <w:jc w:val="right"/>
      </w:pPr>
      <w:r>
        <w:t>اللہ اکبر!</w:t>
      </w:r>
    </w:p>
    <w:p>
      <w:r>
        <w:rPr>
          <w:b/>
        </w:rPr>
        <w:t xml:space="preserve">[1:07:09] </w:t>
      </w:r>
      <w:r>
        <w:t>ALLAHU AKBAR!</w:t>
      </w:r>
    </w:p>
    <w:p>
      <w:pPr>
        <w:jc w:val="right"/>
      </w:pPr>
      <w:r>
        <w:t>اللہ اکبر!</w:t>
      </w:r>
    </w:p>
    <w:p>
      <w:r>
        <w:rPr>
          <w:b/>
        </w:rPr>
        <w:t xml:space="preserve">[1:07:17] </w:t>
      </w:r>
      <w:r>
        <w:t>allah o akbar!</w:t>
      </w:r>
    </w:p>
    <w:p>
      <w:pPr>
        <w:jc w:val="right"/>
      </w:pPr>
      <w:r>
        <w:t>اللہ اکبر!</w:t>
      </w:r>
    </w:p>
    <w:p>
      <w:r>
        <w:rPr>
          <w:b/>
        </w:rPr>
        <w:t xml:space="preserve">[1:07:33] </w:t>
      </w:r>
      <w:r>
        <w:t>allah o akbar! alhamdolillah rabbul alameen, ar rehman nir raheem, malik e yom id deen,</w:t>
      </w:r>
    </w:p>
    <w:p>
      <w:pPr>
        <w:jc w:val="right"/>
      </w:pPr>
      <w:r>
        <w:t>اللہ اکبر! الحمدللہ رب العالمین، الرحمن الرحیم، مالک یوم الدین،</w:t>
      </w:r>
    </w:p>
    <w:p>
      <w:r>
        <w:rPr>
          <w:b/>
        </w:rPr>
        <w:t xml:space="preserve">[1:07:50] </w:t>
      </w:r>
      <w:r>
        <w:t>iyaka na'budu wa iyaka nasta'een, ihdinas siratal mustaqeem, siratal lazeena an'amta alaihim, ghairil maghdubi alaihim walad dallen.</w:t>
      </w:r>
    </w:p>
    <w:p>
      <w:pPr>
        <w:jc w:val="right"/>
      </w:pPr>
      <w:r>
        <w:t>ایاک نعبد وایاک نستعین، اهدنا الصراط المستقیم، صراط الذین انعمت علیہم، غیر المغضوب علیہم ولا الضالین۔</w:t>
      </w:r>
    </w:p>
    <w:p>
      <w:r>
        <w:rPr>
          <w:b/>
        </w:rPr>
        <w:t xml:space="preserve">[1:08:17] </w:t>
      </w:r>
      <w:r>
        <w:t>wa ma adraka ma yom ud deen,</w:t>
      </w:r>
    </w:p>
    <w:p>
      <w:pPr>
        <w:jc w:val="right"/>
      </w:pPr>
      <w:r>
        <w:t>وما ادراک ما یوم الدین،</w:t>
      </w:r>
    </w:p>
    <w:p>
      <w:r>
        <w:rPr>
          <w:b/>
        </w:rPr>
        <w:t xml:space="preserve">[1:08:21] </w:t>
      </w:r>
      <w:r>
        <w:t>thumma ma adraka ma yom ud deen, yom la tamliku nafsun li nafsin shai'a, wal amru yom idh lillah.</w:t>
      </w:r>
    </w:p>
    <w:p>
      <w:pPr>
        <w:jc w:val="right"/>
      </w:pPr>
      <w:r>
        <w:t>ثم ما ادراک ما یوم الدین، یوم لا تملک نفس لنفس شیاء، والامر یوم ذل اللہ۔</w:t>
      </w:r>
    </w:p>
    <w:p>
      <w:r>
        <w:rPr>
          <w:b/>
        </w:rPr>
        <w:t xml:space="preserve">[1:08:39] </w:t>
      </w:r>
      <w:r>
        <w:t>allah o akbar!</w:t>
      </w:r>
    </w:p>
    <w:p>
      <w:pPr>
        <w:jc w:val="right"/>
      </w:pPr>
      <w:r>
        <w:t>اللہ اکبر!</w:t>
      </w:r>
    </w:p>
    <w:p>
      <w:r>
        <w:rPr>
          <w:b/>
        </w:rPr>
        <w:t xml:space="preserve">[1:08:50] </w:t>
      </w:r>
      <w:r>
        <w:t>sami allahu liman hamidah, rabbana lakal hamd.</w:t>
      </w:r>
    </w:p>
    <w:p>
      <w:pPr>
        <w:jc w:val="right"/>
      </w:pPr>
      <w:r>
        <w:t>سمع اللہ لمن حمدہ، ربنا لک الحمد۔</w:t>
      </w:r>
    </w:p>
    <w:p>
      <w:r>
        <w:rPr>
          <w:b/>
        </w:rPr>
        <w:t xml:space="preserve">[1:09:00] </w:t>
      </w:r>
      <w:r>
        <w:t>allah o akbar!</w:t>
      </w:r>
    </w:p>
    <w:p>
      <w:pPr>
        <w:jc w:val="right"/>
      </w:pPr>
      <w:r>
        <w:t>اللہ اکبر!</w:t>
      </w:r>
    </w:p>
    <w:p>
      <w:r>
        <w:rPr>
          <w:b/>
        </w:rPr>
        <w:t xml:space="preserve">[1:09:14] </w:t>
      </w:r>
      <w:r>
        <w:t>allah o akbar!</w:t>
      </w:r>
    </w:p>
    <w:p>
      <w:pPr>
        <w:jc w:val="right"/>
      </w:pPr>
      <w:r>
        <w:t>اللہ اکبر!</w:t>
      </w:r>
    </w:p>
    <w:p>
      <w:r>
        <w:rPr>
          <w:b/>
        </w:rPr>
        <w:t xml:space="preserve">[1:09:20] </w:t>
      </w:r>
      <w:r>
        <w:t>allah o akbar!</w:t>
      </w:r>
    </w:p>
    <w:p>
      <w:pPr>
        <w:jc w:val="right"/>
      </w:pPr>
      <w:r>
        <w:t>اللہ اکبر!</w:t>
      </w:r>
    </w:p>
    <w:p>
      <w:r>
        <w:rPr>
          <w:b/>
        </w:rPr>
        <w:t xml:space="preserve">[1:09:32] </w:t>
      </w:r>
      <w:r>
        <w:t>allah o akbar!</w:t>
      </w:r>
    </w:p>
    <w:p>
      <w:pPr>
        <w:jc w:val="right"/>
      </w:pPr>
      <w:r>
        <w:t>اللہ اکبر!</w:t>
      </w:r>
    </w:p>
    <w:p>
      <w:r>
        <w:rPr>
          <w:b/>
        </w:rPr>
        <w:t xml:space="preserve">[1:10:26] </w:t>
      </w:r>
      <w:r>
        <w:t>assalam o alaikum wa rehmatullah</w:t>
      </w:r>
    </w:p>
    <w:p>
      <w:pPr>
        <w:jc w:val="right"/>
      </w:pPr>
      <w:r>
        <w:t>السلام علیکم ورحمۃ اللہ</w:t>
      </w:r>
    </w:p>
    <w:p>
      <w:r>
        <w:rPr>
          <w:b/>
        </w:rPr>
        <w:t xml:space="preserve">[1:10:30] </w:t>
      </w:r>
      <w:r>
        <w:t>assalam o alaikum wa rehmatullah</w:t>
      </w:r>
    </w:p>
    <w:p>
      <w:pPr>
        <w:jc w:val="right"/>
      </w:pPr>
      <w:r>
        <w:t>السلام علیکم ورحمۃ اللہ</w:t>
      </w:r>
    </w:p>
    <w:p>
      <w:r>
        <w:rPr>
          <w:b/>
        </w:rPr>
        <w:t xml:space="preserve">[1:11:03] </w:t>
      </w:r>
      <w:r>
        <w:t>rabbana atina fid dunya hasanah, wa fil akhirati hasanah, wa qina azab an nar</w:t>
      </w:r>
    </w:p>
    <w:p>
      <w:pPr>
        <w:jc w:val="right"/>
      </w:pPr>
      <w:r>
        <w:t>ربنا آتنا فی الدنیا حسنہ، وفی الآخرة حسنہ، وقنا عذاب النار</w:t>
      </w:r>
    </w:p>
    <w:p>
      <w:r>
        <w:rPr>
          <w:b/>
        </w:rPr>
        <w:t xml:space="preserve">[1:11:16] </w:t>
      </w:r>
      <w:r>
        <w:t>rabbana atina ma waghathna ala rusulika, rabbana atina ma waghathna ala rusulika, wa la tukhithna yom al qiyamah, innaka la tukhliful meyad</w:t>
      </w:r>
    </w:p>
    <w:p>
      <w:pPr>
        <w:jc w:val="right"/>
      </w:pPr>
      <w:r>
        <w:t>ربنا آتنا ما وغطنا علی رسلک، ربنا آتنا ما وغطنا علی رسلک، ولا تخذنا یوم القیامہ، انک لا تخلف المیاد</w:t>
      </w:r>
    </w:p>
    <w:p>
      <w:r>
        <w:rPr>
          <w:b/>
        </w:rPr>
        <w:t xml:space="preserve">[1:11:36] </w:t>
      </w:r>
      <w:r>
        <w:t>rabbighfir warham, wa anta khairur rahimeen</w:t>
      </w:r>
    </w:p>
    <w:p>
      <w:pPr>
        <w:jc w:val="right"/>
      </w:pPr>
      <w:r>
        <w:t>رب اغفر وارحم، وانت خیر الراحمین</w:t>
      </w:r>
    </w:p>
    <w:p>
      <w:r>
        <w:rPr>
          <w:b/>
        </w:rPr>
        <w:t xml:space="preserve">[1:11:50] </w:t>
      </w:r>
      <w:r>
        <w:t>allahumma hafizna min kulli balaiy dunya wa azab al akhirah, rabbana taqabbal minna innaka antas samee ul aleem,</w:t>
      </w:r>
    </w:p>
    <w:p>
      <w:pPr>
        <w:jc w:val="right"/>
      </w:pPr>
      <w:r>
        <w:t>اللہم حافظنا من کل بلائے دنیا وعذاب الآخرة، ربنا تقبل منا انک انت السمیع العلیم،</w:t>
      </w:r>
    </w:p>
    <w:p>
      <w:r>
        <w:rPr>
          <w:b/>
        </w:rPr>
        <w:t xml:space="preserve">[1:12:04] </w:t>
      </w:r>
      <w:r>
        <w:t>wa tub alaina innaka antat tawwab ur rahim, wa salla allahu ta'ala ala khairi khalqihi muhammadin wa aalihi wa ashbihi ajmaeen, birahmatik ya rahmanar rahemeen.</w:t>
      </w:r>
    </w:p>
    <w:p>
      <w:pPr>
        <w:jc w:val="right"/>
      </w:pPr>
      <w:r>
        <w:t>وتب علینا انک انت التواب الرحیم، وصلی اللہ تعالی علی خیر خلقہ محمد والہ واصحابہ اجمعین، برحمتک یا رحمن الراحمین.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