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Criticism in Islam Aug 18, 2018 - Maulana Wahiduddin Khan</w:t>
      </w:r>
    </w:p>
    <w:p>
      <w:r>
        <w:t>https://www.youtube.com/watch?v=4nkYs6hhCKE</w:t>
      </w:r>
    </w:p>
    <w:p>
      <w:r>
        <w:rPr>
          <w:b/>
        </w:rPr>
        <w:t xml:space="preserve">[00:14] </w:t>
      </w:r>
      <w:r>
        <w:t>bismillah al-rahman al-rahim, wa salla Allahu ala al-nabi al-karim. 18 aghast 2018.</w:t>
      </w:r>
    </w:p>
    <w:p>
      <w:pPr>
        <w:jc w:val="right"/>
      </w:pPr>
      <w:r>
        <w:t>سم اللہ الرحمن الرحیم، وصلی اللہ علی النبی الکریم۔ 18 اگست 2018۔</w:t>
      </w:r>
    </w:p>
    <w:p>
      <w:r>
        <w:rPr>
          <w:b/>
        </w:rPr>
        <w:t xml:space="preserve">[00:28] </w:t>
      </w:r>
      <w:r>
        <w:t>aaj hamare paas America se ek sahib ka comment aaya hai.</w:t>
      </w:r>
    </w:p>
    <w:p>
      <w:pPr>
        <w:jc w:val="right"/>
      </w:pPr>
      <w:r>
        <w:t>آج ہمارے پاس امریکہ سے ایک صاحب کا کمنٹ آیا ہے۔</w:t>
      </w:r>
    </w:p>
    <w:p>
      <w:r>
        <w:rPr>
          <w:b/>
        </w:rPr>
        <w:t xml:space="preserve">[00:41] </w:t>
      </w:r>
      <w:r>
        <w:t>hum bohat is ko appreciate karte hain.</w:t>
      </w:r>
    </w:p>
    <w:p>
      <w:pPr>
        <w:jc w:val="right"/>
      </w:pPr>
      <w:r>
        <w:t>ہم بہت اس کو اپریشیٹ کرتے ہیں۔</w:t>
      </w:r>
    </w:p>
    <w:p>
      <w:r>
        <w:rPr>
          <w:b/>
        </w:rPr>
        <w:t xml:space="preserve">[00:47] </w:t>
      </w:r>
      <w:r>
        <w:t>koi bhi shakhs jo hamein comment bheje, chahe jo bhi ho, toh woh hamare nazdeek appreciable hota hai.</w:t>
      </w:r>
    </w:p>
    <w:p>
      <w:pPr>
        <w:jc w:val="right"/>
      </w:pPr>
      <w:r>
        <w:t>کوئی بھی شخص جو ہمیں کمنٹ بھیجے، چاہے جو بھی ہو، تو وہ ہمارے نزدیک اپریشی ایبل ہوتا ہے۔</w:t>
      </w:r>
    </w:p>
    <w:p>
      <w:r>
        <w:rPr>
          <w:b/>
        </w:rPr>
        <w:t xml:space="preserve">[00:59] </w:t>
      </w:r>
      <w:r>
        <w:t>kyun ke hamare knowledge mein, hamare horizon mein, woh badhata hai.</w:t>
      </w:r>
    </w:p>
    <w:p>
      <w:pPr>
        <w:jc w:val="right"/>
      </w:pPr>
      <w:r>
        <w:t>کیونکہ ہمارے نالج میں، ہمارے ہورائزن میں، وہ بڑھاتا ہے۔</w:t>
      </w:r>
    </w:p>
    <w:p>
      <w:r>
        <w:rPr>
          <w:b/>
        </w:rPr>
        <w:t xml:space="preserve">[01:10] </w:t>
      </w:r>
      <w:r>
        <w:t>toh aaj ka jo comment hai woh pehle padha jayega, phir us par main bhi kuch bolunga, aur har ek ko haq hoga ke jo chahe woh azadi ke sath apna khayal pesh kare.</w:t>
      </w:r>
    </w:p>
    <w:p>
      <w:pPr>
        <w:jc w:val="right"/>
      </w:pPr>
      <w:r>
        <w:t>تو آج کا جو کمنٹ ہے وہ پہلے پڑھا جائے گا، پھر اس پر میں بھی کچھ بولوں گا، اور ہر ایک کو حق ہوگا کہ جو چاہے وہ آزادی کے ساتھ اپنا خیال پیش کرے۔</w:t>
      </w:r>
    </w:p>
    <w:p>
      <w:r>
        <w:rPr>
          <w:b/>
        </w:rPr>
        <w:t xml:space="preserve">[01:30] </w:t>
      </w:r>
      <w:r>
        <w:t>chaliye sahib.</w:t>
      </w:r>
    </w:p>
    <w:p>
      <w:pPr>
        <w:jc w:val="right"/>
      </w:pPr>
      <w:r>
        <w:t>چلیے صاحب۔</w:t>
      </w:r>
    </w:p>
    <w:p>
      <w:r>
        <w:rPr>
          <w:b/>
        </w:rPr>
        <w:t xml:space="preserve">[01:33] </w:t>
      </w:r>
      <w:r>
        <w:t>so this comment has been posted by an american listener which i will read out now. it says: "only a fiercely thirsty critic looking for truth can find the truth.</w:t>
      </w:r>
    </w:p>
    <w:p>
      <w:pPr>
        <w:jc w:val="right"/>
      </w:pPr>
      <w:r>
        <w:t>سو دس کمنٹ ہیز بین پوسٹڈ بائے این امریکن لسنر وچ آئی ویل ریڈ آؤٹ ناؤ۔ اٹ سیز: "اونلی ا فیسلی تھرسٹی کریٹک لوکنگ فار ٹروتھ کین فائنڈ دا ٹروتھ۔</w:t>
      </w:r>
    </w:p>
    <w:p>
      <w:r>
        <w:rPr>
          <w:b/>
        </w:rPr>
        <w:t xml:space="preserve">[01:49] </w:t>
      </w:r>
      <w:r>
        <w:t>a society that doesn't appreciate the value of honest criticism doesn't promote discovery of truth.</w:t>
      </w:r>
    </w:p>
    <w:p>
      <w:pPr>
        <w:jc w:val="right"/>
      </w:pPr>
      <w:r>
        <w:t>ا سوسائٹی دیٹ ڈزنٹ ایپریشیٹ دا ویلیو آف اونس کریٹیسزم ڈزنٹ پروموٹ ڈسکوری آف ٹروتھ۔</w:t>
      </w:r>
    </w:p>
    <w:p>
      <w:r>
        <w:rPr>
          <w:b/>
        </w:rPr>
        <w:t xml:space="preserve">[01:59] </w:t>
      </w:r>
      <w:r>
        <w:t>sadly, that is all i have witnessed this far among muslims including cpsp people all over the world with few exceptions.</w:t>
      </w:r>
    </w:p>
    <w:p>
      <w:pPr>
        <w:jc w:val="right"/>
      </w:pPr>
      <w:r>
        <w:t>سیڈلی، دیٹ از آل آئی ہیو وٹنسڈ دس فار امنگ مسلمز انکلوڈنگ سی پی ایس پیپل ال اوور دا ورلڈ ود فیو ایکسیپشنز۔</w:t>
      </w:r>
    </w:p>
    <w:p>
      <w:r>
        <w:rPr>
          <w:b/>
        </w:rPr>
        <w:t xml:space="preserve">[02:11] </w:t>
      </w:r>
      <w:r>
        <w:t>the people who are not positively critical of their leadership including spiritual, lose their ability to find the truth.</w:t>
      </w:r>
    </w:p>
    <w:p>
      <w:pPr>
        <w:jc w:val="right"/>
      </w:pPr>
      <w:r>
        <w:t>دا پیپل ہو آر ناٹ پوزیٹیولی کریٹیکل آف دیر لیڈرشپ انکلوڈنگ سپرچول، لوز دیر ایبیلیٹی ٹو فائنڈ دا ٹروتھ۔</w:t>
      </w:r>
    </w:p>
    <w:p>
      <w:r>
        <w:rPr>
          <w:b/>
        </w:rPr>
        <w:t xml:space="preserve">[02:22] </w:t>
      </w:r>
      <w:r>
        <w:t>maulana has been a fearless and fearless seeker of truth his whole life. i very often wonder as to why that boldness and commitment is missing among those who follow him.</w:t>
      </w:r>
    </w:p>
    <w:p>
      <w:pPr>
        <w:jc w:val="right"/>
      </w:pPr>
      <w:r>
        <w:t>مولانا ہیز بین ا فیس اینڈ فیئرلیس سیکر آف ٹروتھ ہول ہز لائف۔ آئی ویری افن ونڈر ایز ٹو وائی دیٹ بولڈنس اینڈ کمٹمنٹ از مسنگ امنگ دوز ہو فالو ہم۔</w:t>
      </w:r>
    </w:p>
    <w:p>
      <w:r>
        <w:rPr>
          <w:b/>
        </w:rPr>
        <w:t xml:space="preserve">[02:38] </w:t>
      </w:r>
      <w:r>
        <w:t>is it because we are not true seekers, or are we still the victims of blind religious tradition? my fear is that the marvelous work done by maulana for such a long time will become the victim of stagnation if those who follow him don't critically examine his thoughts.</w:t>
      </w:r>
    </w:p>
    <w:p>
      <w:pPr>
        <w:jc w:val="right"/>
      </w:pPr>
      <w:r>
        <w:t>از اٹ بیکاز وی آر ناٹ ٹرو سیکرز، اور آر وی سٹل دا وکٹمز آف بلائنڈ ریلیجیس ٹریڈیشن؟ مائی فیئر از دیٹ دی مارولس ورک ڈن بائے مولانا فار سچ ا لانگ ٹائم ویل بیکم دا وکٹم آف سٹیگنیشن اف دوز ہو فالو ہم ڈونٹ کریٹیکلی ایگزیمن ہز تھاٹس۔</w:t>
      </w:r>
    </w:p>
    <w:p>
      <w:r>
        <w:rPr>
          <w:b/>
        </w:rPr>
        <w:t xml:space="preserve">[03:03] </w:t>
      </w:r>
      <w:r>
        <w:t>this exercise will in fact be a great service to maulana as well as to the endeavor of seeking truth. the people during prophet's time would raise every possible question without any fear and prophet would respond to every question without embarrassing the questioner.</w:t>
      </w:r>
    </w:p>
    <w:p>
      <w:pPr>
        <w:jc w:val="right"/>
      </w:pPr>
      <w:r>
        <w:t>دس ایکسرسائز ویل ان فیکٹ بی ا گریٹ سروس ٹو مولانا ایز ویل ایز ٹو دا انڈیور آف سیکنگ ٹروتھ۔ دا پیپل ڈیورنگ پرافٹس ٹائم وڈ ریز ایوری پوسیبل کوئسچن وداؤٹ اینی فیئر اینڈ پرافٹ وڈ ریسپانڈ ٹو ایوری کوئسچن وداؤٹ ایمبیرسنگ دا کوئسچنر۔</w:t>
      </w:r>
    </w:p>
    <w:p>
      <w:r>
        <w:rPr>
          <w:b/>
        </w:rPr>
        <w:t xml:space="preserve">[03:26] </w:t>
      </w:r>
      <w:r>
        <w:t>and today we are living in 21st century, but still lack boldness to express ourselves with all honesty.</w:t>
      </w:r>
    </w:p>
    <w:p>
      <w:pPr>
        <w:jc w:val="right"/>
      </w:pPr>
      <w:r>
        <w:t>اینڈ ٹوڈے وی آر لیونگ ان ٹونٹی فرسٹ سینچری، بٹ سٹل لیک بولڈنس ٹو ایکسپریس اور سیلف ود ال اونسٹی۔</w:t>
      </w:r>
    </w:p>
    <w:p>
      <w:r>
        <w:rPr>
          <w:b/>
        </w:rPr>
        <w:t xml:space="preserve">[03:37] </w:t>
      </w:r>
      <w:r>
        <w:t>the only reason i have been able to discover so far for this attitude is lack of commitment. let's not treat maulana as an infallible man, rather look at his work in a critical manner to further improve it.</w:t>
      </w:r>
    </w:p>
    <w:p>
      <w:pPr>
        <w:jc w:val="right"/>
      </w:pPr>
      <w:r>
        <w:t>دی اونلی ریزن آئی ہیو بین ایبل ٹو ڈسکور سو فار فار دس ایٹیٹیوڈ از لیک آف کمٹمنٹ۔ لیٹس ناٹ ٹریٹ مولانا ایز این انفیلیبل مین، رادر لوک ایٹ ہز ورک ان ا کریٹیکل مینر ٹو فردر امپروو اٹ۔</w:t>
      </w:r>
    </w:p>
    <w:p>
      <w:r>
        <w:rPr>
          <w:b/>
        </w:rPr>
        <w:t xml:space="preserve">[03:55] </w:t>
      </w:r>
      <w:r>
        <w:t>look at the progress of usa and europe. that is the result of boldness of the people in those lands who were and still are willing to question everything.</w:t>
      </w:r>
    </w:p>
    <w:p>
      <w:pPr>
        <w:jc w:val="right"/>
      </w:pPr>
      <w:r>
        <w:t>لوک ایٹ دا پروگریس آف یو ایس اے اینڈ یورپ۔ دیٹ از دا رزلٹ آف بولڈنس آف دا پیپل ان دوز لینڈز ہو ور اینڈ سٹل آر ولنگ ٹو کوئسچن ایوری تھنگ۔</w:t>
      </w:r>
    </w:p>
    <w:p>
      <w:r>
        <w:rPr>
          <w:b/>
        </w:rPr>
        <w:t xml:space="preserve">[04:09] </w:t>
      </w:r>
      <w:r>
        <w:t>a fearless questioning mind is a true well wisher of any society. will anyone read these few lines to maulana?</w:t>
      </w:r>
    </w:p>
    <w:p>
      <w:pPr>
        <w:jc w:val="right"/>
      </w:pPr>
      <w:r>
        <w:t>ا فیئرلیس کوئسچننگ مائنڈ از ا ٹرو ویل وشر آف اینی سوسائٹی۔ ویل اینی ون ریڈ دیز فیو لائنز ٹو مولانا؟</w:t>
      </w:r>
    </w:p>
    <w:p>
      <w:r>
        <w:rPr>
          <w:b/>
        </w:rPr>
        <w:t xml:space="preserve">[04:18] </w:t>
      </w:r>
      <w:r>
        <w:t>i would like to get his response. this is a. so in response to this, another american lady responded today, and i would like to read her comment.</w:t>
      </w:r>
    </w:p>
    <w:p>
      <w:pPr>
        <w:jc w:val="right"/>
      </w:pPr>
      <w:r>
        <w:t>آئی وڈ لائک ٹو گیٹ ہز رسپانس۔ دس از ا۔ سو ان رسپانس ٹو دس، انادر امریکن لیڈی ریسپانڈڈ ٹوڈے، اینڈ آئی وڈ لائک ٹو ریڈ ہر کمنٹ۔</w:t>
      </w:r>
    </w:p>
    <w:p>
      <w:r>
        <w:rPr>
          <w:b/>
        </w:rPr>
        <w:t xml:space="preserve">[04:33] </w:t>
      </w:r>
      <w:r>
        <w:t>she writes: "brother, maulana has encouraged several times to read, listen to his books, talks, and then post comments, especially the talks he gives on facebook live on saturdays and sundays.</w:t>
      </w:r>
    </w:p>
    <w:p>
      <w:pPr>
        <w:jc w:val="right"/>
      </w:pPr>
      <w:r>
        <w:t>شی رائٹس: "برادر، مولانا ہیز انکریج سیورل ٹائمز ٹو ریڈ، لسن ٹو ہز بکس، ٹاکس، اینڈ دین پوسٹ کمنٹس، اسپیشلی دا ٹاکس ہی گیوز ان فیس بک لائیو ان سیٹرڈیز اینڈ سنڈیز۔</w:t>
      </w:r>
    </w:p>
    <w:p>
      <w:r>
        <w:rPr>
          <w:b/>
        </w:rPr>
        <w:t xml:space="preserve">[04:51] </w:t>
      </w:r>
      <w:r>
        <w:t>you should not hesitate to be the one who would be the first to critically look at the material and arguments provided by maulana, and voice your opinion based on logical arguments,</w:t>
      </w:r>
    </w:p>
    <w:p>
      <w:pPr>
        <w:jc w:val="right"/>
      </w:pPr>
      <w:r>
        <w:t>یو شوڈ ناٹ ہیسیٹیٹ ٹو بی دا ون ہو وڈ بی دا فرسٹ ٹو کریٹیکلی لوک ایٹ دا مٹیریل اینڈ ارگیومنٹس پرووائیڈڈ بائے مولانا، اینڈ وائس یور اوپینین بیسڈ ان لوجیکل ارگیومنٹس،</w:t>
      </w:r>
    </w:p>
    <w:p>
      <w:r>
        <w:rPr>
          <w:b/>
        </w:rPr>
        <w:t xml:space="preserve">[05:05] </w:t>
      </w:r>
      <w:r>
        <w:t>instead of viewing how others are doing or seeing or perceiving. One needs to be regular participant and also be in the same shoes as others,</w:t>
      </w:r>
    </w:p>
    <w:p>
      <w:pPr>
        <w:jc w:val="right"/>
      </w:pPr>
      <w:r>
        <w:t>انسٹیڈ اف ویوئنگ ہاؤ ادرز آر ڈوئنگ اور سینگ اور پرسیونگ۔ ون نیڈز ٹو بی ریگولر پارٹیسپینٹ اینڈ السو بی ان دا سیم شوز ایز ادرز،</w:t>
      </w:r>
    </w:p>
    <w:p>
      <w:r>
        <w:rPr>
          <w:b/>
        </w:rPr>
        <w:t xml:space="preserve">[05:18] </w:t>
      </w:r>
      <w:r>
        <w:t>instead of occasional commentator. One need to share their work in this field of learning, encountering people, and also be part of this cause of dawah in their own unique way.</w:t>
      </w:r>
    </w:p>
    <w:p>
      <w:pPr>
        <w:jc w:val="right"/>
      </w:pPr>
      <w:r>
        <w:t>انسٹیڈ اف اوکیژنل کمنٹیٹر۔ ون نیڈ ٹو شیئر دیر ورک ان دس فیلڈ آف لرننگ، انکاؤنٹرنگ پیپل، اینڈ السو بی پارٹ آف دس کاز آف دعویٰ ان دیر اون یونیک وے۔</w:t>
      </w:r>
    </w:p>
    <w:p>
      <w:r>
        <w:rPr>
          <w:b/>
        </w:rPr>
        <w:t xml:space="preserve">[05:33] </w:t>
      </w:r>
      <w:r>
        <w:t>critical thinking is and individuals asset and a high level of responsibility towards a society, which shines light in the internal self, and then it clears the sight to see the objects in clarity.</w:t>
      </w:r>
    </w:p>
    <w:p>
      <w:pPr>
        <w:jc w:val="right"/>
      </w:pPr>
      <w:r>
        <w:t>کریٹیکل تھنکنگ از اینڈ انڈیویجولز ایسٹ اینڈ ا ہائی لیول آف رسپانسبیلٹی ٹورڈز ا سوسائٹی، وچ شائنز لائٹ ان دا انٹرنل سیلف، اینڈ دین اٹ کلیئرز دا سائٹ ٹو سی دا ابجیکٹس ان کلیرٹی۔</w:t>
      </w:r>
    </w:p>
    <w:p>
      <w:r>
        <w:rPr>
          <w:b/>
        </w:rPr>
        <w:t xml:space="preserve">[05:50] </w:t>
      </w:r>
      <w:r>
        <w:t>One can be an outsider as well as insider at the same time to clearly sort out things, to be critically analyze issues with having an element of compassion and humility,</w:t>
      </w:r>
    </w:p>
    <w:p>
      <w:pPr>
        <w:jc w:val="right"/>
      </w:pPr>
      <w:r>
        <w:t>ون کین بی این اؤٹ سائیڈر ایز ویل ایز انسائیڈر ایٹ دا سیم ٹائم ٹو کلیئرلی سورٹ آؤٹ تھنگز، ٹو بی کریٹیکلی اینالائز ایشوز ود ہیونگ این ایلیمنٹ آف کمپیشن اینڈ ہیومیلٹی،</w:t>
      </w:r>
    </w:p>
    <w:p>
      <w:r>
        <w:rPr>
          <w:b/>
        </w:rPr>
        <w:t xml:space="preserve">[06:06] </w:t>
      </w:r>
      <w:r>
        <w:t>where the emphasis is to learn and provide solutions and help others to take the same path.</w:t>
      </w:r>
    </w:p>
    <w:p>
      <w:pPr>
        <w:jc w:val="right"/>
      </w:pPr>
      <w:r>
        <w:t>ویر دی ایمفیسز از ٹو لرن اینڈ پرووائیڈ سولیوشنز اینڈ ہیلپ ادرز ٹو ٹیک دا سیم پاتھ۔</w:t>
      </w:r>
    </w:p>
    <w:p>
      <w:r>
        <w:rPr>
          <w:b/>
        </w:rPr>
        <w:t xml:space="preserve">[06:15] </w:t>
      </w:r>
      <w:r>
        <w:t>dekhen jo pehla hai comment us ko urdu mein bhi kar dijiye sirf pehla.</w:t>
      </w:r>
    </w:p>
    <w:p>
      <w:pPr>
        <w:jc w:val="right"/>
      </w:pPr>
      <w:r>
        <w:t>دیکھیں جو پہلا ہے کمنٹ اس کو اردو میں بھی کر دیجئے صرف پہلا۔</w:t>
      </w:r>
    </w:p>
    <w:p>
      <w:r>
        <w:rPr>
          <w:b/>
        </w:rPr>
        <w:t xml:space="preserve">[06:25] </w:t>
      </w:r>
      <w:r>
        <w:t>maulana un ka jo main contention tha woh yeh tha keh</w:t>
      </w:r>
    </w:p>
    <w:p>
      <w:pPr>
        <w:jc w:val="right"/>
      </w:pPr>
      <w:r>
        <w:t>مولانا ان کا جو مین کنٹینشن تھا وہ یہ تھا کہ</w:t>
      </w:r>
    </w:p>
    <w:p>
      <w:r>
        <w:rPr>
          <w:b/>
        </w:rPr>
        <w:t xml:space="preserve">[06:31] </w:t>
      </w:r>
      <w:r>
        <w:t>keh ek society</w:t>
      </w:r>
    </w:p>
    <w:p>
      <w:pPr>
        <w:jc w:val="right"/>
      </w:pPr>
      <w:r>
        <w:t>کہ ایک سوسائٹی</w:t>
      </w:r>
    </w:p>
    <w:p>
      <w:r>
        <w:rPr>
          <w:b/>
        </w:rPr>
        <w:t xml:space="preserve">[06:33] </w:t>
      </w:r>
      <w:r>
        <w:t>agar onus criticism ko promote nahin karegi to kabhi bhi truth discover nahin hoga aur</w:t>
      </w:r>
    </w:p>
    <w:p>
      <w:pPr>
        <w:jc w:val="right"/>
      </w:pPr>
      <w:r>
        <w:t>اگر اونس کریٹیسزم کو پروموٹ نہیں کرے گی تو کبھی بھی ٹروتھ ڈسکور نہیں ہوگا اور</w:t>
      </w:r>
    </w:p>
    <w:p>
      <w:r>
        <w:rPr>
          <w:b/>
        </w:rPr>
        <w:t xml:space="preserve">[06:43] </w:t>
      </w:r>
      <w:r>
        <w:t>sadli woh yeh keh rahe hain keh unhon ne jo paya woh yeh keh Muslims including some c</w:t>
      </w:r>
    </w:p>
    <w:p>
      <w:pPr>
        <w:jc w:val="right"/>
      </w:pPr>
      <w:r>
        <w:t>سیڈلی وہ یہ کہہ رہے ہیں کہ انہوں نے جو پایا وہ یہ کہ مسلمز انکلوڈنگ سم سی</w:t>
      </w:r>
    </w:p>
    <w:p>
      <w:r>
        <w:rPr>
          <w:b/>
        </w:rPr>
        <w:t xml:space="preserve">[06:49] </w:t>
      </w:r>
      <w:r>
        <w:t>ps members</w:t>
      </w:r>
    </w:p>
    <w:p>
      <w:pPr>
        <w:jc w:val="right"/>
      </w:pPr>
      <w:r>
        <w:t>پی ایس ممبرز</w:t>
      </w:r>
    </w:p>
    <w:p>
      <w:r>
        <w:rPr>
          <w:b/>
        </w:rPr>
        <w:t xml:space="preserve">[06:51] </w:t>
      </w:r>
      <w:r>
        <w:t>ka critical approach nahin hai and this is and he he is saying that Maulana ne apni sari</w:t>
      </w:r>
    </w:p>
    <w:p>
      <w:pPr>
        <w:jc w:val="right"/>
      </w:pPr>
      <w:r>
        <w:t>کا کریٹیکل اپروچ نہیں ہے اینڈ دس از اینڈ ہی ہی از سینگ دیٹ مولانا نے اپنی ساری</w:t>
      </w:r>
    </w:p>
    <w:p>
      <w:r>
        <w:rPr>
          <w:b/>
        </w:rPr>
        <w:t xml:space="preserve">[07:00] </w:t>
      </w:r>
      <w:r>
        <w:t>zindagi jo sachai ko paane mein laga di hai woh ek un ki ek commitment thi ek boldness</w:t>
      </w:r>
    </w:p>
    <w:p>
      <w:pPr>
        <w:jc w:val="right"/>
      </w:pPr>
      <w:r>
        <w:t>زندگی جو سچائی کو پانے میں لگا دی ہے وہ ایک ان کی ایک کمٹمنٹ تھی ایک بولڈنس</w:t>
      </w:r>
    </w:p>
    <w:p>
      <w:r>
        <w:rPr>
          <w:b/>
        </w:rPr>
        <w:t xml:space="preserve">[07:08] </w:t>
      </w:r>
      <w:r>
        <w:t>thi jo un ko sachai tak le</w:t>
      </w:r>
    </w:p>
    <w:p>
      <w:pPr>
        <w:jc w:val="right"/>
      </w:pPr>
      <w:r>
        <w:t>تھی جو ان کو سچائی تک لے</w:t>
      </w:r>
    </w:p>
    <w:p>
      <w:r>
        <w:rPr>
          <w:b/>
        </w:rPr>
        <w:t xml:space="preserve">[07:11] </w:t>
      </w:r>
      <w:r>
        <w:t>ja saki lekin woh yeh samaj mein hi nahin paate hain aur un ka yeh bhi ek fear</w:t>
      </w:r>
    </w:p>
    <w:p>
      <w:pPr>
        <w:jc w:val="right"/>
      </w:pPr>
      <w:r>
        <w:t>جا سکی لیکن وہ یہ سماج میں ہی نہیں پاتے ہیں اور ان کا یہ بھی ایک فیئر</w:t>
      </w:r>
    </w:p>
    <w:p>
      <w:r>
        <w:rPr>
          <w:b/>
        </w:rPr>
        <w:t xml:space="preserve">[07:18] </w:t>
      </w:r>
      <w:r>
        <w:t>hai keh Maulana ki jo yeh mehnat hai woh ek stagnation tak pahunch jayegi agar hum Maulana</w:t>
      </w:r>
    </w:p>
    <w:p>
      <w:pPr>
        <w:jc w:val="right"/>
      </w:pPr>
      <w:r>
        <w:t>ہے کہ مولانا کی جو یہ محنت ہے وہ ایک سٹیگنیشن تک پہنچ جائے گی اگر ہم مولانا</w:t>
      </w:r>
    </w:p>
    <w:p>
      <w:r>
        <w:rPr>
          <w:b/>
        </w:rPr>
        <w:t xml:space="preserve">[07:26] </w:t>
      </w:r>
      <w:r>
        <w:t>ke work ko critically examine nahin karenge aur Rasool Allah ke waqt bhi yeh tha keh log</w:t>
      </w:r>
    </w:p>
    <w:p>
      <w:pPr>
        <w:jc w:val="right"/>
      </w:pPr>
      <w:r>
        <w:t>کے ورک کو کریٹیکلی ایگزامن نہیں کریں گے اور رسول اللہ کے وقت بھی یہ تھا کہ لوگ</w:t>
      </w:r>
    </w:p>
    <w:p>
      <w:r>
        <w:rPr>
          <w:b/>
        </w:rPr>
        <w:t xml:space="preserve">[07:33] </w:t>
      </w:r>
      <w:r>
        <w:t>aksar un se sawal kiya karte the aur woh kabhi bhi bina embarrass kiye sawalon ka jawab dete</w:t>
      </w:r>
    </w:p>
    <w:p>
      <w:pPr>
        <w:jc w:val="right"/>
      </w:pPr>
      <w:r>
        <w:t>اکثر ان سے سوال کیا کرتے تھے اور وہ کبھی بھی بنا ایمبیرس کیے سوالوں کا جواب دیتے</w:t>
      </w:r>
    </w:p>
    <w:p>
      <w:r>
        <w:rPr>
          <w:b/>
        </w:rPr>
        <w:t xml:space="preserve">[07:40] </w:t>
      </w:r>
      <w:r>
        <w:t>the aur woh yeh yeh yeh paate hain keh logon ke andar jo yeh attitude hai woh ek</w:t>
      </w:r>
    </w:p>
    <w:p>
      <w:pPr>
        <w:jc w:val="right"/>
      </w:pPr>
      <w:r>
        <w:t>تھے اور وہ یہ یہ یہ پاتے ہیں کہ لوگوں کے اندر جو یہ ایٹیٹیوڈ ہے وہ ایک</w:t>
      </w:r>
    </w:p>
    <w:p>
      <w:r>
        <w:rPr>
          <w:b/>
        </w:rPr>
        <w:t xml:space="preserve">[07:48] </w:t>
      </w:r>
      <w:r>
        <w:t>lack of commitment ki wajah se hai aur hamein yeh nahin sochna chahiye keh Maulana ghalati kabhi nahin</w:t>
      </w:r>
    </w:p>
    <w:p>
      <w:pPr>
        <w:jc w:val="right"/>
      </w:pPr>
      <w:r>
        <w:t>لیک آف کمٹمنٹ کی وجہ سے ہے اور ہمیں یہ نہیں سوچنا چاہیے کہ مولانا غلطی کبھی نہیں</w:t>
      </w:r>
    </w:p>
    <w:p>
      <w:r>
        <w:rPr>
          <w:b/>
        </w:rPr>
        <w:t xml:space="preserve">[07:55] </w:t>
      </w:r>
      <w:r>
        <w:t>kar sakte</w:t>
      </w:r>
    </w:p>
    <w:p>
      <w:pPr>
        <w:jc w:val="right"/>
      </w:pPr>
      <w:r>
        <w:t>کر سکتے</w:t>
      </w:r>
    </w:p>
    <w:p>
      <w:r>
        <w:rPr>
          <w:b/>
        </w:rPr>
        <w:t xml:space="preserve">[07:56] </w:t>
      </w:r>
      <w:r>
        <w:t>humein un ke work ko critically examine karna chahiye yahi aik reason hai ke USA aur Europe jo hai aaj bohat zyada taraqqi ke maqam tak pahunch chuka hai.</w:t>
      </w:r>
    </w:p>
    <w:p>
      <w:pPr>
        <w:jc w:val="right"/>
      </w:pPr>
      <w:r>
        <w:t>ہمیں ان کے ورک کو کریٹیکلی ایگزامن کرنا چاہیے یہی ایک ریزن ہے کہ یو ایس اے اور یورپ جو ہے آج بہت زیادہ ترقی کے مقام تک پہنچ چکا ہے۔</w:t>
      </w:r>
    </w:p>
    <w:p>
      <w:r>
        <w:rPr>
          <w:b/>
        </w:rPr>
        <w:t xml:space="preserve">[08:10] </w:t>
      </w:r>
      <w:r>
        <w:t>to dekhen is is par har ek ko bolna hai aap bataiye ke main pehle bolun ke kab bolun aap pehle apni baat rakhen Maulana is ke baad hum interaction pe</w:t>
      </w:r>
    </w:p>
    <w:p>
      <w:pPr>
        <w:jc w:val="right"/>
      </w:pPr>
      <w:r>
        <w:t>تو دیکھیں اس اس پر ہر ایک کو بولنا ہے آپ بتائیے کہ میں پہلے بولوں کہ کب بولوں آپ پہلے اپنی بات رکھیں مولانا اس کے بعد ہم انٹریکشن پہ</w:t>
      </w:r>
    </w:p>
    <w:p>
      <w:r>
        <w:rPr>
          <w:b/>
        </w:rPr>
        <w:t xml:space="preserve">[08:24] </w:t>
      </w:r>
      <w:r>
        <w:t>bolenge theek hai har har ek is par kuch na kuch bol raha hai aaj ka topic hi yeh rahega</w:t>
      </w:r>
    </w:p>
    <w:p>
      <w:pPr>
        <w:jc w:val="right"/>
      </w:pPr>
      <w:r>
        <w:t>بولیں گے ٹھیک ہے ہر ہر ایک اس پر کچھ نہ کچھ بول رہا ہے آج کا ٹاپک ہی یہ رہے گا</w:t>
      </w:r>
    </w:p>
    <w:p>
      <w:r>
        <w:rPr>
          <w:b/>
        </w:rPr>
        <w:t xml:space="preserve">[08:36] </w:t>
      </w:r>
      <w:r>
        <w:t>dekhiye</w:t>
      </w:r>
    </w:p>
    <w:p>
      <w:pPr>
        <w:jc w:val="right"/>
      </w:pPr>
      <w:r>
        <w:t>دیکھیے</w:t>
      </w:r>
    </w:p>
    <w:p>
      <w:r>
        <w:rPr>
          <w:b/>
        </w:rPr>
        <w:t xml:space="preserve">[08:40] </w:t>
      </w:r>
      <w:r>
        <w:t>jahan tak meri baat hai to aap yaqeen kijiye ke main criticism ko mohabbat karta hoon</w:t>
      </w:r>
    </w:p>
    <w:p>
      <w:pPr>
        <w:jc w:val="right"/>
      </w:pPr>
      <w:r>
        <w:t>جہاں تک میری بات ہے تو آپ یقین کیجئے کہ میں کریٹیسزم کو محبت کرتا ہوں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