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As it is Thinking (Prophetic Wisdom) November 22, 2006 Maulana Wahiduddin Khan</w:t>
      </w:r>
    </w:p>
    <w:p>
      <w:r>
        <w:t>https://www.youtube.com/watch?v=nxIMtbJsKyQ</w:t>
      </w:r>
    </w:p>
    <w:p>
      <w:r>
        <w:rPr>
          <w:b/>
        </w:rPr>
        <w:t xml:space="preserve">[00:09] </w:t>
      </w:r>
      <w:r>
        <w:t>Bismillah hir rahman nir rahim wa salallahu ala nabiyyil karim.</w:t>
      </w:r>
    </w:p>
    <w:p>
      <w:pPr>
        <w:jc w:val="right"/>
      </w:pPr>
      <w:r>
        <w:t>بسم اللہ الرحمن الرحیم وصلی اللہ علی النبی الکریم۔</w:t>
      </w:r>
    </w:p>
    <w:p>
      <w:r>
        <w:rPr>
          <w:b/>
        </w:rPr>
        <w:t xml:space="preserve">[00:19] </w:t>
      </w:r>
      <w:r>
        <w:t>Rasool Allah ki jo hadith hain, un ki kul tadad taqreeban pachis hazar hai.</w:t>
      </w:r>
    </w:p>
    <w:p>
      <w:pPr>
        <w:jc w:val="right"/>
      </w:pPr>
      <w:r>
        <w:t>رسول اللہ کی جو حدیثیں ہیں، ان کی کل تعداد تقریباً پچیس ہزار ہے۔</w:t>
      </w:r>
    </w:p>
    <w:p>
      <w:r>
        <w:rPr>
          <w:b/>
        </w:rPr>
        <w:t xml:space="preserve">[00:30] </w:t>
      </w:r>
      <w:r>
        <w:t>Yaani waise to tadad mein lakhon hadithain ekatha ki gayi hain, mauzu yani jin ko mauzuat kaha jata hai, yani baat ko logon ne bana liya.</w:t>
      </w:r>
    </w:p>
    <w:p>
      <w:pPr>
        <w:jc w:val="right"/>
      </w:pPr>
      <w:r>
        <w:t>یعنی ویسے تو تعداد میں لاکھوں حدیثیں اکٹھا کی گئی ہیں، موضوع یعنی جن کو موضوعات کہا جاتا ہے، یعنی بات کو لوگوں نے بنا لیا۔</w:t>
      </w:r>
    </w:p>
    <w:p>
      <w:r>
        <w:rPr>
          <w:b/>
        </w:rPr>
        <w:t xml:space="preserve">[00:45] </w:t>
      </w:r>
      <w:r>
        <w:t>Aap jante hain ke pehle zamane mein yani jab printing press nahi aaya tha to us waqt qassas hua karte the har sari duniya mein.</w:t>
      </w:r>
    </w:p>
    <w:p>
      <w:pPr>
        <w:jc w:val="right"/>
      </w:pPr>
      <w:r>
        <w:t>آپ جانتے ہیں کہ پہلے زمانے میں یعنی جب پرنٹنگ پریس نہیں آیا تھا تو اس وقت قصاص ہوا کرتے تھے ہر ساری دنیا میں۔</w:t>
      </w:r>
    </w:p>
    <w:p>
      <w:r>
        <w:rPr>
          <w:b/>
        </w:rPr>
        <w:t xml:space="preserve">[00:59] </w:t>
      </w:r>
      <w:r>
        <w:t>Jin ko angrezi mein kehte hain story tellers, Persian mein kehte hain qissa go. To yeh log banate rehte the jhooti baatein.</w:t>
      </w:r>
    </w:p>
    <w:p>
      <w:pPr>
        <w:jc w:val="right"/>
      </w:pPr>
      <w:r>
        <w:t>جن کو انگریزی میں کہتے ہیں اسٹوری ٹیلرز، پرشین میں کہتے ہیں قصہ گو۔ تو یہ لوگ بناتے رہتے تھے جھوٹی باتیں۔</w:t>
      </w:r>
    </w:p>
    <w:p>
      <w:r>
        <w:rPr>
          <w:b/>
        </w:rPr>
        <w:t xml:space="preserve">[01:11] </w:t>
      </w:r>
      <w:r>
        <w:t>Yeh aam riwaj tha. To hadithon mein bhi in logon ne bohat si hadithain apne aap se ghari aur banai.</w:t>
      </w:r>
    </w:p>
    <w:p>
      <w:pPr>
        <w:jc w:val="right"/>
      </w:pPr>
      <w:r>
        <w:t>یہ عام رواج تھا۔ تو حدیثوں میں بھی ان لوگوں نے بہت سی حدیثیں اپنے آپ سے گھڑیں اور بنائیں۔</w:t>
      </w:r>
    </w:p>
    <w:p>
      <w:r>
        <w:rPr>
          <w:b/>
        </w:rPr>
        <w:t xml:space="preserve">[01:20] </w:t>
      </w:r>
      <w:r>
        <w:t>In ko mauzuat kaha jata hai. To in ko chhod kar aisi hadithain jo more or less sahi samajhati hain, woh taqreeban pachis hazar hain.</w:t>
      </w:r>
    </w:p>
    <w:p>
      <w:pPr>
        <w:jc w:val="right"/>
      </w:pPr>
      <w:r>
        <w:t>ان کو موضوعات کہا جاتا ہے۔ تو ان کو چھوڑ کر ایسی حدیثیں جو مور آل ایسٹ صحیح سمجھاتی ہیں، وہ تقریباً پچیس ہزار ہیں۔</w:t>
      </w:r>
    </w:p>
    <w:p>
      <w:r>
        <w:rPr>
          <w:b/>
        </w:rPr>
        <w:t xml:space="preserve">[01:35] </w:t>
      </w:r>
      <w:r>
        <w:t>Aur zyada authentic jo hain, woh taqreeban barah hazar hain. To in hadithon mein mukhtalif subject par aap ne farmaya hai.</w:t>
      </w:r>
    </w:p>
    <w:p>
      <w:pPr>
        <w:jc w:val="right"/>
      </w:pPr>
      <w:r>
        <w:t>اور زیادہ آتھینٹک جو ہیں، وہ تقریباً بارہ ہزار ہیں۔ تو ان حدیثوں میں مختلف سبجیکٹ پر آپ نے فرمایا ہے۔</w:t>
      </w:r>
    </w:p>
    <w:p>
      <w:r>
        <w:rPr>
          <w:b/>
        </w:rPr>
        <w:t xml:space="preserve">[01:48] </w:t>
      </w:r>
      <w:r>
        <w:t>Is waqt mein kuch aisi hadithon ko lena chahta hoon jo</w:t>
      </w:r>
    </w:p>
    <w:p>
      <w:pPr>
        <w:jc w:val="right"/>
      </w:pPr>
      <w:r>
        <w:t>اس وقت میں کچھ ایسی حدیثوں کو لینا چاہتا ہوں جو</w:t>
      </w:r>
    </w:p>
    <w:p>
      <w:r>
        <w:rPr>
          <w:b/>
        </w:rPr>
        <w:t xml:space="preserve">[01:56] </w:t>
      </w:r>
      <w:r>
        <w:t>aam logon ki zindagi se mutaliq hain. har aadmi ke liye is mein sabaq hai. har aadmi ko is mein kuch khurak milti hai.</w:t>
      </w:r>
    </w:p>
    <w:p>
      <w:pPr>
        <w:jc w:val="right"/>
      </w:pPr>
      <w:r>
        <w:t>عام لوگوں کی زندگی سے متعلق ہیں۔ ہر آدمی کے لیے اس میں سبق ہے۔ ہر آدمی کو اس میں کچھ خوراک ملتی ہے۔</w:t>
      </w:r>
    </w:p>
    <w:p>
      <w:r>
        <w:rPr>
          <w:b/>
        </w:rPr>
        <w:t xml:space="preserve">[02:09] </w:t>
      </w:r>
      <w:r>
        <w:t>to ek hadith ya dua yeh hai ke rasool Allah sal Allah alaih wasallam se bohat si duain kitabon mein aai hain.</w:t>
      </w:r>
    </w:p>
    <w:p>
      <w:pPr>
        <w:jc w:val="right"/>
      </w:pPr>
      <w:r>
        <w:t>تو ایک حدیث یا دعا یہ ہے کہ رسول اللہ صلی اللہ علیہ وسلم سے بہت سی دعائیں کتابوں میں آئی ہیں۔</w:t>
      </w:r>
    </w:p>
    <w:p>
      <w:r>
        <w:rPr>
          <w:b/>
        </w:rPr>
        <w:t xml:space="preserve">[02:24] </w:t>
      </w:r>
      <w:r>
        <w:t>to in mein se ek bohat hi buniyadi dua yeh hai ke aap yeh in alfaz mein dua karte thay ke Allahumma arina al haqq haqqan warzuqna tibaa'ahu warina al batil batilan warzuqna ijtinabahu warina al ashya kama hi.</w:t>
      </w:r>
    </w:p>
    <w:p>
      <w:pPr>
        <w:jc w:val="right"/>
      </w:pPr>
      <w:r>
        <w:t>تو ان میں سے ایک بہت ہی بنیادی دعا یہ ہے کہ آپ یہ ان الفاظ میں دعا کرتے تھے کہ اللہم أرنا الحق حقاً وارزقنا الطباع وأرنا الباطل باطلاً وارزقنا اجتناباً وأرنا الأشياء كما هي.</w:t>
      </w:r>
    </w:p>
    <w:p>
      <w:r>
        <w:rPr>
          <w:b/>
        </w:rPr>
        <w:t xml:space="preserve">[02:49] </w:t>
      </w:r>
      <w:r>
        <w:t>iska matlab yeh hai ke</w:t>
      </w:r>
    </w:p>
    <w:p>
      <w:pPr>
        <w:jc w:val="right"/>
      </w:pPr>
      <w:r>
        <w:t>اس کا مطلب یہ ہے کہ</w:t>
      </w:r>
    </w:p>
    <w:p>
      <w:r>
        <w:rPr>
          <w:b/>
        </w:rPr>
        <w:t xml:space="preserve">[02:54] </w:t>
      </w:r>
      <w:r>
        <w:t>ae Allah!</w:t>
      </w:r>
    </w:p>
    <w:p>
      <w:pPr>
        <w:jc w:val="right"/>
      </w:pPr>
      <w:r>
        <w:t>اے اللہ!</w:t>
      </w:r>
    </w:p>
    <w:p>
      <w:r>
        <w:rPr>
          <w:b/>
        </w:rPr>
        <w:t xml:space="preserve">[02:57] </w:t>
      </w:r>
      <w:r>
        <w:t>hum ko</w:t>
      </w:r>
    </w:p>
    <w:p>
      <w:pPr>
        <w:jc w:val="right"/>
      </w:pPr>
      <w:r>
        <w:t>ہم کو</w:t>
      </w:r>
    </w:p>
    <w:p>
      <w:r>
        <w:rPr>
          <w:b/>
        </w:rPr>
        <w:t xml:space="preserve">[03:00] </w:t>
      </w:r>
      <w:r>
        <w:t>haqq ko haqq ke roop mein dikha. aur hum ko batil ko batil ke roop mein dikha.</w:t>
      </w:r>
    </w:p>
    <w:p>
      <w:pPr>
        <w:jc w:val="right"/>
      </w:pPr>
      <w:r>
        <w:t>حق کو حق کے روپ میں دکھا۔ اور ہم کو باطل کو باطل کے روپ میں دکھا۔</w:t>
      </w:r>
    </w:p>
    <w:p>
      <w:r>
        <w:rPr>
          <w:b/>
        </w:rPr>
        <w:t xml:space="preserve">[03:12] </w:t>
      </w:r>
      <w:r>
        <w:t>aur hum ko cheezen isi roop mein dikha jaisa ke woh hain. iska matlab kya hua?</w:t>
      </w:r>
    </w:p>
    <w:p>
      <w:pPr>
        <w:jc w:val="right"/>
      </w:pPr>
      <w:r>
        <w:t>اور ہم کو چیزیں اسی روپ میں دکھا جیسا کہ وہ ہیں۔ اس کا مطلب کیا ہوا؟</w:t>
      </w:r>
    </w:p>
    <w:p>
      <w:r>
        <w:rPr>
          <w:b/>
        </w:rPr>
        <w:t xml:space="preserve">[03:22] </w:t>
      </w:r>
      <w:r>
        <w:t>ke insan is dunya mein</w:t>
      </w:r>
    </w:p>
    <w:p>
      <w:pPr>
        <w:jc w:val="right"/>
      </w:pPr>
      <w:r>
        <w:t>کہ انسان اس دنیا میں</w:t>
      </w:r>
    </w:p>
    <w:p>
      <w:r>
        <w:rPr>
          <w:b/>
        </w:rPr>
        <w:t xml:space="preserve">[03:29] </w:t>
      </w:r>
      <w:r>
        <w:t>preoccupied thinking is ke andar aa jati hai. biased thinking aa jati hai. is ki conditioning hoti hai. to aadmi cheezon ko</w:t>
      </w:r>
    </w:p>
    <w:p>
      <w:pPr>
        <w:jc w:val="right"/>
      </w:pPr>
      <w:r>
        <w:t>پریوکوپائیڈ تھنکنگ اس کے اندر آ جاتی ہے۔ بائس تھنکنگ آ جاتی ہے۔ اس کی کنڈیشننگ ہوتی ہے۔ تو آدمی چیزوں کو</w:t>
      </w:r>
    </w:p>
    <w:p>
      <w:r>
        <w:rPr>
          <w:b/>
        </w:rPr>
        <w:t xml:space="preserve">[03:41] </w:t>
      </w:r>
      <w:r>
        <w:t>apne dhang se le leta hai.</w:t>
      </w:r>
    </w:p>
    <w:p>
      <w:pPr>
        <w:jc w:val="right"/>
      </w:pPr>
      <w:r>
        <w:t>اپنے ڈھنگ سے لے لیتا ہے۔</w:t>
      </w:r>
    </w:p>
    <w:p>
      <w:r>
        <w:rPr>
          <w:b/>
        </w:rPr>
        <w:t xml:space="preserve">[03:46] </w:t>
      </w:r>
      <w:r>
        <w:t>to is ko sachai kabhi aisa hota hai ke sachai is ko galat dikhai deti hai apni samajh se. ya galat baat sachi maloom hone lagti hai apni samajh se.</w:t>
      </w:r>
    </w:p>
    <w:p>
      <w:pPr>
        <w:jc w:val="right"/>
      </w:pPr>
      <w:r>
        <w:t>تو اس کو سچائی کبھی ایسا ہوتا ہے کہ سچائی اس کو غلط دکھائی دیتی ہے اپنی سمجھ سے۔ یا غلط بات سچی معلوم ہونے لگتی ہے اپنی سمجھ سے۔</w:t>
      </w:r>
    </w:p>
    <w:p>
      <w:r>
        <w:rPr>
          <w:b/>
        </w:rPr>
        <w:t xml:space="preserve">[03:58] </w:t>
      </w:r>
      <w:r>
        <w:t>to aap ne dua ki ke</w:t>
      </w:r>
    </w:p>
    <w:p>
      <w:pPr>
        <w:jc w:val="right"/>
      </w:pPr>
      <w:r>
        <w:t>تو آپ نے دعا کی کہ</w:t>
      </w:r>
    </w:p>
    <w:p>
      <w:r>
        <w:rPr>
          <w:b/>
        </w:rPr>
        <w:t xml:space="preserve">[04:00] </w:t>
      </w:r>
      <w:r>
        <w:t>khudaya! hum ko is se bacha. ke hum cheezon ko biased way mein dekhen. cheezon ko hum ek aisi shakal mein dekhen jo hamare mind mein to hai lekin bahar nahi hai woh.</w:t>
      </w:r>
    </w:p>
    <w:p>
      <w:pPr>
        <w:jc w:val="right"/>
      </w:pPr>
      <w:r>
        <w:t>خدایا! ہم کو اس سے بچا۔ کہ ہم چیزوں کو بائسڈ وے میں دیکھیں۔ چیزوں کو ہم ایک ایسی شکل میں دیکھیں جو ہمارے مائنڈ میں تو ہے لیکن باہر نہیں ہے وہ۔</w:t>
      </w:r>
    </w:p>
    <w:p>
      <w:r>
        <w:rPr>
          <w:b/>
        </w:rPr>
        <w:t xml:space="preserve">[04:16] </w:t>
      </w:r>
      <w:r>
        <w:t>aur cheezon ko waisa hi dikha jaisa ke woh hain. yani haqeeqat ke aitbar se jaisa ke woh hain. is ko aap aaj kal ki zuban mein keh sakte hain ke objective thinking.</w:t>
      </w:r>
    </w:p>
    <w:p>
      <w:pPr>
        <w:jc w:val="right"/>
      </w:pPr>
      <w:r>
        <w:t>اور چیزوں کو ویسا ہی دکھا جیسا کہ وہ ہیں۔ یعنی حقیقت کے اعتبار سے جیسا کہ وہ ہیں۔ اس کو آپ آج کل کی زبان میں کہہ سکتے ہیں کہ آبجیکٹو تھنکنگ۔</w:t>
      </w:r>
    </w:p>
    <w:p>
      <w:r>
        <w:rPr>
          <w:b/>
        </w:rPr>
        <w:t xml:space="preserve">[04:30] </w:t>
      </w:r>
      <w:r>
        <w:t>yani hamare andar subject hum ko is ko aap yun keh sakte hain ke hum ko subjective thinking se bacha.</w:t>
      </w:r>
    </w:p>
    <w:p>
      <w:pPr>
        <w:jc w:val="right"/>
      </w:pPr>
      <w:r>
        <w:t>یعنی ہمارے اندر سبجیکٹ ہم کو اس کو آپ یوں کہہ سکتے ہیں کہ ہم کو سبجیکٹو تھنکنگ سے بچا۔</w:t>
      </w:r>
    </w:p>
    <w:p>
      <w:r>
        <w:rPr>
          <w:b/>
        </w:rPr>
        <w:t xml:space="preserve">[04:40] </w:t>
      </w:r>
      <w:r>
        <w:t>aur hamare andar objective thinking paida kar. ya as it is thinking paida kar.</w:t>
      </w:r>
    </w:p>
    <w:p>
      <w:pPr>
        <w:jc w:val="right"/>
      </w:pPr>
      <w:r>
        <w:t>اور ہمارے اندر آبجیکٹو تھنکنگ پیدا کر۔ یا ایز اٹ از تھنکنگ پیدا کر۔</w:t>
      </w:r>
    </w:p>
    <w:p>
      <w:r>
        <w:rPr>
          <w:b/>
        </w:rPr>
        <w:t xml:space="preserve">[04:51] </w:t>
      </w:r>
      <w:r>
        <w:t>to dekhiye main yahan ek baat yeh kahunga ke dua hamesha fifty percent kaam karti hai. aisa nahi hai ke dua jo hai woh hundred percent kaam kare.</w:t>
      </w:r>
    </w:p>
    <w:p>
      <w:pPr>
        <w:jc w:val="right"/>
      </w:pPr>
      <w:r>
        <w:t>تو دیکھئے میں یہاں ایک بات یہ کہوں گا کہ دعا ہمیشہ ففٹی پرسنٹ کام کرتی ہے۔ ایسا نہیں ہے کہ دعا جو ہے وہ ہنڈرڈ پرسنٹ کام کرے۔</w:t>
      </w:r>
    </w:p>
    <w:p>
      <w:r>
        <w:rPr>
          <w:b/>
        </w:rPr>
        <w:t xml:space="preserve">[05:04] </w:t>
      </w:r>
      <w:r>
        <w:t>yani agar aap apne ko is kaam mein engage kar liya ho aap ne ke aap introspection karte ho.</w:t>
      </w:r>
    </w:p>
    <w:p>
      <w:pPr>
        <w:jc w:val="right"/>
      </w:pPr>
      <w:r>
        <w:t>یعنی اگر آپ اپنے کو اس کام میں انگیج کر لیا ہو آپ نے کہ آپ انٹراسپیکشن کرتے ہوں۔</w:t>
      </w:r>
    </w:p>
    <w:p>
      <w:r>
        <w:rPr>
          <w:b/>
        </w:rPr>
        <w:t xml:space="preserve">[05:17] </w:t>
      </w:r>
      <w:r>
        <w:t>apni ghaltiyon ko dhoondte ho. apne aap ko correct karne ki koshish mein lage hue ho sach much. to phir is koshish ko aur ziyada</w:t>
      </w:r>
    </w:p>
    <w:p>
      <w:pPr>
        <w:jc w:val="right"/>
      </w:pPr>
      <w:r>
        <w:t>اپنی غلطیوں کو ڈھونڈتے ہوں۔ اپنے آپ کو کریکٹ کرنے کی کوشش میں لگے ہوئے ہوں سچ مچ۔ تو پھر اس کوشش کو اور زیادہ</w:t>
      </w:r>
    </w:p>
    <w:p>
      <w:r>
        <w:rPr>
          <w:b/>
        </w:rPr>
        <w:t xml:space="preserve">[05:32] </w:t>
      </w:r>
      <w:r>
        <w:t>yani successful banane ke liye aap kahenge ke khud</w:t>
      </w:r>
    </w:p>
    <w:p>
      <w:pPr>
        <w:jc w:val="right"/>
      </w:pPr>
      <w:r>
        <w:t>یعنی سکسیس فل بنانے کے لیے آپ کہیں گے کہ خد</w:t>
      </w:r>
    </w:p>
    <w:p>
      <w:r>
        <w:rPr>
          <w:b/>
        </w:rPr>
        <w:t xml:space="preserve">[05:35] </w:t>
      </w:r>
      <w:r>
        <w:t>aya! meri madad kar. aisa nahi ho sakta ke aap khud se to koshish na karen. woh dua karte rahen dua karte rahen.</w:t>
      </w:r>
    </w:p>
    <w:p>
      <w:pPr>
        <w:jc w:val="right"/>
      </w:pPr>
      <w:r>
        <w:t>ایا! میری مدد کر۔ ایسا نہیں ہو سکتا کہ آپ خود سے تو کوشش نہ کریں۔ وہ دعا کرتے رہیں دعا کرتے رہیں۔</w:t>
      </w:r>
    </w:p>
    <w:p>
      <w:r>
        <w:rPr>
          <w:b/>
        </w:rPr>
        <w:t xml:space="preserve">[05:44] </w:t>
      </w:r>
      <w:r>
        <w:t>to hazar saal bhi aisi dua qabool nahi hogi.</w:t>
      </w:r>
    </w:p>
    <w:p>
      <w:pPr>
        <w:jc w:val="right"/>
      </w:pPr>
      <w:r>
        <w:t>تو ہزار سال بھی ایسی دعا قبول نہیں ہوگی۔</w:t>
      </w:r>
    </w:p>
    <w:p>
      <w:r>
        <w:rPr>
          <w:b/>
        </w:rPr>
        <w:t xml:space="preserve">[05:50] </w:t>
      </w:r>
      <w:r>
        <w:t>kyun ke quran mein hai ke ilaih yasadu al kalim al tayyib wal amal al salihirfa. to ek hai dua ek hai aap ka apna amal.</w:t>
      </w:r>
    </w:p>
    <w:p>
      <w:pPr>
        <w:jc w:val="right"/>
      </w:pPr>
      <w:r>
        <w:t>کیوں کہ قرآن میں ہے کہ الیہ یسعد الکلم الطیب والعمل الصالحیرفع۔ تو ایک ہے دعا ایک ہے آپ کا اپنا عمل۔</w:t>
      </w:r>
    </w:p>
    <w:p>
      <w:r>
        <w:rPr>
          <w:b/>
        </w:rPr>
        <w:t xml:space="preserve">[06:02] </w:t>
      </w:r>
      <w:r>
        <w:t>to dono fifty fifty ka muamla hai.</w:t>
      </w:r>
    </w:p>
    <w:p>
      <w:pPr>
        <w:jc w:val="right"/>
      </w:pPr>
      <w:r>
        <w:t>تو دونوں ففٹی ففٹی کا معاملہ ہے۔</w:t>
      </w:r>
    </w:p>
    <w:p>
      <w:r>
        <w:rPr>
          <w:b/>
        </w:rPr>
        <w:t xml:space="preserve">[06:06] </w:t>
      </w:r>
      <w:r>
        <w:t>aadmi poori aadmi siriesli poore dil ki amadgi ke sath ek kaam kar raha ho kar raha ho kar raha ho.</w:t>
      </w:r>
    </w:p>
    <w:p>
      <w:pPr>
        <w:jc w:val="right"/>
      </w:pPr>
      <w:r>
        <w:t>آدمی پوری آدمی سیریسلی پورے دل کی آمادگی کے ساتھ ایک کام کر رہا ہو کر رہا ہو کر رہا ہو۔</w:t>
      </w:r>
    </w:p>
    <w:p>
      <w:r>
        <w:rPr>
          <w:b/>
        </w:rPr>
        <w:t xml:space="preserve">[06:19] </w:t>
      </w:r>
      <w:r>
        <w:t>aur phir us ko ehsas ho ke mera apna meri koshish kafi nahi hai. mujhe khuda ki help chahiye to aap dua karte hain.</w:t>
      </w:r>
    </w:p>
    <w:p>
      <w:pPr>
        <w:jc w:val="right"/>
      </w:pPr>
      <w:r>
        <w:t>اور پھر اس کو احساس ہو کہ میرا اپنا میری کوشش کافی نہیں ہے۔ مجھے خدا کی ہیلپ چاہیے۔ تو آپ دعا کرتے ہیں۔</w:t>
      </w:r>
    </w:p>
    <w:p>
      <w:r>
        <w:rPr>
          <w:b/>
        </w:rPr>
        <w:t xml:space="preserve">[06:30] </w:t>
      </w:r>
      <w:r>
        <w:t>to aisi hi dua dua hai. yani fifty percent apne hisse ka kaam jab aadmi kar de aur baqi fifty ke liye wo khuda se dua kare to isi ka naam dua hai.</w:t>
      </w:r>
    </w:p>
    <w:p>
      <w:pPr>
        <w:jc w:val="right"/>
      </w:pPr>
      <w:r>
        <w:t>تو ایسی ہی دعا دعا ہے۔ یعنی ففٹی پرسنٹ اپنے حصے کا کام جب آدمی کر دے اور بقیہ ففٹی کے لیے وہ خدا سے دعا کرے تو اسی کا نام دعا ہے۔</w:t>
      </w:r>
    </w:p>
    <w:p>
      <w:r>
        <w:rPr>
          <w:b/>
        </w:rPr>
        <w:t xml:space="preserve">[06:46] </w:t>
      </w:r>
      <w:r>
        <w:t>aur jo aadmi apne hisse ka fifty percent na kare to wo to ek joke hai joke. wo dua nahi hai.</w:t>
      </w:r>
    </w:p>
    <w:p>
      <w:pPr>
        <w:jc w:val="right"/>
      </w:pPr>
      <w:r>
        <w:t>اور جو آدمی اپنے حصے کا ففٹی پرسنٹ نہ کرے تو وہ تو ایک جوک ہے جوک۔ وہ دعا نہیں ہے۔</w:t>
      </w:r>
    </w:p>
    <w:p>
      <w:r>
        <w:rPr>
          <w:b/>
        </w:rPr>
        <w:t xml:space="preserve">[06:58] </w:t>
      </w:r>
      <w:r>
        <w:t>aisi in sincere dua kabhi bhi qabool nahi ho sakti.</w:t>
      </w:r>
    </w:p>
    <w:p>
      <w:pPr>
        <w:jc w:val="right"/>
      </w:pPr>
      <w:r>
        <w:t>ایسی ان سنسیر دعا کبھی بھی قبول نہیں ہو سکتی۔</w:t>
      </w:r>
    </w:p>
    <w:p>
      <w:r>
        <w:rPr>
          <w:b/>
        </w:rPr>
        <w:t xml:space="preserve">[07:04] </w:t>
      </w:r>
      <w:r>
        <w:t>to Allah taala se aap ne jo dua farmayi duaein jo farmayein aap ne is mein se ek dua yeh thi</w:t>
      </w:r>
    </w:p>
    <w:p>
      <w:pPr>
        <w:jc w:val="right"/>
      </w:pPr>
      <w:r>
        <w:t>تو اللہ تعالیٰ سے آپ نے جو دعا فرمائی دعائیں جو فرمائیں آپ نے اس میں سے ایک دعا یہ تھی</w:t>
      </w:r>
    </w:p>
    <w:p>
      <w:r>
        <w:rPr>
          <w:b/>
        </w:rPr>
        <w:t xml:space="preserve">[07:11] </w:t>
      </w:r>
      <w:r>
        <w:t>ke khuda ya! mujhe subjective thinking se bachaa. aur mujh ko objective thinker banaa.</w:t>
      </w:r>
    </w:p>
    <w:p>
      <w:pPr>
        <w:jc w:val="right"/>
      </w:pPr>
      <w:r>
        <w:t>کہ خدایا! مجھے سبجیکٹو تھنکنگ سے بچا۔ اور مجھ کو آبجیکٹو تھنکر بنا۔</w:t>
      </w:r>
    </w:p>
    <w:p>
      <w:r>
        <w:rPr>
          <w:b/>
        </w:rPr>
        <w:t xml:space="preserve">[07:22] </w:t>
      </w:r>
      <w:r>
        <w:t>yeh har momin ka har us insan ka jo sachai par jeena chahta ho sachai par marna chahta ho to us ki yeh dua honi chahiye.</w:t>
      </w:r>
    </w:p>
    <w:p>
      <w:pPr>
        <w:jc w:val="right"/>
      </w:pPr>
      <w:r>
        <w:t>یہ ہر مومن کا ہر اس انسان کا جو سچائی پر جینا چاہتا ہو سچائی پر مرنا چاہتا ہو تو اس کی یہ دعا ہونی چاہیے۔</w:t>
      </w:r>
    </w:p>
    <w:p>
      <w:r>
        <w:rPr>
          <w:b/>
        </w:rPr>
        <w:t xml:space="preserve">[07:37] </w:t>
      </w:r>
      <w:r>
        <w:t>is mein yeh baat nikalti hai ke aadmi sirf apni koshish se</w:t>
      </w:r>
    </w:p>
    <w:p>
      <w:pPr>
        <w:jc w:val="right"/>
      </w:pPr>
      <w:r>
        <w:t>اس میں یہ بات نکلتی ہے کہ آدمی صرف اپنی کوشش سے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