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Peace (In Conversation with Maulana) April 5, 2009</w:t>
      </w:r>
    </w:p>
    <w:p>
      <w:r>
        <w:t>https://www.youtube.com/watch?v=-1Bnl6dYkrg</w:t>
      </w:r>
    </w:p>
    <w:p>
      <w:r>
        <w:rPr>
          <w:b/>
        </w:rPr>
        <w:t xml:space="preserve">[00:10] </w:t>
      </w:r>
      <w:r>
        <w:t>varun gandhi spoke a lot against muslims, and now he is in jail. muslims did not react. is this a good sign of non-violence and peace?</w:t>
      </w:r>
    </w:p>
    <w:p>
      <w:pPr>
        <w:jc w:val="right"/>
      </w:pPr>
      <w:r>
        <w:t>वरुण गांधी स्पोक अ लॉट अगेंस्ट मुस्लिम्स, एंड नाउ ही इज इन जेल। मुस्लिम्स डिड नॉट रिएक्ट। इज दिस अ गुड साइन ऑफ नॉन-वायलेंस एंड पीस?</w:t>
      </w:r>
    </w:p>
    <w:p>
      <w:r>
        <w:rPr>
          <w:b/>
        </w:rPr>
        <w:t xml:space="preserve">[00:23] </w:t>
      </w:r>
      <w:r>
        <w:t>mulana, kindly give your comments.</w:t>
      </w:r>
    </w:p>
    <w:p>
      <w:pPr>
        <w:jc w:val="right"/>
      </w:pPr>
      <w:r>
        <w:t>मुलाना, काइंडली गिव योर कमेंट्स।</w:t>
      </w:r>
    </w:p>
    <w:p>
      <w:r>
        <w:rPr>
          <w:b/>
        </w:rPr>
        <w:t xml:space="preserve">[00:30] </w:t>
      </w:r>
      <w:r>
        <w:t>main to nahi sochta ke koi good sign hai. good sign hoga jab soch mein badlav aaye. us mein un ka koi role hi nahi tha, kya karte wo?</w:t>
      </w:r>
    </w:p>
    <w:p>
      <w:pPr>
        <w:jc w:val="right"/>
      </w:pPr>
      <w:r>
        <w:t>मैं तो नहीं सोचता कि कोई गुड साइन है। गुड साइन होगा जब सोच में बदलाव आए। उसमें उनका कोई रोल ही नहीं था, क्या करते वो?</w:t>
      </w:r>
    </w:p>
    <w:p>
      <w:r>
        <w:rPr>
          <w:b/>
        </w:rPr>
        <w:t xml:space="preserve">[00:43] </w:t>
      </w:r>
      <w:r>
        <w:t>kuch statement de sakte the, is se zyada to kuch role nahi tha un ka. aap kisi musalman se miliye, aur agar wo positive baat kare to samjhiye ke change aaya hai. koi bhi jo sadak par chal raha ho,</w:t>
      </w:r>
    </w:p>
    <w:p>
      <w:pPr>
        <w:jc w:val="right"/>
      </w:pPr>
      <w:r>
        <w:t>कुछ स्टेटमेंट दे सकते थे, इससे ज्यादा तो कुछ रोल नहीं था उनका। आप किसी मुसलमान से मिलिए, और अगर वो पॉजिटिव बात करे तो समझिए कि चेंज आया है। कोई भी जो सड़क पर चल रहा हो,</w:t>
      </w:r>
    </w:p>
    <w:p>
      <w:r>
        <w:rPr>
          <w:b/>
        </w:rPr>
        <w:t xml:space="preserve">[00:59] </w:t>
      </w:r>
      <w:r>
        <w:t>ya aap ke pados mein koi rehta ho, kahin bhi, jis musalman se kam se kam main milta hoon, andar se negative niklta hai wo. thoda scrutiny karne ke baad. wahi aadmi jo chup hai, jo aap keh rahe hain,</w:t>
      </w:r>
    </w:p>
    <w:p>
      <w:pPr>
        <w:jc w:val="right"/>
      </w:pPr>
      <w:r>
        <w:t>या आपके पड़ोस में कोई रहता हो, कहीं भी, जिस मुसलमान से कम से कम मैं मिलता हूं, अंदर से नेगेटिव निकलता है वो। थोड़ा स्क्रूटनी करने के बाद। वही आदमी जो चुप है, जो आप कह रहे हैं,</w:t>
      </w:r>
    </w:p>
    <w:p>
      <w:r>
        <w:rPr>
          <w:b/>
        </w:rPr>
        <w:t xml:space="preserve">[01:14] </w:t>
      </w:r>
      <w:r>
        <w:t>good sign. aap varun gandhi ke bare mein us se baat kijiye. bura-bura kahega varun gandhi ko wo.</w:t>
      </w:r>
    </w:p>
    <w:p>
      <w:pPr>
        <w:jc w:val="right"/>
      </w:pPr>
      <w:r>
        <w:t>गुड साइन। आप वरुण गांधी के बारे में उससे बात कीजिए। बुरा-बुरा कहेगा वरुण गांधी को वो।</w:t>
      </w:r>
    </w:p>
    <w:p>
      <w:r>
        <w:rPr>
          <w:b/>
        </w:rPr>
        <w:t xml:space="preserve">[01:23] </w:t>
      </w:r>
      <w:r>
        <w:t>agar woh yeh bura-bura na kahe, parso yani</w:t>
      </w:r>
    </w:p>
    <w:p>
      <w:pPr>
        <w:jc w:val="right"/>
      </w:pPr>
      <w:r>
        <w:t>अगर वो ये बुरा-बुरा न कहे, परस यानी</w:t>
      </w:r>
    </w:p>
    <w:p>
      <w:r>
        <w:rPr>
          <w:b/>
        </w:rPr>
        <w:t xml:space="preserve">[01:28] </w:t>
      </w:r>
      <w:r>
        <w:t>baat cheet karne mein, tab main manunga keh good sign hai yeh.</w:t>
      </w:r>
    </w:p>
    <w:p>
      <w:pPr>
        <w:jc w:val="right"/>
      </w:pPr>
      <w:r>
        <w:t>बातचीत करने में, तब मैं मानूंगा कि गुड साइन है ये।</w:t>
      </w:r>
    </w:p>
    <w:p>
      <w:r>
        <w:rPr>
          <w:b/>
        </w:rPr>
        <w:t xml:space="preserve">[01:33] </w:t>
      </w:r>
      <w:r>
        <w:t>dekhiye, asli cheez yeh hai keh is zamane mein</w:t>
      </w:r>
    </w:p>
    <w:p>
      <w:pPr>
        <w:jc w:val="right"/>
      </w:pPr>
      <w:r>
        <w:t>देखिए, असली चीज ये है कि इस जमाने में</w:t>
      </w:r>
    </w:p>
    <w:p>
      <w:r>
        <w:rPr>
          <w:b/>
        </w:rPr>
        <w:t xml:space="preserve">[01:37] </w:t>
      </w:r>
      <w:r>
        <w:t>har aadmi paisa oriented ban gaya hai.</w:t>
      </w:r>
    </w:p>
    <w:p>
      <w:pPr>
        <w:jc w:val="right"/>
      </w:pPr>
      <w:r>
        <w:t>हर आदमी पैसा ओरिएंटेड बन गया है।</w:t>
      </w:r>
    </w:p>
    <w:p>
      <w:r>
        <w:rPr>
          <w:b/>
        </w:rPr>
        <w:t xml:space="preserve">[01:39] </w:t>
      </w:r>
      <w:r>
        <w:t>daud raha hai paise ke liye.</w:t>
      </w:r>
    </w:p>
    <w:p>
      <w:pPr>
        <w:jc w:val="right"/>
      </w:pPr>
      <w:r>
        <w:t>दौड़ रहा है पैसे के लिए।</w:t>
      </w:r>
    </w:p>
    <w:p>
      <w:r>
        <w:rPr>
          <w:b/>
        </w:rPr>
        <w:t xml:space="preserve">[01:40] </w:t>
      </w:r>
      <w:r>
        <w:t>usko time nahin ki varun gandhi par bole.</w:t>
      </w:r>
    </w:p>
    <w:p>
      <w:pPr>
        <w:jc w:val="right"/>
      </w:pPr>
      <w:r>
        <w:t>उसको टाइम नहीं कि वरुण गांधी पर बोले।</w:t>
      </w:r>
    </w:p>
    <w:p>
      <w:r>
        <w:rPr>
          <w:b/>
        </w:rPr>
        <w:t xml:space="preserve">[01:44] </w:t>
      </w:r>
      <w:r>
        <w:t>kuchh leader log, jinka doosra koi kaam nahin hai, yahi profession unka hai, bolte hain, chhapte hain, bolte</w:t>
      </w:r>
    </w:p>
    <w:p>
      <w:pPr>
        <w:jc w:val="right"/>
      </w:pPr>
      <w:r>
        <w:t>कुछ लीडर लोग, जिनका दूसरा कोई काम नहीं है, यही प्रोफेशन उनका है, बोलते हैं, छपते हैं, बोलते</w:t>
      </w:r>
    </w:p>
    <w:p>
      <w:r>
        <w:rPr>
          <w:b/>
        </w:rPr>
        <w:t xml:space="preserve">[01:48] </w:t>
      </w:r>
      <w:r>
        <w:t>hain, chhapte hain.</w:t>
      </w:r>
    </w:p>
    <w:p>
      <w:pPr>
        <w:jc w:val="right"/>
      </w:pPr>
      <w:r>
        <w:t>हैं, छपते हैं।</w:t>
      </w:r>
    </w:p>
    <w:p>
      <w:r>
        <w:rPr>
          <w:b/>
        </w:rPr>
        <w:t xml:space="preserve">[01:50] </w:t>
      </w:r>
      <w:r>
        <w:t>baqi log to apna paisa kamane mein lage hue hain.</w:t>
      </w:r>
    </w:p>
    <w:p>
      <w:pPr>
        <w:jc w:val="right"/>
      </w:pPr>
      <w:r>
        <w:t>बाकी लोग तो अपना पैसा कमाने में लगे हुए हैं।</w:t>
      </w:r>
    </w:p>
    <w:p>
      <w:r>
        <w:rPr>
          <w:b/>
        </w:rPr>
        <w:t xml:space="preserve">[01:53] </w:t>
      </w:r>
      <w:r>
        <w:t>ab baat jab karenge to vahi ugalenge, hate wali baaten.</w:t>
      </w:r>
    </w:p>
    <w:p>
      <w:pPr>
        <w:jc w:val="right"/>
      </w:pPr>
      <w:r>
        <w:t>अब बात जब करेंगे तो वही उगलेंगे, हेट वाली बातें।</w:t>
      </w:r>
    </w:p>
    <w:p>
      <w:r>
        <w:rPr>
          <w:b/>
        </w:rPr>
        <w:t xml:space="preserve">[01:58] </w:t>
      </w:r>
      <w:r>
        <w:t>is kism ki cheezen kabhi bhi good sign nahin hoti hain.</w:t>
      </w:r>
    </w:p>
    <w:p>
      <w:pPr>
        <w:jc w:val="right"/>
      </w:pPr>
      <w:r>
        <w:t>इस किस्म की चीजें कभी भी गुड साइन नहीं होती हैं।</w:t>
      </w:r>
    </w:p>
    <w:p>
      <w:r>
        <w:rPr>
          <w:b/>
        </w:rPr>
        <w:t xml:space="preserve">[02:03] </w:t>
      </w:r>
      <w:r>
        <w:t>so you have to see the their mind,</w:t>
      </w:r>
    </w:p>
    <w:p>
      <w:pPr>
        <w:jc w:val="right"/>
      </w:pPr>
      <w:r>
        <w:t>सो यू हैव टू सी द देयर माइंड,</w:t>
      </w:r>
    </w:p>
    <w:p>
      <w:r>
        <w:rPr>
          <w:b/>
        </w:rPr>
        <w:t xml:space="preserve">[02:07] </w:t>
      </w:r>
      <w:r>
        <w:t>their thinking, whether they are thinking in positive term or in negative term. so according to my experience, all the muslim without any exception, they are living in negativity,</w:t>
      </w:r>
    </w:p>
    <w:p>
      <w:pPr>
        <w:jc w:val="right"/>
      </w:pPr>
      <w:r>
        <w:t>देयर थिंकिंग, वेदर दे आर थिंकिंग इन पॉजिटिव टर्म और इन नेगेटिव टर्म। सो अकॉर्डिंग टू माय एक्सपीरियंस, ऑल द मुस्लिम विदाउट एनी एक्सेप्शन, दे आर लिविंग इन नेगेटिविटी,</w:t>
      </w:r>
    </w:p>
    <w:p>
      <w:r>
        <w:rPr>
          <w:b/>
        </w:rPr>
        <w:t xml:space="preserve">[02:22] </w:t>
      </w:r>
      <w:r>
        <w:t>except those who are attending this class.</w:t>
      </w:r>
    </w:p>
    <w:p>
      <w:pPr>
        <w:jc w:val="right"/>
      </w:pPr>
      <w:r>
        <w:t>एक्सेप्ट दोज़ हु आर अटेंडिंग दिस क्लास।</w:t>
      </w:r>
    </w:p>
    <w:p>
      <w:r>
        <w:rPr>
          <w:b/>
        </w:rPr>
        <w:t xml:space="preserve">[02:28] </w:t>
      </w:r>
      <w:r>
        <w:t>mister and molvi, religious and secular, both. so these things are not good sign, neither bad sign.</w:t>
      </w:r>
    </w:p>
    <w:p>
      <w:pPr>
        <w:jc w:val="right"/>
      </w:pPr>
      <w:r>
        <w:t>मिस्टर एंड मोल्वी, रिलीजियस एंड सेकुलर, बोथ। सो दीज़ थिंग्स आर नॉट गुड साइन, नादर बैड साइन।</w:t>
      </w:r>
    </w:p>
    <w:p>
      <w:r>
        <w:rPr>
          <w:b/>
        </w:rPr>
        <w:t xml:space="preserve">[02:42] </w:t>
      </w:r>
      <w:r>
        <w:t>today i have expressed that things begin from mind.</w:t>
      </w:r>
    </w:p>
    <w:p>
      <w:pPr>
        <w:jc w:val="right"/>
      </w:pPr>
      <w:r>
        <w:t>टुडे आई हैव एक्सप्रेस्ड दैट थिंग्स बिगिन फ्रॉम माइंड।</w:t>
      </w:r>
    </w:p>
    <w:p>
      <w:r>
        <w:rPr>
          <w:b/>
        </w:rPr>
        <w:t xml:space="preserve">[02:50] </w:t>
      </w:r>
      <w:r>
        <w:t>so you have to see the mind, that thinking. with if if you find a muslim who thinks in positive term, what is positive term?</w:t>
      </w:r>
    </w:p>
    <w:p>
      <w:pPr>
        <w:jc w:val="right"/>
      </w:pPr>
      <w:r>
        <w:t>सो यू हैव टू सी द माइंड, दैट थिंकिंग। विद इफ इफ यू फाइंड अ मुस्लिम हु थिंक्स इन पॉजिटिव टर्म, व्हाट इज पॉजिटिव टर्म?</w:t>
      </w:r>
    </w:p>
    <w:p>
      <w:r>
        <w:rPr>
          <w:b/>
        </w:rPr>
        <w:t xml:space="preserve">[03:02] </w:t>
      </w:r>
      <w:r>
        <w:t>what is positive thinking? positive thinking means</w:t>
      </w:r>
    </w:p>
    <w:p>
      <w:pPr>
        <w:jc w:val="right"/>
      </w:pPr>
      <w:r>
        <w:t>व्हाट इज पॉजिटिव थिंकिंग? पॉजिटिव थिंकिंग मींस</w:t>
      </w:r>
    </w:p>
    <w:p>
      <w:r>
        <w:rPr>
          <w:b/>
        </w:rPr>
        <w:t xml:space="preserve">[03:10] </w:t>
      </w:r>
      <w:r>
        <w:t>thinking positively even in negative situations.</w:t>
      </w:r>
    </w:p>
    <w:p>
      <w:pPr>
        <w:jc w:val="right"/>
      </w:pPr>
      <w:r>
        <w:t>थिंकिंग पॉजिटिवली इवन इन नेगेटिव सिचुएशंस।</w:t>
      </w:r>
    </w:p>
    <w:p>
      <w:r>
        <w:rPr>
          <w:b/>
        </w:rPr>
        <w:t xml:space="preserve">[03:17] </w:t>
      </w:r>
      <w:r>
        <w:t>because negative negative experience, negative things are part of history, part of society. so you cannot eliminate those negative things. everyone is varun gandhi.</w:t>
      </w:r>
    </w:p>
    <w:p>
      <w:pPr>
        <w:jc w:val="right"/>
      </w:pPr>
      <w:r>
        <w:t>बिकॉज़ नेगेटिव नेगेटिव एक्सपीरियंस, नेगेटिव थिंग्स आर पार्ट ऑफ हिस्ट्री, पार्ट ऑफ सोसाइटी। सो यू कैन नॉट एलिमिनेट दोज़ नेगेटिव थिंग्स। एवरीवन इज वरुण गांधी।</w:t>
      </w:r>
    </w:p>
    <w:p>
      <w:r>
        <w:rPr>
          <w:b/>
        </w:rPr>
        <w:t xml:space="preserve">[03:43] </w:t>
      </w:r>
      <w:r>
        <w:t>so muslims must adopt this kind of formula,</w:t>
      </w:r>
    </w:p>
    <w:p>
      <w:pPr>
        <w:jc w:val="right"/>
      </w:pPr>
      <w:r>
        <w:t>सो मुस्लिम्स मस्ट अडॉप्ट दिस काइंड ऑफ फार्मूला,</w:t>
      </w:r>
    </w:p>
    <w:p>
      <w:r>
        <w:rPr>
          <w:b/>
        </w:rPr>
        <w:t xml:space="preserve">[03:49] </w:t>
      </w:r>
      <w:r>
        <w:t>living in positivity</w:t>
      </w:r>
    </w:p>
    <w:p>
      <w:pPr>
        <w:jc w:val="right"/>
      </w:pPr>
      <w:r>
        <w:t>लिविंग इन पॉजिटिविटी</w:t>
      </w:r>
    </w:p>
    <w:p>
      <w:r>
        <w:rPr>
          <w:b/>
        </w:rPr>
        <w:t xml:space="preserve">[03:52] </w:t>
      </w:r>
      <w:r>
        <w:t>even in negative situations.</w:t>
      </w:r>
    </w:p>
    <w:p>
      <w:pPr>
        <w:jc w:val="right"/>
      </w:pPr>
      <w:r>
        <w:t>इवन इन नेगेटिव सिचुएशंस।</w:t>
      </w:r>
    </w:p>
    <w:p>
      <w:r>
        <w:rPr>
          <w:b/>
        </w:rPr>
        <w:t xml:space="preserve">[03:56] </w:t>
      </w:r>
      <w:r>
        <w:t>then it is a good sign.</w:t>
      </w:r>
    </w:p>
    <w:p>
      <w:pPr>
        <w:jc w:val="right"/>
      </w:pPr>
      <w:r>
        <w:t>देन इट इज अ गुड साइन।</w:t>
      </w:r>
    </w:p>
    <w:p>
      <w:r>
        <w:rPr>
          <w:b/>
        </w:rPr>
        <w:t xml:space="preserve">[03:58] </w:t>
      </w:r>
      <w:r>
        <w:t>then it is a sign of change.</w:t>
      </w:r>
    </w:p>
    <w:p>
      <w:pPr>
        <w:jc w:val="right"/>
      </w:pPr>
      <w:r>
        <w:t>देन इट इज अ साइन ऑफ चेंज।</w:t>
      </w:r>
    </w:p>
    <w:p>
      <w:r>
        <w:rPr>
          <w:b/>
        </w:rPr>
        <w:t xml:space="preserve">[04:03] </w:t>
      </w:r>
      <w:r>
        <w:t>i don't think that presence</w:t>
      </w:r>
    </w:p>
    <w:p>
      <w:pPr>
        <w:jc w:val="right"/>
      </w:pPr>
      <w:r>
        <w:t>आई डोंट थिंक दैट प्रेजेंस</w:t>
      </w:r>
    </w:p>
    <w:p>
      <w:r>
        <w:rPr>
          <w:b/>
        </w:rPr>
        <w:t xml:space="preserve">[04:05] </w:t>
      </w:r>
      <w:r>
        <w:t>situation is a sign.</w:t>
      </w:r>
    </w:p>
    <w:p>
      <w:pPr>
        <w:jc w:val="right"/>
      </w:pPr>
      <w:r>
        <w:t>सिचुएशन इज अ साइन।</w:t>
      </w:r>
    </w:p>
    <w:p>
      <w:r>
        <w:rPr>
          <w:b/>
        </w:rPr>
        <w:t xml:space="preserve">[04:08] </w:t>
      </w:r>
      <w:r>
        <w:t>it are good sign, naader bad sign.</w:t>
      </w:r>
    </w:p>
    <w:p>
      <w:pPr>
        <w:jc w:val="right"/>
      </w:pPr>
      <w:r>
        <w:t>इट आर गुड साइन, नादर बैड साइन।</w:t>
      </w:r>
    </w:p>
    <w:p>
      <w:r>
        <w:rPr>
          <w:b/>
        </w:rPr>
        <w:t xml:space="preserve">[04:11] </w:t>
      </w:r>
      <w:r>
        <w:t>they are engaged in paisa, in money.</w:t>
      </w:r>
    </w:p>
    <w:p>
      <w:pPr>
        <w:jc w:val="right"/>
      </w:pPr>
      <w:r>
        <w:t>दे आर एंगेज्ड इन पैसा, इन मनी।</w:t>
      </w:r>
    </w:p>
    <w:p>
      <w:r>
        <w:rPr>
          <w:b/>
        </w:rPr>
        <w:t xml:space="preserve">[04:14] </w:t>
      </w:r>
      <w:r>
        <w:t>that's all. they have no time for other things.</w:t>
      </w:r>
    </w:p>
    <w:p>
      <w:pPr>
        <w:jc w:val="right"/>
      </w:pPr>
      <w:r>
        <w:t>दैट्स ऑल। दे हैव नो टाइम फॉर अदर थिंग्स।</w:t>
      </w:r>
    </w:p>
    <w:p>
      <w:r>
        <w:rPr>
          <w:b/>
        </w:rPr>
        <w:t xml:space="preserve">[04:20] </w:t>
      </w:r>
      <w:r>
        <w:t>so i can not say that this is good sign.</w:t>
      </w:r>
    </w:p>
    <w:p>
      <w:pPr>
        <w:jc w:val="right"/>
      </w:pPr>
      <w:r>
        <w:t>सो आई कैन नॉट से दैट दिस इज गुड साइन।</w:t>
      </w:r>
    </w:p>
    <w:p>
      <w:r>
        <w:rPr>
          <w:b/>
        </w:rPr>
        <w:t xml:space="preserve">[04:24] </w:t>
      </w:r>
      <w:r>
        <w:t>it simply is nothing.</w:t>
      </w:r>
    </w:p>
    <w:p>
      <w:pPr>
        <w:jc w:val="right"/>
      </w:pPr>
      <w:r>
        <w:t>इट सिंपली इज नथिंग।</w:t>
      </w:r>
    </w:p>
    <w:p>
      <w:r>
        <w:rPr>
          <w:b/>
        </w:rPr>
        <w:t xml:space="preserve">[04:28] </w:t>
      </w:r>
      <w:r>
        <w:t>this question is from molana jukwan. how should or how can we give our best to god?</w:t>
      </w:r>
    </w:p>
    <w:p>
      <w:pPr>
        <w:jc w:val="right"/>
      </w:pPr>
      <w:r>
        <w:t>दिस क्वेश्चन इज फ्रॉम मुलाना जकवान। हाउ शुड और हाउ कैन वी गिव आवर बेस्ट टू गॉड?</w:t>
      </w:r>
    </w:p>
    <w:p>
      <w:r>
        <w:rPr>
          <w:b/>
        </w:rPr>
        <w:t xml:space="preserve">[04:45] </w:t>
      </w:r>
      <w:r>
        <w:t>i think that everyone is giving his best to to to someone. for example, his to his children, to his family.</w:t>
      </w:r>
    </w:p>
    <w:p>
      <w:pPr>
        <w:jc w:val="right"/>
      </w:pPr>
      <w:r>
        <w:t>आई थिंक दैट एवरीवन इज गिविंग हिज बेस्ट टू टू टू समवन। फॉर एग्जांपल, हिज टू हिज चिल्ड्रन, टू हिज फैमिली।</w:t>
      </w:r>
    </w:p>
    <w:p>
      <w:r>
        <w:rPr>
          <w:b/>
        </w:rPr>
        <w:t xml:space="preserve">[04:56] </w:t>
      </w:r>
      <w:r>
        <w:t>so in islam, it is it is it is shirk.</w:t>
      </w:r>
    </w:p>
    <w:p>
      <w:pPr>
        <w:jc w:val="right"/>
      </w:pPr>
      <w:r>
        <w:t>सो इन इस्लाम, इट इज इट इज इट इज शिर्क।</w:t>
      </w:r>
    </w:p>
    <w:p>
      <w:r>
        <w:rPr>
          <w:b/>
        </w:rPr>
        <w:t xml:space="preserve">[05:04] </w:t>
      </w:r>
      <w:r>
        <w:t>shirk khafiya, shirk jali, direct ya indirect.</w:t>
      </w:r>
    </w:p>
    <w:p>
      <w:pPr>
        <w:jc w:val="right"/>
      </w:pPr>
      <w:r>
        <w:t>शिर्क खफिया, शिर्क जलील, डायरेक्ट या इनडायरेक्ट।</w:t>
      </w:r>
    </w:p>
    <w:p>
      <w:r>
        <w:rPr>
          <w:b/>
        </w:rPr>
        <w:t xml:space="preserve">[05:10] </w:t>
      </w:r>
      <w:r>
        <w:t>so already you know, already everyone knows what is my best on how i can give my best</w:t>
      </w:r>
    </w:p>
    <w:p>
      <w:pPr>
        <w:jc w:val="right"/>
      </w:pPr>
      <w:r>
        <w:t>सो ऑलरेडी यू नो, ऑलरेडी एवरीवन नोज व्हाट इज माय बेस्ट ऑन हाउ आई कैन गिव माय बेस्ट</w:t>
      </w:r>
    </w:p>
    <w:p>
      <w:r>
        <w:rPr>
          <w:b/>
        </w:rPr>
        <w:t xml:space="preserve">[05:19] </w:t>
      </w:r>
      <w:r>
        <w:t>to someone. everyone is giving his best to someone, especially for his family, his children,</w:t>
      </w:r>
    </w:p>
    <w:p>
      <w:pPr>
        <w:jc w:val="right"/>
      </w:pPr>
      <w:r>
        <w:t>टू समवन। एवरीवन इज गिविंग हिज बेस्ट टू समवन, एस्पेशली फॉर हिज फैमिली, हिज चिल्ड्रन,</w:t>
      </w:r>
    </w:p>
    <w:p>
      <w:r>
        <w:rPr>
          <w:b/>
        </w:rPr>
        <w:t xml:space="preserve">[05:27] </w:t>
      </w:r>
      <w:r>
        <w:t>his relatives. so you have to you have to you have to divert distance from from your family to to god.</w:t>
      </w:r>
    </w:p>
    <w:p>
      <w:pPr>
        <w:jc w:val="right"/>
      </w:pPr>
      <w:r>
        <w:t>हिज रिलेटिव्स। सो यू हैव टू यू हैव टू यू हैव टू डायवर्ट डिस्टेंस फ्रॉम फ्रॉम योर फैमिली टू टू गॉड।</w:t>
      </w:r>
    </w:p>
    <w:p>
      <w:r>
        <w:rPr>
          <w:b/>
        </w:rPr>
        <w:t xml:space="preserve">[05:44] </w:t>
      </w:r>
      <w:r>
        <w:t>it are very very it are it is not very ambiguous. it is very clear.</w:t>
      </w:r>
    </w:p>
    <w:p>
      <w:pPr>
        <w:jc w:val="right"/>
      </w:pPr>
      <w:r>
        <w:t>इट आर वेरी वेरी इट आर इट इज नॉट वेरी एंबिगुअस। इट इज वेरी क्लियर।</w:t>
      </w:r>
    </w:p>
    <w:p>
      <w:r>
        <w:rPr>
          <w:b/>
        </w:rPr>
        <w:t xml:space="preserve">[05:58] </w:t>
      </w:r>
      <w:r>
        <w:t>giving the best means making your supreme concern.</w:t>
      </w:r>
    </w:p>
    <w:p>
      <w:pPr>
        <w:jc w:val="right"/>
      </w:pPr>
      <w:r>
        <w:t>गिविंग द बेस्ट मींस मेकिंग योर सुप्रीम कंसर्न।</w:t>
      </w:r>
    </w:p>
    <w:p>
      <w:r>
        <w:rPr>
          <w:b/>
        </w:rPr>
        <w:t xml:space="preserve">[06:05] </w:t>
      </w:r>
      <w:r>
        <w:t>so a momin is one who makes god his his soul concern.</w:t>
      </w:r>
    </w:p>
    <w:p>
      <w:pPr>
        <w:jc w:val="right"/>
      </w:pPr>
      <w:r>
        <w:t>सो अ मोमिन इज वन हु मेक्स गॉड हिज हिज सोल कंसर्न।</w:t>
      </w:r>
    </w:p>
    <w:p>
      <w:r>
        <w:rPr>
          <w:b/>
        </w:rPr>
        <w:t xml:space="preserve">[06:12] </w:t>
      </w:r>
      <w:r>
        <w:t>he is a believer.</w:t>
      </w:r>
    </w:p>
    <w:p>
      <w:pPr>
        <w:jc w:val="right"/>
      </w:pPr>
      <w:r>
        <w:t>ही इज अ बिलीवर।</w:t>
      </w:r>
    </w:p>
    <w:p>
      <w:r>
        <w:rPr>
          <w:b/>
        </w:rPr>
        <w:t xml:space="preserve">[06:13] </w:t>
      </w:r>
      <w:r>
        <w:t>he is a momin.</w:t>
      </w:r>
    </w:p>
    <w:p>
      <w:pPr>
        <w:jc w:val="right"/>
      </w:pPr>
      <w:r>
        <w:t>ही इज अ मोमिन।</w:t>
      </w:r>
    </w:p>
    <w:p>
      <w:r>
        <w:rPr>
          <w:b/>
        </w:rPr>
        <w:t xml:space="preserve">[06:16] </w:t>
      </w:r>
      <w:r>
        <w:t>simply doing some rituals, some</w:t>
      </w:r>
    </w:p>
    <w:p>
      <w:pPr>
        <w:jc w:val="right"/>
      </w:pPr>
      <w:r>
        <w:t>सिंपली डूइंग सम रिचुअल्स, सम</w:t>
      </w:r>
    </w:p>
    <w:p>
      <w:r>
        <w:rPr>
          <w:b/>
        </w:rPr>
        <w:t xml:space="preserve">[06:21] </w:t>
      </w:r>
      <w:r>
        <w:t>some some form,</w:t>
      </w:r>
    </w:p>
    <w:p>
      <w:pPr>
        <w:jc w:val="right"/>
      </w:pPr>
      <w:r>
        <w:t>सम सम फॉर्म,</w:t>
      </w:r>
    </w:p>
    <w:p>
      <w:r>
        <w:rPr>
          <w:b/>
        </w:rPr>
        <w:t xml:space="preserve">[06:24] </w:t>
      </w:r>
      <w:r>
        <w:t>there is nothing.</w:t>
      </w:r>
    </w:p>
    <w:p>
      <w:pPr>
        <w:jc w:val="right"/>
      </w:pPr>
      <w:r>
        <w:t>देयर इज नथिंग।</w:t>
      </w:r>
    </w:p>
    <w:p>
      <w:r>
        <w:rPr>
          <w:b/>
        </w:rPr>
        <w:t xml:space="preserve">[06:27] </w:t>
      </w:r>
      <w:r>
        <w:t>you have to change your mind.</w:t>
      </w:r>
    </w:p>
    <w:p>
      <w:pPr>
        <w:jc w:val="right"/>
      </w:pPr>
      <w:r>
        <w:t>यू हैव टू चेंज योर माइंड।</w:t>
      </w:r>
    </w:p>
    <w:p>
      <w:r>
        <w:rPr>
          <w:b/>
        </w:rPr>
        <w:t xml:space="preserve">[06:30] </w:t>
      </w:r>
      <w:r>
        <w:t>you have to change your heart.</w:t>
      </w:r>
    </w:p>
    <w:p>
      <w:pPr>
        <w:jc w:val="right"/>
      </w:pPr>
      <w:r>
        <w:t>यू हैव टू चेंज योर हार्ट।</w:t>
      </w:r>
    </w:p>
    <w:p>
      <w:r>
        <w:rPr>
          <w:b/>
        </w:rPr>
        <w:t xml:space="preserve">[06:33] </w:t>
      </w:r>
      <w:r>
        <w:t>here from here begins the faith.</w:t>
      </w:r>
    </w:p>
    <w:p>
      <w:pPr>
        <w:jc w:val="right"/>
      </w:pPr>
      <w:r>
        <w:t>हियर फ्रॉम हियर बिगिंस द फेथ।</w:t>
      </w:r>
    </w:p>
    <w:p>
      <w:r>
        <w:rPr>
          <w:b/>
        </w:rPr>
        <w:t xml:space="preserve">[06:36] </w:t>
      </w:r>
      <w:r>
        <w:t>from here begins the religion.</w:t>
      </w:r>
    </w:p>
    <w:p>
      <w:pPr>
        <w:jc w:val="right"/>
      </w:pPr>
      <w:r>
        <w:t>फ्रॉम हियर बिगिंस द रिलीजन।</w:t>
      </w:r>
    </w:p>
    <w:p>
      <w:r>
        <w:rPr>
          <w:b/>
        </w:rPr>
        <w:t xml:space="preserve">[06:38] </w:t>
      </w:r>
      <w:r>
        <w:t>from here begins the divine pattern of life.</w:t>
      </w:r>
    </w:p>
    <w:p>
      <w:pPr>
        <w:jc w:val="right"/>
      </w:pPr>
      <w:r>
        <w:t>फ्रॉम हियर बिगिंस द डिवाइन पैटर्न ऑफ लाइफ।</w:t>
      </w:r>
    </w:p>
    <w:p>
      <w:r>
        <w:rPr>
          <w:b/>
        </w:rPr>
        <w:t xml:space="preserve">[06:46] </w:t>
      </w:r>
      <w:r>
        <w:t>so everyone</w:t>
      </w:r>
    </w:p>
    <w:p>
      <w:pPr>
        <w:jc w:val="right"/>
      </w:pPr>
      <w:r>
        <w:t>सो एवरीवन</w:t>
      </w:r>
    </w:p>
    <w:p>
      <w:r>
        <w:rPr>
          <w:b/>
        </w:rPr>
        <w:t xml:space="preserve">[06:50] </w:t>
      </w:r>
      <w:r>
        <w:t>everyone</w:t>
      </w:r>
    </w:p>
    <w:p>
      <w:pPr>
        <w:jc w:val="right"/>
      </w:pPr>
      <w:r>
        <w:t>एवरीवन</w:t>
      </w:r>
    </w:p>
    <w:p>
      <w:r>
        <w:rPr>
          <w:b/>
        </w:rPr>
        <w:t xml:space="preserve">[06:55] </w:t>
      </w:r>
      <w:r>
        <w:t>knows what is his best. the only thing that he is giving his best to someone else and not god, who is creator. god is creator. god has created you, your children, your family. everything is created was created by god.</w:t>
      </w:r>
    </w:p>
    <w:p>
      <w:pPr>
        <w:jc w:val="right"/>
      </w:pPr>
      <w:r>
        <w:t>नोज व्हाट इज हिज बेस्ट। द ओनली थिंग दैट ही इज गिविंग हिज बेस्ट टू समवन एल्स एंड नॉट गॉड, हु इज क्रिएटर। गॉड इज क्रिएटर। गॉड हैज़ क्रिएटेड यू, योर चिल्ड्रन, योर फैमिली। एवरीथिंग इज क्रिएटेड वास क्रिएटेड बाय गॉड।</w:t>
      </w:r>
    </w:p>
    <w:p>
      <w:r>
        <w:rPr>
          <w:b/>
        </w:rPr>
        <w:t xml:space="preserve">[07:18] </w:t>
      </w:r>
      <w:r>
        <w:t>so you have to give your best to god and not to someone else. this is dishonesty.</w:t>
      </w:r>
    </w:p>
    <w:p>
      <w:pPr>
        <w:jc w:val="right"/>
      </w:pPr>
      <w:r>
        <w:t>सो यू हैव टू गिव योर बेस्ट टू गॉड एंड नॉट टू समवन एल्स। दिस इज डिसऑनेस्टी।</w:t>
      </w:r>
    </w:p>
    <w:p>
      <w:r>
        <w:rPr>
          <w:b/>
        </w:rPr>
        <w:t xml:space="preserve">[07:29] </w:t>
      </w:r>
      <w:r>
        <w:t>it depends upon your thinking.</w:t>
      </w:r>
    </w:p>
    <w:p>
      <w:pPr>
        <w:jc w:val="right"/>
      </w:pPr>
      <w:r>
        <w:t>इट डिपेंड्स अपॉन योर थिंकिंग।</w:t>
      </w:r>
    </w:p>
    <w:p>
      <w:r>
        <w:rPr>
          <w:b/>
        </w:rPr>
        <w:t xml:space="preserve">[07:32] </w:t>
      </w:r>
      <w:r>
        <w:t>if you think,</w:t>
      </w:r>
    </w:p>
    <w:p>
      <w:pPr>
        <w:jc w:val="right"/>
      </w:pPr>
      <w:r>
        <w:t>इफ यू थिंक,</w:t>
      </w:r>
    </w:p>
    <w:p>
      <w:r>
        <w:rPr>
          <w:b/>
        </w:rPr>
        <w:t xml:space="preserve">[07:34] </w:t>
      </w:r>
      <w:r>
        <w:t>if you are sincere, then you can understand easily</w:t>
      </w:r>
    </w:p>
    <w:p>
      <w:pPr>
        <w:jc w:val="right"/>
      </w:pPr>
      <w:r>
        <w:t>इफ यू आर सिंसियर, देन यू कैन अंडरस्टैंड इजीली</w:t>
      </w:r>
    </w:p>
    <w:p>
      <w:r>
        <w:rPr>
          <w:b/>
        </w:rPr>
        <w:t xml:space="preserve">[07:39] </w:t>
      </w:r>
      <w:r>
        <w:t>what your best, how you can give your best to god.</w:t>
      </w:r>
    </w:p>
    <w:p>
      <w:pPr>
        <w:jc w:val="right"/>
      </w:pPr>
      <w:r>
        <w:t>व्हाट योर बेस्ट, हाउ यू कैन गिव योर बेस्ट टू गॉड।</w:t>
      </w:r>
    </w:p>
    <w:p>
      <w:r>
        <w:rPr>
          <w:b/>
        </w:rPr>
        <w:t xml:space="preserve">[07:45] </w:t>
      </w:r>
      <w:r>
        <w:t>it is not a difficult task.</w:t>
      </w:r>
    </w:p>
    <w:p>
      <w:pPr>
        <w:jc w:val="right"/>
      </w:pPr>
      <w:r>
        <w:t>इट इज नॉट अ डिफिकल्ट टास्क।</w:t>
      </w:r>
    </w:p>
    <w:p>
      <w:r>
        <w:rPr>
          <w:b/>
        </w:rPr>
        <w:t xml:space="preserve">[07:47] </w:t>
      </w:r>
      <w:r>
        <w:t>it is a very easy task.</w:t>
      </w:r>
    </w:p>
    <w:p>
      <w:pPr>
        <w:jc w:val="right"/>
      </w:pPr>
      <w:r>
        <w:t>इट इज अ वेरी इजी टास्क।</w:t>
      </w:r>
    </w:p>
    <w:p>
      <w:r>
        <w:rPr>
          <w:b/>
        </w:rPr>
        <w:t xml:space="preserve">[07:50] </w:t>
      </w:r>
      <w:r>
        <w:t>only applying by your common sense, you can understand</w:t>
      </w:r>
    </w:p>
    <w:p>
      <w:pPr>
        <w:jc w:val="right"/>
      </w:pPr>
      <w:r>
        <w:t>ओनली अप्लाइंग बाय योर कॉमन सेंस, यू कैन अंडरस्टैंड</w:t>
      </w:r>
    </w:p>
    <w:p>
      <w:r>
        <w:rPr>
          <w:b/>
        </w:rPr>
        <w:t xml:space="preserve">[07:55] </w:t>
      </w:r>
      <w:r>
        <w:t>it.</w:t>
      </w:r>
    </w:p>
    <w:p>
      <w:pPr>
        <w:jc w:val="right"/>
      </w:pPr>
      <w:r>
        <w:t>इट।</w:t>
      </w:r>
    </w:p>
    <w:p>
      <w:r>
        <w:rPr>
          <w:b/>
        </w:rPr>
        <w:t xml:space="preserve">[07:59] </w:t>
      </w:r>
      <w:r>
        <w:t>this question is from mr nafees shiraz. meri bhatiji apshar zyada tar top aur jeans pehenna pasand karti hai. yani aajkal jaisa chalan mein hai,</w:t>
      </w:r>
    </w:p>
    <w:p>
      <w:pPr>
        <w:jc w:val="right"/>
      </w:pPr>
      <w:r>
        <w:t>दिस क्वेश्चन इज फ्रॉम मिस्टर नफीज शिराज। मेरी भतीजी आपशार ज्यादातर टॉप और जींस पहनना पसंद करती है। यानी आजकल जैसा चलन में है,</w:t>
      </w:r>
    </w:p>
    <w:p>
      <w:r>
        <w:rPr>
          <w:b/>
        </w:rPr>
        <w:t xml:space="preserve">[08:12] </w:t>
      </w:r>
      <w:r>
        <w:t>tight top jeans. lekin bahut se log is par aitraaz karte hain. kehte hain ki yeh libas islami shariyat ke mutabiq theek nahi hai. barah-e-karam bataein, kya islam kisi makhsoos libas pehenne ki hidayat deta hai?</w:t>
      </w:r>
    </w:p>
    <w:p>
      <w:pPr>
        <w:jc w:val="right"/>
      </w:pPr>
      <w:r>
        <w:t>टाइट टॉप जींस। लेकिन बहुत से लोग इस पर ऐतराज करते हैं। कहते हैं कि यह लिबास इस्लामी शरीयत के मुताबिकठीक नहीं है। बराय करम बताएं, क्या इस्लाम किसी मखसूस लिबास पहनने की हिदायत देता है?</w:t>
      </w:r>
    </w:p>
    <w:p>
      <w:r>
        <w:rPr>
          <w:b/>
        </w:rPr>
        <w:t xml:space="preserve">[08:32] </w:t>
      </w:r>
      <w:r>
        <w:t>as there is a</w:t>
      </w:r>
    </w:p>
    <w:p>
      <w:pPr>
        <w:jc w:val="right"/>
      </w:pPr>
      <w:r>
        <w:t>एस देयर इज ए</w:t>
      </w:r>
    </w:p>
    <w:p>
      <w:r>
        <w:rPr>
          <w:b/>
        </w:rPr>
        <w:t xml:space="preserve">[08:35] </w:t>
      </w:r>
      <w:r>
        <w:t>unislamic dress, but you cannot start from from dress.</w:t>
      </w:r>
    </w:p>
    <w:p>
      <w:pPr>
        <w:jc w:val="right"/>
      </w:pPr>
      <w:r>
        <w:t>अनइस्लामिक ड्रेस, बट यू कैन नॉट स्टार्ट फ्रॉम फ्रॉम ड्रेस।</w:t>
      </w:r>
    </w:p>
    <w:p>
      <w:r>
        <w:rPr>
          <w:b/>
        </w:rPr>
        <w:t xml:space="preserve">[08:45] </w:t>
      </w:r>
      <w:r>
        <w:t>it is possible.</w:t>
      </w:r>
    </w:p>
    <w:p>
      <w:pPr>
        <w:jc w:val="right"/>
      </w:pPr>
      <w:r>
        <w:t>इट इज पॉसिबल।</w:t>
      </w:r>
    </w:p>
    <w:p>
      <w:r>
        <w:rPr>
          <w:b/>
        </w:rPr>
        <w:t xml:space="preserve">[08:46] </w:t>
      </w:r>
      <w:r>
        <w:t>You have to first of all, you have to change the mind.</w:t>
      </w:r>
    </w:p>
    <w:p>
      <w:pPr>
        <w:jc w:val="right"/>
      </w:pPr>
      <w:r>
        <w:t>यू हैव टू फर्स्ट ऑफ ऑल, यू हैव टू चेंज द माइंड।</w:t>
      </w:r>
    </w:p>
    <w:p>
      <w:r>
        <w:rPr>
          <w:b/>
        </w:rPr>
        <w:t xml:space="preserve">[08:52] </w:t>
      </w:r>
      <w:r>
        <w:t>Before changing the mind, you can you cannot change the dress.</w:t>
      </w:r>
    </w:p>
    <w:p>
      <w:pPr>
        <w:jc w:val="right"/>
      </w:pPr>
      <w:r>
        <w:t>बिफोर चेंजिंग द माइंड, यू कैन यू कैन नॉट चेंज द ड्रेस।</w:t>
      </w:r>
    </w:p>
    <w:p>
      <w:r>
        <w:rPr>
          <w:b/>
        </w:rPr>
        <w:t xml:space="preserve">[08:57] </w:t>
      </w:r>
      <w:r>
        <w:t>These people always try to change the dress of their children.</w:t>
      </w:r>
    </w:p>
    <w:p>
      <w:pPr>
        <w:jc w:val="right"/>
      </w:pPr>
      <w:r>
        <w:t>दीज़ पीपल ऑलवेज ट्राई टू चेंज द द ड्रेस ऑफ देयर चिल्ड्रन।</w:t>
      </w:r>
    </w:p>
    <w:p>
      <w:r>
        <w:rPr>
          <w:b/>
        </w:rPr>
        <w:t xml:space="preserve">[09:03] </w:t>
      </w:r>
      <w:r>
        <w:t>it is impossible.</w:t>
      </w:r>
    </w:p>
    <w:p>
      <w:pPr>
        <w:jc w:val="right"/>
      </w:pPr>
      <w:r>
        <w:t>इट इज इंपॉसिबल।</w:t>
      </w:r>
    </w:p>
    <w:p>
      <w:r>
        <w:rPr>
          <w:b/>
        </w:rPr>
        <w:t xml:space="preserve">[09:05] </w:t>
      </w:r>
      <w:r>
        <w:t>Some some mufti issued a fatwa that the dress of Sania Sania Sania Mirza is un-Islamic.</w:t>
      </w:r>
    </w:p>
    <w:p>
      <w:pPr>
        <w:jc w:val="right"/>
      </w:pPr>
      <w:r>
        <w:t>सम सम मुफ्ती इशूड अ फतवा दैट द ड्रेस ऑफ सानिया सानिया सानिया मिर्जा इज अनइस्लामिक।</w:t>
      </w:r>
    </w:p>
    <w:p>
      <w:r>
        <w:rPr>
          <w:b/>
        </w:rPr>
        <w:t xml:space="preserve">[09:12] </w:t>
      </w:r>
      <w:r>
        <w:t>it is nonsense.</w:t>
      </w:r>
    </w:p>
    <w:p>
      <w:pPr>
        <w:jc w:val="right"/>
      </w:pPr>
      <w:r>
        <w:t>इट इज नॉनसेंस।</w:t>
      </w:r>
    </w:p>
    <w:p>
      <w:r>
        <w:rPr>
          <w:b/>
        </w:rPr>
        <w:t xml:space="preserve">[09:15] </w:t>
      </w:r>
      <w:r>
        <w:t>You cannot start from from this fatwa.</w:t>
      </w:r>
    </w:p>
    <w:p>
      <w:pPr>
        <w:jc w:val="right"/>
      </w:pPr>
      <w:r>
        <w:t>यू कैन नॉट स्टार्ट फ्रॉम फ्रॉम दिस फतवा।</w:t>
      </w:r>
    </w:p>
    <w:p>
      <w:r>
        <w:rPr>
          <w:b/>
        </w:rPr>
        <w:t xml:space="preserve">[09:19] </w:t>
      </w:r>
      <w:r>
        <w:t>no mufti was no mufti bothered to take appointment and and and preach the islamic terrorist to sania mirza. simply they issue a fatwa. it is nonsense. so if you want to if you want to if you want to to bring about change in in in dress,</w:t>
      </w:r>
    </w:p>
    <w:p>
      <w:pPr>
        <w:jc w:val="right"/>
      </w:pPr>
      <w:r>
        <w:t>नो मुफ्ती वाज नो मुफ्ती बदर्ड टू टेक अपॉइंटमेंट एंड एंड एंड प्रीच द इस्लामिक टेररिस्ट टू सानिया मिर्जा। सिंपली दे इशू अ फतवा। इट इज नॉनसेंस। सो इफ यू वांट टू इफ यू वांट टू इफ यू वांट टू टू ब्रिंग अबाउट चेंज इन इन इन ड्रेस,</w:t>
      </w:r>
    </w:p>
    <w:p>
      <w:r>
        <w:rPr>
          <w:b/>
        </w:rPr>
        <w:t xml:space="preserve">[09:47] </w:t>
      </w:r>
      <w:r>
        <w:t>first of all, you have to bring about change in their mind, in their thinking. otherwise, it is putting the card before the horse. it is impossible. it is unnatural. also,</w:t>
      </w:r>
    </w:p>
    <w:p>
      <w:pPr>
        <w:jc w:val="right"/>
      </w:pPr>
      <w:r>
        <w:t>फर्स्ट ऑफ ऑल, यू हैव टू ब्रिंग अबाउट चेंज इन देयर माइंड, इन देयर थिंकिंग। अदरवाइज, इट इज पुटिंग द कार्ड बिफोर द हॉर्स। इट इज इंपॉसिबल। इट इज अननेचुरल। आल्सो,</w:t>
      </w:r>
    </w:p>
    <w:p>
      <w:r>
        <w:rPr>
          <w:b/>
        </w:rPr>
        <w:t xml:space="preserve">[10:02] </w:t>
      </w:r>
      <w:r>
        <w:t>more over, i would like to say that it is unislamic.</w:t>
      </w:r>
    </w:p>
    <w:p>
      <w:pPr>
        <w:jc w:val="right"/>
      </w:pPr>
      <w:r>
        <w:t>मोर ओवर, आई वुड लाइक टू से दैट इट इज अनइस्लामिक।</w:t>
      </w:r>
    </w:p>
    <w:p>
      <w:r>
        <w:rPr>
          <w:b/>
        </w:rPr>
        <w:t xml:space="preserve">[10:05] </w:t>
      </w:r>
      <w:r>
        <w:t>it is not the prophetic pattern.</w:t>
      </w:r>
    </w:p>
    <w:p>
      <w:pPr>
        <w:jc w:val="right"/>
      </w:pPr>
      <w:r>
        <w:t>इट इज नॉट द प्रोफेटिक पैटर्न।</w:t>
      </w:r>
    </w:p>
    <w:p>
      <w:r>
        <w:rPr>
          <w:b/>
        </w:rPr>
        <w:t xml:space="preserve">[10:09] </w:t>
      </w:r>
      <w:r>
        <w:t>The Prophet tried to first of all, tried to change the mind of people.</w:t>
      </w:r>
    </w:p>
    <w:p>
      <w:pPr>
        <w:jc w:val="right"/>
      </w:pPr>
      <w:r>
        <w:t>प्रोफेट ट्राईड टू फर्स्ट ऑफ ऑल, ट्राईड टू चेंज द माइंड ऑफ पीपल।</w:t>
      </w:r>
    </w:p>
    <w:p>
      <w:r>
        <w:rPr>
          <w:b/>
        </w:rPr>
        <w:t xml:space="preserve">[10:14] </w:t>
      </w:r>
      <w:r>
        <w:t>and you are trying to to to change their dress.</w:t>
      </w:r>
    </w:p>
    <w:p>
      <w:pPr>
        <w:jc w:val="right"/>
      </w:pPr>
      <w:r>
        <w:t>एंड यू आर ट्राइंग टू टू टू चेंज देयर ड्रेस।</w:t>
      </w:r>
    </w:p>
    <w:p>
      <w:r>
        <w:rPr>
          <w:b/>
        </w:rPr>
        <w:t xml:space="preserve">[10:19] </w:t>
      </w:r>
      <w:r>
        <w:t>this is not prophetic pattern.</w:t>
      </w:r>
    </w:p>
    <w:p>
      <w:pPr>
        <w:jc w:val="right"/>
      </w:pPr>
      <w:r>
        <w:t>दिस इज नॉट प्रोफेटिक पैटर्न।</w:t>
      </w:r>
    </w:p>
    <w:p>
      <w:r>
        <w:rPr>
          <w:b/>
        </w:rPr>
        <w:t xml:space="preserve">[10:23] </w:t>
      </w:r>
      <w:r>
        <w:t>so it is</w:t>
      </w:r>
    </w:p>
    <w:p>
      <w:pPr>
        <w:jc w:val="right"/>
      </w:pPr>
      <w:r>
        <w:t>सो इट इज</w:t>
      </w:r>
    </w:p>
    <w:p>
      <w:r>
        <w:rPr>
          <w:b/>
        </w:rPr>
        <w:t xml:space="preserve">[10:26] </w:t>
      </w:r>
      <w:r>
        <w:t>unwanted, unnatural. And I don't</w:t>
      </w:r>
    </w:p>
    <w:p>
      <w:pPr>
        <w:jc w:val="right"/>
      </w:pPr>
      <w:r>
        <w:t>अनवांटेड, अननेचुरल। एंड आई डोंट</w:t>
      </w:r>
    </w:p>
    <w:p>
      <w:r>
        <w:rPr>
          <w:b/>
        </w:rPr>
        <w:t xml:space="preserve">[10:32] </w:t>
      </w:r>
      <w:r>
        <w:t>believe that this kind of</w:t>
      </w:r>
    </w:p>
    <w:p>
      <w:pPr>
        <w:jc w:val="right"/>
      </w:pPr>
      <w:r>
        <w:t>बिलीव दैट दिस काइंड ऑफ</w:t>
      </w:r>
    </w:p>
    <w:p>
      <w:r>
        <w:rPr>
          <w:b/>
        </w:rPr>
        <w:t xml:space="preserve">[10:38] </w:t>
      </w:r>
      <w:r>
        <w:t>method can bring about any result.</w:t>
      </w:r>
    </w:p>
    <w:p>
      <w:pPr>
        <w:jc w:val="right"/>
      </w:pPr>
      <w:r>
        <w:t>मेथड कैन ब्रिंग अबाउट एनी रिजल्ट।</w:t>
      </w:r>
    </w:p>
    <w:p>
      <w:r>
        <w:rPr>
          <w:b/>
        </w:rPr>
        <w:t xml:space="preserve">[10:43] </w:t>
      </w:r>
      <w:r>
        <w:t>this question is from doctor farida khanam. please explain how to develop god oriented thinking in this material environment.</w:t>
      </w:r>
    </w:p>
    <w:p>
      <w:pPr>
        <w:jc w:val="right"/>
      </w:pPr>
      <w:r>
        <w:t>दिस क्वेश्चन इज फ्रॉम डॉक्टर फरीदा खानम। प्लीज एक्सप्लेन हाउ टू डेवलप गॉड ओरिएंटेड थिंकिंग इन दिस मटेरियल एनवायरमेंट।</w:t>
      </w:r>
    </w:p>
    <w:p>
      <w:r>
        <w:rPr>
          <w:b/>
        </w:rPr>
        <w:t xml:space="preserve">[11:07] </w:t>
      </w:r>
      <w:r>
        <w:t>i think that first of all, we have to study what is life, what is religious teachings. we have to study quran and hadith and also other literatures. so everything depend on the mind. everything depends on the mind.</w:t>
      </w:r>
    </w:p>
    <w:p>
      <w:pPr>
        <w:jc w:val="right"/>
      </w:pPr>
      <w:r>
        <w:t>आई थिंक दैट फर्स्ट ऑफ ऑल, वी हैव टू स्टडी व्हाट इज लाइफ, व्हाट इज रिलीजियस टीचिंग्स। वी हैव टू स्टडी कुरान एंड हदीस एंड आल्सो अदर लिटरेचर्स। सो एवरीथिंग डिपेंड ऑन द माइंड। एवरीथिंग डिपेंड्स ऑन द माइंड।</w:t>
      </w:r>
    </w:p>
    <w:p>
      <w:r>
        <w:rPr>
          <w:b/>
        </w:rPr>
        <w:t xml:space="preserve">[11:32] </w:t>
      </w:r>
      <w:r>
        <w:t>until you have</w:t>
      </w:r>
    </w:p>
    <w:p>
      <w:pPr>
        <w:jc w:val="right"/>
      </w:pPr>
      <w:r>
        <w:t>अंटिल यू हैव</w:t>
      </w:r>
    </w:p>
    <w:p>
      <w:r>
        <w:rPr>
          <w:b/>
        </w:rPr>
        <w:t xml:space="preserve">[11:34] </w:t>
      </w:r>
      <w:r>
        <w:t>you have changed your mind,</w:t>
      </w:r>
    </w:p>
    <w:p>
      <w:pPr>
        <w:jc w:val="right"/>
      </w:pPr>
      <w:r>
        <w:t>यू हैव चेंज योर माइंड,</w:t>
      </w:r>
    </w:p>
    <w:p>
      <w:r>
        <w:rPr>
          <w:b/>
        </w:rPr>
        <w:t xml:space="preserve">[11:39] </w:t>
      </w:r>
      <w:r>
        <w:t>No practical result is possible.</w:t>
      </w:r>
    </w:p>
    <w:p>
      <w:pPr>
        <w:jc w:val="right"/>
      </w:pPr>
      <w:r>
        <w:t>नो प्रैक्टिकल रिजल्ट इज पॉसिबल।</w:t>
      </w:r>
    </w:p>
    <w:p>
      <w:r>
        <w:rPr>
          <w:b/>
        </w:rPr>
        <w:t xml:space="preserve">[11:44] </w:t>
      </w:r>
      <w:r>
        <w:t>people are quite unaware</w:t>
      </w:r>
    </w:p>
    <w:p>
      <w:pPr>
        <w:jc w:val="right"/>
      </w:pPr>
      <w:r>
        <w:t>पीपल आर क्वाइट अनवेयर</w:t>
      </w:r>
    </w:p>
    <w:p>
      <w:r>
        <w:rPr>
          <w:b/>
        </w:rPr>
        <w:t xml:space="preserve">[11:46] </w:t>
      </w:r>
      <w:r>
        <w:t>what is the religious teachings.</w:t>
      </w:r>
    </w:p>
    <w:p>
      <w:pPr>
        <w:jc w:val="right"/>
      </w:pPr>
      <w:r>
        <w:t>व्हाट इज द रिलीजियस टीचिंग्स।</w:t>
      </w:r>
    </w:p>
    <w:p>
      <w:r>
        <w:rPr>
          <w:b/>
        </w:rPr>
        <w:t xml:space="preserve">[11:50] </w:t>
      </w:r>
      <w:r>
        <w:t>Even Muslims only, yani, recite Quran, but they don't try to study the Quran.</w:t>
      </w:r>
    </w:p>
    <w:p>
      <w:pPr>
        <w:jc w:val="right"/>
      </w:pPr>
      <w:r>
        <w:t>इवन मुस्लिम्स ओनली यानी रीसाइट कुरान, बट दे डोंट ट्राई टू स्टडी द कुरान।</w:t>
      </w:r>
    </w:p>
    <w:p>
      <w:r>
        <w:rPr>
          <w:b/>
        </w:rPr>
        <w:t xml:space="preserve">[11:58] </w:t>
      </w:r>
      <w:r>
        <w:t>So they know they are quite unaware what is the teaching of Islam, what is the teaching of</w:t>
      </w:r>
    </w:p>
    <w:p>
      <w:pPr>
        <w:jc w:val="right"/>
      </w:pPr>
      <w:r>
        <w:t>सो दे नो दे आर क्वाइट अनवेयर व्हाट इज द टीचिंग ऑफ इस्लाम, व्हाट इज द टीचिंग ऑफ</w:t>
      </w:r>
    </w:p>
    <w:p>
      <w:r>
        <w:rPr>
          <w:b/>
        </w:rPr>
        <w:t xml:space="preserve">[12:02] </w:t>
      </w:r>
      <w:r>
        <w:t>the quran. once i happen to meet a gentleman.</w:t>
      </w:r>
    </w:p>
    <w:p>
      <w:pPr>
        <w:jc w:val="right"/>
      </w:pPr>
      <w:r>
        <w:t>द कुरान। वंस आई हैपन टू मीट अ जेंटलमैन।</w:t>
      </w:r>
    </w:p>
    <w:p>
      <w:r>
        <w:rPr>
          <w:b/>
        </w:rPr>
        <w:t xml:space="preserve">[12:08] </w:t>
      </w:r>
      <w:r>
        <w:t>he said that i read quran every</w:t>
      </w:r>
    </w:p>
    <w:p>
      <w:pPr>
        <w:jc w:val="right"/>
      </w:pPr>
      <w:r>
        <w:t>ही सेड दैट आई रीड कुरान एवरी</w:t>
      </w:r>
    </w:p>
    <w:p>
      <w:r>
        <w:rPr>
          <w:b/>
        </w:rPr>
        <w:t xml:space="preserve">[12:12] </w:t>
      </w:r>
      <w:r>
        <w:t>day, every day. and since 20 years, i said that what is the gist of the quran. he said, "we i read it only for barka,</w:t>
      </w:r>
    </w:p>
    <w:p>
      <w:pPr>
        <w:jc w:val="right"/>
      </w:pPr>
      <w:r>
        <w:t>डे, एवरी डे। एंड सिंस 20 इयर्स, आई सेड दैट व्हाट इज द जिस्ट ऑफ द कुरान। ही सेड, "वी आई रीड इट ओनली फॉर बरका,</w:t>
      </w:r>
    </w:p>
    <w:p>
      <w:r>
        <w:rPr>
          <w:b/>
        </w:rPr>
        <w:t xml:space="preserve">[12:30] </w:t>
      </w:r>
      <w:r>
        <w:t>for blessing. i never tried my mind to understand what is the gist of the quran." so people people</w:t>
      </w:r>
    </w:p>
    <w:p>
      <w:pPr>
        <w:jc w:val="right"/>
      </w:pPr>
      <w:r>
        <w:t>फॉर ब्लेसिंग। आई नेवर ट्राइड माय माइंड टू अंडरस्टैंड व्हाट इज द जिस्ट ऑफ द कुरान।" सो पीपल पीपल</w:t>
      </w:r>
    </w:p>
    <w:p>
      <w:r>
        <w:rPr>
          <w:b/>
        </w:rPr>
        <w:t xml:space="preserve">[12:43] </w:t>
      </w:r>
      <w:r>
        <w:t>apply their mind in other issues. they they they they don't try to apply their mind in in in these issues. they don't know what is islam. they don't know what is the life of the prophet of islam.</w:t>
      </w:r>
    </w:p>
    <w:p>
      <w:pPr>
        <w:jc w:val="right"/>
      </w:pPr>
      <w:r>
        <w:t>अप्लाई देयर माइंड इन अदर इश्यूज। दे दे दे दे डोंट ट्राई टू अप्लाई देयर माइंड इन इन इन दीज़ इश्यूज। दे डोंट नो व्हाट इज इस्लाम। दे डोंट नो व्हाट इज द लाइफ ऑफ द प्रोफेट ऑफ इस्लाम।</w:t>
      </w:r>
    </w:p>
    <w:p>
      <w:r>
        <w:rPr>
          <w:b/>
        </w:rPr>
        <w:t xml:space="preserve">[13:02] </w:t>
      </w:r>
      <w:r>
        <w:t>They are thinking that if we are we adopt some some some rituals, some form, then we</w:t>
      </w:r>
    </w:p>
    <w:p>
      <w:pPr>
        <w:jc w:val="right"/>
      </w:pPr>
      <w:r>
        <w:t>दे दे आर थिंकिंग दैट इफ वी आर वी अडॉप्ट सम सम सम रिचुअल्स, सम फार्म, देन वी</w:t>
      </w:r>
    </w:p>
    <w:p>
      <w:r>
        <w:rPr>
          <w:b/>
        </w:rPr>
        <w:t xml:space="preserve">[13:08] </w:t>
      </w:r>
      <w:r>
        <w:t>are a muslim.</w:t>
      </w:r>
    </w:p>
    <w:p>
      <w:pPr>
        <w:jc w:val="right"/>
      </w:pPr>
      <w:r>
        <w:t>आर अ मुस्लिम।</w:t>
      </w:r>
    </w:p>
    <w:p>
      <w:r>
        <w:rPr>
          <w:b/>
        </w:rPr>
        <w:t xml:space="preserve">[13:11] </w:t>
      </w:r>
      <w:r>
        <w:t>So I I always emphasize I I always emphasize the</w:t>
      </w:r>
    </w:p>
    <w:p>
      <w:pPr>
        <w:jc w:val="right"/>
      </w:pPr>
      <w:r>
        <w:t>सो आई आई ऑलवेज एमफ आई आई ऑलवेज एमफसाइज द</w:t>
      </w:r>
    </w:p>
    <w:p>
      <w:r>
        <w:rPr>
          <w:b/>
        </w:rPr>
        <w:t xml:space="preserve">[13:19] </w:t>
      </w:r>
      <w:r>
        <w:t>the study. you have to study</w:t>
      </w:r>
    </w:p>
    <w:p>
      <w:pPr>
        <w:jc w:val="right"/>
      </w:pPr>
      <w:r>
        <w:t>द स्टडी। यू हैव टू स्टडी</w:t>
      </w:r>
    </w:p>
    <w:p>
      <w:r>
        <w:rPr>
          <w:b/>
        </w:rPr>
        <w:t xml:space="preserve">[13:24] </w:t>
      </w:r>
      <w:r>
        <w:t>quran and hadith and everything.</w:t>
      </w:r>
    </w:p>
    <w:p>
      <w:pPr>
        <w:jc w:val="right"/>
      </w:pPr>
      <w:r>
        <w:t>कुरान एंड हदीस एंड एवरीथिंग।</w:t>
      </w:r>
    </w:p>
    <w:p>
      <w:r>
        <w:rPr>
          <w:b/>
        </w:rPr>
        <w:t xml:space="preserve">[13:26] </w:t>
      </w:r>
      <w:r>
        <w:t>तो first of all, you have to make your mind.</w:t>
      </w:r>
    </w:p>
    <w:p>
      <w:pPr>
        <w:jc w:val="right"/>
      </w:pPr>
      <w:r>
        <w:t>तो फर्स्ट ऑफ ऑल, यू हैव टू मेक योर माइंड।</w:t>
      </w:r>
    </w:p>
    <w:p>
      <w:r>
        <w:rPr>
          <w:b/>
        </w:rPr>
        <w:t xml:space="preserve">[13:30] </w:t>
      </w:r>
      <w:r>
        <w:t>before making your mind,</w:t>
      </w:r>
    </w:p>
    <w:p>
      <w:pPr>
        <w:jc w:val="right"/>
      </w:pPr>
      <w:r>
        <w:t>बिफोर मेकिंग योर माइंड,</w:t>
      </w:r>
    </w:p>
    <w:p>
      <w:r>
        <w:rPr>
          <w:b/>
        </w:rPr>
        <w:t xml:space="preserve">[13:36] </w:t>
      </w:r>
      <w:r>
        <w:t>everything is anything else is impossible. these is my experience.</w:t>
      </w:r>
    </w:p>
    <w:p>
      <w:pPr>
        <w:jc w:val="right"/>
      </w:pPr>
      <w:r>
        <w:t>एवरीथिंग इज एनीथिंग एल्स इज इंपॉसिबल। दीज़ इज माय एक्सपीरियंस।</w:t>
      </w:r>
    </w:p>
    <w:p>
      <w:r>
        <w:rPr>
          <w:b/>
        </w:rPr>
        <w:t xml:space="preserve">[13:47] </w:t>
      </w:r>
      <w:r>
        <w:t>this question is from mr nafees shiraz. duniya mein jitni tarakki wa kamyabi ghair iman karne wa and repeat, duniya mein jitni tarakki wa kamyabi ghair iman wale karte hain,</w:t>
      </w:r>
    </w:p>
    <w:p>
      <w:pPr>
        <w:jc w:val="right"/>
      </w:pPr>
      <w:r>
        <w:t>दिस क्वेश्चन इज फ्रॉम मिस्टर नफीज शिराज। दुनिया में जितनी तरक्की व कामयाबी गैर ईमान करने व एंड रिपीट, दुनिया में जितनी तरक्की व कामयाबी गैर ईमान वाले करते हैं,</w:t>
      </w:r>
    </w:p>
    <w:p>
      <w:r>
        <w:rPr>
          <w:b/>
        </w:rPr>
        <w:t xml:space="preserve">[14:05] </w:t>
      </w:r>
      <w:r>
        <w:t>utni tarakki wa kamyabi iman wale nahin kar paate. maslan, jadeed aalaat ki ejaad mein musalmanon ka naam na ke barabar hai. jaise computer, mobile, hawai jahaz, medicine, electronics, hospital mein use hone wale aalaat. garz yeh ke science ke zariye hone wali har ejaad mein ghair musalmanon ka naam hai,</w:t>
      </w:r>
    </w:p>
    <w:p>
      <w:pPr>
        <w:jc w:val="right"/>
      </w:pPr>
      <w:r>
        <w:t>उतनी तरक्की व कामयाबी ईमान वाले नहीं कर पाते। मसलन, जदीद आलात की ईजाद में मुसलमानों का नाम ना के बराबर है। जैसे कंप्यूटर, मोबाइल, हवाई जहाज, मेडिसिन, इलेक्ट्रॉनिक्स, हॉस्पिटल में यूज होने वाले आलात। गर्ज यह कि साइंस के जरिए होने वाली हर ईजाद में गैर मुसलमानों का नाम है,</w:t>
      </w:r>
    </w:p>
    <w:p>
      <w:r>
        <w:rPr>
          <w:b/>
        </w:rPr>
        <w:t xml:space="preserve">[14:32] </w:t>
      </w:r>
      <w:r>
        <w:t>musalmanon ka nahin. aur musalman taleem mein bhi peechhe hain. iski kya wajah hai?</w:t>
      </w:r>
    </w:p>
    <w:p>
      <w:pPr>
        <w:jc w:val="right"/>
      </w:pPr>
      <w:r>
        <w:t>मुसलमानों का नहीं। और मुसलमान तालीम में भी पीछे हैं। इसकी क्या वजह है?</w:t>
      </w:r>
    </w:p>
    <w:p>
      <w:r>
        <w:rPr>
          <w:b/>
        </w:rPr>
        <w:t xml:space="preserve">[14:46] </w:t>
      </w:r>
      <w:r>
        <w:t>idhar question of muslim bandar.</w:t>
      </w:r>
    </w:p>
    <w:p>
      <w:pPr>
        <w:jc w:val="right"/>
      </w:pPr>
      <w:r>
        <w:t>इधर क्वेश्चन ऑफ मुस्लिम बंडार।</w:t>
      </w:r>
    </w:p>
    <w:p>
      <w:r>
        <w:rPr>
          <w:b/>
        </w:rPr>
        <w:t xml:space="preserve">[14:48] </w:t>
      </w:r>
      <w:r>
        <w:t>muslim, muslims are engaged in politics, in fighting, in jihad, in gun and bomb.</w:t>
      </w:r>
    </w:p>
    <w:p>
      <w:pPr>
        <w:jc w:val="right"/>
      </w:pPr>
      <w:r>
        <w:t>मुस्लिम, मुस्लिम्स आर एंगेज्ड इन पॉलिटिक्स, इन फाइटिंग, इन जिहाद, इन गन एंड बॉम।</w:t>
      </w:r>
    </w:p>
    <w:p>
      <w:r>
        <w:rPr>
          <w:b/>
        </w:rPr>
        <w:t xml:space="preserve">[14:56] </w:t>
      </w:r>
      <w:r>
        <w:t>and all the whole muslim society is is giving them admiration.</w:t>
      </w:r>
    </w:p>
    <w:p>
      <w:pPr>
        <w:jc w:val="right"/>
      </w:pPr>
      <w:r>
        <w:t>एंड ऑल द होल मुस्लिम सोसाइटी इज इज गिविंग देम एडमिरेशन।</w:t>
      </w:r>
    </w:p>
    <w:p>
      <w:r>
        <w:rPr>
          <w:b/>
        </w:rPr>
        <w:t xml:space="preserve">[15:02] </w:t>
      </w:r>
      <w:r>
        <w:t>they are they are hero.</w:t>
      </w:r>
    </w:p>
    <w:p>
      <w:pPr>
        <w:jc w:val="right"/>
      </w:pPr>
      <w:r>
        <w:t>दे आर दे आर हीरो।</w:t>
      </w:r>
    </w:p>
    <w:p>
      <w:r>
        <w:rPr>
          <w:b/>
        </w:rPr>
        <w:t xml:space="preserve">[15:05] </w:t>
      </w:r>
      <w:r>
        <w:t>no muslim is ready to condemn these people.</w:t>
      </w:r>
    </w:p>
    <w:p>
      <w:pPr>
        <w:jc w:val="right"/>
      </w:pPr>
      <w:r>
        <w:t>नो मुस्लिम इज रेडी टू कंडेम दीज़ पीपल।</w:t>
      </w:r>
    </w:p>
    <w:p>
      <w:r>
        <w:rPr>
          <w:b/>
        </w:rPr>
        <w:t xml:space="preserve">[15:09] </w:t>
      </w:r>
      <w:r>
        <w:t>i don't know any muslim who who who condemn who condemns these people.</w:t>
      </w:r>
    </w:p>
    <w:p>
      <w:pPr>
        <w:jc w:val="right"/>
      </w:pPr>
      <w:r>
        <w:t>आई डोंट नो एनी मुस्लिम हु हु हु कंडेम हु कंडेम्स दीज़ पीपल।</w:t>
      </w:r>
    </w:p>
    <w:p>
      <w:r>
        <w:rPr>
          <w:b/>
        </w:rPr>
        <w:t xml:space="preserve">[15:17] </w:t>
      </w:r>
      <w:r>
        <w:t>so these people who are engaged in politics and in leadership and in in</w:t>
      </w:r>
    </w:p>
    <w:p>
      <w:pPr>
        <w:jc w:val="right"/>
      </w:pPr>
      <w:r>
        <w:t>सो दीज़ पीपल हु आर एंगेज्ड इन पॉलिटिक्स एंड इन लीडरशिप एंड इन इन</w:t>
      </w:r>
    </w:p>
    <w:p>
      <w:r>
        <w:rPr>
          <w:b/>
        </w:rPr>
        <w:t xml:space="preserve">[15:23] </w:t>
      </w:r>
      <w:r>
        <w:t>in political activities,</w:t>
      </w:r>
    </w:p>
    <w:p>
      <w:pPr>
        <w:jc w:val="right"/>
      </w:pPr>
      <w:r>
        <w:t>इन पॉलिटिकल एक्टिविटीज,</w:t>
      </w:r>
    </w:p>
    <w:p>
      <w:r>
        <w:rPr>
          <w:b/>
        </w:rPr>
        <w:t xml:space="preserve">[15:26] </w:t>
      </w:r>
      <w:r>
        <w:t>they are emerged hero in the muslim society.</w:t>
      </w:r>
    </w:p>
    <w:p>
      <w:pPr>
        <w:jc w:val="right"/>
      </w:pPr>
      <w:r>
        <w:t>दे आर एमर्जड हीरो इन द मुस्लिम सोसाइटी।</w:t>
      </w:r>
    </w:p>
    <w:p>
      <w:r>
        <w:rPr>
          <w:b/>
        </w:rPr>
        <w:t xml:space="preserve">[15:30] </w:t>
      </w:r>
      <w:r>
        <w:t>So when you are not engaged in in scientific study, then you cannot perform any any</w:t>
      </w:r>
    </w:p>
    <w:p>
      <w:pPr>
        <w:jc w:val="right"/>
      </w:pPr>
      <w:r>
        <w:t>सो व्हेन यू आर नॉट एंगेज्ड इन इन साइंटिफिक स्टडी, देन यू कैन नॉट परफॉर्म एनी एनी</w:t>
      </w:r>
    </w:p>
    <w:p>
      <w:r>
        <w:rPr>
          <w:b/>
        </w:rPr>
        <w:t xml:space="preserve">[15:39] </w:t>
      </w:r>
      <w:r>
        <w:t>any any break in in science.</w:t>
      </w:r>
    </w:p>
    <w:p>
      <w:pPr>
        <w:jc w:val="right"/>
      </w:pPr>
      <w:r>
        <w:t>एनी एनी ब्रेक इन इन साइंस।</w:t>
      </w:r>
    </w:p>
    <w:p>
      <w:r>
        <w:rPr>
          <w:b/>
        </w:rPr>
        <w:t xml:space="preserve">[15:44] </w:t>
      </w:r>
      <w:r>
        <w:t>They are performing break because they are engaged in science.</w:t>
      </w:r>
    </w:p>
    <w:p>
      <w:pPr>
        <w:jc w:val="right"/>
      </w:pPr>
      <w:r>
        <w:t>दे आर परफॉर्मिंग ब्रेक बिकॉज़ दे आर एंगेज्ड इन साइंस।</w:t>
      </w:r>
    </w:p>
    <w:p>
      <w:r>
        <w:rPr>
          <w:b/>
        </w:rPr>
        <w:t xml:space="preserve">[15:49] </w:t>
      </w:r>
      <w:r>
        <w:t>so muslim are engaged</w:t>
      </w:r>
    </w:p>
    <w:p>
      <w:pPr>
        <w:jc w:val="right"/>
      </w:pPr>
      <w:r>
        <w:t>सो मुस्लिम आर एंगेज्ड</w:t>
      </w:r>
    </w:p>
    <w:p>
      <w:r>
        <w:rPr>
          <w:b/>
        </w:rPr>
        <w:t xml:space="preserve">[15:52] </w:t>
      </w:r>
      <w:r>
        <w:t>Muslims due to their negative thinking, due to their political thinking.</w:t>
      </w:r>
    </w:p>
    <w:p>
      <w:pPr>
        <w:jc w:val="right"/>
      </w:pPr>
      <w:r>
        <w:t>मुसिम्स ड्यू टू देयर नेगेटिव थिंकिंग, ड्यू टू देयर पॉलिटिकल थिंकिंग।</w:t>
      </w:r>
    </w:p>
    <w:p>
      <w:r>
        <w:rPr>
          <w:b/>
        </w:rPr>
        <w:t xml:space="preserve">[15:58] </w:t>
      </w:r>
      <w:r>
        <w:t>they are engaged in political activities,</w:t>
      </w:r>
    </w:p>
    <w:p>
      <w:pPr>
        <w:jc w:val="right"/>
      </w:pPr>
      <w:r>
        <w:t>दे आर एंगेज्ड इन पॉलिटिकल एक्टिविटीज,</w:t>
      </w:r>
    </w:p>
    <w:p>
      <w:r>
        <w:rPr>
          <w:b/>
        </w:rPr>
        <w:t xml:space="preserve">[16:01] </w:t>
      </w:r>
      <w:r>
        <w:t>in gun culture or bomb culture. so first of all, you have to abandon all these activities.</w:t>
      </w:r>
    </w:p>
    <w:p>
      <w:pPr>
        <w:jc w:val="right"/>
      </w:pPr>
      <w:r>
        <w:t>इन गन कल्चर और बम कल्चर। सो फर्स्ट ऑफ ऑल, यू हैव टू अबंडन ऑल दीज़ एक्टिविटीज।</w:t>
      </w:r>
    </w:p>
    <w:p>
      <w:r>
        <w:rPr>
          <w:b/>
        </w:rPr>
        <w:t xml:space="preserve">[16:09] </w:t>
      </w:r>
      <w:r>
        <w:t>all the muslims must issue a fatwa that all these activities are haram.</w:t>
      </w:r>
    </w:p>
    <w:p>
      <w:pPr>
        <w:jc w:val="right"/>
      </w:pPr>
      <w:r>
        <w:t>ऑल द मुस्लिम्स मस्ट इशू अ फतवा दैट ऑल दीज़ एक्टिविटीज आर हराम।</w:t>
      </w:r>
    </w:p>
    <w:p>
      <w:r>
        <w:rPr>
          <w:b/>
        </w:rPr>
        <w:t xml:space="preserve">[16:16] </w:t>
      </w:r>
      <w:r>
        <w:t>then a new beginning will emerge.</w:t>
      </w:r>
    </w:p>
    <w:p>
      <w:pPr>
        <w:jc w:val="right"/>
      </w:pPr>
      <w:r>
        <w:t>देन अ न्यू बिगिनिंग विल एमर्ज।</w:t>
      </w:r>
    </w:p>
    <w:p>
      <w:r>
        <w:rPr>
          <w:b/>
        </w:rPr>
        <w:t xml:space="preserve">[16:21] </w:t>
      </w:r>
      <w:r>
        <w:t>there is no no new beginning.</w:t>
      </w:r>
    </w:p>
    <w:p>
      <w:pPr>
        <w:jc w:val="right"/>
      </w:pPr>
      <w:r>
        <w:t>देयर इज नो नो न्यू बिगिनिंग।</w:t>
      </w:r>
    </w:p>
    <w:p>
      <w:r>
        <w:rPr>
          <w:b/>
        </w:rPr>
        <w:t xml:space="preserve">[16:23] </w:t>
      </w:r>
      <w:r>
        <w:t>people are engaged in politics, engaged in even in society bang.</w:t>
      </w:r>
    </w:p>
    <w:p>
      <w:pPr>
        <w:jc w:val="right"/>
      </w:pPr>
      <w:r>
        <w:t>पीपल आर एंगेज्ड इन पॉलिटिक्स, एंगेज्ड इन इवन इन सोसाइटी बंग।</w:t>
      </w:r>
    </w:p>
    <w:p>
      <w:r>
        <w:rPr>
          <w:b/>
        </w:rPr>
        <w:t xml:space="preserve">[16:29] </w:t>
      </w:r>
      <w:r>
        <w:t>but no no mufti issue any fatwa that all these things are haram.</w:t>
      </w:r>
    </w:p>
    <w:p>
      <w:pPr>
        <w:jc w:val="right"/>
      </w:pPr>
      <w:r>
        <w:t>बट नो नो मुफ्ती इशू एनी फतवा दैट ऑल दीज़ थिंग्स आर हराम।</w:t>
      </w:r>
    </w:p>
    <w:p>
      <w:r>
        <w:rPr>
          <w:b/>
        </w:rPr>
        <w:t xml:space="preserve">[16:36] </w:t>
      </w:r>
      <w:r>
        <w:t>so there is no new process.</w:t>
      </w:r>
    </w:p>
    <w:p>
      <w:pPr>
        <w:jc w:val="right"/>
      </w:pPr>
      <w:r>
        <w:t>सो देयर इज नो न्यू प्रोसेस।</w:t>
      </w:r>
    </w:p>
    <w:p>
      <w:r>
        <w:rPr>
          <w:b/>
        </w:rPr>
        <w:t xml:space="preserve">[16:38] </w:t>
      </w:r>
      <w:r>
        <w:t>to first of all, you have to condemn all these activities.</w:t>
      </w:r>
    </w:p>
    <w:p>
      <w:pPr>
        <w:jc w:val="right"/>
      </w:pPr>
      <w:r>
        <w:t>तो फर्स्ट ऑफ ऑल, यू हैव टू कंडेम ऑल दीज़ एक्टिविटीज।</w:t>
      </w:r>
    </w:p>
    <w:p>
      <w:r>
        <w:rPr>
          <w:b/>
        </w:rPr>
        <w:t xml:space="preserve">[16:42] </w:t>
      </w:r>
      <w:r>
        <w:t>you have to declare that these activities are unislamic.</w:t>
      </w:r>
    </w:p>
    <w:p>
      <w:pPr>
        <w:jc w:val="right"/>
      </w:pPr>
      <w:r>
        <w:t>यू हैव टू डिक्लेअर द दीज़ एक्टिविटीज आर अनइस्लामिक।</w:t>
      </w:r>
    </w:p>
    <w:p>
      <w:r>
        <w:rPr>
          <w:b/>
        </w:rPr>
        <w:t xml:space="preserve">[16:47] </w:t>
      </w:r>
      <w:r>
        <w:t>then inshallah, there will be a new beginning.</w:t>
      </w:r>
    </w:p>
    <w:p>
      <w:pPr>
        <w:jc w:val="right"/>
      </w:pPr>
      <w:r>
        <w:t>देन इंशाल्लाह, देयर विल बी अ न्यू बिगिनिंग।</w:t>
      </w:r>
    </w:p>
    <w:p>
      <w:r>
        <w:rPr>
          <w:b/>
        </w:rPr>
        <w:t xml:space="preserve">[16:50] </w:t>
      </w:r>
      <w:r>
        <w:t>then muslim will emerge in in scientific fields.</w:t>
      </w:r>
    </w:p>
    <w:p>
      <w:pPr>
        <w:jc w:val="right"/>
      </w:pPr>
      <w:r>
        <w:t>देन मुस्लिम विल एमर्ज इन इन साइंटिफिक फील्ड्स।</w:t>
      </w:r>
    </w:p>
    <w:p>
      <w:r>
        <w:rPr>
          <w:b/>
        </w:rPr>
        <w:t xml:space="preserve">[16:55] </w:t>
      </w:r>
      <w:r>
        <w:t>to</w:t>
      </w:r>
    </w:p>
    <w:p>
      <w:pPr>
        <w:jc w:val="right"/>
      </w:pPr>
      <w:r>
        <w:t>तो</w:t>
      </w:r>
    </w:p>
    <w:p>
      <w:r>
        <w:rPr>
          <w:b/>
        </w:rPr>
        <w:t xml:space="preserve">[16:55] </w:t>
      </w:r>
      <w:r>
        <w:t>when there is no beginning, there is no end.</w:t>
      </w:r>
    </w:p>
    <w:p>
      <w:pPr>
        <w:jc w:val="right"/>
      </w:pPr>
      <w:r>
        <w:t>व्हेन देयर इज नो बिगिनिंग, देयर इज नो एंड।</w:t>
      </w:r>
    </w:p>
    <w:p>
      <w:r>
        <w:rPr>
          <w:b/>
        </w:rPr>
        <w:t xml:space="preserve">[17:01] </w:t>
      </w:r>
      <w:r>
        <w:t>this is the present state of affairs.</w:t>
      </w:r>
    </w:p>
    <w:p>
      <w:pPr>
        <w:jc w:val="right"/>
      </w:pPr>
      <w:r>
        <w:t>दिस इज द प्रेजेंट स्टेट ऑफ अफेयर्स।</w:t>
      </w:r>
    </w:p>
    <w:p>
      <w:r>
        <w:rPr>
          <w:b/>
        </w:rPr>
        <w:t xml:space="preserve">[17:06] </w:t>
      </w:r>
      <w:r>
        <w:t>this question is from dr farida khanam. is it possible to bring about any change in the mindset of taliban, who have turn barbarians in an age when freedom is regarded as summum bonum?</w:t>
      </w:r>
    </w:p>
    <w:p>
      <w:pPr>
        <w:jc w:val="right"/>
      </w:pPr>
      <w:r>
        <w:t>दिस क्वेश्चन इज फ्रॉम डॉक्टर फरीदा खानम। इज इट पॉसिबल टू ब्रिंग अबाउट एनी चेंज इन दी माइंडसेट ऑफ तालिबान, हु हैव टर्न बारबेरियंस इन एन एज व्हेन फ्रीडम इज रिगार्डेड एज सम्मम बोनम?</w:t>
      </w:r>
    </w:p>
    <w:p>
      <w:r>
        <w:rPr>
          <w:b/>
        </w:rPr>
        <w:t xml:space="preserve">[17:24] </w:t>
      </w:r>
      <w:r>
        <w:t>is it possible?</w:t>
      </w:r>
    </w:p>
    <w:p>
      <w:pPr>
        <w:jc w:val="right"/>
      </w:pPr>
      <w:r>
        <w:t>इज इट पॉसिबल?</w:t>
      </w:r>
    </w:p>
    <w:p>
      <w:r>
        <w:rPr>
          <w:b/>
        </w:rPr>
        <w:t xml:space="preserve">[17:25] </w:t>
      </w:r>
      <w:r>
        <w:t>but no one is ready to condemn these people.</w:t>
      </w:r>
    </w:p>
    <w:p>
      <w:pPr>
        <w:jc w:val="right"/>
      </w:pPr>
      <w:r>
        <w:t>बट नो वन इज रेडी टू कंडेम दीज़ पीपल।</w:t>
      </w:r>
    </w:p>
    <w:p>
      <w:r>
        <w:rPr>
          <w:b/>
        </w:rPr>
        <w:t xml:space="preserve">[17:33] </w:t>
      </w:r>
      <w:r>
        <w:t>there are so many muslim scholars, they have declared that they are doing good job.</w:t>
      </w:r>
    </w:p>
    <w:p>
      <w:pPr>
        <w:jc w:val="right"/>
      </w:pPr>
      <w:r>
        <w:t>देयर आर सो मेनी मुस्लिम स्कॉलर्स, दे हैव डिक्लेअर्ड दैट दे आर डूइंग गुड जॉब।</w:t>
      </w:r>
    </w:p>
    <w:p>
      <w:r>
        <w:rPr>
          <w:b/>
        </w:rPr>
        <w:t xml:space="preserve">[17:39] </w:t>
      </w:r>
      <w:r>
        <w:t>the talibanization means islamization.</w:t>
      </w:r>
    </w:p>
    <w:p>
      <w:pPr>
        <w:jc w:val="right"/>
      </w:pPr>
      <w:r>
        <w:t>द तालिबानाइजेशन मींस इस्लामाइजेशन।</w:t>
      </w:r>
    </w:p>
    <w:p>
      <w:r>
        <w:rPr>
          <w:b/>
        </w:rPr>
        <w:t xml:space="preserve">[17:44] </w:t>
      </w:r>
      <w:r>
        <w:t>there are so many muslims</w:t>
      </w:r>
    </w:p>
    <w:p>
      <w:pPr>
        <w:jc w:val="right"/>
      </w:pPr>
      <w:r>
        <w:t>देयर आर सो मेनी मुस्लिम्स</w:t>
      </w:r>
    </w:p>
    <w:p>
      <w:r>
        <w:rPr>
          <w:b/>
        </w:rPr>
        <w:t xml:space="preserve">[17:47] </w:t>
      </w:r>
      <w:r>
        <w:t>who say that talibanization means islamization.</w:t>
      </w:r>
    </w:p>
    <w:p>
      <w:pPr>
        <w:jc w:val="right"/>
      </w:pPr>
      <w:r>
        <w:t>हु से दैट तालिबानाइजेशन मींस इस्लामाइजेशन।</w:t>
      </w:r>
    </w:p>
    <w:p>
      <w:r>
        <w:rPr>
          <w:b/>
        </w:rPr>
        <w:t xml:space="preserve">[17:51] </w:t>
      </w:r>
      <w:r>
        <w:t>it was a true islamic revolution.</w:t>
      </w:r>
    </w:p>
    <w:p>
      <w:pPr>
        <w:jc w:val="right"/>
      </w:pPr>
      <w:r>
        <w:t>इट वाज अ ट्रू इस्लामिक रेवोल्यूशन।</w:t>
      </w:r>
    </w:p>
    <w:p>
      <w:r>
        <w:rPr>
          <w:b/>
        </w:rPr>
        <w:t xml:space="preserve">[17:57] </w:t>
      </w:r>
      <w:r>
        <w:t>so you have to change your mind and you you have to say that this is not islam.</w:t>
      </w:r>
    </w:p>
    <w:p>
      <w:pPr>
        <w:jc w:val="right"/>
      </w:pPr>
      <w:r>
        <w:t>सो यू हैव टू चेंज योर माइंड एंड यू यू हैव टू से दैट दिस इज नॉट इस्लाम।</w:t>
      </w:r>
    </w:p>
    <w:p>
      <w:r>
        <w:rPr>
          <w:b/>
        </w:rPr>
        <w:t xml:space="preserve">[18:04] </w:t>
      </w:r>
      <w:r>
        <w:t>this is this is barbarism.</w:t>
      </w:r>
    </w:p>
    <w:p>
      <w:pPr>
        <w:jc w:val="right"/>
      </w:pPr>
      <w:r>
        <w:t>दिस इज दिस इज बारबेरिज्म।</w:t>
      </w:r>
    </w:p>
    <w:p>
      <w:r>
        <w:rPr>
          <w:b/>
        </w:rPr>
        <w:t xml:space="preserve">[18:10] </w:t>
      </w:r>
      <w:r>
        <w:t>at</w:t>
      </w:r>
    </w:p>
    <w:p>
      <w:pPr>
        <w:jc w:val="right"/>
      </w:pPr>
      <w:r>
        <w:t>एट</w:t>
      </w:r>
    </w:p>
    <w:p>
      <w:r>
        <w:rPr>
          <w:b/>
        </w:rPr>
        <w:t xml:space="preserve">[18:10] </w:t>
      </w:r>
      <w:r>
        <w:t>present, as i know, they are receiving money, they are receiving admiration. they are yani they have become hero among muslim society everywhere in the world. so first of all, you have to so first of all, muslims outside afghanistan must change their mind.</w:t>
      </w:r>
    </w:p>
    <w:p>
      <w:pPr>
        <w:jc w:val="right"/>
      </w:pPr>
      <w:r>
        <w:t>प्रेजेंट, एज आई नो, दे आर रिसीविंग मनी, दे आर रिसीविंग एडमिरेशन। दे आर यानी दे हैव बिकन हीरो अमंग मुस्लिम सोसाइटी एवरीव्हेयर इन द वर्ल्ड। सो फर्स्ट ऑफ ऑल, यू हैव टू सो फर्स्ट ऑफ ऑल, मुस्लिम्स आउटसाइड अफगानिस्तान मस्ट चेंज देयर माइंड।</w:t>
      </w:r>
    </w:p>
    <w:p>
      <w:r>
        <w:rPr>
          <w:b/>
        </w:rPr>
        <w:t xml:space="preserve">[18:36] </w:t>
      </w:r>
      <w:r>
        <w:t>so so afghani people are are also human being, just like ours. so we can change their mind. but until this date, there is no sincere effort. no sincere effort.</w:t>
      </w:r>
    </w:p>
    <w:p>
      <w:pPr>
        <w:jc w:val="right"/>
      </w:pPr>
      <w:r>
        <w:t>सो सो अफगानी पीपल आर आर आल्सो ह्यूमन बीइंग, जस्ट लाइक आवर्स। सो वी कैन चेंज देयर माइंड। बट अंटिल दिस डेट, देयर इज नो सिंसियर एफर्ट। नो सिंसियर एफर्ट।</w:t>
      </w:r>
    </w:p>
    <w:p>
      <w:r>
        <w:rPr>
          <w:b/>
        </w:rPr>
        <w:t xml:space="preserve">[18:57] </w:t>
      </w:r>
      <w:r>
        <w:t>to first of all, we have to initiate a effort.</w:t>
      </w:r>
    </w:p>
    <w:p>
      <w:pPr>
        <w:jc w:val="right"/>
      </w:pPr>
      <w:r>
        <w:t>तो फर्स्ट ऑफ ऑल, वी हैव टू इनिशिएट अ एफर्ट।</w:t>
      </w:r>
    </w:p>
    <w:p>
      <w:r>
        <w:rPr>
          <w:b/>
        </w:rPr>
        <w:t xml:space="preserve">[19:03] </w:t>
      </w:r>
      <w:r>
        <w:t>one of yani there are some</w:t>
      </w:r>
    </w:p>
    <w:p>
      <w:pPr>
        <w:jc w:val="right"/>
      </w:pPr>
      <w:r>
        <w:t>वन ऑफ यानी देयर आर सम</w:t>
      </w:r>
    </w:p>
    <w:p>
      <w:r>
        <w:rPr>
          <w:b/>
        </w:rPr>
        <w:t xml:space="preserve">[19:06] </w:t>
      </w:r>
      <w:r>
        <w:t>youth in in pakistan who who know pushto language.</w:t>
      </w:r>
    </w:p>
    <w:p>
      <w:pPr>
        <w:jc w:val="right"/>
      </w:pPr>
      <w:r>
        <w:t>यूथ इन इन पाकिस्तान हु हु नो पुश्तो लैंग्वेज।</w:t>
      </w:r>
    </w:p>
    <w:p>
      <w:r>
        <w:rPr>
          <w:b/>
        </w:rPr>
        <w:t xml:space="preserve">[19:14] </w:t>
      </w:r>
      <w:r>
        <w:t>they are they have started a a a movement among afghani people.</w:t>
      </w:r>
    </w:p>
    <w:p>
      <w:pPr>
        <w:jc w:val="right"/>
      </w:pPr>
      <w:r>
        <w:t>दे आर दे हैव स्टार्टेड अ अ अ मूवमेंट अमंग अफगानी पीपल।</w:t>
      </w:r>
    </w:p>
    <w:p>
      <w:r>
        <w:rPr>
          <w:b/>
        </w:rPr>
        <w:t xml:space="preserve">[19:21] </w:t>
      </w:r>
      <w:r>
        <w:t>they are trust translating our literature and they are they try to spread these literature among afghani people.</w:t>
      </w:r>
    </w:p>
    <w:p>
      <w:pPr>
        <w:jc w:val="right"/>
      </w:pPr>
      <w:r>
        <w:t>दे आर ट्रस्ट ट्रांसलेटिंग आवर लिटरेचर एंड दे आर दे ट्राई टू स्प्रेड दीज़ लिटरेचर अमंग अफगानी पीपल।</w:t>
      </w:r>
    </w:p>
    <w:p>
      <w:r>
        <w:rPr>
          <w:b/>
        </w:rPr>
        <w:t xml:space="preserve">[19:28] </w:t>
      </w:r>
      <w:r>
        <w:t>deez deez is a humble beginning.</w:t>
      </w:r>
    </w:p>
    <w:p>
      <w:pPr>
        <w:jc w:val="right"/>
      </w:pPr>
      <w:r>
        <w:t>दीज़ दीज़ इज अ हंबल बिगिनिंग।</w:t>
      </w:r>
    </w:p>
    <w:p>
      <w:r>
        <w:rPr>
          <w:b/>
        </w:rPr>
        <w:t xml:space="preserve">[19:31] </w:t>
      </w:r>
      <w:r>
        <w:t>so i i i i i believe that this process inshallah</w:t>
      </w:r>
    </w:p>
    <w:p>
      <w:pPr>
        <w:jc w:val="right"/>
      </w:pPr>
      <w:r>
        <w:t>सो आई आई आई आई आई बिलीव दैट दिस प्रोसेस इंशाल्लाह</w:t>
      </w:r>
    </w:p>
    <w:p>
      <w:r>
        <w:rPr>
          <w:b/>
        </w:rPr>
        <w:t xml:space="preserve">[19:38] </w:t>
      </w:r>
      <w:r>
        <w:t>will continue and it it will yield some positive result.</w:t>
      </w:r>
    </w:p>
    <w:p>
      <w:pPr>
        <w:jc w:val="right"/>
      </w:pPr>
      <w:r>
        <w:t>विल कंटिन्यू एंड इट इट विल यील्ड सम पॉजिटिव रिजल्ट।</w:t>
      </w:r>
    </w:p>
    <w:p>
      <w:r>
        <w:rPr>
          <w:b/>
        </w:rPr>
        <w:t xml:space="preserve">[19:45] </w:t>
      </w:r>
      <w:r>
        <w:t>this question is from miss rajiya.</w:t>
      </w:r>
    </w:p>
    <w:p>
      <w:pPr>
        <w:jc w:val="right"/>
      </w:pPr>
      <w:r>
        <w:t>दिस क्वेश्चन इज फ्रॉम मिस राजिया।</w:t>
      </w:r>
    </w:p>
    <w:p>
      <w:r>
        <w:rPr>
          <w:b/>
        </w:rPr>
        <w:t xml:space="preserve">[19:48] </w:t>
      </w:r>
      <w:r>
        <w:t>like you mention, a detail reading of the quran and life of prophet would clearly bring forth the</w:t>
      </w:r>
    </w:p>
    <w:p>
      <w:pPr>
        <w:jc w:val="right"/>
      </w:pPr>
      <w:r>
        <w:t>लाइक यू मेंशन, अ डिटेल रीडिंग ऑफ द कुरान एंड लाइफ ऑफ प्रोफेट वुड क्लियरली ब्रिंग फोर्थ द</w:t>
      </w:r>
    </w:p>
    <w:p>
      <w:r>
        <w:rPr>
          <w:b/>
        </w:rPr>
        <w:t xml:space="preserve">[19:56] </w:t>
      </w:r>
      <w:r>
        <w:t>singular target of prophets mission.</w:t>
      </w:r>
    </w:p>
    <w:p>
      <w:pPr>
        <w:jc w:val="right"/>
      </w:pPr>
      <w:r>
        <w:t>सिंगुलर टारगेट ऑफ प्रोफेट्स मिशन।</w:t>
      </w:r>
    </w:p>
    <w:p>
      <w:r>
        <w:rPr>
          <w:b/>
        </w:rPr>
        <w:t xml:space="preserve">[20:00] </w:t>
      </w:r>
      <w:r>
        <w:t>then how did muslims get misled by interpretations given by ulema?</w:t>
      </w:r>
    </w:p>
    <w:p>
      <w:pPr>
        <w:jc w:val="right"/>
      </w:pPr>
      <w:r>
        <w:t>देन हाउ डिड मुस्लिम्स गेट मिसलेड बाय इंटरप्रिटेशंस गिवन बाय उलेमा?</w:t>
      </w:r>
    </w:p>
    <w:p>
      <w:r>
        <w:rPr>
          <w:b/>
        </w:rPr>
        <w:t xml:space="preserve">[20:18] </w:t>
      </w:r>
      <w:r>
        <w:t>a guide to my experience, the</w:t>
      </w:r>
    </w:p>
    <w:p>
      <w:pPr>
        <w:jc w:val="right"/>
      </w:pPr>
      <w:r>
        <w:t>अ गाइड टू माय एक्सपीरियंस, द</w:t>
      </w:r>
    </w:p>
    <w:p>
      <w:r>
        <w:rPr>
          <w:b/>
        </w:rPr>
        <w:t xml:space="preserve">[20:25] </w:t>
      </w:r>
      <w:r>
        <w:t>blame goes to ulema.</w:t>
      </w:r>
    </w:p>
    <w:p>
      <w:pPr>
        <w:jc w:val="right"/>
      </w:pPr>
      <w:r>
        <w:t>ब्लेम गोस टू उलेमा।</w:t>
      </w:r>
    </w:p>
    <w:p>
      <w:r>
        <w:rPr>
          <w:b/>
        </w:rPr>
        <w:t xml:space="preserve">[20:27] </w:t>
      </w:r>
      <w:r>
        <w:t>they become angry.</w:t>
      </w:r>
    </w:p>
    <w:p>
      <w:pPr>
        <w:jc w:val="right"/>
      </w:pPr>
      <w:r>
        <w:t>दे बिकम एंग्री।</w:t>
      </w:r>
    </w:p>
    <w:p>
      <w:r>
        <w:rPr>
          <w:b/>
        </w:rPr>
        <w:t xml:space="preserve">[20:29] </w:t>
      </w:r>
      <w:r>
        <w:t>They become negative of the after the advent of Western civilization.</w:t>
      </w:r>
    </w:p>
    <w:p>
      <w:pPr>
        <w:jc w:val="right"/>
      </w:pPr>
      <w:r>
        <w:t>दे बिकम नेगेटिव ऑफ द आफ्टर द एडवेंट ऑफ वेस्टर्न सिविलाइजेशन।</w:t>
      </w:r>
    </w:p>
    <w:p>
      <w:r>
        <w:rPr>
          <w:b/>
        </w:rPr>
        <w:t xml:space="preserve">[20:36] </w:t>
      </w:r>
      <w:r>
        <w:t>so they misled muslim people.</w:t>
      </w:r>
    </w:p>
    <w:p>
      <w:pPr>
        <w:jc w:val="right"/>
      </w:pPr>
      <w:r>
        <w:t>सो दे मिसलेड मुस्लिम पीपल।</w:t>
      </w:r>
    </w:p>
    <w:p>
      <w:r>
        <w:rPr>
          <w:b/>
        </w:rPr>
        <w:t xml:space="preserve">[20:40] </w:t>
      </w:r>
      <w:r>
        <w:t>Muslim people were misled by ulema.</w:t>
      </w:r>
    </w:p>
    <w:p>
      <w:pPr>
        <w:jc w:val="right"/>
      </w:pPr>
      <w:r>
        <w:t>मुस्लिम पीपल वर मिसलेड बाय उलेमा।</w:t>
      </w:r>
    </w:p>
    <w:p>
      <w:r>
        <w:rPr>
          <w:b/>
        </w:rPr>
        <w:t xml:space="preserve">[20:43] </w:t>
      </w:r>
      <w:r>
        <w:t>Ulema were and ulema felt in in in negative reaction after the advent of Western people.</w:t>
      </w:r>
    </w:p>
    <w:p>
      <w:pPr>
        <w:jc w:val="right"/>
      </w:pPr>
      <w:r>
        <w:t>उलेमा वेयर और उलेमा फेल्ट इन इन इन नेगेटिव रिएक्शन आफ्टर द एडवेंट ऑफ वेस्टर्न पीपल।</w:t>
      </w:r>
    </w:p>
    <w:p>
      <w:r>
        <w:rPr>
          <w:b/>
        </w:rPr>
        <w:t xml:space="preserve">[20:53] </w:t>
      </w:r>
      <w:r>
        <w:t>So first of all, you have to correct the ulema.</w:t>
      </w:r>
    </w:p>
    <w:p>
      <w:pPr>
        <w:jc w:val="right"/>
      </w:pPr>
      <w:r>
        <w:t>सो फर्स्ट ऑफ ऑल, यू हैव टू टू करेक्ट द उलेमा।</w:t>
      </w:r>
    </w:p>
    <w:p>
      <w:r>
        <w:rPr>
          <w:b/>
        </w:rPr>
        <w:t xml:space="preserve">[20:59] </w:t>
      </w:r>
      <w:r>
        <w:t>Until this date, ulema is living in the in the same negativity.</w:t>
      </w:r>
    </w:p>
    <w:p>
      <w:pPr>
        <w:jc w:val="right"/>
      </w:pPr>
      <w:r>
        <w:t>अंटिल दिस डेट, उलेमा इज लिविंग इन द इन द सेम नेगेटिविटी।</w:t>
      </w:r>
    </w:p>
    <w:p>
      <w:r>
        <w:rPr>
          <w:b/>
        </w:rPr>
        <w:t xml:space="preserve">[21:04] </w:t>
      </w:r>
      <w:r>
        <w:t>So they are misleading Muslim people.</w:t>
      </w:r>
    </w:p>
    <w:p>
      <w:pPr>
        <w:jc w:val="right"/>
      </w:pPr>
      <w:r>
        <w:t>सो दे आर मिसलीडिंग मुस्लिम पीपल।</w:t>
      </w:r>
    </w:p>
    <w:p>
      <w:r>
        <w:rPr>
          <w:b/>
        </w:rPr>
        <w:t xml:space="preserve">[21:10] </w:t>
      </w:r>
      <w:r>
        <w:t>this is the problem.</w:t>
      </w:r>
    </w:p>
    <w:p>
      <w:pPr>
        <w:jc w:val="right"/>
      </w:pPr>
      <w:r>
        <w:t>दिस इज द प्रॉब्लम।</w:t>
      </w:r>
    </w:p>
    <w:p>
      <w:r>
        <w:rPr>
          <w:b/>
        </w:rPr>
        <w:t xml:space="preserve">[21:12] </w:t>
      </w:r>
      <w:r>
        <w:t>I am trying my best to change the mind of Muslim ulema.</w:t>
      </w:r>
    </w:p>
    <w:p>
      <w:pPr>
        <w:jc w:val="right"/>
      </w:pPr>
      <w:r>
        <w:t>आई एम ट्राइंग माय बेस्ट टू चेंज द माइंड ऑफ मुस्लिम उलेमा।</w:t>
      </w:r>
    </w:p>
    <w:p>
      <w:r>
        <w:rPr>
          <w:b/>
        </w:rPr>
        <w:t xml:space="preserve">[21:16] </w:t>
      </w:r>
      <w:r>
        <w:t>And I can say that there are hundreds</w:t>
      </w:r>
    </w:p>
    <w:p>
      <w:pPr>
        <w:jc w:val="right"/>
      </w:pPr>
      <w:r>
        <w:t>एंड आई कैन से दैट देयर हंड्रेड्स</w:t>
      </w:r>
    </w:p>
    <w:p>
      <w:r>
        <w:rPr>
          <w:b/>
        </w:rPr>
        <w:t xml:space="preserve">[21:20] </w:t>
      </w:r>
      <w:r>
        <w:t>and hundreds ulema who have changed their mind.</w:t>
      </w:r>
    </w:p>
    <w:p>
      <w:pPr>
        <w:jc w:val="right"/>
      </w:pPr>
      <w:r>
        <w:t>एंड हंड्रेड्स उलेमा हु हैव चेंज देयर माइंड।</w:t>
      </w:r>
    </w:p>
    <w:p>
      <w:r>
        <w:rPr>
          <w:b/>
        </w:rPr>
        <w:t xml:space="preserve">[21:22] </w:t>
      </w:r>
      <w:r>
        <w:t>and the process is is is there.</w:t>
      </w:r>
    </w:p>
    <w:p>
      <w:pPr>
        <w:jc w:val="right"/>
      </w:pPr>
      <w:r>
        <w:t>एंड द प्रोसेस इज इज इज देयर।</w:t>
      </w:r>
    </w:p>
    <w:p>
      <w:r>
        <w:rPr>
          <w:b/>
        </w:rPr>
        <w:t xml:space="preserve">[21:26] </w:t>
      </w:r>
      <w:r>
        <w:t>and i hope that</w:t>
      </w:r>
    </w:p>
    <w:p>
      <w:pPr>
        <w:jc w:val="right"/>
      </w:pPr>
      <w:r>
        <w:t>एंड आई होप दैट</w:t>
      </w:r>
    </w:p>
    <w:p>
      <w:r>
        <w:rPr>
          <w:b/>
        </w:rPr>
        <w:t xml:space="preserve">[21:29] </w:t>
      </w:r>
      <w:r>
        <w:t>A day will come when the majority of ulema will change his mind.</w:t>
      </w:r>
    </w:p>
    <w:p>
      <w:pPr>
        <w:jc w:val="right"/>
      </w:pPr>
      <w:r>
        <w:t>अ डे विल कम व्हेन द मेजॉरिटी ऑफ उलेमा विल चेंज हिज माइंड।</w:t>
      </w:r>
    </w:p>
    <w:p>
      <w:r>
        <w:rPr>
          <w:b/>
        </w:rPr>
        <w:t xml:space="preserve">[21:34] </w:t>
      </w:r>
      <w:r>
        <w:t>and then a new revolution will begin inshallah.</w:t>
      </w:r>
    </w:p>
    <w:p>
      <w:pPr>
        <w:jc w:val="right"/>
      </w:pPr>
      <w:r>
        <w:t>एंड देन अ न्यू रेवोल्यूशन विल बिगिन इंशाल्लाह।</w:t>
      </w:r>
    </w:p>
    <w:p>
      <w:r>
        <w:rPr>
          <w:b/>
        </w:rPr>
        <w:t xml:space="preserve">[21:42] </w:t>
      </w:r>
      <w:r>
        <w:t>this question is from dr farida khanam. yesterday's times of india carried a report that a robot called adam has been developed. and this is going to replace the scientists. can robots perform only routine job?</w:t>
      </w:r>
    </w:p>
    <w:p>
      <w:pPr>
        <w:jc w:val="right"/>
      </w:pPr>
      <w:r>
        <w:t>दिस क्वेश्चन इज फ्रॉम डॉक्टर फरीदा खानम। यस्टरडेज टाइम्स ऑफ इंडिया कैरिड अ रिपोर्ट दैट अ रॉबर्ट कॉल्ड एडम हैज़ बीन डेवलप्ड। एंड दिस इज गोइंग टू रिप्लेस द साइंटिस्ट। कैन रॉबर्ट्स परफॉर्म ओनली रूटीन जॉब?</w:t>
      </w:r>
    </w:p>
    <w:p>
      <w:r>
        <w:rPr>
          <w:b/>
        </w:rPr>
        <w:t xml:space="preserve">[21:59] </w:t>
      </w:r>
      <w:r>
        <w:t>or is it possible to replace the scientist mind?</w:t>
      </w:r>
    </w:p>
    <w:p>
      <w:pPr>
        <w:jc w:val="right"/>
      </w:pPr>
      <w:r>
        <w:t>और इज इट पॉसिबल टू रिप्लेस द साइंटिस्ट माइंड?</w:t>
      </w:r>
    </w:p>
    <w:p>
      <w:r>
        <w:rPr>
          <w:b/>
        </w:rPr>
        <w:t xml:space="preserve">[22:03] </w:t>
      </w:r>
      <w:r>
        <w:t>It's absurd to say that it can replace the scientific mind.</w:t>
      </w:r>
    </w:p>
    <w:p>
      <w:pPr>
        <w:jc w:val="right"/>
      </w:pPr>
      <w:r>
        <w:t>इट्स एब्सर्ड टू से दैट इट कैन रिप्लेस द साइंटिफिक माइंड।</w:t>
      </w:r>
    </w:p>
    <w:p>
      <w:r>
        <w:rPr>
          <w:b/>
        </w:rPr>
        <w:t xml:space="preserve">[22:07] </w:t>
      </w:r>
      <w:r>
        <w:t>completely absurd. Yes, it can do some routine work.</w:t>
      </w:r>
    </w:p>
    <w:p>
      <w:pPr>
        <w:jc w:val="right"/>
      </w:pPr>
      <w:r>
        <w:t>कंपलीटली एब्सर्ड। यस, इट कैन डू सम रूटीन वर्क।</w:t>
      </w:r>
    </w:p>
    <w:p>
      <w:r>
        <w:rPr>
          <w:b/>
        </w:rPr>
        <w:t xml:space="preserve">[22:12] </w:t>
      </w:r>
      <w:r>
        <w:t>That's all. People don't know the difference between routine work and scientific job.</w:t>
      </w:r>
    </w:p>
    <w:p>
      <w:pPr>
        <w:jc w:val="right"/>
      </w:pPr>
      <w:r>
        <w:t>दैट्स ऑल। पीपल डोंट नो द डिफरेंस बिटवीन रूटीन वर्क एंड साइंटिफिक जॉब।</w:t>
      </w:r>
    </w:p>
    <w:p>
      <w:r>
        <w:rPr>
          <w:b/>
        </w:rPr>
        <w:t xml:space="preserve">[22:18] </w:t>
      </w:r>
      <w:r>
        <w:t>they are confused.</w:t>
      </w:r>
    </w:p>
    <w:p>
      <w:pPr>
        <w:jc w:val="right"/>
      </w:pPr>
      <w:r>
        <w:t>दे आर कंफ्यूज्ड।</w:t>
      </w:r>
    </w:p>
    <w:p>
      <w:r>
        <w:rPr>
          <w:b/>
        </w:rPr>
        <w:t xml:space="preserve">[22:20] </w:t>
      </w:r>
      <w:r>
        <w:t>So sometime they say that robot is is doing the scientific job, scientific mind.</w:t>
      </w:r>
    </w:p>
    <w:p>
      <w:pPr>
        <w:jc w:val="right"/>
      </w:pPr>
      <w:r>
        <w:t>सो समटाइम दे से दैट रोबोट इज इज डूइंग द साइंटिफिक जॉब, साइंटिफिक माइंड।</w:t>
      </w:r>
    </w:p>
    <w:p>
      <w:r>
        <w:rPr>
          <w:b/>
        </w:rPr>
        <w:t xml:space="preserve">[22:25] </w:t>
      </w:r>
      <w:r>
        <w:t>it not it is absurd.</w:t>
      </w:r>
    </w:p>
    <w:p>
      <w:pPr>
        <w:jc w:val="right"/>
      </w:pPr>
      <w:r>
        <w:t>इट नॉट इट इज एब्सर्ड।</w:t>
      </w:r>
    </w:p>
    <w:p>
      <w:r>
        <w:rPr>
          <w:b/>
        </w:rPr>
        <w:t xml:space="preserve">[22:28] </w:t>
      </w:r>
      <w:r>
        <w:t>No robot, no science, no computer can do the</w:t>
      </w:r>
    </w:p>
    <w:p>
      <w:pPr>
        <w:jc w:val="right"/>
      </w:pPr>
      <w:r>
        <w:t>नो रोबोट, नो साइंस, नो कंप्यूटर कैन डू द</w:t>
      </w:r>
    </w:p>
    <w:p>
      <w:r>
        <w:rPr>
          <w:b/>
        </w:rPr>
        <w:t xml:space="preserve">[22:32] </w:t>
      </w:r>
      <w:r>
        <w:t>The job of his science, of his scientist.</w:t>
      </w:r>
    </w:p>
    <w:p>
      <w:pPr>
        <w:jc w:val="right"/>
      </w:pPr>
      <w:r>
        <w:t>द द जॉब ऑफ ऑफ हिज साइंस, ऑफ हिज साइंटिस्ट।</w:t>
      </w:r>
    </w:p>
    <w:p>
      <w:r>
        <w:rPr>
          <w:b/>
        </w:rPr>
        <w:t xml:space="preserve">[22:39] </w:t>
      </w:r>
      <w:r>
        <w:t>No robot can do the job of of his of his of his scientific mind.</w:t>
      </w:r>
    </w:p>
    <w:p>
      <w:pPr>
        <w:jc w:val="right"/>
      </w:pPr>
      <w:r>
        <w:t>नो रोबोट कैन डू द जॉब ऑफ ऑफ हिज ऑफ हिज ऑफ हिज साइंटिफिक माइंड।</w:t>
      </w:r>
    </w:p>
    <w:p>
      <w:r>
        <w:rPr>
          <w:b/>
        </w:rPr>
        <w:t xml:space="preserve">[22:44] </w:t>
      </w:r>
      <w:r>
        <w:t>it can do only some</w:t>
      </w:r>
    </w:p>
    <w:p>
      <w:pPr>
        <w:jc w:val="right"/>
      </w:pPr>
      <w:r>
        <w:t>इट कैन डू ओनली सम</w:t>
      </w:r>
    </w:p>
    <w:p>
      <w:r>
        <w:rPr>
          <w:b/>
        </w:rPr>
        <w:t xml:space="preserve">[22:45] </w:t>
      </w:r>
      <w:r>
        <w:t>routines, routine work.</w:t>
      </w:r>
    </w:p>
    <w:p>
      <w:pPr>
        <w:jc w:val="right"/>
      </w:pPr>
      <w:r>
        <w:t>रूटीन्स, रूटीन वर्क।</w:t>
      </w:r>
    </w:p>
    <w:p>
      <w:r>
        <w:rPr>
          <w:b/>
        </w:rPr>
        <w:t xml:space="preserve">[22:50] </w:t>
      </w:r>
      <w:r>
        <w:t>So these kind of reports are these these kind of reports of these kind are misleading reports.</w:t>
      </w:r>
    </w:p>
    <w:p>
      <w:pPr>
        <w:jc w:val="right"/>
      </w:pPr>
      <w:r>
        <w:t>सो दीज़ का रिपोर्ट आर दीज़ दीज़ का रिपोर्ट्स ऑफ दीज़ काइंड आर मिसलीडिंग रिपोर्ट।</w:t>
      </w:r>
    </w:p>
    <w:p>
      <w:r>
        <w:rPr>
          <w:b/>
        </w:rPr>
        <w:t xml:space="preserve">[22:57] </w:t>
      </w:r>
      <w:r>
        <w:t>misleading. I am certain that no robot can do the job of a of a scientist, scientist of</w:t>
      </w:r>
    </w:p>
    <w:p>
      <w:pPr>
        <w:jc w:val="right"/>
      </w:pPr>
      <w:r>
        <w:t>मिसलीडिंग। आई एम सर्टेन दैट नो रोबोट कैन डू द जॉब ऑफ ए ऑफ ए साइंटिस्ट, साइंटिस्ट ऑफ</w:t>
      </w:r>
    </w:p>
    <w:p>
      <w:r>
        <w:rPr>
          <w:b/>
        </w:rPr>
        <w:t xml:space="preserve">[23:07] </w:t>
      </w:r>
      <w:r>
        <w:t>a scientific mind.</w:t>
      </w:r>
    </w:p>
    <w:p>
      <w:pPr>
        <w:jc w:val="right"/>
      </w:pPr>
      <w:r>
        <w:t>ए साइंटिफिक माइंड।</w:t>
      </w:r>
    </w:p>
    <w:p>
      <w:r>
        <w:rPr>
          <w:b/>
        </w:rPr>
        <w:t xml:space="preserve">[23:09] </w:t>
      </w:r>
      <w:r>
        <w:t>Any any robot, any computer can do only the routine work.</w:t>
      </w:r>
    </w:p>
    <w:p>
      <w:pPr>
        <w:jc w:val="right"/>
      </w:pPr>
      <w:r>
        <w:t>एनी एनी रोब, एनी रोबोट और एनी कंप्यूटर कैन डू ओनली द रूटीन वर्क।</w:t>
      </w:r>
    </w:p>
    <w:p>
      <w:r>
        <w:rPr>
          <w:b/>
        </w:rPr>
        <w:t xml:space="preserve">[23:15] </w:t>
      </w:r>
      <w:r>
        <w:t>That's all. Any mechanical mind can do only the routine work and not the</w:t>
      </w:r>
    </w:p>
    <w:p>
      <w:pPr>
        <w:jc w:val="right"/>
      </w:pPr>
      <w:r>
        <w:t>दैट्स ऑल। एनी मैकेनिकल माइंड कैन डू ओनली द रूटीन वर्क एंड नॉट द</w:t>
      </w:r>
    </w:p>
    <w:p>
      <w:r>
        <w:rPr>
          <w:b/>
        </w:rPr>
        <w:t xml:space="preserve">[23:25] </w:t>
      </w:r>
      <w:r>
        <w:t>any that work, which a scientific mind can do.</w:t>
      </w:r>
    </w:p>
    <w:p>
      <w:pPr>
        <w:jc w:val="right"/>
      </w:pPr>
      <w:r>
        <w:t>एनी दैट वर्क, व्हिच अ साइंटिफिक माइंड कैन डू।</w:t>
      </w:r>
    </w:p>
    <w:p>
      <w:r>
        <w:rPr>
          <w:b/>
        </w:rPr>
        <w:t xml:space="preserve">[23:29] </w:t>
      </w:r>
      <w:r>
        <w:t>its very clear.</w:t>
      </w:r>
    </w:p>
    <w:p>
      <w:pPr>
        <w:jc w:val="right"/>
      </w:pPr>
      <w:r>
        <w:t>इट्स वेरी क्लियर।</w:t>
      </w:r>
    </w:p>
    <w:p>
      <w:r>
        <w:rPr>
          <w:b/>
        </w:rPr>
        <w:t xml:space="preserve">[23:34] </w:t>
      </w:r>
      <w:r>
        <w:t>this question is from mr michel lemy.</w:t>
      </w:r>
    </w:p>
    <w:p>
      <w:pPr>
        <w:jc w:val="right"/>
      </w:pPr>
      <w:r>
        <w:t>दिस क्वेश्चन इज फ्रॉम मिस्टर मिशेल लेमी।</w:t>
      </w:r>
    </w:p>
    <w:p>
      <w:r>
        <w:rPr>
          <w:b/>
        </w:rPr>
        <w:t xml:space="preserve">[23:39] </w:t>
      </w:r>
      <w:r>
        <w:t>maulana when discussing the topic of harmony in a multireligious society,</w:t>
      </w:r>
    </w:p>
    <w:p>
      <w:pPr>
        <w:jc w:val="right"/>
      </w:pPr>
      <w:r>
        <w:t>मौलाना व्हेन डिस्कसिंग द टॉपिक ऑफ हार्मनी इन अ मल्टीरिलिजियस सोसाइटी,</w:t>
      </w:r>
    </w:p>
    <w:p>
      <w:r>
        <w:rPr>
          <w:b/>
        </w:rPr>
        <w:t xml:space="preserve">[23:44] </w:t>
      </w:r>
      <w:r>
        <w:t>You said that mutual recognition formula is not feasible.</w:t>
      </w:r>
    </w:p>
    <w:p>
      <w:pPr>
        <w:jc w:val="right"/>
      </w:pPr>
      <w:r>
        <w:t>यू सेड दैट म्यूचुअल रिकग्निशन फार्मूला इज नॉट फीज़िबल।</w:t>
      </w:r>
    </w:p>
    <w:p>
      <w:r>
        <w:rPr>
          <w:b/>
        </w:rPr>
        <w:t xml:space="preserve">[23:49] </w:t>
      </w:r>
      <w:r>
        <w:t>So we should use the mutual respect formula of Islam.</w:t>
      </w:r>
    </w:p>
    <w:p>
      <w:pPr>
        <w:jc w:val="right"/>
      </w:pPr>
      <w:r>
        <w:t>सो वी शुड यूज़ द म्यूचुअल रिस्पेक्ट फार्मूला ऑफ इस्लाम।</w:t>
      </w:r>
    </w:p>
    <w:p>
      <w:r>
        <w:rPr>
          <w:b/>
        </w:rPr>
        <w:t xml:space="preserve">[23:53] </w:t>
      </w:r>
      <w:r>
        <w:t>But you also said yesterday that the mutual recognition formula is nevertheless a beautiful formula.</w:t>
      </w:r>
    </w:p>
    <w:p>
      <w:pPr>
        <w:jc w:val="right"/>
      </w:pPr>
      <w:r>
        <w:t>बट यू आल्सो सेड यस्टरडे दैट द म्यूचुअल रिकग्निशन फार्मूला इज नेवर द लेस अ ब्यूटीफुल फार्मूला।</w:t>
      </w:r>
    </w:p>
    <w:p>
      <w:r>
        <w:rPr>
          <w:b/>
        </w:rPr>
        <w:t xml:space="preserve">[24:01] </w:t>
      </w:r>
      <w:r>
        <w:t>So can we still think that there is some truth in other religions?</w:t>
      </w:r>
    </w:p>
    <w:p>
      <w:pPr>
        <w:jc w:val="right"/>
      </w:pPr>
      <w:r>
        <w:t>सो कैन वी स्टिल थिंक दैट देयर इज सम ट्रुथ इन अदर रिलीजंस?</w:t>
      </w:r>
    </w:p>
    <w:p>
      <w:r>
        <w:rPr>
          <w:b/>
        </w:rPr>
        <w:t xml:space="preserve">[24:07] </w:t>
      </w:r>
      <w:r>
        <w:t>kind</w:t>
      </w:r>
    </w:p>
    <w:p>
      <w:pPr>
        <w:jc w:val="right"/>
      </w:pPr>
      <w:r>
        <w:t>काइंड</w:t>
      </w:r>
    </w:p>
    <w:p>
      <w:r>
        <w:rPr>
          <w:b/>
        </w:rPr>
        <w:t xml:space="preserve">[24:08] </w:t>
      </w:r>
      <w:r>
        <w:t>lee comment. i am not saying that is correct formula. seemingly, it is a beautiful formula. apparently, it is a beautiful formula. but i am not saying that is correct. there is a another point, another point. to in these matters,</w:t>
      </w:r>
    </w:p>
    <w:p>
      <w:pPr>
        <w:jc w:val="right"/>
      </w:pPr>
      <w:r>
        <w:t>ली कमेंट। आई एम नॉट सेइंग दैट इज करेक्ट फार्मूला। सीमिंगली, इट इज अ ब्यूटीफुल फार्मूला। अपेरेंटली, इट इज अ ब्यूटीफुल फार्मूला। बट आई एम नॉट सेइंग दैट इज करेक्ट। देयर इज अ अनदर पॉइंट, अनदर पॉइंट। तो इन दीज़ मैटर्स,</w:t>
      </w:r>
    </w:p>
    <w:p>
      <w:r>
        <w:rPr>
          <w:b/>
        </w:rPr>
        <w:t xml:space="preserve">[24:25] </w:t>
      </w:r>
      <w:r>
        <w:t>we yani in these matters, we need only practical formula. and history shows us that it is not a practical formula. akbar, akbar fell. doctor bhagwan das fell. mahatma gandhi fell. swami vakrant, vakrant fell.</w:t>
      </w:r>
    </w:p>
    <w:p>
      <w:pPr>
        <w:jc w:val="right"/>
      </w:pPr>
      <w:r>
        <w:t>वी यानी इन दीज़ मैटर्स, वी नीड ओनली प्रैक्टिकल फार्मूला। एंड हिस्ट्री शोज अस दैट इट इज नॉट अ प्रैक्टिकल फार्मूला। अकबर, अकबर फेल। डॉक्टर भगवान दास फेल। महात्मा गांधी फेल। स्वामी वक्रांत, वक्रांत फेल।</w:t>
      </w:r>
    </w:p>
    <w:p>
      <w:r>
        <w:rPr>
          <w:b/>
        </w:rPr>
        <w:t xml:space="preserve">[24:50] </w:t>
      </w:r>
      <w:r>
        <w:t>they were advocate of this formula. so apparently, it is a beautiful formula. but if it is not practicable, then it is not useful. it is a it is our urgent need to bring about harmony among the society. its our urgent need. we cannot wait up to several hundred years or several thousand years.</w:t>
      </w:r>
    </w:p>
    <w:p>
      <w:pPr>
        <w:jc w:val="right"/>
      </w:pPr>
      <w:r>
        <w:t>दे वेर एडवोकेट ऑफ दिस फार्मूला। सो अपेरेंटली, इट इज अ ब्यूटीफुल फार्मूला। बट इफ इट इज नॉट प्रैक्टिकेबल, देन इट इज नॉट यूज़फुल। इट इज अ इट इज आवर अर्जेंट नीड टू ब्रिंग अबाउट हार्मनी अमंग द सोसाइटी। इट्स आवर अर्जेंट नीड। वी कैन नॉट वेट अप टू सेवरल हंड्रेड इयर्स और सेवरल थाउजेंड इयर्स।</w:t>
      </w:r>
    </w:p>
    <w:p>
      <w:r>
        <w:rPr>
          <w:b/>
        </w:rPr>
        <w:t xml:space="preserve">[25:16] </w:t>
      </w:r>
      <w:r>
        <w:t>so apparent all yani</w:t>
      </w:r>
    </w:p>
    <w:p>
      <w:pPr>
        <w:jc w:val="right"/>
      </w:pPr>
      <w:r>
        <w:t>सो अपेरेंट ऑल यानी</w:t>
      </w:r>
    </w:p>
    <w:p>
      <w:r>
        <w:rPr>
          <w:b/>
        </w:rPr>
        <w:t xml:space="preserve">[25:23] </w:t>
      </w:r>
      <w:r>
        <w:t>I, I, I, I'm not saying that is correct formula.</w:t>
      </w:r>
    </w:p>
    <w:p>
      <w:pPr>
        <w:jc w:val="right"/>
      </w:pPr>
      <w:r>
        <w:t>आई आई आई आई एम नॉट सेइंग दैट इज करेक्ट फार्मूला।</w:t>
      </w:r>
    </w:p>
    <w:p>
      <w:r>
        <w:rPr>
          <w:b/>
        </w:rPr>
        <w:t xml:space="preserve">[25:25] </w:t>
      </w:r>
      <w:r>
        <w:t>Apparently, it seems to be a beautiful formula.</w:t>
      </w:r>
    </w:p>
    <w:p>
      <w:pPr>
        <w:jc w:val="right"/>
      </w:pPr>
      <w:r>
        <w:t>अपेरेंटली, इट सीम्स टू बी अ ब्यूटीफुल फार्मूला।</w:t>
      </w:r>
    </w:p>
    <w:p>
      <w:r>
        <w:rPr>
          <w:b/>
        </w:rPr>
        <w:t xml:space="preserve">[25:28] </w:t>
      </w:r>
      <w:r>
        <w:t>But when it is not practical, it is not feasible, then it is not useful for us.</w:t>
      </w:r>
    </w:p>
    <w:p>
      <w:pPr>
        <w:jc w:val="right"/>
      </w:pPr>
      <w:r>
        <w:t>बट व्हेन इट इज नॉट प्रैक्टिकल, इट इज नॉट फीज़िबल, देन इट इज नॉट यूज़फुल फॉर अस।</w:t>
      </w:r>
    </w:p>
    <w:p>
      <w:r>
        <w:rPr>
          <w:b/>
        </w:rPr>
        <w:t xml:space="preserve">[25:35] </w:t>
      </w:r>
      <w:r>
        <w:t>because it is our urgent need to bring about harmony in our society.</w:t>
      </w:r>
    </w:p>
    <w:p>
      <w:pPr>
        <w:jc w:val="right"/>
      </w:pPr>
      <w:r>
        <w:t>बिकॉज़ इट इज आवर अर्जेंट नीड टू ब्रिंग अबाउट हार्मनी इन आवर सोसाइटी।</w:t>
      </w:r>
    </w:p>
    <w:p>
      <w:r>
        <w:rPr>
          <w:b/>
        </w:rPr>
        <w:t xml:space="preserve">[25:40] </w:t>
      </w:r>
      <w:r>
        <w:t>So we have no option other than to adopt the practical formula.</w:t>
      </w:r>
    </w:p>
    <w:p>
      <w:pPr>
        <w:jc w:val="right"/>
      </w:pPr>
      <w:r>
        <w:t>सो वी हैव नो ऑप्शन अदर देन टू अडॉप्ट द प्रैक्टिकल फार्मूला।</w:t>
      </w:r>
    </w:p>
    <w:p>
      <w:r>
        <w:rPr>
          <w:b/>
        </w:rPr>
        <w:t xml:space="preserve">[25:46] </w:t>
      </w:r>
      <w:r>
        <w:t>there is no option.</w:t>
      </w:r>
    </w:p>
    <w:p>
      <w:pPr>
        <w:jc w:val="right"/>
      </w:pPr>
      <w:r>
        <w:t>देयर इज नो ऑप्शन।</w:t>
      </w:r>
    </w:p>
    <w:p>
      <w:r>
        <w:rPr>
          <w:b/>
        </w:rPr>
        <w:t xml:space="preserve">[25:50] </w:t>
      </w:r>
      <w:r>
        <w:t>We we we are bound to address the present</w:t>
      </w:r>
    </w:p>
    <w:p>
      <w:pPr>
        <w:jc w:val="right"/>
      </w:pPr>
      <w:r>
        <w:t>वी वी वी आर बाउंड टू एड्रेस द प्रेजेंट</w:t>
      </w:r>
    </w:p>
    <w:p>
      <w:r>
        <w:rPr>
          <w:b/>
        </w:rPr>
        <w:t xml:space="preserve">[25:56] </w:t>
      </w:r>
      <w:r>
        <w:t>mind, present situation.</w:t>
      </w:r>
    </w:p>
    <w:p>
      <w:pPr>
        <w:jc w:val="right"/>
      </w:pPr>
      <w:r>
        <w:t>माइंड, प्रेजेंट सिचुएशन।</w:t>
      </w:r>
    </w:p>
    <w:p>
      <w:r>
        <w:rPr>
          <w:b/>
        </w:rPr>
        <w:t xml:space="preserve">[25:59] </w:t>
      </w:r>
      <w:r>
        <w:t>so this formula fail to address</w:t>
      </w:r>
    </w:p>
    <w:p>
      <w:pPr>
        <w:jc w:val="right"/>
      </w:pPr>
      <w:r>
        <w:t>सो दिस फार्मूला फेल टू एड्रेस</w:t>
      </w:r>
    </w:p>
    <w:p>
      <w:r>
        <w:rPr>
          <w:b/>
        </w:rPr>
        <w:t xml:space="preserve">[26:02] </w:t>
      </w:r>
      <w:r>
        <w:t>the situation.</w:t>
      </w:r>
    </w:p>
    <w:p>
      <w:pPr>
        <w:jc w:val="right"/>
      </w:pPr>
      <w:r>
        <w:t>द सिचुएशन।</w:t>
      </w:r>
    </w:p>
    <w:p>
      <w:r>
        <w:rPr>
          <w:b/>
        </w:rPr>
        <w:t xml:space="preserve">[26:06] </w:t>
      </w:r>
      <w:r>
        <w:t>So I I say that in other fields, we have adopted the same formula.</w:t>
      </w:r>
    </w:p>
    <w:p>
      <w:pPr>
        <w:jc w:val="right"/>
      </w:pPr>
      <w:r>
        <w:t>सो आई आई से दैट इन अदर फील्ड्स, वी हैव अडॉप्टेड द सेम फार्मूला।</w:t>
      </w:r>
    </w:p>
    <w:p>
      <w:r>
        <w:rPr>
          <w:b/>
        </w:rPr>
        <w:t xml:space="preserve">[26:11] </w:t>
      </w:r>
      <w:r>
        <w:t>For example, we say we we live and live and let live.</w:t>
      </w:r>
    </w:p>
    <w:p>
      <w:pPr>
        <w:jc w:val="right"/>
      </w:pPr>
      <w:r>
        <w:t>फॉर एग्जांपल, वी से वी वी लिव एंड लिव एंड लेट लिव।</w:t>
      </w:r>
    </w:p>
    <w:p>
      <w:r>
        <w:rPr>
          <w:b/>
        </w:rPr>
        <w:t xml:space="preserve">[26:17] </w:t>
      </w:r>
      <w:r>
        <w:t>aur let us agree, disagree.</w:t>
      </w:r>
    </w:p>
    <w:p>
      <w:pPr>
        <w:jc w:val="right"/>
      </w:pPr>
      <w:r>
        <w:t>और लेट अस एग्री, डिसएग्री।</w:t>
      </w:r>
    </w:p>
    <w:p>
      <w:r>
        <w:rPr>
          <w:b/>
        </w:rPr>
        <w:t xml:space="preserve">[26:20] </w:t>
      </w:r>
      <w:r>
        <w:t>aur peaceful co-position.</w:t>
      </w:r>
    </w:p>
    <w:p>
      <w:pPr>
        <w:jc w:val="right"/>
      </w:pPr>
      <w:r>
        <w:t>और पीसफुल कोज़िशन।</w:t>
      </w:r>
    </w:p>
    <w:p>
      <w:r>
        <w:rPr>
          <w:b/>
        </w:rPr>
        <w:t xml:space="preserve">[26:22] </w:t>
      </w:r>
      <w:r>
        <w:t>All these formulas are prevalent among among people.</w:t>
      </w:r>
    </w:p>
    <w:p>
      <w:pPr>
        <w:jc w:val="right"/>
      </w:pPr>
      <w:r>
        <w:t>ऑल दीज़ फार्मूला आर आर प्रेबलेंट अमंग अमंग पीपल।</w:t>
      </w:r>
    </w:p>
    <w:p>
      <w:r>
        <w:rPr>
          <w:b/>
        </w:rPr>
        <w:t xml:space="preserve">[26:29] </w:t>
      </w:r>
      <w:r>
        <w:t>So we have to adopt the same formula in this.</w:t>
      </w:r>
    </w:p>
    <w:p>
      <w:pPr>
        <w:jc w:val="right"/>
      </w:pPr>
      <w:r>
        <w:t>सो वी हैव टू अडॉप्ट द सेम फार्मूला इन दिस</w:t>
      </w:r>
    </w:p>
    <w:p>
      <w:r>
        <w:rPr>
          <w:b/>
        </w:rPr>
        <w:t xml:space="preserve">[26:33] </w:t>
      </w:r>
      <w:r>
        <w:t>issues. This formula has proved its practicability,</w:t>
      </w:r>
    </w:p>
    <w:p>
      <w:pPr>
        <w:jc w:val="right"/>
      </w:pPr>
      <w:r>
        <w:t>इश्यूज। दिस फार्मूला हैज़ प्रूव्ड इट्स प्रैक्टिबिलिटी,</w:t>
      </w:r>
    </w:p>
    <w:p>
      <w:r>
        <w:rPr>
          <w:b/>
        </w:rPr>
        <w:t xml:space="preserve">[26:40] </w:t>
      </w:r>
      <w:r>
        <w:t>Its feasibility. The the that formula, which is based on mutual respect, is has proved its feasibility.</w:t>
      </w:r>
    </w:p>
    <w:p>
      <w:pPr>
        <w:jc w:val="right"/>
      </w:pPr>
      <w:r>
        <w:t>इट्स फीज़िबिलिटी। द द दैट फार्मूला, व्हिच इज बेस्ड ऑन म्यूचुअल रिस्पेक्ट, इज हैज़ प्रूव्ड इट्स फीज़िबिलिटी।</w:t>
      </w:r>
    </w:p>
    <w:p>
      <w:r>
        <w:rPr>
          <w:b/>
        </w:rPr>
        <w:t xml:space="preserve">[26:48] </w:t>
      </w:r>
      <w:r>
        <w:t>So we have to adopt the same formula in religious matters also.</w:t>
      </w:r>
    </w:p>
    <w:p>
      <w:pPr>
        <w:jc w:val="right"/>
      </w:pPr>
      <w:r>
        <w:t>सो वी हैव टू अडॉप्ट द सेम फार्मूला इन लेजस मैटर्स आल्सो।</w:t>
      </w:r>
    </w:p>
    <w:p>
      <w:r>
        <w:rPr>
          <w:b/>
        </w:rPr>
        <w:t xml:space="preserve">[26:52] </w:t>
      </w:r>
      <w:r>
        <w:t>this by point.</w:t>
      </w:r>
    </w:p>
    <w:p>
      <w:pPr>
        <w:jc w:val="right"/>
      </w:pPr>
      <w:r>
        <w:t>दिस बाय पॉइंट।</w:t>
      </w:r>
    </w:p>
    <w:p>
      <w:r>
        <w:rPr>
          <w:b/>
        </w:rPr>
        <w:t xml:space="preserve">[26:57] </w:t>
      </w:r>
      <w:r>
        <w:t>this question is from maulana zakhwan. maulana, do you think it is necessary to read your books on daily basis, especially for the cps members?</w:t>
      </w:r>
    </w:p>
    <w:p>
      <w:pPr>
        <w:jc w:val="right"/>
      </w:pPr>
      <w:r>
        <w:t>दिस क्वेश्चन इज फ्रॉम मौलाना जकवान। मौलाना, डू यू थिंक इट इज नेसेसरी टू रीड योर बुक्स ऑन डेली बेसिस, स्पेशली फॉर द सीपीएस मेंबर्स?</w:t>
      </w:r>
    </w:p>
    <w:p>
      <w:r>
        <w:rPr>
          <w:b/>
        </w:rPr>
        <w:t xml:space="preserve">[27:09] </w:t>
      </w:r>
      <w:r>
        <w:t>or is it enough to attend your weekly classes? kindly comment.</w:t>
      </w:r>
    </w:p>
    <w:p>
      <w:pPr>
        <w:jc w:val="right"/>
      </w:pPr>
      <w:r>
        <w:t>और इज इट इनफ टू अटेंड योर वीकली क्लासेस? काइंडली कमेंट।</w:t>
      </w:r>
    </w:p>
    <w:p>
      <w:r>
        <w:rPr>
          <w:b/>
        </w:rPr>
        <w:t xml:space="preserve">[27:17] </w:t>
      </w:r>
      <w:r>
        <w:t>yes, i would like to say that simply attending the weekly classes is not enough. you have to read our literature on routine basis, on regular basis, every day. every day. without without studying this literature,</w:t>
      </w:r>
    </w:p>
    <w:p>
      <w:pPr>
        <w:jc w:val="right"/>
      </w:pPr>
      <w:r>
        <w:t>यस, आई वुड लाइक टू से दैट सिंपली अटेंडिंग द वीकली क्लासेस इज नॉट इनफ। यू हैव टू रीड आवर लिटरेचर ऑन रूटीन बेसिस, ऑन रेगुलर बेसिस, एव्री डे। एव्री डे। विदाउट विदाउट स्टडीइंग दिस लिटरेचर,</w:t>
      </w:r>
    </w:p>
    <w:p>
      <w:r>
        <w:rPr>
          <w:b/>
        </w:rPr>
        <w:t xml:space="preserve">[27:39] </w:t>
      </w:r>
      <w:r>
        <w:t>it not possible to to change the to bring about the required change in your mind.</w:t>
      </w:r>
    </w:p>
    <w:p>
      <w:pPr>
        <w:jc w:val="right"/>
      </w:pPr>
      <w:r>
        <w:t>इट नॉट पॉसिबल टू टू चेंज द टू ब्रिंग अबाउट द रिक्वायर्ड चेंज इन योर माइंड।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