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Islam the Reformed Edition of True Religion July 21, 2006</w:t>
      </w:r>
    </w:p>
    <w:p>
      <w:r>
        <w:t>https://www.youtube.com/watch?v=BnFM0wiwG-Q</w:t>
      </w:r>
    </w:p>
    <w:p>
      <w:r>
        <w:rPr>
          <w:b/>
        </w:rPr>
        <w:t xml:space="preserve">[00:13] </w:t>
      </w:r>
      <w:r>
        <w:t>bismillah rahman rahim, wasallallahu ala nabiyyil karim. rabishrah li sadri, wa yassir li amri, wahlul uqdatan min lisani, yafqahu qawli.</w:t>
      </w:r>
    </w:p>
    <w:p>
      <w:pPr>
        <w:jc w:val="right"/>
      </w:pPr>
      <w:r>
        <w:t>بسم اللہ الرحمن الرحیم، وصلی اللہ علی النبی الکریم۔ رب اشرح لی صدری، ویسر لی امری، واحل العقدۃ من لسانی، یفقہ قولی۔</w:t>
      </w:r>
    </w:p>
    <w:p>
      <w:r>
        <w:rPr>
          <w:b/>
        </w:rPr>
        <w:t xml:space="preserve">[00:33] </w:t>
      </w:r>
      <w:r>
        <w:t>aaj mere office mein do sahiban aaye, yeh dono university ke student the,</w:t>
      </w:r>
    </w:p>
    <w:p>
      <w:pPr>
        <w:jc w:val="right"/>
      </w:pPr>
      <w:r>
        <w:t>آج میرے آفس میں دو صاحبان آئے، یہ دونوں یونیورسٹی کے اسٹوڈنٹ تھے،</w:t>
      </w:r>
    </w:p>
    <w:p>
      <w:r>
        <w:rPr>
          <w:b/>
        </w:rPr>
        <w:t xml:space="preserve">[00:49] </w:t>
      </w:r>
      <w:r>
        <w:t>research student. to unhone kaha ke hamare dada ji, jo pakistan se aaye the, to woh islam aur mazhabi kitabein bahut padhte the,</w:t>
      </w:r>
    </w:p>
    <w:p>
      <w:pPr>
        <w:jc w:val="right"/>
      </w:pPr>
      <w:r>
        <w:t>ریسرچ اسٹوڈنٹ۔ تو انہوں نے کہا کہ ہمارے دادا جی، جو پاکستان سے آئے تھے، تو وہ اسلام اور مذہبی کتابیں بہت پڑھتے تھے،</w:t>
      </w:r>
    </w:p>
    <w:p>
      <w:r>
        <w:rPr>
          <w:b/>
        </w:rPr>
        <w:t xml:space="preserve">[01:07] </w:t>
      </w:r>
      <w:r>
        <w:t>aur islam ko bahut achha religion batate the. to bachpan mein hum logon ka jo mind bana tha woh yahi tha ke islam is a very nice religion.</w:t>
      </w:r>
    </w:p>
    <w:p>
      <w:pPr>
        <w:jc w:val="right"/>
      </w:pPr>
      <w:r>
        <w:t>اور اسلام کو بہت اچھا ریلیجن بتاتے تھے۔ تو بچپن میں ہم لوگوں کا جو مائنڈ بنا تھا وہ یہی تھا کہ اسلام از اے ویری نائس ریلیجن۔</w:t>
      </w:r>
    </w:p>
    <w:p>
      <w:r>
        <w:rPr>
          <w:b/>
        </w:rPr>
        <w:t xml:space="preserve">[01:24] </w:t>
      </w:r>
      <w:r>
        <w:t>kyunki aaj kal media mein jo baatein aa rahi hain, usmein hum ko kuch aur hi information milti hai.</w:t>
      </w:r>
    </w:p>
    <w:p>
      <w:pPr>
        <w:jc w:val="right"/>
      </w:pPr>
      <w:r>
        <w:t>کیونکہ آج کل میڈیا میں جو باتیں آ رہی ہیں، اس میں ہم کو کچھ اور ہی انفارمیشن ملتی ہے۔</w:t>
      </w:r>
    </w:p>
    <w:p>
      <w:r>
        <w:rPr>
          <w:b/>
        </w:rPr>
        <w:t xml:space="preserve">[01:36] </w:t>
      </w:r>
      <w:r>
        <w:t>to media ko dekh dekh kar hamare mind mein kuch sawal aate hain. to humne suna ke aap ek islam ke scholar hain, aur well known scholar hain,</w:t>
      </w:r>
    </w:p>
    <w:p>
      <w:pPr>
        <w:jc w:val="right"/>
      </w:pPr>
      <w:r>
        <w:t>تو میڈیا کو دیکھ دیکھ کر ہمارے مائنڈ میں کچھ سوال آتے ہیں۔ تو ہم نے سنا کہ آپ ایک اسلام کے اسکالر ہیں، اور ویل نون اسکالر ہیں،</w:t>
      </w:r>
    </w:p>
    <w:p>
      <w:r>
        <w:rPr>
          <w:b/>
        </w:rPr>
        <w:t xml:space="preserve">[01:51] </w:t>
      </w:r>
      <w:r>
        <w:t>to hum aap ke paas aaye hain ek sawal ko lekar. woh sawal bas ek tha. unhone kaha ke media se hamein yeh image bani hai islam ki,</w:t>
      </w:r>
    </w:p>
    <w:p>
      <w:pPr>
        <w:jc w:val="right"/>
      </w:pPr>
      <w:r>
        <w:t>تو ہم آپ کے پاس آئے ہیں ایک سوال کو لے کر۔ وہ سوال بس ایک تھا۔ انہوں نے کہا کہ میڈیا سے ہمیں یہ امیج بنی ہے اسلام کی،</w:t>
      </w:r>
    </w:p>
    <w:p>
      <w:r>
        <w:rPr>
          <w:b/>
        </w:rPr>
        <w:t xml:space="preserve">[02:08] </w:t>
      </w:r>
      <w:r>
        <w:t>ke islam mein jihad ko bahut zyada ahmiyat di gayi hai, supreme ahmiyat.</w:t>
      </w:r>
    </w:p>
    <w:p>
      <w:pPr>
        <w:jc w:val="right"/>
      </w:pPr>
      <w:r>
        <w:t>کہ اسلام میں جہاد کو بہت زیادہ اہمیت دی گئی ہے، سپریم اہمیت۔</w:t>
      </w:r>
    </w:p>
    <w:p>
      <w:r>
        <w:rPr>
          <w:b/>
        </w:rPr>
        <w:t xml:space="preserve">[02:19] </w:t>
      </w:r>
      <w:r>
        <w:t>to aaj kal jo jihad ho raha hai, ladai bhadai, to kya sach much yahi islam hai? yeh janne ke liye hum aap ke paas aaye hain, yeh aaj aaye the do aadmi.</w:t>
      </w:r>
    </w:p>
    <w:p>
      <w:pPr>
        <w:jc w:val="right"/>
      </w:pPr>
      <w:r>
        <w:t>تو آج کل جو جہاد ہو رہا ہے، لڑائی بھڑائی، تو کیا سچ مچ یہی اسلام ہے؟ یہ جاننے کے لیے ہم آپ کے پاس آئے ہیں، یہ آج آئے تھے دو آدمی۔</w:t>
      </w:r>
    </w:p>
    <w:p>
      <w:r>
        <w:rPr>
          <w:b/>
        </w:rPr>
        <w:t xml:space="preserve">[02:34] </w:t>
      </w:r>
      <w:r>
        <w:t>to maine kaha ke</w:t>
      </w:r>
    </w:p>
    <w:p>
      <w:pPr>
        <w:jc w:val="right"/>
      </w:pPr>
      <w:r>
        <w:t>تو میں نے کہا کہ</w:t>
      </w:r>
    </w:p>
    <w:p>
      <w:r>
        <w:rPr>
          <w:b/>
        </w:rPr>
        <w:t xml:space="preserve">[02:39] </w:t>
      </w:r>
      <w:r>
        <w:t>islam ki teaching to, maine kaha ke jihad ki teaching to islam mein hai zaroor, lekin aaj kal jo kuch ho raha hai jihad ke naam par, woh jihad nahi hai, woh to fasad hai.</w:t>
      </w:r>
    </w:p>
    <w:p>
      <w:pPr>
        <w:jc w:val="right"/>
      </w:pPr>
      <w:r>
        <w:t>اسلام کی ٹیچنگ تو، میں نے کہا کہ جہاد کی ٹیچنگ تو اسلام میں ہے ضرور، لیکن آج کل جو کچھ ہو رہا ہے جہاد کے نام پر، وہ جہاد نہیں ہے، وہ تو فساد ہے۔</w:t>
      </w:r>
    </w:p>
    <w:p>
      <w:r>
        <w:rPr>
          <w:b/>
        </w:rPr>
        <w:t xml:space="preserve">[02:57] </w:t>
      </w:r>
      <w:r>
        <w:t>to maine unko, aap jante hain ke islam ki jo source books hain woh do hain, quran aur hadith.</w:t>
      </w:r>
    </w:p>
    <w:p>
      <w:pPr>
        <w:jc w:val="right"/>
      </w:pPr>
      <w:r>
        <w:t>تو میں نے ان کو، آپ جانتے ہیں کہ اسلام کی جو سورس بکس ہیں وہ دو ہیں، قرآن اور حدیث۔</w:t>
      </w:r>
    </w:p>
    <w:p>
      <w:r>
        <w:rPr>
          <w:b/>
        </w:rPr>
        <w:t xml:space="preserve">[03:10] </w:t>
      </w:r>
      <w:r>
        <w:t>to maine unko quran ka ek verse bataya, woh yeh hai ke: "wajahidhum bihi jahadan kabira".</w:t>
      </w:r>
    </w:p>
    <w:p>
      <w:pPr>
        <w:jc w:val="right"/>
      </w:pPr>
      <w:r>
        <w:t>تو میں نے ان کو قرآن کا ایک ورس بتایا، وہ یہ ہے کہ: "وجاہدھم بہ جہادا کبیرا"۔</w:t>
      </w:r>
    </w:p>
    <w:p>
      <w:r>
        <w:rPr>
          <w:b/>
        </w:rPr>
        <w:t xml:space="preserve">[03:23] </w:t>
      </w:r>
      <w:r>
        <w:t>is ka matlab hai: "do great jihad with the help of the quran" . yeh is ka literal translation hai: "do great jihad with the help of the quran" .</w:t>
      </w:r>
    </w:p>
    <w:p>
      <w:pPr>
        <w:jc w:val="right"/>
      </w:pPr>
      <w:r>
        <w:t>اس کا مطلب ہے: "ڈو گریٹ جہاد ود دی ہیلپ آف دی قرآن"۔ یہ اس کا لٹرل ٹرانسلیشن ہے: "ڈو گریٹ جہاد ود دی ہیلپ آف دا قرآن"۔</w:t>
      </w:r>
    </w:p>
    <w:p>
      <w:r>
        <w:rPr>
          <w:b/>
        </w:rPr>
        <w:t xml:space="preserve">[03:41] </w:t>
      </w:r>
      <w:r>
        <w:t>to mein ne kaha ke dekhein, quran is a book of any ideology, quran na to sword hai, quran na koi gun hai, na koi bomb hai.</w:t>
      </w:r>
    </w:p>
    <w:p>
      <w:pPr>
        <w:jc w:val="right"/>
      </w:pPr>
      <w:r>
        <w:t>تو میں نے کہا کہ دیکھیں، قرآن از اے بک آف اینی آئیڈیالوجی، قرآن نہ تو سوڈ ہے، قرآن نہ کوئی گن ہے، نہ کوئی بم ہے۔</w:t>
      </w:r>
    </w:p>
    <w:p>
      <w:r>
        <w:rPr>
          <w:b/>
        </w:rPr>
        <w:t xml:space="preserve">[03:55] </w:t>
      </w:r>
      <w:r>
        <w:t>quran to simply ek book hai.</w:t>
      </w:r>
    </w:p>
    <w:p>
      <w:pPr>
        <w:jc w:val="right"/>
      </w:pPr>
      <w:r>
        <w:t>قرآن تو سمپلی ایک بک ہے۔</w:t>
      </w:r>
    </w:p>
    <w:p>
      <w:r>
        <w:rPr>
          <w:b/>
        </w:rPr>
        <w:t xml:space="preserve">[03:59] </w:t>
      </w:r>
      <w:r>
        <w:t>to quran ke zariye jihad ka matlab kya hai? woh hai ideological jihad. yani military jihad nahi, ideological jihad.</w:t>
      </w:r>
    </w:p>
    <w:p>
      <w:pPr>
        <w:jc w:val="right"/>
      </w:pPr>
      <w:r>
        <w:t>تو قرآن کے ذریعے جہاد کا مطلب کیا ہے؟ وہ ہے آئیڈیالوجیکل جہاد۔ یعنی ملٹری جہاد نہیں، آئیڈیالوجیکل جہاد۔</w:t>
      </w:r>
    </w:p>
    <w:p>
      <w:r>
        <w:rPr>
          <w:b/>
        </w:rPr>
        <w:t xml:space="preserve">[04:15] </w:t>
      </w:r>
      <w:r>
        <w:t>jihad, literally jihad means to strive, to struggle. jihad ka koi talluq nahi. jihad has nothing to do with the violence.</w:t>
      </w:r>
    </w:p>
    <w:p>
      <w:pPr>
        <w:jc w:val="right"/>
      </w:pPr>
      <w:r>
        <w:t>جہاد، لٹرلی جہاد مینز ٹو سٹرائیو، ٹو سٹرگل۔ جہاد کا کوئی تعلق نہیں۔ جہاد ہیز نتھنگ ٹو ڈو ود دا وائلنس۔</w:t>
      </w:r>
    </w:p>
    <w:p>
      <w:r>
        <w:rPr>
          <w:b/>
        </w:rPr>
        <w:t xml:space="preserve">[04:28] </w:t>
      </w:r>
      <w:r>
        <w:t>yeh peaceful struggle ka, peaceful struggle ko islam mein jihad kaha gaya hai. yani utmost, jihad ka matlab hai utmost struggle.</w:t>
      </w:r>
    </w:p>
    <w:p>
      <w:pPr>
        <w:jc w:val="right"/>
      </w:pPr>
      <w:r>
        <w:t>یہ پیس فل سٹرگل کا، پیس فل سٹرگل کو اسلام میں جہاد کہا گیا ہے۔ یعنی اٹموسٹ، جہاد کا مطلب ہے اٹموسٹ سٹرگل۔</w:t>
      </w:r>
    </w:p>
    <w:p>
      <w:r>
        <w:rPr>
          <w:b/>
        </w:rPr>
        <w:t xml:space="preserve">[04:41] </w:t>
      </w:r>
      <w:r>
        <w:t>to yeh bohat hi acha word hai islam mein, ke struggle se bhi zyada is ke andar meaning hai, utmost struggle.</w:t>
      </w:r>
    </w:p>
    <w:p>
      <w:pPr>
        <w:jc w:val="right"/>
      </w:pPr>
      <w:r>
        <w:t>تو یہ بہت ہی اچھا ورڈ ہے اسلام میں، کہ سٹرگل سے بھی زیادہ اس کے اندر میننگ ہے، اٹموسٹ سٹرگل۔</w:t>
      </w:r>
    </w:p>
    <w:p>
      <w:r>
        <w:rPr>
          <w:b/>
        </w:rPr>
        <w:t xml:space="preserve">[04:53] </w:t>
      </w:r>
      <w:r>
        <w:t>to kis kaam ke liye?</w:t>
      </w:r>
    </w:p>
    <w:p>
      <w:pPr>
        <w:jc w:val="right"/>
      </w:pPr>
      <w:r>
        <w:t>تو کس کام کے لیے؟</w:t>
      </w:r>
    </w:p>
    <w:p>
      <w:r>
        <w:rPr>
          <w:b/>
        </w:rPr>
        <w:t xml:space="preserve">[04:57] </w:t>
      </w:r>
      <w:r>
        <w:t>ek ideology ko phailane ke liye. woh ideology kya thi?</w:t>
      </w:r>
    </w:p>
    <w:p>
      <w:pPr>
        <w:jc w:val="right"/>
      </w:pPr>
      <w:r>
        <w:t>ایک آئیڈیالوجی کو پھیلانے کے لیے۔ وہ آئیڈیالوجی کیا تھی؟</w:t>
      </w:r>
    </w:p>
    <w:p>
      <w:r>
        <w:rPr>
          <w:b/>
        </w:rPr>
        <w:t xml:space="preserve">[05:05] </w:t>
      </w:r>
      <w:r>
        <w:t>woh bunyadi tor par ek thi.</w:t>
      </w:r>
    </w:p>
    <w:p>
      <w:pPr>
        <w:jc w:val="right"/>
      </w:pPr>
      <w:r>
        <w:t>وہ بنیادی طور پر ایک تھی۔</w:t>
      </w:r>
    </w:p>
    <w:p>
      <w:r>
        <w:rPr>
          <w:b/>
        </w:rPr>
        <w:t xml:space="preserve">[05:10] </w:t>
      </w:r>
      <w:r>
        <w:t>mein aap ko arz kar doon ke islam koi naya religion nahi.</w:t>
      </w:r>
    </w:p>
    <w:p>
      <w:pPr>
        <w:jc w:val="right"/>
      </w:pPr>
      <w:r>
        <w:t>میں آپ کو عرض کر دوں کہ اسلام کوئی نیا ریلیجن نہیں۔</w:t>
      </w:r>
    </w:p>
    <w:p>
      <w:r>
        <w:rPr>
          <w:b/>
        </w:rPr>
        <w:t xml:space="preserve">[05:16] </w:t>
      </w:r>
      <w:r>
        <w:t>islam koi naya religion nahi. islam jo hai woh sirf bunyadi tor par is ka ek mission tha, religion mein jo distortion aa gaya tha us ko durust karna.</w:t>
      </w:r>
    </w:p>
    <w:p>
      <w:pPr>
        <w:jc w:val="right"/>
      </w:pPr>
      <w:r>
        <w:t>اسلام کوئی نیا ریلیجن نہیں۔ اسلام جو ہے وہ صرف بنیادی طور پر اس کا ایک مشن تھا، ریلیجن میں جو ڈسٹارشن آ گیا تھا اس کو درست کرنا۔</w:t>
      </w:r>
    </w:p>
    <w:p>
      <w:r>
        <w:rPr>
          <w:b/>
        </w:rPr>
        <w:t xml:space="preserve">[05:35] </w:t>
      </w:r>
      <w:r>
        <w:t>so islam was not a new religion.</w:t>
      </w:r>
    </w:p>
    <w:p>
      <w:pPr>
        <w:jc w:val="right"/>
      </w:pPr>
      <w:r>
        <w:t>سو اسلام واز ناٹ اے نیو ریلیجن۔</w:t>
      </w:r>
    </w:p>
    <w:p>
      <w:r>
        <w:rPr>
          <w:b/>
        </w:rPr>
        <w:t xml:space="preserve">[05:42] </w:t>
      </w:r>
      <w:r>
        <w:t>the mission of islam was to separate</w:t>
      </w:r>
    </w:p>
    <w:p>
      <w:pPr>
        <w:jc w:val="right"/>
      </w:pPr>
      <w:r>
        <w:t>دا مشن آف اسلام واز ٹو سیپریٹ</w:t>
      </w:r>
    </w:p>
    <w:p>
      <w:r>
        <w:rPr>
          <w:b/>
        </w:rPr>
        <w:t xml:space="preserve">[05:51] </w:t>
      </w:r>
      <w:r>
        <w:t>from religion superstition and dogmatism.</w:t>
      </w:r>
    </w:p>
    <w:p>
      <w:pPr>
        <w:jc w:val="right"/>
      </w:pPr>
      <w:r>
        <w:t>فرام ریلیجن سپرسیشن اینڈ ڈاگمیٹزم۔</w:t>
      </w:r>
    </w:p>
    <w:p>
      <w:r>
        <w:rPr>
          <w:b/>
        </w:rPr>
        <w:t xml:space="preserve">[05:58] </w:t>
      </w:r>
      <w:r>
        <w:t>agar aap religion ki history parhein to aap janenge</w:t>
      </w:r>
    </w:p>
    <w:p>
      <w:pPr>
        <w:jc w:val="right"/>
      </w:pPr>
      <w:r>
        <w:t>اگر آپ ریلیجن کی ہسٹری پڑھیں تو آپ جانیں گے</w:t>
      </w:r>
    </w:p>
    <w:p>
      <w:r>
        <w:rPr>
          <w:b/>
        </w:rPr>
        <w:t xml:space="preserve">[06:07] </w:t>
      </w:r>
      <w:r>
        <w:t>ke islam se pehle, yani dedh hazar saal pehle, religion aur superstition dono ek ho gaye thay.</w:t>
      </w:r>
    </w:p>
    <w:p>
      <w:pPr>
        <w:jc w:val="right"/>
      </w:pPr>
      <w:r>
        <w:t>کہ اسلام سے پہلے، یعنی ڈیڑھ ہزار سال پہلے، ریلیجن اور سپرسیشن دونوں ایک ہو گئے تھے۔</w:t>
      </w:r>
    </w:p>
    <w:p>
      <w:r>
        <w:rPr>
          <w:b/>
        </w:rPr>
        <w:t xml:space="preserve">[06:21] </w:t>
      </w:r>
      <w:r>
        <w:t>superstition aur dogmatism jo thay woh religion par chha gaye thay. to true religion ya pure religion is mein chhip gaya tha.</w:t>
      </w:r>
    </w:p>
    <w:p>
      <w:pPr>
        <w:jc w:val="right"/>
      </w:pPr>
      <w:r>
        <w:t>سپرسیشن اور ڈاگمیٹزم جو تھے وہ ریلیجن پر چھا گئے تھے۔ تو ٹرو ریلیجن یا پیور ریلیجن اس میں چھپ گیا تھا۔</w:t>
      </w:r>
    </w:p>
    <w:p>
      <w:r>
        <w:rPr>
          <w:b/>
        </w:rPr>
        <w:t xml:space="preserve">[06:33] </w:t>
      </w:r>
      <w:r>
        <w:t>yeh tha masla. ek mythology thi, superstition tha, dogmatism tha, isi ko unhon ne religion samajh rakha tha.</w:t>
      </w:r>
    </w:p>
    <w:p>
      <w:pPr>
        <w:jc w:val="right"/>
      </w:pPr>
      <w:r>
        <w:t>یہ تھا مسئلہ۔ ایک مائتھالوجی تھی، سپرسیشن تھا، ڈاگمیٹزم تھا، اسی کو انہوں نے ریلیجن سمجھ رکھا تھا۔</w:t>
      </w:r>
    </w:p>
    <w:p>
      <w:r>
        <w:rPr>
          <w:b/>
        </w:rPr>
        <w:t xml:space="preserve">[06:46] </w:t>
      </w:r>
      <w:r>
        <w:t>jo true religion tha woh chhip gaya tha. to islam ka jo bunyadi mission tha woh tha dono ko ek doosre se alag karna.</w:t>
      </w:r>
    </w:p>
    <w:p>
      <w:pPr>
        <w:jc w:val="right"/>
      </w:pPr>
      <w:r>
        <w:t>جو ٹرو ریلیجن تھا وہ چھپ گیا تھا۔ تو اسلام کا جو بنیادی مشن تھا وہ تھا دونوں کو ایک دوسرے سے الگ کرنا۔</w:t>
      </w:r>
    </w:p>
    <w:p>
      <w:r>
        <w:rPr>
          <w:b/>
        </w:rPr>
        <w:t xml:space="preserve">[06:59] </w:t>
      </w:r>
      <w:r>
        <w:t>aap jante hain ke islam seven century mein aaya, yani islam was founded in 610 eesvi,</w:t>
      </w:r>
    </w:p>
    <w:p>
      <w:pPr>
        <w:jc w:val="right"/>
      </w:pPr>
      <w:r>
        <w:t>آپ جانتے ہیں کہ اسلام سیون سینچری میں آیا، یعنی اسلام واز فاؤنڈڈ ان 610 عیسوی،</w:t>
      </w:r>
    </w:p>
    <w:p>
      <w:r>
        <w:rPr>
          <w:b/>
        </w:rPr>
        <w:t xml:space="preserve">[07:14] </w:t>
      </w:r>
      <w:r>
        <w:t>when</w:t>
      </w:r>
    </w:p>
    <w:p>
      <w:pPr>
        <w:jc w:val="right"/>
      </w:pPr>
      <w:r>
        <w:t>وین</w:t>
      </w:r>
    </w:p>
    <w:p>
      <w:r>
        <w:rPr>
          <w:b/>
        </w:rPr>
        <w:t xml:space="preserve">[07:17] </w:t>
      </w:r>
      <w:r>
        <w:t>muhammad bin abdullah bin abdul muttalib was appointed as a prophet from god.</w:t>
      </w:r>
    </w:p>
    <w:p>
      <w:pPr>
        <w:jc w:val="right"/>
      </w:pPr>
      <w:r>
        <w:t>محمد بن عبداللہ بن عبدالمطلب واز اپوائنٹڈ ایز اے پرافٹ فرام گاڈ۔</w:t>
      </w:r>
    </w:p>
    <w:p>
      <w:r>
        <w:rPr>
          <w:b/>
        </w:rPr>
        <w:t xml:space="preserve">[07:25] </w:t>
      </w:r>
      <w:r>
        <w:t>to yahan se shuru hui hai islam ki history. lekin phir bhi mein kahunga ke islam koi naya religion nahi tha. woh ek, aap keh sakte hain ke woh ek reform movement thi, religion mein ek reform lana.</w:t>
      </w:r>
    </w:p>
    <w:p>
      <w:pPr>
        <w:jc w:val="right"/>
      </w:pPr>
      <w:r>
        <w:t>تو یہاں سے شروع ہوئی ہے اسلام کی ہسٹری۔ لیکن پھر بھی میں کہوں گا کہ اسلام کوئی نیا ریلیجن نہیں تھا۔ وہ ایک، آپ کہہ سکتے ہیں کہ وہ ایک ریفارم موومنٹ تھی، ریلیجن میں ایک ریفارم لانا۔</w:t>
      </w:r>
    </w:p>
    <w:p>
      <w:r>
        <w:rPr>
          <w:b/>
        </w:rPr>
        <w:t xml:space="preserve">[07:45] </w:t>
      </w:r>
      <w:r>
        <w:t>yeh reform jo tha woh wahi tha detach karna superstition ko aur dogmatism ko true religion se.</w:t>
      </w:r>
    </w:p>
    <w:p>
      <w:pPr>
        <w:jc w:val="right"/>
      </w:pPr>
      <w:r>
        <w:t>یہ ریفارم جو تھا وہ وہی تھا ڈیٹیچ کرنا سپرسیشن کو اور ڈاگمیٹزم کو ٹرو ریلیجن سے۔</w:t>
      </w:r>
    </w:p>
    <w:p>
      <w:r>
        <w:rPr>
          <w:b/>
        </w:rPr>
        <w:t xml:space="preserve">[07:56] </w:t>
      </w:r>
      <w:r>
        <w:t>is ko to illustrate this point, i would like to give and a concrete example.</w:t>
      </w:r>
    </w:p>
    <w:p>
      <w:pPr>
        <w:jc w:val="right"/>
      </w:pPr>
      <w:r>
        <w:t>اس کو ٹو ایلسٹرٹ دس پوائنٹ، آئی وُڈ لائک ٹو گیو اینڈ اے کنکریٹ ایگزامپل۔</w:t>
      </w:r>
    </w:p>
    <w:p>
      <w:r>
        <w:rPr>
          <w:b/>
        </w:rPr>
        <w:t xml:space="preserve">[08:10] </w:t>
      </w:r>
      <w:r>
        <w:t>daikhein, prophet aaye thay makka mein, yaani arab ke ek sheher mein.</w:t>
      </w:r>
    </w:p>
    <w:p>
      <w:pPr>
        <w:jc w:val="right"/>
      </w:pPr>
      <w:r>
        <w:t>دیکھیں، پرافٹ آئے تھے مکہ میں، یعنی عرب کے ایک شہر میں۔</w:t>
      </w:r>
    </w:p>
    <w:p>
      <w:r>
        <w:rPr>
          <w:b/>
        </w:rPr>
        <w:t xml:space="preserve">[08:24] </w:t>
      </w:r>
      <w:r>
        <w:t>phir unhon ne migrate kar ke woh settle hue madina mein. to makka ek aisay area mein tha jo desert tha.</w:t>
      </w:r>
    </w:p>
    <w:p>
      <w:pPr>
        <w:jc w:val="right"/>
      </w:pPr>
      <w:r>
        <w:t>پھر انہوں نے مائیگریٹ کر کے وہ سیٹل ہوئے مدینہ میں۔ تو مکہ ایک ایسے ایریا میں تھا جو ڈیزرٹ تھا۔</w:t>
      </w:r>
    </w:p>
    <w:p>
      <w:r>
        <w:rPr>
          <w:b/>
        </w:rPr>
        <w:t xml:space="preserve">[08:36] </w:t>
      </w:r>
      <w:r>
        <w:t>lekin madina jo tha wahan pani tha, wahan par agriculture tha, wahan par horticulture tha, yeh sab tha.</w:t>
      </w:r>
    </w:p>
    <w:p>
      <w:pPr>
        <w:jc w:val="right"/>
      </w:pPr>
      <w:r>
        <w:t>لیکن مدینہ جو تھا وہاں پانی تھا، وہاں پر ایگریکلچر تھا، وہاں پر ہارٹیکلچر تھا، یہ سب تھا۔</w:t>
      </w:r>
    </w:p>
    <w:p>
      <w:r>
        <w:rPr>
          <w:b/>
        </w:rPr>
        <w:t xml:space="preserve">[08:48] </w:t>
      </w:r>
      <w:r>
        <w:t>to jab aap madina aaye to wahan par kuch nai cheezein aap ke samnay aaein jo makka mein nahi theen. to is mein tha ek ke horticulture,</w:t>
      </w:r>
    </w:p>
    <w:p>
      <w:pPr>
        <w:jc w:val="right"/>
      </w:pPr>
      <w:r>
        <w:t>تو جب آپ مدینہ آئے تو وہاں پر کچھ نئی چیزیں آپ کے سامنے آئیں جو مکہ میں نہیں تھیں۔ تو اس میں تھا ایک کہ ہارٹیکلچر،</w:t>
      </w:r>
    </w:p>
    <w:p>
      <w:r>
        <w:rPr>
          <w:b/>
        </w:rPr>
        <w:t xml:space="preserve">[09:02] </w:t>
      </w:r>
      <w:r>
        <w:t>buniyadi taur par khajoor ke bagh thay wahan par.</w:t>
      </w:r>
    </w:p>
    <w:p>
      <w:pPr>
        <w:jc w:val="right"/>
      </w:pPr>
      <w:r>
        <w:t>بنیادی طور پر کھجور کے باغ تھے وہاں پر۔</w:t>
      </w:r>
    </w:p>
    <w:p>
      <w:r>
        <w:rPr>
          <w:b/>
        </w:rPr>
        <w:t xml:space="preserve">[09:09] </w:t>
      </w:r>
      <w:r>
        <w:t>to ek din aisa hua ke prophet ne daikha ke khajoor ke jo</w:t>
      </w:r>
    </w:p>
    <w:p>
      <w:pPr>
        <w:jc w:val="right"/>
      </w:pPr>
      <w:r>
        <w:t>تو ایک دن ایسا ہوا کہ پرافٹ نے دیکھا کہ کھجور کے جو</w:t>
      </w:r>
    </w:p>
    <w:p>
      <w:r>
        <w:rPr>
          <w:b/>
        </w:rPr>
        <w:t xml:space="preserve">[09:18] </w:t>
      </w:r>
      <w:r>
        <w:t>darakht hotay hain to kuch log is ke oopar charhay hue hain. aap ne kabhi daikha hoga khajoor ka ka darakht bohat lamba ooncha hota hai.</w:t>
      </w:r>
    </w:p>
    <w:p>
      <w:pPr>
        <w:jc w:val="right"/>
      </w:pPr>
      <w:r>
        <w:t>درخت ہوتے ہیں تو کچھ لوگ اس کے اوپر چڑھے ہوئے ہیں۔ آپ نے کبھی دیکھا ہوگا کھجور کا کا درخت بہت لمبا اونچا ہوتا ہے۔</w:t>
      </w:r>
    </w:p>
    <w:p>
      <w:r>
        <w:rPr>
          <w:b/>
        </w:rPr>
        <w:t xml:space="preserve">[09:32] </w:t>
      </w:r>
      <w:r>
        <w:t>to kuch log is ke oopar charhay hue thay aur kuch kar rahay thay woh. aap ne poocha ke tum kya kar rahay ho?</w:t>
      </w:r>
    </w:p>
    <w:p>
      <w:pPr>
        <w:jc w:val="right"/>
      </w:pPr>
      <w:r>
        <w:t>تو کچھ لوگ اس کے اوپر چڑھے ہوئے تھے اور کچھ کر رہے تھے وہ۔ آپ نے پوچھا کہ تم کیا کر رہے ہو؟</w:t>
      </w:r>
    </w:p>
    <w:p>
      <w:r>
        <w:rPr>
          <w:b/>
        </w:rPr>
        <w:t xml:space="preserve">[09:42] </w:t>
      </w:r>
      <w:r>
        <w:t>aap ne poocha ke tum kya kar rahay ho? aap ne kaha ke aap ke is sawal par unhon ne kaha ke hum</w:t>
      </w:r>
    </w:p>
    <w:p>
      <w:pPr>
        <w:jc w:val="right"/>
      </w:pPr>
      <w:r>
        <w:t>آپ نے پوچھا کہ تم کیا کر رہے ہو؟ آپ نے کہا کہ آپ کے اس سوال پر انہوں نے کہا کہ ہم</w:t>
      </w:r>
    </w:p>
    <w:p>
      <w:r>
        <w:rPr>
          <w:b/>
        </w:rPr>
        <w:t xml:space="preserve">[09:54] </w:t>
      </w:r>
      <w:r>
        <w:t>female ko, nahi, unhon ne kaha ke hum male ko female par maar rahay hain. aap jantay hain ke phool jo hotay hain woh male female hotay hain is mein.</w:t>
      </w:r>
    </w:p>
    <w:p>
      <w:pPr>
        <w:jc w:val="right"/>
      </w:pPr>
      <w:r>
        <w:t>فیمیل کو، نہیں، انہوں نے کہا کہ ہم میل کو فیمیل پر مار رہے ہیں۔ آپ جانتے ہیں کہ پھول جو ہوتے ہیں وہ میل فیمیل ہوتے ہیں اس میں۔</w:t>
      </w:r>
    </w:p>
    <w:p>
      <w:r>
        <w:rPr>
          <w:b/>
        </w:rPr>
        <w:t xml:space="preserve">[10:08] </w:t>
      </w:r>
      <w:r>
        <w:t>to unhon ne kaha ke hum male ko female par maar rahay hain. to rasool Allah jo thay bohat hi ek sharmeelay aadmi thay, ayat kitabon mein ke aap kanwari ladki ki tarah sharmeelay thay.</w:t>
      </w:r>
    </w:p>
    <w:p>
      <w:pPr>
        <w:jc w:val="right"/>
      </w:pPr>
      <w:r>
        <w:t>تو انہوں نے کہا کہ ہم میل کو فیمیل پر مار رہے ہیں۔ تو رسول اللہ جو تھے بہت ہی ایک شرمیلے آدمی تھے، آیات کتابوں میں کہ آپ کنواری لڑکی کی طرح شرمیلے تھے۔</w:t>
      </w:r>
    </w:p>
    <w:p>
      <w:r>
        <w:rPr>
          <w:b/>
        </w:rPr>
        <w:t xml:space="preserve">[10:22] </w:t>
      </w:r>
      <w:r>
        <w:t>to yeh jo term tha, yeh term aap ko kuch acha nahi laga ke male ko female par maarna. to aap ne kaha ke laula taf'alu, yaani yeh to kya kar rahay ho tum theek nahi lagta.</w:t>
      </w:r>
    </w:p>
    <w:p>
      <w:pPr>
        <w:jc w:val="right"/>
      </w:pPr>
      <w:r>
        <w:t>تو یہ جو ٹرم تھا، یہ ٹرم آپ کو کچھ اچھا نہیں لگا کہ میل کو فیمیل پر مارنا۔ تو آپ نے کہا کہ لولا تفعلو، یعنی یہ تو کیا کر رہے ہو تم ٹھیک نہیں لگتا۔</w:t>
      </w:r>
    </w:p>
    <w:p>
      <w:r>
        <w:rPr>
          <w:b/>
        </w:rPr>
        <w:t xml:space="preserve">[10:38] </w:t>
      </w:r>
      <w:r>
        <w:t>yaani aap ka kehna is term par tha, woh jo terminology istemal kar rahay thay woh ke male ko female par maarna. haalankay woh kya tha woh artificial pollination tha woh.</w:t>
      </w:r>
    </w:p>
    <w:p>
      <w:pPr>
        <w:jc w:val="right"/>
      </w:pPr>
      <w:r>
        <w:t>یعنی آپ کا کہنا اس ٹرم پر تھا، وہ جو ٹرمینالوجی استعمال کر رہے تھے وہ کہ میل کو فیمیل پر مارنا۔ حالانکہ وہ کیا تھا وہ آرٹیفیشل پولینیشن تھا وہ۔</w:t>
      </w:r>
    </w:p>
    <w:p>
      <w:r>
        <w:rPr>
          <w:b/>
        </w:rPr>
        <w:t xml:space="preserve">[10:51] </w:t>
      </w:r>
      <w:r>
        <w:t>jo kaam woh kar rahay thay, daikhein pollination kai tarah se hotay hain. bina pollination ke aap jantay hain ke phal nahi aa saktay kisi bhi cheez mein.</w:t>
      </w:r>
    </w:p>
    <w:p>
      <w:pPr>
        <w:jc w:val="right"/>
      </w:pPr>
      <w:r>
        <w:t>جو کام وہ کر رہے تھے، دیکھیں پولینیشن کئی طرح سے ہوتے ہیں۔ بنا پولینیشن کے آپ جانتے ہیں کہ پھل نہیں آسکتے کسی بھی چیز میں۔</w:t>
      </w:r>
    </w:p>
    <w:p>
      <w:r>
        <w:rPr>
          <w:b/>
        </w:rPr>
        <w:t xml:space="preserve">[11:03] </w:t>
      </w:r>
      <w:r>
        <w:t>to kuch pollination hota hai nature se, natural tareeqay se hota hai. lekin khajooron mein artificial tareeqay se karna parta hai, yaani haath se karna parta hai.</w:t>
      </w:r>
    </w:p>
    <w:p>
      <w:pPr>
        <w:jc w:val="right"/>
      </w:pPr>
      <w:r>
        <w:t>تو کچھ پولینیشن ہوتا ہے نیچر سے، نیچرل طریقے سے ہوتا ہے۔ لیکن کھجوروں میں آرٹیفیشل طریقے سے کرنا پڑتا ہے، یعنی ہاتھ سے کرنا پڑتا ہے۔</w:t>
      </w:r>
    </w:p>
    <w:p>
      <w:r>
        <w:rPr>
          <w:b/>
        </w:rPr>
        <w:t xml:space="preserve">[11:14] </w:t>
      </w:r>
      <w:r>
        <w:t>to haath se woh male phool ko female par martay hain, is tarah se khajooron ki fasal aati hai. yeh woh kar rahay thay. to is ko kehtay hain arabic mein tabeer,</w:t>
      </w:r>
    </w:p>
    <w:p>
      <w:pPr>
        <w:jc w:val="right"/>
      </w:pPr>
      <w:r>
        <w:t>تو ہاتھ سے وہ میل پھول کو فیمیل پر مارتے ہیں، اس طرح سے کھجوروں کی فصل آتی ہے۔ یہ وہ کر رہے تھے۔ تو اس کو کہتے ہیں عربک میں تعبیر،</w:t>
      </w:r>
    </w:p>
    <w:p>
      <w:r>
        <w:rPr>
          <w:b/>
        </w:rPr>
        <w:t xml:space="preserve">[11:30] </w:t>
      </w:r>
      <w:r>
        <w:t>tabeer, tabeer nakhl. yaani pollination ko kehtay hain tabeer, khajoor ke liye kahengay tabeer nakhl.</w:t>
      </w:r>
    </w:p>
    <w:p>
      <w:pPr>
        <w:jc w:val="right"/>
      </w:pPr>
      <w:r>
        <w:t>ٹی اے بی آئی آر، تعبیر نخل۔ یعنی پولینیشن کو کہتے ہیں تعبیر، کھجور کے لیے کہیں گے تعبیر نخل۔</w:t>
      </w:r>
    </w:p>
    <w:p>
      <w:r>
        <w:rPr>
          <w:b/>
        </w:rPr>
        <w:t xml:space="preserve">[11:46] </w:t>
      </w:r>
      <w:r>
        <w:t>to is se confusion create hua wahan par, logon ne samjha ke aap khud pollination hi ko mana kar rahay hain.</w:t>
      </w:r>
    </w:p>
    <w:p>
      <w:pPr>
        <w:jc w:val="right"/>
      </w:pPr>
      <w:r>
        <w:t>تو اس سے کنفیوژن کریئیٹ ہوا وہاں پر، لوگوں نے سمجھا کہ آپ خود پولینیشن ہی کو منع کر رہے ہیں۔</w:t>
      </w:r>
    </w:p>
    <w:p>
      <w:r>
        <w:rPr>
          <w:b/>
        </w:rPr>
        <w:t xml:space="preserve">[11:57] </w:t>
      </w:r>
      <w:r>
        <w:t>to is saal unhon ne nahi kiya woh, chhod diya. ab aglay saal kya hua ke harvest kam hui, phal kam aaye.</w:t>
      </w:r>
    </w:p>
    <w:p>
      <w:pPr>
        <w:jc w:val="right"/>
      </w:pPr>
      <w:r>
        <w:t>تو اس سال انہوں نے نہیں کیا وہ، چھوڑ دیا۔ اب اگلے سال کیا ہوا کہ ہارویسٹ کم ہوئی، پھل کم آئے۔</w:t>
      </w:r>
    </w:p>
    <w:p>
      <w:r>
        <w:rPr>
          <w:b/>
        </w:rPr>
        <w:t xml:space="preserve">[12:10] </w:t>
      </w:r>
      <w:r>
        <w:t>to aap ne poocha ke is saal phal kyun kam aaye? logon ne complaint kiya ke phal kam aaye hain is saal. to logon ne bataya ke isi se to phal atay hain jo aap ne mana kar diya.</w:t>
      </w:r>
    </w:p>
    <w:p>
      <w:pPr>
        <w:jc w:val="right"/>
      </w:pPr>
      <w:r>
        <w:t>تو آپ نے پوچھا کہ اس سال پھل کیوں کم آئے؟ لوگوں نے کمپلینٹ کیا کہ پھل کم آئے ہیں اس سال۔ تو لوگوں نے بتایا کہ اسی سے تو پھل آتے ہیں جو آپ نے منع کر دیا۔</w:t>
      </w:r>
    </w:p>
    <w:p>
      <w:r>
        <w:rPr>
          <w:b/>
        </w:rPr>
        <w:t xml:space="preserve">[12:24] </w:t>
      </w:r>
      <w:r>
        <w:t>yaani pollination jo hai isi se to phal atay hain, aap ne mana kar diya. to is se phal kam ho gaye.</w:t>
      </w:r>
    </w:p>
    <w:p>
      <w:pPr>
        <w:jc w:val="right"/>
      </w:pPr>
      <w:r>
        <w:t>یعنی پولینیشن جو ہے اسی سے تو پھل آتے ہیں، آپ نے منع کر دیا۔ تو اس سے پھل کم ہو گئے۔</w:t>
      </w:r>
    </w:p>
    <w:p>
      <w:r>
        <w:rPr>
          <w:b/>
        </w:rPr>
        <w:t xml:space="preserve">[12:35] </w:t>
      </w:r>
      <w:r>
        <w:t>to aap ne kaha ke yeh bohat hi historical baat hai ke aap ne kaha ke jo tum kar rahay thay woh karo.</w:t>
      </w:r>
    </w:p>
    <w:p>
      <w:pPr>
        <w:jc w:val="right"/>
      </w:pPr>
      <w:r>
        <w:t>تو آپ نے کہا کہ یہ بہت ہی ہسٹوریکل بات ہے کہ آپ نے کہا کہ جو تم کر رہے تھے وہ کرو۔</w:t>
      </w:r>
    </w:p>
    <w:p>
      <w:r>
        <w:rPr>
          <w:b/>
        </w:rPr>
        <w:t xml:space="preserve">[12:46] </w:t>
      </w:r>
      <w:r>
        <w:t>yaani jo artificial pollination jo tum kar rahay thay us ko karo. fa'innakum 'aalimoon bi'amoor-i-dunyākum kyunke tum apnay worldly matters mein zyada jantay ho.</w:t>
      </w:r>
    </w:p>
    <w:p>
      <w:pPr>
        <w:jc w:val="right"/>
      </w:pPr>
      <w:r>
        <w:t>یعنی جو آرٹیفیشل پولینیشن جو تم کر رہے تھے اس کو کرو۔ فَإِنَّكُمْ عَالَمُوا بِأَمُورِ دُنْيَاكُمْ کیونکہ تم اپنے ورلڈلی میٹرز میں زیادہ جانتے ہو۔</w:t>
      </w:r>
    </w:p>
    <w:p>
      <w:r>
        <w:rPr>
          <w:b/>
        </w:rPr>
        <w:t xml:space="preserve">[13:06] </w:t>
      </w:r>
      <w:r>
        <w:t>tum apnay worldly matters mein zyada jantay ho. yeh hua, daikhein yeh koi simple baat nahi thi. yeh ek bohat hi aham reform tha religion mein.</w:t>
      </w:r>
    </w:p>
    <w:p>
      <w:pPr>
        <w:jc w:val="right"/>
      </w:pPr>
      <w:r>
        <w:t>تم اپنے ورلڈلی میٹرز میں زیادہ جانتے ہو۔ یہ ہوا، دیکھیں یہ کوئی سمپل بات نہیں تھی۔ یہ ایک بہت ہی اہم ریفارم تھا ریلیجن میں۔</w:t>
      </w:r>
    </w:p>
    <w:p>
      <w:r>
        <w:rPr>
          <w:b/>
        </w:rPr>
        <w:t xml:space="preserve">[13:22] </w:t>
      </w:r>
      <w:r>
        <w:t>yani jo rawaji religion tha wo, khuda ka religion nahi. yeh woh yeh tha ke religious belief ko secular discipline se alag kar dena.</w:t>
      </w:r>
    </w:p>
    <w:p>
      <w:pPr>
        <w:jc w:val="right"/>
      </w:pPr>
      <w:r>
        <w:t>یعنی جو رواجی ریلیجن تھا وہ، خدا کا ریلیجن نہیں۔ یہ وہ یہ تھا کہ ریلیجیس بیلیف کو سیکولر ڈسپلن سے الگ کر دینا۔</w:t>
      </w:r>
    </w:p>
    <w:p>
      <w:r>
        <w:rPr>
          <w:b/>
        </w:rPr>
        <w:t xml:space="preserve">[13:38] </w:t>
      </w:r>
      <w:r>
        <w:t>fouri reference mein to yeh hua ke horticulture se aap ne religious belief ko alag kiya. ke profit ka hai to woh karein aap.</w:t>
      </w:r>
    </w:p>
    <w:p>
      <w:pPr>
        <w:jc w:val="right"/>
      </w:pPr>
      <w:r>
        <w:t>فوری ریفرنس میں تو یہ ہوا کہ ہارٹیکلچر سے آپ نے ریلیجیس بیلیف کو الگ کیا۔ کہ پرافٹ کا ہے تو وہ کریں آپ۔</w:t>
      </w:r>
    </w:p>
    <w:p>
      <w:r>
        <w:rPr>
          <w:b/>
        </w:rPr>
        <w:t xml:space="preserve">[13:47] </w:t>
      </w:r>
      <w:r>
        <w:t>yani profit ka is maamle mein koi talluq nahi hoga. horticulture kaise chalayein aap woh aap janiye. yeh profit ka kaam nahi hai.</w:t>
      </w:r>
    </w:p>
    <w:p>
      <w:pPr>
        <w:jc w:val="right"/>
      </w:pPr>
      <w:r>
        <w:t>یعنی پرافٹ کا اس معاملے میں کوئی تعلق نہیں ہوگا۔ ہارٹیکلچر کیسے چلائیں آپ وہ آپ جانیے۔ یہ پرافٹ کا کام نہیں ہے۔</w:t>
      </w:r>
    </w:p>
    <w:p>
      <w:r>
        <w:rPr>
          <w:b/>
        </w:rPr>
        <w:t xml:space="preserve">[13:58] </w:t>
      </w:r>
      <w:r>
        <w:t>antum alamoo bi umoor e dunyakum tum mujh se zyada jante ho worldly matters mein.</w:t>
      </w:r>
    </w:p>
    <w:p>
      <w:pPr>
        <w:jc w:val="right"/>
      </w:pPr>
      <w:r>
        <w:t>أَنْتُمْ عَالَمُوا بِأَمُورِ دُنْيَاكُمْ تم مجھ سے زیادہ جانتے ہو ورلڈلی میٹرز میں۔</w:t>
      </w:r>
    </w:p>
    <w:p>
      <w:r>
        <w:rPr>
          <w:b/>
        </w:rPr>
        <w:t xml:space="preserve">[14:08] </w:t>
      </w:r>
      <w:r>
        <w:t>mujh se zyada, yani profit se zyada.</w:t>
      </w:r>
    </w:p>
    <w:p>
      <w:pPr>
        <w:jc w:val="right"/>
      </w:pPr>
      <w:r>
        <w:t>مجھ سے زیادہ، یعنی پرافٹ سے زیادہ۔</w:t>
      </w:r>
    </w:p>
    <w:p>
      <w:r>
        <w:rPr>
          <w:b/>
        </w:rPr>
        <w:t xml:space="preserve">[14:14] </w:t>
      </w:r>
      <w:r>
        <w:t>tum worldly matters mein profit se zyada jante ho. yeh to wohi karo jo tum kar rahe the. yani kya kar rahe the woh?</w:t>
      </w:r>
    </w:p>
    <w:p>
      <w:pPr>
        <w:jc w:val="right"/>
      </w:pPr>
      <w:r>
        <w:t>تم ورلڈلی میٹرز میں پرافٹ سے زیادہ جانتے ہو۔ یہ تو وہی کرو جو تم کر رہے تھے۔ یعنی کیا کر رہے تھے وہ؟</w:t>
      </w:r>
    </w:p>
    <w:p>
      <w:r>
        <w:rPr>
          <w:b/>
        </w:rPr>
        <w:t xml:space="preserve">[14:24] </w:t>
      </w:r>
      <w:r>
        <w:t>woh kar rahe the woh cheez jo unhein bohat dinon ke tajrube se maloom hui thi.</w:t>
      </w:r>
    </w:p>
    <w:p>
      <w:pPr>
        <w:jc w:val="right"/>
      </w:pPr>
      <w:r>
        <w:t>وہ کر رہے تھے وہ چیز جو انہیں بہت دنوں کے تجربے سے معلوم ہوئی تھی۔</w:t>
      </w:r>
    </w:p>
    <w:p>
      <w:r>
        <w:rPr>
          <w:b/>
        </w:rPr>
        <w:t xml:space="preserve">[14:34] </w:t>
      </w:r>
      <w:r>
        <w:t>lambe experience se jana tha unhone. ab to scientific research hoti hai, scientific research se bohat si baatein maloom hui hain.</w:t>
      </w:r>
    </w:p>
    <w:p>
      <w:pPr>
        <w:jc w:val="right"/>
      </w:pPr>
      <w:r>
        <w:t>لمبے ایکسپیرئینس سے جانا تھا انہوں نے۔ اب تو سائنٹیفک ریسرچ ہوتی ہے، سائنٹیفک ریسرچ سے بہت سی باتیں معلوم ہوئی ہیں۔</w:t>
      </w:r>
    </w:p>
    <w:p>
      <w:r>
        <w:rPr>
          <w:b/>
        </w:rPr>
        <w:t xml:space="preserve">[14:44] </w:t>
      </w:r>
      <w:r>
        <w:t>ab pollination ek poora science ban gayi hai. tab aisa nahi tha. to tab kya tha ke sankaron saal ke experience se unhone jana tha ke aisa karne se harvest acha hota hai.</w:t>
      </w:r>
    </w:p>
    <w:p>
      <w:pPr>
        <w:jc w:val="right"/>
      </w:pPr>
      <w:r>
        <w:t>اب پولینیشن ایک پورا سائنس بن گئی ہے۔ تب ایسا نہیں تھا۔ تو تب کیا تھا کہ سینکڑوں سال کے ایکسپیرئینس سے انہوں نے جانا تھا کہ ایسا کرنے سے ہارویسٹ اچھا ہوتا ہے۔</w:t>
      </w:r>
    </w:p>
    <w:p>
      <w:r>
        <w:rPr>
          <w:b/>
        </w:rPr>
        <w:t xml:space="preserve">[14:59] </w:t>
      </w:r>
      <w:r>
        <w:t>to woh karte the woh. to aap ne kaha ke jo tum kar rahe the woh karo kyunke tum woh baatein jo hain tum profit se zyada jante ho.</w:t>
      </w:r>
    </w:p>
    <w:p>
      <w:pPr>
        <w:jc w:val="right"/>
      </w:pPr>
      <w:r>
        <w:t>تو وہ کرتے تھے وہ۔ تو آپ نے کہا کہ جو تم کر رہے تھے وہ کرو کیونکہ تم وہ باتیں جو ہیں تم پرافٹ سے زیادہ جانتے ہو۔</w:t>
      </w:r>
    </w:p>
    <w:p>
      <w:r>
        <w:rPr>
          <w:b/>
        </w:rPr>
        <w:t xml:space="preserve">[15:10] </w:t>
      </w:r>
      <w:r>
        <w:t>ab is mein dekhein aap ne aap ne do cheezon ko ek doosre se detach kar diya, alag kar diya. yani worldly matters jo hain woh chalenge scientific research par.</w:t>
      </w:r>
    </w:p>
    <w:p>
      <w:pPr>
        <w:jc w:val="right"/>
      </w:pPr>
      <w:r>
        <w:t>اب اس میں دیکھیں آپ نے آپ نے دو چیزوں کو ایک دوسرے سے ڈیٹیچ کر دیا، الگ کر دیا۔ یعنی ورلڈلی میٹرز جو ہیں وہ چلیں گے سائنٹیفک ریسرچ پر۔</w:t>
      </w:r>
    </w:p>
    <w:p>
      <w:r>
        <w:rPr>
          <w:b/>
        </w:rPr>
        <w:t xml:space="preserve">[15:25] </w:t>
      </w:r>
      <w:r>
        <w:t>aur religious belief jo hai woh aap lenge profit se, yani revelation se.</w:t>
      </w:r>
    </w:p>
    <w:p>
      <w:pPr>
        <w:jc w:val="right"/>
      </w:pPr>
      <w:r>
        <w:t>اور ریلیجیس بیلیف جو ہے وہ آپ لیں گے پرافٹ سے، یعنی ریویلیشن سے۔</w:t>
      </w:r>
    </w:p>
    <w:p>
      <w:r>
        <w:rPr>
          <w:b/>
        </w:rPr>
        <w:t xml:space="preserve">[15:33] </w:t>
      </w:r>
      <w:r>
        <w:t>yani ek hai scientific research, ek hai revelation. to secular discipline hai ya jo worldly cheezein hain woh chalengi scientific research par.</w:t>
      </w:r>
    </w:p>
    <w:p>
      <w:pPr>
        <w:jc w:val="right"/>
      </w:pPr>
      <w:r>
        <w:t>یعنی ایک ہے سائنٹیفک ریسرچ، ایک ہے ریویلیشن۔ تو سیکولر ڈسپلن ہے یا جو ورلڈلی چیزیں ہیں وہ چلیں گی سائنٹیفک ریسرچ پر۔</w:t>
      </w:r>
    </w:p>
    <w:p>
      <w:r>
        <w:rPr>
          <w:b/>
        </w:rPr>
        <w:t xml:space="preserve">[15:48] </w:t>
      </w:r>
      <w:r>
        <w:t>jaisi research batayegi waisa karenge aap. aur jo religious belief hai woh aap ko lena hoga revelation se, yani profit se.</w:t>
      </w:r>
    </w:p>
    <w:p>
      <w:pPr>
        <w:jc w:val="right"/>
      </w:pPr>
      <w:r>
        <w:t>جیسی ریسرچ بتائے گی ویسا کریں گے آپ۔ اور جو ریلیجیس بیلیف ہے وہ آپ کو لینا ہوگا ریویلیشن سے، یعنی پرافٹ سے۔</w:t>
      </w:r>
    </w:p>
    <w:p>
      <w:r>
        <w:rPr>
          <w:b/>
        </w:rPr>
        <w:t xml:space="preserve">[16:02] </w:t>
      </w:r>
      <w:r>
        <w:t>yeh ek bohat revolutionary step tha religion mein. kyunke is se pehle aisa tha ke religion ko solve kiya hua tha superstition aur dogmatism.</w:t>
      </w:r>
    </w:p>
    <w:p>
      <w:pPr>
        <w:jc w:val="right"/>
      </w:pPr>
      <w:r>
        <w:t>یہ ایک بہت ریولوشنری اسٹیپ تھا ریلیجن میں۔ کیونکہ اس سے پہلے ایسا تھا کہ ریلیجن کو سالو کیا ہوا تھا سپرسیشن اور ڈاگمیٹزم۔</w:t>
      </w:r>
    </w:p>
    <w:p>
      <w:r>
        <w:rPr>
          <w:b/>
        </w:rPr>
        <w:t xml:space="preserve">[16:15] </w:t>
      </w:r>
      <w:r>
        <w:t>ek dum solve kiya hua tha woh. agar aap history padhein, history of thought to aap yeh sab baatein janenge.</w:t>
      </w:r>
    </w:p>
    <w:p>
      <w:pPr>
        <w:jc w:val="right"/>
      </w:pPr>
      <w:r>
        <w:t>ایک دم سالو کیا ہوا تھا وہ۔ اگر آپ ہسٹری پڑھیں، ہسٹری آف تھاٹ تو آپ یہ سب باتیں جانیں گے۔</w:t>
      </w:r>
    </w:p>
    <w:p>
      <w:r>
        <w:rPr>
          <w:b/>
        </w:rPr>
        <w:t xml:space="preserve">[16:26] </w:t>
      </w:r>
      <w:r>
        <w:t>ab mein aap ko kuch example deta hoon. jaise nature hai, nature hi mein sab kuch chupa hua tha.</w:t>
      </w:r>
    </w:p>
    <w:p>
      <w:pPr>
        <w:jc w:val="right"/>
      </w:pPr>
      <w:r>
        <w:t>اب میں آپ کو کچھ ایگزامپل دیتا ہوں۔ جیسے نیچر ہے، نیچر ہی میں سب کچھ چھپا ہوا تھا۔</w:t>
      </w:r>
    </w:p>
    <w:p>
      <w:r>
        <w:rPr>
          <w:b/>
        </w:rPr>
        <w:t xml:space="preserve">[16:35] </w:t>
      </w:r>
      <w:r>
        <w:t>yeh loudspeaker, yeh camera, yeh television, yeh motor car, yeh hawai jahaz sab kahan chupa hua tha? isi nature mein.</w:t>
      </w:r>
    </w:p>
    <w:p>
      <w:pPr>
        <w:jc w:val="right"/>
      </w:pPr>
      <w:r>
        <w:t>یہ لاؤڈ اسپیکر، یہ کیمرہ، یہ ٹیلی ویژن، یہ موٹر کار، یہ ہوائی جہاز سب کہاں چھپا ہوا تھا؟ اسی نیچر میں۔</w:t>
      </w:r>
    </w:p>
    <w:p>
      <w:r>
        <w:rPr>
          <w:b/>
        </w:rPr>
        <w:t xml:space="preserve">[16:46] </w:t>
      </w:r>
      <w:r>
        <w:t>yani apne potential ke aitbar se woh isi nature mein chupa hua tha. har cheez jis ko aap kehte hain technology, jis ko aap kehte hain consumer goods,</w:t>
      </w:r>
    </w:p>
    <w:p>
      <w:pPr>
        <w:jc w:val="right"/>
      </w:pPr>
      <w:r>
        <w:t>یعنی اپنے پوٹینشل کے اعتبار سے وہ اسی نیچر میں چھپا ہوا تھا۔ ہر چیز جس کو آپ کہتے ہیں ٹیکنالوجی، جس کو آپ کہتے ہیں کنزیومر گڈز،</w:t>
      </w:r>
    </w:p>
    <w:p>
      <w:r>
        <w:rPr>
          <w:b/>
        </w:rPr>
        <w:t xml:space="preserve">[17:00] </w:t>
      </w:r>
      <w:r>
        <w:t>jis ko aap kehte hain yani jo cheezein hamare kaam aati hain woh sab ki sab isi nature mein chupi hui thi. isi se explore kar ke nikali gayeen.</w:t>
      </w:r>
    </w:p>
    <w:p>
      <w:pPr>
        <w:jc w:val="right"/>
      </w:pPr>
      <w:r>
        <w:t>جس کو آپ کہتے ہیں یعنی جو چیزیں ہمارے کام آتی ہیں وہ سب کی سب اسی نیچر میں چھپی ہوئی تھیں۔ اسی سے ایکسپلور کر کے نکالی گئیں۔</w:t>
      </w:r>
    </w:p>
    <w:p>
      <w:r>
        <w:rPr>
          <w:b/>
        </w:rPr>
        <w:t xml:space="preserve">[17:13] </w:t>
      </w:r>
      <w:r>
        <w:t>to Toynbee ne likha hai ke sab kuch to nature mein chupa hua tha, poori civilization hamari. lekin itni der kyun lagi is ko explore karne mein?</w:t>
      </w:r>
    </w:p>
    <w:p>
      <w:pPr>
        <w:jc w:val="right"/>
      </w:pPr>
      <w:r>
        <w:t>تو ٹائن بی نے لکھا ہے کہ سب کچھ تو نیچر میں چھپا ہوا تھا، پوری سویلائزیشن ہماری۔ لیکن اتنی دیر کیوں لگی اس کو ایکسپلور کرنے میں؟</w:t>
      </w:r>
    </w:p>
    <w:p>
      <w:r>
        <w:rPr>
          <w:b/>
        </w:rPr>
        <w:t xml:space="preserve">[17:24] </w:t>
      </w:r>
      <w:r>
        <w:t>kyunke aap jante hain ke bohat se bohat hardly 500 saal tak jati hai is ki history scientific research ki.</w:t>
      </w:r>
    </w:p>
    <w:p>
      <w:pPr>
        <w:jc w:val="right"/>
      </w:pPr>
      <w:r>
        <w:t>کیونکہ آپ جانتے ہیں کہ بہت سے بہت ہارڈلی 500 سال تک جاتی ہے اس کی ہسٹری سائنٹیفک ریسرچ کی۔</w:t>
      </w:r>
    </w:p>
    <w:p>
      <w:r>
        <w:rPr>
          <w:b/>
        </w:rPr>
        <w:t xml:space="preserve">[17:34] </w:t>
      </w:r>
      <w:r>
        <w:t>is se pehle insan hazaron hazar saal se hai is planet earth par. lekin aadmi sirf ghore par sawari karta raha, woh motor car na bana saka.</w:t>
      </w:r>
    </w:p>
    <w:p>
      <w:pPr>
        <w:jc w:val="right"/>
      </w:pPr>
      <w:r>
        <w:t>اس سے پہلے انسان ہزاروں ہزار سال سے ہے اس پلینٹ ارتھ پر۔ لیکن آدمی صرف گھوڑے پر سواری کرتا رہا، وہ موٹر کار نہ بنا سکا۔</w:t>
      </w:r>
    </w:p>
    <w:p>
      <w:r>
        <w:rPr>
          <w:b/>
        </w:rPr>
        <w:t xml:space="preserve">[17:50] </w:t>
      </w:r>
      <w:r>
        <w:t>to kyun aisa hua? Arnold Toynbee jo British historian hai, Arnold Toynbee ne likha hai ke yeh oneness of God ka jo concept hai is se aisa hua.</w:t>
      </w:r>
    </w:p>
    <w:p>
      <w:pPr>
        <w:jc w:val="right"/>
      </w:pPr>
      <w:r>
        <w:t>تو کیوں ایسا ہوا؟ آرنلڈ ٹائن بی جو برٹش ہسٹورین ہے، آرنلڈ ٹائن بی نے لکھا ہے کہ یہ وننس آف گاڈ کا جو کانسیپٹ ہے اس سے ایسا ہوا۔</w:t>
      </w:r>
    </w:p>
    <w:p>
      <w:r>
        <w:rPr>
          <w:b/>
        </w:rPr>
        <w:t xml:space="preserve">[18:03] </w:t>
      </w:r>
      <w:r>
        <w:t>is ne Islam ka naam to nahi liya hai, oneness of God ka naam liya hai. to ab sawal yeh hai ke oneness of God ka concept history mein kis ne diya?</w:t>
      </w:r>
    </w:p>
    <w:p>
      <w:pPr>
        <w:jc w:val="right"/>
      </w:pPr>
      <w:r>
        <w:t>اس نے اسلام کا نام تو نہیں لیا ہے، وننس آف گاڈ کا نام لیا ہے۔ تو اب سوال یہ ہے کہ وننس آف گاڈ کا کانسیپٹ ہسٹری میں کس نے دیا؟</w:t>
      </w:r>
    </w:p>
    <w:p>
      <w:r>
        <w:rPr>
          <w:b/>
        </w:rPr>
        <w:t xml:space="preserve">[18:14] </w:t>
      </w:r>
      <w:r>
        <w:t>ab aap history parhiye. oneness of god ka jo concept hai, yani monotheism ka jo concept hai woh history mein kis ne diya?</w:t>
      </w:r>
    </w:p>
    <w:p>
      <w:pPr>
        <w:jc w:val="right"/>
      </w:pPr>
      <w:r>
        <w:t>اب آپ ہسٹری پڑھئے۔ وننس آف گاڈ کا جو کانسیپٹ ہے، یعنی مونوتھیزم کا جو کانسیپٹ ہے وہ ہسٹری میں کس نے دیا؟</w:t>
      </w:r>
    </w:p>
    <w:p>
      <w:r>
        <w:rPr>
          <w:b/>
        </w:rPr>
        <w:t xml:space="preserve">[18:27] </w:t>
      </w:r>
      <w:r>
        <w:t>woh sirf islam ne diya. kyunke saare mazhabon mein aisa distortion ho gaya tha ke oneness of god, agarche yeh baat apni jagah par theek hai ke har religion asal mein base karta tha oneness of god hi ke concept par.</w:t>
      </w:r>
    </w:p>
    <w:p>
      <w:pPr>
        <w:jc w:val="right"/>
      </w:pPr>
      <w:r>
        <w:t>وہ صرف اسلام نے دیا۔ کیونکہ سارے مذہبوں میں ایسا ڈسٹارشن ہو گیا تھا کہ وننس آف گاڈ، اگرچہ یہ بات اپنی جگہ پر ٹھیک ہے کہ ہر ریلیجن اصل میں بیس کرتا تھا وننس آف گاڈ ہی کے کانسیپٹ پر۔</w:t>
      </w:r>
    </w:p>
    <w:p>
      <w:r>
        <w:rPr>
          <w:b/>
        </w:rPr>
        <w:t xml:space="preserve">[18:47] </w:t>
      </w:r>
      <w:r>
        <w:t>lekin sab mazhabon mein kya hua tha? distortion hua, alteration hua, interpolation hua. toh ab kya reh gaya tha mazhab?</w:t>
      </w:r>
    </w:p>
    <w:p>
      <w:pPr>
        <w:jc w:val="right"/>
      </w:pPr>
      <w:r>
        <w:t>لیکن سب مذہبوں میں کیا ہوا تھا؟ ڈسٹارشن ہوا، الٹریشن ہوا، انٹرپلیشن ہوا۔ تو اب کیا رہ گیا تھا مذہب؟</w:t>
      </w:r>
    </w:p>
    <w:p>
      <w:r>
        <w:rPr>
          <w:b/>
        </w:rPr>
        <w:t xml:space="preserve">[18:58] </w:t>
      </w:r>
      <w:r>
        <w:t>superstition, dogmatism.</w:t>
      </w:r>
    </w:p>
    <w:p>
      <w:pPr>
        <w:jc w:val="right"/>
      </w:pPr>
      <w:r>
        <w:t>سپرسیشن، ڈاگمیٹزم۔</w:t>
      </w:r>
    </w:p>
    <w:p>
      <w:r>
        <w:rPr>
          <w:b/>
        </w:rPr>
        <w:t xml:space="preserve">[19:05] </w:t>
      </w:r>
      <w:r>
        <w:t>toh is ne likha hai ke oneness of god ka concept, yani is ka matlab kya hua? ke nature ko dethrone kar diya oneness of god ke concept ne.</w:t>
      </w:r>
    </w:p>
    <w:p>
      <w:pPr>
        <w:jc w:val="right"/>
      </w:pPr>
      <w:r>
        <w:t>تو اس نے لکھا ہے کہ وننس آف گاڈ کا کانسیپٹ، یعنی اس کا مطلب کیا ہوا؟ کہ نیچر کو ڈی تھرون کر دیا وننس آف گاڈ کے کانسیپٹ نے۔</w:t>
      </w:r>
    </w:p>
    <w:p>
      <w:r>
        <w:rPr>
          <w:b/>
        </w:rPr>
        <w:t xml:space="preserve">[19:15] </w:t>
      </w:r>
      <w:r>
        <w:t>aap jante hain ke nature jo jo tha is se pehle wohi isi ko pujte the log. nature worship hazaron saal se duniya mein hoti rahi hai.</w:t>
      </w:r>
    </w:p>
    <w:p>
      <w:pPr>
        <w:jc w:val="right"/>
      </w:pPr>
      <w:r>
        <w:t>آپ جانتے ہیں کہ نیچر جو جو تھا اس سے پہلے وہ اسی کو پوچھتے تھے لوگ۔ نیچر ورشپ ہزاروں سال سے دنیا میں ہوتی رہی ہے۔</w:t>
      </w:r>
    </w:p>
    <w:p>
      <w:r>
        <w:rPr>
          <w:b/>
        </w:rPr>
        <w:t xml:space="preserve">[19:25] </w:t>
      </w:r>
      <w:r>
        <w:t>har cheez ko poojna, sun ko poojna, moon ko poojna, ocean ko poojna, mountain ko poojna.</w:t>
      </w:r>
    </w:p>
    <w:p>
      <w:pPr>
        <w:jc w:val="right"/>
      </w:pPr>
      <w:r>
        <w:t>ہر چیز کو پوجنا، سن کو پوجنا، مون کو پوجنا، اوشن کو پوجنا، ماؤنٹین کو پوجنا۔</w:t>
      </w:r>
    </w:p>
    <w:p>
      <w:r>
        <w:rPr>
          <w:b/>
        </w:rPr>
        <w:t xml:space="preserve">[19:37] </w:t>
      </w:r>
      <w:r>
        <w:t>har cheez ko poojna, rain ko poojna.</w:t>
      </w:r>
    </w:p>
    <w:p>
      <w:pPr>
        <w:jc w:val="right"/>
      </w:pPr>
      <w:r>
        <w:t>ہر چیز کو پوجنا، رین کو پوجنا۔</w:t>
      </w:r>
    </w:p>
    <w:p>
      <w:r>
        <w:rPr>
          <w:b/>
        </w:rPr>
        <w:t xml:space="preserve">[19:43] </w:t>
      </w:r>
      <w:r>
        <w:t>toh yeh dekhiye ek psychological baat hai ke jo cheez insaan ke liye object of worship bani hui ho wohi cheez aadmi ke liye object of investigation nahi ban sakti.</w:t>
      </w:r>
    </w:p>
    <w:p>
      <w:pPr>
        <w:jc w:val="right"/>
      </w:pPr>
      <w:r>
        <w:t>تو یہ دیکھیں ایک سائیکلوجیکل بات ہے کہ جو چیز انسان کے لیے آبجیکٹ آف ورشپ بنی ہوئی ہو وہی چیز آدمی کے لیے آبجیکٹ آف انویسٹیگیشن نہیں بن سکتی۔</w:t>
      </w:r>
    </w:p>
    <w:p>
      <w:r>
        <w:rPr>
          <w:b/>
        </w:rPr>
        <w:t xml:space="preserve">[20:04] </w:t>
      </w:r>
      <w:r>
        <w:t>aap sochiye is ko ke jab nature hazaron saal se object of worship ban chuka tha toh usi waqt woh kaise mumkin tha ke woh object of investigation ban sake?</w:t>
      </w:r>
    </w:p>
    <w:p>
      <w:pPr>
        <w:jc w:val="right"/>
      </w:pPr>
      <w:r>
        <w:t>آپ سوچئے اس کو کہ جب نیچر ہزاروں سال سے آبجیکٹ آف ورشپ بن چکا تھا تو اسی وقت وہ کیسے ممکن تھا کہ وہ آبجیکٹ آف انویسٹیگیشن بن سکے؟</w:t>
      </w:r>
    </w:p>
    <w:p>
      <w:r>
        <w:rPr>
          <w:b/>
        </w:rPr>
        <w:t xml:space="preserve">[20:24] </w:t>
      </w:r>
      <w:r>
        <w:t>baghair investigation there was no science.</w:t>
      </w:r>
    </w:p>
    <w:p>
      <w:pPr>
        <w:jc w:val="right"/>
      </w:pPr>
      <w:r>
        <w:t>بغیر انویسٹیگیشن دیر واز نو سائنس۔</w:t>
      </w:r>
    </w:p>
    <w:p>
      <w:r>
        <w:rPr>
          <w:b/>
        </w:rPr>
        <w:t xml:space="preserve">[20:28] </w:t>
      </w:r>
      <w:r>
        <w:t>science begins from investigation, from exploration. toh jab insaan nature worship mein pad gaya, nature ko god maan liya toh kya hua?</w:t>
      </w:r>
    </w:p>
    <w:p>
      <w:pPr>
        <w:jc w:val="right"/>
      </w:pPr>
      <w:r>
        <w:t>سائنس بیگنز فرام انویسٹیگیشن، فرام ایکسپلوریشن۔ تو جب انسان نیچر ورشپ میں پڑ گیا، نیچر کو گاڈ مان لیا تو کیا ہوا؟</w:t>
      </w:r>
    </w:p>
    <w:p>
      <w:r>
        <w:rPr>
          <w:b/>
        </w:rPr>
        <w:t xml:space="preserve">[20:44] </w:t>
      </w:r>
      <w:r>
        <w:t>scientific research ka process hi khatam ho gaya. nature ko investigate karne ka process hi khatam ho gaya. nature ko explore karne ka process hi khatam ho gaya.</w:t>
      </w:r>
    </w:p>
    <w:p>
      <w:pPr>
        <w:jc w:val="right"/>
      </w:pPr>
      <w:r>
        <w:t>سائنٹیفک ریسرچ کا پراسیس ہی ختم ہو گیا۔ نیچر کو انویسٹیگیٹ کرنے کا پراسیس ہی ختم ہو گیا۔ نیچر کو ایکسپلور کرنے کا پراسیس ہی ختم ہو گیا۔</w:t>
      </w:r>
    </w:p>
    <w:p>
      <w:r>
        <w:rPr>
          <w:b/>
        </w:rPr>
        <w:t xml:space="preserve">[20:58] </w:t>
      </w:r>
      <w:r>
        <w:t>yeh tha yeh thi tragedy. toh Arnold Toynbee ne sahi likha hai ke oneness of god ka jo concept aaya, oneness of god ka matlab kya hai?</w:t>
      </w:r>
    </w:p>
    <w:p>
      <w:pPr>
        <w:jc w:val="right"/>
      </w:pPr>
      <w:r>
        <w:t>یہ تھا یہ تھی ٹریجڈی۔ تو آرنلڈ ٹائن بی نے صحیح لکھا ہے کہ وننس آف گاڈ کا جو کانسیپٹ آیا، وننس آف گاڈ کا مطلب کیا ہے؟</w:t>
      </w:r>
    </w:p>
    <w:p>
      <w:r>
        <w:rPr>
          <w:b/>
        </w:rPr>
        <w:t xml:space="preserve">[21:10] </w:t>
      </w:r>
      <w:r>
        <w:t>nature god nahi, sun god nahi, moon god nahi, ocean god nahi, rain god nahi, mountain god nahi.</w:t>
      </w:r>
    </w:p>
    <w:p>
      <w:pPr>
        <w:jc w:val="right"/>
      </w:pPr>
      <w:r>
        <w:t>نیچر گاڈ نہیں، سن گاڈ نہیں، مون گاڈ نہیں، اوشن گاڈ نہیں، رین گاڈ نہیں، ماؤنٹین گاڈ نہیں۔</w:t>
      </w:r>
    </w:p>
    <w:p>
      <w:r>
        <w:rPr>
          <w:b/>
        </w:rPr>
        <w:t xml:space="preserve">[21:19] </w:t>
      </w:r>
      <w:r>
        <w:t>god toh sirf ek hai, baqi sab features hain. toh oneness of god ka matlab hai baqi cheezon ko, nature ki sab cheezon ko dethrone karna</w:t>
      </w:r>
    </w:p>
    <w:p>
      <w:pPr>
        <w:jc w:val="right"/>
      </w:pPr>
      <w:r>
        <w:t>گاڈ تو صرف ایک ہے، باقی سب فیچرز ہیں۔ تو وننس آف گاڈ کا مطلب ہے بقیہ چیزوں کو، نیچر کی سب چیزوں کو ڈی تھرون کرنا</w:t>
      </w:r>
    </w:p>
    <w:p>
      <w:r>
        <w:rPr>
          <w:b/>
        </w:rPr>
        <w:t xml:space="preserve">[21:35] </w:t>
      </w:r>
      <w:r>
        <w:t>khudai se. yeh tha mission jo maine kaha ke religion ko alag kar dena dogmatism se, superstition se.</w:t>
      </w:r>
    </w:p>
    <w:p>
      <w:pPr>
        <w:jc w:val="right"/>
      </w:pPr>
      <w:r>
        <w:t>خدائی سے۔ یہ تھا مشن جو میں نے کہا کہ ریلیجن کو الگ کر دینا ڈاگمیٹزم سے، سپرسیشن سے۔</w:t>
      </w:r>
    </w:p>
    <w:p>
      <w:r>
        <w:rPr>
          <w:b/>
        </w:rPr>
        <w:t xml:space="preserve">[21:49] </w:t>
      </w:r>
      <w:r>
        <w:t>kyunke nature worship kya tha? nature worship tha simply superstition ka phenomenon tha, dogmatism ka phenomenon tha.</w:t>
      </w:r>
    </w:p>
    <w:p>
      <w:pPr>
        <w:jc w:val="right"/>
      </w:pPr>
      <w:r>
        <w:t>کیونکہ نیچر ورشپ کیا تھا؟ نیچر ورشپ تھا سمپلی سپرسیشن کا فینامینا تھا، ڈاگمیٹزم کا فینامینا تھا۔</w:t>
      </w:r>
    </w:p>
    <w:p>
      <w:r>
        <w:rPr>
          <w:b/>
        </w:rPr>
        <w:t xml:space="preserve">[22:00] </w:t>
      </w:r>
      <w:r>
        <w:t>koi science ki research se toh nahi nature worship bani thi. kisi scientific research ne nahi bataya tha ke woh moon jo hai woh god hai.</w:t>
      </w:r>
    </w:p>
    <w:p>
      <w:pPr>
        <w:jc w:val="right"/>
      </w:pPr>
      <w:r>
        <w:t>کوئی سائنس کی ریسرچ سے تو نہیں نیچر ورشپ بنی تھی۔ کسی سائنٹیفک ریسرچ نے نہیں بتایا تھا کہ وہ مون جو ہے وہ گاڈ ہے۔</w:t>
      </w:r>
    </w:p>
    <w:p>
      <w:r>
        <w:rPr>
          <w:b/>
        </w:rPr>
        <w:t xml:space="preserve">[22:11] </w:t>
      </w:r>
      <w:r>
        <w:t>kyunke jab scientific research aayi toh aap jante hain ke insaan ja kar us ke upar khada ho gaya</w:t>
      </w:r>
    </w:p>
    <w:p>
      <w:pPr>
        <w:jc w:val="right"/>
      </w:pPr>
      <w:r>
        <w:t>کیونکہ جب سائنٹیفک ریسرچ آئی تو آپ جانتے ہیں کہ انسان جا کر اس کے اوپر کھڑا ہو گیا</w:t>
      </w:r>
    </w:p>
    <w:p>
      <w:r>
        <w:rPr>
          <w:b/>
        </w:rPr>
        <w:t xml:space="preserve">[22:18] </w:t>
      </w:r>
      <w:r>
        <w:t>moon ke upar. toh yeh jo tha superstition tha, dogmatism thi aur kuch nahi.</w:t>
      </w:r>
    </w:p>
    <w:p>
      <w:pPr>
        <w:jc w:val="right"/>
      </w:pPr>
      <w:r>
        <w:t>مون کے اوپر۔ تو یہ جو تھا سپرسیشن تھا، ڈاگمیٹزم تھی اور کچھ نہیں۔</w:t>
      </w:r>
    </w:p>
    <w:p>
      <w:r>
        <w:rPr>
          <w:b/>
        </w:rPr>
        <w:t xml:space="preserve">[22:28] </w:t>
      </w:r>
      <w:r>
        <w:t>toh oneness of god ka jo concept hai is ne dethrone kar diya.</w:t>
      </w:r>
    </w:p>
    <w:p>
      <w:pPr>
        <w:jc w:val="right"/>
      </w:pPr>
      <w:r>
        <w:t>تو وننس آف گاڈ کا جو کانسیپٹ ہے اس نے ڈی تھرون کر دیا۔</w:t>
      </w:r>
    </w:p>
    <w:p>
      <w:r>
        <w:rPr>
          <w:b/>
        </w:rPr>
        <w:t xml:space="preserve">[22:37] </w:t>
      </w:r>
      <w:r>
        <w:t>har cheez jo hai woh simply feature ban gayi. ab do hi reh gaye, creator aur creature. pehle kya tha?</w:t>
      </w:r>
    </w:p>
    <w:p>
      <w:pPr>
        <w:jc w:val="right"/>
      </w:pPr>
      <w:r>
        <w:t>ہر چیز جو ہے وہ سمپلی فیچر بن گئی۔ اب دو ہی رہ گئے، کریئیٹر اور کریچر۔ پہلے کیا تھا؟</w:t>
      </w:r>
    </w:p>
    <w:p>
      <w:r>
        <w:rPr>
          <w:b/>
        </w:rPr>
        <w:t xml:space="preserve">[22:45] </w:t>
      </w:r>
      <w:r>
        <w:t>sab god hi god the. sab god hi god bane hue the.</w:t>
      </w:r>
    </w:p>
    <w:p>
      <w:pPr>
        <w:jc w:val="right"/>
      </w:pPr>
      <w:r>
        <w:t>سب گاڈی گارڈ تھے۔ سب گاڈی گارڈ بنے ہوئے تھے۔</w:t>
      </w:r>
    </w:p>
    <w:p>
      <w:r>
        <w:rPr>
          <w:b/>
        </w:rPr>
        <w:t xml:space="preserve">[22:54] </w:t>
      </w:r>
      <w:r>
        <w:t>do god, teen god, sau god, crore god yeh bane hue the.</w:t>
      </w:r>
    </w:p>
    <w:p>
      <w:pPr>
        <w:jc w:val="right"/>
      </w:pPr>
      <w:r>
        <w:t>دو گارڈ، تین گارڈ، سو گارڈ، کروڑ گارڈ یہ بنے ہوئے تھے۔</w:t>
      </w:r>
    </w:p>
    <w:p>
      <w:r>
        <w:rPr>
          <w:b/>
        </w:rPr>
        <w:t xml:space="preserve">[23:02] </w:t>
      </w:r>
      <w:r>
        <w:t>to ab kya hua ke guard aik raha, creator aik raha, baqi sab creature ban gaye. creature, makhlooq, yaani khalq aur makhlooq.</w:t>
      </w:r>
    </w:p>
    <w:p>
      <w:pPr>
        <w:jc w:val="right"/>
      </w:pPr>
      <w:r>
        <w:t>تو اب کیا ہوا کہ گارڈ ایک رہا، کریئیٹر ایک رہا، باقی سب کریچر بن گئے۔ کریچر، مخلوق، یعنی خالق اور مخلوق۔</w:t>
      </w:r>
    </w:p>
    <w:p>
      <w:r>
        <w:rPr>
          <w:b/>
        </w:rPr>
        <w:t xml:space="preserve">[23:13] </w:t>
      </w:r>
      <w:r>
        <w:t>pehlay maaboodon ki bharmar thi, khudaon ki bharmar thi, sab khuda hi khuda thay. ab kya hua ke khuda aik reh gaya aur baqi sab jo hai maabood nahi rahay balkay makhlooq ban gaye.</w:t>
      </w:r>
    </w:p>
    <w:p>
      <w:pPr>
        <w:jc w:val="right"/>
      </w:pPr>
      <w:r>
        <w:t>پہلے معبودوں کی بھرمار تھی، خداؤں کی بھرمار تھی، سب خدا ہی خدا تھے۔ اب کیا ہوا کہ خدا ایک رہ گیا اور باقی سب جو ہے معبود نہیں رہے بلکہ مخلوق بن گئے۔</w:t>
      </w:r>
    </w:p>
    <w:p>
      <w:r>
        <w:rPr>
          <w:b/>
        </w:rPr>
        <w:t xml:space="preserve">[23:28] </w:t>
      </w:r>
      <w:r>
        <w:t>yeh tha woh revolution jo islam ne paida kiya. main yeh nahi keh raha hoon ke aik hi din mein ho gaya. dekhein yeh law of nature ke khilaaf hai.</w:t>
      </w:r>
    </w:p>
    <w:p>
      <w:pPr>
        <w:jc w:val="right"/>
      </w:pPr>
      <w:r>
        <w:t>یہ تھا وہ ریولوشن جو اسلام نے پیدا کیا۔ میں یہ نہیں کہہ رہا ہوں کہ ایک ہی دن میں ہو گیا۔ دیکھیں یہ لاء آف نیچر کے خلاف ہے۔</w:t>
      </w:r>
    </w:p>
    <w:p>
      <w:r>
        <w:rPr>
          <w:b/>
        </w:rPr>
        <w:t xml:space="preserve">[23:39] </w:t>
      </w:r>
      <w:r>
        <w:t>it is against the law of nature ke koi revolution achaanak aajaye. achaanak koi revolution nahi aata.</w:t>
      </w:r>
    </w:p>
    <w:p>
      <w:pPr>
        <w:jc w:val="right"/>
      </w:pPr>
      <w:r>
        <w:t>اٹ از اگینسٹ دی لاء آف نیچر کہ کوئی ریولوشن اچانک آجائے۔ اچانک کوئی ریولوشن نہیں آتا۔</w:t>
      </w:r>
    </w:p>
    <w:p>
      <w:r>
        <w:rPr>
          <w:b/>
        </w:rPr>
        <w:t xml:space="preserve">[23:47] </w:t>
      </w:r>
      <w:r>
        <w:t>it is against the law of nature. har revolution aata hai through process.</w:t>
      </w:r>
    </w:p>
    <w:p>
      <w:pPr>
        <w:jc w:val="right"/>
      </w:pPr>
      <w:r>
        <w:t>اٹ از اگینسٹ دی لاء آف نیچر۔ ہر ریولوشن آتا ہے تھرو پراسیس۔</w:t>
      </w:r>
    </w:p>
    <w:p>
      <w:r>
        <w:rPr>
          <w:b/>
        </w:rPr>
        <w:t xml:space="preserve">[23:58] </w:t>
      </w:r>
      <w:r>
        <w:t>yaani aik to islam jo hai prime mover tha is is revolution ke liye. aik revolution jo chala process ke roop mein aur is ka culmination hua 20th sadi mein.</w:t>
      </w:r>
    </w:p>
    <w:p>
      <w:pPr>
        <w:jc w:val="right"/>
      </w:pPr>
      <w:r>
        <w:t>یعنی ایک تو اسلام جو ہے پرائم موور تھا اس اس ریولوشن کے لیے۔ ایک ریولوشن جو چلا پراسیس کے روپ میں اور اس کا کلمیشن ہوا 20ویں صدی میں۔</w:t>
      </w:r>
    </w:p>
    <w:p>
      <w:r>
        <w:rPr>
          <w:b/>
        </w:rPr>
        <w:t xml:space="preserve">[24:13] </w:t>
      </w:r>
      <w:r>
        <w:t>to lekin islam jo hai ya islam ka matlab religion of monotheism, oneness of god ko maannay wala religion.</w:t>
      </w:r>
    </w:p>
    <w:p>
      <w:pPr>
        <w:jc w:val="right"/>
      </w:pPr>
      <w:r>
        <w:t>تو لیکن اسلام جو ہے یا اسلام کا مطلب ریلیجن آف مونیتزم، وننس آف گاڈ کو ماننے والا ریلیجن۔</w:t>
      </w:r>
    </w:p>
    <w:p>
      <w:r>
        <w:rPr>
          <w:b/>
        </w:rPr>
        <w:t xml:space="preserve">[24:24] </w:t>
      </w:r>
      <w:r>
        <w:t>to islam jo hai is mein is ka role jo hai prime mover ka role hai. ke nature worship ko khatam kar ke aik god ki worship ko dunya mein jaari karna.</w:t>
      </w:r>
    </w:p>
    <w:p>
      <w:pPr>
        <w:jc w:val="right"/>
      </w:pPr>
      <w:r>
        <w:t>تو اسلام جو ہے اس میں اس کا رول جو ہے پرائم موور کا رول ہے۔ کہ نیچر ورشپ کو ختم کر کے ایک گاڈ کی ورشپ کو دنیا میں جاری کرنا۔</w:t>
      </w:r>
    </w:p>
    <w:p>
      <w:r>
        <w:rPr>
          <w:b/>
        </w:rPr>
        <w:t xml:space="preserve">[24:39] </w:t>
      </w:r>
      <w:r>
        <w:t>to main ne un se kaha ke dekhein aap log samajhte hain yeh to kuch kuch deewanay log hain, jo parhay likhay log hain nahi woh.</w:t>
      </w:r>
    </w:p>
    <w:p>
      <w:pPr>
        <w:jc w:val="right"/>
      </w:pPr>
      <w:r>
        <w:t>تو میں نے ان سے کہا کہ دیکھیں آپ لوگ سمجھتے ہیں یہ تو کچھ کچھ دیوانے لوگ ہیں، جو پڑھے لکھے لوگ ہیں نہیں وہ۔</w:t>
      </w:r>
    </w:p>
    <w:p>
      <w:r>
        <w:rPr>
          <w:b/>
        </w:rPr>
        <w:t xml:space="preserve">[24:52] </w:t>
      </w:r>
      <w:r>
        <w:t>yaani yaani kam parhay likhay nojawan kuch hain, un ke mind mein kuch unhon ne bhar diya aur idhar udhar woh gun bomb chala rahay hain.</w:t>
      </w:r>
    </w:p>
    <w:p>
      <w:pPr>
        <w:jc w:val="right"/>
      </w:pPr>
      <w:r>
        <w:t>یعنی یعنی کم پڑھے لکھے نوجوان کچھ ہیں، ان کے مائنڈ میں کچھ انہوں نے بھر دیا اور ادھر ادھر وہ گن بم چلا رہے ہیں۔</w:t>
      </w:r>
    </w:p>
    <w:p>
      <w:r>
        <w:rPr>
          <w:b/>
        </w:rPr>
        <w:t xml:space="preserve">[25:01] </w:t>
      </w:r>
      <w:r>
        <w:t>is ka islam se koi lena dena nahi hai.</w:t>
      </w:r>
    </w:p>
    <w:p>
      <w:pPr>
        <w:jc w:val="right"/>
      </w:pPr>
      <w:r>
        <w:t>اس کا اسلام سے کوئی لینا دینا نہیں ہے۔</w:t>
      </w:r>
    </w:p>
    <w:p>
      <w:r>
        <w:rPr>
          <w:b/>
        </w:rPr>
        <w:t xml:space="preserve">[25:07] </w:t>
      </w:r>
      <w:r>
        <w:t>yun samajh lijiye ke hamaray mulk mein jo bureaucracy hai sab log jantay hain ke woh corrupt ho chuki hai. to kya is ka corruption jo hai constitution se aaya hai?</w:t>
      </w:r>
    </w:p>
    <w:p>
      <w:pPr>
        <w:jc w:val="right"/>
      </w:pPr>
      <w:r>
        <w:t>یوں سمجھ لیجئے کہ ہمارے ملک میں جو بیوروکریسی ہے سب لوگ جانتے ہیں کہ وہ کرپٹ ہو چکی ہے۔ تو کیا اس کا کرپشن جو ہے کانسٹیٹیوشن سے آیا ہے؟</w:t>
      </w:r>
    </w:p>
    <w:p>
      <w:r>
        <w:rPr>
          <w:b/>
        </w:rPr>
        <w:t xml:space="preserve">[25:21] </w:t>
      </w:r>
      <w:r>
        <w:t>yaani bureaucracy ko banaya hai constitution ne. na ho to bureaucracy bhi kuch nahi.</w:t>
      </w:r>
    </w:p>
    <w:p>
      <w:pPr>
        <w:jc w:val="right"/>
      </w:pPr>
      <w:r>
        <w:t>یعنی بیوروکریسی کو بنایا ہے کانسٹیٹیوشن نے۔ نہ ہو تو بیوروکریسی بھی کچھ نہیں۔</w:t>
      </w:r>
    </w:p>
    <w:p>
      <w:r>
        <w:rPr>
          <w:b/>
        </w:rPr>
        <w:t xml:space="preserve">[25:30] </w:t>
      </w:r>
      <w:r>
        <w:t>ya jo administration hamara, jo bhi hamara system hai aaj hamara system jo hai corruption se bhar gaya hai. to kya is ka blame jaye ga constitution ko?</w:t>
      </w:r>
    </w:p>
    <w:p>
      <w:pPr>
        <w:jc w:val="right"/>
      </w:pPr>
      <w:r>
        <w:t>یا جو ایڈمنسٹریشن ہمارا، جو بھی ہمارا سسٹم ہے آج ہمارا سسٹم جو ہے کرپشن سے بھر گیا ہے۔ تو کیا اس کا بلیم جائے گا کانسٹیٹیوشن کو؟</w:t>
      </w:r>
    </w:p>
    <w:p>
      <w:r>
        <w:rPr>
          <w:b/>
        </w:rPr>
        <w:t xml:space="preserve">[25:40] </w:t>
      </w:r>
      <w:r>
        <w:t>nahi, kabhi bhi nahi. yahi hua yahan par. you have to differentiate between islam and these jihadis.</w:t>
      </w:r>
    </w:p>
    <w:p>
      <w:pPr>
        <w:jc w:val="right"/>
      </w:pPr>
      <w:r>
        <w:t>نہیں، کبھی بھی نہیں۔ یہی ہوا یہاں پر۔ یو ہیو ٹو ڈیفرنشیٹ بٹوین اسلام اینڈ دیز جہادیز۔</w:t>
      </w:r>
    </w:p>
    <w:p>
      <w:r>
        <w:rPr>
          <w:b/>
        </w:rPr>
        <w:t xml:space="preserve">[25:55] </w:t>
      </w:r>
      <w:r>
        <w:t>jihadis islam ko represent nahi karte, islam ka representation to hota hai quran se. to dekhein main ne arz kiya tha ke islam was not a new religion.</w:t>
      </w:r>
    </w:p>
    <w:p>
      <w:pPr>
        <w:jc w:val="right"/>
      </w:pPr>
      <w:r>
        <w:t>جہادیز اسلام کو ریپریزنٹ نہیں کرتے، اسلام کا ریپریزنٹیشن تو ہوتا ہے قرآن سے۔ تو دیکھیں میں نے عرض کیا تھا کہ اسلام واز ناٹ ا نیو ریلیجن۔</w:t>
      </w:r>
    </w:p>
    <w:p>
      <w:r>
        <w:rPr>
          <w:b/>
        </w:rPr>
        <w:t xml:space="preserve">[26:08] </w:t>
      </w:r>
      <w:r>
        <w:t>islam was a reformist movement to detach pure religion from superstition and dogmatism.</w:t>
      </w:r>
    </w:p>
    <w:p>
      <w:pPr>
        <w:jc w:val="right"/>
      </w:pPr>
      <w:r>
        <w:t>اسلام واز ا ریفارمسٹ موومنٹ ٹو ڈیٹیچ پیور ریلیجن فرام سپرسیشن اینڈ ڈاگمیٹزم۔</w:t>
      </w:r>
    </w:p>
    <w:p>
      <w:r>
        <w:rPr>
          <w:b/>
        </w:rPr>
        <w:t xml:space="preserve">[26:21] </w:t>
      </w:r>
      <w:r>
        <w:t>is ki main ne aap ko aik example di thi oil nation ki aur doosri jo example di main ne aap nature ke baray mein.</w:t>
      </w:r>
    </w:p>
    <w:p>
      <w:pPr>
        <w:jc w:val="right"/>
      </w:pPr>
      <w:r>
        <w:t>اس کی میں نے آپ کو ایک ایگزامپل دی تھی آئل نیشن کی اور دوسری جو ایگزامپل دی میں نے آپ نیچر کے بارے میں۔</w:t>
      </w:r>
    </w:p>
    <w:p>
      <w:r>
        <w:rPr>
          <w:b/>
        </w:rPr>
        <w:t xml:space="preserve">[26:31] </w:t>
      </w:r>
      <w:r>
        <w:t>to jab islam ne ya oneness of god ke concept ne detach kiya</w:t>
      </w:r>
    </w:p>
    <w:p>
      <w:pPr>
        <w:jc w:val="right"/>
      </w:pPr>
      <w:r>
        <w:t>تو جب اسلام نے یا وننس آف گاڈ کے کانسیپٹ نے ڈیٹیچ کیا</w:t>
      </w:r>
    </w:p>
    <w:p>
      <w:r>
        <w:rPr>
          <w:b/>
        </w:rPr>
        <w:t xml:space="preserve">[26:44] </w:t>
      </w:r>
      <w:r>
        <w:t>superstition ko nature se to kya hua? aik naya process history mein chala. isi ka culmination hai woh cheez jis ko aap kehtay hain modern science.</w:t>
      </w:r>
    </w:p>
    <w:p>
      <w:pPr>
        <w:jc w:val="right"/>
      </w:pPr>
      <w:r>
        <w:t>سپرسیشن کو نیچر سے تو کیا ہوا؟ ایک نیا پراسیس ہسٹری میں چلا۔ اسی کا کلمیشن ہے وہ چیز جس کو آپ کہتے ہیں ماڈرن سائنس۔</w:t>
      </w:r>
    </w:p>
    <w:p>
      <w:r>
        <w:rPr>
          <w:b/>
        </w:rPr>
        <w:t xml:space="preserve">[27:05] </w:t>
      </w:r>
      <w:r>
        <w:t>modern science kya hai? nature ko explore kar ke is ke andar jo hidden treasure thay us ko nikalna. nature ka exploration hi ka naam hai science.</w:t>
      </w:r>
    </w:p>
    <w:p>
      <w:pPr>
        <w:jc w:val="right"/>
      </w:pPr>
      <w:r>
        <w:t>ماڈرن سائنس کیا ہے؟ نیچر کو ایکسپلور کر کے اس کے اندر جو ہڈن ٹریژر تھے اس کو نکالنا۔ نیچر کا ایکسپلوریشن ہی کا نام ہے سائنس۔</w:t>
      </w:r>
    </w:p>
    <w:p>
      <w:r>
        <w:rPr>
          <w:b/>
        </w:rPr>
        <w:t xml:space="preserve">[27:20] </w:t>
      </w:r>
      <w:r>
        <w:t>jo chupi hui thi to is ka dhakkan hata diya, is ka cover hata diya islam ne. nature worship ko khatam kar diya.</w:t>
      </w:r>
    </w:p>
    <w:p>
      <w:pPr>
        <w:jc w:val="right"/>
      </w:pPr>
      <w:r>
        <w:t>جو چھپی ہوئی تھی تو اس کا ڈھکن ہٹا دیا، اس کا کور ہٹا دیا اسلام نے۔ نیچر ورشپ کو ختم کر دیا۔</w:t>
      </w:r>
    </w:p>
    <w:p>
      <w:r>
        <w:rPr>
          <w:b/>
        </w:rPr>
        <w:t xml:space="preserve">[27:31] </w:t>
      </w:r>
      <w:r>
        <w:t>aur is ka bohat hi clear words mein matlab hai Arnold Toynbee ne, agarche word use kiya us ne oneness of god yeh nahi use kiya us ne ke islam.</w:t>
      </w:r>
    </w:p>
    <w:p>
      <w:pPr>
        <w:jc w:val="right"/>
      </w:pPr>
      <w:r>
        <w:t>اور اس کا بہت ہی کلیئر ورڈز میں معنی ہے آرنلڈ ٹائن بی نے، اگرچہ ورڈ یوز کیا اس نے وننس آف گاڈ یہ نہیں یوز کیا اس نے کہ اسلام۔</w:t>
      </w:r>
    </w:p>
    <w:p>
      <w:r>
        <w:rPr>
          <w:b/>
        </w:rPr>
        <w:t xml:space="preserve">[27:42] </w:t>
      </w:r>
      <w:r>
        <w:t>lekin main poochta hoon ke history aap parh daliye kis ne oneness of god ko zinda kiya? oneness of god ke concept ko kis ne zinda kiya?</w:t>
      </w:r>
    </w:p>
    <w:p>
      <w:pPr>
        <w:jc w:val="right"/>
      </w:pPr>
      <w:r>
        <w:t>لیکن میں پوچھتا ہوں کہ ہسٹری آپ پڑھ ڈالیئے کس نے وننس آف گاڈ کو زندہ کیا؟ وننس آف گاڈ کے کانسیپٹ کو کس نے زندہ کیا؟</w:t>
      </w:r>
    </w:p>
    <w:p>
      <w:r>
        <w:rPr>
          <w:b/>
        </w:rPr>
        <w:t xml:space="preserve">[27:54] </w:t>
      </w:r>
      <w:r>
        <w:t>woh islam tha zahir hai. warna aap dekhein doosray religion ko dekhein to woh woh to isi mein phansay hue thay, isi superstition mein.</w:t>
      </w:r>
    </w:p>
    <w:p>
      <w:pPr>
        <w:jc w:val="right"/>
      </w:pPr>
      <w:r>
        <w:t>وہ اسلام تھا ظاہر ہے۔ ورنہ آپ دیکھیں دوسرے ریلیجن کو دیکھیں تو وہ وہ تو اسی میں پھنسے ہوئے تھے، اسی سپرسیشن میں۔</w:t>
      </w:r>
    </w:p>
    <w:p>
      <w:r>
        <w:rPr>
          <w:b/>
        </w:rPr>
        <w:t xml:space="preserve">[28:05] </w:t>
      </w:r>
      <w:r>
        <w:t>agarche asal mein woh bhi oneness of god par base karte the lekin mein is mein is is version ko keh raha hoon jo us waqt tha 7veen sadi mein.</w:t>
      </w:r>
    </w:p>
    <w:p>
      <w:pPr>
        <w:jc w:val="right"/>
      </w:pPr>
      <w:r>
        <w:t>اگرچہ اصل میں وہ بھی وننس آف گاڈ پر بیس کرتے تھے لیکن میں اس میں اس اس ورژن کو کہہ رہا ہوں جو اس وقت تھا 7ویں صدی میں۔</w:t>
      </w:r>
    </w:p>
    <w:p>
      <w:r>
        <w:rPr>
          <w:b/>
        </w:rPr>
        <w:t xml:space="preserve">[28:16] </w:t>
      </w:r>
      <w:r>
        <w:t>7veen sadi mein jo version tha doosre religions ka woh ek bigra hua, distorted version tha.</w:t>
      </w:r>
    </w:p>
    <w:p>
      <w:pPr>
        <w:jc w:val="right"/>
      </w:pPr>
      <w:r>
        <w:t>7ویں صدی میں جو ورژن تھا دوسرے ریلیجنز کا وہ ایک بگڑا ہوا، ڈسٹارٹڈ ورژن تھا۔</w:t>
      </w:r>
    </w:p>
    <w:p>
      <w:r>
        <w:rPr>
          <w:b/>
        </w:rPr>
        <w:t xml:space="preserve">[28:24] </w:t>
      </w:r>
      <w:r>
        <w:t>isi tarah aap dekhein</w:t>
      </w:r>
    </w:p>
    <w:p>
      <w:pPr>
        <w:jc w:val="right"/>
      </w:pPr>
      <w:r>
        <w:t>اسی طرح آپ دیکھیں</w:t>
      </w:r>
    </w:p>
    <w:p>
      <w:r>
        <w:rPr>
          <w:b/>
        </w:rPr>
        <w:t xml:space="preserve">[28:28] </w:t>
      </w:r>
      <w:r>
        <w:t>ke</w:t>
      </w:r>
    </w:p>
    <w:p>
      <w:pPr>
        <w:jc w:val="right"/>
      </w:pPr>
      <w:r>
        <w:t>کہ</w:t>
      </w:r>
    </w:p>
    <w:p>
      <w:r>
        <w:rPr>
          <w:b/>
        </w:rPr>
        <w:t xml:space="preserve">[28:31] </w:t>
      </w:r>
      <w:r>
        <w:t>yani har field mein islam ne ek naya revolution barpa kiya, har field mein. jaise aap lijiye history ko. aap jante hain ke history bohat bara discipline hai.</w:t>
      </w:r>
    </w:p>
    <w:p>
      <w:pPr>
        <w:jc w:val="right"/>
      </w:pPr>
      <w:r>
        <w:t>یعنی ہر فیلڈ میں اسلام نے ایک نیا ریولوشن برپا کیا، ہر فیلڈ میں۔ جیسے آپ لیجئے ہسٹری کو۔ آپ جانتے ہیں کہ ہسٹری بہت بڑا ڈسپلن ہے۔</w:t>
      </w:r>
    </w:p>
    <w:p>
      <w:r>
        <w:rPr>
          <w:b/>
        </w:rPr>
        <w:t xml:space="preserve">[28:43] </w:t>
      </w:r>
      <w:r>
        <w:t>history jo hai bohat bara discipline hai. million kitabein likhi gayeen history par. lekin aap jante hain ke history pehle kya thi?</w:t>
      </w:r>
    </w:p>
    <w:p>
      <w:pPr>
        <w:jc w:val="right"/>
      </w:pPr>
      <w:r>
        <w:t>ہسٹری جو ہے بہت بڑا ڈسپلن ہے۔ ملین کتابیں لکھی گئیں ہسٹری پر۔ لیکن آپ جانتے ہیں کہ ہسٹری پہلے کیا تھی؟</w:t>
      </w:r>
    </w:p>
    <w:p>
      <w:r>
        <w:rPr>
          <w:b/>
        </w:rPr>
        <w:t xml:space="preserve">[28:55] </w:t>
      </w:r>
      <w:r>
        <w:t>7veen sadi mein? 7veen sadi mein history jo thi woh sirf yani</w:t>
      </w:r>
    </w:p>
    <w:p>
      <w:pPr>
        <w:jc w:val="right"/>
      </w:pPr>
      <w:r>
        <w:t>7ویں صدی میں؟ 7ویں صدی میں ہسٹری جو تھی وہ صرف یعنی</w:t>
      </w:r>
    </w:p>
    <w:p>
      <w:r>
        <w:rPr>
          <w:b/>
        </w:rPr>
        <w:t xml:space="preserve">[29:07] </w:t>
      </w:r>
      <w:r>
        <w:t>kings ki story ka naam thi. 7veen sadi mein. aap us zamane ki jitni bhi history padhein to badshahon ki victory, badshahon ki defeat, badshahon ka woh yani</w:t>
      </w:r>
    </w:p>
    <w:p>
      <w:pPr>
        <w:jc w:val="right"/>
      </w:pPr>
      <w:r>
        <w:t>کنگز کی اسٹوری کا نام تھی۔ 7ویں صدی میں۔ آپ اس زمانے کی جتنی بھی ہسٹری پڑھیں تو بادشاہوں کی وکٹری، بادشاہوں کی ڈیفیٹ، بادشاہوں کا وہ یعنی</w:t>
      </w:r>
    </w:p>
    <w:p>
      <w:r>
        <w:rPr>
          <w:b/>
        </w:rPr>
        <w:t xml:space="preserve">[29:27] </w:t>
      </w:r>
      <w:r>
        <w:t>woh kya kehte hain crown, unke sar se unke sar par crown jana. is raja ne is raja par qabza kiya, is badshah ne is badshah par hamla kiya.</w:t>
      </w:r>
    </w:p>
    <w:p>
      <w:pPr>
        <w:jc w:val="right"/>
      </w:pPr>
      <w:r>
        <w:t>وہ کیا کہتے ہیں کراؤن، ان کے سر سے ان کے سر پر کراؤن جانا۔ اس راجہ نے اس راجہ پر قبضہ کیا، اس بادشاہ نے اس بادشاہ پر حملہ کیا۔</w:t>
      </w:r>
    </w:p>
    <w:p>
      <w:r>
        <w:rPr>
          <w:b/>
        </w:rPr>
        <w:t xml:space="preserve">[29:39] </w:t>
      </w:r>
      <w:r>
        <w:t>is ne apna empire wahan bana liya. history jo thi 7veen sadi tak naam thi badshahon ki history ka, royalty ki history ka.</w:t>
      </w:r>
    </w:p>
    <w:p>
      <w:pPr>
        <w:jc w:val="right"/>
      </w:pPr>
      <w:r>
        <w:t>اس نے اپنا ایمپائر وہاں بنا لیا۔ ہسٹری جو تھی 7ویں صدی تک نام تھی بادشاہوں کی ہسٹری کا، رائلٹی کی ہسٹری کا۔</w:t>
      </w:r>
    </w:p>
    <w:p>
      <w:r>
        <w:rPr>
          <w:b/>
        </w:rPr>
        <w:t xml:space="preserve">[29:51] </w:t>
      </w:r>
      <w:r>
        <w:t>yahan bhi dekhein detach kiya hai. islam ko royalty ki history se detach kiya. woh islam ne history ko badshahon ki kahani se alag kiya.</w:t>
      </w:r>
    </w:p>
    <w:p>
      <w:pPr>
        <w:jc w:val="right"/>
      </w:pPr>
      <w:r>
        <w:t>یہاں بھی دیکھیں ڈیٹیچ کیا ہے۔ اسلام کو رائلٹی کی ہسٹری سے ڈیٹیچ کیا۔ وہ اسلام نے ہسٹری کو بادشاہوں کی کہانی سے الگ کیا۔</w:t>
      </w:r>
    </w:p>
    <w:p>
      <w:r>
        <w:rPr>
          <w:b/>
        </w:rPr>
        <w:t xml:space="preserve">[30:06] </w:t>
      </w:r>
      <w:r>
        <w:t>to yeh khayal to prophet ke zamane mein aa chuka tha lekin ek poora yani is ko ek ek poori theory ke taur par jis ne develop kiya woh tha ek muslim historian tha uska naam tha ibn khaldun.</w:t>
      </w:r>
    </w:p>
    <w:p>
      <w:pPr>
        <w:jc w:val="right"/>
      </w:pPr>
      <w:r>
        <w:t>تو یہ خیال تو پرافٹ کے زمانے میں آچکا تھا لیکن ایک پورا یعنی اس کو ایک ایک پوری تھیوری کے طور پر جس نے ڈیولپ کیا وہ تھا ایک مسلم ہسٹورین تھا اس کا نام تھا ابن خلدون۔</w:t>
      </w:r>
    </w:p>
    <w:p>
      <w:r>
        <w:rPr>
          <w:b/>
        </w:rPr>
        <w:t xml:space="preserve">[30:33] </w:t>
      </w:r>
      <w:r>
        <w:t>ibn khaldun yeh paida hua muslim spain mein. to uski kitab hai jis ka naam hai muqaddama ibn khaldun arabic mein.</w:t>
      </w:r>
    </w:p>
    <w:p>
      <w:pPr>
        <w:jc w:val="right"/>
      </w:pPr>
      <w:r>
        <w:t>ابن خلدون یہ پیدا ہوا مسلم اسپین میں۔ تو اس کی کتاب ہے جس کا نام ہے مقدمہ ابن خلدون عربک میں۔</w:t>
      </w:r>
    </w:p>
    <w:p>
      <w:r>
        <w:rPr>
          <w:b/>
        </w:rPr>
        <w:t xml:space="preserve">[30:45] </w:t>
      </w:r>
      <w:r>
        <w:t>moti si kitab hai. yeh kitab saare zubanon mein translation ho chuka hai is ka, dunya bhar ki tamam zubanon mein. to tamam historians mante hain, tamam scholars mante hain, aap kisi bhi history mein padh lijiye, britannica mein padh lijiye, kisi bhi history ki kitab mein padh lijiye.</w:t>
      </w:r>
    </w:p>
    <w:p>
      <w:pPr>
        <w:jc w:val="right"/>
      </w:pPr>
      <w:r>
        <w:t>موٹی سی کتاب ہے۔ یہ کتاب سارے زبانوں میں ٹرانسلیشن ہوچکا ہے اس کا، دنیا بھر کی تمام زبانوں میں۔ تو تمام ہسٹورین مانتے ہیں، تمام اسکالرز مانتے ہیں، آپ کسی بھی ہسٹری میں پڑھ لیجئے، بٹینیکا میں پڑھ لیجئے، کسی بھی ہسٹری کی کتاب میں پڑھ لیجئے۔</w:t>
      </w:r>
    </w:p>
    <w:p>
      <w:r>
        <w:rPr>
          <w:b/>
        </w:rPr>
        <w:t xml:space="preserve">[31:06] </w:t>
      </w:r>
      <w:r>
        <w:t>tamam log mante hain ke modern history ka jo founder hai woh ibn khaldun hai. yeh ek accepted truth hai woh. yeh mein koi claim nahi kar raha hoon.</w:t>
      </w:r>
    </w:p>
    <w:p>
      <w:pPr>
        <w:jc w:val="right"/>
      </w:pPr>
      <w:r>
        <w:t>تمام لوگ مانتے ہیں کہ ماڈرن ہسٹری کا جو فاؤنڈر ہے وہ ابن خلدون ہے۔ یہ ایک ایکسیپٹڈ ٹروتھ ہے وہ۔ یہ میں کوئی کلیم نہیں کر رہا ہوں۔</w:t>
      </w:r>
    </w:p>
    <w:p>
      <w:r>
        <w:rPr>
          <w:b/>
        </w:rPr>
        <w:t xml:space="preserve">[31:17] </w:t>
      </w:r>
      <w:r>
        <w:t>aap padh lijiye kisi bhi book ko.</w:t>
      </w:r>
    </w:p>
    <w:p>
      <w:pPr>
        <w:jc w:val="right"/>
      </w:pPr>
      <w:r>
        <w:t>آپ پڑھ لیجئے کسی بھی بک کو۔</w:t>
      </w:r>
    </w:p>
    <w:p>
      <w:r>
        <w:rPr>
          <w:b/>
        </w:rPr>
        <w:t xml:space="preserve">[31:24] </w:t>
      </w:r>
      <w:r>
        <w:t>bohat si book likhein ge jo history of the history hain, yani history ki history. aisi bohat si book likhi gayi hain. history of the history.</w:t>
      </w:r>
    </w:p>
    <w:p>
      <w:pPr>
        <w:jc w:val="right"/>
      </w:pPr>
      <w:r>
        <w:t>بہت سی بک لکھیں گے جو ہسٹری آف دی ہسٹری ہیں، یعنی ہسٹری کی ہسٹری۔ ایسی بہت سی بک لکھی گئی ہیں۔ ہسٹری آف دی ہسٹری۔</w:t>
      </w:r>
    </w:p>
    <w:p>
      <w:r>
        <w:rPr>
          <w:b/>
        </w:rPr>
        <w:t xml:space="preserve">[31:34] </w:t>
      </w:r>
      <w:r>
        <w:t>aap ise padh lijiye ke kya batate hain woh log. tamam scholars yeh batate hain ke modern history jo hai yani history writing ka jo modern jo concept hai is ka founder hai ibn khaldun.</w:t>
      </w:r>
    </w:p>
    <w:p>
      <w:pPr>
        <w:jc w:val="right"/>
      </w:pPr>
      <w:r>
        <w:t>آپ اسے پڑھ لیجئے کہ کیا بتاتے ہیں وہ لوگ۔ تمام اسکالرز یہ بتاتے ہیں کہ ماڈرن ہسٹری جو ہے یعنی ہسٹری رائٹنگ کا جو ماڈرن جو کانسیپٹ ہے اس کا فاؤنڈر ہے ابن خلدون۔</w:t>
      </w:r>
    </w:p>
    <w:p>
      <w:r>
        <w:rPr>
          <w:b/>
        </w:rPr>
        <w:t xml:space="preserve">[31:50] </w:t>
      </w:r>
      <w:r>
        <w:t>yahan bhi dekhein yani islam ne jis tarah se detach kiya nature ko is se, khudai se.</w:t>
      </w:r>
    </w:p>
    <w:p>
      <w:pPr>
        <w:jc w:val="right"/>
      </w:pPr>
      <w:r>
        <w:t>یہاں بھی دیکھیں یعنی اسلام نے جس طرح سے ڈیٹیچ کیا نیچر کو اس سے، خدائی سے۔</w:t>
      </w:r>
    </w:p>
    <w:p>
      <w:r>
        <w:rPr>
          <w:b/>
        </w:rPr>
        <w:t xml:space="preserve">[31:59] </w:t>
      </w:r>
      <w:r>
        <w:t>isi tarah islam ne detach kiya history writing ko royalty se. tab ja kar history poori humanistic history bani.</w:t>
      </w:r>
    </w:p>
    <w:p>
      <w:pPr>
        <w:jc w:val="right"/>
      </w:pPr>
      <w:r>
        <w:t>اسی طرح اسلام نے ڈیٹیچ کیا ہسٹری رائٹنگ کو رائلٹی سے۔ تب جا کر ہسٹری پوری ہیومینیٹک ہسٹری بنی۔</w:t>
      </w:r>
    </w:p>
    <w:p>
      <w:r>
        <w:rPr>
          <w:b/>
        </w:rPr>
        <w:t xml:space="preserve">[32:10] </w:t>
      </w:r>
      <w:r>
        <w:t>aaj jo history ka jo concept hai woh hai ke poori humanistic history ka naam history hota hai. maslan india ki history aaj likhi jati hai to woh india ki saari baatein is mein rahe gi.</w:t>
      </w:r>
    </w:p>
    <w:p>
      <w:pPr>
        <w:jc w:val="right"/>
      </w:pPr>
      <w:r>
        <w:t>آج جو ہسٹری کا جو کانسیپٹ ہے وہ ہے کہ پوری ہیومینیٹک ہسٹری کا نام ہسٹری ہوتا ہے۔ مثلاً انڈیا کی ہسٹری آج لکھی جاتی ہے تو وہ انڈیا کی ساری باتیں اس میں رہیں گی۔</w:t>
      </w:r>
    </w:p>
    <w:p>
      <w:r>
        <w:rPr>
          <w:b/>
        </w:rPr>
        <w:t xml:space="preserve">[32:22] </w:t>
      </w:r>
      <w:r>
        <w:t>yani yahan ki society ke halaat, yahan ki tamam activities jo hoti hain us ke bare mein sab baatein rahe gi. yeh nahi ke sirf rajon ki baat ho, sirf badshahon ki baat ho jaisa ke pehle hota tha.</w:t>
      </w:r>
    </w:p>
    <w:p>
      <w:pPr>
        <w:jc w:val="right"/>
      </w:pPr>
      <w:r>
        <w:t>یعنی یہاں کی سوسائٹی کے حالات، یہاں کی تمام ایکٹیویٹیز جو ہوتی ہیں اس کے بارے میں سب باتیں رہیں گی۔ یہ نہیں کہ صرف راجہؤں کی بات ہو، صرف بادشاہوں کی بات ہو جیسا کہ پہلے ہوتا تھا۔</w:t>
      </w:r>
    </w:p>
    <w:p>
      <w:r>
        <w:rPr>
          <w:b/>
        </w:rPr>
        <w:t xml:space="preserve">[32:36] </w:t>
      </w:r>
      <w:r>
        <w:t>aap sochein ke kitna bara yeh contribution tha islam ka. warna hum kuch jante hi nahi.</w:t>
      </w:r>
    </w:p>
    <w:p>
      <w:pPr>
        <w:jc w:val="right"/>
      </w:pPr>
      <w:r>
        <w:t>آپ سوچیں کہ کتنا بڑا یہ کنٹریبیوشن تھا اسلام کا۔ ورنہ ہم کچھ جانتے ہی نہیں۔</w:t>
      </w:r>
    </w:p>
    <w:p>
      <w:r>
        <w:rPr>
          <w:b/>
        </w:rPr>
        <w:t xml:space="preserve">[32:45] </w:t>
      </w:r>
      <w:r>
        <w:t>aap pichli kitabein padhein history ki jo hain to kuch pata hi nahi chalta ke is zamane mein society kya thi. insan kaise rehte the, us ke bare mein kuch pata hi nahi chalta.</w:t>
      </w:r>
    </w:p>
    <w:p>
      <w:pPr>
        <w:jc w:val="right"/>
      </w:pPr>
      <w:r>
        <w:t>آپ پچھلی کتابیں پڑھئے ہسٹری کی جو ہیں تو کچھ پتہ ہی نہیں چلتا کہ اس زمانے میں سوسائٹی کیا تھی۔ انسان کیسے رہتے تھے، اس کے بارے میں کچھ پتہ ہی نہیں چلتا۔</w:t>
      </w:r>
    </w:p>
    <w:p>
      <w:r>
        <w:rPr>
          <w:b/>
        </w:rPr>
        <w:t xml:space="preserve">[32:58] </w:t>
      </w:r>
      <w:r>
        <w:t>jo pata chalta hai woh kya? bas badshahon ke bare mein, un ke mahal, un ki kahaniyan, un ki jeet, un ki haar.</w:t>
      </w:r>
    </w:p>
    <w:p>
      <w:pPr>
        <w:jc w:val="right"/>
      </w:pPr>
      <w:r>
        <w:t>جو پتہ چلتا ہے وہ کیا؟ بس بادشاہوں کے بارے میں، ان کے محل، ان کی کہانیاں، ان کی جیت، ان کی ہار۔</w:t>
      </w:r>
    </w:p>
    <w:p>
      <w:r>
        <w:rPr>
          <w:b/>
        </w:rPr>
        <w:t xml:space="preserve">[33:09] </w:t>
      </w:r>
      <w:r>
        <w:t>kis ne crown cheena, kis ne crown pehna, kis ne kahaan hamla kiya, kahaan kis ne qabza kiya. yahi sab hota hai. yaani aik family zahir hai ke aap jante hain ke aik dynasty rule karti rahi hamesha pichhle hazaron saal se.</w:t>
      </w:r>
    </w:p>
    <w:p>
      <w:pPr>
        <w:jc w:val="right"/>
      </w:pPr>
      <w:r>
        <w:t>کس نے کراؤن چھینا، کس نے کراؤن پہنا، کس نے کہاں حملہ کیا، کہاں کس نے قبضہ کیا۔ یہی سب ہوتا ہے۔ یعنی ایک فیملی ظاہر ہے کہ آپ جانتے ہیں کہ ایک ڈائنسٹی رول کرتی رہی ہمیشہ پچھلے ہزاروں سال سے۔</w:t>
      </w:r>
    </w:p>
    <w:p>
      <w:r>
        <w:rPr>
          <w:b/>
        </w:rPr>
        <w:t xml:space="preserve">[33:26] </w:t>
      </w:r>
      <w:r>
        <w:t>hamesha yeh hua hai ke aik dynasty, Roman Empire aik dynasty thi, Yunani Empire aik dynasty thi, Chinese Empire aik dynasty thi.</w:t>
      </w:r>
    </w:p>
    <w:p>
      <w:pPr>
        <w:jc w:val="right"/>
      </w:pPr>
      <w:r>
        <w:t>ہمیشہ یہ ہوا ہے کہ ایک ڈائنسٹی، رومن ایمپائر ایک ڈائنسٹی تھی، یونانی ایمپائر ایک ڈائنسٹی تھی، چائنیز ایمپائر ایک ڈائنسٹی تھی۔</w:t>
      </w:r>
    </w:p>
    <w:p>
      <w:r>
        <w:rPr>
          <w:b/>
        </w:rPr>
        <w:t xml:space="preserve">[33:39] </w:t>
      </w:r>
      <w:r>
        <w:t>to kuch royal families ki kahani ka naam tha history.</w:t>
      </w:r>
    </w:p>
    <w:p>
      <w:pPr>
        <w:jc w:val="right"/>
      </w:pPr>
      <w:r>
        <w:t>تو کچھ رائل فیملیز کی کہانی کا نام تھا ہسٹری۔</w:t>
      </w:r>
    </w:p>
    <w:p>
      <w:r>
        <w:rPr>
          <w:b/>
        </w:rPr>
        <w:t xml:space="preserve">[33:46] </w:t>
      </w:r>
      <w:r>
        <w:t>isi liye hum pichhle zamane ki baaton mein badshahon ke bare mein to bohat kuch pata hai recorded history mein jo history record hui hai.</w:t>
      </w:r>
    </w:p>
    <w:p>
      <w:pPr>
        <w:jc w:val="right"/>
      </w:pPr>
      <w:r>
        <w:t>اسی لیے ہم پچھلے زمانے کی باتوں میں بادشاہوں کے بارے میں تو بہت کچھ پاتا ہے ریکارڈڈ ہسٹری میں جو ہسٹری ریکارڈ ہوئی ہے۔</w:t>
      </w:r>
    </w:p>
    <w:p>
      <w:r>
        <w:rPr>
          <w:b/>
        </w:rPr>
        <w:t xml:space="preserve">[33:57] </w:t>
      </w:r>
      <w:r>
        <w:t>lekin aam insan humanity at large ke bare mein hum kuch jaan nahi paate.</w:t>
      </w:r>
    </w:p>
    <w:p>
      <w:pPr>
        <w:jc w:val="right"/>
      </w:pPr>
      <w:r>
        <w:t>لیکن عام انسان ہیومینیٹی ایٹ لارج کے بارے میں ہم کچھ جان نہیں پاتے۔</w:t>
      </w:r>
    </w:p>
    <w:p>
      <w:r>
        <w:rPr>
          <w:b/>
        </w:rPr>
        <w:t xml:space="preserve">[34:07] </w:t>
      </w:r>
      <w:r>
        <w:t>hum kuch bhi jaan nahi paate.</w:t>
      </w:r>
    </w:p>
    <w:p>
      <w:pPr>
        <w:jc w:val="right"/>
      </w:pPr>
      <w:r>
        <w:t>ہم کچھ بھی جان نہیں پاتے۔</w:t>
      </w:r>
    </w:p>
    <w:p>
      <w:r>
        <w:rPr>
          <w:b/>
        </w:rPr>
        <w:t xml:space="preserve">[34:11] </w:t>
      </w:r>
      <w:r>
        <w:t>to Islam ka matlab yeh nahi tha ke ladaai bhadaai. yeh to sara banawati Islam yeh hai. apne aap logon ne ghad liya hai.</w:t>
      </w:r>
    </w:p>
    <w:p>
      <w:pPr>
        <w:jc w:val="right"/>
      </w:pPr>
      <w:r>
        <w:t>تو اسلام کا مطلب یہ نہیں تھا کہ لڑائی بھڑائی۔ یہ تو سارا بناوٹی اسلام یہ ہے۔ اپنے آپ لوگوں نے گھڑ لیا ہے۔</w:t>
      </w:r>
    </w:p>
    <w:p>
      <w:r>
        <w:rPr>
          <w:b/>
        </w:rPr>
        <w:t xml:space="preserve">[34:22] </w:t>
      </w:r>
      <w:r>
        <w:t>yeh apne aap ghad liya hai logon ne. aaj kal jo ho raha hai yeh apne aap ghad liya hai. is ka Islam se koi lena dena nahi.</w:t>
      </w:r>
    </w:p>
    <w:p>
      <w:pPr>
        <w:jc w:val="right"/>
      </w:pPr>
      <w:r>
        <w:t>یہ اپنے آپ گھڑ لیا ہے لوگوں نے۔ آج کل جو ہو رہا ہے یہ اپنے آپ گھڑ لیا ہے۔ اس کا اسلام سے کوئی لینا دینا نہیں۔</w:t>
      </w:r>
    </w:p>
    <w:p>
      <w:r>
        <w:rPr>
          <w:b/>
        </w:rPr>
        <w:t xml:space="preserve">[34:35] </w:t>
      </w:r>
      <w:r>
        <w:t>dekhein ladaai ke liye Islam mein jo word aaya hai woh jihad nahi hai, woh hai qital. qital means war. to war bhi aik Islam ka formula yeh hai ke peace is Islam mein, Islam mein jo bataya gaya hai, teaching Islam mein jo system hai to Islam ke mutabiq peace is a rule and war is an exception.</w:t>
      </w:r>
    </w:p>
    <w:p>
      <w:pPr>
        <w:jc w:val="right"/>
      </w:pPr>
      <w:r>
        <w:t>دیکھیں لڑائی کے لئے اسلام میں جو ورڈ آیا ہے وہ جہاد نہیں ہے، وہ ہے قتال۔ قتال مینز وار۔ تو وار بھی ایک اسلام کا فارمولا یہ ہے کہ پیس از اسلام میں، اسلام میں جو بتایا گیا ہے، ٹیچنگ اسلام میں جو سسٹم ہے تو اسلام کے مطابق پیس از اے رول اینڈ وار از اے ایکسیپشن۔</w:t>
      </w:r>
    </w:p>
    <w:p>
      <w:r>
        <w:rPr>
          <w:b/>
        </w:rPr>
        <w:t xml:space="preserve">[35:04] </w:t>
      </w:r>
      <w:r>
        <w:t>a rare exception.</w:t>
      </w:r>
    </w:p>
    <w:p>
      <w:pPr>
        <w:jc w:val="right"/>
      </w:pPr>
      <w:r>
        <w:t>اے ریئر ایکسیپشن۔</w:t>
      </w:r>
    </w:p>
    <w:p>
      <w:r>
        <w:rPr>
          <w:b/>
        </w:rPr>
        <w:t xml:space="preserve">[35:08] </w:t>
      </w:r>
      <w:r>
        <w:t>peace is a rule and war is a rare exception. yeh hai Islami principle. yeh exception kab hota hai?</w:t>
      </w:r>
    </w:p>
    <w:p>
      <w:pPr>
        <w:jc w:val="right"/>
      </w:pPr>
      <w:r>
        <w:t>پیس از اے رول اینڈ وار از اے ریئر ایکسیپشن۔ یہ ہے اسلامی پرنسپل۔ یہ ایکسیپشن کب ہوتا ہے؟</w:t>
      </w:r>
    </w:p>
    <w:p>
      <w:r>
        <w:rPr>
          <w:b/>
        </w:rPr>
        <w:t xml:space="preserve">[35:17] </w:t>
      </w:r>
      <w:r>
        <w:t>jab aik mulk doosre mulk par hamla kare, aggression kare. aik hi exception hai, doosra koi exception nahi hai. yaad rakhiye Islam ke mutabiq koi bhi doosra exception nahi hai.</w:t>
      </w:r>
    </w:p>
    <w:p>
      <w:pPr>
        <w:jc w:val="right"/>
      </w:pPr>
      <w:r>
        <w:t>جب ایک ملک دوسرے ملک پر حملہ کرے، ایگریشن کرے۔ ایک ہی ایکسیپشن ہے، دوسرا کوئی ایکسیپشن نہیں ہے۔ یاد رکھئے اسلام کے مطابق کوئی بھی دوسرا ایکسیپشن نہیں ہے۔</w:t>
      </w:r>
    </w:p>
    <w:p>
      <w:r>
        <w:rPr>
          <w:b/>
        </w:rPr>
        <w:t xml:space="preserve">[35:32] </w:t>
      </w:r>
      <w:r>
        <w:t>kisi doosre excuse se aap arm utha nahi sakte. koi bhi excuse, what so ever, aap ko allow nahi karta ke aap hathiyar uthaein.</w:t>
      </w:r>
    </w:p>
    <w:p>
      <w:pPr>
        <w:jc w:val="right"/>
      </w:pPr>
      <w:r>
        <w:t>کسی دوسرے ایکسکیوز سے آپ آرم اٹھا نہیں سکتے۔ کوئی بھی ایکسکیوز، واٹ سو ایور، آپ کو الاؤ نہیں کرتا کہ آپ ہتھیار اٹھائیں۔</w:t>
      </w:r>
    </w:p>
    <w:p>
      <w:r>
        <w:rPr>
          <w:b/>
        </w:rPr>
        <w:t xml:space="preserve">[35:45] </w:t>
      </w:r>
      <w:r>
        <w:t>sirf aik hi exception hai, woh hai ke koi mulk bahar se hamla kare aap ke upar to aap defence ke liye ja sakte hain.</w:t>
      </w:r>
    </w:p>
    <w:p>
      <w:pPr>
        <w:jc w:val="right"/>
      </w:pPr>
      <w:r>
        <w:t>صرف ایک ہی ایکسیپشن ہے، وہ ہے کہ کوئی ملک باہر سے حملہ کرے آپ کے اوپر تو آپ ڈیفنس کے لئے جا سکتے ہیں۔</w:t>
      </w:r>
    </w:p>
    <w:p>
      <w:r>
        <w:rPr>
          <w:b/>
        </w:rPr>
        <w:t xml:space="preserve">[35:55] </w:t>
      </w:r>
      <w:r>
        <w:t>is mein bhi dekhein bohat sari condition hain. number one, sab se pehle aap ko peaceful tareeqe se war ko avoid karne ki koshish karna chahiye.</w:t>
      </w:r>
    </w:p>
    <w:p>
      <w:pPr>
        <w:jc w:val="right"/>
      </w:pPr>
      <w:r>
        <w:t>اس میں بھی دیکھیں بہت ساری کنڈیشن ہیں۔ نمبر ون، سب سے پہلے آپ کو پیس فل طریقے سے وار کو اوائڈ کرنے کی کوشش کرنا چاہیے۔</w:t>
      </w:r>
    </w:p>
    <w:p>
      <w:r>
        <w:rPr>
          <w:b/>
        </w:rPr>
        <w:t xml:space="preserve">[36:07] </w:t>
      </w:r>
      <w:r>
        <w:t>war ko avoid karna. yaani pehla jo defence hai woh avoidance hai. pehla defence fighting nahi hai.</w:t>
      </w:r>
    </w:p>
    <w:p>
      <w:pPr>
        <w:jc w:val="right"/>
      </w:pPr>
      <w:r>
        <w:t>وار کو اوائڈ کرنا۔ یعنی پہلا جو ڈیفنس ہے وہ اوائڈنس ہے۔ پہلا ڈیفنس فائٹنگ نہیں ہے۔</w:t>
      </w:r>
    </w:p>
    <w:p>
      <w:r>
        <w:rPr>
          <w:b/>
        </w:rPr>
        <w:t xml:space="preserve">[36:18] </w:t>
      </w:r>
      <w:r>
        <w:t>is ka khula hua example Prophet ki zindagi mein bohat sare hain. for example khandaq, battle of khandaq.</w:t>
      </w:r>
    </w:p>
    <w:p>
      <w:pPr>
        <w:jc w:val="right"/>
      </w:pPr>
      <w:r>
        <w:t>اس کا کھلا ہوا ایگزامپل پرافٹ کی زندگی میں بہت سارے ہیں۔ فار ایگزامپل خندق، بیٹل آف خندق۔</w:t>
      </w:r>
    </w:p>
    <w:p>
      <w:r>
        <w:rPr>
          <w:b/>
        </w:rPr>
        <w:t xml:space="preserve">[36:30] </w:t>
      </w:r>
      <w:r>
        <w:t>is mein aap ne aap lade hi nahi, aap ne trench khod di. trench khod kar ke hamla awaron ko bahar rok diya. is zamane mein helicopter nahi the, awazat nahi the to woh aa nahi sake.</w:t>
      </w:r>
    </w:p>
    <w:p>
      <w:pPr>
        <w:jc w:val="right"/>
      </w:pPr>
      <w:r>
        <w:t>اس میں آپ نے آپ لڑے ہی نہیں، آپ نے ٹرینچ کھود دی۔ ٹرینچ کھود کر کے حملہ آوروں کو باہر روک دیا۔ اس زمانے میں ہیلی کاپٹر نہیں تھے، آوازات نہیں تھے تو وہ آ نہیں سکے۔</w:t>
      </w:r>
    </w:p>
    <w:p>
      <w:r>
        <w:rPr>
          <w:b/>
        </w:rPr>
        <w:t xml:space="preserve">[36:42] </w:t>
      </w:r>
      <w:r>
        <w:t>trenches ko phant kar kaise aate? jang ko rok diya aap ne. to Islam aik peaceful struggle ka naam hai ke duniya mein aik aisa system bane,</w:t>
      </w:r>
    </w:p>
    <w:p>
      <w:pPr>
        <w:jc w:val="right"/>
      </w:pPr>
      <w:r>
        <w:t>ٹرینچز کو پھانٹ کر کیسے آتے؟ جنگ کو روک دیا آپ نے۔ تو اسلام ایک پیس فل اسٹرگل کا نام ہے کہ دنیا میں ایک ایسا سسٹم بنے،</w:t>
      </w:r>
    </w:p>
    <w:p>
      <w:r>
        <w:rPr>
          <w:b/>
        </w:rPr>
        <w:t xml:space="preserve">[36:56] </w:t>
      </w:r>
      <w:r>
        <w:t>aisa samaj bane jahan peace ho, jahan log aik doosre ko tolerate karein, jahan brotherhood ho, jahan universal thinking ho, jahan logon ke andar positive thinking ho.</w:t>
      </w:r>
    </w:p>
    <w:p>
      <w:pPr>
        <w:jc w:val="right"/>
      </w:pPr>
      <w:r>
        <w:t>ایسا سماج بنے جہاں پیس ہو، جہاں لوگ ایک دوسرے کو ٹالریٹ کریں، جہاں برادرہوڈ ہو، جہاں یونیورسل تھنکنگ ہو، جہاں لوگوں کے اندر پازیٹیو تھنکنگ ہو۔</w:t>
      </w:r>
    </w:p>
    <w:p>
      <w:r>
        <w:rPr>
          <w:b/>
        </w:rPr>
        <w:t xml:space="preserve">[37:13] </w:t>
      </w:r>
      <w:r>
        <w:t>aisa samaj banana Islam ka maqsad hai. jahan aik hi ko maana jaye Khuda, baqi sab ko Khuda na maana jaye.</w:t>
      </w:r>
    </w:p>
    <w:p>
      <w:pPr>
        <w:jc w:val="right"/>
      </w:pPr>
      <w:r>
        <w:t>ایسا سماج بنانا اسلام کا مقصد ہے۔ جہاں ایک ہی کو مانا جائے خدا، باقی سب کو خدا نہ مانا جائے۔</w:t>
      </w:r>
    </w:p>
    <w:p>
      <w:r>
        <w:rPr>
          <w:b/>
        </w:rPr>
        <w:t xml:space="preserve">[37:27] </w:t>
      </w:r>
      <w:r>
        <w:t>aik Khuda ko Khuda maankar ke log us ki worship karein, us ki barhai maanein. baqi sab jaise hum waise samandar, jaise hum waise pahad, jaise hum waise suraj, jaise hum waise chand.</w:t>
      </w:r>
    </w:p>
    <w:p>
      <w:pPr>
        <w:jc w:val="right"/>
      </w:pPr>
      <w:r>
        <w:t>ایک خدا کو خدا مان کر کے لوگ اس کی ورشپ کریں، اس کی بڑائی مانیں۔ باقی سب جیسے ہم ویسے سمندر، جیسے ہم ویسے پہاڑ، جیسے ہم ویسے سورج، جیسے ہم ویسے چاند۔</w:t>
      </w:r>
    </w:p>
    <w:p>
      <w:r>
        <w:rPr>
          <w:b/>
        </w:rPr>
        <w:t xml:space="preserve">[37:41] </w:t>
      </w:r>
      <w:r>
        <w:t>to sab ke sab makhlooqat hain aur aik jo hai woh Khuda hai, woh hai creator. to Islam ka main yeh keh sakta hoon ke Khuda markooz zindagi, us ka naam hai Islam.</w:t>
      </w:r>
    </w:p>
    <w:p>
      <w:pPr>
        <w:jc w:val="right"/>
      </w:pPr>
      <w:r>
        <w:t>تو سب کے سب مخلوقات ہیں اور ایک جو ہے وہ خدا ہے، وہ ہے کریٹر۔ تو اسلام کا میں یہ کہہ سکتا ہوں کہ خدا مرکوز زندگی، اس کا نام ہے اسلام۔</w:t>
      </w:r>
    </w:p>
    <w:p>
      <w:r>
        <w:rPr>
          <w:b/>
        </w:rPr>
        <w:t xml:space="preserve">[37:58] </w:t>
      </w:r>
      <w:r>
        <w:t>isi mein sari isi ki tafseel mein sab baatein aajati hain aur jitni baatein hain sab isi ki tafseel hain. Khuda markooz zindagi, Khuda markooz soch, Khuda markooz rawaiyya,</w:t>
      </w:r>
    </w:p>
    <w:p>
      <w:pPr>
        <w:jc w:val="right"/>
      </w:pPr>
      <w:r>
        <w:t>اسی میں ساری اسی کی تفصیل میں سب باتیں آجاتی ہیں اور جتنی باتیں ہیں سب اسی کی تفصیل ہیں۔ خدا مرکوز زندگی، خدا مرکوز سوچ، خدا مرکوز رویہ،</w:t>
      </w:r>
    </w:p>
    <w:p>
      <w:r>
        <w:rPr>
          <w:b/>
        </w:rPr>
        <w:t xml:space="preserve">[38:15] </w:t>
      </w:r>
      <w:r>
        <w:t>yeh hai Islam ka tareeqa. to yeh intehai bilkul scientific aik aik woh hai, ideology hai, scientific thinking hai.</w:t>
      </w:r>
    </w:p>
    <w:p>
      <w:pPr>
        <w:jc w:val="right"/>
      </w:pPr>
      <w:r>
        <w:t>یہ ہے اسلام کا طریقہ۔ تو یہ انتہائی بالکل سائنٹیفک ایک ایک وہ ہے، آئیڈیالوجی ہے، سائنٹیفک تھنکنگ ہے۔</w:t>
      </w:r>
    </w:p>
    <w:p>
      <w:r>
        <w:rPr>
          <w:b/>
        </w:rPr>
        <w:t xml:space="preserve">[38:28] </w:t>
      </w:r>
      <w:r>
        <w:t>is mein poori tarah se yaani insaan jo chahta hai ke aisa samajh bane, aisa ideal samajh bane, aisa perfect samajh bane, is ki poori is ke andar aap agar is ko parhein to is ki poori is ke andar woh milti hai.</w:t>
      </w:r>
    </w:p>
    <w:p>
      <w:pPr>
        <w:jc w:val="right"/>
      </w:pPr>
      <w:r>
        <w:t>اس میں پوری طرح سے یعنی انسان جو چاہتا ہے کہ ایسا سماج بنے، ایسا آئیڈیل سماج بنے، ایسا پرفیکٹ سماج بنے، اس کی پوری اس کے اندر آپ اگر اس کو پڑھیں تو اس کی پوری اس کے اندر وہ ملتی ہے۔</w:t>
      </w:r>
    </w:p>
    <w:p>
      <w:r>
        <w:rPr>
          <w:b/>
        </w:rPr>
        <w:t xml:space="preserve">[38:51] </w:t>
      </w:r>
      <w:r>
        <w:t>to behal is waqt mein mukhtasar taur par yeh maine bataya ke Islam koi naya mazhab nahi tha.</w:t>
      </w:r>
    </w:p>
    <w:p>
      <w:pPr>
        <w:jc w:val="right"/>
      </w:pPr>
      <w:r>
        <w:t>تو بہرحال اس وقت میں مختصر طور پر یہ میں نے بتایا کہ اسلام کوئی نیا مذہب نہیں تھا۔</w:t>
      </w:r>
    </w:p>
    <w:p>
      <w:r>
        <w:rPr>
          <w:b/>
        </w:rPr>
        <w:t xml:space="preserve">[39:04] </w:t>
      </w:r>
      <w:r>
        <w:t>Islam ek dilchasp reform ki movement thi. is ka maqsad yeh tha ke</w:t>
      </w:r>
    </w:p>
    <w:p>
      <w:pPr>
        <w:jc w:val="right"/>
      </w:pPr>
      <w:r>
        <w:t>اسلام ایک دلچسپ ریفارم کی موومنٹ تھی۔ اس کا مقصد یہ تھا کہ</w:t>
      </w:r>
    </w:p>
    <w:p>
      <w:r>
        <w:rPr>
          <w:b/>
        </w:rPr>
        <w:t xml:space="preserve">[39:12] </w:t>
      </w:r>
      <w:r>
        <w:t>ek Khuda ko Khuda maankar ke zindagi ko is ke mutabiq banaya jaye. ab is ki bohat sari tafseel hai, woh mein kisi aur waqt bayan kar sakta hoon inshallah.</w:t>
      </w:r>
    </w:p>
    <w:p>
      <w:pPr>
        <w:jc w:val="right"/>
      </w:pPr>
      <w:r>
        <w:t>ایک خدا کو خدا مان کر کے زندگی کو اس کے مطابق بنایا جائے۔ اب اس کی بہت ساری تفصیل ہے، وہ میں کسی اور وقت بیان کر سکتا ہوں انشاءاللہ۔</w:t>
      </w:r>
    </w:p>
    <w:p>
      <w:r>
        <w:rPr>
          <w:b/>
        </w:rPr>
        <w:t xml:space="preserve">[39:27] </w:t>
      </w:r>
      <w:r>
        <w:t>aqool qawli hadha wa astaghfirullaha li walakum ajmaeen.</w:t>
      </w:r>
    </w:p>
    <w:p>
      <w:pPr>
        <w:jc w:val="right"/>
      </w:pPr>
      <w:r>
        <w:t>أقول قولي هذا وأستغفر الله لي ولكم أجمعين.</w:t>
      </w:r>
    </w:p>
    <w:p>
      <w:r>
        <w:rPr>
          <w:b/>
        </w:rPr>
        <w:t xml:space="preserve">[39:41] </w:t>
      </w:r>
      <w:r>
        <w:t>okay, this question is from Naghma. does Islam need reform today?</w:t>
      </w:r>
    </w:p>
    <w:p>
      <w:pPr>
        <w:jc w:val="right"/>
      </w:pPr>
      <w:r>
        <w:t>اوکے، دس کوئسچن از فرام نغمہ۔ ڈز اسلام نیڈ ریفارم ٹوڈے؟</w:t>
      </w:r>
    </w:p>
    <w:p>
      <w:r>
        <w:rPr>
          <w:b/>
        </w:rPr>
        <w:t xml:space="preserve">[39:54] </w:t>
      </w:r>
      <w:r>
        <w:t>mein samajhta hoon ke reform ki zaroorat to hai lekin Muslims mein reform ki zaroorat hai, Islam mein nahi.</w:t>
      </w:r>
    </w:p>
    <w:p>
      <w:pPr>
        <w:jc w:val="right"/>
      </w:pPr>
      <w:r>
        <w:t>میں سمجھتا ہوں کہ ریفارم کی ضرورت تو ہے لیکن مسلمز میں ریفارم کی ضرورت ہے، اسلام میں نہیں۔</w:t>
      </w:r>
    </w:p>
    <w:p>
      <w:r>
        <w:rPr>
          <w:b/>
        </w:rPr>
        <w:t xml:space="preserve">[40:08] </w:t>
      </w:r>
      <w:r>
        <w:t>yaani aaj jo Muslims hain to un ki jo soch hai, un ka jo rawaiyya hai, un ka jo action hai, sab ka sab Islam se deviate kar chuka hai.</w:t>
      </w:r>
    </w:p>
    <w:p>
      <w:pPr>
        <w:jc w:val="right"/>
      </w:pPr>
      <w:r>
        <w:t>یعنی آج جو مسلمز ہیں تو ان کی جو سوچ ہے، ان کا جو رویہ ہے، ان کا جو ایکشن ہے، سب کا سب اسلام سے ڈیویٹ کر چکا ہے۔</w:t>
      </w:r>
    </w:p>
    <w:p>
      <w:r>
        <w:rPr>
          <w:b/>
        </w:rPr>
        <w:t xml:space="preserve">[40:24] </w:t>
      </w:r>
      <w:r>
        <w:t>jaise Musalman aaj ke jo hain saare logon se nafrat karte hain. Hindu se, Christian se, Yahudi se, American se, sab se nafrat karte hain.</w:t>
      </w:r>
    </w:p>
    <w:p>
      <w:pPr>
        <w:jc w:val="right"/>
      </w:pPr>
      <w:r>
        <w:t>جیسے مسلمان آج کے جو ہیں سارے لوگوں سے نفرت کرتے ہیں۔ ہندو سے، کرسچن سے، یہودی سے، امریکن سے، سب سے نفرت کرتے ہیں۔</w:t>
      </w:r>
    </w:p>
    <w:p>
      <w:r>
        <w:rPr>
          <w:b/>
        </w:rPr>
        <w:t xml:space="preserve">[40:35] </w:t>
      </w:r>
      <w:r>
        <w:t>sab ko dushman samajhte hain. sab ko samajhte hain ke woh sazish kar rahe hain Islam ke khilaaf. yeh sab mein dekhein be buniyad baatein hain, sau feesad be buniyad baatein hain.</w:t>
      </w:r>
    </w:p>
    <w:p>
      <w:pPr>
        <w:jc w:val="right"/>
      </w:pPr>
      <w:r>
        <w:t>سب کو دشمن سمجھتے ہیں۔ سب کو سمجھتے ہیں کہ وہ سازش کر رہے ہیں اسلام کے خلاف۔ یہ سب میں دیکھیں بے بنیاد باتیں ہیں، سو فیصد بے بنیاد باتیں ہیں۔</w:t>
      </w:r>
    </w:p>
    <w:p>
      <w:r>
        <w:rPr>
          <w:b/>
        </w:rPr>
        <w:t xml:space="preserve">[40:48] </w:t>
      </w:r>
      <w:r>
        <w:t>aaj mere paas ek sahab aaye, ek Musalman, to unhone kuch sawal kiya. to maine kaha yeh mujhe sab se pehle bata dijiye ke aap ko</w:t>
      </w:r>
    </w:p>
    <w:p>
      <w:pPr>
        <w:jc w:val="right"/>
      </w:pPr>
      <w:r>
        <w:t>آج میرے پاس ایک صاحب آئے، ایک مسلمان، تو انہوں نے کچھ سوال کیا۔ تو میں نے کہا یہ مجھے سب سے پہلے بتا دیجئے کہ آپ کو</w:t>
      </w:r>
    </w:p>
    <w:p>
      <w:r>
        <w:rPr>
          <w:b/>
        </w:rPr>
        <w:t xml:space="preserve">[41:04] </w:t>
      </w:r>
      <w:r>
        <w:t>mutabiq Islami taleem jawab chahiye ya mutabiq Muslim community chahiye? to unhone kaha dono mein farq kya hai?</w:t>
      </w:r>
    </w:p>
    <w:p>
      <w:pPr>
        <w:jc w:val="right"/>
      </w:pPr>
      <w:r>
        <w:t>مطابق اسلامی تعلیم جواب چاہیے یا مطابق مسلم کمیونٹی چاہیے؟ تو انہوں نے کہا دونوں میں فرق کیا ہے؟</w:t>
      </w:r>
    </w:p>
    <w:p>
      <w:r>
        <w:rPr>
          <w:b/>
        </w:rPr>
        <w:t xml:space="preserve">[41:15] </w:t>
      </w:r>
      <w:r>
        <w:t>aap bataiye ke dono mein farq nahi jaante Musalman? to maine kaha ke dekhein Islam ka ka jo concept hai woh banta hai Quran aur Hadees par.</w:t>
      </w:r>
    </w:p>
    <w:p>
      <w:pPr>
        <w:jc w:val="right"/>
      </w:pPr>
      <w:r>
        <w:t>آپ بتائیے کہ دونوں میں فرق نہیں جانتے مسلمان؟ تو میں نے کہا کہ دیکھیں اسلام کا کا جو کانسیپٹ ہے وہ بنتا ہے قرآن اور حدیث پر۔</w:t>
      </w:r>
    </w:p>
    <w:p>
      <w:r>
        <w:rPr>
          <w:b/>
        </w:rPr>
        <w:t xml:space="preserve">[41:28] </w:t>
      </w:r>
      <w:r>
        <w:t>ab Musalmanon ki jo soch hai woh banti hai un ke apne ambitions par.</w:t>
      </w:r>
    </w:p>
    <w:p>
      <w:pPr>
        <w:jc w:val="right"/>
      </w:pPr>
      <w:r>
        <w:t>اب مسلمانوں کی جو سوچ ہے وہ بنتی ہے ان کے اپنے امبیشنز پر۔</w:t>
      </w:r>
    </w:p>
    <w:p>
      <w:r>
        <w:rPr>
          <w:b/>
        </w:rPr>
        <w:t xml:space="preserve">[41:37] </w:t>
      </w:r>
      <w:r>
        <w:t>jaise Falasteen mein un ki zameen chhin gayi to us par un ki soch bani hui hai. to yeh Islam se kya is ke lehaz se koi talluq nahi is ka?</w:t>
      </w:r>
    </w:p>
    <w:p>
      <w:pPr>
        <w:jc w:val="right"/>
      </w:pPr>
      <w:r>
        <w:t>جیسے فلسطین میں ان کی زمین چھن گئی تو اس پر ان کی سوچ بنی ہوئی ہے۔ تو یہ اسلام سے کیا اس کا اس لحاظ سے کوئی تعلق نہیں اس کا؟</w:t>
      </w:r>
    </w:p>
    <w:p>
      <w:r>
        <w:rPr>
          <w:b/>
        </w:rPr>
        <w:t xml:space="preserve">[41:48] </w:t>
      </w:r>
      <w:r>
        <w:t>to aaj ka jo Musalman hai woh is ki soch bhi hati hui hai. yaani Musalmanon ki soch manfi ban gayi hai jabke Islam sau feesad musbat soch chahta hai.</w:t>
      </w:r>
    </w:p>
    <w:p>
      <w:pPr>
        <w:jc w:val="right"/>
      </w:pPr>
      <w:r>
        <w:t>تو آج کا جو مسلمان ہے وہ اس کی سوچ بھی ہٹی ہوئی ہے۔ یعنی مسلمانوں کی سوچ منفی بن گئی ہے جبکہ اسلام سو فیصد مثبت سوچ چاہتا ہے۔</w:t>
      </w:r>
    </w:p>
    <w:p>
      <w:r>
        <w:rPr>
          <w:b/>
        </w:rPr>
        <w:t xml:space="preserve">[42:01] </w:t>
      </w:r>
      <w:r>
        <w:t>aaj ke Musalman ek ek community bankar reh gaye hain. un ki sar-garmiaan saari ki saari woh hain, yaani is ko mein kehta hoon community work.</w:t>
      </w:r>
    </w:p>
    <w:p>
      <w:pPr>
        <w:jc w:val="right"/>
      </w:pPr>
      <w:r>
        <w:t>آج کے مسلمان ایک ایک کمیونٹی بن کر رہ گئے ہیں۔ ان کی سرگرمیاں ساری کی ساری وہ ہیں، یعنی اس کو میں کہتا ہوں کمیونٹی ورک۔</w:t>
      </w:r>
    </w:p>
    <w:p>
      <w:r>
        <w:rPr>
          <w:b/>
        </w:rPr>
        <w:t xml:space="preserve">[42:15] </w:t>
      </w:r>
      <w:r>
        <w:t>jabke community work ka koi Islam se matlab nahi hai. Islam jo hai daawa work, Islam ka work daawa work hai.</w:t>
      </w:r>
    </w:p>
    <w:p>
      <w:pPr>
        <w:jc w:val="right"/>
      </w:pPr>
      <w:r>
        <w:t>جبکہ کمیونٹی ورک کا کوئی اسلام سے مطلب نہیں ہے۔ اسلام جو ہے دعویٰ ورک، اسلام کا ورک دعویٰ ورک ہے۔</w:t>
      </w:r>
    </w:p>
    <w:p>
      <w:r>
        <w:rPr>
          <w:b/>
        </w:rPr>
        <w:t xml:space="preserve">[42:26] </w:t>
      </w:r>
      <w:r>
        <w:t>is tareeqe se har cheez mein deviation hai. ab yeh jo aap dekhein qabron ki pooja hoti hai, Islam se koi matlab is ka nahi.</w:t>
      </w:r>
    </w:p>
    <w:p>
      <w:pPr>
        <w:jc w:val="right"/>
      </w:pPr>
      <w:r>
        <w:t>اس طریقے سے ہر چیز میں ڈیوی ایشن ہے۔ اب یہ جو آپ دیکھیں قبروں کی پوجا ہوتی ہے، اسلام سے کوئی مطلب اس کا نہیں۔</w:t>
      </w:r>
    </w:p>
    <w:p>
      <w:r>
        <w:rPr>
          <w:b/>
        </w:rPr>
        <w:t xml:space="preserve">[42:36] </w:t>
      </w:r>
      <w:r>
        <w:t>ek Hindu ne mujh se kaha Rishikesh mein ke aap mein hum mein kya farq hai? aap lita kar poochte hain, hum bitha kar poochte hain.</w:t>
      </w:r>
    </w:p>
    <w:p>
      <w:pPr>
        <w:jc w:val="right"/>
      </w:pPr>
      <w:r>
        <w:t>ایک ہندو نے مجھ سے کہا رشی کیش میں کہ آپ میں ہم میں کیا فرق ہے؟ آپ لٹا کر پوچھتے ہیں، ہم بٹھا کر پوچھتے ہیں۔</w:t>
      </w:r>
    </w:p>
    <w:p>
      <w:r>
        <w:rPr>
          <w:b/>
        </w:rPr>
        <w:t xml:space="preserve">[42:49] </w:t>
      </w:r>
      <w:r>
        <w:t>yeh sab cheezein hain jo Islam se koi talluq in ka nahi hai. Islam aaj bhi intact hai Quran o Hadees mein, is mein koi badlao nahi aaya hai.</w:t>
      </w:r>
    </w:p>
    <w:p>
      <w:pPr>
        <w:jc w:val="right"/>
      </w:pPr>
      <w:r>
        <w:t>یہ سب چیزیں ہیں جو اسلام سے کوئی تعلق ان کا نہیں ہے۔ اسلام آج بھی انٹیکٹ ہے قرآن و حدیث میں، اس میں کوئی بدلاؤ نہیں آیا ہے۔</w:t>
      </w:r>
    </w:p>
    <w:p>
      <w:r>
        <w:rPr>
          <w:b/>
        </w:rPr>
        <w:t xml:space="preserve">[43:01] </w:t>
      </w:r>
      <w:r>
        <w:t>to mein samajhta hoon ke reform ki zaroorat hai lekin woh hai Muslims mein, Islam mein nahi.</w:t>
      </w:r>
    </w:p>
    <w:p>
      <w:pPr>
        <w:jc w:val="right"/>
      </w:pPr>
      <w:r>
        <w:t>تو میں سمجھتا ہوں کہ ریفارم کی ضرورت ہے لیکن وہ ہے مسلمز میں، اسلام میں نہیں۔</w:t>
      </w:r>
    </w:p>
    <w:p>
      <w:r>
        <w:rPr>
          <w:b/>
        </w:rPr>
        <w:t xml:space="preserve">[43:12] </w:t>
      </w:r>
      <w:r>
        <w:t>Islam ko bahal karna hai, reform nahi karna hai.</w:t>
      </w:r>
    </w:p>
    <w:p>
      <w:pPr>
        <w:jc w:val="right"/>
      </w:pPr>
      <w:r>
        <w:t>اسلام کو بحال کرنا ہے، ریفارم نہیں کرنا ہے۔</w:t>
      </w:r>
    </w:p>
    <w:p>
      <w:r>
        <w:rPr>
          <w:b/>
        </w:rPr>
        <w:t xml:space="preserve">[43:20] </w:t>
      </w:r>
      <w:r>
        <w:t>this question is from Vareja. the question is in reference to your book God Arises. there is a lot written to draw a parallel agreement to prove the existence of God.</w:t>
      </w:r>
    </w:p>
    <w:p>
      <w:pPr>
        <w:jc w:val="right"/>
      </w:pPr>
      <w:r>
        <w:t>دس کوئسچن از فرام وریجا۔ دی کوئسچن از ان ریفرنس ٹو یور بک گاڈ ارائزز۔ دیر از اے لاٹ رٹن ٹو ڈرا اے پیرالل ایگریمنٹ ٹو پروف دی ایگزسٹنس آف گاڈ۔</w:t>
      </w:r>
    </w:p>
    <w:p>
      <w:r>
        <w:rPr>
          <w:b/>
        </w:rPr>
        <w:t xml:space="preserve">[43:33] </w:t>
      </w:r>
      <w:r>
        <w:t>I am looking for an answer which logically follows. even more important question is of existence of life after death.</w:t>
      </w:r>
    </w:p>
    <w:p>
      <w:pPr>
        <w:jc w:val="right"/>
      </w:pPr>
      <w:r>
        <w:t>آئی ایم لوکنگ فار اینڈ انسر وچ لوجیکلی فالوز۔ ایون مور امپورٹنٹ کوئسچن از آف ایگزسٹنس آف لائف آفٹر ڈیتھ۔</w:t>
      </w:r>
    </w:p>
    <w:p>
      <w:r>
        <w:rPr>
          <w:b/>
        </w:rPr>
        <w:t xml:space="preserve">[43:42] </w:t>
      </w:r>
      <w:r>
        <w:t>inferred from your book, if a is less than b and a is less than c, therefore b will be less than c. I disagree because b can be less than c or c can be less than b or b is equal to c, all so have an equal probability.</w:t>
      </w:r>
    </w:p>
    <w:p>
      <w:pPr>
        <w:jc w:val="right"/>
      </w:pPr>
      <w:r>
        <w:t>انفرنگ فرام یور بک، اف اے از لیس دین بی اینڈ اے از لیس دین سی، دیر فور بی ول بی لیس دین سی۔ آئی ڈس ایگری بیکاز بی کین بی لیس دین سی اور سی کین بی لیس دین بی اور بی از ایکول ٹو سی، آل سو ہیو این ایکول پروبیبیلیٹی۔</w:t>
      </w:r>
    </w:p>
    <w:p>
      <w:r>
        <w:rPr>
          <w:b/>
        </w:rPr>
        <w:t xml:space="preserve">[44:03] </w:t>
      </w:r>
      <w:r>
        <w:t>dekhen yeh to aap ne jo kaha yeh to suppositions hain, yeh koi logic nahi hai, koi scientific proof nahi hai jo aap ne farmaya.</w:t>
      </w:r>
    </w:p>
    <w:p>
      <w:pPr>
        <w:jc w:val="right"/>
      </w:pPr>
      <w:r>
        <w:t>دیکھیں یہ تو آپ نے جو کہا یہ تو سپوزیشنز ہیں، یہ کوئی لاجک نہیں ہے، کوئی سائنٹیفک پروف نہیں ہے جو آپ نے فرمایا۔</w:t>
      </w:r>
    </w:p>
    <w:p>
      <w:r>
        <w:rPr>
          <w:b/>
        </w:rPr>
        <w:t xml:space="preserve">[44:14] </w:t>
      </w:r>
      <w:r>
        <w:t>main aap ko scientific proof deta hoon life after death ka. dekhen science mein pehle maana jata tha ke heart ki jo beating hai jab band hoti hai to aadmi mar jata hai.</w:t>
      </w:r>
    </w:p>
    <w:p>
      <w:pPr>
        <w:jc w:val="right"/>
      </w:pPr>
      <w:r>
        <w:t>میں آپ کو سائنٹیفک پروف دیتا ہوں لائف آفٹر ڈیتھ کا۔ دیکھیں سائنس میں پہلے مانا جاتا تھا کہ ہارٹ کی جو بیٹنگ ہے جب بند ہوتی ہے تو آدمی مر جاتا ہے۔</w:t>
      </w:r>
    </w:p>
    <w:p>
      <w:r>
        <w:rPr>
          <w:b/>
        </w:rPr>
        <w:t xml:space="preserve">[44:32] </w:t>
      </w:r>
      <w:r>
        <w:t>ab yeh proof ho gaya hai ke heart ki beating se nahi is ka taluq hai, zehan ka function band hone se hota hai. jab aap ka dimagh death hota hai to aap khatam ho jate hain.</w:t>
      </w:r>
    </w:p>
    <w:p>
      <w:pPr>
        <w:jc w:val="right"/>
      </w:pPr>
      <w:r>
        <w:t>اب یہ پروف ہو گیا ہے کہ ہارٹ کی بیٹنگ سے نہیں اس کا تعلق ہے، ذہن کا فنکشن بند ہونے سے ہوتا ہے۔ جب آپ کا دماغ ڈیتھ ہوتا ہے تو آپ ختم ہو جاتے ہیں۔</w:t>
      </w:r>
    </w:p>
    <w:p>
      <w:r>
        <w:rPr>
          <w:b/>
        </w:rPr>
        <w:t xml:space="preserve">[44:46] </w:t>
      </w:r>
      <w:r>
        <w:t>yahan tak science ne proof kar diya hai. lekin is mein aap yeh sochiye ke jab dimagh ka function khatam hota hai to body ke aik aik cell phir bhi rehte hain.</w:t>
      </w:r>
    </w:p>
    <w:p>
      <w:pPr>
        <w:jc w:val="right"/>
      </w:pPr>
      <w:r>
        <w:t>یہاں تک سائنس نے پروف کر دیا ہے۔ لیکن اس میں آپ یہ سوچیئے کہ جب دماغ کا فنکشن ختم ہوتا ہے تو باڈی کے ایک ایک سیل پھر بھی رہتے ہیں۔</w:t>
      </w:r>
    </w:p>
    <w:p>
      <w:r>
        <w:rPr>
          <w:b/>
        </w:rPr>
        <w:t xml:space="preserve">[44:59] </w:t>
      </w:r>
      <w:r>
        <w:t>body ke cell mein aik fisad bhi kami nahi hoti. body waisa hi ka waisa hi rehta hai jismani tor par jabke insan mar chuka hota hai.</w:t>
      </w:r>
    </w:p>
    <w:p>
      <w:pPr>
        <w:jc w:val="right"/>
      </w:pPr>
      <w:r>
        <w:t>باڈی کے سیل میں ایک فیصد بھی کمی نہیں ہوتی۔ باڈی ویسا ہی کا ویسا ہی رہتا ہے جسمانی طور پر جبکہ انسان مر چکا ہوتا ہے۔</w:t>
      </w:r>
    </w:p>
    <w:p>
      <w:r>
        <w:rPr>
          <w:b/>
        </w:rPr>
        <w:t xml:space="preserve">[45:09] </w:t>
      </w:r>
      <w:r>
        <w:t>ab kya cheezain bartti hain? aap sochiye is ka matlab yeh hua ke jis cheez ko aap human personality kehte hain woh independent rehti hai, existence is ka hai.</w:t>
      </w:r>
    </w:p>
    <w:p>
      <w:pPr>
        <w:jc w:val="right"/>
      </w:pPr>
      <w:r>
        <w:t>اب کیا چیزیں برتی ہیں؟ آپ سوچیئے اس کا معنی یہ ہوا کہ جس چیز کو آپ ہیومن پرسنیلٹی کہتے ہیں وہ انڈیپنڈنٹ رہتی ہے، ایگزسٹنس اس کا ہے۔</w:t>
      </w:r>
    </w:p>
    <w:p>
      <w:r>
        <w:rPr>
          <w:b/>
        </w:rPr>
        <w:t xml:space="preserve">[45:25] </w:t>
      </w:r>
      <w:r>
        <w:t>body ke alag bilkul, body abhi bhi waise hi ka waise hi hai. aap keh sakte hain ke body zinda hai goya lekin insan nahi hai wahan par.</w:t>
      </w:r>
    </w:p>
    <w:p>
      <w:pPr>
        <w:jc w:val="right"/>
      </w:pPr>
      <w:r>
        <w:t>باڈی کے الگ بالکل، باڈی ابھی بھی ویسے ہی کا ویسے ہی ہے۔ آپ کہہ سکتے ہیں کہ باڈی زندہ ہے گویا لیکن انسان نہیں ہے وہاں پر۔</w:t>
      </w:r>
    </w:p>
    <w:p>
      <w:r>
        <w:rPr>
          <w:b/>
        </w:rPr>
        <w:t xml:space="preserve">[45:35] </w:t>
      </w:r>
      <w:r>
        <w:t>to aik cheez science se proof ho chuki hai ke human personality jis ko hum kehte hain, jis ko mazhabi zaban mein soul kaha jata hai, yani aap mazhabi zaban istemal karen to aap kahengay soul.</w:t>
      </w:r>
    </w:p>
    <w:p>
      <w:pPr>
        <w:jc w:val="right"/>
      </w:pPr>
      <w:r>
        <w:t>تو ایک چیز سائنس سے پروف ہو چکی ہے کہ ہیومن پرسنیلٹی جس کو ہم کہتے ہیں، جس کو مذہبی زبان میں سول کہا جاتا ہے، یعنی آپ مذہبی زبان استعمال کریں تو آپ کہیں گے سول۔</w:t>
      </w:r>
    </w:p>
    <w:p>
      <w:r>
        <w:rPr>
          <w:b/>
        </w:rPr>
        <w:t xml:space="preserve">[45:50] </w:t>
      </w:r>
      <w:r>
        <w:t>agar aap secular zaban bolen to aap kahengay human personality. is ka matlab woh independently woh exist kar rahi hai body se aur aap jante hain ke aisa ho chuka hai.</w:t>
      </w:r>
    </w:p>
    <w:p>
      <w:pPr>
        <w:jc w:val="right"/>
      </w:pPr>
      <w:r>
        <w:t>اگر آپ سیکولر زبان بولیں تو آپ کہیں گے ہیومن پرسنیلٹی۔ اس کا یعنی وہ انڈیپنڈنٹلی وہ ایگزسٹ کر رہی ہے باڈی سے اور آپ جانتے ہیں کہ ایسا ہو چکا ہے۔</w:t>
      </w:r>
    </w:p>
    <w:p>
      <w:r>
        <w:rPr>
          <w:b/>
        </w:rPr>
        <w:t xml:space="preserve">[46:05] </w:t>
      </w:r>
      <w:r>
        <w:t>operation table par aik aadmi rakha gaya aur darmyan operation woh death ho gaya. yani is ki heart beating khatam ho gayi, poori tarah se khatam ho gayi.</w:t>
      </w:r>
    </w:p>
    <w:p>
      <w:pPr>
        <w:jc w:val="right"/>
      </w:pPr>
      <w:r>
        <w:t>آپریشن ٹیبل پر ایک آدمی رکھا گیا اور دوران آپریشن وہ ڈیتھ ہو گیا۔ یعنی اس کی ہارٹ بیٹنگ ختم ہو گئی، پوری طرح سے ختم ہو گئی۔</w:t>
      </w:r>
    </w:p>
    <w:p>
      <w:r>
        <w:rPr>
          <w:b/>
        </w:rPr>
        <w:t xml:space="preserve">[46:16] </w:t>
      </w:r>
      <w:r>
        <w:t>ya aisa bhi hua hai ke heart ko nikal kar ke bahar kar diya gaya lekin woh aadmi zinda tha. das minute ke baad woh zinda ho gaya to woh kahan thi?</w:t>
      </w:r>
    </w:p>
    <w:p>
      <w:pPr>
        <w:jc w:val="right"/>
      </w:pPr>
      <w:r>
        <w:t>یا ایسا بھی ہوا ہے کہ ہارٹ کو نکال کر کے باہر کر دیا گیا لیکن وہ آدمی زندہ تھا۔ دس منٹ کے بعد وہ زندہ ہو گیا تو وہ کہاں تھی؟</w:t>
      </w:r>
    </w:p>
    <w:p>
      <w:r>
        <w:rPr>
          <w:b/>
        </w:rPr>
        <w:t xml:space="preserve">[46:30] </w:t>
      </w:r>
      <w:r>
        <w:t>woh soul ya woh personality kahan thi? to science ne is ko proof kar diya hai ke insan jis ko hum kehte hain ya soul jis ko hum kehte hain woh body se alag is ka existence hai.</w:t>
      </w:r>
    </w:p>
    <w:p>
      <w:pPr>
        <w:jc w:val="right"/>
      </w:pPr>
      <w:r>
        <w:t>وہ سول یا وہ پرسنیلٹی کہاں تھی؟ تو سائنس نے اس کو پروف کر دیا ہے کہ انسان جس کو ہم کہتے ہیں یا سول جس کو ہم کہتے ہیں وہ باڈی سے الگ اس کا ایگزسٹنس ہے۔</w:t>
      </w:r>
    </w:p>
    <w:p>
      <w:r>
        <w:rPr>
          <w:b/>
        </w:rPr>
        <w:t xml:space="preserve">[46:43] </w:t>
      </w:r>
      <w:r>
        <w:t>alag yeh main yeh kehta hoon ke sau fisad life after death sabit ho gayi, science se proof ho gayi. yeh hai sau fisad, yani body se alag.</w:t>
      </w:r>
    </w:p>
    <w:p>
      <w:pPr>
        <w:jc w:val="right"/>
      </w:pPr>
      <w:r>
        <w:t>الگ یہ میں یہ کہتا ہوں کہ سو فیصد لائف آفٹر ڈیتھ ثابت ہو گئی، سائنس سے پروف ہو گئی۔ یہ ہے سو فیصد، یعنی باڈی سے الگ۔</w:t>
      </w:r>
    </w:p>
    <w:p>
      <w:r>
        <w:rPr>
          <w:b/>
        </w:rPr>
        <w:t xml:space="preserve">[46:54] </w:t>
      </w:r>
      <w:r>
        <w:t>aap jante hain ke pehle samjha jata tha ke check bus ne kaha tha ke zindagi kya hai? asar mein zahoor tarteeb, maut kya hai?</w:t>
      </w:r>
    </w:p>
    <w:p>
      <w:pPr>
        <w:jc w:val="right"/>
      </w:pPr>
      <w:r>
        <w:t>آپ جانتے ہیں کہ پہلے سمجھا جاتا تھا کہ چیک بس نے کہا تھا کہ زندگی کیا ہے؟ عناصر میں ظہور ترتیب، موت کیا ہے؟</w:t>
      </w:r>
    </w:p>
    <w:p>
      <w:r>
        <w:rPr>
          <w:b/>
        </w:rPr>
        <w:t xml:space="preserve">[47:05] </w:t>
      </w:r>
      <w:r>
        <w:t>inhi ajza ka pareshan hona. ab se do sau saal pehle yeh maana jata tha ke yeh aik chemistry ka phenomena hai.</w:t>
      </w:r>
    </w:p>
    <w:p>
      <w:pPr>
        <w:jc w:val="right"/>
      </w:pPr>
      <w:r>
        <w:t>انہی اجزاء کا پریشاں ہونا۔ اب سے دو سو سال پہلے یہ مانا جاتا تھا کہ یہ ایک کیمسٹری کا فینامینا ہے۔</w:t>
      </w:r>
    </w:p>
    <w:p>
      <w:r>
        <w:rPr>
          <w:b/>
        </w:rPr>
        <w:t xml:space="preserve">[47:15] </w:t>
      </w:r>
      <w:r>
        <w:t>aik khaas tarah chemistry jo hai, is ka process hai, is ka naam is ka naam zindagi hai. yeh maante thay log, ab woh khatam ho gaya.</w:t>
      </w:r>
    </w:p>
    <w:p>
      <w:pPr>
        <w:jc w:val="right"/>
      </w:pPr>
      <w:r>
        <w:t>ایک خاص طرح کیمسٹری جو ہے، اس کا پروسیس ہے، اس کا نام اس کا نام زندگی ہے۔ یہ مانتے تھے لوگ، اب وہ ختم ہو گیا۔</w:t>
      </w:r>
    </w:p>
    <w:p>
      <w:r>
        <w:rPr>
          <w:b/>
        </w:rPr>
        <w:t xml:space="preserve">[47:25] </w:t>
      </w:r>
      <w:r>
        <w:t>kyun ke is chemistry ko waise hi process mein laya gaya magar life nahi bani. life hum nahi bana sake laboratory mein.</w:t>
      </w:r>
    </w:p>
    <w:p>
      <w:pPr>
        <w:jc w:val="right"/>
      </w:pPr>
      <w:r>
        <w:t>کیوں کہ اس کیمسٹری کو ویسے ہی پروسیس میں لایا گیا مگر لائف نہیں بنی۔ لائف ہم نہیں بنا سکے لیبارٹری میں۔</w:t>
      </w:r>
    </w:p>
    <w:p>
      <w:r>
        <w:rPr>
          <w:b/>
        </w:rPr>
        <w:t xml:space="preserve">[47:34] </w:t>
      </w:r>
      <w:r>
        <w:t>to life aik aik alag aik cheez hai jo meri body se alag exist kar rahi hai. to sau fisad proof ho gayi yeh baat.</w:t>
      </w:r>
    </w:p>
    <w:p>
      <w:pPr>
        <w:jc w:val="right"/>
      </w:pPr>
      <w:r>
        <w:t>تو لائف ایک ایک الگ ایک چیز ہے جو میری باڈی سے الگ ایگزسٹ کر رہی ہے۔ تو سو فیصد پروف ہو گئی یہ بات۔</w:t>
      </w:r>
    </w:p>
    <w:p>
      <w:r>
        <w:rPr>
          <w:b/>
        </w:rPr>
        <w:t xml:space="preserve">[47:46] </w:t>
      </w:r>
      <w:r>
        <w:t>ab baat yeh reh jati hai ke kya jis cheez ko hum death kehte hain is ke baad bhi woh life hai kahin?</w:t>
      </w:r>
    </w:p>
    <w:p>
      <w:pPr>
        <w:jc w:val="right"/>
      </w:pPr>
      <w:r>
        <w:t>اب بات یہ رہ جاتی ہے کہ کیا جس چیز کو ہم ڈیتھ کہتے ہیں اس کے بعد بھی وہ لائف ہے کہیں؟</w:t>
      </w:r>
    </w:p>
    <w:p>
      <w:r>
        <w:rPr>
          <w:b/>
        </w:rPr>
        <w:t xml:space="preserve">[47:57] </w:t>
      </w:r>
      <w:r>
        <w:t>to main yeh manta hoon ke is is is second half ko science ne proof nahi kiya hai lekin common sense is ko proof kar raha hai.</w:t>
      </w:r>
    </w:p>
    <w:p>
      <w:pPr>
        <w:jc w:val="right"/>
      </w:pPr>
      <w:r>
        <w:t>تو میں یہ مانتا ہوں کہ اس اس اس سیکنڈ ہاف کو سائنس نے پروف نہیں کیا ہے لیکن کامن سینس اس کو پروف کر رہا ہے۔</w:t>
      </w:r>
    </w:p>
    <w:p>
      <w:r>
        <w:rPr>
          <w:b/>
        </w:rPr>
        <w:t xml:space="preserve">[48:08] </w:t>
      </w:r>
      <w:r>
        <w:t>sawal yeh hai ke jab woh independently exist kar rahi hai woh to sawal yeh hai ke is is is is ke baad woh kahan khatam kaise ho jayegi?</w:t>
      </w:r>
    </w:p>
    <w:p>
      <w:pPr>
        <w:jc w:val="right"/>
      </w:pPr>
      <w:r>
        <w:t>سوال یہ ہے کہ جب وہ انڈیپنڈنٹلی ایگزسٹ کر رہی ہے وہ تو سوال یہ ہے کہ اس اس اس اس کے بعد وہ کہاں ختم کیسے ہو جائے گی؟</w:t>
      </w:r>
    </w:p>
    <w:p>
      <w:r>
        <w:rPr>
          <w:b/>
        </w:rPr>
        <w:t xml:space="preserve">[48:20] </w:t>
      </w:r>
      <w:r>
        <w:t>woh khatam kaise ho jayegi? woh nahi. is ka aik aur saragh hamein milta hai ke khatam na hone ka, woh yeh hai ke death se pehle bhi kai death hoti hain insan ki.</w:t>
      </w:r>
    </w:p>
    <w:p>
      <w:pPr>
        <w:jc w:val="right"/>
      </w:pPr>
      <w:r>
        <w:t>وہ ختم کیسے ہو جائے گی؟ وہ نہیں۔ اس کا ایک اور سراغ ہمیں ملتا ہے کہ ختم نہ ہونے کا، وہ یہ ہے کہ ڈیتھ سے پہلے بھی کئی ڈیتھ ہوتی ہیں انسان کی۔</w:t>
      </w:r>
    </w:p>
    <w:p>
      <w:r>
        <w:rPr>
          <w:b/>
        </w:rPr>
        <w:t xml:space="preserve">[48:35] </w:t>
      </w:r>
      <w:r>
        <w:t>woh hai cells ki death. aap jante hain ke insan ke jo cells hain million billion toot te rehte hain rozana.</w:t>
      </w:r>
    </w:p>
    <w:p>
      <w:pPr>
        <w:jc w:val="right"/>
      </w:pPr>
      <w:r>
        <w:t>وہ ہے سیلز کی ڈیتھ۔ آپ جانتے ہیں کہ انسان کے جو سیلز ہیں ملین بلین ٹوٹتے رہتے ہیں روزانہ۔</w:t>
      </w:r>
    </w:p>
    <w:p>
      <w:r>
        <w:rPr>
          <w:b/>
        </w:rPr>
        <w:t xml:space="preserve">[48:45] </w:t>
      </w:r>
      <w:r>
        <w:t>yani replacement hota hai body mein, cell badalte rehte hain. aur yeh maana gaya hai ke koi das saal mein saare cell badal jate hain.</w:t>
      </w:r>
    </w:p>
    <w:p>
      <w:pPr>
        <w:jc w:val="right"/>
      </w:pPr>
      <w:r>
        <w:t>یعنی ریپلیسمنٹ ہوتا ہے باڈی میں، سیل بدلتے رہتے ہیں۔ اور یہ مانا گیا ہے کہ کوئی دس سال میں سارے سیل بدل جاتے ہیں۔</w:t>
      </w:r>
    </w:p>
    <w:p>
      <w:r>
        <w:rPr>
          <w:b/>
        </w:rPr>
        <w:t xml:space="preserve">[48:56] </w:t>
      </w:r>
      <w:r>
        <w:t>yani isi saal ki umar kisi ki hai to woh isi saal uske pure body ka cell jo hai replace ho chuka hai. Woh body ab nahi hai, meri body mein jo cell thay woh aaj nahi hain, doosre cell hain.</w:t>
      </w:r>
    </w:p>
    <w:p>
      <w:pPr>
        <w:jc w:val="right"/>
      </w:pPr>
      <w:r>
        <w:t>یعنی اسی سال کی عمر کسی کی ہے تو وہ اسی سال اس کے پورے باڈی کا سیل جو ہے ریپلیس ہو چکا ہے۔ وہ باڈی اب نہیں ہے، میری باڈی میں جو سیل تھے وہ آج نہیں ہیں، دوسرے سیل ہیں۔</w:t>
      </w:r>
    </w:p>
    <w:p>
      <w:r>
        <w:rPr>
          <w:b/>
        </w:rPr>
        <w:t xml:space="preserve">[49:11] </w:t>
      </w:r>
      <w:r>
        <w:t>yani mein kai baar mar chuka hoon. Ab sochiye ke meri memory kahan hai? Agar woh body mein thi to body to mar chuka.</w:t>
      </w:r>
    </w:p>
    <w:p>
      <w:pPr>
        <w:jc w:val="right"/>
      </w:pPr>
      <w:r>
        <w:t>یعنی میں کئی بار مر چکا ہوں۔ اب سوچیئے کہ میری میموری کہاں ہے؟ اگر وہ باڈی میں تھی تو باڈی تو مر چکا۔</w:t>
      </w:r>
    </w:p>
    <w:p>
      <w:r>
        <w:rPr>
          <w:b/>
        </w:rPr>
        <w:t xml:space="preserve">[49:22] </w:t>
      </w:r>
      <w:r>
        <w:t>jabke mujhe abhi bhi meri umar 85 ho chuki hai aur abhi bhi mujhe yaad hai ek dum theek theek ke jab mein chota tha mere baap mujhe apne haan is mein god mein le kar ke operation karwaya tha, unhon ne mera yahan nishan mara hai.</w:t>
      </w:r>
    </w:p>
    <w:p>
      <w:pPr>
        <w:jc w:val="right"/>
      </w:pPr>
      <w:r>
        <w:t>جبکہ مجھے ابھی بھی میری عمر 85 ہو چکی ہے اور ابھی بھی مجھے یاد ہے ایک دم ٹھیک ٹھیک کہ جب میں چھوٹا تھا میرے باپ مجھے اپنے ہاں اس میں گود میں لے کر کے آپریشن کروایا تھا، انہوں نے میرا یہاں نشان مرا ہے۔</w:t>
      </w:r>
    </w:p>
    <w:p>
      <w:r>
        <w:rPr>
          <w:b/>
        </w:rPr>
        <w:t xml:space="preserve">[49:37] </w:t>
      </w:r>
      <w:r>
        <w:t>yani woh bilkul tasveer mere zehen mein hai. Ab bataiye ke jab mein mar chuka hoon to woh kahan hai? Woh to pre death period mein bhi death hoti hai aur us death mein mein baar baar tajurba kar raha hoon ke jismani death ke bawajood mein exist kar raha hoon.</w:t>
      </w:r>
    </w:p>
    <w:p>
      <w:pPr>
        <w:jc w:val="right"/>
      </w:pPr>
      <w:r>
        <w:t>یعنی وہ بالکل تصویر میرے ذہن میں ہے۔ اب بتائیئے کہ جب میں مر چکا ہوں تو وہ کہاں ہے؟ وہ تو پری ڈیتھ پیریڈ میں بھی ڈیتھ ہوتی ہے اور اس ڈیتھ میں میں بار بار تجربہ کر رہا ہوں کہ جسمانی ڈیتھ کے باوجود میں ایگزسٹ کر رہا ہوں۔</w:t>
      </w:r>
    </w:p>
    <w:p>
      <w:r>
        <w:rPr>
          <w:b/>
        </w:rPr>
        <w:t xml:space="preserve">[49:56] </w:t>
      </w:r>
      <w:r>
        <w:t>tabhi to memory intact hai. Yeh suraagh hai. Dekhein mein ek baat yeh kahunga, teesri baat ke aap life after death ke liye koi koi aisi logic nahi maang sakte mujhse jo logic science mein nahi chalti ho.</w:t>
      </w:r>
    </w:p>
    <w:p>
      <w:pPr>
        <w:jc w:val="right"/>
      </w:pPr>
      <w:r>
        <w:t>تبھی تو میموری انٹیکٹ ہے۔ یہ سراغ ہے۔ دیکھیں میں ایک بات یہ کہوں گا، تیسری بات کہ آپ لائف آفٹر ڈیتھ کے لیے کوئی کوئی ایسی لاجک نہیں مانگ سکتے مجھ سے جو لاجک سائنس میں نہیں چلتی ہو۔</w:t>
      </w:r>
    </w:p>
    <w:p>
      <w:r>
        <w:rPr>
          <w:b/>
        </w:rPr>
        <w:t xml:space="preserve">[50:15] </w:t>
      </w:r>
      <w:r>
        <w:t>science mein jitni bhi cheezein proof hui hain woh sab kisi suraagh ko le kar ke proof hui hain. Kisi suraagh ko le kar ke. Misaal ke taur par zameen gol hai, kisi ne aaj tak dekha nahi ke zameen gol hai.</w:t>
      </w:r>
    </w:p>
    <w:p>
      <w:pPr>
        <w:jc w:val="right"/>
      </w:pPr>
      <w:r>
        <w:t>سائنس میں جتنی بھی چیزیں پروف ہوئی ہیں وہ سب کسی سراغ کو لے کر کے پروف ہوئی ہیں۔ کسی سراغ کو لے کر کے۔ مثال کے طور پر زمین گول ہے، کسی نے آج تک دیکھا نہیں کہ زمین گول ہے۔</w:t>
      </w:r>
    </w:p>
    <w:p>
      <w:r>
        <w:rPr>
          <w:b/>
        </w:rPr>
        <w:t xml:space="preserve">[50:29] </w:t>
      </w:r>
      <w:r>
        <w:t>sirf kuch suraagh ko dekh kar maan liya gaya ke zameen gol hai. Aisi saari jitni bhi cheezein science mein maani jaati hain sab kisi suraagh ko le kar ke maani gayi hain.</w:t>
      </w:r>
    </w:p>
    <w:p>
      <w:pPr>
        <w:jc w:val="right"/>
      </w:pPr>
      <w:r>
        <w:t>صرف کچھ سراغ کو دیکھ کر مان لیا گیا کہ زمین گول ہے۔ ایسی ساری جتنی بھی چیزیں سائنس میں مانی جاتی ہیں سب کسی سراغ کو لے کر کے مانی گئی ہیں۔</w:t>
      </w:r>
    </w:p>
    <w:p>
      <w:r>
        <w:rPr>
          <w:b/>
        </w:rPr>
        <w:t xml:space="preserve">[50:39] </w:t>
      </w:r>
      <w:r>
        <w:t>woh poori tasveer ya poora fact jo hai hamari aankhon ke saamne nahi aata hai. To yahan par mujhe ek suraagh mil raha hai, mujhe do suraagh.</w:t>
      </w:r>
    </w:p>
    <w:p>
      <w:pPr>
        <w:jc w:val="right"/>
      </w:pPr>
      <w:r>
        <w:t>وہ پوری تصویر یا پورا فیکٹ جو ہے ہماری آنکھوں کے سامنے نہیں آتا ہے۔ تو یہاں پر مجھے ایک سراغ مل رہا ہے، مجھے دو سراغ۔</w:t>
      </w:r>
    </w:p>
    <w:p>
      <w:r>
        <w:rPr>
          <w:b/>
        </w:rPr>
        <w:t xml:space="preserve">[50:50] </w:t>
      </w:r>
      <w:r>
        <w:t>number ek ke death jo hai jab hoti hai tab body mein koi kami nahi hui aur mera mein jo tha woh nikal gaya hai body se.</w:t>
      </w:r>
    </w:p>
    <w:p>
      <w:pPr>
        <w:jc w:val="right"/>
      </w:pPr>
      <w:r>
        <w:t>نمبر ایک کہ ڈیتھ جو ہے جب ہوتی ہے تب باڈی میں کوئی کمی نہیں ہوئی اور میرا میں جو تھا وہ نکل گیا ہے باڈی سے۔</w:t>
      </w:r>
    </w:p>
    <w:p>
      <w:r>
        <w:rPr>
          <w:b/>
        </w:rPr>
        <w:t xml:space="preserve">[51:03] </w:t>
      </w:r>
      <w:r>
        <w:t>aur doosra suraagh jo hai is se pehle bhi kai baar death hui aur mera jo</w:t>
      </w:r>
    </w:p>
    <w:p>
      <w:pPr>
        <w:jc w:val="right"/>
      </w:pPr>
      <w:r>
        <w:t>اور دوسرا سراغ جو ہے اس سے پہلے بھی کئی بار ڈیتھ ہوئی اور میرا جو</w:t>
      </w:r>
    </w:p>
    <w:p>
      <w:r>
        <w:rPr>
          <w:b/>
        </w:rPr>
        <w:t xml:space="preserve">[51:13] </w:t>
      </w:r>
      <w:r>
        <w:t>woh meri jo personality hai woh khatam nahi hui. To is maani mein ke woh kahin aur reh rahi hai. Yeh jo body hai yeh gaadi hai, gaadi ko badalti rehti hai woh aur yeh badalna hai isne 80 saal ke aadmi ki zindagi mein aath baar isne badla hai gaadi ko.</w:t>
      </w:r>
    </w:p>
    <w:p>
      <w:pPr>
        <w:jc w:val="right"/>
      </w:pPr>
      <w:r>
        <w:t>وہ میری جو پرسنیلٹی ہے وہ ختم نہیں ہوئی۔ تو اس معنی میں کہ وہ کہیں اور رہ رہی ہے۔ یہ جو باڈی ہے یہ گاڑی ہے، گاڑی کو بدلتی رہتی ہے وہ اور یہ بدلنا ہے اس نے 80 سال کے آدمی کی زندگی میں آٹھ بار اس نے بدلا ہے گاڑی کو۔</w:t>
      </w:r>
    </w:p>
    <w:p>
      <w:r>
        <w:rPr>
          <w:b/>
        </w:rPr>
        <w:t xml:space="preserve">[51:36] </w:t>
      </w:r>
      <w:r>
        <w:t>to agar nauveen baar badal le to is mein aap ko kya is mein achunbah hota hai?</w:t>
      </w:r>
    </w:p>
    <w:p>
      <w:pPr>
        <w:jc w:val="right"/>
      </w:pPr>
      <w:r>
        <w:t>تو اگر نویں بار بدل لے تو اس میں آپ کو کیا اس میں اچنبہ ہوتا ہے؟</w:t>
      </w:r>
    </w:p>
    <w:p>
      <w:r>
        <w:rPr>
          <w:b/>
        </w:rPr>
        <w:t xml:space="preserve">[51:43] </w:t>
      </w:r>
      <w:r>
        <w:t>yani agar aath baar is ne gaadi ko badla hai aur yeh proof ho gaya hai ke agar agar woh ke woh body se alag uska existence hai aur woh jo personality hai alag woh baar baar gaadi badal rahi hai.</w:t>
      </w:r>
    </w:p>
    <w:p>
      <w:pPr>
        <w:jc w:val="right"/>
      </w:pPr>
      <w:r>
        <w:t>یعنی اگر آٹھ بار اس نے گاڑی کو بدلا ہے اور یہ پروف ہو گیا ہے کہ اگر اگر وہ کہ وہ باڈی سے الگ اس کا ایگزسٹنس ہے اور وہ جو پرسنیلٹی ہے الگ وہ بار بار گاڑی بدل رہی ہے۔</w:t>
      </w:r>
    </w:p>
    <w:p>
      <w:r>
        <w:rPr>
          <w:b/>
        </w:rPr>
        <w:t xml:space="preserve">[51:58] </w:t>
      </w:r>
      <w:r>
        <w:t>to mein kehta hoon agar nauveen baar badal le ya dasveen baar badal le to is mein kya achunbe ki baat kya hai? Mein bas batata hoon ke jo logic science mein istemaal hoti hai wahi logic yahan bhi hai.</w:t>
      </w:r>
    </w:p>
    <w:p>
      <w:pPr>
        <w:jc w:val="right"/>
      </w:pPr>
      <w:r>
        <w:t>تو میں کہتا ہوں اگر نویں بار بدل لے یا دسویں بار بدل لے تو اس میں کیا اچنبے کی بات کیا ہے؟ میں بس بتاتا ہوں کہ جو لاجک سائنس میں استعمال ہوتی ہے وہی لاجک یہاں بھی ہے۔</w:t>
      </w:r>
    </w:p>
    <w:p>
      <w:r>
        <w:rPr>
          <w:b/>
        </w:rPr>
        <w:t xml:space="preserve">[52:09] </w:t>
      </w:r>
      <w:r>
        <w:t>kyun ke aaj jante hain ke science mein koi cheez nazar nahi aa rahi, aaj har cheez in nazar aa rahi hai. Aap yeh na samjhein ke life after death jo hai woh wahi ek in nazar aan cheez hai.</w:t>
      </w:r>
    </w:p>
    <w:p>
      <w:pPr>
        <w:jc w:val="right"/>
      </w:pPr>
      <w:r>
        <w:t>کیوں کہ آج جانتے ہیں کہ سائنس میں کوئی چیز نظر نہیں آ رہی، آج ہر چیز ان نظر آ رہی ہے۔ آپ یہ نہ سمجھیں کہ لائف آفٹر ڈیتھ جو ہے وہ وہی ایک ان نظر آن چیز ہے۔</w:t>
      </w:r>
    </w:p>
    <w:p>
      <w:r>
        <w:rPr>
          <w:b/>
        </w:rPr>
        <w:t xml:space="preserve">[52:18] </w:t>
      </w:r>
      <w:r>
        <w:t>aap khud bhi in nazar aa rahe hain. Aaj ki duniya mein koi bhi cheez nazar nahi aa rahi. Yahan tak ke jo kainat hai science daanon ke beech mein yeh behas chal raha hai ke yeh subjective hai ya objective hai.</w:t>
      </w:r>
    </w:p>
    <w:p>
      <w:pPr>
        <w:jc w:val="right"/>
      </w:pPr>
      <w:r>
        <w:t>آپ خود بھی ان نظر آ رہے ہیں۔ آج کی دنیا میں کوئی بھی چیز نظر نہیں آ رہی۔ یہاں تک کہ جو کائنات ہے سائنسدانوں کے بیچ میں یہ بحث چل رہا ہے کہ یہ سبجیکٹو ہے یا آبجیکٹو ہے۔</w:t>
      </w:r>
    </w:p>
    <w:p>
      <w:r>
        <w:rPr>
          <w:b/>
        </w:rPr>
        <w:t xml:space="preserve">[52:35] </w:t>
      </w:r>
      <w:r>
        <w:t>pachas saal se yeh behas chal raha hai, yeh aaj tak faisla nahi hua. Yeh faisla nahi hua aaj tak ke kainat objective hai ya subjective hai.</w:t>
      </w:r>
    </w:p>
    <w:p>
      <w:pPr>
        <w:jc w:val="right"/>
      </w:pPr>
      <w:r>
        <w:t>پچاس سال سے یہ بحث چل رہا ہے، یہ آج تک فیصلہ نہیں ہوا۔ یہ فیصلہ نہیں ہوا آج تک کہ کائنات آبجیکٹو ہے یا سبجیکٹو ہے۔</w:t>
      </w:r>
    </w:p>
    <w:p>
      <w:r>
        <w:rPr>
          <w:b/>
        </w:rPr>
        <w:t xml:space="preserve">[52:46] </w:t>
      </w:r>
      <w:r>
        <w:t>aisi duniya mein agar aap kahein ke mujhe life after death ka koi aisa saboot do jis ko mein inkaar na kar sakoon to aisa to saboot to kisi bhi cheez ka nahi hai.</w:t>
      </w:r>
    </w:p>
    <w:p>
      <w:pPr>
        <w:jc w:val="right"/>
      </w:pPr>
      <w:r>
        <w:t>ایسی دنیا میں اگر آپ کہیں کہ مجھے لائف آفٹر ڈیتھ کا کوئی ایسا ثبوت دو جس کو میں انکار نہ کر سکوں تو ایسا تو ثبوت تو کسی بھی چیز کا نہیں ہے۔</w:t>
      </w:r>
    </w:p>
    <w:p>
      <w:r>
        <w:rPr>
          <w:b/>
        </w:rPr>
        <w:t xml:space="preserve">[52:55] </w:t>
      </w:r>
      <w:r>
        <w:t>aisa kyun rahega? Yahan tak ke buttonon par likha hai ke sab se bari jo baat hoti hai woh yeh hai ke koi mujhe pathar se maare, koi stick se maare mujh ko, mujhe chot lage, mujhe dard ho.</w:t>
      </w:r>
    </w:p>
    <w:p>
      <w:pPr>
        <w:jc w:val="right"/>
      </w:pPr>
      <w:r>
        <w:t>ایسا کیوں رہے گا؟ یہاں تک کہ بٹنوں پر لکھا ہے کہ سب سے بڑی جو بات ہوتی ہے وہ یہ کہ کوئی مجھے پتھر سے مارے، کوئی اسٹک سے مارے مجھ کو، مجھے چوٹ لگے، مجھے درد ہو۔</w:t>
      </w:r>
    </w:p>
    <w:p>
      <w:r>
        <w:rPr>
          <w:b/>
        </w:rPr>
        <w:t xml:space="preserve">[53:11] </w:t>
      </w:r>
      <w:r>
        <w:t>lekin scientifically speaking na kisi ne maara na kisi ki body ko touch kiya mere bew dande ne, mere stick ne. Kuch chemical reaction thay jis ki wajah se mujhe dard hua.</w:t>
      </w:r>
    </w:p>
    <w:p>
      <w:pPr>
        <w:jc w:val="right"/>
      </w:pPr>
      <w:r>
        <w:t>لیکن سائنٹیفکلی اسپیکنگ نہ کسی نے مارا نہ کسی کی باڈی کو ٹچ کیا میرے بیو ڈنڈے نے، میرے اسٹک نے۔ کچھ کیمیکل ری ایکشن تھے جس کی وجہ سے مجھے درد ہوا۔</w:t>
      </w:r>
    </w:p>
    <w:p>
      <w:r>
        <w:rPr>
          <w:b/>
        </w:rPr>
        <w:t xml:space="preserve">[53:23] </w:t>
      </w:r>
      <w:r>
        <w:t>kisi stick ne meri body ko touch nahi kiya. To aisi duniya mein aap isi logic se mujhe pooch sakte hain jo logic aur jagahon par istemaal ho rahi hai.</w:t>
      </w:r>
    </w:p>
    <w:p>
      <w:pPr>
        <w:jc w:val="right"/>
      </w:pPr>
      <w:r>
        <w:t>کسی اسٹک نے میری باڈی کو ٹچ نہیں کیا۔ تو ایسی دنیا میں آپ اسی لاجک سے مجھے پوچھ سکتے ہیں جو لاجک اور جگہوں پر استعمال ہو رہی ہے۔</w:t>
      </w:r>
    </w:p>
    <w:p>
      <w:r>
        <w:rPr>
          <w:b/>
        </w:rPr>
        <w:t xml:space="preserve">[53:34] </w:t>
      </w:r>
      <w:r>
        <w:t>aap kahein ke ek aur logic yani hazar baar, hazar cases mein to woh logic chale aur yahan aap kahein ke ek aur logic se us ko proof karo to yeh tazaad hai, yeh ghair mantiqi hai, yeh ghair aqli hai yeh baat.</w:t>
      </w:r>
    </w:p>
    <w:p>
      <w:pPr>
        <w:jc w:val="right"/>
      </w:pPr>
      <w:r>
        <w:t>آپ کہیں کہ ایک اور لاجک یعنی ہزار بار، ہزار کیسز میں تو وہ لاجک چلے اور یہاں آپ کہیں کہ ایک اور لاجک سے اس کو پروف کرو تو یہ تضاد ہے، یہ غیر منطقی ہے، یہ غیر عقلی ہے یہ بات۔</w:t>
      </w:r>
    </w:p>
    <w:p>
      <w:r>
        <w:rPr>
          <w:b/>
        </w:rPr>
        <w:t xml:space="preserve">[53:52] </w:t>
      </w:r>
      <w:r>
        <w:t>to aaj mein isi par bohat lamba baat nahi kar sakta. Inshallah agar mauqa hua to aur lambi baat karenge. Mein sochne ke liye chand baatein arz kar doon.</w:t>
      </w:r>
    </w:p>
    <w:p>
      <w:pPr>
        <w:jc w:val="right"/>
      </w:pPr>
      <w:r>
        <w:t>تو آج میں اسی پر بہت لمبا بات نہیں کر سکتا۔ انشاء اللہ اگر موقع ہوا تو اور لمبی بات کریں گے۔ میں سوچنے کے لیے چند باتیں عرض کر دوں۔</w:t>
      </w:r>
    </w:p>
    <w:p>
      <w:r>
        <w:rPr>
          <w:b/>
        </w:rPr>
        <w:t xml:space="preserve">[54:07] </w:t>
      </w:r>
      <w:r>
        <w:t>das question is from Muhammad Zikwan. How to overcome elements of doubt?</w:t>
      </w:r>
    </w:p>
    <w:p>
      <w:pPr>
        <w:jc w:val="right"/>
      </w:pPr>
      <w:r>
        <w:t>دس کوئسچن از فرام محمد زکوان۔ ہاؤ ٹو اوورکم ایلیمنٹس آف ڈاؤٹ؟</w:t>
      </w:r>
    </w:p>
    <w:p>
      <w:r>
        <w:rPr>
          <w:b/>
        </w:rPr>
        <w:t xml:space="preserve">[54:16] </w:t>
      </w:r>
      <w:r>
        <w:t>dekhein yeh sawal jo hai bohat aham bhi hai aur bohat hi mushkil bhi hai. Kyun ke koi objective tareeqa is ka nahi hai.</w:t>
      </w:r>
    </w:p>
    <w:p>
      <w:pPr>
        <w:jc w:val="right"/>
      </w:pPr>
      <w:r>
        <w:t>دیکھیں یہ سوال جو ہے بہت اہم بھی ہے اور بہت ہی مشکل بھی ہے۔ کیوں کہ کوئی آبجیکٹو طریقہ اس کا نہیں ہے۔</w:t>
      </w:r>
    </w:p>
    <w:p>
      <w:r>
        <w:rPr>
          <w:b/>
        </w:rPr>
        <w:t xml:space="preserve">[54:29] </w:t>
      </w:r>
      <w:r>
        <w:t>buniyadi baat yeh hai ke yeh mukammal taur par ek subjective masla hai. jab objective tareeqa na ho to is ka matlab yeh hai ke aap hi ke apne upar inhisaar karta hai ke aap apne ko apni deconditioning karen.</w:t>
      </w:r>
    </w:p>
    <w:p>
      <w:pPr>
        <w:jc w:val="right"/>
      </w:pPr>
      <w:r>
        <w:t>بنیادی بات یہ ہے کہ یہ مکمل طور پر ایک سبجیکٹو مسئلہ ہے۔ جب آبجیکٹو طریقہ نہ ہو تو اس کا مطلب یہ ہے کہ آپ ہی کے اپنے اوپر انحصار کرتا ہے کہ آپ اپنے کو اپنی ڈی کنڈیشننگ کریں۔</w:t>
      </w:r>
    </w:p>
    <w:p>
      <w:r>
        <w:rPr>
          <w:b/>
        </w:rPr>
        <w:t xml:space="preserve">[54:47] </w:t>
      </w:r>
      <w:r>
        <w:t>apne upar bahar se kuch nahi kiya ja sakta. to element of doubt jo hai woh haqeeqat mein deconditioning ka naam hai.</w:t>
      </w:r>
    </w:p>
    <w:p>
      <w:pPr>
        <w:jc w:val="right"/>
      </w:pPr>
      <w:r>
        <w:t>اپنے اوپر باہر سے کچھ نہیں کیا جا سکتا۔ تو ایلیمنٹ آف ڈاؤٹ جو ہے وہ حقیقت میں ڈی کنڈیشننگ کا نام ہے۔</w:t>
      </w:r>
    </w:p>
    <w:p>
      <w:r>
        <w:rPr>
          <w:b/>
        </w:rPr>
        <w:t xml:space="preserve">[54:57] </w:t>
      </w:r>
      <w:r>
        <w:t>to aap ko apne aap ko khud hi cheir phaar karni hogi, apna surgeon khud banna parega. koi doosra surgeon aap ki surgery nahi kar sakta hai.</w:t>
      </w:r>
    </w:p>
    <w:p>
      <w:pPr>
        <w:jc w:val="right"/>
      </w:pPr>
      <w:r>
        <w:t>تو آپ کو اپنے آپ کو خود ہی چیر پھاڑ کرنی ہوگی، اپنا سرجن خود بننا پڑے گا۔ کوئی دوسرا سرجن آپ کی سرجری نہیں کر سکتا ہے۔</w:t>
      </w:r>
    </w:p>
    <w:p>
      <w:r>
        <w:rPr>
          <w:b/>
        </w:rPr>
        <w:t xml:space="preserve">[55:10] </w:t>
      </w:r>
      <w:r>
        <w:t>to agar aap ko waqai dilchaspi hai is mein ke main ek aisa insaan banun jo jis ke andar wazeh soch ho, musbat soch ho,</w:t>
      </w:r>
    </w:p>
    <w:p>
      <w:pPr>
        <w:jc w:val="right"/>
      </w:pPr>
      <w:r>
        <w:t>تو اگر آپ کو واقعی دلچسپی ہے اس میں کہ میں ایک ایسا انسان بنوں جو جس کے اندر واضح سوچ ہو، مثبت سوچ ہو،</w:t>
      </w:r>
    </w:p>
    <w:p>
      <w:r>
        <w:rPr>
          <w:b/>
        </w:rPr>
        <w:t xml:space="preserve">[55:24] </w:t>
      </w:r>
      <w:r>
        <w:t>jaisa jaisa soch sake woh cheezon ke bare mein aur jo shakk hain un ko phaar kar ke sachai ko dekh sake to yeh operation aap ko apne aap par khud hi karna parega.</w:t>
      </w:r>
    </w:p>
    <w:p>
      <w:pPr>
        <w:jc w:val="right"/>
      </w:pPr>
      <w:r>
        <w:t>جیسا جیسا سوچ سکے وہ چیزوں کے بارے میں اور جو شک ہیں ان کو پھاڑ کر کے سچائی کو دیکھ سکے تو یہ آپریشن آپ کو اپنے آپ پر خود ہی کرنا پڑے گا۔</w:t>
      </w:r>
    </w:p>
    <w:p>
      <w:r>
        <w:rPr>
          <w:b/>
        </w:rPr>
        <w:t xml:space="preserve">[55:38] </w:t>
      </w:r>
      <w:r>
        <w:t>yeh aap ki sachai ka challenge hai. yaani yeh sawal aap ki sachai ko challenge kar raha hai. jitni sachai utni hi hogi aap ke andar utna hi aap sachai ko pa saken ge, utna hi aap shakkon ko wazeh kar saken ge.</w:t>
      </w:r>
    </w:p>
    <w:p>
      <w:pPr>
        <w:jc w:val="right"/>
      </w:pPr>
      <w:r>
        <w:t>یہ آپ کی سچائی کا چیلنج ہے۔ یعنی یہ سوال آپ کی سچائی کو چیلنج کر رہا ہے۔ جتنی سچائی اتنی ہی ہوگی آپ کے اندر اتنا ہی آپ سچائی کو پا سکیں گے، اتنا ہی آپ شکوں کو واضح کر سکیں گے۔</w:t>
      </w:r>
    </w:p>
    <w:p>
      <w:r>
        <w:rPr>
          <w:b/>
        </w:rPr>
        <w:t xml:space="preserve">[55:56] </w:t>
      </w:r>
      <w:r>
        <w:t>koi bhi objective tareeqa na hai na koi bata sakta hai.</w:t>
      </w:r>
    </w:p>
    <w:p>
      <w:pPr>
        <w:jc w:val="right"/>
      </w:pPr>
      <w:r>
        <w:t>کوئی بھی آبجیکٹو طریقہ نہ ہے نہ کوئی بتا سکتا ہے۔</w:t>
      </w:r>
    </w:p>
    <w:p>
      <w:r>
        <w:rPr>
          <w:b/>
        </w:rPr>
        <w:t xml:space="preserve">[56:05] </w:t>
      </w:r>
      <w:r>
        <w:t>das question is from saty. how can superstition and dogmatism be removed from peoples mind today?</w:t>
      </w:r>
    </w:p>
    <w:p>
      <w:pPr>
        <w:jc w:val="right"/>
      </w:pPr>
      <w:r>
        <w:t>دس کوئسچن از فرام ستی۔ ہاؤ کین سپر سٹیشن اینڈ ڈوگمیٹزم بی ریمووڈ فرام پیپلز مائنڈ ٹوڈے؟</w:t>
      </w:r>
    </w:p>
    <w:p>
      <w:r>
        <w:rPr>
          <w:b/>
        </w:rPr>
        <w:t xml:space="preserve">[56:15] </w:t>
      </w:r>
      <w:r>
        <w:t>bhai hum to wahi kaam kar rahe hain, wahi kaam kar rahe hain. kyun ke yeh kaam aisa hai jo jo is ne schumacher ki jo kitab hai ke small is beautiful yaani bohat hi is ki shuruaat jo hoti hai woh bohat hi chote nukat se hoti hai.</w:t>
      </w:r>
    </w:p>
    <w:p>
      <w:pPr>
        <w:jc w:val="right"/>
      </w:pPr>
      <w:r>
        <w:t>بھئی ہم تو وہی کام کر رہے ہیں، وہی کام کر رہے ہیں۔ کیوں کہ یہ کام ایسا ہے جو جو اس نے شوماخر کی جو کتاب ہے کہ اسمال از بیوٹی فل یعنی بہت ہی اس کی شروعات جو ہوتی ہے وہ بہت ہی چھوٹے نکات سے ہوتی ہے۔</w:t>
      </w:r>
    </w:p>
    <w:p>
      <w:r>
        <w:rPr>
          <w:b/>
        </w:rPr>
        <w:t xml:space="preserve">[56:41] </w:t>
      </w:r>
      <w:r>
        <w:t>log kya karte hain? hujoom ko address karte hain, bheed ko address karte hain, book likh kar chhapte hain, media mein dikhate hain.</w:t>
      </w:r>
    </w:p>
    <w:p>
      <w:pPr>
        <w:jc w:val="right"/>
      </w:pPr>
      <w:r>
        <w:t>لوگ کیا کرتے ہیں؟ ہجوم کو ایڈریس کرتے ہیں، بھیڑ کو ایڈریس کرتے ہیں، بک لکھ کر چھاپتے ہیں، میڈیا میں دکھاتے ہیں۔</w:t>
      </w:r>
    </w:p>
    <w:p>
      <w:r>
        <w:rPr>
          <w:b/>
        </w:rPr>
        <w:t xml:space="preserve">[56:51] </w:t>
      </w:r>
      <w:r>
        <w:t>is se ek fisad na to koi nateeja aaya hai na aanay wala hai. infiradi zehn hi ko address karna parega aap ko.</w:t>
      </w:r>
    </w:p>
    <w:p>
      <w:pPr>
        <w:jc w:val="right"/>
      </w:pPr>
      <w:r>
        <w:t>اس سے ایک فیصد نہ تو کوئی نتیجہ آیا ہے نہ آنے والا ہے۔ انفرادی ذہن ہی کو ایڈریس کرنا پڑے گا آپ کو۔</w:t>
      </w:r>
    </w:p>
    <w:p>
      <w:r>
        <w:rPr>
          <w:b/>
        </w:rPr>
        <w:t xml:space="preserve">[57:01] </w:t>
      </w:r>
      <w:r>
        <w:t>aaj ek insaan banayen ge aap kal do, parson teen, parson char is tarah se chalega sirf. ek ek infiradi zehn ko aap ko address kar ke us ko banana parega.</w:t>
      </w:r>
    </w:p>
    <w:p>
      <w:pPr>
        <w:jc w:val="right"/>
      </w:pPr>
      <w:r>
        <w:t>آج ایک انسان بنائیں گے آپ کل دو، پرسوں تین، پرسوں چار اس طرح سے چلے گا صرف۔ ایک ایک انفرادی ذہن کو آپ کو ایڈریس کر کے اس کو بنانا پڑے گا۔</w:t>
      </w:r>
    </w:p>
    <w:p>
      <w:r>
        <w:rPr>
          <w:b/>
        </w:rPr>
        <w:t xml:space="preserve">[57:17] </w:t>
      </w:r>
      <w:r>
        <w:t>aur yeh kaam ek nasal mein nahi hoga, kam az kam teen nasal chahiye is ke liye. teen nasal yaani pehli nasal mein aap kuch logon ko bana payen ge, woh phir agli nasal mein aur zyada logon ko banayen ge aur is mein aur zyada log banen ge.</w:t>
      </w:r>
    </w:p>
    <w:p>
      <w:pPr>
        <w:jc w:val="right"/>
      </w:pPr>
      <w:r>
        <w:t>اور یہ کام ایک نسل میں نہیں ہوگا، کم از کم تین نسل چاہیے اس کے لیے۔ تین نسل یعنی پہلی نسل میں آپ کچھ لوگوں کو بنا پائیں گے، وہ پھر اگلی نسل میں اور زیادہ لوگوں کو بنائیں گے اور اس میں اور زیادہ لوگ بنیں گے۔</w:t>
      </w:r>
    </w:p>
    <w:p>
      <w:r>
        <w:rPr>
          <w:b/>
        </w:rPr>
        <w:t xml:space="preserve">[57:35] </w:t>
      </w:r>
      <w:r>
        <w:t>bas aur aap koi doosra tareeqa is ka nahi hai. sab tareeqay nakaam ho chuke hain. dunya mein, india mein bhi aur bahar bhi bohat se islaah kar uthe jinhon ne isi qism ka kaam karna chaha lekin unhon ne kya kiya?</w:t>
      </w:r>
    </w:p>
    <w:p>
      <w:pPr>
        <w:jc w:val="right"/>
      </w:pPr>
      <w:r>
        <w:t>بس اور آپ کوئی دوسرا طریقہ اس کا نہیں ہے۔ سب طریقے ناکام ہو چکے ہیں۔ دنیا میں، انڈیا میں بھی اور باہر بھی بہت سے اصلاح کار اٹھے جنہوں نے اسی قسم کا کام کرنا چاہا لیکن انہوں نے کیا کیا؟</w:t>
      </w:r>
    </w:p>
    <w:p>
      <w:r>
        <w:rPr>
          <w:b/>
        </w:rPr>
        <w:t xml:space="preserve">[57:51] </w:t>
      </w:r>
      <w:r>
        <w:t>hujoom ko address kar ke chaha karna kaam. bheed ke bheed akhatta ho gayi lekin ek aadmi nahi bana, ek ek insaan nahi bana. to hum ne isi kaam ko shuru kiya hai lekin kyun ke hamara kaam jo hai shuru hua hai yaani yaani jo aaj jaisa ke shuru hona chahiye law of nature ke mutabiq waisa shuru kiya hum ne.</w:t>
      </w:r>
    </w:p>
    <w:p>
      <w:pPr>
        <w:jc w:val="right"/>
      </w:pPr>
      <w:r>
        <w:t>ہجوم کو ایڈریس کر کے چاہا کرنا کام۔ بھیڑ کے بھیڑ اکٹھا ہو گئی لیکن ایک آدمی نہیں بنا، ایک ایک انسان نہیں بنا۔ تو ہم نے اسی کام کو شروع کیا ہے لیکن کیوں کہ ہمارا کام جو ہے شروع ہوا ہے یعنی یعنی جو آج جیسا کہ شروع ہونا چاہیے لاء آف نیچر کے مطابق ویسا شروع کیا ہم نے۔</w:t>
      </w:r>
    </w:p>
    <w:p>
      <w:r>
        <w:rPr>
          <w:b/>
        </w:rPr>
        <w:t xml:space="preserve">[58:17] </w:t>
      </w:r>
      <w:r>
        <w:t>to hum bilkul ibtida se to hum bilkul logon ki ibtida nahi lagti. mujhe hindi ka ek ek ek bohat acha qaul bohat pasand hai ke sadharan gunon se asadharan manush bante hain.</w:t>
      </w:r>
    </w:p>
    <w:p>
      <w:pPr>
        <w:jc w:val="right"/>
      </w:pPr>
      <w:r>
        <w:t>تو ہم بالکل ابتدا سے تو ہم بالکل لوگوں کی ابتدا نہیں لگتی۔ مجھے ہندی کا ایک ایک ایک بہت اچھا قول بہت پسند ہے کہ ساڈھارن گنوں سے اساڈھارن منش بنتے ہیں۔</w:t>
      </w:r>
    </w:p>
    <w:p>
      <w:r>
        <w:rPr>
          <w:b/>
        </w:rPr>
        <w:t xml:space="preserve">[58:34] </w:t>
      </w:r>
      <w:r>
        <w:t>sadharan gunon se asadharan manush bante hain. to aap ko yeh janana parega ke small is beautiful yaani hum bilkul ibtida hi ibtida hai,</w:t>
      </w:r>
    </w:p>
    <w:p>
      <w:pPr>
        <w:jc w:val="right"/>
      </w:pPr>
      <w:r>
        <w:t>ساڈھارن گنوں سے اساڈھارن منش بنتے ہیں۔ تو آپ کو یہ جاننا پڑے گا کہ اسمال از بیوٹی فل یعنی ہم بالکل ابتدا ہی ابتدا ہے،</w:t>
      </w:r>
    </w:p>
    <w:p>
      <w:r>
        <w:rPr>
          <w:b/>
        </w:rPr>
        <w:t xml:space="preserve">[58:49] </w:t>
      </w:r>
      <w:r>
        <w:t>badi ibtida koi ibtida hi nahi hai. yaani is kaam ko bara kaam ke taur par samajhna parega. hum jo kaam kar rahe hain is tarah ke kaam ko hi ko bara kaam manna parega.</w:t>
      </w:r>
    </w:p>
    <w:p>
      <w:pPr>
        <w:jc w:val="right"/>
      </w:pPr>
      <w:r>
        <w:t>بڑی ابتدا کوئی ابتدا ہی نہیں ہے۔ یعنی اس کام کو بڑا کام کے طور پر سمجھنا پڑے گا۔ ہم جو کام کر رہے ہیں اس طرح کے کام کو ہی کو بڑا کام ماننا پڑے گا۔</w:t>
      </w:r>
    </w:p>
    <w:p>
      <w:r>
        <w:rPr>
          <w:b/>
        </w:rPr>
        <w:t xml:space="preserve">[59:04] </w:t>
      </w:r>
      <w:r>
        <w:t>lakhon hujoom jo hota hai jahan aur taaliyan bajti hain aap ko manna parega woh kaam nahi hai. tab ja kar woh amal shuru hoga jis jo jis amal ka nateeja hai woh nateeja jo aap chahte hain.</w:t>
      </w:r>
    </w:p>
    <w:p>
      <w:pPr>
        <w:jc w:val="right"/>
      </w:pPr>
      <w:r>
        <w:t>لاکھوں ہجوم جو ہوتا ہے جہاں اور تالیاں بجتی ہیں آپ کو ماننا پڑے گا وہ کام نہیں ہے۔ تب جا کر وہ عمل شروع ہوگا جس جو جس عمل کا نتیجہ ہے وہ نتیجہ جو آپ چاہتے ہیں۔</w:t>
      </w:r>
    </w:p>
    <w:p>
      <w:r>
        <w:rPr>
          <w:b/>
        </w:rPr>
        <w:t xml:space="preserve">[59:23] </w:t>
      </w:r>
      <w:r>
        <w:t>das question is from aisha. what is the principle that govern the art of differenciation?</w:t>
      </w:r>
    </w:p>
    <w:p>
      <w:pPr>
        <w:jc w:val="right"/>
      </w:pPr>
      <w:r>
        <w:t>دس کوئسچن از فرام عائشہ۔ واٹ از دا پرنسپل دیٹ گورن دی آرٹ آف ڈیفرنسیشن؟</w:t>
      </w:r>
    </w:p>
    <w:p>
      <w:r>
        <w:rPr>
          <w:b/>
        </w:rPr>
        <w:t xml:space="preserve">[59:34] </w:t>
      </w:r>
      <w:r>
        <w:t>bhai dekhen yeh bhi wahi baat hai ke yeh koi objective tareeqa mein nahi bata sakta is ke liye. yeh bhi ek subjective mamla hai.</w:t>
      </w:r>
    </w:p>
    <w:p>
      <w:pPr>
        <w:jc w:val="right"/>
      </w:pPr>
      <w:r>
        <w:t>بھئی دیکھیں یہ بھی وہی بات ہے کہ یہ کوئی آبجیکٹو طریقہ میں نہیں بتا سکتا اس کے لیے۔ یہ بھی ایک سبجیکٹو معاملہ ہے۔</w:t>
      </w:r>
    </w:p>
    <w:p>
      <w:r>
        <w:rPr>
          <w:b/>
        </w:rPr>
        <w:t xml:space="preserve">[59:43] </w:t>
      </w:r>
      <w:r>
        <w:t>yaani apne andar aap ko itna zyada zehni taraqqi dalna hoga ke aap ka zehn jo hai bohat tez ho jaye is mamle mein.</w:t>
      </w:r>
    </w:p>
    <w:p>
      <w:pPr>
        <w:jc w:val="right"/>
      </w:pPr>
      <w:r>
        <w:t>یعنی اپنے اندر آپ کو اتنا زیادہ ذہنی ترقی ڈالنا ہوگا کہ آپ کا ذہن جو ہے بہت تیز ہو جائے اس معاملے میں۔</w:t>
      </w:r>
    </w:p>
    <w:p>
      <w:r>
        <w:rPr>
          <w:b/>
        </w:rPr>
        <w:t xml:space="preserve">[59:54] </w:t>
      </w:r>
      <w:r>
        <w:t>cheezon ko farq kar sake woh ek cheez doosri cheez mein farq samajh sake. aur is mein bahar se hum yeh keh sakte hain bahar se ke hum to apne andar se khwahish ko qatal karna parega,</w:t>
      </w:r>
    </w:p>
    <w:p>
      <w:pPr>
        <w:jc w:val="right"/>
      </w:pPr>
      <w:r>
        <w:t>چیزوں کو فرق کر سکے وہ ایک چیز دوسری چیز میں فرق سمجھ سکے۔ اور اس میں باہر سے ہم یہ کہہ سکتے ہیں باہر سے کہ ہم تو اپنے اندر سے خواہش کو قتل کرنا پڑے گا،</w:t>
      </w:r>
    </w:p>
    <w:p>
      <w:r>
        <w:rPr>
          <w:b/>
        </w:rPr>
        <w:t xml:space="preserve">[1:00:09] </w:t>
      </w:r>
      <w:r>
        <w:t>mails ko khatam karna parega, ghusse ko kuchalna parega, ta'assub ko kuchalna parega. kyun ke buniyadi taur par jo hai kya hai ta'assub wali soch se yeh sab baatein aati hain.</w:t>
      </w:r>
    </w:p>
    <w:p>
      <w:pPr>
        <w:jc w:val="right"/>
      </w:pPr>
      <w:r>
        <w:t>میلز کو ختم کرنا پڑے گا، غصے کو کچلنا پڑے گا، تعصب کو کچلنا پڑے گا۔ کیوں کہ بنیادی طور پر جو ہے کیا ہے تعصب والی سوچ سے یہ سب باتیں آتی ہیں۔</w:t>
      </w:r>
    </w:p>
    <w:p>
      <w:r>
        <w:rPr>
          <w:b/>
        </w:rPr>
        <w:t xml:space="preserve">[1:00:24] </w:t>
      </w:r>
      <w:r>
        <w:t>jab aadmi apni jo khwahishen chupi hui hain tarah tarah ki woh jab aap ke upar chha jati hain tab yeh sab hota hai.</w:t>
      </w:r>
    </w:p>
    <w:p>
      <w:pPr>
        <w:jc w:val="right"/>
      </w:pPr>
      <w:r>
        <w:t>جب آدمی اپنی جو خواہشیں چھپی ہوئی ہیں طرح طرح کی وہ جب آپ کے اوپر چھا جاتی ہیں تب یہ سب ہوتا ہے۔</w:t>
      </w:r>
    </w:p>
    <w:p>
      <w:r>
        <w:rPr>
          <w:b/>
        </w:rPr>
        <w:t xml:space="preserve">[1:00:34] </w:t>
      </w:r>
      <w:r>
        <w:t>to aadmi apne aap ko itna uthaye itna uthaye ke manfi jazbat jo insaan ke andar hain wo aap ke upar hukmarani na kar rahe hon.</w:t>
      </w:r>
    </w:p>
    <w:p>
      <w:pPr>
        <w:jc w:val="right"/>
      </w:pPr>
      <w:r>
        <w:t>تو آدمی اپنے آپ کو اتنا اٹھائے اتنا اٹھائے کہ منفی جذبات جو انسان کے اندر ہیں وہ آپ کے اوپر حکمرانی نہ کر رہے ہوں۔</w:t>
      </w:r>
    </w:p>
    <w:p>
      <w:r>
        <w:rPr>
          <w:b/>
        </w:rPr>
        <w:t xml:space="preserve">[1:00:44] </w:t>
      </w:r>
      <w:r>
        <w:t>is se aap apne ko azaad bana chuke hon. jis din aap azaad bana lenge apne aap ko har qism ke manfi khayalat se to bas phir aap ke andar wahi cheez aa jayegi jo aap chahte hain.</w:t>
      </w:r>
    </w:p>
    <w:p>
      <w:pPr>
        <w:jc w:val="right"/>
      </w:pPr>
      <w:r>
        <w:t>اس سے آپ اپنے کو آزاد بنا چکے ہوں۔ جس دن آپ آزاد بنا لیں گے اپنے آپ کو ہر قسم کے منفی خیالات سے تو بس پھر آپ کے اندر وہی چیز آ جائے گی جو آپ چاہتے ہیں۔</w:t>
      </w:r>
    </w:p>
    <w:p>
      <w:r>
        <w:rPr>
          <w:b/>
        </w:rPr>
        <w:t xml:space="preserve">[1:01:02] </w:t>
      </w:r>
      <w:r>
        <w:t>das question is from raziya. why was it that only islam could revolutionize history and no other religion before islam could do so?</w:t>
      </w:r>
    </w:p>
    <w:p>
      <w:pPr>
        <w:jc w:val="right"/>
      </w:pPr>
      <w:r>
        <w:t>دس کوئسچن از فرام راضیہ۔ وائی واز اٹ دیٹ اونلی اسلام کڈ ریولوشنلائز ہسٹری اینڈ نو ادر ریلیجن بیفور اسلام کڈ ڈو سو؟</w:t>
      </w:r>
    </w:p>
    <w:p>
      <w:r>
        <w:rPr>
          <w:b/>
        </w:rPr>
        <w:t xml:space="preserve">[1:01:15] </w:t>
      </w:r>
      <w:r>
        <w:t>dekhen asal mein to har religion ne yahi chaha tha. religion se meri murad hai wo religion jo jis ko hum kehte hain revealed religion.</w:t>
      </w:r>
    </w:p>
    <w:p>
      <w:pPr>
        <w:jc w:val="right"/>
      </w:pPr>
      <w:r>
        <w:t>دیکھیں اصل میں تو ہر ریلیجن نے یہی چاہا تھا۔ ریلیجن سے میری مراد ہے وہ ریلیجن جو جس کو ہم کہتے ہیں ریویلڈ ریلیجن۔</w:t>
      </w:r>
    </w:p>
    <w:p>
      <w:r>
        <w:rPr>
          <w:b/>
        </w:rPr>
        <w:t xml:space="preserve">[1:01:24] </w:t>
      </w:r>
      <w:r>
        <w:t>is mazhab ko hum ke hum refer kar rahe hain. to jitne bhi nabi the jo kisi revealed religion ko le kar aaye sab ka yahi yani hadaf tha.</w:t>
      </w:r>
    </w:p>
    <w:p>
      <w:pPr>
        <w:jc w:val="right"/>
      </w:pPr>
      <w:r>
        <w:t>اس مذہب کو ہم کہ ہم ریفر کر رہے ہیں۔ تو جتنے بھی نبی تھے جو کسی ریویلڈ ریلیجن کو لے کر آئے سب کا یہی یعنی ہدف تھا۔</w:t>
      </w:r>
    </w:p>
    <w:p>
      <w:r>
        <w:rPr>
          <w:b/>
        </w:rPr>
        <w:t xml:space="preserve">[1:01:38] </w:t>
      </w:r>
      <w:r>
        <w:t>jo baat hui wo yeh hui ke kisi nabi ke sath is se pehle team aktha nahi hui. pehli bar poori history mein aisa hua ke nabi islam ke pas ek team aktha hui.</w:t>
      </w:r>
    </w:p>
    <w:p>
      <w:pPr>
        <w:jc w:val="right"/>
      </w:pPr>
      <w:r>
        <w:t>جو بات ہوئی وہ یہ ہوئی کہ کسی نبی کے ساتھ اس سے پہلے ٹیم اکٹھا نہیں ہوئی۔ پہلی بار پوری ہسٹری میں ایسا ہوا کہ نبی اسلام کے پاس ایک ٹیم اکٹھا ہوئی۔</w:t>
      </w:r>
    </w:p>
    <w:p>
      <w:r>
        <w:rPr>
          <w:b/>
        </w:rPr>
        <w:t xml:space="preserve">[1:01:53] </w:t>
      </w:r>
      <w:r>
        <w:t>yani jab aap ne haj kiya tha aakhri to ek lakh pachis hazar aadmi the aap ke sath aur ek mashriqi mahir ne ek ek maghribi mahir ne likha hai ke ye sab yani ye islam ke bad ye hua ke poora arabia jo hai wo qom heroes mein mein badal gaya.</w:t>
      </w:r>
    </w:p>
    <w:p>
      <w:pPr>
        <w:jc w:val="right"/>
      </w:pPr>
      <w:r>
        <w:t>یعنی جب آپ نے حج کیا تھا آخری تو ایک لاکھ پچیس ہزار آدمی تھے آپ کے ساتھ اور ایک مشرقی ماہر نے ایک ایک مغربی ماہر نے لکھا ہے کہ یہ سب یعنی یہ اسلام کے بعد یہ ہوا کہ پورا عربیہ جو ہے وہ قوم ہیروز میں میں بدل گیا۔</w:t>
      </w:r>
    </w:p>
    <w:p>
      <w:r>
        <w:rPr>
          <w:b/>
        </w:rPr>
        <w:t xml:space="preserve">[1:02:16] </w:t>
      </w:r>
      <w:r>
        <w:t>qom heroes to aise logon ki ek team mili aap ko. aap jante hain ke hamare dehat mein ek misl hai ke akela chana kiya bharr phorega.</w:t>
      </w:r>
    </w:p>
    <w:p>
      <w:pPr>
        <w:jc w:val="right"/>
      </w:pPr>
      <w:r>
        <w:t>قوم ہیروز تو ایسے لوگوں کی ایک ٹیم ملی آپ کو۔ آپ جانتے ہیں کہ ہمارے دیہات میں ایک مثل ہے کہ اکیلا چنا کیا بھاڑ پھوڑے گا۔</w:t>
      </w:r>
    </w:p>
    <w:p>
      <w:r>
        <w:rPr>
          <w:b/>
        </w:rPr>
        <w:t xml:space="preserve">[1:02:29] </w:t>
      </w:r>
      <w:r>
        <w:t>to koi ek insaan chahe kitna hi acha ho, kitni hi us ki soch sahi ho, kitni hi zyada wo us ke andar misali kirdaar ho sab kuch ho akela aadmi kabhi bhi koi inqilab nahi la sakta.</w:t>
      </w:r>
    </w:p>
    <w:p>
      <w:pPr>
        <w:jc w:val="right"/>
      </w:pPr>
      <w:r>
        <w:t>تو کوئی ایک انسان چاہے کتنا ہی اچھا ہو، کتنی ہی اس کی سوچ صحیح ہو، کتنی ہی زیادہ وہ اس کے اندر مثالی کردار ہو سب کچھ ہو اکیلا آدمی کبھی بھی کوئی انقلاب نہیں لا سکتا۔</w:t>
      </w:r>
    </w:p>
    <w:p>
      <w:r>
        <w:rPr>
          <w:b/>
        </w:rPr>
        <w:t xml:space="preserve">[1:02:45] </w:t>
      </w:r>
      <w:r>
        <w:t>namumkin hai. inqilab lane ke liye ek team chahiye, ek bohat hi mazboot team. to wo kisi bhi nabi ke sath aktha nahi hui is se pehle.</w:t>
      </w:r>
    </w:p>
    <w:p>
      <w:pPr>
        <w:jc w:val="right"/>
      </w:pPr>
      <w:r>
        <w:t>ناممکن ہے۔ انقلاب لانے کے لیے ایک ٹیم چاہیے، ایک بہت ہی مضبوط ٹیم۔ تو وہ کسی بھی نبی کے ساتھ اکٹھا نہیں ہوئی اس سے پہلے۔</w:t>
      </w:r>
    </w:p>
    <w:p>
      <w:r>
        <w:rPr>
          <w:b/>
        </w:rPr>
        <w:t xml:space="preserve">[1:02:57] </w:t>
      </w:r>
      <w:r>
        <w:t>aap jante hain ke masih the un ke sath kal aath aadmi the bas apne aakhri dinon mein to aath aadmi kahan se inqilab layenge?</w:t>
      </w:r>
    </w:p>
    <w:p>
      <w:pPr>
        <w:jc w:val="right"/>
      </w:pPr>
      <w:r>
        <w:t>آپ جانتے ہیں کہ مسیح تھے ان کے ساتھ کل آٹھ آدمی تھے بس اپنے آخری دنوں میں تو آٹھ آدمی کہاں سے انقلاب لائیں گے؟</w:t>
      </w:r>
    </w:p>
    <w:p>
      <w:r>
        <w:rPr>
          <w:b/>
        </w:rPr>
        <w:t xml:space="preserve">[1:03:09] </w:t>
      </w:r>
      <w:r>
        <w:t>yahi sab ka hal hua. to yani sab ki ideology ek thi sare nabiوں ki. ideology mein koi farq nahi tha.</w:t>
      </w:r>
    </w:p>
    <w:p>
      <w:pPr>
        <w:jc w:val="right"/>
      </w:pPr>
      <w:r>
        <w:t>یہی سب کا حال ہوا۔ تو یعنی سب کی آئیڈیالوجی ایک تھی سارے نبیوں کی۔ آئیڈیالوجی میں کوئی فرق نہیں تھا۔</w:t>
      </w:r>
    </w:p>
    <w:p>
      <w:r>
        <w:rPr>
          <w:b/>
        </w:rPr>
        <w:t xml:space="preserve">[1:03:20] </w:t>
      </w:r>
      <w:r>
        <w:t>lekin nabi islam ke sath aisa hua is ke kuch wajuhat hain jo main is se pehle kisi speaker ko bata chuka hoon ke kyun aisa hua ke aap ke sath team aktha hui.</w:t>
      </w:r>
    </w:p>
    <w:p>
      <w:pPr>
        <w:jc w:val="right"/>
      </w:pPr>
      <w:r>
        <w:t>لیکن نبی اسلام کے ساتھ ایسا ہوا اس کے کچھ وجوہات ہیں جو میں اس سے پہلے کسی اسپیکر کو بتا چکا ہوں کہ کیوں ایسا ہوا کہ آپ کے ساتھ ٹیم اکٹھا ہوئی۔</w:t>
      </w:r>
    </w:p>
    <w:p>
      <w:r>
        <w:rPr>
          <w:b/>
        </w:rPr>
        <w:t xml:space="preserve">[1:03:31] </w:t>
      </w:r>
      <w:r>
        <w:t>is ki bhi ek tareekh hai. is waqt mein yeh keh sakta hoon ke kyun ke aap ke sath team aktha hui hamare sath agar team aktha ho jaye to hum india mein ek naya india bana den.</w:t>
      </w:r>
    </w:p>
    <w:p>
      <w:pPr>
        <w:jc w:val="right"/>
      </w:pPr>
      <w:r>
        <w:t>اس کی بھی ایک تاریخ ہے۔ اس وقت میں یہ کہہ سکتا ہوں کہ کیوں کہ آپ کے ساتھ ٹیم اکٹھا ہوئی ہمارے ساتھ اگر ٹیم اکٹھا ہو جائے تو ہم انڈیا میں ایک نیا انڈیا بنا دیں۔</w:t>
      </w:r>
    </w:p>
    <w:p>
      <w:r>
        <w:rPr>
          <w:b/>
        </w:rPr>
        <w:t xml:space="preserve">[1:03:45] </w:t>
      </w:r>
      <w:r>
        <w:t>jis tarah se doosre log uthe india mein un ke sath lakhon lakh log jud gaye aur lekin kuch bhi nahi ho saka kyun ke wo team jo bhir thi wo dekhen bhir mein aur team mein farq hai.</w:t>
      </w:r>
    </w:p>
    <w:p>
      <w:pPr>
        <w:jc w:val="right"/>
      </w:pPr>
      <w:r>
        <w:t>جس طرح سے دوسرے لوگ اٹھے انڈیا میں ان کے ساتھ لاکھوں لاکھ لوگ جڑ گئے اور لیکن کچھ بھی نہیں ہو سکا کیوں کہ وہ ٹیم جو بھیڑ تھی وہ دیکھیں بھیڑ میں اور ٹیم میں فرق ہے۔</w:t>
      </w:r>
    </w:p>
    <w:p>
      <w:r>
        <w:rPr>
          <w:b/>
        </w:rPr>
        <w:t xml:space="preserve">[1:03:59] </w:t>
      </w:r>
      <w:r>
        <w:t>bhir to hum bhi aktha kar sakte hain. bhir dekhen uthti hai koi jazbati masail par uthti hai.</w:t>
      </w:r>
    </w:p>
    <w:p>
      <w:pPr>
        <w:jc w:val="right"/>
      </w:pPr>
      <w:r>
        <w:t>بھیڑ تو ہم بھی اکٹھا کر سکتے ہیں۔ بھیڑ دیکھیں اٹھتی ہے کوئی جذباتی مسائل پر اٹھتی ہے۔</w:t>
      </w:r>
    </w:p>
    <w:p>
      <w:r>
        <w:rPr>
          <w:b/>
        </w:rPr>
        <w:t xml:space="preserve">[1:04:08] </w:t>
      </w:r>
      <w:r>
        <w:t>wo hota hai hum se bahar jaise babri masjid dhai gayi to kuch musalman uthe speeches dene lage ab lakhon lakh log aktha ho gaye. lakhon lakh log aktha ho gaye.</w:t>
      </w:r>
    </w:p>
    <w:p>
      <w:pPr>
        <w:jc w:val="right"/>
      </w:pPr>
      <w:r>
        <w:t>وہ ہوتا ہے ہم سے باہر جیسے بابری مسجد ڈھائی گئی تو کچھ مسلمان اٹھے اسپیچز دینے لگے اب لاکھوں لاکھ لوگ اکٹھا ہو گئے۔ لاکھوں لاکھ لوگ اکٹھا ہو گئے۔</w:t>
      </w:r>
    </w:p>
    <w:p>
      <w:r>
        <w:rPr>
          <w:b/>
        </w:rPr>
        <w:t xml:space="preserve">[1:04:21] </w:t>
      </w:r>
      <w:r>
        <w:t>ab bhi ek aap ek mandir dha dijiye ab ek hindu khara hoga ab lakhon lakh hindu aktha ho gaye is ki baat sunne ke liye. to jazbati masail par bhir aktha hoti hai.</w:t>
      </w:r>
    </w:p>
    <w:p>
      <w:pPr>
        <w:jc w:val="right"/>
      </w:pPr>
      <w:r>
        <w:t>اب بھی ایک آپ ایک مندر ڈھا دیجیے اب ایک ہندو کھڑا ہوگا اب لاکھوں لاکھ ہندو اکٹھا ہوگئے اس کی بات سننے کے لیے۔ تو جذباتی مسائل پر بھیڑ اکٹھا ہوتی ہے۔</w:t>
      </w:r>
    </w:p>
    <w:p>
      <w:r>
        <w:rPr>
          <w:b/>
        </w:rPr>
        <w:t xml:space="preserve">[1:04:33] </w:t>
      </w:r>
      <w:r>
        <w:t>wo aktha hoti hai aur phir khatam bhi hoti hai. is se kuch nahi hone wala hai. aur team naam hai is cheez ka ke aise log aktha hon jo sachay hon jo jinke andar zehni tabdili aaya ho jo ek ideology ko mannay wale hon jinke andar naya kirdaar bana ho yeh sab baaten hon.</w:t>
      </w:r>
    </w:p>
    <w:p>
      <w:pPr>
        <w:jc w:val="right"/>
      </w:pPr>
      <w:r>
        <w:t>وہ اکٹھا ہوتی ہے اور پھر ختم بھی ہوتی ہے۔ اس سے کچھ نہیں ہونے والا ہے۔ اور ٹیم نام ہے اس چیز کا کہ ایسے لوگ اکٹھا ہوں جو سچے ہوں جو جن کے اندر ذہنی تبدیلی آیا ہو جو ایک آئیڈیالوجی کو ماننے والے ہوں جن کے اندر نیا کردار بنا ہو یہ سب باتیں ہوں۔</w:t>
      </w:r>
    </w:p>
    <w:p>
      <w:r>
        <w:rPr>
          <w:b/>
        </w:rPr>
        <w:t xml:space="preserve">[1:04:57] </w:t>
      </w:r>
      <w:r>
        <w:t>to hamare sath agar team mil jaye is tarah se jaise ke logon ke pas bhir aktha hui thi to abhi hum india mein ek inqilab barpa kar denge. bhir ko le kar to koi bhi nahi kuch nahi kar sakta lekin team ko le kar koi bhi kuch kar sakta hai.</w:t>
      </w:r>
    </w:p>
    <w:p>
      <w:pPr>
        <w:jc w:val="right"/>
      </w:pPr>
      <w:r>
        <w:t>تو ہمارے ساتھ اگر ٹیم مل جائے اس طرح سے جیسے کہ لوگوں کے پاس بھیڑ اکٹھا ہوئی تھی تو ابھی ہم انڈیا میں ایک انقلاب برپا کر دیں گے۔ بھیڑ کو لے کر تو کوئی بھی نہیں کچھ نہیں کر سکتا لیکن ٹیم کو لے کر کوئی بھی کچھ کر سکتا ہے۔</w:t>
      </w:r>
    </w:p>
    <w:p>
      <w:r>
        <w:rPr>
          <w:b/>
        </w:rPr>
        <w:t xml:space="preserve">[1:05:13] </w:t>
      </w:r>
      <w:r>
        <w:t>jis tarah se india mein mein naam nahi lunga aap jante hain un leaderon ko jin ke sath bhir aktha hui lekin nateeja kuch nahi hai nateeja safar hai.</w:t>
      </w:r>
    </w:p>
    <w:p>
      <w:pPr>
        <w:jc w:val="right"/>
      </w:pPr>
      <w:r>
        <w:t>جس طرح سے انڈیا میں میں نام نہیں لوں گا آپ جانتے ہیں ان لیڈروں کو جن کے ساتھ بھیڑ اکٹھا ہوئی لیکن نتیجہ کچھ نہیں ہے نتیجہ صفر ہے۔</w:t>
      </w:r>
    </w:p>
    <w:p>
      <w:r>
        <w:rPr>
          <w:b/>
        </w:rPr>
        <w:t xml:space="preserve">[1:05:22] </w:t>
      </w:r>
      <w:r>
        <w:t>agar wo itne hi aadmi mujhe mil jayein team ke hissay se team to main akela hi kafi hoon inshallah ek india mein ek inqilab lane ke liye.</w:t>
      </w:r>
    </w:p>
    <w:p>
      <w:pPr>
        <w:jc w:val="right"/>
      </w:pPr>
      <w:r>
        <w:t>اگر وہ اتنے ہی آدمی مجھے مل جائیں ٹیم کے حصے سے ٹیم تو میں اکیلا ہی کافی ہوں انشاءاللہ ایک انڈیا میں ایک انقلاب لانے کے لیے۔</w:t>
      </w:r>
    </w:p>
    <w:p>
      <w:r>
        <w:rPr>
          <w:b/>
        </w:rPr>
        <w:t xml:space="preserve">[1:05:35] </w:t>
      </w:r>
      <w:r>
        <w:t>lekin baharhal hum isi ki taraf chal rahe hain. hamara jo yeh jo hai isi ki taraf hum chal rahe hain aur mujhe yaqeen hai ke ek waqt ayega jabke kisi ne kaha hai ke yeh qatra phail kar ek roz bahr bekrana hoga.</w:t>
      </w:r>
    </w:p>
    <w:p>
      <w:pPr>
        <w:jc w:val="right"/>
      </w:pPr>
      <w:r>
        <w:t>لیکن بہرحال ہم اسی کی طرف چل رہے ہیں۔ ہمارا جو یہ جو ہے اسی کی طرف ہم چل رہے ہیں اور مجھے یقین ہے کہ ایک وقت آئے گا جبکہ کسی نے کہا ہے کہ یہ قطرہ پھیل کر ایک روز بحر بیکراں ہوگا۔</w:t>
      </w:r>
    </w:p>
    <w:p>
      <w:r>
        <w:rPr>
          <w:b/>
        </w:rPr>
        <w:t xml:space="preserve">[1:05:55] </w:t>
      </w:r>
      <w:r>
        <w:t>kisi ka shair hai ke yeh qatra phail kar ek roz bahr bekrana hoga yani yeh jo drop hai drop ek din ayega ke yeh option ban jayega.</w:t>
      </w:r>
    </w:p>
    <w:p>
      <w:pPr>
        <w:jc w:val="right"/>
      </w:pPr>
      <w:r>
        <w:t>کسی کا شعر ہے کہ یہ قطرہ پھیل کر ایک روز بحر بیکراں ہوگا یعنی یہ جو ڈراپ ہے ڈراپ ایک دن آئے گا کہ یہ آپشن بن جائے گا۔</w:t>
      </w:r>
    </w:p>
    <w:p>
      <w:r>
        <w:rPr>
          <w:b/>
        </w:rPr>
        <w:t xml:space="preserve">[1:06:12] </w:t>
      </w:r>
      <w:r>
        <w:t>se o</w:t>
      </w:r>
    </w:p>
    <w:p>
      <w:pPr>
        <w:jc w:val="right"/>
      </w:pPr>
      <w:r>
        <w:t>سے او</w:t>
      </w:r>
    </w:p>
    <w:p>
      <w:r>
        <w:rPr>
          <w:b/>
        </w:rPr>
        <w:t xml:space="preserve">[1:06:17] </w:t>
      </w:r>
      <w:r>
        <w:t>ke rana das question is from basit. he is ask that the in science was brought about by christians.</w:t>
      </w:r>
    </w:p>
    <w:p>
      <w:pPr>
        <w:jc w:val="right"/>
      </w:pPr>
      <w:r>
        <w:t>کے رانا دس کوئسچن از فرام باسیت۔ ہی از اسک دیٹ دی ان سائنس واز براٹ اباؤٹ بائی کرسچنز۔</w:t>
      </w:r>
    </w:p>
    <w:p>
      <w:r>
        <w:rPr>
          <w:b/>
        </w:rPr>
        <w:t xml:space="preserve">[1:06:26] </w:t>
      </w:r>
      <w:r>
        <w:t>so how can muslims claim for that benefit or for that انقلاب؟</w:t>
      </w:r>
    </w:p>
    <w:p>
      <w:pPr>
        <w:jc w:val="right"/>
      </w:pPr>
      <w:r>
        <w:t>سو ہاؤ کین مسلمز کلیم فار دیٹ بینیفٹ اور فار دیٹ انقلاب؟</w:t>
      </w:r>
    </w:p>
    <w:p>
      <w:r>
        <w:rPr>
          <w:b/>
        </w:rPr>
        <w:t xml:space="preserve">[1:06:35] </w:t>
      </w:r>
      <w:r>
        <w:t>main ne muslims ko credit nahi diya islam ko diya hai.</w:t>
      </w:r>
    </w:p>
    <w:p>
      <w:pPr>
        <w:jc w:val="right"/>
      </w:pPr>
      <w:r>
        <w:t>میں نے مسلمز کو کریڈٹ نہیں دیا اسلام کو دیا ہے۔</w:t>
      </w:r>
    </w:p>
    <w:p>
      <w:r>
        <w:rPr>
          <w:b/>
        </w:rPr>
        <w:t xml:space="preserve">[1:06:42] </w:t>
      </w:r>
      <w:r>
        <w:t>dekhen musalman jo hain beech ka role in ka raha hai. ek briefhart ek maghribi mahir ilm hai to us ne likha hai ke but for the arabs the maghribi industrial civilization well never</w:t>
      </w:r>
    </w:p>
    <w:p>
      <w:pPr>
        <w:jc w:val="right"/>
      </w:pPr>
      <w:r>
        <w:t>دیکھیں مسلمان جو ہیں بیچ کا رول ان کا رہا ہے۔ ایک بریف ہارٹ ایک مغربی ماہر علم ہے تو اس نے لکھا ہے کہ بٹ فار دا عربز دا مغربی انڈسٹریل سویلائزیشن ویل نیور</w:t>
      </w:r>
    </w:p>
    <w:p>
      <w:r>
        <w:rPr>
          <w:b/>
        </w:rPr>
        <w:t xml:space="preserve">[1:07:01] </w:t>
      </w:r>
      <w:r>
        <w:t>reason at all. muslim arab ke baghair maghribi civilization kabhi yani paida hi nahi hoti.</w:t>
      </w:r>
    </w:p>
    <w:p>
      <w:pPr>
        <w:jc w:val="right"/>
      </w:pPr>
      <w:r>
        <w:t>ریزن ایٹ آل۔ مسلم عرب کے بغیر مغربی سویلائزیشن کبھی یعنی پیدا ہی نہیں ہوتی۔</w:t>
      </w:r>
    </w:p>
    <w:p>
      <w:r>
        <w:rPr>
          <w:b/>
        </w:rPr>
        <w:t xml:space="preserve">[1:07:12] </w:t>
      </w:r>
      <w:r>
        <w:t>to unhon ne beech ka kaam kiya hai. yani nabi ke zamane mein ideology samne aai phir amal aage barha to amal yani paraye mover ki hesiyat thi is zamane mein yani saatvi sadi mein jo musalman ekhatta hue wo paraye mover bane.</w:t>
      </w:r>
    </w:p>
    <w:p>
      <w:pPr>
        <w:jc w:val="right"/>
      </w:pPr>
      <w:r>
        <w:t>تو انہوں نے بیچ کا کام کیا ہے۔ یعنی نبی کے زمانے میں آئیڈیالوجی سامنے آئی پھر عمل آگے بڑھا تو عمل یعنی پرائے موور کی حیثیت تھی اس زمانے میں یعنی ساتویں صدی میں جو مسلمان اکٹھا ہوئے وہ پرائے موور بنے۔</w:t>
      </w:r>
    </w:p>
    <w:p>
      <w:r>
        <w:rPr>
          <w:b/>
        </w:rPr>
        <w:t xml:space="preserve">[1:07:31] </w:t>
      </w:r>
      <w:r>
        <w:t>history mein ek amal jari kiya phir yeh aage barha damishq mein, qahira mein, spain mein, baghdad mein kaam aage barhta raha.</w:t>
      </w:r>
    </w:p>
    <w:p>
      <w:pPr>
        <w:jc w:val="right"/>
      </w:pPr>
      <w:r>
        <w:t>ہسٹری میں ایک عمل جاری کیا پھر یہ آگے بڑھا دمشق میں، قاہرہ میں، اسپین میں، بغداد میں کام آگے بڑھتا رہا۔</w:t>
      </w:r>
    </w:p>
    <w:p>
      <w:r>
        <w:rPr>
          <w:b/>
        </w:rPr>
        <w:t xml:space="preserve">[1:07:43] </w:t>
      </w:r>
      <w:r>
        <w:t>aap jante hain ke spain mein itna zyada kaam barha tha ke wahan ki jo university thi us university mein parh kar nikla roger bacon wo shakhs hai jis ne ke britain mein pehli university banai thi cambridge university.</w:t>
      </w:r>
    </w:p>
    <w:p>
      <w:pPr>
        <w:jc w:val="right"/>
      </w:pPr>
      <w:r>
        <w:t>آپ جانتے ہیں کہ اسپین میں اتنا زیادہ کام بڑھا تھا کہ وہاں کی جو یونیورسٹی تھی اس یونیورسٹی میں پڑھ کر نکلا راجر بیکن وہ شخص ہے جس نے کہ برٹن میں پہلی یونیورسٹی بنائی تھی کیمبرج یونیورسٹی۔</w:t>
      </w:r>
    </w:p>
    <w:p>
      <w:r>
        <w:rPr>
          <w:b/>
        </w:rPr>
        <w:t xml:space="preserve">[1:08:00] </w:t>
      </w:r>
      <w:r>
        <w:t>to itna zyada yani jo pichle agar aap musalmanon ke muslim dour jo hai us ko pichle dour se mawazna karen to wo bohat bari chhalang aap ko dikhai de gi.</w:t>
      </w:r>
    </w:p>
    <w:p>
      <w:pPr>
        <w:jc w:val="right"/>
      </w:pPr>
      <w:r>
        <w:t>تو اتنا زیادہ یعنی جو پچھلے اگر آپ مسلمانوں کے مسلم دور جو ہے اس کو پچھلے دور سے موازنہ کریں تو وہ بہت بڑی چھلانگ آپ کو دکھائی دے گی۔</w:t>
      </w:r>
    </w:p>
    <w:p>
      <w:r>
        <w:rPr>
          <w:b/>
        </w:rPr>
        <w:t xml:space="preserve">[1:08:14] </w:t>
      </w:r>
      <w:r>
        <w:t>lekin culmination wahan tak nahi aaya tha. culmination aaya europe mein to beech ka role ada kiya hai muslims ne aur wo jo wo jo historical amal tha us ka culmination hua maghribi europe mein ja kar.</w:t>
      </w:r>
    </w:p>
    <w:p>
      <w:pPr>
        <w:jc w:val="right"/>
      </w:pPr>
      <w:r>
        <w:t>لیکن کلمیشن وہاں تک نہیں آیا تھا۔ کلمیشن آیا یورپ میں تو بیچ کا رول ادا کیا ہے مسلمز نے اور وہ جو وہ جو ہسٹوریکل عمل تھا اس کا کلمیشن ہوا مغربی یورپ میں جا کر۔</w:t>
      </w:r>
    </w:p>
    <w:p>
      <w:r>
        <w:rPr>
          <w:b/>
        </w:rPr>
        <w:t xml:space="preserve">[1:08:37] </w:t>
      </w:r>
      <w:r>
        <w:t>das question is from sadia. how did islam bring a change in history writing</w:t>
      </w:r>
    </w:p>
    <w:p>
      <w:pPr>
        <w:jc w:val="right"/>
      </w:pPr>
      <w:r>
        <w:t>دس کوئسچن از فرام سعدیہ۔ ہاؤ ڈیڈ اسلام برنگ اے چینج ان ہسٹری رائٹنگ</w:t>
      </w:r>
    </w:p>
    <w:p>
      <w:r>
        <w:rPr>
          <w:b/>
        </w:rPr>
        <w:t xml:space="preserve">[1:08:43] </w:t>
      </w:r>
      <w:r>
        <w:t>؟ meharbani se wazahat karen.</w:t>
      </w:r>
    </w:p>
    <w:p>
      <w:pPr>
        <w:jc w:val="right"/>
      </w:pPr>
      <w:r>
        <w:t>؟ مہربانی سے وضاحت کریں۔</w:t>
      </w:r>
    </w:p>
    <w:p>
      <w:r>
        <w:rPr>
          <w:b/>
        </w:rPr>
        <w:t xml:space="preserve">[1:08:48] </w:t>
      </w:r>
      <w:r>
        <w:t>asal mein pehle yeh tasawwur hi nahi tha. dunya bhar mein yeh soch nahi thi ke poori insaniyat ki baton ko likhne ka naam history hai.</w:t>
      </w:r>
    </w:p>
    <w:p>
      <w:pPr>
        <w:jc w:val="right"/>
      </w:pPr>
      <w:r>
        <w:t>اصل میں پہلے یہ تصور ہی نہیں تھا۔ دنیا بھر میں یہ سوچ نہیں تھی کہ پوری انسانیت کی باتوں کو لکھنے کا نام ہسٹری ہے۔</w:t>
      </w:r>
    </w:p>
    <w:p>
      <w:r>
        <w:rPr>
          <w:b/>
        </w:rPr>
        <w:t xml:space="preserve">[1:09:00] </w:t>
      </w:r>
      <w:r>
        <w:t>kyun is zamane mein dekhen kya hota tha ke ziraat hi is zariya tha aamdani ka. ziraat ke siwa koi dosra zariya nahi hota tha insan ke paas.</w:t>
      </w:r>
    </w:p>
    <w:p>
      <w:pPr>
        <w:jc w:val="right"/>
      </w:pPr>
      <w:r>
        <w:t>کیوں اس زمانے میں دیکھیں کیا ہوتا تھا کہ زراعت ہی اس ذریعہ تھا آمدنی کا۔ زراعت کے سوا کوئی دوسرا ذریعہ نہیں ہوتا تھا انسان کے پاس۔</w:t>
      </w:r>
    </w:p>
    <w:p>
      <w:r>
        <w:rPr>
          <w:b/>
        </w:rPr>
        <w:t xml:space="preserve">[1:09:11] </w:t>
      </w:r>
      <w:r>
        <w:t>hamare bachpan mein yahi baat thi</w:t>
      </w:r>
    </w:p>
    <w:p>
      <w:pPr>
        <w:jc w:val="right"/>
      </w:pPr>
      <w:r>
        <w:t>ہمارے بچپن میں یہی بات تھی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