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Fragments of Broken Heart | December 01, 2006 | Maulana Wahiduddin Khan</w:t>
      </w:r>
    </w:p>
    <w:p>
      <w:r>
        <w:t>https://www.youtube.com/watch?v=4uW2kggXMI8</w:t>
      </w:r>
    </w:p>
    <w:p>
      <w:r>
        <w:rPr>
          <w:b/>
        </w:rPr>
        <w:t xml:space="preserve">[00:12] </w:t>
      </w:r>
      <w:r>
        <w:t>wa hal ul uqdata min lisanihim yafqahu qawli aaj ka topic main ne ek kitab se liya hai. india ke ek bohat bare scholar the, un ka naam tha doctor ram manohar lohia</w:t>
      </w:r>
    </w:p>
    <w:p>
      <w:pPr>
        <w:jc w:val="right"/>
      </w:pPr>
      <w:r>
        <w:t>وَهْلُ الْعُقْدَةَ مِنْ لِسَانِهِمْ يَفْقَهُ قَوْلِي آج کا ٹاپک میں نے ایک کتاب سے لیا ہے۔ انڈیا کے ایک بہت بڑے اسکالر تھے، ان کا نام تھا ڈاکٹر رام منوہر لوہیا</w:t>
      </w:r>
    </w:p>
    <w:p>
      <w:r>
        <w:rPr>
          <w:b/>
        </w:rPr>
        <w:t xml:space="preserve">[00:42] </w:t>
      </w:r>
      <w:r>
        <w:t>—</w:t>
      </w:r>
    </w:p>
    <w:p>
      <w:pPr>
        <w:jc w:val="right"/>
      </w:pPr>
      <w:r>
        <w:t>۔</w:t>
      </w:r>
    </w:p>
    <w:p>
      <w:r>
        <w:rPr>
          <w:b/>
        </w:rPr>
        <w:t xml:space="preserve">[00:52] </w:t>
      </w:r>
      <w:r>
        <w:t>to un ke articles ka ek compilation chha to is ka title rakha gaya "Fragments of a World Mind".</w:t>
      </w:r>
    </w:p>
    <w:p>
      <w:pPr>
        <w:jc w:val="right"/>
      </w:pPr>
      <w:r>
        <w:t>تو ان کے آرٹیکلز کا ایک کمپائلیشن چھپا تو اس کا ٹائٹل رکھا گیا "Fragments of a World Mind"۔</w:t>
      </w:r>
    </w:p>
    <w:p>
      <w:r>
        <w:rPr>
          <w:b/>
        </w:rPr>
        <w:t xml:space="preserve">[01:02] </w:t>
      </w:r>
      <w:r>
        <w:t>to isi title ko le kar aaj ka jo</w:t>
      </w:r>
    </w:p>
    <w:p>
      <w:pPr>
        <w:jc w:val="right"/>
      </w:pPr>
      <w:r>
        <w:t>تو اسی ٹائٹل کو لے کر آج کا جو</w:t>
      </w:r>
    </w:p>
    <w:p>
      <w:r>
        <w:rPr>
          <w:b/>
        </w:rPr>
        <w:t xml:space="preserve">[01:12] </w:t>
      </w:r>
      <w:r>
        <w:t>title maine rakha hai woh hai "Fragments of a Broken Heart".</w:t>
      </w:r>
    </w:p>
    <w:p>
      <w:pPr>
        <w:jc w:val="right"/>
      </w:pPr>
      <w:r>
        <w:t>ٹائٹل میں نے رکھا ہے وہ ہے "Fragments of a Broken Heart"۔</w:t>
      </w:r>
    </w:p>
    <w:p>
      <w:r>
        <w:rPr>
          <w:b/>
        </w:rPr>
        <w:t xml:space="preserve">[01:28] </w:t>
      </w:r>
      <w:r>
        <w:t>pichhle din dehli mein</w:t>
      </w:r>
    </w:p>
    <w:p>
      <w:pPr>
        <w:jc w:val="right"/>
      </w:pPr>
      <w:r>
        <w:t>پچھلے دن دہلی میں</w:t>
      </w:r>
    </w:p>
    <w:p>
      <w:r>
        <w:rPr>
          <w:b/>
        </w:rPr>
        <w:t xml:space="preserve">[01:44] </w:t>
      </w:r>
      <w:r>
        <w:t>ek seminar tha.</w:t>
      </w:r>
    </w:p>
    <w:p>
      <w:pPr>
        <w:jc w:val="right"/>
      </w:pPr>
      <w:r>
        <w:t>ایک سیمینار تھا۔</w:t>
      </w:r>
    </w:p>
    <w:p>
      <w:r>
        <w:rPr>
          <w:b/>
        </w:rPr>
        <w:t xml:space="preserve">[01:55] </w:t>
      </w:r>
      <w:r>
        <w:t>is seminar mein top intellectuals bulaye gaye the har religion ke.</w:t>
      </w:r>
    </w:p>
    <w:p>
      <w:pPr>
        <w:jc w:val="right"/>
      </w:pPr>
      <w:r>
        <w:t>اس سیمینار میں ٹاپ انٹلیکچوئلز بلائے گئے تھے ہر ریلیجن کے۔</w:t>
      </w:r>
    </w:p>
    <w:p>
      <w:r>
        <w:rPr>
          <w:b/>
        </w:rPr>
        <w:t xml:space="preserve">[02:05] </w:t>
      </w:r>
      <w:r>
        <w:t>har religion ke aspect se un ko ek topic par bolna tha. woh tha</w:t>
      </w:r>
    </w:p>
    <w:p>
      <w:pPr>
        <w:jc w:val="right"/>
      </w:pPr>
      <w:r>
        <w:t>ہر ریلیجن کے آسپیکٹ سے ان کو ایک ٹاپک پر بولنا تھا۔ وہ تھا</w:t>
      </w:r>
    </w:p>
    <w:p>
      <w:r>
        <w:rPr>
          <w:b/>
        </w:rPr>
        <w:t xml:space="preserve">[02:16] </w:t>
      </w:r>
      <w:r>
        <w:t>"Spiritual Light".</w:t>
      </w:r>
    </w:p>
    <w:p>
      <w:pPr>
        <w:jc w:val="right"/>
      </w:pPr>
      <w:r>
        <w:t>"Spiritual Light"۔</w:t>
      </w:r>
    </w:p>
    <w:p>
      <w:r>
        <w:rPr>
          <w:b/>
        </w:rPr>
        <w:t xml:space="preserve">[02:23] </w:t>
      </w:r>
      <w:r>
        <w:t>yeh bohat ajeeb baat hai ke kisi ne bhi koi clear cut baat nahi kahi.</w:t>
      </w:r>
    </w:p>
    <w:p>
      <w:pPr>
        <w:jc w:val="right"/>
      </w:pPr>
      <w:r>
        <w:t>یہ بہت عجیب بات ہے کہ کسی نے بھی کوئی کلیئر کٹ بات نہیں کہی۔</w:t>
      </w:r>
    </w:p>
    <w:p>
      <w:r>
        <w:rPr>
          <w:b/>
        </w:rPr>
        <w:t xml:space="preserve">[02:31] </w:t>
      </w:r>
      <w:r>
        <w:t>lagta tha ke har ek confusion mein pada hua hai.</w:t>
      </w:r>
    </w:p>
    <w:p>
      <w:pPr>
        <w:jc w:val="right"/>
      </w:pPr>
      <w:r>
        <w:t>لگتا تھا کہ ہر ایک کنفیوژن میں پڑا ہوا ہے۔</w:t>
      </w:r>
    </w:p>
    <w:p>
      <w:r>
        <w:rPr>
          <w:b/>
        </w:rPr>
        <w:t xml:space="preserve">[02:38] </w:t>
      </w:r>
      <w:r>
        <w:t>kisi ke paas koi bohat hi soch samjhi baat kehne ke liye nahi hai. to jab</w:t>
      </w:r>
    </w:p>
    <w:p>
      <w:pPr>
        <w:jc w:val="right"/>
      </w:pPr>
      <w:r>
        <w:t>کسی کے پاس کوئی بہت ہی سوچ سمجھی بات کہنے کے لئے نہیں ہے۔ تو جب</w:t>
      </w:r>
    </w:p>
    <w:p>
      <w:r>
        <w:rPr>
          <w:b/>
        </w:rPr>
        <w:t xml:space="preserve">[02:46] </w:t>
      </w:r>
      <w:r>
        <w:t>aakhir mein jo sahib chair kar rahe the is seminar ko to un se kaha gaya concluding remarks</w:t>
      </w:r>
    </w:p>
    <w:p>
      <w:pPr>
        <w:jc w:val="right"/>
      </w:pPr>
      <w:r>
        <w:t>آخر میں جو صاحب چیئر کر رہے تھے اس سیمینار کو تو ان سے کہا گیا کنکلوڈنگ ڈیمارکس</w:t>
      </w:r>
    </w:p>
    <w:p>
      <w:r>
        <w:rPr>
          <w:b/>
        </w:rPr>
        <w:t xml:space="preserve">[02:56] </w:t>
      </w:r>
      <w:r>
        <w:t>ke liye to unhon ne koi zyada lambi baat nahi ki.</w:t>
      </w:r>
    </w:p>
    <w:p>
      <w:pPr>
        <w:jc w:val="right"/>
      </w:pPr>
      <w:r>
        <w:t>کے لئے تو انہوں نے کوئی زیادہ لمبی بات نہیں کی۔</w:t>
      </w:r>
    </w:p>
    <w:p>
      <w:r>
        <w:rPr>
          <w:b/>
        </w:rPr>
        <w:t xml:space="preserve">[03:07] </w:t>
      </w:r>
      <w:r>
        <w:t>yeh keh kar apni baat ko khatm kar diya ke UP mein</w:t>
      </w:r>
    </w:p>
    <w:p>
      <w:pPr>
        <w:jc w:val="right"/>
      </w:pPr>
      <w:r>
        <w:t>یہ کہہ کر اپنی بات کو ختم کر دیا کہ یو پی میں</w:t>
      </w:r>
    </w:p>
    <w:p>
      <w:r>
        <w:rPr>
          <w:b/>
        </w:rPr>
        <w:t xml:space="preserve">[03:17] </w:t>
      </w:r>
      <w:r>
        <w:t>bahraich ek zila hai to wahan par ek shayar the nabina, un ka naam tha Kashfi.</w:t>
      </w:r>
    </w:p>
    <w:p>
      <w:pPr>
        <w:jc w:val="right"/>
      </w:pPr>
      <w:r>
        <w:t>بہارائیچ ایک ضلع ہے تو وہاں پر ایک شاعر تھے نابینہ، ان کا نام تھا کشفی۔</w:t>
      </w:r>
    </w:p>
    <w:p>
      <w:r>
        <w:rPr>
          <w:b/>
        </w:rPr>
        <w:t xml:space="preserve">[03:25] </w:t>
      </w:r>
      <w:r>
        <w:t>to unhon ne ek shair kaha tha.</w:t>
      </w:r>
    </w:p>
    <w:p>
      <w:pPr>
        <w:jc w:val="right"/>
      </w:pPr>
      <w:r>
        <w:t>تو انہوں نے ایک شعر کہا تھا۔</w:t>
      </w:r>
    </w:p>
    <w:p>
      <w:r>
        <w:rPr>
          <w:b/>
        </w:rPr>
        <w:t xml:space="preserve">[03:33] </w:t>
      </w:r>
      <w:r>
        <w:t>isi shair ko parh kar unhon ne jalse ke end ka elan kar diya.</w:t>
      </w:r>
    </w:p>
    <w:p>
      <w:pPr>
        <w:jc w:val="right"/>
      </w:pPr>
      <w:r>
        <w:t>اسی شعر کو پڑھ کر انہوں نے جلسے کے اینڈ کا اعلان کر دیا۔</w:t>
      </w:r>
    </w:p>
    <w:p>
      <w:r>
        <w:rPr>
          <w:b/>
        </w:rPr>
        <w:t xml:space="preserve">[03:40] </w:t>
      </w:r>
      <w:r>
        <w:t>woh shair yeh tha: "hamara zikr hi kya</w:t>
      </w:r>
    </w:p>
    <w:p>
      <w:pPr>
        <w:jc w:val="right"/>
      </w:pPr>
      <w:r>
        <w:t>وہ شعر یہ تھا: "ہمارا ذکر ہی کیا</w:t>
      </w:r>
    </w:p>
    <w:p>
      <w:r>
        <w:rPr>
          <w:b/>
        </w:rPr>
        <w:t xml:space="preserve">[03:48] </w:t>
      </w:r>
      <w:r>
        <w:t>", hum to nabeena hain aye kashfi." "hamara zikr hi kya, hum to nabeena hain aye kashfi." "nazar</w:t>
      </w:r>
    </w:p>
    <w:p>
      <w:pPr>
        <w:jc w:val="right"/>
      </w:pPr>
      <w:r>
        <w:t>، ہم تو نابینہ ہیں اے کشفی۔" "ہمارا ذکر ہی کیا، ہم تو نابینہ ہیں اے کشفی۔" "نظر</w:t>
      </w:r>
    </w:p>
    <w:p>
      <w:r>
        <w:rPr>
          <w:b/>
        </w:rPr>
        <w:t xml:space="preserve">[04:04] </w:t>
      </w:r>
      <w:r>
        <w:t>walon mein bhi hum ne baseerat ki kami paai." "nazar walon mein bhi hum ne baseerat ki kami paai."</w:t>
      </w:r>
    </w:p>
    <w:p>
      <w:pPr>
        <w:jc w:val="right"/>
      </w:pPr>
      <w:r>
        <w:t>والوں میں بھی ہم نے بصیرت کی کمی پائی۔" "نظر والوں میں بھی ہم نے بصیرت کی کمی پائی۔"</w:t>
      </w:r>
    </w:p>
    <w:p>
      <w:r>
        <w:rPr>
          <w:b/>
        </w:rPr>
        <w:t xml:space="preserve">[04:20] </w:t>
      </w:r>
      <w:r>
        <w:t>dekhiye aaj mein aik subject ko le kar kuch dil shikasta andaaz mein bolna chahta hoon.</w:t>
      </w:r>
    </w:p>
    <w:p>
      <w:pPr>
        <w:jc w:val="right"/>
      </w:pPr>
      <w:r>
        <w:t>دیکھئے آج میں ایک سبجیکٹ کو لے کر کچھ دل شکستہ انداز میں بولنا چاہتا ہوں۔</w:t>
      </w:r>
    </w:p>
    <w:p>
      <w:r>
        <w:rPr>
          <w:b/>
        </w:rPr>
        <w:t xml:space="preserve">[04:30] </w:t>
      </w:r>
      <w:r>
        <w:t>woh subject yeh hai ke pichhle kuch barson mein, pichhle chand so barson mein science of matter ko</w:t>
      </w:r>
    </w:p>
    <w:p>
      <w:pPr>
        <w:jc w:val="right"/>
      </w:pPr>
      <w:r>
        <w:t>وہ سبجیکٹ یہ ہے کہ پچھلے کچھ برسوں میں، پچھلے چند سو برسوں میں سائنس آف میٹر کو</w:t>
      </w:r>
    </w:p>
    <w:p>
      <w:r>
        <w:rPr>
          <w:b/>
        </w:rPr>
        <w:t xml:space="preserve">[04:41] </w:t>
      </w:r>
      <w:r>
        <w:t>bohat taraqqi hui</w:t>
      </w:r>
    </w:p>
    <w:p>
      <w:pPr>
        <w:jc w:val="right"/>
      </w:pPr>
      <w:r>
        <w:t>بہت ترقی ہوئی</w:t>
      </w:r>
    </w:p>
    <w:p>
      <w:r>
        <w:rPr>
          <w:b/>
        </w:rPr>
        <w:t xml:space="preserve">[04:51] </w:t>
      </w:r>
      <w:r>
        <w:t>lekin science of mind ko koi taraqqi na ho saki.</w:t>
      </w:r>
    </w:p>
    <w:p>
      <w:pPr>
        <w:jc w:val="right"/>
      </w:pPr>
      <w:r>
        <w:t>لیکن سائنس آف مائنڈ کو کوئی ترقی نہ ہو سکی۔</w:t>
      </w:r>
    </w:p>
    <w:p>
      <w:r>
        <w:rPr>
          <w:b/>
        </w:rPr>
        <w:t xml:space="preserve">[05:01] </w:t>
      </w:r>
      <w:r>
        <w:t>mein aik misaal doon aap ko ke do so saal pehle paida hua Faraday.</w:t>
      </w:r>
    </w:p>
    <w:p>
      <w:pPr>
        <w:jc w:val="right"/>
      </w:pPr>
      <w:r>
        <w:t>میں ایک مثال دوں آپ کو کہ دو سو سال پہلے پیدا ہوا فریڈے۔</w:t>
      </w:r>
    </w:p>
    <w:p>
      <w:r>
        <w:rPr>
          <w:b/>
        </w:rPr>
        <w:t xml:space="preserve">[05:11] </w:t>
      </w:r>
      <w:r>
        <w:t>Faraday ne, woh aik ghareeb aadmi tha lekin us ne study ki, kaafi jud-o-jihad ki yahan tak ke us ne</w:t>
      </w:r>
    </w:p>
    <w:p>
      <w:pPr>
        <w:jc w:val="right"/>
      </w:pPr>
      <w:r>
        <w:t>فریڈے نے، وہ ایک غریب آدمی تھا لیکن اس نے اسٹڈی کی، کافی جدوجہد کی یہاں تک کہ اس نے</w:t>
      </w:r>
    </w:p>
    <w:p>
      <w:r>
        <w:rPr>
          <w:b/>
        </w:rPr>
        <w:t xml:space="preserve">[05:22] </w:t>
      </w:r>
      <w:r>
        <w:t>bijli ka qanoon daryaft kiya.</w:t>
      </w:r>
    </w:p>
    <w:p>
      <w:pPr>
        <w:jc w:val="right"/>
      </w:pPr>
      <w:r>
        <w:t>بجلی کا قانون دریافت کیا۔</w:t>
      </w:r>
    </w:p>
    <w:p>
      <w:r>
        <w:rPr>
          <w:b/>
        </w:rPr>
        <w:t xml:space="preserve">[05:28] </w:t>
      </w:r>
      <w:r>
        <w:t>us ne yeh maloom kiya ke nature mein aik phenomena hai jis se hum apne gharon ko roshan</w:t>
      </w:r>
    </w:p>
    <w:p>
      <w:pPr>
        <w:jc w:val="right"/>
      </w:pPr>
      <w:r>
        <w:t>اس نے یہ معلوم کیا کہ نیچر میں ایک فینامینا ہے جس سے ہم اپنے گھروں کو روشن</w:t>
      </w:r>
    </w:p>
    <w:p>
      <w:r>
        <w:rPr>
          <w:b/>
        </w:rPr>
        <w:t xml:space="preserve">[05:34] </w:t>
      </w:r>
      <w:r>
        <w:t>kar sakte hain.</w:t>
      </w:r>
    </w:p>
    <w:p>
      <w:pPr>
        <w:jc w:val="right"/>
      </w:pPr>
      <w:r>
        <w:t>کر سکتے ہیں۔</w:t>
      </w:r>
    </w:p>
    <w:p>
      <w:r>
        <w:rPr>
          <w:b/>
        </w:rPr>
        <w:t xml:space="preserve">[05:40] </w:t>
      </w:r>
      <w:r>
        <w:t>woh kya? woh yeh ke agar aap magnetic field ko aur motion ko aik jagah ikhatta karein to</w:t>
      </w:r>
    </w:p>
    <w:p>
      <w:pPr>
        <w:jc w:val="right"/>
      </w:pPr>
      <w:r>
        <w:t>وہ کیا؟ وہ یہ کہ اگر آپ میگنیٹک فیلڈ کو اور موشن کو ایک جگہ اکٹھا کریں تو</w:t>
      </w:r>
    </w:p>
    <w:p>
      <w:r>
        <w:rPr>
          <w:b/>
        </w:rPr>
        <w:t xml:space="preserve">[05:46] </w:t>
      </w:r>
      <w:r>
        <w:t>wahan par kya ho</w:t>
      </w:r>
    </w:p>
    <w:p>
      <w:pPr>
        <w:jc w:val="right"/>
      </w:pPr>
      <w:r>
        <w:t>وہاں پر کیا ہو</w:t>
      </w:r>
    </w:p>
    <w:p>
      <w:r>
        <w:rPr>
          <w:b/>
        </w:rPr>
        <w:t xml:space="preserve">[05:52] </w:t>
      </w:r>
      <w:r>
        <w:t>ga? electron flow karne lagen ge.</w:t>
      </w:r>
    </w:p>
    <w:p>
      <w:pPr>
        <w:jc w:val="right"/>
      </w:pPr>
      <w:r>
        <w:t>گا؟ الیکٹران فلو کرنے لگیں گے۔</w:t>
      </w:r>
    </w:p>
    <w:p>
      <w:r>
        <w:rPr>
          <w:b/>
        </w:rPr>
        <w:t xml:space="preserve">[05:58] </w:t>
      </w:r>
      <w:r>
        <w:t>magnetic field ko aur motion ko aap ikhatta karein to wahan par electron flow karne lagen ge.</w:t>
      </w:r>
    </w:p>
    <w:p>
      <w:pPr>
        <w:jc w:val="right"/>
      </w:pPr>
      <w:r>
        <w:t>میگنیٹک فیلڈ کو اور موشن کو آپ اکٹھا کریں تو وہاں پر الیکٹران فلو کرنے لگیں گے۔</w:t>
      </w:r>
    </w:p>
    <w:p>
      <w:r>
        <w:rPr>
          <w:b/>
        </w:rPr>
        <w:t xml:space="preserve">[06:05] </w:t>
      </w:r>
      <w:r>
        <w:t>aur isi ka naam bijli hai.</w:t>
      </w:r>
    </w:p>
    <w:p>
      <w:pPr>
        <w:jc w:val="right"/>
      </w:pPr>
      <w:r>
        <w:t>اور اسی کا نام بجلی ہے۔</w:t>
      </w:r>
    </w:p>
    <w:p>
      <w:r>
        <w:rPr>
          <w:b/>
        </w:rPr>
        <w:t xml:space="preserve">[06:12] </w:t>
      </w:r>
      <w:r>
        <w:t>isi liye kaha jata hai ke electricity means flow of electron.</w:t>
      </w:r>
    </w:p>
    <w:p>
      <w:pPr>
        <w:jc w:val="right"/>
      </w:pPr>
      <w:r>
        <w:t>اسی لئے کہا جاتا ہے کہ الیکٹریسٹی مینز فلو آف الیکٹران۔</w:t>
      </w:r>
    </w:p>
    <w:p>
      <w:r>
        <w:rPr>
          <w:b/>
        </w:rPr>
        <w:t xml:space="preserve">[06:18] </w:t>
      </w:r>
      <w:r>
        <w:t>to material light ko insaan ne</w:t>
      </w:r>
    </w:p>
    <w:p>
      <w:pPr>
        <w:jc w:val="right"/>
      </w:pPr>
      <w:r>
        <w:t>تو مٹیریل لائٹ کو انسان نے</w:t>
      </w:r>
    </w:p>
    <w:p>
      <w:r>
        <w:rPr>
          <w:b/>
        </w:rPr>
        <w:t xml:space="preserve">[06:25] </w:t>
      </w:r>
      <w:r>
        <w:t>daryaft kiya aur aaj aap jante hain ke saari duniya mein har ghar mein, har daftar mein, har</w:t>
      </w:r>
    </w:p>
    <w:p>
      <w:pPr>
        <w:jc w:val="right"/>
      </w:pPr>
      <w:r>
        <w:t>دریافت کیا اور آج آپ جانتے ہیں کہ ساری دنیا میں ہر گھر میں، ہر دفتر میں، ہر</w:t>
      </w:r>
    </w:p>
    <w:p>
      <w:r>
        <w:rPr>
          <w:b/>
        </w:rPr>
        <w:t xml:space="preserve">[06:35] </w:t>
      </w:r>
      <w:r>
        <w:t>road par electricity roshni de rahi hai.</w:t>
      </w:r>
    </w:p>
    <w:p>
      <w:pPr>
        <w:jc w:val="right"/>
      </w:pPr>
      <w:r>
        <w:t>روڈ پر الیکٹریسٹی روشنی دے رہی ہے۔</w:t>
      </w:r>
    </w:p>
    <w:p>
      <w:r>
        <w:rPr>
          <w:b/>
        </w:rPr>
        <w:t xml:space="preserve">[06:45] </w:t>
      </w:r>
      <w:r>
        <w:t>lekin is spiritual light ke muamle mein insaan aaj bhi itna hi peechhe hai jitna ke is</w:t>
      </w:r>
    </w:p>
    <w:p>
      <w:pPr>
        <w:jc w:val="right"/>
      </w:pPr>
      <w:r>
        <w:t>لیکن اس اسپیچوئل لائٹ کے معاملے میں انسان آج بھی اتنا ہی پیچھے ہے جتنا کہ اس</w:t>
      </w:r>
    </w:p>
    <w:p>
      <w:r>
        <w:rPr>
          <w:b/>
        </w:rPr>
        <w:t xml:space="preserve">[06:55] </w:t>
      </w:r>
      <w:r>
        <w:t>se pehle kabhi tha woh.</w:t>
      </w:r>
    </w:p>
    <w:p>
      <w:pPr>
        <w:jc w:val="right"/>
      </w:pPr>
      <w:r>
        <w:t>سے پہلے کبھی تھا وہ۔</w:t>
      </w:r>
    </w:p>
    <w:p>
      <w:r>
        <w:rPr>
          <w:b/>
        </w:rPr>
        <w:t xml:space="preserve">[07:00] </w:t>
      </w:r>
      <w:r>
        <w:t>yeh aik haqeeqat hai.</w:t>
      </w:r>
    </w:p>
    <w:p>
      <w:pPr>
        <w:jc w:val="right"/>
      </w:pPr>
      <w:r>
        <w:t>یہ ایک حقیقت ہے۔</w:t>
      </w:r>
    </w:p>
    <w:p>
      <w:r>
        <w:rPr>
          <w:b/>
        </w:rPr>
        <w:t xml:space="preserve">[07:05] </w:t>
      </w:r>
      <w:r>
        <w:t>history of thought aap parhein to aap yeh paayenge ke pichhle hazaron saal ke darmiyan science of</w:t>
      </w:r>
    </w:p>
    <w:p>
      <w:pPr>
        <w:jc w:val="right"/>
      </w:pPr>
      <w:r>
        <w:t>ہسٹری آف تھاٹ آپ پڑھیں تو آپ یہ پائیں گے کہ پچھلے ہزاروں سال کے درمیان سائنس آف</w:t>
      </w:r>
    </w:p>
    <w:p>
      <w:r>
        <w:rPr>
          <w:b/>
        </w:rPr>
        <w:t xml:space="preserve">[07:10] </w:t>
      </w:r>
      <w:r>
        <w:t>meter mein koi taraqqi nahi hui thi.</w:t>
      </w:r>
    </w:p>
    <w:p>
      <w:pPr>
        <w:jc w:val="right"/>
      </w:pPr>
      <w:r>
        <w:t>میٹر میں کوئی ترقی نہیں ہوئی تھی۔</w:t>
      </w:r>
    </w:p>
    <w:p>
      <w:r>
        <w:rPr>
          <w:b/>
        </w:rPr>
        <w:t xml:space="preserve">[07:15] </w:t>
      </w:r>
      <w:r>
        <w:t>saara maamla super station par base karta tha.</w:t>
      </w:r>
    </w:p>
    <w:p>
      <w:pPr>
        <w:jc w:val="right"/>
      </w:pPr>
      <w:r>
        <w:t>سارا معاملہ سپر اسٹیشن پر بیس کرتا تھا۔</w:t>
      </w:r>
    </w:p>
    <w:p>
      <w:r>
        <w:rPr>
          <w:b/>
        </w:rPr>
        <w:t xml:space="preserve">[07:20] </w:t>
      </w:r>
      <w:r>
        <w:t>lekin is ke baad bohat</w:t>
      </w:r>
    </w:p>
    <w:p>
      <w:pPr>
        <w:jc w:val="right"/>
      </w:pPr>
      <w:r>
        <w:t>لیکن اس کے بعد بہت</w:t>
      </w:r>
    </w:p>
    <w:p>
      <w:r>
        <w:rPr>
          <w:b/>
        </w:rPr>
        <w:t xml:space="preserve">[07:25] </w:t>
      </w:r>
      <w:r>
        <w:t>se minds, renaissance ke baad bohat se minds is kaam mein lage aur science of meter mein aik</w:t>
      </w:r>
    </w:p>
    <w:p>
      <w:pPr>
        <w:jc w:val="right"/>
      </w:pPr>
      <w:r>
        <w:t>سے مائنڈز، رینیساں کے بعد بہت سے مائنڈز اس کام میں لگے اور سائنس آف میٹر میں ایک</w:t>
      </w:r>
    </w:p>
    <w:p>
      <w:r>
        <w:rPr>
          <w:b/>
        </w:rPr>
        <w:t xml:space="preserve">[07:33] </w:t>
      </w:r>
      <w:r>
        <w:t>bohat bara inqilab aa gaya.</w:t>
      </w:r>
    </w:p>
    <w:p>
      <w:pPr>
        <w:jc w:val="right"/>
      </w:pPr>
      <w:r>
        <w:t>بہت بڑا انقلاب آگیا۔</w:t>
      </w:r>
    </w:p>
    <w:p>
      <w:r>
        <w:rPr>
          <w:b/>
        </w:rPr>
        <w:t xml:space="preserve">[07:41] </w:t>
      </w:r>
      <w:r>
        <w:t>aap jante hain ke is se pehle keemiya jo hai alchemy ka naam tha.</w:t>
      </w:r>
    </w:p>
    <w:p>
      <w:pPr>
        <w:jc w:val="right"/>
      </w:pPr>
      <w:r>
        <w:t>آپ جانتے ہیں کہ اس سے پہلے کیمیا جو ہے الکیمی کا نام تھی۔</w:t>
      </w:r>
    </w:p>
    <w:p>
      <w:r>
        <w:rPr>
          <w:b/>
        </w:rPr>
        <w:t xml:space="preserve">[07:49] </w:t>
      </w:r>
      <w:r>
        <w:t>lekin phir kya hua</w:t>
      </w:r>
    </w:p>
    <w:p>
      <w:pPr>
        <w:jc w:val="right"/>
      </w:pPr>
      <w:r>
        <w:t>لیکن پھر کیا ہوا</w:t>
      </w:r>
    </w:p>
    <w:p>
      <w:r>
        <w:rPr>
          <w:b/>
        </w:rPr>
        <w:t xml:space="preserve">[07:57] </w:t>
      </w:r>
      <w:r>
        <w:t>ke bohat se log is mein kaam karne ke liye uthe yahan tak ke alchemy modern chemistry ban gayi.</w:t>
      </w:r>
    </w:p>
    <w:p>
      <w:pPr>
        <w:jc w:val="right"/>
      </w:pPr>
      <w:r>
        <w:t>کہ بہت سے لوگ اس میں کام کرنے کے لئے اٹھے یہاں تک کہ الکیمی ماڈرن کیمسٹری بن گئی۔</w:t>
      </w:r>
    </w:p>
    <w:p>
      <w:r>
        <w:rPr>
          <w:b/>
        </w:rPr>
        <w:t xml:space="preserve">[08:13] </w:t>
      </w:r>
      <w:r>
        <w:t>aap jante hain ke Lavoisier jis ki death hui thi seventeen ninety four mein woh</w:t>
      </w:r>
    </w:p>
    <w:p>
      <w:pPr>
        <w:jc w:val="right"/>
      </w:pPr>
      <w:r>
        <w:t>آپ جانتے ہیں کہ لا وائزر جس کی ڈیتھ ہوئی تھی سترہ سو چورانوے میں وہ</w:t>
      </w:r>
    </w:p>
    <w:p>
      <w:r>
        <w:rPr>
          <w:b/>
        </w:rPr>
        <w:t xml:space="preserve">[08:28] </w:t>
      </w:r>
      <w:r>
        <w:t>modern chemistry ka champion samjha jata hai.</w:t>
      </w:r>
    </w:p>
    <w:p>
      <w:pPr>
        <w:jc w:val="right"/>
      </w:pPr>
      <w:r>
        <w:t>ماڈرن کیمسٹری کا چیمپئن سمجھا جاتا ہے۔</w:t>
      </w:r>
    </w:p>
    <w:p>
      <w:r>
        <w:rPr>
          <w:b/>
        </w:rPr>
        <w:t xml:space="preserve">[08:32] </w:t>
      </w:r>
      <w:r>
        <w:t>bohat se logon ne kaam kiya is field mein.</w:t>
      </w:r>
    </w:p>
    <w:p>
      <w:pPr>
        <w:jc w:val="right"/>
      </w:pPr>
      <w:r>
        <w:t>بہت سے لوگوں نے کام کیا اس فیلڈ میں۔</w:t>
      </w:r>
    </w:p>
    <w:p>
      <w:r>
        <w:rPr>
          <w:b/>
        </w:rPr>
        <w:t xml:space="preserve">[08:37] </w:t>
      </w:r>
      <w:r>
        <w:t>maine aik naam liya alamaati taur par.</w:t>
      </w:r>
    </w:p>
    <w:p>
      <w:pPr>
        <w:jc w:val="right"/>
      </w:pPr>
      <w:r>
        <w:t>میں نے ایک نام لیا علامتی طور پر۔</w:t>
      </w:r>
    </w:p>
    <w:p>
      <w:r>
        <w:rPr>
          <w:b/>
        </w:rPr>
        <w:t xml:space="preserve">[08:41] </w:t>
      </w:r>
      <w:r>
        <w:t>to is tarah ke bohat se logon ne mehnatain keen.</w:t>
      </w:r>
    </w:p>
    <w:p>
      <w:pPr>
        <w:jc w:val="right"/>
      </w:pPr>
      <w:r>
        <w:t>تو اس طرح کے بہت سے لوگوں نے محنتیں کیں۔</w:t>
      </w:r>
    </w:p>
    <w:p>
      <w:r>
        <w:rPr>
          <w:b/>
        </w:rPr>
        <w:t xml:space="preserve">[08:45] </w:t>
      </w:r>
      <w:r>
        <w:t>tab alchemy modern chemistry bani.</w:t>
      </w:r>
    </w:p>
    <w:p>
      <w:pPr>
        <w:jc w:val="right"/>
      </w:pPr>
      <w:r>
        <w:t>تب الکیمی ماڈرن کیمسٹری بنی۔</w:t>
      </w:r>
    </w:p>
    <w:p>
      <w:r>
        <w:rPr>
          <w:b/>
        </w:rPr>
        <w:t xml:space="preserve">[08:50] </w:t>
      </w:r>
      <w:r>
        <w:t>isi tarah se astronomy ko lijiye.</w:t>
      </w:r>
    </w:p>
    <w:p>
      <w:pPr>
        <w:jc w:val="right"/>
      </w:pPr>
      <w:r>
        <w:t>اسی طرح سے آسٹرانومی کو لیجئے۔</w:t>
      </w:r>
    </w:p>
    <w:p>
      <w:r>
        <w:rPr>
          <w:b/>
        </w:rPr>
        <w:t xml:space="preserve">[08:54] </w:t>
      </w:r>
      <w:r>
        <w:t>hazaron saal se insaan ka haal kya tha</w:t>
      </w:r>
    </w:p>
    <w:p>
      <w:pPr>
        <w:jc w:val="right"/>
      </w:pPr>
      <w:r>
        <w:t>ہزاروں سال سے انسان کا حال کیا تھا</w:t>
      </w:r>
    </w:p>
    <w:p>
      <w:r>
        <w:rPr>
          <w:b/>
        </w:rPr>
        <w:t xml:space="preserve">[08:58] </w:t>
      </w:r>
      <w:r>
        <w:t>? astrology tak pahuncha tha insaan.</w:t>
      </w:r>
    </w:p>
    <w:p>
      <w:pPr>
        <w:jc w:val="right"/>
      </w:pPr>
      <w:r>
        <w:t>؟ آسٹرالوجی تک پہنچا تھا انسان۔</w:t>
      </w:r>
    </w:p>
    <w:p>
      <w:r>
        <w:rPr>
          <w:b/>
        </w:rPr>
        <w:t xml:space="preserve">[09:04] </w:t>
      </w:r>
      <w:r>
        <w:t>astrology saari ki saari kya hai? super station hai.</w:t>
      </w:r>
    </w:p>
    <w:p>
      <w:pPr>
        <w:jc w:val="right"/>
      </w:pPr>
      <w:r>
        <w:t>آسٹرالوجی ساری کی ساری کیا ہے؟ سپر اسٹیشن ہے۔</w:t>
      </w:r>
    </w:p>
    <w:p>
      <w:r>
        <w:rPr>
          <w:b/>
        </w:rPr>
        <w:t xml:space="preserve">[09:10] </w:t>
      </w:r>
      <w:r>
        <w:t>lekin dobara aap jante hain ke bohat se logon ne mehnatain keen aur astrology jo hai woh astronomy</w:t>
      </w:r>
    </w:p>
    <w:p>
      <w:pPr>
        <w:jc w:val="right"/>
      </w:pPr>
      <w:r>
        <w:t>لیکن دوبارہ آپ جانتے ہیں کہ بہت سے لوگوں نے محنتیں کیں اور آسٹرالوجی جو ہے وہ آسٹرانومی</w:t>
      </w:r>
    </w:p>
    <w:p>
      <w:r>
        <w:rPr>
          <w:b/>
        </w:rPr>
        <w:t xml:space="preserve">[09:16] </w:t>
      </w:r>
      <w:r>
        <w:t>modern astronomy tak pahunch gayi.</w:t>
      </w:r>
    </w:p>
    <w:p>
      <w:pPr>
        <w:jc w:val="right"/>
      </w:pPr>
      <w:r>
        <w:t>ماڈرن آسٹرانومی تک پہنچ گئی۔</w:t>
      </w:r>
    </w:p>
    <w:p>
      <w:r>
        <w:rPr>
          <w:b/>
        </w:rPr>
        <w:t xml:space="preserve">[09:23] </w:t>
      </w:r>
      <w:r>
        <w:t>aur is mein aap jante hain ke is ka founder jo hai</w:t>
      </w:r>
    </w:p>
    <w:p>
      <w:pPr>
        <w:jc w:val="right"/>
      </w:pPr>
      <w:r>
        <w:t>اور اس میں آپ جانتے ہیں کہ اس کا فاؤنڈر جو ہے</w:t>
      </w:r>
    </w:p>
    <w:p>
      <w:r>
        <w:rPr>
          <w:b/>
        </w:rPr>
        <w:t xml:space="preserve">[09:29] </w:t>
      </w:r>
      <w:r>
        <w:t>Galileo hai jis ki death hui thi sixteen forty two AD mein.</w:t>
      </w:r>
    </w:p>
    <w:p>
      <w:pPr>
        <w:jc w:val="right"/>
      </w:pPr>
      <w:r>
        <w:t>گلیلیو ہے جس کی ڈیتھ ہوئی تھی سولہ سو بیالیس عیسوی میں۔</w:t>
      </w:r>
    </w:p>
    <w:p>
      <w:r>
        <w:rPr>
          <w:b/>
        </w:rPr>
        <w:t xml:space="preserve">[09:37] </w:t>
      </w:r>
      <w:r>
        <w:t>to bohat se logon ne kaam kiya.</w:t>
      </w:r>
    </w:p>
    <w:p>
      <w:pPr>
        <w:jc w:val="right"/>
      </w:pPr>
      <w:r>
        <w:t>تو بہت سے لوگوں نے کام کیا۔</w:t>
      </w:r>
    </w:p>
    <w:p>
      <w:r>
        <w:rPr>
          <w:b/>
        </w:rPr>
        <w:t xml:space="preserve">[09:45] </w:t>
      </w:r>
      <w:r>
        <w:t>phir astrology modern astronomy tak pahunchi.</w:t>
      </w:r>
    </w:p>
    <w:p>
      <w:pPr>
        <w:jc w:val="right"/>
      </w:pPr>
      <w:r>
        <w:t>پھر آسٹرالوجی ماڈرن آسٹرانومی تک پہنچی۔</w:t>
      </w:r>
    </w:p>
    <w:p>
      <w:r>
        <w:rPr>
          <w:b/>
        </w:rPr>
        <w:t xml:space="preserve">[09:52] </w:t>
      </w:r>
      <w:r>
        <w:t>lekin yeh bohat hi ajeeb baat hai ke isi qism ki taraqqi science of mind mein na ho saki.</w:t>
      </w:r>
    </w:p>
    <w:p>
      <w:pPr>
        <w:jc w:val="right"/>
      </w:pPr>
      <w:r>
        <w:t>لیکن یہ بہت ہی عجیب بات ہے کہ اسی قسم کی ترقی سائنس آف مائنڈ میں نہ ہو سکی۔</w:t>
      </w:r>
    </w:p>
    <w:p>
      <w:r>
        <w:rPr>
          <w:b/>
        </w:rPr>
        <w:t xml:space="preserve">[10:00] </w:t>
      </w:r>
      <w:r>
        <w:t>mashhoor kitaab hai doctor elisus kiril ki "main da un noon".</w:t>
      </w:r>
    </w:p>
    <w:p>
      <w:pPr>
        <w:jc w:val="right"/>
      </w:pPr>
      <w:r>
        <w:t>مشہور کتاب ہے ڈاکٹر ایلیسس کیریل کی "مائن دا ان نون"۔</w:t>
      </w:r>
    </w:p>
    <w:p>
      <w:r>
        <w:rPr>
          <w:b/>
        </w:rPr>
        <w:t xml:space="preserve">[10:06] </w:t>
      </w:r>
      <w:r>
        <w:t>aaj bhi main da un noni ki soorat-e-haal hai dunya mein.</w:t>
      </w:r>
    </w:p>
    <w:p>
      <w:pPr>
        <w:jc w:val="right"/>
      </w:pPr>
      <w:r>
        <w:t>آج بھی مائن دا ان نونی کی صورتحال ہے دنیا میں۔</w:t>
      </w:r>
    </w:p>
    <w:p>
      <w:r>
        <w:rPr>
          <w:b/>
        </w:rPr>
        <w:t xml:space="preserve">[10:12] </w:t>
      </w:r>
      <w:r>
        <w:t>jabke doosri taraf meter da noon ban chuka hai.</w:t>
      </w:r>
    </w:p>
    <w:p>
      <w:pPr>
        <w:jc w:val="right"/>
      </w:pPr>
      <w:r>
        <w:t>جبکہ دوسری طرف میٹر دا نون بن چکا ہے۔</w:t>
      </w:r>
    </w:p>
    <w:p>
      <w:r>
        <w:rPr>
          <w:b/>
        </w:rPr>
        <w:t xml:space="preserve">[10:18] </w:t>
      </w:r>
      <w:r>
        <w:t>meter da noon ban chuka hai aur main abhi bhi un noon bana hua hai.</w:t>
      </w:r>
    </w:p>
    <w:p>
      <w:pPr>
        <w:jc w:val="right"/>
      </w:pPr>
      <w:r>
        <w:t>میٹر دا نون بن چکا ہے اور مائن ابھی بھی ان نون بنا ہوا ہے۔</w:t>
      </w:r>
    </w:p>
    <w:p>
      <w:r>
        <w:rPr>
          <w:b/>
        </w:rPr>
        <w:t xml:space="preserve">[10:24] </w:t>
      </w:r>
      <w:r>
        <w:t>isi par mein is waqt kuch kehna chahta hoon</w:t>
      </w:r>
    </w:p>
    <w:p>
      <w:pPr>
        <w:jc w:val="right"/>
      </w:pPr>
      <w:r>
        <w:t>اسی پر میں اس وقت کچھ کہنا چاہتا ہوں</w:t>
      </w:r>
    </w:p>
    <w:p>
      <w:r>
        <w:rPr>
          <w:b/>
        </w:rPr>
        <w:t xml:space="preserve">[10:31] </w:t>
      </w:r>
      <w:r>
        <w:t>—</w:t>
      </w:r>
    </w:p>
    <w:p>
      <w:pPr>
        <w:jc w:val="right"/>
      </w:pPr>
      <w:r>
        <w:t>۔</w:t>
      </w:r>
    </w:p>
    <w:p>
      <w:r>
        <w:rPr>
          <w:b/>
        </w:rPr>
        <w:t xml:space="preserve">[10:37] </w:t>
      </w:r>
      <w:r>
        <w:t>yeh bohat hi zyada aham subject hai.</w:t>
      </w:r>
    </w:p>
    <w:p>
      <w:pPr>
        <w:jc w:val="right"/>
      </w:pPr>
      <w:r>
        <w:t>یہ بہت ہی زیادہ اہم سبجیکٹ ہے۔</w:t>
      </w:r>
    </w:p>
    <w:p>
      <w:r>
        <w:rPr>
          <w:b/>
        </w:rPr>
        <w:t xml:space="preserve">[10:43] </w:t>
      </w:r>
      <w:r>
        <w:t>yeh samajhne ki zaroorat hai ke aisa kyun hua ke science, meter ki science ne bohat taraqqi ki</w:t>
      </w:r>
    </w:p>
    <w:p>
      <w:pPr>
        <w:jc w:val="right"/>
      </w:pPr>
      <w:r>
        <w:t>یہ سمجھنے کی ضرورت ہے کہ ایسا کیوں ہوا کہ سائنس، میٹر کی سائنس نے بہت ترقی کی</w:t>
      </w:r>
    </w:p>
    <w:p>
      <w:r>
        <w:rPr>
          <w:b/>
        </w:rPr>
        <w:t xml:space="preserve">[10:50] </w:t>
      </w:r>
      <w:r>
        <w:t>magar insaan ki science taraqqi na kar saki.</w:t>
      </w:r>
    </w:p>
    <w:p>
      <w:pPr>
        <w:jc w:val="right"/>
      </w:pPr>
      <w:r>
        <w:t>مگر انسان کی سائنس ترقی نہ کر سکی۔</w:t>
      </w:r>
    </w:p>
    <w:p>
      <w:r>
        <w:rPr>
          <w:b/>
        </w:rPr>
        <w:t xml:space="preserve">[10:56] </w:t>
      </w:r>
      <w:r>
        <w:t>isi ke baray mein mein kuch baat karna chahta hoon.</w:t>
      </w:r>
    </w:p>
    <w:p>
      <w:pPr>
        <w:jc w:val="right"/>
      </w:pPr>
      <w:r>
        <w:t>اسی کے بارے میں میں کچھ بات کرنا چاہتا ہوں۔</w:t>
      </w:r>
    </w:p>
    <w:p>
      <w:r>
        <w:rPr>
          <w:b/>
        </w:rPr>
        <w:t xml:space="preserve">[11:03] </w:t>
      </w:r>
      <w:r>
        <w:t>mein ne apni zindagi isi mein bitai hai aur mein keh sakta hoon ke mein Allah ke fazl</w:t>
      </w:r>
    </w:p>
    <w:p>
      <w:pPr>
        <w:jc w:val="right"/>
      </w:pPr>
      <w:r>
        <w:t>میں نے اپنی زندگی اسی میں بتائی ہے اور میں کہہ سکتا ہوں کہ میں اللہ کے فضل</w:t>
      </w:r>
    </w:p>
    <w:p>
      <w:r>
        <w:rPr>
          <w:b/>
        </w:rPr>
        <w:t xml:space="preserve">[11:10] </w:t>
      </w:r>
      <w:r>
        <w:t>se mein ne kuch haasil kiya hai aur isi haasil hone ka yeh bhi aik aik soorat hai</w:t>
      </w:r>
    </w:p>
    <w:p>
      <w:pPr>
        <w:jc w:val="right"/>
      </w:pPr>
      <w:r>
        <w:t>سے میں نے کچھ حاصل کیا ہے اور اسی حاصل ہونے کا یہ بھی ایک ایک صورت ہے</w:t>
      </w:r>
    </w:p>
    <w:p>
      <w:r>
        <w:rPr>
          <w:b/>
        </w:rPr>
        <w:t xml:space="preserve">[11:18] </w:t>
      </w:r>
      <w:r>
        <w:t>ke hum aik team bana payein hain.</w:t>
      </w:r>
    </w:p>
    <w:p>
      <w:pPr>
        <w:jc w:val="right"/>
      </w:pPr>
      <w:r>
        <w:t>کہ ہم ایک ٹیم بنا پائیں ہیں۔</w:t>
      </w:r>
    </w:p>
    <w:p>
      <w:r>
        <w:rPr>
          <w:b/>
        </w:rPr>
        <w:t xml:space="preserve">[11:25] </w:t>
      </w:r>
      <w:r>
        <w:t>to mein keh sakta hoon ke jis tarah se pehle aisa hua ke do phase mein material science</w:t>
      </w:r>
    </w:p>
    <w:p>
      <w:pPr>
        <w:jc w:val="right"/>
      </w:pPr>
      <w:r>
        <w:t>تو میں کہہ سکتا ہوں کہ جس طرح سے پہلے ایسا ہوا کہ دو فیز میں مٹیریل سائنس</w:t>
      </w:r>
    </w:p>
    <w:p>
      <w:r>
        <w:rPr>
          <w:b/>
        </w:rPr>
        <w:t xml:space="preserve">[11:33] </w:t>
      </w:r>
      <w:r>
        <w:t>ki taraqqi hui.</w:t>
      </w:r>
    </w:p>
    <w:p>
      <w:pPr>
        <w:jc w:val="right"/>
      </w:pPr>
      <w:r>
        <w:t>کی ترقی ہوئی۔</w:t>
      </w:r>
    </w:p>
    <w:p>
      <w:r>
        <w:rPr>
          <w:b/>
        </w:rPr>
        <w:t xml:space="preserve">[11:37] </w:t>
      </w:r>
      <w:r>
        <w:t>do phase mein, do generation mein.</w:t>
      </w:r>
    </w:p>
    <w:p>
      <w:pPr>
        <w:jc w:val="right"/>
      </w:pPr>
      <w:r>
        <w:t>دو فیز میں، دو جنریشن میں۔</w:t>
      </w:r>
    </w:p>
    <w:p>
      <w:r>
        <w:rPr>
          <w:b/>
        </w:rPr>
        <w:t xml:space="preserve">[11:42] </w:t>
      </w:r>
      <w:r>
        <w:t>pehli generation jo thi us ki alamat hai galileo aur newton.</w:t>
      </w:r>
    </w:p>
    <w:p>
      <w:pPr>
        <w:jc w:val="right"/>
      </w:pPr>
      <w:r>
        <w:t>پہلی جنریشن جو تھی اس کی علامت ہے گلیلیو اور نیوٹن۔</w:t>
      </w:r>
    </w:p>
    <w:p>
      <w:r>
        <w:rPr>
          <w:b/>
        </w:rPr>
        <w:t xml:space="preserve">[11:46] </w:t>
      </w:r>
      <w:r>
        <w:t>galileo aur newton jo hain woh pehle generation ki alamat hain.</w:t>
      </w:r>
    </w:p>
    <w:p>
      <w:pPr>
        <w:jc w:val="right"/>
      </w:pPr>
      <w:r>
        <w:t>گلیلیو اور نیوٹن جو ہیں وہ پہلے جنریشن کی علامت ہیں۔</w:t>
      </w:r>
    </w:p>
    <w:p>
      <w:r>
        <w:rPr>
          <w:b/>
        </w:rPr>
        <w:t xml:space="preserve">[11:51] </w:t>
      </w:r>
      <w:r>
        <w:t>pehlay phase ki alamat hain.</w:t>
      </w:r>
    </w:p>
    <w:p>
      <w:pPr>
        <w:jc w:val="right"/>
      </w:pPr>
      <w:r>
        <w:t>پہلے فیز کی علامت ہیں۔</w:t>
      </w:r>
    </w:p>
    <w:p>
      <w:r>
        <w:rPr>
          <w:b/>
        </w:rPr>
        <w:t xml:space="preserve">[11:55] </w:t>
      </w:r>
      <w:r>
        <w:t>is ke baad taraqqi hoti rahi yahan tak ke doosra generation aaya, doosra phase aaya jis ki alamat</w:t>
      </w:r>
    </w:p>
    <w:p>
      <w:pPr>
        <w:jc w:val="right"/>
      </w:pPr>
      <w:r>
        <w:t>اس کے بعد ترقی ہوتی رہی یہاں تک کہ دوسرا جنریشن آیا، دوسرا فیز آیا جس کی علامت</w:t>
      </w:r>
    </w:p>
    <w:p>
      <w:r>
        <w:rPr>
          <w:b/>
        </w:rPr>
        <w:t xml:space="preserve">[12:00] </w:t>
      </w:r>
      <w:r>
        <w:t>hain einstein aur rutherford.</w:t>
      </w:r>
    </w:p>
    <w:p>
      <w:pPr>
        <w:jc w:val="right"/>
      </w:pPr>
      <w:r>
        <w:t>ہیں آئنسٹین اور ردرفورڈ۔</w:t>
      </w:r>
    </w:p>
    <w:p>
      <w:r>
        <w:rPr>
          <w:b/>
        </w:rPr>
        <w:t xml:space="preserve">[12:04] </w:t>
      </w:r>
      <w:r>
        <w:t>to pehle generation ki alamat hain galileo aur newton aur doosray generation ya doosray phase ki alamat hain</w:t>
      </w:r>
    </w:p>
    <w:p>
      <w:pPr>
        <w:jc w:val="right"/>
      </w:pPr>
      <w:r>
        <w:t>تو پہلے جنریشن کی علامت ہیں گلیلیو اور نیوٹن اور دوسرے جنریشن یا دوسرے فیز کی علامت ہیں</w:t>
      </w:r>
    </w:p>
    <w:p>
      <w:r>
        <w:rPr>
          <w:b/>
        </w:rPr>
        <w:t xml:space="preserve">[12:12] </w:t>
      </w:r>
      <w:r>
        <w:t>einstein aur rutherford.</w:t>
      </w:r>
    </w:p>
    <w:p>
      <w:pPr>
        <w:jc w:val="right"/>
      </w:pPr>
      <w:r>
        <w:t>آئنسٹین اور ردرفورڈ۔</w:t>
      </w:r>
    </w:p>
    <w:p>
      <w:r>
        <w:rPr>
          <w:b/>
        </w:rPr>
        <w:t xml:space="preserve">[12:19] </w:t>
      </w:r>
      <w:r>
        <w:t>isi tarah mein samajhta hoon ke hamara jo mission hai, spiritual mission is ka pehle phase ki alamat</w:t>
      </w:r>
    </w:p>
    <w:p>
      <w:pPr>
        <w:jc w:val="right"/>
      </w:pPr>
      <w:r>
        <w:t>اسی طرح میں سمجھتا ہوں کہ ہمارا جو مشن ہے، اسپیچوئل مشن اس کا پہلے فیز کی علامت</w:t>
      </w:r>
    </w:p>
    <w:p>
      <w:r>
        <w:rPr>
          <w:b/>
        </w:rPr>
        <w:t xml:space="preserve">[12:27] </w:t>
      </w:r>
      <w:r>
        <w:t>agar Allah taala ne mujh ko banaya to yeh team jo hai is ke doosray phase ki alamat hai. aur mein</w:t>
      </w:r>
    </w:p>
    <w:p>
      <w:pPr>
        <w:jc w:val="right"/>
      </w:pPr>
      <w:r>
        <w:t>اگر اللہ تعالیٰ نے مجھ کو بنایا تو یہ ٹیم جو ہے اس کے دوسرے فیز کی علامت ہے۔ اور میں</w:t>
      </w:r>
    </w:p>
    <w:p>
      <w:r>
        <w:rPr>
          <w:b/>
        </w:rPr>
        <w:t xml:space="preserve">[12:34] </w:t>
      </w:r>
      <w:r>
        <w:t>samajhta hoon ke yeh kaam ruknay wala nahi hai. aagay barhay ga. jis tarah se mujh ko Allah Ta'ala ne tofeeq di aur mein pehlay phase ko wajood mein la saka isi tarah yeh team inshallah doosray phase ka marhala tay kare gi. dek</w:t>
      </w:r>
    </w:p>
    <w:p>
      <w:pPr>
        <w:jc w:val="right"/>
      </w:pPr>
      <w:r>
        <w:t>سمجھتا ہوں کہ یہ کام رکنے والا نہیں ہے۔ آگے بڑھے گا۔ جس طرح سے مجھ کو اللہ تعالیٰ نے توفیق دی اور میں پہلے فیز کو وجود میں لا سکا اسی طرح یہ ٹیم انشاءاللہ دوسرے فیز کا مرحلہ طے کرے گی۔ دیک</w:t>
      </w:r>
    </w:p>
    <w:p>
      <w:r>
        <w:rPr>
          <w:b/>
        </w:rPr>
        <w:t xml:space="preserve">[13:04] </w:t>
      </w:r>
      <w:r>
        <w:t>hye masla kya hai? inglistan mein woh ek bara philosopher paida hua jis ka naam tha bradley.</w:t>
      </w:r>
    </w:p>
    <w:p>
      <w:pPr>
        <w:jc w:val="right"/>
      </w:pPr>
      <w:r>
        <w:t>ھئے مسئلہ کیا ہے؟ انگلستان میں وہ ایک بڑا فلاسفر پیدا ہوا جس کا نام تھا بریڈلے۔</w:t>
      </w:r>
    </w:p>
    <w:p>
      <w:r>
        <w:rPr>
          <w:b/>
        </w:rPr>
        <w:t xml:space="preserve">[13:12] </w:t>
      </w:r>
      <w:r>
        <w:t>is ki death hui hai 1924 mein.</w:t>
      </w:r>
    </w:p>
    <w:p>
      <w:pPr>
        <w:jc w:val="right"/>
      </w:pPr>
      <w:r>
        <w:t>اس کی ڈیتھ ہوئی ہے انیس سو چوبیس میں۔</w:t>
      </w:r>
    </w:p>
    <w:p>
      <w:r>
        <w:rPr>
          <w:b/>
        </w:rPr>
        <w:t xml:space="preserve">[13:19] </w:t>
      </w:r>
      <w:r>
        <w:t>is ki ek kitab hai, ek moti si kitab hai "appearance and reality".</w:t>
      </w:r>
    </w:p>
    <w:p>
      <w:pPr>
        <w:jc w:val="right"/>
      </w:pPr>
      <w:r>
        <w:t>اس کی ایک کتاب ہے، ایک موٹی سی کتاب ہے "اپیئرنس اینڈ رئیلٹی"۔</w:t>
      </w:r>
    </w:p>
    <w:p>
      <w:r>
        <w:rPr>
          <w:b/>
        </w:rPr>
        <w:t xml:space="preserve">[13:27] </w:t>
      </w:r>
      <w:r>
        <w:t>is kitab ke aakhir mein woh kehta hai ke aaj ke zamane ko</w:t>
      </w:r>
    </w:p>
    <w:p>
      <w:pPr>
        <w:jc w:val="right"/>
      </w:pPr>
      <w:r>
        <w:t>اس کتاب کے آخر میں وہ کہتا ہے کہ آج کے زمانے کو</w:t>
      </w:r>
    </w:p>
    <w:p>
      <w:r>
        <w:rPr>
          <w:b/>
        </w:rPr>
        <w:t xml:space="preserve">[13:35] </w:t>
      </w:r>
      <w:r>
        <w:t>ek scientific religion ki zaroorat hai.</w:t>
      </w:r>
    </w:p>
    <w:p>
      <w:pPr>
        <w:jc w:val="right"/>
      </w:pPr>
      <w:r>
        <w:t>ایک سائنٹیفک ریلیجن کی ضرورت ہے۔</w:t>
      </w:r>
    </w:p>
    <w:p>
      <w:r>
        <w:rPr>
          <w:b/>
        </w:rPr>
        <w:t xml:space="preserve">[13:40] </w:t>
      </w:r>
      <w:r>
        <w:t>scientific religion ki zaroorat hai.</w:t>
      </w:r>
    </w:p>
    <w:p>
      <w:pPr>
        <w:jc w:val="right"/>
      </w:pPr>
      <w:r>
        <w:t>سائنٹیفک ریلیجن کی ضرورت ہے۔</w:t>
      </w:r>
    </w:p>
    <w:p>
      <w:r>
        <w:rPr>
          <w:b/>
        </w:rPr>
        <w:t xml:space="preserve">[13:45] </w:t>
      </w:r>
      <w:r>
        <w:t>agarche is ko nahi maloom ke scientific religion hai kiya.</w:t>
      </w:r>
    </w:p>
    <w:p>
      <w:pPr>
        <w:jc w:val="right"/>
      </w:pPr>
      <w:r>
        <w:t>اگرچہ اس کو نہیں معلوم کہ سائنٹیفک ریلیجن ہے کیا۔</w:t>
      </w:r>
    </w:p>
    <w:p>
      <w:r>
        <w:rPr>
          <w:b/>
        </w:rPr>
        <w:t xml:space="preserve">[13:50] </w:t>
      </w:r>
      <w:r>
        <w:t>woh mehsoos karta hai ke aaj ki generation, modern mind ek naya mazhab chahta hai.</w:t>
      </w:r>
    </w:p>
    <w:p>
      <w:pPr>
        <w:jc w:val="right"/>
      </w:pPr>
      <w:r>
        <w:t>وہ محسوس کرتا ہے کہ آج کی جنریشن، ماڈرن مائنڈ ایک نیا مذہب چاہتا ہے۔</w:t>
      </w:r>
    </w:p>
    <w:p>
      <w:r>
        <w:rPr>
          <w:b/>
        </w:rPr>
        <w:t xml:space="preserve">[13:55] </w:t>
      </w:r>
      <w:r>
        <w:t>isi naye mazhab ko is ne scientific mazhab ka naam diya hai.</w:t>
      </w:r>
    </w:p>
    <w:p>
      <w:pPr>
        <w:jc w:val="right"/>
      </w:pPr>
      <w:r>
        <w:t>اسی نئے مذہب کو اس نے سائنٹیفک مذہب کا نام دیا ہے۔</w:t>
      </w:r>
    </w:p>
    <w:p>
      <w:r>
        <w:rPr>
          <w:b/>
        </w:rPr>
        <w:t xml:space="preserve">[14:00] </w:t>
      </w:r>
      <w:r>
        <w:t>yeh scientific mazhab kya hai</w:t>
      </w:r>
    </w:p>
    <w:p>
      <w:pPr>
        <w:jc w:val="right"/>
      </w:pPr>
      <w:r>
        <w:t>یہ سائنٹیفک مذہب کیا ہے</w:t>
      </w:r>
    </w:p>
    <w:p>
      <w:r>
        <w:rPr>
          <w:b/>
        </w:rPr>
        <w:t xml:space="preserve">[14:05] </w:t>
      </w:r>
      <w:r>
        <w:t>? sach poochien to meri zindagi poori isi ki isi ki tehqeeq mein guzri hai.</w:t>
      </w:r>
    </w:p>
    <w:p>
      <w:pPr>
        <w:jc w:val="right"/>
      </w:pPr>
      <w:r>
        <w:t>؟ سچ پوچھیں تو میری زندگی پوری اسی کی اسی کی تحقیق میں گزری ہے۔</w:t>
      </w:r>
    </w:p>
    <w:p>
      <w:r>
        <w:rPr>
          <w:b/>
        </w:rPr>
        <w:t xml:space="preserve">[14:10] </w:t>
      </w:r>
      <w:r>
        <w:t>mein samajhta hoon ke scientific mazhab is ke siwa kuch nahi ke woh islam hai.</w:t>
      </w:r>
    </w:p>
    <w:p>
      <w:pPr>
        <w:jc w:val="right"/>
      </w:pPr>
      <w:r>
        <w:t>میں سمجھتا ہوں کہ سائنٹیفک مذہب اس کے سوا کچھ نہیں کہ وہ اسلام ہے۔</w:t>
      </w:r>
    </w:p>
    <w:p>
      <w:r>
        <w:rPr>
          <w:b/>
        </w:rPr>
        <w:t xml:space="preserve">[14:15] </w:t>
      </w:r>
      <w:r>
        <w:t>islam bhi scientific mazhab hai jis ko log jante nahi.</w:t>
      </w:r>
    </w:p>
    <w:p>
      <w:pPr>
        <w:jc w:val="right"/>
      </w:pPr>
      <w:r>
        <w:t>اسلام بھی سائنٹیفک مذہب ہے جس کو لوگ جانتے نہیں۔</w:t>
      </w:r>
    </w:p>
    <w:p>
      <w:r>
        <w:rPr>
          <w:b/>
        </w:rPr>
        <w:t xml:space="preserve">[14:20] </w:t>
      </w:r>
      <w:r>
        <w:t>har mazhab scientific mazhab hi tha.</w:t>
      </w:r>
    </w:p>
    <w:p>
      <w:pPr>
        <w:jc w:val="right"/>
      </w:pPr>
      <w:r>
        <w:t>ہر مذہب سائنٹیفک مذہب ہی تھا۔</w:t>
      </w:r>
    </w:p>
    <w:p>
      <w:r>
        <w:rPr>
          <w:b/>
        </w:rPr>
        <w:t xml:space="preserve">[14:25] </w:t>
      </w:r>
      <w:r>
        <w:t>mein yeh nahi keh raha hoon ke islam hi scientific mazhab hai.</w:t>
      </w:r>
    </w:p>
    <w:p>
      <w:pPr>
        <w:jc w:val="right"/>
      </w:pPr>
      <w:r>
        <w:t>میں یہ نہیں کہہ رہا ہوں کہ اسلام ہی سائنٹیفک مذہب ہے۔</w:t>
      </w:r>
    </w:p>
    <w:p>
      <w:r>
        <w:rPr>
          <w:b/>
        </w:rPr>
        <w:t xml:space="preserve">[14:30] </w:t>
      </w:r>
      <w:r>
        <w:t>asal mein qissa yeh hai</w:t>
      </w:r>
    </w:p>
    <w:p>
      <w:pPr>
        <w:jc w:val="right"/>
      </w:pPr>
      <w:r>
        <w:t>اصل میں قصہ یہ ہے</w:t>
      </w:r>
    </w:p>
    <w:p>
      <w:r>
        <w:rPr>
          <w:b/>
        </w:rPr>
        <w:t xml:space="preserve">[14:36] </w:t>
      </w:r>
      <w:r>
        <w:t>ke quran mein ek ayat hai "yudabbirul amra yufassilul ayati" ke khuda universe ki tadbeer amr kar raha hai.</w:t>
      </w:r>
    </w:p>
    <w:p>
      <w:pPr>
        <w:jc w:val="right"/>
      </w:pPr>
      <w:r>
        <w:t>کہ قرآن میں ایک آیت ہے "یدبر الامر یفصل الآیات" کہ خدا یونیورس کی تدبیر امر کر رہا ہے۔</w:t>
      </w:r>
    </w:p>
    <w:p>
      <w:r>
        <w:rPr>
          <w:b/>
        </w:rPr>
        <w:t xml:space="preserve">[14:43] </w:t>
      </w:r>
      <w:r>
        <w:t>yani direct control ke zariye is ko chala raha hai.</w:t>
      </w:r>
    </w:p>
    <w:p>
      <w:pPr>
        <w:jc w:val="right"/>
      </w:pPr>
      <w:r>
        <w:t>یعنی ڈائریکٹ کنٹرول کے ذریعے اس کو چلا رہا ہے۔</w:t>
      </w:r>
    </w:p>
    <w:p>
      <w:r>
        <w:rPr>
          <w:b/>
        </w:rPr>
        <w:t xml:space="preserve">[14:51] </w:t>
      </w:r>
      <w:r>
        <w:t>doosri taraf farmaya ke "yufassilul ayati" insano ke liye is ne ayaten utari hain.</w:t>
      </w:r>
    </w:p>
    <w:p>
      <w:pPr>
        <w:jc w:val="right"/>
      </w:pPr>
      <w:r>
        <w:t>دوسری طرف فرمایا کہ "یفصل الآیات" انسانوں کے لئے اس نے آیتیں اتاری ہیں۔</w:t>
      </w:r>
    </w:p>
    <w:p>
      <w:r>
        <w:rPr>
          <w:b/>
        </w:rPr>
        <w:t xml:space="preserve">[14:59] </w:t>
      </w:r>
      <w:r>
        <w:t>is ayat mein ek bohat bari baat kahi gayi hai</w:t>
      </w:r>
    </w:p>
    <w:p>
      <w:pPr>
        <w:jc w:val="right"/>
      </w:pPr>
      <w:r>
        <w:t>اس آیت میں ایک بہت بڑی بات کہی گئی ہے</w:t>
      </w:r>
    </w:p>
    <w:p>
      <w:r>
        <w:rPr>
          <w:b/>
        </w:rPr>
        <w:t xml:space="preserve">[15:07] </w:t>
      </w:r>
      <w:r>
        <w:t>ke yeh duniya jo hai other than human being ka ek mamla hai aur human being ka doosra mamla hai.</w:t>
      </w:r>
    </w:p>
    <w:p>
      <w:pPr>
        <w:jc w:val="right"/>
      </w:pPr>
      <w:r>
        <w:t>کہ یہ دنیا جو ہے ادر دین ہیومن بینگ کا ایک معاملہ ہے اور ہیومن بینگ کا دوسرا معاملہ ہے۔</w:t>
      </w:r>
    </w:p>
    <w:p>
      <w:r>
        <w:rPr>
          <w:b/>
        </w:rPr>
        <w:t xml:space="preserve">[15:14] </w:t>
      </w:r>
      <w:r>
        <w:t>other than human being jo hai woh law of nature se control hoti hai.</w:t>
      </w:r>
    </w:p>
    <w:p>
      <w:pPr>
        <w:jc w:val="right"/>
      </w:pPr>
      <w:r>
        <w:t>ادر دین ہیومن بینگ جو ہے وہ لاء آف نیچر سے کنٹرول ہوتی ہے۔</w:t>
      </w:r>
    </w:p>
    <w:p>
      <w:r>
        <w:rPr>
          <w:b/>
        </w:rPr>
        <w:t xml:space="preserve">[15:22] </w:t>
      </w:r>
      <w:r>
        <w:t>is ko koi free will nahi mila hua hai.</w:t>
      </w:r>
    </w:p>
    <w:p>
      <w:pPr>
        <w:jc w:val="right"/>
      </w:pPr>
      <w:r>
        <w:t>اس کو کوئی فری ول نہیں ملا ہوا ہے۔</w:t>
      </w:r>
    </w:p>
    <w:p>
      <w:r>
        <w:rPr>
          <w:b/>
        </w:rPr>
        <w:t xml:space="preserve">[15:29] </w:t>
      </w:r>
      <w:r>
        <w:t>stars, mountain, ocean jo bhi other than human being jo duniya hai is</w:t>
      </w:r>
    </w:p>
    <w:p>
      <w:pPr>
        <w:jc w:val="right"/>
      </w:pPr>
      <w:r>
        <w:t>اسٹارز، ماؤنٹین، اوشن جو بھی ادر دین ہیومن بینگ جو دنیا ہے اس</w:t>
      </w:r>
    </w:p>
    <w:p>
      <w:r>
        <w:rPr>
          <w:b/>
        </w:rPr>
        <w:t xml:space="preserve">[15:37] </w:t>
      </w:r>
      <w:r>
        <w:t>ko koi free will nahi hasil hai. woh direct tor par Khuda ke control mein hai jis ko hum law of nature kehte hain. to jab insan is dunya mein yani other than human being jo dunya hai us mein explore karta hai, jab us mein janne ki koshish karta hai to wahan par aik compulsion us ko rehta hai. woh compulsion law of nature ka. wahan koi option, kai option</w:t>
      </w:r>
    </w:p>
    <w:p>
      <w:pPr>
        <w:jc w:val="right"/>
      </w:pPr>
      <w:r>
        <w:t>کو کوئی فری ول نہیں حاصل ہے۔ وہ ڈائریکٹ طور پر خدا کے کنٹرول میں ہے جس کو ہم لاء آف نیچر کہتے ہیں۔ تو جب انسان اس دنیا میں یعنی ادر دین ہیومن بینگ جو دنیا ہے اس میں ایکسپلور کرتا ہے، جب اس میں جاننے کی کوشش کرتا ہے تو وہاں پر ایک کمپلشن اس کو رہتا ہے۔ وہ کمپلشن لاء آف نیچر کا۔ وہاں کوئی آپشن، کئی آپشن</w:t>
      </w:r>
    </w:p>
    <w:p>
      <w:r>
        <w:rPr>
          <w:b/>
        </w:rPr>
        <w:t xml:space="preserve">[16:07] </w:t>
      </w:r>
      <w:r>
        <w:t>nahi hote.</w:t>
      </w:r>
    </w:p>
    <w:p>
      <w:pPr>
        <w:jc w:val="right"/>
      </w:pPr>
      <w:r>
        <w:t>نہیں ہوتے۔</w:t>
      </w:r>
    </w:p>
    <w:p>
      <w:r>
        <w:rPr>
          <w:b/>
        </w:rPr>
        <w:t xml:space="preserve">[16:11] </w:t>
      </w:r>
      <w:r>
        <w:t>wahan ek hi option hota hai.</w:t>
      </w:r>
    </w:p>
    <w:p>
      <w:pPr>
        <w:jc w:val="right"/>
      </w:pPr>
      <w:r>
        <w:t>وہاں ایک ہی آپشن ہوتا ہے۔</w:t>
      </w:r>
    </w:p>
    <w:p>
      <w:r>
        <w:rPr>
          <w:b/>
        </w:rPr>
        <w:t xml:space="preserve">[16:16] </w:t>
      </w:r>
      <w:r>
        <w:t>yani pani ko garam kar ke agar steam power banana ho to ek hi option hai insan ke paas.</w:t>
      </w:r>
    </w:p>
    <w:p>
      <w:pPr>
        <w:jc w:val="right"/>
      </w:pPr>
      <w:r>
        <w:t>یعنی پانی کو گرم کر کے اگر اسٹیم پاور بنانا ہو تو ایک ہی آپشن ہے انسان کے پاس۔</w:t>
      </w:r>
    </w:p>
    <w:p>
      <w:r>
        <w:rPr>
          <w:b/>
        </w:rPr>
        <w:t xml:space="preserve">[16:20] </w:t>
      </w:r>
      <w:r>
        <w:t>petrol ko energy mein convert karna ho to is ka ek hi option hai is ke paas.</w:t>
      </w:r>
    </w:p>
    <w:p>
      <w:pPr>
        <w:jc w:val="right"/>
      </w:pPr>
      <w:r>
        <w:t>پیٹرول کو انرجی میں کنورٹ کرنا ہو تو اس کا ایک ہی آپشن ہے اس کے پاس۔</w:t>
      </w:r>
    </w:p>
    <w:p>
      <w:r>
        <w:rPr>
          <w:b/>
        </w:rPr>
        <w:t xml:space="preserve">[16:25] </w:t>
      </w:r>
      <w:r>
        <w:t>aur koi steel banana hai to is ka ek hi option hai insan ke paas.</w:t>
      </w:r>
    </w:p>
    <w:p>
      <w:pPr>
        <w:jc w:val="right"/>
      </w:pPr>
      <w:r>
        <w:t>اور کوئی اسٹیل بنانا ہے تو اس کا ایک ہی آپشن ہے انسان کے پاس۔</w:t>
      </w:r>
    </w:p>
    <w:p>
      <w:r>
        <w:rPr>
          <w:b/>
        </w:rPr>
        <w:t xml:space="preserve">[16:29] </w:t>
      </w:r>
      <w:r>
        <w:t>yani yeh ke jo law of nature inherently in ke andar maujood hai us ko janna aur us</w:t>
      </w:r>
    </w:p>
    <w:p>
      <w:pPr>
        <w:jc w:val="right"/>
      </w:pPr>
      <w:r>
        <w:t>یعنی یہ کہ جو لاء آف نیچر انہیرنٹلی ان کے اندر موجود ہے اس کو جاننا اور اس</w:t>
      </w:r>
    </w:p>
    <w:p>
      <w:r>
        <w:rPr>
          <w:b/>
        </w:rPr>
        <w:t xml:space="preserve">[16:34] </w:t>
      </w:r>
      <w:r>
        <w:t>ko apply kar ke apna maqsad hasil karna.</w:t>
      </w:r>
    </w:p>
    <w:p>
      <w:pPr>
        <w:jc w:val="right"/>
      </w:pPr>
      <w:r>
        <w:t>کو اپلائی کر کے اپنا مقصد حاصل کرنا۔</w:t>
      </w:r>
    </w:p>
    <w:p>
      <w:r>
        <w:rPr>
          <w:b/>
        </w:rPr>
        <w:t xml:space="preserve">[16:38] </w:t>
      </w:r>
      <w:r>
        <w:t>to yeh hai material science ka muamla. chounke material science mein option kai nahi tha is liye wahan khoob taraqqi hui. insan ko wahan bhagnay ka mauqa nahi mila. idhar udhar us ko jump karnay ka mauqa nahi mila. wahan us ko deviation ka mauqa nahi mila. compulsively woh law of nature ko follow karta raha hai aur phir aap jante hain ke bijli bani, engine bane, hawai jahaz bane, motor bane yeh sari cheezen banti chali</w:t>
      </w:r>
    </w:p>
    <w:p>
      <w:pPr>
        <w:jc w:val="right"/>
      </w:pPr>
      <w:r>
        <w:t>تو یہ ہے مٹیریل سائنس کا معاملہ۔ چونکہ مٹیریل سائنس میں آپشن کئی نہیں تھا اس لئے وہاں خوب ترقی ہوئی۔ انسان کو وہاں بھاگنے کا موقع نہیں ملا۔ ادھر ادھر اس کو جمپ کرنے کا موقع نہیں ملا۔ وہاں اس کو ڈیوی ایشن کا موقع نہیں ملا۔ کمپلسیولی وہ لاء آف نیچر کو فالو کرتا رہا ہے اور پھر آپ جانتے ہیں کہ بجلی بنی، انجن بنے، ہوائی جہاز بنے، موٹر بنے یہ ساری چیزیں بنتی چلی</w:t>
      </w:r>
    </w:p>
    <w:p>
      <w:r>
        <w:rPr>
          <w:b/>
        </w:rPr>
        <w:t xml:space="preserve">[17:08] </w:t>
      </w:r>
      <w:r>
        <w:t>gaiyin.</w:t>
      </w:r>
    </w:p>
    <w:p>
      <w:pPr>
        <w:jc w:val="right"/>
      </w:pPr>
      <w:r>
        <w:t>گئیں۔</w:t>
      </w:r>
    </w:p>
    <w:p>
      <w:r>
        <w:rPr>
          <w:b/>
        </w:rPr>
        <w:t xml:space="preserve">[17:13] </w:t>
      </w:r>
      <w:r>
        <w:t>lekin jahan tak insan ka mamla hai to yahan par insan ko khuda ne free will diya hai.</w:t>
      </w:r>
    </w:p>
    <w:p>
      <w:pPr>
        <w:jc w:val="right"/>
      </w:pPr>
      <w:r>
        <w:t>لیکن جہاں تک انسان کا معاملہ ہے تو یہاں پر انسان کو خدا نے فری ول دیا ہے۔</w:t>
      </w:r>
    </w:p>
    <w:p>
      <w:r>
        <w:rPr>
          <w:b/>
        </w:rPr>
        <w:t xml:space="preserve">[17:18] </w:t>
      </w:r>
      <w:r>
        <w:t>freedom diya hai.</w:t>
      </w:r>
    </w:p>
    <w:p>
      <w:pPr>
        <w:jc w:val="right"/>
      </w:pPr>
      <w:r>
        <w:t>فریڈم دیا ہے۔</w:t>
      </w:r>
    </w:p>
    <w:p>
      <w:r>
        <w:rPr>
          <w:b/>
        </w:rPr>
        <w:t xml:space="preserve">[17:23] </w:t>
      </w:r>
      <w:r>
        <w:t>is liye yahan choice kai ho jatay hain.</w:t>
      </w:r>
    </w:p>
    <w:p>
      <w:pPr>
        <w:jc w:val="right"/>
      </w:pPr>
      <w:r>
        <w:t>اس لئے یہاں چوائس کئی ہو جاتے ہیں۔</w:t>
      </w:r>
    </w:p>
    <w:p>
      <w:r>
        <w:rPr>
          <w:b/>
        </w:rPr>
        <w:t xml:space="preserve">[17:28] </w:t>
      </w:r>
      <w:r>
        <w:t>isi liye farmaya ke "yufassil al-ayat" yani khuda insan ke mamle mein ayatain utarta hai.</w:t>
      </w:r>
    </w:p>
    <w:p>
      <w:pPr>
        <w:jc w:val="right"/>
      </w:pPr>
      <w:r>
        <w:t>اسی لئے فرمایا کہ "یفصل الآیات" یعنی خدا انسان کے معاملے میں آیتیں اتارتا ہے۔</w:t>
      </w:r>
    </w:p>
    <w:p>
      <w:r>
        <w:rPr>
          <w:b/>
        </w:rPr>
        <w:t xml:space="preserve">[17:33] </w:t>
      </w:r>
      <w:r>
        <w:t>prophet ke zariye</w:t>
      </w:r>
    </w:p>
    <w:p>
      <w:pPr>
        <w:jc w:val="right"/>
      </w:pPr>
      <w:r>
        <w:t>پرافٹ کے ذریعے</w:t>
      </w:r>
    </w:p>
    <w:p>
      <w:r>
        <w:rPr>
          <w:b/>
        </w:rPr>
        <w:t xml:space="preserve">[17:38] </w:t>
      </w:r>
      <w:r>
        <w:t>apni wahi bhejta hai aur insan ko prophet bata deta hai ke dekho yeh hai tumhare liye guide book.</w:t>
      </w:r>
    </w:p>
    <w:p>
      <w:pPr>
        <w:jc w:val="right"/>
      </w:pPr>
      <w:r>
        <w:t>اپنی وحی بھیجتا ہے اور انسان کو پرافٹ بتا دیتا ہے کہ دیکھو یہ ہے تمہارے لئے گائیڈ بک۔</w:t>
      </w:r>
    </w:p>
    <w:p>
      <w:r>
        <w:rPr>
          <w:b/>
        </w:rPr>
        <w:t xml:space="preserve">[17:44] </w:t>
      </w:r>
      <w:r>
        <w:t>is ko follow karoge to tum kamyab ho ge.</w:t>
      </w:r>
    </w:p>
    <w:p>
      <w:pPr>
        <w:jc w:val="right"/>
      </w:pPr>
      <w:r>
        <w:t>اس کو فالو کرو گے تو تم کامیاب ہو گے۔</w:t>
      </w:r>
    </w:p>
    <w:p>
      <w:r>
        <w:rPr>
          <w:b/>
        </w:rPr>
        <w:t xml:space="preserve">[17:49] </w:t>
      </w:r>
      <w:r>
        <w:t>to yahan option insan ke apne hath mein aa jata hai.</w:t>
      </w:r>
    </w:p>
    <w:p>
      <w:pPr>
        <w:jc w:val="right"/>
      </w:pPr>
      <w:r>
        <w:t>تو یہاں آپشن انسان کے اپنے ہاتھ میں آجاتا ہے۔</w:t>
      </w:r>
    </w:p>
    <w:p>
      <w:r>
        <w:rPr>
          <w:b/>
        </w:rPr>
        <w:t xml:space="preserve">[17:54] </w:t>
      </w:r>
      <w:r>
        <w:t>jabke material world mein option is ke apne hath mein nahi hota hai.</w:t>
      </w:r>
    </w:p>
    <w:p>
      <w:pPr>
        <w:jc w:val="right"/>
      </w:pPr>
      <w:r>
        <w:t>جبکہ مٹیریل ورلڈ میں آپشن اس کے اپنے ہاتھ میں نہیں ہوتا ہے۔</w:t>
      </w:r>
    </w:p>
    <w:p>
      <w:r>
        <w:rPr>
          <w:b/>
        </w:rPr>
        <w:t xml:space="preserve">[17:59] </w:t>
      </w:r>
      <w:r>
        <w:t>yahi waja hai ke wahan to taraqqi bare zor shor se hui aur yahan aaj tak koi taraqqi</w:t>
      </w:r>
    </w:p>
    <w:p>
      <w:pPr>
        <w:jc w:val="right"/>
      </w:pPr>
      <w:r>
        <w:t>یہی وجہ ہے کہ وہاں تو ترقی بڑے زور شور سے ہوئی اور یہاں آج تک کوئی ترقی</w:t>
      </w:r>
    </w:p>
    <w:p>
      <w:r>
        <w:rPr>
          <w:b/>
        </w:rPr>
        <w:t xml:space="preserve">[18:05] </w:t>
      </w:r>
      <w:r>
        <w:t>nahi ho saki.</w:t>
      </w:r>
    </w:p>
    <w:p>
      <w:pPr>
        <w:jc w:val="right"/>
      </w:pPr>
      <w:r>
        <w:t>نہیں ہو سکی۔</w:t>
      </w:r>
    </w:p>
    <w:p>
      <w:r>
        <w:rPr>
          <w:b/>
        </w:rPr>
        <w:t xml:space="preserve">[18:10] </w:t>
      </w:r>
      <w:r>
        <w:t>pehli baat to yeh hui ke khuda ne itne sare paighambar bheje poori history mein guide book le</w:t>
      </w:r>
    </w:p>
    <w:p>
      <w:pPr>
        <w:jc w:val="right"/>
      </w:pPr>
      <w:r>
        <w:t>پہلی بات تو یہ ہوئی کہ خدا نے اتنے سارے پیغمبر بھیجے پوری ہسٹری میں گائیڈ بک لے</w:t>
      </w:r>
    </w:p>
    <w:p>
      <w:r>
        <w:rPr>
          <w:b/>
        </w:rPr>
        <w:t xml:space="preserve">[18:18] </w:t>
      </w:r>
      <w:r>
        <w:t>kar ke, guideline de kar ke unhon ne ab insanon ko bataya.</w:t>
      </w:r>
    </w:p>
    <w:p>
      <w:pPr>
        <w:jc w:val="right"/>
      </w:pPr>
      <w:r>
        <w:t>کر کے، گائیڈ لائن دے کر کے انہوں نے اب انسانوں کو بتایا۔</w:t>
      </w:r>
    </w:p>
    <w:p>
      <w:r>
        <w:rPr>
          <w:b/>
        </w:rPr>
        <w:t xml:space="preserve">[18:25] </w:t>
      </w:r>
      <w:r>
        <w:t>lekin insanon ne na to un ko mana yahan tak ke khud jo guideline ke tor par</w:t>
      </w:r>
    </w:p>
    <w:p>
      <w:pPr>
        <w:jc w:val="right"/>
      </w:pPr>
      <w:r>
        <w:t>لیکن انسانوں نے نہ تو ان کو مانا یہاں تک کہ خود جو گائیڈ لائن کے طور پر</w:t>
      </w:r>
    </w:p>
    <w:p>
      <w:r>
        <w:rPr>
          <w:b/>
        </w:rPr>
        <w:t xml:space="preserve">[18:33] </w:t>
      </w:r>
      <w:r>
        <w:t>jo book aayi thi us book ko bhi zaya kar diya.</w:t>
      </w:r>
    </w:p>
    <w:p>
      <w:pPr>
        <w:jc w:val="right"/>
      </w:pPr>
      <w:r>
        <w:t>جو بک آئی تھی اس بک کو بھی ضائع کر دیا۔</w:t>
      </w:r>
    </w:p>
    <w:p>
      <w:r>
        <w:rPr>
          <w:b/>
        </w:rPr>
        <w:t xml:space="preserve">[18:41] </w:t>
      </w:r>
      <w:r>
        <w:t>yahan tak ke Allah taala ne aakhri paighambar ko bheja, final prophet ko Muhammad bin Abdullah bin Abdul Muttalib sallallahu alaihi wasallam ko aur aap ko khusoosi taur par aisi madad di ke aap ko koi zarar na kar sake. Bible mein aap ko nabi e ghalba bataya gaya hai. Yaani woh nabi jo duniya mein ghalib hoga. Yeh Allah taala ki khusoosi madad thi Rasool Allah sallallahu alaihi wasallam ke saath</w:t>
      </w:r>
    </w:p>
    <w:p>
      <w:pPr>
        <w:jc w:val="right"/>
      </w:pPr>
      <w:r>
        <w:t>یہاں تک کہ اللہ تعالیٰ نے آخری پیغمبر کو بھیجا، فائنل پرافٹ کو محمد بن عبداللہ بن عبدالمطلب صلی اللہ علیہ وسلم کو اور آپ کو خصوصی طور پر ایسی مدد دی کہ آپ کو کوئی ضر نہ کر سکے۔ بائبل میں آپ کو نبی غلبہ بتایا گیا ہے۔ یعنی وہ نبی جو دنیا میں غالب ہو گا۔ یہ اللہ تعالیٰ کی خصوصی مدد تھی رسول اللہ صلی اللہ علیہ وسلم کے ساتھ</w:t>
      </w:r>
    </w:p>
    <w:p>
      <w:r>
        <w:rPr>
          <w:b/>
        </w:rPr>
        <w:t xml:space="preserve">[19:11] </w:t>
      </w:r>
      <w:r>
        <w:t>.</w:t>
      </w:r>
    </w:p>
    <w:p>
      <w:pPr>
        <w:jc w:val="right"/>
      </w:pPr>
      <w:r>
        <w:t>۔</w:t>
      </w:r>
    </w:p>
    <w:p>
      <w:r>
        <w:rPr>
          <w:b/>
        </w:rPr>
        <w:t xml:space="preserve">[19:16] </w:t>
      </w:r>
      <w:r>
        <w:t>to phir kya hua ke jo mazhab, Allah ka mazhab aap wohi mazhab laye jo sare paighambar laye thay.</w:t>
      </w:r>
    </w:p>
    <w:p>
      <w:pPr>
        <w:jc w:val="right"/>
      </w:pPr>
      <w:r>
        <w:t>تو پھر کیا ہوا کہ جو مذہب، اللہ کا مذہب آپ وہی مذہب لائے جو سارے پیغمبر لائے تھے۔</w:t>
      </w:r>
    </w:p>
    <w:p>
      <w:r>
        <w:rPr>
          <w:b/>
        </w:rPr>
        <w:t xml:space="preserve">[19:21] </w:t>
      </w:r>
      <w:r>
        <w:t>koi naya mazhab nahi.</w:t>
      </w:r>
    </w:p>
    <w:p>
      <w:pPr>
        <w:jc w:val="right"/>
      </w:pPr>
      <w:r>
        <w:t>کوئی نیا مذہب نہیں۔</w:t>
      </w:r>
    </w:p>
    <w:p>
      <w:r>
        <w:rPr>
          <w:b/>
        </w:rPr>
        <w:t xml:space="preserve">[19:26] </w:t>
      </w:r>
      <w:r>
        <w:t>koi afzal mazhab nahin hai.</w:t>
      </w:r>
    </w:p>
    <w:p>
      <w:pPr>
        <w:jc w:val="right"/>
      </w:pPr>
      <w:r>
        <w:t>کوئی افضل مذہب نہیں۔</w:t>
      </w:r>
    </w:p>
    <w:p>
      <w:r>
        <w:rPr>
          <w:b/>
        </w:rPr>
        <w:t xml:space="preserve">[19:31] </w:t>
      </w:r>
      <w:r>
        <w:t>yeh sab kuch bhi nahin. same mazhab.</w:t>
      </w:r>
    </w:p>
    <w:p>
      <w:pPr>
        <w:jc w:val="right"/>
      </w:pPr>
      <w:r>
        <w:t>یہ سب کچھ بھی نہیں۔ سیم مذہب۔</w:t>
      </w:r>
    </w:p>
    <w:p>
      <w:r>
        <w:rPr>
          <w:b/>
        </w:rPr>
        <w:t xml:space="preserve">[19:36] </w:t>
      </w:r>
      <w:r>
        <w:t>lekin Allah taala ne aise halaat paida kiye ke ab jo aap laye the quran woh</w:t>
      </w:r>
    </w:p>
    <w:p>
      <w:pPr>
        <w:jc w:val="right"/>
      </w:pPr>
      <w:r>
        <w:t>لیکن اللہ تعالیٰ نے ایسے حالات پیدا کیے کہ اب جو آپ لائے تھے قرآن وہ</w:t>
      </w:r>
    </w:p>
    <w:p>
      <w:r>
        <w:rPr>
          <w:b/>
        </w:rPr>
        <w:t xml:space="preserve">[19:41] </w:t>
      </w:r>
      <w:r>
        <w:t>mehfooz ho kar agli generation tak baqi rahe.</w:t>
      </w:r>
    </w:p>
    <w:p>
      <w:pPr>
        <w:jc w:val="right"/>
      </w:pPr>
      <w:r>
        <w:t>محفوظ ہو کر اگلی جنریشن تک باقی رہے۔</w:t>
      </w:r>
    </w:p>
    <w:p>
      <w:r>
        <w:rPr>
          <w:b/>
        </w:rPr>
        <w:t xml:space="preserve">[19:47] </w:t>
      </w:r>
      <w:r>
        <w:t>aur Khuda ke fazl se woh quran aaj tak mehfooz hai.</w:t>
      </w:r>
    </w:p>
    <w:p>
      <w:pPr>
        <w:jc w:val="right"/>
      </w:pPr>
      <w:r>
        <w:t>اور خدا کے فضل سے وہ قرآن آج تک محفوظ ہے۔</w:t>
      </w:r>
    </w:p>
    <w:p>
      <w:r>
        <w:rPr>
          <w:b/>
        </w:rPr>
        <w:t xml:space="preserve">[19:53] </w:t>
      </w:r>
      <w:r>
        <w:t>toh yeh quran kya hai? woh insaan ke liye guideline deta hai.</w:t>
      </w:r>
    </w:p>
    <w:p>
      <w:pPr>
        <w:jc w:val="right"/>
      </w:pPr>
      <w:r>
        <w:t>تو یہ قرآن کیا ہے؟ وہ انسان کے لئے گائیڈ لائن دیتا ہے۔</w:t>
      </w:r>
    </w:p>
    <w:p>
      <w:r>
        <w:rPr>
          <w:b/>
        </w:rPr>
        <w:t xml:space="preserve">[19:59] </w:t>
      </w:r>
      <w:r>
        <w:t>agar main ek naya lafz istemal karoon toh main kahunga ke hamein do framework chahiye the.</w:t>
      </w:r>
    </w:p>
    <w:p>
      <w:pPr>
        <w:jc w:val="right"/>
      </w:pPr>
      <w:r>
        <w:t>اگر میں ایک نیا لفظ استعمال کروں تو میں کہوں گا کہ ہمیں دو فریم ورک چاہیے تھے۔</w:t>
      </w:r>
    </w:p>
    <w:p>
      <w:r>
        <w:rPr>
          <w:b/>
        </w:rPr>
        <w:t xml:space="preserve">[20:05] </w:t>
      </w:r>
      <w:r>
        <w:t>ek framework material</w:t>
      </w:r>
    </w:p>
    <w:p>
      <w:pPr>
        <w:jc w:val="right"/>
      </w:pPr>
      <w:r>
        <w:t>ایک فریم ورک مٹیریل</w:t>
      </w:r>
    </w:p>
    <w:p>
      <w:r>
        <w:rPr>
          <w:b/>
        </w:rPr>
        <w:t xml:space="preserve">[20:12] </w:t>
      </w:r>
      <w:r>
        <w:t>shubon mein taraqqi ke liye toh iska framework hum ko law of nature ki surat mein mil gaya.</w:t>
      </w:r>
    </w:p>
    <w:p>
      <w:pPr>
        <w:jc w:val="right"/>
      </w:pPr>
      <w:r>
        <w:t>شعبوں میں ترقی کے لئے تو اس کا فریم ورک ہم کو لاء آف نیچر کی صورت میں مل گیا۔</w:t>
      </w:r>
    </w:p>
    <w:p>
      <w:r>
        <w:rPr>
          <w:b/>
        </w:rPr>
        <w:t xml:space="preserve">[20:18] </w:t>
      </w:r>
      <w:r>
        <w:t>aur human world mein taraqqi ke liye hamein yahan bhi hamein ek framework chahiye tha.</w:t>
      </w:r>
    </w:p>
    <w:p>
      <w:pPr>
        <w:jc w:val="right"/>
      </w:pPr>
      <w:r>
        <w:t>اور ہیومن ورلڈ میں ترقی کے لئے ہمیں یہاں بھی ہمیں ایک فریم ورک چاہیے تھا۔</w:t>
      </w:r>
    </w:p>
    <w:p>
      <w:r>
        <w:rPr>
          <w:b/>
        </w:rPr>
        <w:t xml:space="preserve">[20:24] </w:t>
      </w:r>
      <w:r>
        <w:t>woh framework quran hai.</w:t>
      </w:r>
    </w:p>
    <w:p>
      <w:pPr>
        <w:jc w:val="right"/>
      </w:pPr>
      <w:r>
        <w:t>وہ فریم ورک قرآن ہے۔</w:t>
      </w:r>
    </w:p>
    <w:p>
      <w:r>
        <w:rPr>
          <w:b/>
        </w:rPr>
        <w:t xml:space="preserve">[20:30] </w:t>
      </w:r>
      <w:r>
        <w:t>quran yahi framework deta hai hum ko.</w:t>
      </w:r>
    </w:p>
    <w:p>
      <w:pPr>
        <w:jc w:val="right"/>
      </w:pPr>
      <w:r>
        <w:t>قرآن یہی فریم ورک دیتا ہے ہم کو۔</w:t>
      </w:r>
    </w:p>
    <w:p>
      <w:r>
        <w:rPr>
          <w:b/>
        </w:rPr>
        <w:t xml:space="preserve">[20:36] </w:t>
      </w:r>
      <w:r>
        <w:t>toh kya hua ke yeh framework jo hamein chahiye insaan</w:t>
      </w:r>
    </w:p>
    <w:p>
      <w:pPr>
        <w:jc w:val="right"/>
      </w:pPr>
      <w:r>
        <w:t>تو کیا ہوا کہ یہ فریم ورک جو ہمیں چاہیے انسان</w:t>
      </w:r>
    </w:p>
    <w:p>
      <w:r>
        <w:rPr>
          <w:b/>
        </w:rPr>
        <w:t xml:space="preserve">[20:42] </w:t>
      </w:r>
      <w:r>
        <w:t>ki taraqqi ke liye woh hamein quran deta hai.</w:t>
      </w:r>
    </w:p>
    <w:p>
      <w:pPr>
        <w:jc w:val="right"/>
      </w:pPr>
      <w:r>
        <w:t>کی ترقی کے لئے وہ ہمیں قرآن دیتا ہے۔</w:t>
      </w:r>
    </w:p>
    <w:p>
      <w:r>
        <w:rPr>
          <w:b/>
        </w:rPr>
        <w:t xml:space="preserve">[20:49] </w:t>
      </w:r>
      <w:r>
        <w:t>lekin yeh framework pehle toh insaan zaya karta raha.</w:t>
      </w:r>
    </w:p>
    <w:p>
      <w:pPr>
        <w:jc w:val="right"/>
      </w:pPr>
      <w:r>
        <w:t>لیکن یہ فریم ورک پہلے تو انسان ضائع کرتا رہا۔</w:t>
      </w:r>
    </w:p>
    <w:p>
      <w:r>
        <w:rPr>
          <w:b/>
        </w:rPr>
        <w:t xml:space="preserve">[20:57] </w:t>
      </w:r>
      <w:r>
        <w:t>is liye insaan is se faida nahin utha saka.</w:t>
      </w:r>
    </w:p>
    <w:p>
      <w:pPr>
        <w:jc w:val="right"/>
      </w:pPr>
      <w:r>
        <w:t>اس لئے انسان اس سے فائدہ نہیں اٹھا سکا۔</w:t>
      </w:r>
    </w:p>
    <w:p>
      <w:r>
        <w:rPr>
          <w:b/>
        </w:rPr>
        <w:t xml:space="preserve">[21:04] </w:t>
      </w:r>
      <w:r>
        <w:t>ab quran ki surat mein jo diya gaya hai toh traditional period mein jabke duniya mein Muslim</w:t>
      </w:r>
    </w:p>
    <w:p>
      <w:pPr>
        <w:jc w:val="right"/>
      </w:pPr>
      <w:r>
        <w:t>اب قرآن کی صورت میں جو دیا گیا ہے تو ٹریڈیشنل پیریڈ میں جبکہ دنیا میں مسلم</w:t>
      </w:r>
    </w:p>
    <w:p>
      <w:r>
        <w:rPr>
          <w:b/>
        </w:rPr>
        <w:t xml:space="preserve">[21:12] </w:t>
      </w:r>
      <w:r>
        <w:t>ikhtedar tha tab tak toh yeh framework chalta raha.</w:t>
      </w:r>
    </w:p>
    <w:p>
      <w:pPr>
        <w:jc w:val="right"/>
      </w:pPr>
      <w:r>
        <w:t>اقتدار تھا تب تک تو یہ فریم ورک چلتا رہا۔</w:t>
      </w:r>
    </w:p>
    <w:p>
      <w:r>
        <w:rPr>
          <w:b/>
        </w:rPr>
        <w:t xml:space="preserve">[21:18] </w:t>
      </w:r>
      <w:r>
        <w:t>traditional period mein, pre scientific period mein.</w:t>
      </w:r>
    </w:p>
    <w:p>
      <w:pPr>
        <w:jc w:val="right"/>
      </w:pPr>
      <w:r>
        <w:t>ٹریڈیشنل پیریڈ میں، پری سائنٹیفک پیریڈ میں۔</w:t>
      </w:r>
    </w:p>
    <w:p>
      <w:r>
        <w:rPr>
          <w:b/>
        </w:rPr>
        <w:t xml:space="preserve">[21:24] </w:t>
      </w:r>
      <w:r>
        <w:t>aur is se insaan ko faida pahuncha.</w:t>
      </w:r>
    </w:p>
    <w:p>
      <w:pPr>
        <w:jc w:val="right"/>
      </w:pPr>
      <w:r>
        <w:t>اور اس سے انسان کو فائدہ پہنچا۔</w:t>
      </w:r>
    </w:p>
    <w:p>
      <w:r>
        <w:rPr>
          <w:b/>
        </w:rPr>
        <w:t xml:space="preserve">[21:30] </w:t>
      </w:r>
      <w:r>
        <w:t>lekin scientific jab toh period aaya toh sara mamla darham barham ho gaya.</w:t>
      </w:r>
    </w:p>
    <w:p>
      <w:pPr>
        <w:jc w:val="right"/>
      </w:pPr>
      <w:r>
        <w:t>لیکن سائنٹیفک جب تو پیریڈ آیا تو سارا معاملہ درہم برہم ہو گیا۔</w:t>
      </w:r>
    </w:p>
    <w:p>
      <w:r>
        <w:rPr>
          <w:b/>
        </w:rPr>
        <w:t xml:space="preserve">[21:36] </w:t>
      </w:r>
      <w:r>
        <w:t>woh kaise? woh is tarah se ke</w:t>
      </w:r>
    </w:p>
    <w:p>
      <w:pPr>
        <w:jc w:val="right"/>
      </w:pPr>
      <w:r>
        <w:t>وہ کیسے؟ وہ اس طرح سے کہ</w:t>
      </w:r>
    </w:p>
    <w:p>
      <w:r>
        <w:rPr>
          <w:b/>
        </w:rPr>
        <w:t xml:space="preserve">[21:42] </w:t>
      </w:r>
      <w:r>
        <w:t>scientific daur ke sath sath aaya colonialism.</w:t>
      </w:r>
    </w:p>
    <w:p>
      <w:pPr>
        <w:jc w:val="right"/>
      </w:pPr>
      <w:r>
        <w:t>سائنٹیفک دور کے ساتھ ساتھ آیا کلونیلزم۔</w:t>
      </w:r>
    </w:p>
    <w:p>
      <w:r>
        <w:rPr>
          <w:b/>
        </w:rPr>
        <w:t xml:space="preserve">[21:48] </w:t>
      </w:r>
      <w:r>
        <w:t>yeh ek ittefaq tha ke idhar scientific daur aaya idhar colonialism bhi aa gaya.</w:t>
      </w:r>
    </w:p>
    <w:p>
      <w:pPr>
        <w:jc w:val="right"/>
      </w:pPr>
      <w:r>
        <w:t>یہ ایک اتفاق تھا کہ ادھر سائنٹیفک دور آیا ادھر کلونیلزم بھی آ گیا۔</w:t>
      </w:r>
    </w:p>
    <w:p>
      <w:r>
        <w:rPr>
          <w:b/>
        </w:rPr>
        <w:t xml:space="preserve">[21:54] </w:t>
      </w:r>
      <w:r>
        <w:t>aur jab colonialism aaya yani nauabadiyati zamana toh duniya ke bare hisse par musalmanon ka empire qaim tha.</w:t>
      </w:r>
    </w:p>
    <w:p>
      <w:pPr>
        <w:jc w:val="right"/>
      </w:pPr>
      <w:r>
        <w:t>اور جب کلونیلزم آیا یعنی نوآبادیاتی زمانہ تو دنیا کے بڑے حصے پر مسلمانوں کا ایمپائر قائم تھا۔</w:t>
      </w:r>
    </w:p>
    <w:p>
      <w:r>
        <w:rPr>
          <w:b/>
        </w:rPr>
        <w:t xml:space="preserve">[22:00] </w:t>
      </w:r>
      <w:r>
        <w:t>aishya mein, afreeqa mein, yahan tak ke yoorop tak.</w:t>
      </w:r>
    </w:p>
    <w:p>
      <w:pPr>
        <w:jc w:val="right"/>
      </w:pPr>
      <w:r>
        <w:t>ایشیا میں، افریقہ میں، یہاں تک کہ یورپ تک۔</w:t>
      </w:r>
    </w:p>
    <w:p>
      <w:r>
        <w:rPr>
          <w:b/>
        </w:rPr>
        <w:t xml:space="preserve">[22:06] </w:t>
      </w:r>
      <w:r>
        <w:t>is empire ko</w:t>
      </w:r>
    </w:p>
    <w:p>
      <w:pPr>
        <w:jc w:val="right"/>
      </w:pPr>
      <w:r>
        <w:t>اس ایمپائر کو</w:t>
      </w:r>
    </w:p>
    <w:p>
      <w:r>
        <w:rPr>
          <w:b/>
        </w:rPr>
        <w:t xml:space="preserve">[22:12] </w:t>
      </w:r>
      <w:r>
        <w:t>colonial nations ne tor diya.</w:t>
      </w:r>
    </w:p>
    <w:p>
      <w:pPr>
        <w:jc w:val="right"/>
      </w:pPr>
      <w:r>
        <w:t>کلونیل نیشنز نے توڑ دیا۔</w:t>
      </w:r>
    </w:p>
    <w:p>
      <w:r>
        <w:rPr>
          <w:b/>
        </w:rPr>
        <w:t xml:space="preserve">[22:17] </w:t>
      </w:r>
      <w:r>
        <w:t>indya mein mughal empire tooti.</w:t>
      </w:r>
    </w:p>
    <w:p>
      <w:pPr>
        <w:jc w:val="right"/>
      </w:pPr>
      <w:r>
        <w:t>انڈیا میں مغل ایمپائر ٹوٹی۔</w:t>
      </w:r>
    </w:p>
    <w:p>
      <w:r>
        <w:rPr>
          <w:b/>
        </w:rPr>
        <w:t xml:space="preserve">[22:21] </w:t>
      </w:r>
      <w:r>
        <w:t>yoorop mein turkish empire tooti.</w:t>
      </w:r>
    </w:p>
    <w:p>
      <w:pPr>
        <w:jc w:val="right"/>
      </w:pPr>
      <w:r>
        <w:t>یورپ میں ترکش ایمپائر ٹوٹی۔</w:t>
      </w:r>
    </w:p>
    <w:p>
      <w:r>
        <w:rPr>
          <w:b/>
        </w:rPr>
        <w:t xml:space="preserve">[22:25] </w:t>
      </w:r>
      <w:r>
        <w:t>aur sham o iraq mein abbasi empire tooti.</w:t>
      </w:r>
    </w:p>
    <w:p>
      <w:pPr>
        <w:jc w:val="right"/>
      </w:pPr>
      <w:r>
        <w:t>اور شام و عراق میں عباسی ایمپائر ٹوٹی۔</w:t>
      </w:r>
    </w:p>
    <w:p>
      <w:r>
        <w:rPr>
          <w:b/>
        </w:rPr>
        <w:t xml:space="preserve">[22:30] </w:t>
      </w:r>
      <w:r>
        <w:t>misr mein fatmi empire tooti.</w:t>
      </w:r>
    </w:p>
    <w:p>
      <w:pPr>
        <w:jc w:val="right"/>
      </w:pPr>
      <w:r>
        <w:t>مصر میں فاطمی ایمپائر ٹوٹی۔</w:t>
      </w:r>
    </w:p>
    <w:p>
      <w:r>
        <w:rPr>
          <w:b/>
        </w:rPr>
        <w:t xml:space="preserve">[22:34] </w:t>
      </w:r>
      <w:r>
        <w:t>har taraf yahi hua.</w:t>
      </w:r>
    </w:p>
    <w:p>
      <w:pPr>
        <w:jc w:val="right"/>
      </w:pPr>
      <w:r>
        <w:t>ہر طرف یہی ہوا۔</w:t>
      </w:r>
    </w:p>
    <w:p>
      <w:r>
        <w:rPr>
          <w:b/>
        </w:rPr>
        <w:t xml:space="preserve">[22:39] </w:t>
      </w:r>
      <w:r>
        <w:t>to ab kya tha? ek taraf tha science</w:t>
      </w:r>
    </w:p>
    <w:p>
      <w:pPr>
        <w:jc w:val="right"/>
      </w:pPr>
      <w:r>
        <w:t>تو اب کیا تھا؟ ایک طرف تھا سائنس</w:t>
      </w:r>
    </w:p>
    <w:p>
      <w:r>
        <w:rPr>
          <w:b/>
        </w:rPr>
        <w:t xml:space="preserve">[22:43] </w:t>
      </w:r>
      <w:r>
        <w:t>ka zamana aur doosri taraf yeh tha ke hamari empire toot gayi thi.</w:t>
      </w:r>
    </w:p>
    <w:p>
      <w:pPr>
        <w:jc w:val="right"/>
      </w:pPr>
      <w:r>
        <w:t>کا زمانہ اور دوسری طرف یہ تھا کہ ہماری ایمپائر ٹوٹ گئی تھی۔</w:t>
      </w:r>
    </w:p>
    <w:p>
      <w:r>
        <w:rPr>
          <w:b/>
        </w:rPr>
        <w:t xml:space="preserve">[22:51] </w:t>
      </w:r>
      <w:r>
        <w:t>to saare musalmanon ne kya kiya? woh ladai mein mashgool ho gaye.</w:t>
      </w:r>
    </w:p>
    <w:p>
      <w:pPr>
        <w:jc w:val="right"/>
      </w:pPr>
      <w:r>
        <w:t>تو سارے مسلمانوں نے کیا کیا؟ وہ لڑائی میں مشغول ہو گئے۔</w:t>
      </w:r>
    </w:p>
    <w:p>
      <w:r>
        <w:rPr>
          <w:b/>
        </w:rPr>
        <w:t xml:space="preserve">[22:59] </w:t>
      </w:r>
      <w:r>
        <w:t>yaani bajaye is ke ke science ke daur ko samajhte, science ke zamane ko samajhte, science ki taraqqi</w:t>
      </w:r>
    </w:p>
    <w:p>
      <w:pPr>
        <w:jc w:val="right"/>
      </w:pPr>
      <w:r>
        <w:t>یعنی بجائے اس کے کہ سائنس کے دور کو سمجھتے، سائنس کے زمانے کو سمجھتے، سائنس کی ترقیوں</w:t>
      </w:r>
    </w:p>
    <w:p>
      <w:r>
        <w:rPr>
          <w:b/>
        </w:rPr>
        <w:t xml:space="preserve">[23:07] </w:t>
      </w:r>
      <w:r>
        <w:t>ko samajhte unhon ne yeh kiya ke jin Europi nations ne</w:t>
      </w:r>
    </w:p>
    <w:p>
      <w:pPr>
        <w:jc w:val="right"/>
      </w:pPr>
      <w:r>
        <w:t>کو سمجھتے انہوں نے یہ کیا کہ جن یورپی نیشنز نے</w:t>
      </w:r>
    </w:p>
    <w:p>
      <w:r>
        <w:rPr>
          <w:b/>
        </w:rPr>
        <w:t xml:space="preserve">[23:15] </w:t>
      </w:r>
      <w:r>
        <w:t>duniya mein un ke empire ko toda tha un se ladne ke liye khade ho gaye. Yeh ladai taqreeban do sau saal tak jaari rahi aur aaj bhi jaari hai. Aur aap jante hain ke no result, kuch bhi faida nahin. Yaani jin logon ko science ke zamane mein Quran ke diye hue framework ko dobara insaan ke saamne lana tha</w:t>
      </w:r>
    </w:p>
    <w:p>
      <w:pPr>
        <w:jc w:val="right"/>
      </w:pPr>
      <w:r>
        <w:t>دنیا میں ان کے ایمپائر کو توڑا تھا ان سے لڑنے کے لئے کھڑے ہو گئے۔ یہ لڑائی تقریباً دو سو سال تک جاری رہی اور آج بھی جاری ہے۔ اور آپ جانتے ہیں کہ نو رزلٹ، کچھ بھی فائدہ نہیں۔ یعنی جن لوگوں کو سائنس کے زمانے میں قرآن کے دیئے ہوئے فریم ورک کو دوبارہ انسان کے سامنے لانا تھا</w:t>
      </w:r>
    </w:p>
    <w:p>
      <w:r>
        <w:rPr>
          <w:b/>
        </w:rPr>
        <w:t xml:space="preserve">[23:45] </w:t>
      </w:r>
      <w:r>
        <w:t>modern medium mein, scientific style mein quran ke framework ko is se pehle musalmanon ne dunya ko</w:t>
      </w:r>
    </w:p>
    <w:p>
      <w:pPr>
        <w:jc w:val="right"/>
      </w:pPr>
      <w:r>
        <w:t>ماڈرن میڈیم میں، سائنٹیفک اسٹائل میں قرآن کے فریم ورک کو اس سے پہلے مسلمانوں نے دنیا کو</w:t>
      </w:r>
    </w:p>
    <w:p>
      <w:r>
        <w:rPr>
          <w:b/>
        </w:rPr>
        <w:t xml:space="preserve">[23:50] </w:t>
      </w:r>
      <w:r>
        <w:t>diya is se unhein faida hua.</w:t>
      </w:r>
    </w:p>
    <w:p>
      <w:pPr>
        <w:jc w:val="right"/>
      </w:pPr>
      <w:r>
        <w:t>دیا اس سے انہیں فائدہ ہوا۔</w:t>
      </w:r>
    </w:p>
    <w:p>
      <w:r>
        <w:rPr>
          <w:b/>
        </w:rPr>
        <w:t xml:space="preserve">[23:55] </w:t>
      </w:r>
      <w:r>
        <w:t>ab naye zamane mein, scientific period mein dobara unhein yahi kaam karna tha ke is framework ko</w:t>
      </w:r>
    </w:p>
    <w:p>
      <w:pPr>
        <w:jc w:val="right"/>
      </w:pPr>
      <w:r>
        <w:t>اب نئے زمانے میں، سائنٹیفک پیریڈ میں دوبارہ انہیں یہی کام کرنا تھا کہ اس فریم ورک کو</w:t>
      </w:r>
    </w:p>
    <w:p>
      <w:r>
        <w:rPr>
          <w:b/>
        </w:rPr>
        <w:t xml:space="preserve">[24:00] </w:t>
      </w:r>
      <w:r>
        <w:t>dunya ko pahunchayen taake insaan phir guideline paaye is mein.</w:t>
      </w:r>
    </w:p>
    <w:p>
      <w:pPr>
        <w:jc w:val="right"/>
      </w:pPr>
      <w:r>
        <w:t>دنیا کو پہنچائیں تاکہ انسان پھر گائیڈ لائن پائے اس میں۔</w:t>
      </w:r>
    </w:p>
    <w:p>
      <w:r>
        <w:rPr>
          <w:b/>
        </w:rPr>
        <w:t xml:space="preserve">[24:05] </w:t>
      </w:r>
      <w:r>
        <w:t>lekin aisa nahi ho saka.</w:t>
      </w:r>
    </w:p>
    <w:p>
      <w:pPr>
        <w:jc w:val="right"/>
      </w:pPr>
      <w:r>
        <w:t>لیکن ایسا نہیں ہو سکا۔</w:t>
      </w:r>
    </w:p>
    <w:p>
      <w:r>
        <w:rPr>
          <w:b/>
        </w:rPr>
        <w:t xml:space="preserve">[24:10] </w:t>
      </w:r>
      <w:r>
        <w:t>yeh ajeeb baat hai ke yeh</w:t>
      </w:r>
    </w:p>
    <w:p>
      <w:pPr>
        <w:jc w:val="right"/>
      </w:pPr>
      <w:r>
        <w:t>یہ عجیب بات ہے کہ یہ</w:t>
      </w:r>
    </w:p>
    <w:p>
      <w:r>
        <w:rPr>
          <w:b/>
        </w:rPr>
        <w:t xml:space="preserve">[24:15] </w:t>
      </w:r>
      <w:r>
        <w:t>peshgoi ki shakal mein hadith mein yeh cheez maujood hai ke aisa hoga.</w:t>
      </w:r>
    </w:p>
    <w:p>
      <w:pPr>
        <w:jc w:val="right"/>
      </w:pPr>
      <w:r>
        <w:t>پیشگوئی کی شکل میں حدیث میں یہ چیز موجود ہے کہ ایسا ہو گا۔</w:t>
      </w:r>
    </w:p>
    <w:p>
      <w:r>
        <w:rPr>
          <w:b/>
        </w:rPr>
        <w:t xml:space="preserve">[24:20] </w:t>
      </w:r>
      <w:r>
        <w:t>is ke liye hadith mein lafz aaya hai "zahab al-ulamaa".</w:t>
      </w:r>
    </w:p>
    <w:p>
      <w:pPr>
        <w:jc w:val="right"/>
      </w:pPr>
      <w:r>
        <w:t>اس کے لئے حدیث میں لفظ آیا ہے "ذہاب العلماء"۔</w:t>
      </w:r>
    </w:p>
    <w:p>
      <w:r>
        <w:rPr>
          <w:b/>
        </w:rPr>
        <w:t xml:space="preserve">[24:25] </w:t>
      </w:r>
      <w:r>
        <w:t>zahab al-ulamaa ka matlab yeh hai ulama ka chala jana.</w:t>
      </w:r>
    </w:p>
    <w:p>
      <w:pPr>
        <w:jc w:val="right"/>
      </w:pPr>
      <w:r>
        <w:t>ذہاب العلماء کا مطلب یہ ہے علماء کا چلا جانا۔</w:t>
      </w:r>
    </w:p>
    <w:p>
      <w:r>
        <w:rPr>
          <w:b/>
        </w:rPr>
        <w:t xml:space="preserve">[24:30] </w:t>
      </w:r>
      <w:r>
        <w:t>islamic scholars ka chala jana.</w:t>
      </w:r>
    </w:p>
    <w:p>
      <w:pPr>
        <w:jc w:val="right"/>
      </w:pPr>
      <w:r>
        <w:t>اسلامک اسکالرز کا چلا جانا۔</w:t>
      </w:r>
    </w:p>
    <w:p>
      <w:r>
        <w:rPr>
          <w:b/>
        </w:rPr>
        <w:t xml:space="preserve">[24:35] </w:t>
      </w:r>
      <w:r>
        <w:t>yaani going away of islamic scholars.</w:t>
      </w:r>
    </w:p>
    <w:p>
      <w:pPr>
        <w:jc w:val="right"/>
      </w:pPr>
      <w:r>
        <w:t>یعنی گوئنگ اوے آف اسلامک اسکالرز۔</w:t>
      </w:r>
    </w:p>
    <w:p>
      <w:r>
        <w:rPr>
          <w:b/>
        </w:rPr>
        <w:t xml:space="preserve">[24:40] </w:t>
      </w:r>
      <w:r>
        <w:t>log samajhte hain, ab tak</w:t>
      </w:r>
    </w:p>
    <w:p>
      <w:pPr>
        <w:jc w:val="right"/>
      </w:pPr>
      <w:r>
        <w:t>لوگ سمجھتے ہیں، اب تک</w:t>
      </w:r>
    </w:p>
    <w:p>
      <w:r>
        <w:rPr>
          <w:b/>
        </w:rPr>
        <w:t xml:space="preserve">[24:45] </w:t>
      </w:r>
      <w:r>
        <w:t>yahi samajhte rahe hain ke saare log mar jayenge.</w:t>
      </w:r>
    </w:p>
    <w:p>
      <w:pPr>
        <w:jc w:val="right"/>
      </w:pPr>
      <w:r>
        <w:t>یہی سمجھتے رہے ہیں کہ سارے لوگ مر جائیں گے۔</w:t>
      </w:r>
    </w:p>
    <w:p>
      <w:r>
        <w:rPr>
          <w:b/>
        </w:rPr>
        <w:t xml:space="preserve">[24:50] </w:t>
      </w:r>
      <w:r>
        <w:t>saare Islamic scholars mar jayenge, saare ulma mar jayenge.</w:t>
      </w:r>
    </w:p>
    <w:p>
      <w:pPr>
        <w:jc w:val="right"/>
      </w:pPr>
      <w:r>
        <w:t>سارے اسلامک اسکالرز مر جائیں گے، سارے علماء مر جائیں گے۔</w:t>
      </w:r>
    </w:p>
    <w:p>
      <w:r>
        <w:rPr>
          <w:b/>
        </w:rPr>
        <w:t xml:space="preserve">[24:54] </w:t>
      </w:r>
      <w:r>
        <w:t>lekin yeh bilkul afsurda baat hai.</w:t>
      </w:r>
    </w:p>
    <w:p>
      <w:pPr>
        <w:jc w:val="right"/>
      </w:pPr>
      <w:r>
        <w:t>لیکن یہ بالکل افسردہ بات ہے۔</w:t>
      </w:r>
    </w:p>
    <w:p>
      <w:r>
        <w:rPr>
          <w:b/>
        </w:rPr>
        <w:t xml:space="preserve">[24:58] </w:t>
      </w:r>
      <w:r>
        <w:t>mar kyon jayenge? yeh baat marne ki nahi hai.</w:t>
      </w:r>
    </w:p>
    <w:p>
      <w:pPr>
        <w:jc w:val="right"/>
      </w:pPr>
      <w:r>
        <w:t>مر کیوں جائیں گے؟ یہ بات مرنے کی نہیں ہے۔</w:t>
      </w:r>
    </w:p>
    <w:p>
      <w:r>
        <w:rPr>
          <w:b/>
        </w:rPr>
        <w:t xml:space="preserve">[25:03] </w:t>
      </w:r>
      <w:r>
        <w:t>yeh baat hai brain drain ki.</w:t>
      </w:r>
    </w:p>
    <w:p>
      <w:pPr>
        <w:jc w:val="right"/>
      </w:pPr>
      <w:r>
        <w:t>یہ بات ہے برین ڈرین کی۔</w:t>
      </w:r>
    </w:p>
    <w:p>
      <w:r>
        <w:rPr>
          <w:b/>
        </w:rPr>
        <w:t xml:space="preserve">[25:07] </w:t>
      </w:r>
      <w:r>
        <w:t>jisko aap kehte hain brain drain.</w:t>
      </w:r>
    </w:p>
    <w:p>
      <w:pPr>
        <w:jc w:val="right"/>
      </w:pPr>
      <w:r>
        <w:t>جس کو آپ کہتے ہیں برین ڈرین۔</w:t>
      </w:r>
    </w:p>
    <w:p>
      <w:r>
        <w:rPr>
          <w:b/>
        </w:rPr>
        <w:t xml:space="preserve">[25:11] </w:t>
      </w:r>
      <w:r>
        <w:t>یعنی جو علماء ہمارے ہوں گے اس زمانے میں، سائنٹیفک دور میں تو برین ڈرین ہو گا</w:t>
      </w:r>
    </w:p>
    <w:p>
      <w:pPr>
        <w:jc w:val="right"/>
      </w:pPr>
      <w:r>
        <w:t>یعنی جو علماء ہمارے ہوں گے اس زمانے میں، سائنٹیفک دور میں تو برین ڈرین ہو گ</w:t>
      </w:r>
    </w:p>
    <w:p>
      <w:r>
        <w:rPr>
          <w:b/>
        </w:rPr>
        <w:t xml:space="preserve">[25:15] </w:t>
      </w:r>
      <w:r>
        <w:t>a.</w:t>
      </w:r>
    </w:p>
    <w:p>
      <w:pPr>
        <w:jc w:val="right"/>
      </w:pPr>
      <w:r>
        <w:t>ا۔</w:t>
      </w:r>
    </w:p>
    <w:p>
      <w:r>
        <w:rPr>
          <w:b/>
        </w:rPr>
        <w:t xml:space="preserve">[25:19] </w:t>
      </w:r>
      <w:r>
        <w:t>yani yeh salahiyaten chali jayengi doosri taraf.</w:t>
      </w:r>
    </w:p>
    <w:p>
      <w:pPr>
        <w:jc w:val="right"/>
      </w:pPr>
      <w:r>
        <w:t>یعنی یہ صلاحیتیں چلی جائیں گی دوسری طرف۔</w:t>
      </w:r>
    </w:p>
    <w:p>
      <w:r>
        <w:rPr>
          <w:b/>
        </w:rPr>
        <w:t xml:space="preserve">[25:23] </w:t>
      </w:r>
      <w:r>
        <w:t>Islamic front ko chhod kar ke political front par chali jayengi.</w:t>
      </w:r>
    </w:p>
    <w:p>
      <w:pPr>
        <w:jc w:val="right"/>
      </w:pPr>
      <w:r>
        <w:t>اسلامک فرنٹ کو چھوڑ کر کے پولیٹیکل فرنٹ پر چلی جائیں گی۔</w:t>
      </w:r>
    </w:p>
    <w:p>
      <w:r>
        <w:rPr>
          <w:b/>
        </w:rPr>
        <w:t xml:space="preserve">[25:27] </w:t>
      </w:r>
      <w:r>
        <w:t>jaisa ke gayen.</w:t>
      </w:r>
    </w:p>
    <w:p>
      <w:pPr>
        <w:jc w:val="right"/>
      </w:pPr>
      <w:r>
        <w:t>جیسا کہ گئیں۔</w:t>
      </w:r>
    </w:p>
    <w:p>
      <w:r>
        <w:rPr>
          <w:b/>
        </w:rPr>
        <w:t xml:space="preserve">[25:31] </w:t>
      </w:r>
      <w:r>
        <w:t>yeh political brain drain jo hone wala tha uski peshgoi thi hadith mein jisko "zahab ulama"</w:t>
      </w:r>
    </w:p>
    <w:p>
      <w:pPr>
        <w:jc w:val="right"/>
      </w:pPr>
      <w:r>
        <w:t>یہ پولیٹیکل برین ڈرین جو ہونے والا تھا اس کی پیشگوئی تھی حدیث میں جس کو "ذہاب العلماء"</w:t>
      </w:r>
    </w:p>
    <w:p>
      <w:r>
        <w:rPr>
          <w:b/>
        </w:rPr>
        <w:t xml:space="preserve">[25:34] </w:t>
      </w:r>
      <w:r>
        <w:t>kaha gaya hai.</w:t>
      </w:r>
    </w:p>
    <w:p>
      <w:pPr>
        <w:jc w:val="right"/>
      </w:pPr>
      <w:r>
        <w:t>کہا گیا ہے۔</w:t>
      </w:r>
    </w:p>
    <w:p>
      <w:r>
        <w:rPr>
          <w:b/>
        </w:rPr>
        <w:t xml:space="preserve">[25:38] </w:t>
      </w:r>
      <w:r>
        <w:t>ulama ka chale jana.</w:t>
      </w:r>
    </w:p>
    <w:p>
      <w:pPr>
        <w:jc w:val="right"/>
      </w:pPr>
      <w:r>
        <w:t>علماء کا چلے جانا۔</w:t>
      </w:r>
    </w:p>
    <w:p>
      <w:r>
        <w:rPr>
          <w:b/>
        </w:rPr>
        <w:t xml:space="preserve">[25:42] </w:t>
      </w:r>
      <w:r>
        <w:t>going away of Islamic scholars. To this</w:t>
      </w:r>
    </w:p>
    <w:p>
      <w:pPr>
        <w:jc w:val="right"/>
      </w:pPr>
      <w:r>
        <w:t>گوئنگ اوے آف اسلامک اسکالرز۔ تو یہ</w:t>
      </w:r>
    </w:p>
    <w:p>
      <w:r>
        <w:rPr>
          <w:b/>
        </w:rPr>
        <w:t xml:space="preserve">[25:46] </w:t>
      </w:r>
      <w:r>
        <w:t>peshgoi jo goya ke warning thi ke jab aisa ho to tum aisa mat karna.</w:t>
      </w:r>
    </w:p>
    <w:p>
      <w:pPr>
        <w:jc w:val="right"/>
      </w:pPr>
      <w:r>
        <w:t>پیشگوئی جو گویا کہ وارننگ تھی کہ جب ایسا ہو تو تم ایسا مت کرنا۔</w:t>
      </w:r>
    </w:p>
    <w:p>
      <w:r>
        <w:rPr>
          <w:b/>
        </w:rPr>
        <w:t xml:space="preserve">[25:51] </w:t>
      </w:r>
      <w:r>
        <w:t>yeh peshgoi darasal warning thi.</w:t>
      </w:r>
    </w:p>
    <w:p>
      <w:pPr>
        <w:jc w:val="right"/>
      </w:pPr>
      <w:r>
        <w:t>یہ پیشگوئی دراصل وارننگ تھی۔</w:t>
      </w:r>
    </w:p>
    <w:p>
      <w:r>
        <w:rPr>
          <w:b/>
        </w:rPr>
        <w:t xml:space="preserve">[25:56] </w:t>
      </w:r>
      <w:r>
        <w:t>lekin ajib baat hai ke warning ki bajaye woh waqea ban gayi.</w:t>
      </w:r>
    </w:p>
    <w:p>
      <w:pPr>
        <w:jc w:val="right"/>
      </w:pPr>
      <w:r>
        <w:t>لیکن عجیب بات ہے کہ وارننگ کی بجائے وہ واقعہ بن گئی۔</w:t>
      </w:r>
    </w:p>
    <w:p>
      <w:r>
        <w:rPr>
          <w:b/>
        </w:rPr>
        <w:t xml:space="preserve">[26:01] </w:t>
      </w:r>
      <w:r>
        <w:t>aur saare log toot pade.</w:t>
      </w:r>
    </w:p>
    <w:p>
      <w:pPr>
        <w:jc w:val="right"/>
      </w:pPr>
      <w:r>
        <w:t>اور سارے لوگ ٹوٹ پڑے۔</w:t>
      </w:r>
    </w:p>
    <w:p>
      <w:r>
        <w:rPr>
          <w:b/>
        </w:rPr>
        <w:t xml:space="preserve">[26:06] </w:t>
      </w:r>
      <w:r>
        <w:t>saare log isi ki taraf toot kar chale gaye.</w:t>
      </w:r>
    </w:p>
    <w:p>
      <w:pPr>
        <w:jc w:val="right"/>
      </w:pPr>
      <w:r>
        <w:t>سارے لوگ اسی کی طرف ٹوٹ کر چلے گئے۔</w:t>
      </w:r>
    </w:p>
    <w:p>
      <w:r>
        <w:rPr>
          <w:b/>
        </w:rPr>
        <w:t xml:space="preserve">[26:11] </w:t>
      </w:r>
      <w:r>
        <w:t>jis mulk mein dekhiye har mulk mein logon ne yahi kiya.</w:t>
      </w:r>
    </w:p>
    <w:p>
      <w:pPr>
        <w:jc w:val="right"/>
      </w:pPr>
      <w:r>
        <w:t>جس ملک میں دیکھئے ہر ملک میں لوگوں نے یہی کیا۔</w:t>
      </w:r>
    </w:p>
    <w:p>
      <w:r>
        <w:rPr>
          <w:b/>
        </w:rPr>
        <w:t xml:space="preserve">[26:16] </w:t>
      </w:r>
      <w:r>
        <w:t>اب آپ دیکھئے کہ یعنی میرا مطلب ہے top brain۔</w:t>
      </w:r>
    </w:p>
    <w:p>
      <w:pPr>
        <w:jc w:val="right"/>
      </w:pPr>
      <w:r>
        <w:t>اب آپ دیکھئے کہ یعنی میرا مطلب ہے ٹاپ برین۔</w:t>
      </w:r>
    </w:p>
    <w:p>
      <w:r>
        <w:rPr>
          <w:b/>
        </w:rPr>
        <w:t xml:space="preserve">[26:22] </w:t>
      </w:r>
      <w:r>
        <w:t>hamesha top brain jo hote hain wahi koi bada kaam karte hain.</w:t>
      </w:r>
    </w:p>
    <w:p>
      <w:pPr>
        <w:jc w:val="right"/>
      </w:pPr>
      <w:r>
        <w:t>ہمیشہ ٹاپ برین جو ہوتے ہیں وہی کوئی بڑا کام کرتے ہیں۔</w:t>
      </w:r>
    </w:p>
    <w:p>
      <w:r>
        <w:rPr>
          <w:b/>
        </w:rPr>
        <w:t xml:space="preserve">[26:28] </w:t>
      </w:r>
      <w:r>
        <w:t>to zahab ulama se matlab hai jo top brain honge woh chale jayenge.</w:t>
      </w:r>
    </w:p>
    <w:p>
      <w:pPr>
        <w:jc w:val="right"/>
      </w:pPr>
      <w:r>
        <w:t>تو ذہاب العلماء سے مطلب ہے جو ٹاپ برین ہوں گے وہ چلے جائیں گے۔</w:t>
      </w:r>
    </w:p>
    <w:p>
      <w:r>
        <w:rPr>
          <w:b/>
        </w:rPr>
        <w:t xml:space="preserve">[26:34] </w:t>
      </w:r>
      <w:r>
        <w:t>masses ko kya hai? idhar rahe tab bhi koi farq nahi padta.</w:t>
      </w:r>
    </w:p>
    <w:p>
      <w:pPr>
        <w:jc w:val="right"/>
      </w:pPr>
      <w:r>
        <w:t>ماسز کو کیا ہے؟ ادھر رہے تب بھی کوئی فرق نہیں پڑتا۔</w:t>
      </w:r>
    </w:p>
    <w:p>
      <w:r>
        <w:rPr>
          <w:b/>
        </w:rPr>
        <w:t xml:space="preserve">[26:40] </w:t>
      </w:r>
      <w:r>
        <w:t>idhar rahe tab bhi koi farq nahi padta. farq padta</w:t>
      </w:r>
    </w:p>
    <w:p>
      <w:pPr>
        <w:jc w:val="right"/>
      </w:pPr>
      <w:r>
        <w:t>ادھر رہے تب بھی کوئی فرق نہیں پڑتا۔ فرق پڑتا</w:t>
      </w:r>
    </w:p>
    <w:p>
      <w:r>
        <w:rPr>
          <w:b/>
        </w:rPr>
        <w:t xml:space="preserve">[26:46] </w:t>
      </w:r>
      <w:r>
        <w:t>hai top brain ka.</w:t>
      </w:r>
    </w:p>
    <w:p>
      <w:pPr>
        <w:jc w:val="right"/>
      </w:pPr>
      <w:r>
        <w:t>ہے ٹاپ برین کا۔</w:t>
      </w:r>
    </w:p>
    <w:p>
      <w:r>
        <w:rPr>
          <w:b/>
        </w:rPr>
        <w:t xml:space="preserve">[26:51] </w:t>
      </w:r>
      <w:r>
        <w:t>to musalmanon ki jo top brain hai woh chale jayenge allst ki taraf.</w:t>
      </w:r>
    </w:p>
    <w:p>
      <w:pPr>
        <w:jc w:val="right"/>
      </w:pPr>
      <w:r>
        <w:t>تو مسلمانوں کی جو ٹاپ برین ہے وہ چلے جائیں گے آلٹسٹ کی طرف۔</w:t>
      </w:r>
    </w:p>
    <w:p>
      <w:r>
        <w:rPr>
          <w:b/>
        </w:rPr>
        <w:t xml:space="preserve">[26:56] </w:t>
      </w:r>
      <w:r>
        <w:t>jhooti larai bhraai ki taraf.</w:t>
      </w:r>
    </w:p>
    <w:p>
      <w:pPr>
        <w:jc w:val="right"/>
      </w:pPr>
      <w:r>
        <w:t>جھوٹی لڑائی بھڑائی کی طرف۔</w:t>
      </w:r>
    </w:p>
    <w:p>
      <w:r>
        <w:rPr>
          <w:b/>
        </w:rPr>
        <w:t xml:space="preserve">[27:01] </w:t>
      </w:r>
      <w:r>
        <w:t>jhooti is liye mein keh raha hoon ke koi kaam matlab nahi tha larnay ka.</w:t>
      </w:r>
    </w:p>
    <w:p>
      <w:pPr>
        <w:jc w:val="right"/>
      </w:pPr>
      <w:r>
        <w:t>جھوٹی اس لئے میں کہہ رہا ہوں کہ کوئی کام مطلب نہیں تھا لڑنے کا۔</w:t>
      </w:r>
    </w:p>
    <w:p>
      <w:r>
        <w:rPr>
          <w:b/>
        </w:rPr>
        <w:t xml:space="preserve">[27:06] </w:t>
      </w:r>
      <w:r>
        <w:t>yeh log samjhe nahi ke jo empire toota hai woh kyun toota hai.</w:t>
      </w:r>
    </w:p>
    <w:p>
      <w:pPr>
        <w:jc w:val="right"/>
      </w:pPr>
      <w:r>
        <w:t>یہ لوگ سمجھے نہیں کہ جو ایمپائر ٹوٹا ہے وہ کیوں ٹوٹا ہے۔</w:t>
      </w:r>
    </w:p>
    <w:p>
      <w:r>
        <w:rPr>
          <w:b/>
        </w:rPr>
        <w:t xml:space="preserve">[27:11] </w:t>
      </w:r>
      <w:r>
        <w:t>asal tha ke power ka tawazun badal gaya tha musalman</w:t>
      </w:r>
    </w:p>
    <w:p>
      <w:pPr>
        <w:jc w:val="right"/>
      </w:pPr>
      <w:r>
        <w:t>اصل تھا کہ پاور کا توازن بدل گیا تھا۔ مسلمان</w:t>
      </w:r>
    </w:p>
    <w:p>
      <w:r>
        <w:rPr>
          <w:b/>
        </w:rPr>
        <w:t xml:space="preserve">[27:16] </w:t>
      </w:r>
      <w:r>
        <w:t>on ne jis zamane mein duniya mein apna empire banaya tha woh zamana dasti hathiyaron ka zamana tha. Yaani talwaron ka zamana. Talwar haath se chalayi jaati thi. Ab mechanical hathiyaron ka zamana aa gaya. Dasti hathiyaron ki jagah mechanical hathiyar istemaal hone lage. To zahir hai ke tawazun badal gaya. To Musalmanon ko haar</w:t>
      </w:r>
    </w:p>
    <w:p>
      <w:pPr>
        <w:jc w:val="right"/>
      </w:pPr>
      <w:r>
        <w:t>وں نے جس زمانے میں دنیا میں اپنا ایمپائر بنایا تھا وہ زمانہ دستی ہتھیاروں کا زمانہ تھا۔ یعنی تلواروں کا زمانہ۔ تلوار ہاتھ سے چلائی جاتی تھی۔ اب مکینیکل ہتھیاروں کا زمانہ آگیا۔ دستی ہتھیاروں کی جگہ مکینیکل ہتھیار استعمال ہونے لگے۔ تو ظاہر ہے کہ توازن بدل گیا۔ تو مسلمانوں کو ہار</w:t>
      </w:r>
    </w:p>
    <w:p>
      <w:r>
        <w:rPr>
          <w:b/>
        </w:rPr>
        <w:t xml:space="preserve">[27:46] </w:t>
      </w:r>
      <w:r>
        <w:t>na hi haarna tha.</w:t>
      </w:r>
    </w:p>
    <w:p>
      <w:pPr>
        <w:jc w:val="right"/>
      </w:pPr>
      <w:r>
        <w:t>نا ہی ہارنا تھا۔</w:t>
      </w:r>
    </w:p>
    <w:p>
      <w:r>
        <w:rPr>
          <w:b/>
        </w:rPr>
        <w:t xml:space="preserve">[27:50] </w:t>
      </w:r>
      <w:r>
        <w:t>to bajaye is ke ke is ko reconciliation karein woh apna.</w:t>
      </w:r>
    </w:p>
    <w:p>
      <w:pPr>
        <w:jc w:val="right"/>
      </w:pPr>
      <w:r>
        <w:t>تو بجائے اس کے کہ اس کو ری کانسیلیڈیشن کریں وہ اپنا۔</w:t>
      </w:r>
    </w:p>
    <w:p>
      <w:r>
        <w:rPr>
          <w:b/>
        </w:rPr>
        <w:t xml:space="preserve">[27:54] </w:t>
      </w:r>
      <w:r>
        <w:t>larai chher di unhon ne.</w:t>
      </w:r>
    </w:p>
    <w:p>
      <w:pPr>
        <w:jc w:val="right"/>
      </w:pPr>
      <w:r>
        <w:t>لڑائی چھیڑ دی انہوں نے۔</w:t>
      </w:r>
    </w:p>
    <w:p>
      <w:r>
        <w:rPr>
          <w:b/>
        </w:rPr>
        <w:t xml:space="preserve">[27:58] </w:t>
      </w:r>
      <w:r>
        <w:t>yeh waqt jo tha woh larai ka nahi tha.</w:t>
      </w:r>
    </w:p>
    <w:p>
      <w:pPr>
        <w:jc w:val="right"/>
      </w:pPr>
      <w:r>
        <w:t>یہ وقت جو تھا وہ لڑائی کا نہیں تھا۔</w:t>
      </w:r>
    </w:p>
    <w:p>
      <w:r>
        <w:rPr>
          <w:b/>
        </w:rPr>
        <w:t xml:space="preserve">[28:02] </w:t>
      </w:r>
      <w:r>
        <w:t>reconciliation ka tha.</w:t>
      </w:r>
    </w:p>
    <w:p>
      <w:pPr>
        <w:jc w:val="right"/>
      </w:pPr>
      <w:r>
        <w:t>ری کانسیلیڈیشن کا تھا۔</w:t>
      </w:r>
    </w:p>
    <w:p>
      <w:r>
        <w:rPr>
          <w:b/>
        </w:rPr>
        <w:t xml:space="preserve">[28:05] </w:t>
      </w:r>
      <w:r>
        <w:t>yani apne ko phir se mazboot banana.</w:t>
      </w:r>
    </w:p>
    <w:p>
      <w:pPr>
        <w:jc w:val="right"/>
      </w:pPr>
      <w:r>
        <w:t>یعنی اپنے کو پھر سے مضبوط بنانا۔</w:t>
      </w:r>
    </w:p>
    <w:p>
      <w:r>
        <w:rPr>
          <w:b/>
        </w:rPr>
        <w:t xml:space="preserve">[28:09] </w:t>
      </w:r>
      <w:r>
        <w:t>lekin aisa nahi hua.</w:t>
      </w:r>
    </w:p>
    <w:p>
      <w:pPr>
        <w:jc w:val="right"/>
      </w:pPr>
      <w:r>
        <w:t>لیکن ایسا نہیں ہوا۔</w:t>
      </w:r>
    </w:p>
    <w:p>
      <w:r>
        <w:rPr>
          <w:b/>
        </w:rPr>
        <w:t xml:space="preserve">[28:13] </w:t>
      </w:r>
      <w:r>
        <w:t>aap jante hain ke bohat hi top ke log balkay sare hi top ke log</w:t>
      </w:r>
    </w:p>
    <w:p>
      <w:pPr>
        <w:jc w:val="right"/>
      </w:pPr>
      <w:r>
        <w:t>آپ جانتے ہیں کہ بہت ہی ٹاپ کے لوگ بلکہ سارے ہی ٹاپ کے لوگ</w:t>
      </w:r>
    </w:p>
    <w:p>
      <w:r>
        <w:rPr>
          <w:b/>
        </w:rPr>
        <w:t xml:space="preserve">[28:17] </w:t>
      </w:r>
      <w:r>
        <w:t>isi mein chale gaye.</w:t>
      </w:r>
    </w:p>
    <w:p>
      <w:pPr>
        <w:jc w:val="right"/>
      </w:pPr>
      <w:r>
        <w:t>اسی میں چلے گئے۔</w:t>
      </w:r>
    </w:p>
    <w:p>
      <w:r>
        <w:rPr>
          <w:b/>
        </w:rPr>
        <w:t xml:space="preserve">[28:22] </w:t>
      </w:r>
      <w:r>
        <w:t>misal ke taur par India mein dekhiye Maulana Abdul Kalam Azad aik abqari insan thay.</w:t>
      </w:r>
    </w:p>
    <w:p>
      <w:pPr>
        <w:jc w:val="right"/>
      </w:pPr>
      <w:r>
        <w:t>مثلاً انڈیا میں دیکھئے مولانا عبدالکلام آزاد ایک ابقری انسان تھے۔</w:t>
      </w:r>
    </w:p>
    <w:p>
      <w:r>
        <w:rPr>
          <w:b/>
        </w:rPr>
        <w:t xml:space="preserve">[28:26] </w:t>
      </w:r>
      <w:r>
        <w:t>sari zindagi unhon ne political larai mein bata di aur aakhir mein mayusi mein mar gaye.</w:t>
      </w:r>
    </w:p>
    <w:p>
      <w:pPr>
        <w:jc w:val="right"/>
      </w:pPr>
      <w:r>
        <w:t>ساری زندگی انہوں نے پولیٹیکل لڑائی میں بتا دی اور آخر میں مایوسی میں مر گئے۔</w:t>
      </w:r>
    </w:p>
    <w:p>
      <w:r>
        <w:rPr>
          <w:b/>
        </w:rPr>
        <w:t xml:space="preserve">[28:31] </w:t>
      </w:r>
      <w:r>
        <w:t>Turkey mein bohat zabardast aadmi tha naam hai Kamal.</w:t>
      </w:r>
    </w:p>
    <w:p>
      <w:pPr>
        <w:jc w:val="right"/>
      </w:pPr>
      <w:r>
        <w:t>ترکیہ میں بہت زبردست آدمی تھا نام ہے کمال۔</w:t>
      </w:r>
    </w:p>
    <w:p>
      <w:r>
        <w:rPr>
          <w:b/>
        </w:rPr>
        <w:t xml:space="preserve">[28:35] </w:t>
      </w:r>
      <w:r>
        <w:t>woh bhi larte phirte khatam ho gaya.</w:t>
      </w:r>
    </w:p>
    <w:p>
      <w:pPr>
        <w:jc w:val="right"/>
      </w:pPr>
      <w:r>
        <w:t>وہ بھی لڑتے پھرتے ختم ہو گیا۔</w:t>
      </w:r>
    </w:p>
    <w:p>
      <w:r>
        <w:rPr>
          <w:b/>
        </w:rPr>
        <w:t xml:space="preserve">[28:40] </w:t>
      </w:r>
      <w:r>
        <w:t>Libya mein Senussi tha bara zabardast aadmi.</w:t>
      </w:r>
    </w:p>
    <w:p>
      <w:pPr>
        <w:jc w:val="right"/>
      </w:pPr>
      <w:r>
        <w:t>لیبیا میں سنوسی تھا بڑا زبردست آدمی۔</w:t>
      </w:r>
    </w:p>
    <w:p>
      <w:r>
        <w:rPr>
          <w:b/>
        </w:rPr>
        <w:t xml:space="preserve">[28:44] </w:t>
      </w:r>
      <w:r>
        <w:t>woh bhi Italy walon se larte phirte khatam ho gaya.</w:t>
      </w:r>
    </w:p>
    <w:p>
      <w:pPr>
        <w:jc w:val="right"/>
      </w:pPr>
      <w:r>
        <w:t>وہ بھی اٹلی والوں سے لڑتے پھرتے ختم ہو گیا۔</w:t>
      </w:r>
    </w:p>
    <w:p>
      <w:r>
        <w:rPr>
          <w:b/>
        </w:rPr>
        <w:t xml:space="preserve">[28:49] </w:t>
      </w:r>
      <w:r>
        <w:t>Afghanistan mein Jamaluddin Afghani bohat zabardast aadmi paida hua.</w:t>
      </w:r>
    </w:p>
    <w:p>
      <w:pPr>
        <w:jc w:val="right"/>
      </w:pPr>
      <w:r>
        <w:t>افغانستان میں جواب الدین افغانی بہت زبردست آدمی پیدا ہوا۔</w:t>
      </w:r>
    </w:p>
    <w:p>
      <w:r>
        <w:rPr>
          <w:b/>
        </w:rPr>
        <w:t xml:space="preserve">[28:52] </w:t>
      </w:r>
      <w:r>
        <w:t>jis ne Bergza se mulaqat ki thi.</w:t>
      </w:r>
    </w:p>
    <w:p>
      <w:pPr>
        <w:jc w:val="right"/>
      </w:pPr>
      <w:r>
        <w:t>جس نے برگزا سے ملاقات کی تھی۔</w:t>
      </w:r>
    </w:p>
    <w:p>
      <w:r>
        <w:rPr>
          <w:b/>
        </w:rPr>
        <w:t xml:space="preserve">[28:56] </w:t>
      </w:r>
      <w:r>
        <w:t>itna top ka aadmi tha woh.</w:t>
      </w:r>
    </w:p>
    <w:p>
      <w:pPr>
        <w:jc w:val="right"/>
      </w:pPr>
      <w:r>
        <w:t>اتنا ٹاپ کا آدمی تھا وہ۔</w:t>
      </w:r>
    </w:p>
    <w:p>
      <w:r>
        <w:rPr>
          <w:b/>
        </w:rPr>
        <w:t xml:space="preserve">[28:59] </w:t>
      </w:r>
      <w:r>
        <w:t>woh bhi larte phirte khatam ho gaya.</w:t>
      </w:r>
    </w:p>
    <w:p>
      <w:pPr>
        <w:jc w:val="right"/>
      </w:pPr>
      <w:r>
        <w:t>وہ بھی لڑتے پھرتے ختم ہو گیا۔</w:t>
      </w:r>
    </w:p>
    <w:p>
      <w:r>
        <w:rPr>
          <w:b/>
        </w:rPr>
        <w:t xml:space="preserve">[29:02] </w:t>
      </w:r>
      <w:r>
        <w:t>Misr mein Muhammad Ali Pasha bohat zabardast aadmi tha.</w:t>
      </w:r>
    </w:p>
    <w:p>
      <w:pPr>
        <w:jc w:val="right"/>
      </w:pPr>
      <w:r>
        <w:t>مصر میں محمد علی پاشا بہت زبردست آدمی تھا۔</w:t>
      </w:r>
    </w:p>
    <w:p>
      <w:r>
        <w:rPr>
          <w:b/>
        </w:rPr>
        <w:t xml:space="preserve">[29:06] </w:t>
      </w:r>
      <w:r>
        <w:t>jis ki maut hui hai 1849 mein.</w:t>
      </w:r>
    </w:p>
    <w:p>
      <w:pPr>
        <w:jc w:val="right"/>
      </w:pPr>
      <w:r>
        <w:t>جس کی موت ہوئی ہے 1849 میں۔</w:t>
      </w:r>
    </w:p>
    <w:p>
      <w:r>
        <w:rPr>
          <w:b/>
        </w:rPr>
        <w:t xml:space="preserve">[29:09] </w:t>
      </w:r>
      <w:r>
        <w:t>boht zabardast aadmi tha.</w:t>
      </w:r>
    </w:p>
    <w:p>
      <w:pPr>
        <w:jc w:val="right"/>
      </w:pPr>
      <w:r>
        <w:t>بہت زبردست آدمی تھا۔</w:t>
      </w:r>
    </w:p>
    <w:p>
      <w:r>
        <w:rPr>
          <w:b/>
        </w:rPr>
        <w:t xml:space="preserve">[29:12] </w:t>
      </w:r>
      <w:r>
        <w:t>woh bhi larai bhirayi mein khatm ho gaya.</w:t>
      </w:r>
    </w:p>
    <w:p>
      <w:pPr>
        <w:jc w:val="right"/>
      </w:pPr>
      <w:r>
        <w:t>وہ بھی لڑائی بھڑائی میں ختم ہو گیا۔</w:t>
      </w:r>
    </w:p>
    <w:p>
      <w:r>
        <w:rPr>
          <w:b/>
        </w:rPr>
        <w:t xml:space="preserve">[29:16] </w:t>
      </w:r>
      <w:r>
        <w:t>muhammad abdo thay boht zabardast aadmi misr</w:t>
      </w:r>
    </w:p>
    <w:p>
      <w:pPr>
        <w:jc w:val="right"/>
      </w:pPr>
      <w:r>
        <w:t>محمد عبدو تھے بہت زبردست آدمی مصر</w:t>
      </w:r>
    </w:p>
    <w:p>
      <w:r>
        <w:rPr>
          <w:b/>
        </w:rPr>
        <w:t xml:space="preserve">[29:19] </w:t>
      </w:r>
      <w:r>
        <w:t>mein. Woh bhi isi ladai bhidai mein khatm ho gaye. India mein the Muhammad Ali Jauhar. Zabardast aadmi the. English par un ko zabardast command hasil thi. Lekin woh bhi isi ladai bhidai mein khatm ho gaye. Shakir Arsalan jo Arabi ke alawa French zaban bahut achhi jante the woh bhi isi ladai bhidai mein khatm ho gaye. Indonesia mein Abdul Qahir Muzakkir bahut zabardast aadmi tha. Woh bhi ladai bhidai mein khatm ho</w:t>
      </w:r>
    </w:p>
    <w:p>
      <w:pPr>
        <w:jc w:val="right"/>
      </w:pPr>
      <w:r>
        <w:t>میں۔ وہ بھی اسی لڑائی بھڑائی میں ختم ہو گئے۔ انڈیا میں تھے محمد علی جوہر۔ زبردست آدمی تھے۔ انگلش پر ان کو زبردست کمانڈ حاصل تھی۔ لیکن وہ بھی اسی لڑائی بھڑائی میں ختم ہو گئے۔ شکیر ارسلان جو عربی کے علاوہ فرنچ زبان بہت اچھی جانتے تھے وہ بھی اسی لڑائی بھڑائی میں ختم ہو گئے۔ انڈونیشیا میں عبدالقاہر مذکر بہت زبردست آدمی تھا۔ وہ بھی لڑائی بھڑائی میں ختم ہو</w:t>
      </w:r>
    </w:p>
    <w:p>
      <w:r>
        <w:rPr>
          <w:b/>
        </w:rPr>
        <w:t xml:space="preserve">[29:49] </w:t>
      </w:r>
      <w:r>
        <w:t>gaya.</w:t>
      </w:r>
    </w:p>
    <w:p>
      <w:pPr>
        <w:jc w:val="right"/>
      </w:pPr>
      <w:r>
        <w:t>گیا۔</w:t>
      </w:r>
    </w:p>
    <w:p>
      <w:r>
        <w:rPr>
          <w:b/>
        </w:rPr>
        <w:t xml:space="preserve">[29:53] </w:t>
      </w:r>
      <w:r>
        <w:t>aur aakhir mein dekhiye usama bin laden woh bhi boht zabardast aadmi.</w:t>
      </w:r>
    </w:p>
    <w:p>
      <w:pPr>
        <w:jc w:val="right"/>
      </w:pPr>
      <w:r>
        <w:t>اور آخر میں دیکھئے اسامہ بن لادن وہ بھی بہت زبردست آدمی۔</w:t>
      </w:r>
    </w:p>
    <w:p>
      <w:r>
        <w:rPr>
          <w:b/>
        </w:rPr>
        <w:t xml:space="preserve">[29:57] </w:t>
      </w:r>
      <w:r>
        <w:t>woh bhi larai bhirayi mein khatm.</w:t>
      </w:r>
    </w:p>
    <w:p>
      <w:pPr>
        <w:jc w:val="right"/>
      </w:pPr>
      <w:r>
        <w:t>وہ بھی لڑائی بھڑائی میں ختم۔</w:t>
      </w:r>
    </w:p>
    <w:p>
      <w:r>
        <w:rPr>
          <w:b/>
        </w:rPr>
        <w:t xml:space="preserve">[30:00] </w:t>
      </w:r>
      <w:r>
        <w:t>yehi hai zehab ulama.</w:t>
      </w:r>
    </w:p>
    <w:p>
      <w:pPr>
        <w:jc w:val="right"/>
      </w:pPr>
      <w:r>
        <w:t>یہی ہے ذہاب العلماء۔</w:t>
      </w:r>
    </w:p>
    <w:p>
      <w:r>
        <w:rPr>
          <w:b/>
        </w:rPr>
        <w:t xml:space="preserve">[30:04] </w:t>
      </w:r>
      <w:r>
        <w:t>yani ulama ka brain drain.</w:t>
      </w:r>
    </w:p>
    <w:p>
      <w:pPr>
        <w:jc w:val="right"/>
      </w:pPr>
      <w:r>
        <w:t>یعنی علماء کا برین ڈرین۔</w:t>
      </w:r>
    </w:p>
    <w:p>
      <w:r>
        <w:rPr>
          <w:b/>
        </w:rPr>
        <w:t xml:space="preserve">[30:08] </w:t>
      </w:r>
      <w:r>
        <w:t>ulama ka islamic front ko chor kar larai bhirayi ke front par chale jana.</w:t>
      </w:r>
    </w:p>
    <w:p>
      <w:pPr>
        <w:jc w:val="right"/>
      </w:pPr>
      <w:r>
        <w:t>علماء کا اسلامک فرنٹ کو چھوڑ کر لڑائی بھڑائی کے فرنٹ پر چلے جانا۔</w:t>
      </w:r>
    </w:p>
    <w:p>
      <w:r>
        <w:rPr>
          <w:b/>
        </w:rPr>
        <w:t xml:space="preserve">[30:12] </w:t>
      </w:r>
      <w:r>
        <w:t>aur phir qabristan mein dafan ho jana.</w:t>
      </w:r>
    </w:p>
    <w:p>
      <w:pPr>
        <w:jc w:val="right"/>
      </w:pPr>
      <w:r>
        <w:t>اور پھر قبرستان میں دفن ہو جانا۔</w:t>
      </w:r>
    </w:p>
    <w:p>
      <w:r>
        <w:rPr>
          <w:b/>
        </w:rPr>
        <w:t xml:space="preserve">[30:15] </w:t>
      </w:r>
      <w:r>
        <w:t>mujhe aik khud</w:t>
      </w:r>
    </w:p>
    <w:p>
      <w:pPr>
        <w:jc w:val="right"/>
      </w:pPr>
      <w:r>
        <w:t>مجھے ایک خود</w:t>
      </w:r>
    </w:p>
    <w:p>
      <w:r>
        <w:rPr>
          <w:b/>
        </w:rPr>
        <w:t xml:space="preserve">[30:19] </w:t>
      </w:r>
      <w:r>
        <w:t>apni family ka aik waqia yaad aata hai yahan par.</w:t>
      </w:r>
    </w:p>
    <w:p>
      <w:pPr>
        <w:jc w:val="right"/>
      </w:pPr>
      <w:r>
        <w:t>اپنی فیملی کا ایک واقعہ یاد آتا ہے یہاں پر۔</w:t>
      </w:r>
    </w:p>
    <w:p>
      <w:r>
        <w:rPr>
          <w:b/>
        </w:rPr>
        <w:t xml:space="preserve">[30:24] </w:t>
      </w:r>
      <w:r>
        <w:t>mere chacha zaad bhai thay iqbal ahmad sohail.</w:t>
      </w:r>
    </w:p>
    <w:p>
      <w:pPr>
        <w:jc w:val="right"/>
      </w:pPr>
      <w:r>
        <w:t>میرے چچا زاد بھائی تھے اقبال احمد سہیل۔</w:t>
      </w:r>
    </w:p>
    <w:p>
      <w:r>
        <w:rPr>
          <w:b/>
        </w:rPr>
        <w:t xml:space="preserve">[30:29] </w:t>
      </w:r>
      <w:r>
        <w:t>to boht hi zaheen aadmi thay.</w:t>
      </w:r>
    </w:p>
    <w:p>
      <w:pPr>
        <w:jc w:val="right"/>
      </w:pPr>
      <w:r>
        <w:t>تو بہت ہی ذہین آدمی تھے۔</w:t>
      </w:r>
    </w:p>
    <w:p>
      <w:r>
        <w:rPr>
          <w:b/>
        </w:rPr>
        <w:t xml:space="preserve">[30:34] </w:t>
      </w:r>
      <w:r>
        <w:t>ali garh se unhon ne M.A. LL.B kiya tha.</w:t>
      </w:r>
    </w:p>
    <w:p>
      <w:pPr>
        <w:jc w:val="right"/>
      </w:pPr>
      <w:r>
        <w:t>علی گڑھ سے انہوں نے ایم اے ایل ایل بی کیا تھا۔</w:t>
      </w:r>
    </w:p>
    <w:p>
      <w:r>
        <w:rPr>
          <w:b/>
        </w:rPr>
        <w:t xml:space="preserve">[30:39] </w:t>
      </w:r>
      <w:r>
        <w:t>ali garh university mein jab pehla M.A. ka batch aaya tha to us pehle batch mein yeh shamil thay.</w:t>
      </w:r>
    </w:p>
    <w:p>
      <w:pPr>
        <w:jc w:val="right"/>
      </w:pPr>
      <w:r>
        <w:t>علی گڑھ یونیورسٹی میں جب پہلا ایم اے کا بیچ آیا تھا تو اس پہلے بیچ میں یہ شامل تھے۔</w:t>
      </w:r>
    </w:p>
    <w:p>
      <w:r>
        <w:rPr>
          <w:b/>
        </w:rPr>
        <w:t xml:space="preserve">[30:44] </w:t>
      </w:r>
      <w:r>
        <w:t>aur itnay zaheen thay ke aik baar</w:t>
      </w:r>
    </w:p>
    <w:p>
      <w:pPr>
        <w:jc w:val="right"/>
      </w:pPr>
      <w:r>
        <w:t>اور اتنے ذہین تھے کہ ایک بار</w:t>
      </w:r>
    </w:p>
    <w:p>
      <w:r>
        <w:rPr>
          <w:b/>
        </w:rPr>
        <w:t xml:space="preserve">[30:49] </w:t>
      </w:r>
      <w:r>
        <w:t>aisa hua ke unhon ne jab percha kiya to un ka jo professor tha us ne un ki</w:t>
      </w:r>
    </w:p>
    <w:p>
      <w:pPr>
        <w:jc w:val="right"/>
      </w:pPr>
      <w:r>
        <w:t>ایسا ہوا کہ انہوں نے جب پرچہ کیا تو ان کا جو پروفیسر تھا اس نے ان کی</w:t>
      </w:r>
    </w:p>
    <w:p>
      <w:r>
        <w:rPr>
          <w:b/>
        </w:rPr>
        <w:t xml:space="preserve">[30:55] </w:t>
      </w:r>
      <w:r>
        <w:t>copy par likh diya kuch kuch kuch aur karne ki bajaye ke "the examinee is better than the examiner".</w:t>
      </w:r>
    </w:p>
    <w:p>
      <w:pPr>
        <w:jc w:val="right"/>
      </w:pPr>
      <w:r>
        <w:t>کاپی پر لکھ دیا کچھ کچھ کچھ اور کرنے کی بجائے کہ "the examinee is better than the examiner"۔</w:t>
      </w:r>
    </w:p>
    <w:p>
      <w:r>
        <w:rPr>
          <w:b/>
        </w:rPr>
        <w:t xml:space="preserve">[31:02] </w:t>
      </w:r>
      <w:r>
        <w:t>aap sochiye zara kaisa aadmi tha woh.</w:t>
      </w:r>
    </w:p>
    <w:p>
      <w:pPr>
        <w:jc w:val="right"/>
      </w:pPr>
      <w:r>
        <w:t>آپ سوچیے ذرا کیسا آدمی تھا وہ۔</w:t>
      </w:r>
    </w:p>
    <w:p>
      <w:r>
        <w:rPr>
          <w:b/>
        </w:rPr>
        <w:t xml:space="preserve">[31:08] </w:t>
      </w:r>
      <w:r>
        <w:t>"the examinee is better than the examiner".</w:t>
      </w:r>
    </w:p>
    <w:p>
      <w:pPr>
        <w:jc w:val="right"/>
      </w:pPr>
      <w:r>
        <w:t>"the examinee is better than the examiner"۔</w:t>
      </w:r>
    </w:p>
    <w:p>
      <w:r>
        <w:rPr>
          <w:b/>
        </w:rPr>
        <w:t xml:space="preserve">[31:14] </w:t>
      </w:r>
      <w:r>
        <w:t>to 1919 mein yani mein ali garh mein aaye thay.</w:t>
      </w:r>
    </w:p>
    <w:p>
      <w:pPr>
        <w:jc w:val="right"/>
      </w:pPr>
      <w:r>
        <w:t>تو 1919 میں یعنی میں علی گڑھ میں آئے تھے۔</w:t>
      </w:r>
    </w:p>
    <w:p>
      <w:r>
        <w:rPr>
          <w:b/>
        </w:rPr>
        <w:t xml:space="preserve">[31:20] </w:t>
      </w:r>
      <w:r>
        <w:t>un ka naam khwaja kamaluddin۔ bohat qabil aur bohat taleem yafta aadmi the woh۔ rehte the britain mein۔ to un ka state hall mein un ka lecture tha۔ to wahan par iqbal ahmed sohail us waqt talib ilm the۔ logon ne un ko bhi khara kar diya۔ yeh qissa likha hai woh rasheed ahmed siddiqui ne apni kitab jis ka naam hai "mazameen rasheed"۔ is mein yeh 19</w:t>
      </w:r>
    </w:p>
    <w:p>
      <w:pPr>
        <w:jc w:val="right"/>
      </w:pPr>
      <w:r>
        <w:t>ان کا نام خواجہ کمال الدین۔ بہت قابل اور بہت تعلیم یافتہ آدمی تھے وہ۔ رہتے تھے برٹن میں۔ تو ان کا اسٹیچ ہال میں ان کا لیکچر تھا۔ تو وہاں پر اقبال احمد سہیل اس وقت طالب علم تھے۔ لوگوں نے ان کو بھی کھڑا کر دیا۔ یہ قصہ لکھا ہے وہ رشید احمد صدیقی نے اپنی کتاب جس کا نام ہے "مذامین رشید"۔ اس میں یہ 19</w:t>
      </w:r>
    </w:p>
    <w:p>
      <w:r>
        <w:rPr>
          <w:b/>
        </w:rPr>
        <w:t xml:space="preserve">[31:50] </w:t>
      </w:r>
      <w:r>
        <w:t>19 ki baat hai.</w:t>
      </w:r>
    </w:p>
    <w:p>
      <w:pPr>
        <w:jc w:val="right"/>
      </w:pPr>
      <w:r>
        <w:t>19 کی بات ہے۔</w:t>
      </w:r>
    </w:p>
    <w:p>
      <w:r>
        <w:rPr>
          <w:b/>
        </w:rPr>
        <w:t xml:space="preserve">[31:55] </w:t>
      </w:r>
      <w:r>
        <w:t>to jis mozu par khawaja kamaluddin ne taqreer ki thi woh tha arabi umm ul-lisana hai.</w:t>
      </w:r>
    </w:p>
    <w:p>
      <w:pPr>
        <w:jc w:val="right"/>
      </w:pPr>
      <w:r>
        <w:t>تو جس موضوع پر خواجہ کمال الدین نے تقریر کی تھی وہ تھا عربی ام اللسنہ ہے۔</w:t>
      </w:r>
    </w:p>
    <w:p>
      <w:r>
        <w:rPr>
          <w:b/>
        </w:rPr>
        <w:t xml:space="preserve">[32:00] </w:t>
      </w:r>
      <w:r>
        <w:t>yani "arabi is the mother of all languages".</w:t>
      </w:r>
    </w:p>
    <w:p>
      <w:pPr>
        <w:jc w:val="right"/>
      </w:pPr>
      <w:r>
        <w:t>یعنی "عربی is the mother of all languages"۔</w:t>
      </w:r>
    </w:p>
    <w:p>
      <w:r>
        <w:rPr>
          <w:b/>
        </w:rPr>
        <w:t xml:space="preserve">[32:05] </w:t>
      </w:r>
      <w:r>
        <w:t>saari zabaanon ki maan hai.</w:t>
      </w:r>
    </w:p>
    <w:p>
      <w:pPr>
        <w:jc w:val="right"/>
      </w:pPr>
      <w:r>
        <w:t>ساری زبانوں کی ماں ہے۔</w:t>
      </w:r>
    </w:p>
    <w:p>
      <w:r>
        <w:rPr>
          <w:b/>
        </w:rPr>
        <w:t xml:space="preserve">[32:10] </w:t>
      </w:r>
      <w:r>
        <w:t>aik aik ajeeb sa mauzu tha.</w:t>
      </w:r>
    </w:p>
    <w:p>
      <w:pPr>
        <w:jc w:val="right"/>
      </w:pPr>
      <w:r>
        <w:t>ایک ایک عجیب سا موضوع تھا۔</w:t>
      </w:r>
    </w:p>
    <w:p>
      <w:r>
        <w:rPr>
          <w:b/>
        </w:rPr>
        <w:t xml:space="preserve">[32:15] </w:t>
      </w:r>
      <w:r>
        <w:t>lekin is par jab taqreer ki unhon ne is par jab bolay Iqbal Ahmed</w:t>
      </w:r>
    </w:p>
    <w:p>
      <w:pPr>
        <w:jc w:val="right"/>
      </w:pPr>
      <w:r>
        <w:t>لیکن اس پر جب تقریر کی انہوں نے اس پر جب بولے اقبال احمد</w:t>
      </w:r>
    </w:p>
    <w:p>
      <w:r>
        <w:rPr>
          <w:b/>
        </w:rPr>
        <w:t xml:space="preserve">[32:20] </w:t>
      </w:r>
      <w:r>
        <w:t>sohail to sara sannata chha gaya۔ aur jab unhon ne khatam ki apni taqreer to khwaja kamaluddin uthe۔ unhon ne un ko gale lagaya aur kaha ke agar tumhare jaisa zehn mujhe mil jaye kaam karne ke liye to mein europe ki sab se oonchi choti par ab islam ka jhanda lehra doon۔ yeh waqea hai 1919 ka aur is ko tafseel ke sath likha hai rasheed ahmed siddiqui ne۔ koi bhi is ko "mazameen rasheed</w:t>
      </w:r>
    </w:p>
    <w:p>
      <w:pPr>
        <w:jc w:val="right"/>
      </w:pPr>
      <w:r>
        <w:t>سہیل تو سارا سناٹا چھا گیا۔ اور جب انہوں نے ختم کی اپنی تقریر تو خواجہ کمال الدین اٹھے۔ انہوں نے ان کو گلے لگایا اور کہا کہ اگر تمہارے جیسا ذہن مجھے مل جائے کام کرنے کے لئے تو میں یورپ کی سب سے اونچی چوٹی پر اب اسلام کا جھنڈا لہرا دوں۔ یہ واقعہ ہے 1919 کا اور اس کو تفصیل کے ساتھ لکھا ہے رشید احمد صدیقی نے۔ کوئی بھی اس کو "مذامین رشید</w:t>
      </w:r>
    </w:p>
    <w:p>
      <w:r>
        <w:rPr>
          <w:b/>
        </w:rPr>
        <w:t xml:space="preserve">[32:50] </w:t>
      </w:r>
      <w:r>
        <w:t>" main parh sakta hai.</w:t>
      </w:r>
    </w:p>
    <w:p>
      <w:pPr>
        <w:jc w:val="right"/>
      </w:pPr>
      <w:r>
        <w:t>" میں پڑھ سکتا ہے۔</w:t>
      </w:r>
    </w:p>
    <w:p>
      <w:r>
        <w:rPr>
          <w:b/>
        </w:rPr>
        <w:t xml:space="preserve">[32:55] </w:t>
      </w:r>
      <w:r>
        <w:t>to aisay aisay zehn paida hue aur sab hamare Iqbal Ahmed Sohail ki saari zindagi jo hai yaani</w:t>
      </w:r>
    </w:p>
    <w:p>
      <w:pPr>
        <w:jc w:val="right"/>
      </w:pPr>
      <w:r>
        <w:t>تو ایسے ایسے ذہن پیدا ہوئے اور سب ہمارے اقبال احمد سہیل کی ساری زندگی جو ہے یعنی</w:t>
      </w:r>
    </w:p>
    <w:p>
      <w:r>
        <w:rPr>
          <w:b/>
        </w:rPr>
        <w:t xml:space="preserve">[33:00] </w:t>
      </w:r>
      <w:r>
        <w:t>political shairi mein beeti. Political shairi.</w:t>
      </w:r>
    </w:p>
    <w:p>
      <w:pPr>
        <w:jc w:val="right"/>
      </w:pPr>
      <w:r>
        <w:t>پولیٹیکل شاعری میں بیتی۔ پولیٹیکل شاعری۔</w:t>
      </w:r>
    </w:p>
    <w:p>
      <w:r>
        <w:rPr>
          <w:b/>
        </w:rPr>
        <w:t xml:space="preserve">[33:05] </w:t>
      </w:r>
      <w:r>
        <w:t>nagrizon ke khilaaf shairi karte thay woh.</w:t>
      </w:r>
    </w:p>
    <w:p>
      <w:pPr>
        <w:jc w:val="right"/>
      </w:pPr>
      <w:r>
        <w:t>ناغریزوں کے خلاف شاعری کرتے تھے وہ۔</w:t>
      </w:r>
    </w:p>
    <w:p>
      <w:r>
        <w:rPr>
          <w:b/>
        </w:rPr>
        <w:t xml:space="preserve">[33:11] </w:t>
      </w:r>
      <w:r>
        <w:t>un ka jitna bhi kalam hai us ko main kehta hoon siyasi taghazul. Siyasi taghazul.</w:t>
      </w:r>
    </w:p>
    <w:p>
      <w:pPr>
        <w:jc w:val="right"/>
      </w:pPr>
      <w:r>
        <w:t>ان کا جتنا بھی کلام ہے اس کو میں کہتا ہوں سیاسی تغذل۔ سیاسی تغذل۔</w:t>
      </w:r>
    </w:p>
    <w:p>
      <w:r>
        <w:rPr>
          <w:b/>
        </w:rPr>
        <w:t xml:space="preserve">[33:16] </w:t>
      </w:r>
      <w:r>
        <w:t>yaani ghazal ki zabaan mein</w:t>
      </w:r>
    </w:p>
    <w:p>
      <w:pPr>
        <w:jc w:val="right"/>
      </w:pPr>
      <w:r>
        <w:t>یعنی غزل کی زبان میں</w:t>
      </w:r>
    </w:p>
    <w:p>
      <w:r>
        <w:rPr>
          <w:b/>
        </w:rPr>
        <w:t xml:space="preserve">[33:21] </w:t>
      </w:r>
      <w:r>
        <w:t>siyasi khayalaat ko batana.</w:t>
      </w:r>
    </w:p>
    <w:p>
      <w:pPr>
        <w:jc w:val="right"/>
      </w:pPr>
      <w:r>
        <w:t>سیاسی خیالات کو بتانا۔</w:t>
      </w:r>
    </w:p>
    <w:p>
      <w:r>
        <w:rPr>
          <w:b/>
        </w:rPr>
        <w:t xml:space="preserve">[33:27] </w:t>
      </w:r>
      <w:r>
        <w:t>to saare log isi tarah se aaye aur chalay gaye, aaye aur chalay gaye.</w:t>
      </w:r>
    </w:p>
    <w:p>
      <w:pPr>
        <w:jc w:val="right"/>
      </w:pPr>
      <w:r>
        <w:t>تو سارے لوگ اسی طرح سے آئے اور چلے گئے، آئے اور چلے گئے۔</w:t>
      </w:r>
    </w:p>
    <w:p>
      <w:r>
        <w:rPr>
          <w:b/>
        </w:rPr>
        <w:t xml:space="preserve">[33:33] </w:t>
      </w:r>
      <w:r>
        <w:t>Allah taala ne is daur mein bohat baray baray zehn paida kiye thay.</w:t>
      </w:r>
    </w:p>
    <w:p>
      <w:pPr>
        <w:jc w:val="right"/>
      </w:pPr>
      <w:r>
        <w:t>اللہ تعالیٰ نے اس دور میں بہت بڑے بڑے ذہن پیدا کیے تھے۔</w:t>
      </w:r>
    </w:p>
    <w:p>
      <w:r>
        <w:rPr>
          <w:b/>
        </w:rPr>
        <w:t xml:space="preserve">[33:39] </w:t>
      </w:r>
      <w:r>
        <w:t>misal ke tor par Sir Shah Sulaiman aik paida hue.</w:t>
      </w:r>
    </w:p>
    <w:p>
      <w:pPr>
        <w:jc w:val="right"/>
      </w:pPr>
      <w:r>
        <w:t>مثال کے طور پر سر شاہ سلیمان ایک پیدا ہوئے۔</w:t>
      </w:r>
    </w:p>
    <w:p>
      <w:r>
        <w:rPr>
          <w:b/>
        </w:rPr>
        <w:t xml:space="preserve">[33:46] </w:t>
      </w:r>
      <w:r>
        <w:t>Sir Shah Sulaiman itna bara zehn tha ke us ne Einstein ki theory ko</w:t>
      </w:r>
    </w:p>
    <w:p>
      <w:pPr>
        <w:jc w:val="right"/>
      </w:pPr>
      <w:r>
        <w:t>سر شاہ سلیمان اتنا بڑا ذہن تھا کہ اس نے آئنسٹائن کی تھیوری کو</w:t>
      </w:r>
    </w:p>
    <w:p>
      <w:r>
        <w:rPr>
          <w:b/>
        </w:rPr>
        <w:t xml:space="preserve">[33:52] </w:t>
      </w:r>
      <w:r>
        <w:t>tanqeed kiya tha.</w:t>
      </w:r>
    </w:p>
    <w:p>
      <w:pPr>
        <w:jc w:val="right"/>
      </w:pPr>
      <w:r>
        <w:t>تنقید کیا تھا۔</w:t>
      </w:r>
    </w:p>
    <w:p>
      <w:r>
        <w:rPr>
          <w:b/>
        </w:rPr>
        <w:t xml:space="preserve">[33:56] </w:t>
      </w:r>
      <w:r>
        <w:t>aur logon ne maana us ko.</w:t>
      </w:r>
    </w:p>
    <w:p>
      <w:pPr>
        <w:jc w:val="right"/>
      </w:pPr>
      <w:r>
        <w:t>اور لوگوں نے مانا اس کو۔</w:t>
      </w:r>
    </w:p>
    <w:p>
      <w:r>
        <w:rPr>
          <w:b/>
        </w:rPr>
        <w:t xml:space="preserve">[34:00] </w:t>
      </w:r>
      <w:r>
        <w:t>jo General Theory of Relativity jo hai Einstein ki us par bohat zabardast tanqeed ki thi unhon ne.</w:t>
      </w:r>
    </w:p>
    <w:p>
      <w:pPr>
        <w:jc w:val="right"/>
      </w:pPr>
      <w:r>
        <w:t>جو جنرل تھیوری آف ریلیٹیوٹی جو ہے آئنسٹائن کی اس پر بہت زبردست تنقید کی تھی انہوں نے۔</w:t>
      </w:r>
    </w:p>
    <w:p>
      <w:r>
        <w:rPr>
          <w:b/>
        </w:rPr>
        <w:t xml:space="preserve">[34:04] </w:t>
      </w:r>
      <w:r>
        <w:t>aur chhapa tha us ko woh International Journal mein un ka mazmoon.</w:t>
      </w:r>
    </w:p>
    <w:p>
      <w:pPr>
        <w:jc w:val="right"/>
      </w:pPr>
      <w:r>
        <w:t>اور چھپا تھا اس کو وہ انٹرنیشنل جرنل میں ان کا مضمون۔</w:t>
      </w:r>
    </w:p>
    <w:p>
      <w:r>
        <w:rPr>
          <w:b/>
        </w:rPr>
        <w:t xml:space="preserve">[34:09] </w:t>
      </w:r>
      <w:r>
        <w:t>aap sochiye kitna bara aadmi tha woh.</w:t>
      </w:r>
    </w:p>
    <w:p>
      <w:pPr>
        <w:jc w:val="right"/>
      </w:pPr>
      <w:r>
        <w:t>آپ سوچیے کتنا بڑا آدمی تھا وہ۔</w:t>
      </w:r>
    </w:p>
    <w:p>
      <w:r>
        <w:rPr>
          <w:b/>
        </w:rPr>
        <w:t xml:space="preserve">[34:13] </w:t>
      </w:r>
      <w:r>
        <w:t>Sir Shah Sulaiman.</w:t>
      </w:r>
    </w:p>
    <w:p>
      <w:pPr>
        <w:jc w:val="right"/>
      </w:pPr>
      <w:r>
        <w:t>سر شاہ سلیمان۔</w:t>
      </w:r>
    </w:p>
    <w:p>
      <w:r>
        <w:rPr>
          <w:b/>
        </w:rPr>
        <w:t xml:space="preserve">[34:17] </w:t>
      </w:r>
      <w:r>
        <w:t>to kitnay baray baray log paida kiye Allah taala ne is daur mein.</w:t>
      </w:r>
    </w:p>
    <w:p>
      <w:pPr>
        <w:jc w:val="right"/>
      </w:pPr>
      <w:r>
        <w:t>تو کتنے بڑے بڑے لوگ پیدا کیے اللہ تعالیٰ نے اس دور میں۔</w:t>
      </w:r>
    </w:p>
    <w:p>
      <w:r>
        <w:rPr>
          <w:b/>
        </w:rPr>
        <w:t xml:space="preserve">[34:21] </w:t>
      </w:r>
      <w:r>
        <w:t>kyun? Is liye ke taake scientific period mein</w:t>
      </w:r>
    </w:p>
    <w:p>
      <w:pPr>
        <w:jc w:val="right"/>
      </w:pPr>
      <w:r>
        <w:t>کیوں؟ اس لئے کہ تاکہ سائنٹیفک پیریڈ میں</w:t>
      </w:r>
    </w:p>
    <w:p>
      <w:r>
        <w:rPr>
          <w:b/>
        </w:rPr>
        <w:t xml:space="preserve">[34:25] </w:t>
      </w:r>
      <w:r>
        <w:t>hum Khuda ki is rehmat ko insaan tak pohnchayen jis ka naam Quran hai.</w:t>
      </w:r>
    </w:p>
    <w:p>
      <w:pPr>
        <w:jc w:val="right"/>
      </w:pPr>
      <w:r>
        <w:t>ہم خدا کی اس رحمت کو انسان تک پہنچائیں جس کا نام قرآن ہے۔</w:t>
      </w:r>
    </w:p>
    <w:p>
      <w:r>
        <w:rPr>
          <w:b/>
        </w:rPr>
        <w:t xml:space="preserve">[34:30] </w:t>
      </w:r>
      <w:r>
        <w:t>taake insaan phir se janay ke kis framework mein us ko sochna hai.</w:t>
      </w:r>
    </w:p>
    <w:p>
      <w:pPr>
        <w:jc w:val="right"/>
      </w:pPr>
      <w:r>
        <w:t>تاکہ انسان پھر سے جانے کہ کس فریم ورک میں اس کو سوچنا ہے۔</w:t>
      </w:r>
    </w:p>
    <w:p>
      <w:r>
        <w:rPr>
          <w:b/>
        </w:rPr>
        <w:t xml:space="preserve">[34:35] </w:t>
      </w:r>
      <w:r>
        <w:t>kis framework mein us ko planning karni hai.</w:t>
      </w:r>
    </w:p>
    <w:p>
      <w:pPr>
        <w:jc w:val="right"/>
      </w:pPr>
      <w:r>
        <w:t>کس فریم ورک میں اس کو پلاننگ کرنی ہے۔</w:t>
      </w:r>
    </w:p>
    <w:p>
      <w:r>
        <w:rPr>
          <w:b/>
        </w:rPr>
        <w:t xml:space="preserve">[34:40] </w:t>
      </w:r>
      <w:r>
        <w:t>insaan andhay pan se nikle.</w:t>
      </w:r>
    </w:p>
    <w:p>
      <w:pPr>
        <w:jc w:val="right"/>
      </w:pPr>
      <w:r>
        <w:t>انسان اندھے پن سے نکلے۔</w:t>
      </w:r>
    </w:p>
    <w:p>
      <w:r>
        <w:rPr>
          <w:b/>
        </w:rPr>
        <w:t xml:space="preserve">[34:45] </w:t>
      </w:r>
      <w:r>
        <w:t>roshni mein aaye.</w:t>
      </w:r>
    </w:p>
    <w:p>
      <w:pPr>
        <w:jc w:val="right"/>
      </w:pPr>
      <w:r>
        <w:t>روشنی میں آئے۔</w:t>
      </w:r>
    </w:p>
    <w:p>
      <w:r>
        <w:rPr>
          <w:b/>
        </w:rPr>
        <w:t xml:space="preserve">[34:50] </w:t>
      </w:r>
      <w:r>
        <w:t>lekin kisi ne koi is kaam ke liye nahi utha. to beharhaal</w:t>
      </w:r>
    </w:p>
    <w:p>
      <w:pPr>
        <w:jc w:val="right"/>
      </w:pPr>
      <w:r>
        <w:t>لیکن کسی نے کوئی اس کام کے لیے نہیں اٹھا۔ تو بہرحال</w:t>
      </w:r>
    </w:p>
    <w:p>
      <w:r>
        <w:rPr>
          <w:b/>
        </w:rPr>
        <w:t xml:space="preserve">[34:55] </w:t>
      </w:r>
      <w:r>
        <w:t>mein Allah ke fazl se bachpan se kuch aisa bura bardasht tha.</w:t>
      </w:r>
    </w:p>
    <w:p>
      <w:pPr>
        <w:jc w:val="right"/>
      </w:pPr>
      <w:r>
        <w:t>میں اللہ کے فضل سے بچپن سے کچھ ایسا برا برداشت تھا۔</w:t>
      </w:r>
    </w:p>
    <w:p>
      <w:r>
        <w:rPr>
          <w:b/>
        </w:rPr>
        <w:t xml:space="preserve">[35:00] </w:t>
      </w:r>
      <w:r>
        <w:t>mere aise halaat the ke mein isi kaam mein laga.</w:t>
      </w:r>
    </w:p>
    <w:p>
      <w:pPr>
        <w:jc w:val="right"/>
      </w:pPr>
      <w:r>
        <w:t>میرے ایسے حالات تھے کہ میں اسی کام میں لگا۔</w:t>
      </w:r>
    </w:p>
    <w:p>
      <w:r>
        <w:rPr>
          <w:b/>
        </w:rPr>
        <w:t xml:space="preserve">[35:05] </w:t>
      </w:r>
      <w:r>
        <w:t>meri pehli kitaab is silsile mein chhoti si kitaab chhapi thi 1950 mein.</w:t>
      </w:r>
    </w:p>
    <w:p>
      <w:pPr>
        <w:jc w:val="right"/>
      </w:pPr>
      <w:r>
        <w:t>میری پہلی کتاب اس سلسلے میں چھوٹی سی کتاب چھپی تھی 1950 میں۔</w:t>
      </w:r>
    </w:p>
    <w:p>
      <w:r>
        <w:rPr>
          <w:b/>
        </w:rPr>
        <w:t xml:space="preserve">[35:10] </w:t>
      </w:r>
      <w:r>
        <w:t>mein Urdu mein is ka naam tha "naye ahad ke darwaze par".</w:t>
      </w:r>
    </w:p>
    <w:p>
      <w:pPr>
        <w:jc w:val="right"/>
      </w:pPr>
      <w:r>
        <w:t>میں اردو میں اس کا نام تھا "نئے عہد کے دروازے پر"۔</w:t>
      </w:r>
    </w:p>
    <w:p>
      <w:r>
        <w:rPr>
          <w:b/>
        </w:rPr>
        <w:t xml:space="preserve">[35:15] </w:t>
      </w:r>
      <w:r>
        <w:t>aur English mein is ka naam tha "On the threshold of a new era".</w:t>
      </w:r>
    </w:p>
    <w:p>
      <w:pPr>
        <w:jc w:val="right"/>
      </w:pPr>
      <w:r>
        <w:t>اور انگلش میں اس کا نام تھا "On the threshold of a new era"۔</w:t>
      </w:r>
    </w:p>
    <w:p>
      <w:r>
        <w:rPr>
          <w:b/>
        </w:rPr>
        <w:t xml:space="preserve">[35:20] </w:t>
      </w:r>
      <w:r>
        <w:t>"On the threshold of a new era".</w:t>
      </w:r>
    </w:p>
    <w:p>
      <w:pPr>
        <w:jc w:val="right"/>
      </w:pPr>
      <w:r>
        <w:t>"On the threshold of a new era"۔</w:t>
      </w:r>
    </w:p>
    <w:p>
      <w:r>
        <w:rPr>
          <w:b/>
        </w:rPr>
        <w:t xml:space="preserve">[35:25] </w:t>
      </w:r>
      <w:r>
        <w:t>is mein maine yeh dikhaya tha ke dunya jo hai ek naye daur mein dakhil ho gayi hai.</w:t>
      </w:r>
    </w:p>
    <w:p>
      <w:pPr>
        <w:jc w:val="right"/>
      </w:pPr>
      <w:r>
        <w:t>اس میں میں نے یہ دکھایا تھا کہ دنیا جو ہے ایک نئے دور میں داخل ہو گئی ہے۔</w:t>
      </w:r>
    </w:p>
    <w:p>
      <w:r>
        <w:rPr>
          <w:b/>
        </w:rPr>
        <w:t xml:space="preserve">[35:30] </w:t>
      </w:r>
      <w:r>
        <w:t>is daur mein agar is ko Quran pahunchaya jaye to ek naya inqilab aa sakta hai.</w:t>
      </w:r>
    </w:p>
    <w:p>
      <w:pPr>
        <w:jc w:val="right"/>
      </w:pPr>
      <w:r>
        <w:t>اس دور میں اگر اس کو قرآن پہنچایا جائے تو ایک نیا انقلاب آ سکتا ہے۔</w:t>
      </w:r>
    </w:p>
    <w:p>
      <w:r>
        <w:rPr>
          <w:b/>
        </w:rPr>
        <w:t xml:space="preserve">[35:34] </w:t>
      </w:r>
      <w:r>
        <w:t>ek naya inqilab.</w:t>
      </w:r>
    </w:p>
    <w:p>
      <w:pPr>
        <w:jc w:val="right"/>
      </w:pPr>
      <w:r>
        <w:t>ایک نیا انقلاب۔</w:t>
      </w:r>
    </w:p>
    <w:p>
      <w:r>
        <w:rPr>
          <w:b/>
        </w:rPr>
        <w:t xml:space="preserve">[35:38] </w:t>
      </w:r>
      <w:r>
        <w:t>ek naya rohani inqilab.</w:t>
      </w:r>
    </w:p>
    <w:p>
      <w:pPr>
        <w:jc w:val="right"/>
      </w:pPr>
      <w:r>
        <w:t>ایک نیا روحانی انقلاب۔</w:t>
      </w:r>
    </w:p>
    <w:p>
      <w:r>
        <w:rPr>
          <w:b/>
        </w:rPr>
        <w:t xml:space="preserve">[35:43] </w:t>
      </w:r>
      <w:r>
        <w:t>ek naya rohani inqilab.</w:t>
      </w:r>
    </w:p>
    <w:p>
      <w:pPr>
        <w:jc w:val="right"/>
      </w:pPr>
      <w:r>
        <w:t>ایک نیا روحانی انقلاب۔</w:t>
      </w:r>
    </w:p>
    <w:p>
      <w:r>
        <w:rPr>
          <w:b/>
        </w:rPr>
        <w:t xml:space="preserve">[35:47] </w:t>
      </w:r>
      <w:r>
        <w:t>ek nayi dunya hum bana sakte hain.</w:t>
      </w:r>
    </w:p>
    <w:p>
      <w:pPr>
        <w:jc w:val="right"/>
      </w:pPr>
      <w:r>
        <w:t>ایک نئی دنیا ہم بنا سکتے ہیں۔</w:t>
      </w:r>
    </w:p>
    <w:p>
      <w:r>
        <w:rPr>
          <w:b/>
        </w:rPr>
        <w:t xml:space="preserve">[35:51] </w:t>
      </w:r>
      <w:r>
        <w:t>to "mein anjaan" ke bajaye "mein anjaan" jaisi kitaab chhapegi agar aap Quran ko pahuncha saken. to</w:t>
      </w:r>
    </w:p>
    <w:p>
      <w:pPr>
        <w:jc w:val="right"/>
      </w:pPr>
      <w:r>
        <w:t>تو "میں انجان" کے بجائے "میں انجان" جیسی کتاب چھپے گی اگر آپ قرآن کو پہنچا سکیں۔ تو</w:t>
      </w:r>
    </w:p>
    <w:p>
      <w:r>
        <w:rPr>
          <w:b/>
        </w:rPr>
        <w:t xml:space="preserve">[35:56] </w:t>
      </w:r>
      <w:r>
        <w:t>khair mein isi par laga raha۔ aur maine kam az kam do sau kitabein likhin۔ sari zindagi maine isi par tehqeeq ki۔ sari zindagi maine isi ka mutala kiya۔ yaani aik taraf islam doosri taraf jadeed soch۔ yahi mera mozu raha۔ aik taraf islam ko is ke asal maqhad se yaani arabi zuban mein jo kitabein hain quran، hadith، fiqh sari adab jo hai us ko parha maine islam ko samajhne ke</w:t>
      </w:r>
    </w:p>
    <w:p>
      <w:pPr>
        <w:jc w:val="right"/>
      </w:pPr>
      <w:r>
        <w:t>خیر میں اسی پر لگا رہا۔ اور میں نے کم از کم دو سو کتابیں لکھیں۔ ساری زندگی میں نے اسی پر تحقیق کی۔ ساری زندگی میں نے اسی کا مطالعہ کیا۔ یعنی ایک طرف اسلام دوسری طرف جدید سوچ۔ یہی میرا موضوع رہا۔ ایک طرف اسلام کو اس کے اصل ماخذ سے یعنی عربی زبان میں جو کتابیں ہیں قرآن، حدیث، فقہ ساری ادب جو ہے اس کو پڑھا میں نے اسلام کو سمجھنے کے</w:t>
      </w:r>
    </w:p>
    <w:p>
      <w:r>
        <w:rPr>
          <w:b/>
        </w:rPr>
        <w:t xml:space="preserve">[36:26] </w:t>
      </w:r>
      <w:r>
        <w:t>lijiye.</w:t>
      </w:r>
    </w:p>
    <w:p>
      <w:pPr>
        <w:jc w:val="right"/>
      </w:pPr>
      <w:r>
        <w:t>لیے۔</w:t>
      </w:r>
    </w:p>
    <w:p>
      <w:r>
        <w:rPr>
          <w:b/>
        </w:rPr>
        <w:t xml:space="preserve">[36:30] </w:t>
      </w:r>
      <w:r>
        <w:t>aur doosri taraf maine Angrezi seekh kar jadeed science ko padha.</w:t>
      </w:r>
    </w:p>
    <w:p>
      <w:pPr>
        <w:jc w:val="right"/>
      </w:pPr>
      <w:r>
        <w:t>اور دوسری طرف میں نے انگریزی سیکھ کر جدید سائنس کو پڑھا۔</w:t>
      </w:r>
    </w:p>
    <w:p>
      <w:r>
        <w:rPr>
          <w:b/>
        </w:rPr>
        <w:t xml:space="preserve">[36:34] </w:t>
      </w:r>
      <w:r>
        <w:t>jadeed falsafe ko padha.</w:t>
      </w:r>
    </w:p>
    <w:p>
      <w:pPr>
        <w:jc w:val="right"/>
      </w:pPr>
      <w:r>
        <w:t>جدید فلسفے کو پڑھا۔</w:t>
      </w:r>
    </w:p>
    <w:p>
      <w:r>
        <w:rPr>
          <w:b/>
        </w:rPr>
        <w:t xml:space="preserve">[36:39] </w:t>
      </w:r>
      <w:r>
        <w:t>jadeed nazariye ko padha.</w:t>
      </w:r>
    </w:p>
    <w:p>
      <w:pPr>
        <w:jc w:val="right"/>
      </w:pPr>
      <w:r>
        <w:t>جدید نظریے کو پڑھا۔</w:t>
      </w:r>
    </w:p>
    <w:p>
      <w:r>
        <w:rPr>
          <w:b/>
        </w:rPr>
        <w:t xml:space="preserve">[36:43] </w:t>
      </w:r>
      <w:r>
        <w:t>aur is tarah se tayyar kar ke apne aap ko phir maine woh kitaabein likhin jo aap</w:t>
      </w:r>
    </w:p>
    <w:p>
      <w:pPr>
        <w:jc w:val="right"/>
      </w:pPr>
      <w:r>
        <w:t>اور اس طرح سے تیار کر کے اپنے آپ کو پھر میں نے وہ کتابیں لکھیں جو آپ</w:t>
      </w:r>
    </w:p>
    <w:p>
      <w:r>
        <w:rPr>
          <w:b/>
        </w:rPr>
        <w:t xml:space="preserve">[36:47] </w:t>
      </w:r>
      <w:r>
        <w:t>mein se kai logon ne padha hoga.</w:t>
      </w:r>
    </w:p>
    <w:p>
      <w:pPr>
        <w:jc w:val="right"/>
      </w:pPr>
      <w:r>
        <w:t>میں سے کئی لوگوں نے پڑھا ہوگا۔</w:t>
      </w:r>
    </w:p>
    <w:p>
      <w:r>
        <w:rPr>
          <w:b/>
        </w:rPr>
        <w:t xml:space="preserve">[36:51] </w:t>
      </w:r>
      <w:r>
        <w:t>to yeh kitaabein jo hain chhap kar ke Urdu mein a</w:t>
      </w:r>
    </w:p>
    <w:p>
      <w:pPr>
        <w:jc w:val="right"/>
      </w:pPr>
      <w:r>
        <w:t>تو یہ کتابیں جو ہیں چھپ کر کے اردو میں ع</w:t>
      </w:r>
    </w:p>
    <w:p>
      <w:r>
        <w:rPr>
          <w:b/>
        </w:rPr>
        <w:t xml:space="preserve">[36:56] </w:t>
      </w:r>
      <w:r>
        <w:t>rabi mein Angrezi mein mukhtalif zabanon mein phail chuki hain.</w:t>
      </w:r>
    </w:p>
    <w:p>
      <w:pPr>
        <w:jc w:val="right"/>
      </w:pPr>
      <w:r>
        <w:t>ربی میں انگریزی میں مختلف زبانوں میں پھیل چکی ہیں۔</w:t>
      </w:r>
    </w:p>
    <w:p>
      <w:r>
        <w:rPr>
          <w:b/>
        </w:rPr>
        <w:t xml:space="preserve">[37:00] </w:t>
      </w:r>
      <w:r>
        <w:t>aur isi ka ek nateeja aap dekh rahe hain ke yeh hamare jo saathi hain woh bane hain.</w:t>
      </w:r>
    </w:p>
    <w:p>
      <w:pPr>
        <w:jc w:val="right"/>
      </w:pPr>
      <w:r>
        <w:t>اور اسی کا ایک نتیجہ آپ دیکھ رہے ہیں کہ یہ ہمارے جو ساتھی ہیں وہ بنے ہیں۔</w:t>
      </w:r>
    </w:p>
    <w:p>
      <w:r>
        <w:rPr>
          <w:b/>
        </w:rPr>
        <w:t xml:space="preserve">[37:03] </w:t>
      </w:r>
      <w:r>
        <w:t>yeh team jo hai isi ke zariye se bani hai.</w:t>
      </w:r>
    </w:p>
    <w:p>
      <w:pPr>
        <w:jc w:val="right"/>
      </w:pPr>
      <w:r>
        <w:t>یہ ٹیم جو ہے اسی کے ذریعے سے بنی ہے۔</w:t>
      </w:r>
    </w:p>
    <w:p>
      <w:r>
        <w:rPr>
          <w:b/>
        </w:rPr>
        <w:t xml:space="preserve">[37:07] </w:t>
      </w:r>
      <w:r>
        <w:t>mein samajhta hoon ke yeh team ko ab doosra kaam karna hai.</w:t>
      </w:r>
    </w:p>
    <w:p>
      <w:pPr>
        <w:jc w:val="right"/>
      </w:pPr>
      <w:r>
        <w:t>میں سمجھتا ہوں کہ یہ ٹیم کو اب دوسرا کام کرنا ہے۔</w:t>
      </w:r>
    </w:p>
    <w:p>
      <w:r>
        <w:rPr>
          <w:b/>
        </w:rPr>
        <w:t xml:space="preserve">[37:11] </w:t>
      </w:r>
      <w:r>
        <w:t>yani doosra marhala wala kaam.</w:t>
      </w:r>
    </w:p>
    <w:p>
      <w:pPr>
        <w:jc w:val="right"/>
      </w:pPr>
      <w:r>
        <w:t>یعنی دوسرا مرحلہ والا کام۔</w:t>
      </w:r>
    </w:p>
    <w:p>
      <w:r>
        <w:rPr>
          <w:b/>
        </w:rPr>
        <w:t xml:space="preserve">[37:15] </w:t>
      </w:r>
      <w:r>
        <w:t>jaisa ke maine kaha ke pehla kaam yeh tha ke aap.</w:t>
      </w:r>
    </w:p>
    <w:p>
      <w:pPr>
        <w:jc w:val="right"/>
      </w:pPr>
      <w:r>
        <w:t>جیسا کہ میں نے کہا کہ پہلا کام یہ تھا کہ آپ۔</w:t>
      </w:r>
    </w:p>
    <w:p>
      <w:r>
        <w:rPr>
          <w:b/>
        </w:rPr>
        <w:t xml:space="preserve">[37:19] </w:t>
      </w:r>
      <w:r>
        <w:t>yeh bohat hi mushkil kaam tha.</w:t>
      </w:r>
    </w:p>
    <w:p>
      <w:pPr>
        <w:jc w:val="right"/>
      </w:pPr>
      <w:r>
        <w:t>یہ بہت ہی مشکل کام تھا۔</w:t>
      </w:r>
    </w:p>
    <w:p>
      <w:r>
        <w:rPr>
          <w:b/>
        </w:rPr>
        <w:t xml:space="preserve">[37:23] </w:t>
      </w:r>
      <w:r>
        <w:t>hamare pahad ko</w:t>
      </w:r>
    </w:p>
    <w:p>
      <w:pPr>
        <w:jc w:val="right"/>
      </w:pPr>
      <w:r>
        <w:t>ہمارے پہاڑ کو</w:t>
      </w:r>
    </w:p>
    <w:p>
      <w:r>
        <w:rPr>
          <w:b/>
        </w:rPr>
        <w:t xml:space="preserve">[37:27] </w:t>
      </w:r>
      <w:r>
        <w:t>yaani mere aik aik mere woh the mein jab adam mein rehta tha to hum se senior the woh۔ lekin un ka saath hota tha hamara un ko woh the un ka naam tha master abdul hakim m a m a m a m l m a m l the woh۔ shibli college mein parhate the۔ to mere bare mein likha tha unhon ne ke yeh aik aise aadmi hain jo agar tay kar lein to</w:t>
      </w:r>
    </w:p>
    <w:p>
      <w:pPr>
        <w:jc w:val="right"/>
      </w:pPr>
      <w:r>
        <w:t>یعنی میرے ایک ایک میرے وہ تھے میں جب آدم میں رہتا تھا تو ہم سے سینئر تھے وہ۔ لیکن ان کا ساتھ ہوتا تھا ہمارا ان کو وہ تھے ان کا نام تھا ماسٹر عبدالحکیم ایم اے ایم اے ایم اے ایم ایل ایم اے ایم ایل تھے وہ۔ شبلی کالج میں پڑھاتے تھے۔ تو میرے بارے میں لکھا تھا انہوں نے کہ یہ ایک ایسے آدمی ہیں جو اگر طے کر لیں تو</w:t>
      </w:r>
    </w:p>
    <w:p>
      <w:r>
        <w:rPr>
          <w:b/>
        </w:rPr>
        <w:t xml:space="preserve">[37:57] </w:t>
      </w:r>
      <w:r>
        <w:t>hamare pahad ko bhi apni jagah se khiska dein.</w:t>
      </w:r>
    </w:p>
    <w:p>
      <w:pPr>
        <w:jc w:val="right"/>
      </w:pPr>
      <w:r>
        <w:t>ہمارے پہاڑ کو بھی اپنی جگہ سے کھسکا دیں۔</w:t>
      </w:r>
    </w:p>
    <w:p>
      <w:r>
        <w:rPr>
          <w:b/>
        </w:rPr>
        <w:t xml:space="preserve">[38:04] </w:t>
      </w:r>
      <w:r>
        <w:t>lekin mein samajhta hoon ke Khuda ne mere liye is se zyada mushkil kaam muqaddar kiya.</w:t>
      </w:r>
    </w:p>
    <w:p>
      <w:pPr>
        <w:jc w:val="right"/>
      </w:pPr>
      <w:r>
        <w:t>لیکن میں سمجھتا ہوں کہ خدا نے میرے لئے اس سے زیادہ مشکل کام مقدر کیا۔</w:t>
      </w:r>
    </w:p>
    <w:p>
      <w:r>
        <w:rPr>
          <w:b/>
        </w:rPr>
        <w:t xml:space="preserve">[38:12] </w:t>
      </w:r>
      <w:r>
        <w:t>yeh jo jadeed soch ko samajhna jadeed challenge ko samajh kar us par kitabein likhna Islam ko dobara</w:t>
      </w:r>
    </w:p>
    <w:p>
      <w:pPr>
        <w:jc w:val="right"/>
      </w:pPr>
      <w:r>
        <w:t>یہ جو جدید سوچ کو سمجھنا جدید چیلنج کو سمجھ کر اس پر کتابیں لکھنا اسلام کو دوبارہ</w:t>
      </w:r>
    </w:p>
    <w:p>
      <w:r>
        <w:rPr>
          <w:b/>
        </w:rPr>
        <w:t xml:space="preserve">[38:19] </w:t>
      </w:r>
      <w:r>
        <w:t>daryaft karna woh Islam jo tareekhi zamane mein urooj par hua tha us ko phir se scientific dour mein bata</w:t>
      </w:r>
    </w:p>
    <w:p>
      <w:pPr>
        <w:jc w:val="right"/>
      </w:pPr>
      <w:r>
        <w:t>دریافت کرنا وہ اسلام جو تاریخی زمانے میں عروج پر ہوا تھا اس کو پھر سے سائنٹیفک دور میں بت</w:t>
      </w:r>
    </w:p>
    <w:p>
      <w:r>
        <w:rPr>
          <w:b/>
        </w:rPr>
        <w:t xml:space="preserve">[38:27] </w:t>
      </w:r>
      <w:r>
        <w:t>ana hai ke kis tarah se woh naye zamane ki rehnumai kar sakta hai.</w:t>
      </w:r>
    </w:p>
    <w:p>
      <w:pPr>
        <w:jc w:val="right"/>
      </w:pPr>
      <w:r>
        <w:t>انا ہے کہ کس طرح سے وہ نئے زمانے کی رہنمائی کر سکتا ہے۔</w:t>
      </w:r>
    </w:p>
    <w:p>
      <w:r>
        <w:rPr>
          <w:b/>
        </w:rPr>
        <w:t xml:space="preserve">[38:32] </w:t>
      </w:r>
      <w:r>
        <w:t>aap jante hain ke sari dunya mein samajh liya gaya tha ke aaj Islam ki ahmiyat khatm ho chuki hai.</w:t>
      </w:r>
    </w:p>
    <w:p>
      <w:pPr>
        <w:jc w:val="right"/>
      </w:pPr>
      <w:r>
        <w:t>آپ جانتے ہیں کہ ساری دنیا میں سمجھ لیا گیا تھا کہ آج اسلام کی اہمیت ختم ہو چکی ہے۔</w:t>
      </w:r>
    </w:p>
    <w:p>
      <w:r>
        <w:rPr>
          <w:b/>
        </w:rPr>
        <w:t xml:space="preserve">[38:38] </w:t>
      </w:r>
      <w:r>
        <w:t>aaj Islam ki ahmiyat nahi hai.</w:t>
      </w:r>
    </w:p>
    <w:p>
      <w:pPr>
        <w:jc w:val="right"/>
      </w:pPr>
      <w:r>
        <w:t>آج اسلام کی اہمیت نہیں ہے۔</w:t>
      </w:r>
    </w:p>
    <w:p>
      <w:r>
        <w:rPr>
          <w:b/>
        </w:rPr>
        <w:t xml:space="preserve">[38:43] </w:t>
      </w:r>
      <w:r>
        <w:t>lekin Allah ke fazl se is par maine jo kitabein likhi hain jo bhi is ko parhta</w:t>
      </w:r>
    </w:p>
    <w:p>
      <w:pPr>
        <w:jc w:val="right"/>
      </w:pPr>
      <w:r>
        <w:t>لیکن اللہ کے فضل سے اس پر میں نے جو کتابیں لکھی ہیں جو بھی اس کو پڑھتا</w:t>
      </w:r>
    </w:p>
    <w:p>
      <w:r>
        <w:rPr>
          <w:b/>
        </w:rPr>
        <w:t xml:space="preserve">[38:48] </w:t>
      </w:r>
      <w:r>
        <w:t>hai woh maanne par majboor hota hai ke aaj bhi Islam ki ahmiyat hai.</w:t>
      </w:r>
    </w:p>
    <w:p>
      <w:pPr>
        <w:jc w:val="right"/>
      </w:pPr>
      <w:r>
        <w:t>ہے وہ ماننے پر مجبور ہوتا ہے کہ آج بھی اسلام کی اہمیت ہے۔</w:t>
      </w:r>
    </w:p>
    <w:p>
      <w:r>
        <w:rPr>
          <w:b/>
        </w:rPr>
        <w:t xml:space="preserve">[38:53] </w:t>
      </w:r>
      <w:r>
        <w:t>Islam jadeed tareen jo zamana hai us mein bhi insaan ki rehnumai kar sakta hai.</w:t>
      </w:r>
    </w:p>
    <w:p>
      <w:pPr>
        <w:jc w:val="right"/>
      </w:pPr>
      <w:r>
        <w:t>اسلام جدید ترین جو زمانہ ہے اس میں بھی انسان کی رہنمائی کر سکتا ہے۔</w:t>
      </w:r>
    </w:p>
    <w:p>
      <w:r>
        <w:rPr>
          <w:b/>
        </w:rPr>
        <w:t xml:space="preserve">[38:59] </w:t>
      </w:r>
      <w:r>
        <w:t>to aap logon ko yeh kaam karna hai.</w:t>
      </w:r>
    </w:p>
    <w:p>
      <w:pPr>
        <w:jc w:val="right"/>
      </w:pPr>
      <w:r>
        <w:t>تو آپ لوگوں کو یہ کام کرنا ہے۔</w:t>
      </w:r>
    </w:p>
    <w:p>
      <w:r>
        <w:rPr>
          <w:b/>
        </w:rPr>
        <w:t xml:space="preserve">[39:03] </w:t>
      </w:r>
      <w:r>
        <w:t>zahir hai ke aap dekhte hain ke mein boodha ho gaya hoon.</w:t>
      </w:r>
    </w:p>
    <w:p>
      <w:pPr>
        <w:jc w:val="right"/>
      </w:pPr>
      <w:r>
        <w:t>ظاہر ہے کہ آپ دیکھتے ہیں کہ میں بوڑھا ہو گیا ہوں۔</w:t>
      </w:r>
    </w:p>
    <w:p>
      <w:r>
        <w:rPr>
          <w:b/>
        </w:rPr>
        <w:t xml:space="preserve">[39:06] </w:t>
      </w:r>
      <w:r>
        <w:t>meri haddiyon mein ab taqat nahi rahi.</w:t>
      </w:r>
    </w:p>
    <w:p>
      <w:pPr>
        <w:jc w:val="right"/>
      </w:pPr>
      <w:r>
        <w:t>میری ہڈیوں میں اب طاقت نہیں رہی۔</w:t>
      </w:r>
    </w:p>
    <w:p>
      <w:r>
        <w:rPr>
          <w:b/>
        </w:rPr>
        <w:t xml:space="preserve">[39:10] </w:t>
      </w:r>
      <w:r>
        <w:t>mujhe nahi maloom ke Allah taala ne meri zuban mein kya baat rakhi hai ke mein bol raha</w:t>
      </w:r>
    </w:p>
    <w:p>
      <w:pPr>
        <w:jc w:val="right"/>
      </w:pPr>
      <w:r>
        <w:t>مجھے نہیں معلوم کہ اللہ تعالیٰ نے میری زبان میں کیا بات رکھی ہے کہ میں بول رہا</w:t>
      </w:r>
    </w:p>
    <w:p>
      <w:r>
        <w:rPr>
          <w:b/>
        </w:rPr>
        <w:t xml:space="preserve">[39:14] </w:t>
      </w:r>
      <w:r>
        <w:t>hoon lekin meri haddiyon mein taqat nahi reh gayi.</w:t>
      </w:r>
    </w:p>
    <w:p>
      <w:pPr>
        <w:jc w:val="right"/>
      </w:pPr>
      <w:r>
        <w:t>ہوں لیکن میری ہڈیوں میں طاقت نہیں رہ گئی۔</w:t>
      </w:r>
    </w:p>
    <w:p>
      <w:r>
        <w:rPr>
          <w:b/>
        </w:rPr>
        <w:t xml:space="preserve">[39:18] </w:t>
      </w:r>
      <w:r>
        <w:t>mere jism mein koi taqat nahi hai.</w:t>
      </w:r>
    </w:p>
    <w:p>
      <w:pPr>
        <w:jc w:val="right"/>
      </w:pPr>
      <w:r>
        <w:t>میرے جسم میں کوئی طاقت نہیں ہے۔</w:t>
      </w:r>
    </w:p>
    <w:p>
      <w:r>
        <w:rPr>
          <w:b/>
        </w:rPr>
        <w:t xml:space="preserve">[39:22] </w:t>
      </w:r>
      <w:r>
        <w:t>bas zuban hai aur dimaagh hai is se bolta hoon.</w:t>
      </w:r>
    </w:p>
    <w:p>
      <w:pPr>
        <w:jc w:val="right"/>
      </w:pPr>
      <w:r>
        <w:t>بس زبان ہے اور دماغ ہے اس سے بولتا ہوں۔</w:t>
      </w:r>
    </w:p>
    <w:p>
      <w:r>
        <w:rPr>
          <w:b/>
        </w:rPr>
        <w:t xml:space="preserve">[39:26] </w:t>
      </w:r>
      <w:r>
        <w:t>to ab agla kaam aap logon ko karna hai.</w:t>
      </w:r>
    </w:p>
    <w:p>
      <w:pPr>
        <w:jc w:val="right"/>
      </w:pPr>
      <w:r>
        <w:t>تو اب اگلا کام آپ لوگوں کو کرنا ہے۔</w:t>
      </w:r>
    </w:p>
    <w:p>
      <w:r>
        <w:rPr>
          <w:b/>
        </w:rPr>
        <w:t xml:space="preserve">[39:29] </w:t>
      </w:r>
      <w:r>
        <w:t>yeh zehni buniyad Allah taala ne mere zariye tayyar kar di hai. Zehni buniyad.</w:t>
      </w:r>
    </w:p>
    <w:p>
      <w:pPr>
        <w:jc w:val="right"/>
      </w:pPr>
      <w:r>
        <w:t>یہ ذہنی بنیاد اللہ تعالیٰ نے میرے ذریعے تیار کر دی ہے۔ ذہنی بنیاد۔</w:t>
      </w:r>
    </w:p>
    <w:p>
      <w:r>
        <w:rPr>
          <w:b/>
        </w:rPr>
        <w:t xml:space="preserve">[39:34] </w:t>
      </w:r>
      <w:r>
        <w:t>ab is zehni buniyad ko aage badhana hai aap ko.</w:t>
      </w:r>
    </w:p>
    <w:p>
      <w:pPr>
        <w:jc w:val="right"/>
      </w:pPr>
      <w:r>
        <w:t>اب اس ذہنی بنیاد کو آگے بڑھانا ہے آپ کو۔</w:t>
      </w:r>
    </w:p>
    <w:p>
      <w:r>
        <w:rPr>
          <w:b/>
        </w:rPr>
        <w:t xml:space="preserve">[39:39] </w:t>
      </w:r>
      <w:r>
        <w:t>aur Allah ke fazl se saare asbab tayyar ho chuke hain.</w:t>
      </w:r>
    </w:p>
    <w:p>
      <w:pPr>
        <w:jc w:val="right"/>
      </w:pPr>
      <w:r>
        <w:t>اور اللہ کے فضل سے سارے اسباب تیار ہو چکے ہیں۔</w:t>
      </w:r>
    </w:p>
    <w:p>
      <w:r>
        <w:rPr>
          <w:b/>
        </w:rPr>
        <w:t xml:space="preserve">[39:44] </w:t>
      </w:r>
      <w:r>
        <w:t>Good word ki mukammal hamein madad hasil hai.</w:t>
      </w:r>
    </w:p>
    <w:p>
      <w:pPr>
        <w:jc w:val="right"/>
      </w:pPr>
      <w:r>
        <w:t>گڈ ورڈ کی مکمل ہمیں مدد حاصل ہے۔</w:t>
      </w:r>
    </w:p>
    <w:p>
      <w:r>
        <w:rPr>
          <w:b/>
        </w:rPr>
        <w:t xml:space="preserve">[39:49] </w:t>
      </w:r>
      <w:r>
        <w:t>Good Word کا جو انفراسٹرکچر ہے وہ پوری طرح ہمارے ساتھ دے رہا ہے۔</w:t>
      </w:r>
    </w:p>
    <w:p>
      <w:pPr>
        <w:jc w:val="right"/>
      </w:pPr>
      <w:r>
        <w:t>گڈ ورڈ کا جو انفراسٹرکچر ہے وہ پوری طرح ہمارے ساتھ دے رہا ہے۔</w:t>
      </w:r>
    </w:p>
    <w:p>
      <w:r>
        <w:rPr>
          <w:b/>
        </w:rPr>
        <w:t xml:space="preserve">[39:54] </w:t>
      </w:r>
      <w:r>
        <w:t>adab tayyar ho chuka</w:t>
      </w:r>
    </w:p>
    <w:p>
      <w:pPr>
        <w:jc w:val="right"/>
      </w:pPr>
      <w:r>
        <w:t>ادب تیار ہو چکا</w:t>
      </w:r>
    </w:p>
    <w:p>
      <w:r>
        <w:rPr>
          <w:b/>
        </w:rPr>
        <w:t xml:space="preserve">[39:59] </w:t>
      </w:r>
      <w:r>
        <w:t>hai.</w:t>
      </w:r>
    </w:p>
    <w:p>
      <w:pPr>
        <w:jc w:val="right"/>
      </w:pPr>
      <w:r>
        <w:t>ہے۔</w:t>
      </w:r>
    </w:p>
    <w:p>
      <w:r>
        <w:rPr>
          <w:b/>
        </w:rPr>
        <w:t xml:space="preserve">[40:04] </w:t>
      </w:r>
      <w:r>
        <w:t>chhap kar ke tayyar hai.</w:t>
      </w:r>
    </w:p>
    <w:p>
      <w:pPr>
        <w:jc w:val="right"/>
      </w:pPr>
      <w:r>
        <w:t>چھپ کر کے تیار ہے۔</w:t>
      </w:r>
    </w:p>
    <w:p>
      <w:r>
        <w:rPr>
          <w:b/>
        </w:rPr>
        <w:t xml:space="preserve">[40:10] </w:t>
      </w:r>
      <w:r>
        <w:t>idhar aap dekhte hain ke video recording barabar ho rahi hai.</w:t>
      </w:r>
    </w:p>
    <w:p>
      <w:pPr>
        <w:jc w:val="right"/>
      </w:pPr>
      <w:r>
        <w:t>ادھر آپ دیکھتے ہیں کہ ویڈیو ریکارڈنگ برابر ہو رہی ہے۔</w:t>
      </w:r>
    </w:p>
    <w:p>
      <w:r>
        <w:rPr>
          <w:b/>
        </w:rPr>
        <w:t xml:space="preserve">[40:15] </w:t>
      </w:r>
      <w:r>
        <w:t>to is saare jo hain ye main is ko buniyad kehta hoon.</w:t>
      </w:r>
    </w:p>
    <w:p>
      <w:pPr>
        <w:jc w:val="right"/>
      </w:pPr>
      <w:r>
        <w:t>تو اس سارے جو ہیں یہ میں اس کو بنیاد کہتا ہوں۔</w:t>
      </w:r>
    </w:p>
    <w:p>
      <w:r>
        <w:rPr>
          <w:b/>
        </w:rPr>
        <w:t xml:space="preserve">[40:20] </w:t>
      </w:r>
      <w:r>
        <w:t>ye ek to main to samajhta hoon ke bahut zabardast buniyad hamare paas pehle hi tayyar ho chuki hai.</w:t>
      </w:r>
    </w:p>
    <w:p>
      <w:pPr>
        <w:jc w:val="right"/>
      </w:pPr>
      <w:r>
        <w:t>یہ ایک تو میں تو سمجھتا ہوں کہ بہت زبردست بنیاد ہمارے پاس پہلے ہی تیار ہو چکی ہے۔</w:t>
      </w:r>
    </w:p>
    <w:p>
      <w:r>
        <w:rPr>
          <w:b/>
        </w:rPr>
        <w:t xml:space="preserve">[40:25] </w:t>
      </w:r>
      <w:r>
        <w:t>is buniyad ko le kar ke aap sari duniya mein media ko istemal kar ke aap aage badh sakte hain. jo</w:t>
      </w:r>
    </w:p>
    <w:p>
      <w:pPr>
        <w:jc w:val="right"/>
      </w:pPr>
      <w:r>
        <w:t>اس بنیاد کو لے کر کے آپ ساری دنیا میں میڈیا کو استعمال کر کے آپ آگے بڑھ سکتے ہیں۔ جو</w:t>
      </w:r>
    </w:p>
    <w:p>
      <w:r>
        <w:rPr>
          <w:b/>
        </w:rPr>
        <w:t xml:space="preserve">[40:30] </w:t>
      </w:r>
      <w:r>
        <w:t>buniyad pehle hi hai yani aisa nahi ke mustaqbil mein hogi.</w:t>
      </w:r>
    </w:p>
    <w:p>
      <w:pPr>
        <w:jc w:val="right"/>
      </w:pPr>
      <w:r>
        <w:t>بنیاد پہلے ہی ہے یعنی ایسا نہیں کہ مستقبل میں ہوگی۔</w:t>
      </w:r>
    </w:p>
    <w:p>
      <w:r>
        <w:rPr>
          <w:b/>
        </w:rPr>
        <w:t xml:space="preserve">[40:34] </w:t>
      </w:r>
      <w:r>
        <w:t>mustaqbil ki baat nahi hai.</w:t>
      </w:r>
    </w:p>
    <w:p>
      <w:pPr>
        <w:jc w:val="right"/>
      </w:pPr>
      <w:r>
        <w:t>مستقبل کی بات نہیں ہے۔</w:t>
      </w:r>
    </w:p>
    <w:p>
      <w:r>
        <w:rPr>
          <w:b/>
        </w:rPr>
        <w:t xml:space="preserve">[40:38] </w:t>
      </w:r>
      <w:r>
        <w:t>pehle hi jo buniyad hamein hasil ho chuki hai wo buniyad inshallah kafi hai is baat ke liye</w:t>
      </w:r>
    </w:p>
    <w:p>
      <w:pPr>
        <w:jc w:val="right"/>
      </w:pPr>
      <w:r>
        <w:t>پہلے ہی جو بنیاد ہمیں حاصل ہو چکی ہے وہ بنیاد انشاءاللہ کافی ہے اس بات کے لئے</w:t>
      </w:r>
    </w:p>
    <w:p>
      <w:r>
        <w:rPr>
          <w:b/>
        </w:rPr>
        <w:t xml:space="preserve">[40:43] </w:t>
      </w:r>
      <w:r>
        <w:t>ke Allah ki madad se hum saare aalam mein is paigham ko pahuncha dein.</w:t>
      </w:r>
    </w:p>
    <w:p>
      <w:pPr>
        <w:jc w:val="right"/>
      </w:pPr>
      <w:r>
        <w:t>کہ اللہ کی مدد سے ہم سارے عالم میں اس پیغام کو پہنچا دیں۔</w:t>
      </w:r>
    </w:p>
    <w:p>
      <w:r>
        <w:rPr>
          <w:b/>
        </w:rPr>
        <w:t xml:space="preserve">[40:47] </w:t>
      </w:r>
      <w:r>
        <w:t>aur jo hadith mein aaya hai ke har ghar mein kalma dakhil ho jayega Allah taala ka</w:t>
      </w:r>
    </w:p>
    <w:p>
      <w:pPr>
        <w:jc w:val="right"/>
      </w:pPr>
      <w:r>
        <w:t>اور جو حدیث میں آیا ہے کہ ہر گھر میں کلمہ داخل ہو جائے گا اللہ تعالیٰ کا</w:t>
      </w:r>
    </w:p>
    <w:p>
      <w:r>
        <w:rPr>
          <w:b/>
        </w:rPr>
        <w:t xml:space="preserve">[40:51] </w:t>
      </w:r>
      <w:r>
        <w:t>wo waqea zahoor mein aa jaye.</w:t>
      </w:r>
    </w:p>
    <w:p>
      <w:pPr>
        <w:jc w:val="right"/>
      </w:pPr>
      <w:r>
        <w:t>وہ واقعہ ظہور میں آ جائے۔</w:t>
      </w:r>
    </w:p>
    <w:p>
      <w:r>
        <w:rPr>
          <w:b/>
        </w:rPr>
        <w:t xml:space="preserve">[40:56] </w:t>
      </w:r>
      <w:r>
        <w:t>ab dekhiye is se pehle maine arz kiya tha ke</w:t>
      </w:r>
    </w:p>
    <w:p>
      <w:pPr>
        <w:jc w:val="right"/>
      </w:pPr>
      <w:r>
        <w:t>اب دیکھئے اس سے پہلے میں نے عرض کیا تھا کہ</w:t>
      </w:r>
    </w:p>
    <w:p>
      <w:r>
        <w:rPr>
          <w:b/>
        </w:rPr>
        <w:t xml:space="preserve">[41:00] </w:t>
      </w:r>
      <w:r>
        <w:t>tareekh mein hamesha se aik bohat hi charch theory rahi hai۔ mohabbat۔ dunya mein mohabbat aaye۔ ideology of mohabbat۔ lekin koi bhi poori tareekh beet gayi koi ideology of mohabbat pesh nahi kar saka۔ kyunke aik ideology chahiye۔ aap mohabbat kahein mohabbat kahein aap kahein ke logon mohabbat ke sath raho mohabbat ke sath raho aise kaise koi rahe ga؟ sirf yeh kehne se ke a</w:t>
      </w:r>
    </w:p>
    <w:p>
      <w:pPr>
        <w:jc w:val="right"/>
      </w:pPr>
      <w:r>
        <w:t>تاریخ میں ہمیشہ سے ایک بہت ہی چرش تھیوری رہی ہے۔ محبت۔ دنیا میں محبت آئے۔ آئیڈیالوجی آف محبت۔ لیکن کوئی بھی پوری تاریخ بیت گئی کوئی آئیڈیالوجی آف محبت پیش نہیں کر سکا۔ کیونکہ ایک آئیڈیالوجی چاہیے۔ آپ محبت کہیں محبت کہیں آپ کہیں کہ لوگوں محبت کے ساتھ رہو محبت کے ساتھ رہو ایسے کیسے کوئی رہے گا؟ صرف یہ کہنے سے کہ ا</w:t>
      </w:r>
    </w:p>
    <w:p>
      <w:r>
        <w:rPr>
          <w:b/>
        </w:rPr>
        <w:t xml:space="preserve">[41:30] </w:t>
      </w:r>
      <w:r>
        <w:t>e logon pyar aur mohabbat se raho is tarah koi pyar aur mohabbat se nahi reh sakta hai.</w:t>
      </w:r>
    </w:p>
    <w:p>
      <w:pPr>
        <w:jc w:val="right"/>
      </w:pPr>
      <w:r>
        <w:t>ے لوگوں پیار اور محبت سے رہو اس طرح کوئی پیار اور محبت سے نہیں رہ سکتا ہے۔</w:t>
      </w:r>
    </w:p>
    <w:p>
      <w:r>
        <w:rPr>
          <w:b/>
        </w:rPr>
        <w:t xml:space="preserve">[41:35] </w:t>
      </w:r>
      <w:r>
        <w:t>is ke peeche ek ideology chahiye ek theory chahiye ek nazariyati buniyad chahiye.</w:t>
      </w:r>
    </w:p>
    <w:p>
      <w:pPr>
        <w:jc w:val="right"/>
      </w:pPr>
      <w:r>
        <w:t>اس کے پیچھے ایک آئیڈیالوجی چاہیے ایک تھیوری چاہیے ایک نظریاتی بنیاد چاہیے۔</w:t>
      </w:r>
    </w:p>
    <w:p>
      <w:r>
        <w:rPr>
          <w:b/>
        </w:rPr>
        <w:t xml:space="preserve">[41:40] </w:t>
      </w:r>
      <w:r>
        <w:t>lekin chunke logon ke paas Quran ka framework nahi tha is liye log ideology of mohabbat pesh</w:t>
      </w:r>
    </w:p>
    <w:p>
      <w:pPr>
        <w:jc w:val="right"/>
      </w:pPr>
      <w:r>
        <w:t>لیکن چونکہ لوگوں کے پاس قرآن کا فریم ورک نہیں تھا اس لئے لوگ آئیڈیالوجی آف محبت پیش</w:t>
      </w:r>
    </w:p>
    <w:p>
      <w:r>
        <w:rPr>
          <w:b/>
        </w:rPr>
        <w:t xml:space="preserve">[41:45] </w:t>
      </w:r>
      <w:r>
        <w:t>nahi kar sake.</w:t>
      </w:r>
    </w:p>
    <w:p>
      <w:pPr>
        <w:jc w:val="right"/>
      </w:pPr>
      <w:r>
        <w:t>نہیں کر سکے۔</w:t>
      </w:r>
    </w:p>
    <w:p>
      <w:r>
        <w:rPr>
          <w:b/>
        </w:rPr>
        <w:t xml:space="preserve">[41:50] </w:t>
      </w:r>
      <w:r>
        <w:t>poori poori tareekh guzar gayi aur ideology of mohabbat pesh nahi kiya saki.</w:t>
      </w:r>
    </w:p>
    <w:p>
      <w:pPr>
        <w:jc w:val="right"/>
      </w:pPr>
      <w:r>
        <w:t>پوری پوری تاریخ گزر گئی اور آئیڈیالوجی آف محبت پیش نہیں کیا سکی۔</w:t>
      </w:r>
    </w:p>
    <w:p>
      <w:r>
        <w:rPr>
          <w:b/>
        </w:rPr>
        <w:t xml:space="preserve">[41:55] </w:t>
      </w:r>
      <w:r>
        <w:t>is ko maine daryaft kiya hai Quran is hadith se ke hadith mein hai ke</w:t>
      </w:r>
    </w:p>
    <w:p>
      <w:pPr>
        <w:jc w:val="right"/>
      </w:pPr>
      <w:r>
        <w:t>اس کو میں نے دریافت کیا ہے قرآن اس حدیث سے کہ حدیث میں ہے کہ</w:t>
      </w:r>
    </w:p>
    <w:p>
      <w:r>
        <w:rPr>
          <w:b/>
        </w:rPr>
        <w:t xml:space="preserve">[42:00] </w:t>
      </w:r>
      <w:r>
        <w:t>"min lam yashkur al-nas lam yashkur Allah" jo aadmi Khuda ka shukr nahi karega nahi jo aadmi</w:t>
      </w:r>
    </w:p>
    <w:p>
      <w:pPr>
        <w:jc w:val="right"/>
      </w:pPr>
      <w:r>
        <w:t>"من لم یشکر الناس لم یشکر اللہ" جو آدمی خدا کا شکر نہیں کرے گا نہیں جو آدمی</w:t>
      </w:r>
    </w:p>
    <w:p>
      <w:r>
        <w:rPr>
          <w:b/>
        </w:rPr>
        <w:t xml:space="preserve">[42:07] </w:t>
      </w:r>
      <w:r>
        <w:t>insan ka shukr nahi karega wo Khuda ka shukr bhi nahi karega.</w:t>
      </w:r>
    </w:p>
    <w:p>
      <w:pPr>
        <w:jc w:val="right"/>
      </w:pPr>
      <w:r>
        <w:t>انسان کا شکر نہیں کرے گا وہ خدا کا شکر بھی نہیں کرے گا۔</w:t>
      </w:r>
    </w:p>
    <w:p>
      <w:r>
        <w:rPr>
          <w:b/>
        </w:rPr>
        <w:t xml:space="preserve">[42:13] </w:t>
      </w:r>
      <w:r>
        <w:t>yani insan ke taawun ko jo tasleem nahi karega wo Khuda ki barkat ko bhi tasleem nahi karega.</w:t>
      </w:r>
    </w:p>
    <w:p>
      <w:pPr>
        <w:jc w:val="right"/>
      </w:pPr>
      <w:r>
        <w:t>یعنی انسان کے تعاون کو جو تسلیم نہیں کرے گا وہ خدا کی برکت کو بھی تسلیم نہیں کرے گا۔</w:t>
      </w:r>
    </w:p>
    <w:p>
      <w:r>
        <w:rPr>
          <w:b/>
        </w:rPr>
        <w:t xml:space="preserve">[42:19] </w:t>
      </w:r>
      <w:r>
        <w:t>is par sochte sochte meri samajh mein jo baat aayi us se pehle main yahan kaha bhi hai</w:t>
      </w:r>
    </w:p>
    <w:p>
      <w:pPr>
        <w:jc w:val="right"/>
      </w:pPr>
      <w:r>
        <w:t>اس پر سوچتے سوچتے میری سمجھ میں جو بات آئی اس سے پہلے میں یہاں کہا بھی ہے</w:t>
      </w:r>
    </w:p>
    <w:p>
      <w:r>
        <w:rPr>
          <w:b/>
        </w:rPr>
        <w:t xml:space="preserve">[42:25] </w:t>
      </w:r>
      <w:r>
        <w:t>isko mukhtasar tor par dohrata hoon</w:t>
      </w:r>
    </w:p>
    <w:p>
      <w:pPr>
        <w:jc w:val="right"/>
      </w:pPr>
      <w:r>
        <w:t>اس کو مختصر طور پر دہراتا ہوں</w:t>
      </w:r>
    </w:p>
    <w:p>
      <w:r>
        <w:rPr>
          <w:b/>
        </w:rPr>
        <w:t xml:space="preserve">[42:32] </w:t>
      </w:r>
      <w:r>
        <w:t>ke dekhiye ideology of mohabbat kya hai؟ aik yeh hai ke aap khuda ka jo qudrati support system hai us ko samjhein۔ aap jante hain ke is dunya mein oxygen hai roshni hai sabza hai pani hai waghera waghera۔ yeh hai qudrati support</w:t>
      </w:r>
    </w:p>
    <w:p>
      <w:pPr>
        <w:jc w:val="right"/>
      </w:pPr>
      <w:r>
        <w:t>کہ دیکھئے آئیڈیالوجی آف محبت کیا ہے؟ ایک یہ ہے کہ آپ خدا کا جو قدرتی سپورٹ سسٹم ہے اس کو سمجھیں۔ آپ جانتے ہیں کہ اس دنیا میں آکسیجن ہے روشنی ہے سبزہ ہے پانی ہے وغیرہ وغیرہ۔ یہ ہے قدرتی سپور</w:t>
      </w:r>
    </w:p>
    <w:p>
      <w:r>
        <w:rPr>
          <w:b/>
        </w:rPr>
        <w:t xml:space="preserve">[43:02] </w:t>
      </w:r>
      <w:r>
        <w:t>t system.</w:t>
      </w:r>
    </w:p>
    <w:p>
      <w:pPr>
        <w:jc w:val="right"/>
      </w:pPr>
      <w:r>
        <w:t>ٹ سسٹم۔</w:t>
      </w:r>
    </w:p>
    <w:p>
      <w:r>
        <w:rPr>
          <w:b/>
        </w:rPr>
        <w:t xml:space="preserve">[43:07] </w:t>
      </w:r>
      <w:r>
        <w:t>agar yeh support system na ho to hum ek minute zinda nahi reh sakte koi kaam nahi kar sakte.</w:t>
      </w:r>
    </w:p>
    <w:p>
      <w:pPr>
        <w:jc w:val="right"/>
      </w:pPr>
      <w:r>
        <w:t>اگر یہ سپورٹ سسٹم نہ ہو تو ہم ایک منٹ زندہ نہیں رہ سکتے کوئی کام نہیں کر سکتے۔</w:t>
      </w:r>
    </w:p>
    <w:p>
      <w:r>
        <w:rPr>
          <w:b/>
        </w:rPr>
        <w:t xml:space="preserve">[43:12] </w:t>
      </w:r>
      <w:r>
        <w:t>na ghar bana sakte na motor car bana sakte na shehar bana sakte sab kuch nahi hoga.</w:t>
      </w:r>
    </w:p>
    <w:p>
      <w:pPr>
        <w:jc w:val="right"/>
      </w:pPr>
      <w:r>
        <w:t>نہ گھر بنا سکتے نہ موٹر کار بنا سکتے نہ شہر بنا سکتے سب کچھ نہیں ہوگا۔</w:t>
      </w:r>
    </w:p>
    <w:p>
      <w:r>
        <w:rPr>
          <w:b/>
        </w:rPr>
        <w:t xml:space="preserve">[43:17] </w:t>
      </w:r>
      <w:r>
        <w:t>misal ke tor par zameen mein kashish se qul jo hai agar woh kam ho to hamare yeh yeh</w:t>
      </w:r>
    </w:p>
    <w:p>
      <w:pPr>
        <w:jc w:val="right"/>
      </w:pPr>
      <w:r>
        <w:t>مثال کے طور پر زمین میں کشش ثقل جو ہے اگر وہ کم ہو تو ہمارے یہ یہ</w:t>
      </w:r>
    </w:p>
    <w:p>
      <w:r>
        <w:rPr>
          <w:b/>
        </w:rPr>
        <w:t xml:space="preserve">[43:22] </w:t>
      </w:r>
      <w:r>
        <w:t>ghar hum hawa mein urenge.</w:t>
      </w:r>
    </w:p>
    <w:p>
      <w:pPr>
        <w:jc w:val="right"/>
      </w:pPr>
      <w:r>
        <w:t>گھر ہم ہوا میں اڑیں گے۔</w:t>
      </w:r>
    </w:p>
    <w:p>
      <w:r>
        <w:rPr>
          <w:b/>
        </w:rPr>
        <w:t xml:space="preserve">[43:27] </w:t>
      </w:r>
      <w:r>
        <w:t>agar oxygen jo supply ho rahi hai musalsal woh do</w:t>
      </w:r>
    </w:p>
    <w:p>
      <w:pPr>
        <w:jc w:val="right"/>
      </w:pPr>
      <w:r>
        <w:t>اگر آکسیجن جو سپلائی ہو رہی ہے مسلسل وہ دو</w:t>
      </w:r>
    </w:p>
    <w:p>
      <w:r>
        <w:rPr>
          <w:b/>
        </w:rPr>
        <w:t xml:space="preserve">[43:32] </w:t>
      </w:r>
      <w:r>
        <w:t>mint ke liye ruk jaye to sare log mar jayen. suraj ki roshni jo aa rahi hai hamare pas agar wo na aye to har taraf tareeki cha jayegi. hum aap aankh hogi hum kuch dekhenge nahi. to ye hai qudrati support system jo khuda ki taraf se aa raha hai. is par jab aap sochen to aap ko ek dilchasp ehsas hoga. khuda ki barkat ka ek ajib o gharib ehsas hoga ke kitna azim hai wo khuda jisne itni sari barkat ha</w:t>
      </w:r>
    </w:p>
    <w:p>
      <w:pPr>
        <w:jc w:val="right"/>
      </w:pPr>
      <w:r>
        <w:t>منٹ کے لئے رک جائے تو سارے لوگ مر جائیں۔ سورج کی روشنی جو آ رہی ہے ہمارے پاس اگر وہ نہ آئے تو ہر طرف تاریکی چھا جائے گی۔ ہم آپ آنکھ ہوگی ہم کچھ دیکھیں گے نہیں۔ تو یہ ہے قدرتی سپورٹ سسٹم جو خدا کی طرف سے آ رہا ہے۔ اس پر جب آپ سوچیں تو آپ کو ایک دلچسپ احساس ہوگا۔ خدا کی برکت کا ایک عجیب و غریب احساس ہوگا کہ کتنا عظیم ہے وہ خدا جس نے اتنی ساری برکت ہ</w:t>
      </w:r>
    </w:p>
    <w:p>
      <w:r>
        <w:rPr>
          <w:b/>
        </w:rPr>
        <w:t xml:space="preserve">[44:02] </w:t>
      </w:r>
      <w:r>
        <w:t>mein de di. itni sari barkat. is ki barkat na ho to hum ek second bhi dunya mein reh nahi sakte. to jab aap ke andar qudrati support system ka pura ehsas hoga to aap ko khuda se bepanah mohabbat paida hogi. bepanah aap ko khuda se jhuk jayenge is ke aage aap. ek ye hai. dusra hai jisko mein kehta hoon tehzibi</w:t>
      </w:r>
    </w:p>
    <w:p>
      <w:pPr>
        <w:jc w:val="right"/>
      </w:pPr>
      <w:r>
        <w:t>میں دے دی۔ اتنی ساری برکت۔ اس کی برکت نہ ہو تو ہم ایک سیکنڈ بھی دنیا میں رہ نہیں سکتے۔ تو جب آپ کے اندر قدرتی سپورٹ سسٹم کا پورا احساس ہوگا تو آپ کو خدا سے بے پناہ محبت پیدا ہوگا۔ بے پناہ آپ کو خدا سے جھک جائیں گے اس کے آگے آپ۔ ایک یہ ہے۔ دوسرا ہے جس کو میں کہتا ہوں تہذیبی</w:t>
      </w:r>
    </w:p>
    <w:p>
      <w:r>
        <w:rPr>
          <w:b/>
        </w:rPr>
        <w:t xml:space="preserve">[44:32] </w:t>
      </w:r>
      <w:r>
        <w:t>tahawun. tehzeebi tahawun.</w:t>
      </w:r>
    </w:p>
    <w:p>
      <w:pPr>
        <w:jc w:val="right"/>
      </w:pPr>
      <w:r>
        <w:t>تعاون۔ تہذیبی تعاون۔</w:t>
      </w:r>
    </w:p>
    <w:p>
      <w:r>
        <w:rPr>
          <w:b/>
        </w:rPr>
        <w:t xml:space="preserve">[44:37] </w:t>
      </w:r>
      <w:r>
        <w:t>yani insaan ki jo tarqqiyan hain insaan ne jo tehzeeb banayi hai us ke zariye se jo hamein mila hai.</w:t>
      </w:r>
    </w:p>
    <w:p>
      <w:pPr>
        <w:jc w:val="right"/>
      </w:pPr>
      <w:r>
        <w:t>یعنی انسان کی جو ترقیاں ہیں انسان نے جو تہذیب بنائی ہے اس کے ذریعے سے جو ہمیں ملا ہے۔</w:t>
      </w:r>
    </w:p>
    <w:p>
      <w:r>
        <w:rPr>
          <w:b/>
        </w:rPr>
        <w:t xml:space="preserve">[44:42] </w:t>
      </w:r>
      <w:r>
        <w:t>aap jante hain ke jo kuch bhi hai jis ko hum hasil karte hain woh sab isi ke</w:t>
      </w:r>
    </w:p>
    <w:p>
      <w:pPr>
        <w:jc w:val="right"/>
      </w:pPr>
      <w:r>
        <w:t>آپ جانتے ہیں کہ جو کچھ بھی ہے جس کو ہم حاصل کرتے ہیں وہ سب اسی کے</w:t>
      </w:r>
    </w:p>
    <w:p>
      <w:r>
        <w:rPr>
          <w:b/>
        </w:rPr>
        <w:t xml:space="preserve">[44:48] </w:t>
      </w:r>
      <w:r>
        <w:t>zariye mila hai.</w:t>
      </w:r>
    </w:p>
    <w:p>
      <w:pPr>
        <w:jc w:val="right"/>
      </w:pPr>
      <w:r>
        <w:t>ذریعے ملا ہے۔</w:t>
      </w:r>
    </w:p>
    <w:p>
      <w:r>
        <w:rPr>
          <w:b/>
        </w:rPr>
        <w:t xml:space="preserve">[44:53] </w:t>
      </w:r>
      <w:r>
        <w:t>aap ghor kijiye ke yeh roshni yeh camera yeh imarat yeh kursi sab ke peeche kai kai hazar</w:t>
      </w:r>
    </w:p>
    <w:p>
      <w:pPr>
        <w:jc w:val="right"/>
      </w:pPr>
      <w:r>
        <w:t>آپ غور کیجئے کہ یہ روشنی یہ کیمرہ یہ عمارت یہ کرسی سب کے پیچھے کئی کئی ہزار</w:t>
      </w:r>
    </w:p>
    <w:p>
      <w:r>
        <w:rPr>
          <w:b/>
        </w:rPr>
        <w:t xml:space="preserve">[44:58] </w:t>
      </w:r>
      <w:r>
        <w:t>saal ka jud o jahad hai.</w:t>
      </w:r>
    </w:p>
    <w:p>
      <w:pPr>
        <w:jc w:val="right"/>
      </w:pPr>
      <w:r>
        <w:t>سال کا جدوجہد ہے۔</w:t>
      </w:r>
    </w:p>
    <w:p>
      <w:r>
        <w:rPr>
          <w:b/>
        </w:rPr>
        <w:t xml:space="preserve">[45:04] </w:t>
      </w:r>
      <w:r>
        <w:t>kai kai hazar saal ka judo jehad hai. misal ke taur par sab se pehle insan paidal chalta tha. pachees hazar saal pehle. phir insan ne lakri ke takhton ko rasiyan bandh kar ke kheenchne ka silsila shuru kiya. phir is ne oont bandhe is pe ghoda bandha. phir ek admi nikla ghaliban sumeriayi tehzib ke zamane mein jisne pehiya banaya. ab is lakri ke takhte mein pehiya laga diya gaya.</w:t>
      </w:r>
    </w:p>
    <w:p>
      <w:pPr>
        <w:jc w:val="right"/>
      </w:pPr>
      <w:r>
        <w:t>کئی کئی ہزار سال کا جدوجہد ہے۔ مثال کے طور پر سب سے پہلے انسان پیدل چلتا تھا۔ پچیس ہزار سال پہلے۔ پھر انسان نے لکڑی کے تختوں کو رسیاں باندھ کر کے کھینچنے کا سلسلہ شروع کیا۔ پھر اس نے اونٹ باندھے اس پہ گھوڑا باندھا۔ پھر ایک آدمی نکلا غالباً سمیریائی تہذیب کے زمانے میں جس نے پہیہ بنایا۔ اب اس لکڑی کے تختے میں پہیہ لگا دیا گیا۔</w:t>
      </w:r>
    </w:p>
    <w:p>
      <w:r>
        <w:rPr>
          <w:b/>
        </w:rPr>
        <w:t xml:space="preserve">[45:34] </w:t>
      </w:r>
      <w:r>
        <w:t>ab wo dorne laga wo pehiya. phir ek dimagh aya jisne ke ball bearing banai aur wo tire banaya tube banaya. phir aur zyada asan ho gaya le kar chalna. phir sarkein banai gayeen. phir car banai gayi hawai jahaz banaye gaye. ek lambi tareekh hai jo bees hazar saal tak jati hai pachees hazar saal tak jati hai. pachees hazar saal ki mehnat ke baad aisa mumkin hua hai ke aap ek car ka darwaza kholen is</w:t>
      </w:r>
    </w:p>
    <w:p>
      <w:pPr>
        <w:jc w:val="right"/>
      </w:pPr>
      <w:r>
        <w:t>اب وہ دوڑنے لگا وہ پہیہ۔ پھر ایک دماغ آیا جس نے کہ بال بیرنگ بنائی اور وہ ٹائر بنایا ٹیوب بنایا۔ پھر اور زیادہ آسان ہوگیا لے کر چلنا۔ پھر سڑکیں بنائی گئیں۔ پھر کار بنائی گئی ہوائی جہاز بنائے گئے۔ ایک لمبی تاریخ ہے جو بیس ہزار سال تک جاتی ہے پچیس ہزار سال تک جاتی ہے۔ پچیس ہزار سال کی محنت کے بعد ایسا ممکن ہوا ہے کہ آپ ایک کار کا دروازہ کھولیں اس</w:t>
      </w:r>
    </w:p>
    <w:p>
      <w:r>
        <w:rPr>
          <w:b/>
        </w:rPr>
        <w:t xml:space="preserve">[46:04] </w:t>
      </w:r>
      <w:r>
        <w:t>ke andar baith kar ke aur tezi ke sath safar apna karen.</w:t>
      </w:r>
    </w:p>
    <w:p>
      <w:pPr>
        <w:jc w:val="right"/>
      </w:pPr>
      <w:r>
        <w:t>کے اندر بیٹھ کر کے اور تیزی کے ساتھ سفر اپنا کریں۔</w:t>
      </w:r>
    </w:p>
    <w:p>
      <w:r>
        <w:rPr>
          <w:b/>
        </w:rPr>
        <w:t xml:space="preserve">[46:10] </w:t>
      </w:r>
      <w:r>
        <w:t>isi tarah har ek cheez yani chahe yeh ek pyali ho chahe yeh koi bhi cheez ho yeh</w:t>
      </w:r>
    </w:p>
    <w:p>
      <w:pPr>
        <w:jc w:val="right"/>
      </w:pPr>
      <w:r>
        <w:t>اسی طرح ہر ایک چیز یعنی چاہے یہ ایک پیالی ہو چاہے یہ کوئی بھی چیز ہو یہ</w:t>
      </w:r>
    </w:p>
    <w:p>
      <w:r>
        <w:rPr>
          <w:b/>
        </w:rPr>
        <w:t xml:space="preserve">[46:16] </w:t>
      </w:r>
      <w:r>
        <w:t>kaghaz ho yeh printing press ho har cheez ke peeche hazaron hazar saal ki insani jud o jahad shamil hai.</w:t>
      </w:r>
    </w:p>
    <w:p>
      <w:pPr>
        <w:jc w:val="right"/>
      </w:pPr>
      <w:r>
        <w:t>کاغذ ہو یہ پرنٹنگ پریس ہو ہر چیز کے پیچھے ہزاروں ہزار سال کی انسانی جدوجہد شامل ہے۔</w:t>
      </w:r>
    </w:p>
    <w:p>
      <w:r>
        <w:rPr>
          <w:b/>
        </w:rPr>
        <w:t xml:space="preserve">[46:22] </w:t>
      </w:r>
      <w:r>
        <w:t>isi ko main kehta hoon ke tehzeebi tahawun.</w:t>
      </w:r>
    </w:p>
    <w:p>
      <w:pPr>
        <w:jc w:val="right"/>
      </w:pPr>
      <w:r>
        <w:t>اسی کو میں کہتا ہوں کہ تہذیبی تعاون۔</w:t>
      </w:r>
    </w:p>
    <w:p>
      <w:r>
        <w:rPr>
          <w:b/>
        </w:rPr>
        <w:t xml:space="preserve">[46:28] </w:t>
      </w:r>
      <w:r>
        <w:t>to agar aap yeh sochein</w:t>
      </w:r>
    </w:p>
    <w:p>
      <w:pPr>
        <w:jc w:val="right"/>
      </w:pPr>
      <w:r>
        <w:t>تو اگر آپ یہ سوچیں</w:t>
      </w:r>
    </w:p>
    <w:p>
      <w:r>
        <w:rPr>
          <w:b/>
        </w:rPr>
        <w:t xml:space="preserve">[46:34] </w:t>
      </w:r>
      <w:r>
        <w:t>ke poora poora insaniyat meri khidmat mein lagi hui thi tab main is qabil hua ke aaj main</w:t>
      </w:r>
    </w:p>
    <w:p>
      <w:pPr>
        <w:jc w:val="right"/>
      </w:pPr>
      <w:r>
        <w:t>کہ پورا پورا انسانیت میری خدمت میں لگی ہوئی تھی تب میں اس قابل ہوا کہ آج میں</w:t>
      </w:r>
    </w:p>
    <w:p>
      <w:r>
        <w:rPr>
          <w:b/>
        </w:rPr>
        <w:t xml:space="preserve">[46:42] </w:t>
      </w:r>
      <w:r>
        <w:t>is jadeed dunya mein itne aaram ke sath itne aaram ke sath reh sakoon.</w:t>
      </w:r>
    </w:p>
    <w:p>
      <w:pPr>
        <w:jc w:val="right"/>
      </w:pPr>
      <w:r>
        <w:t>اس جدید دنیا میں اتنے آرام کے ساتھ اتنے آرام کے ساتھ رہ سکوں۔</w:t>
      </w:r>
    </w:p>
    <w:p>
      <w:r>
        <w:rPr>
          <w:b/>
        </w:rPr>
        <w:t xml:space="preserve">[46:50] </w:t>
      </w:r>
      <w:r>
        <w:t>yani hazaron saal se insaniyat yeh jud o jahad kar rahi thi mujh ko acha ghar dene ke liye achi</w:t>
      </w:r>
    </w:p>
    <w:p>
      <w:pPr>
        <w:jc w:val="right"/>
      </w:pPr>
      <w:r>
        <w:t>یعنی ہزاروں سال سے انسانیت یہ جدوجہد کر رہی تھی مجھ کو اچھا گھر دینے کے لئے اچھی</w:t>
      </w:r>
    </w:p>
    <w:p>
      <w:r>
        <w:rPr>
          <w:b/>
        </w:rPr>
        <w:t xml:space="preserve">[46:57] </w:t>
      </w:r>
      <w:r>
        <w:t>sawari dene ke liye acha kitchen dene ke liye yani million billion jo cheezein hain is ke peeche</w:t>
      </w:r>
    </w:p>
    <w:p>
      <w:pPr>
        <w:jc w:val="right"/>
      </w:pPr>
      <w:r>
        <w:t>سواری دینے کے لئے اچھا کچن دینے کے لئے یعنی ملین بلین جو چیزیں ہیں اس کے پیچھے</w:t>
      </w:r>
    </w:p>
    <w:p>
      <w:r>
        <w:rPr>
          <w:b/>
        </w:rPr>
        <w:t xml:space="preserve">[47:05] </w:t>
      </w:r>
      <w:r>
        <w:t>insan ka jud o jahad hai insan ki jud o jahad hai.</w:t>
      </w:r>
    </w:p>
    <w:p>
      <w:pPr>
        <w:jc w:val="right"/>
      </w:pPr>
      <w:r>
        <w:t>انسان کا جدوجہد ہے انسان کی جدوجہد ہے۔</w:t>
      </w:r>
    </w:p>
    <w:p>
      <w:r>
        <w:rPr>
          <w:b/>
        </w:rPr>
        <w:t xml:space="preserve">[47:09] </w:t>
      </w:r>
      <w:r>
        <w:t>isi ko main kehta hoon tehzeebi tahawun.</w:t>
      </w:r>
    </w:p>
    <w:p>
      <w:pPr>
        <w:jc w:val="right"/>
      </w:pPr>
      <w:r>
        <w:t>اسی کو میں کہتا ہوں تہذیبی تعاون۔</w:t>
      </w:r>
    </w:p>
    <w:p>
      <w:r>
        <w:rPr>
          <w:b/>
        </w:rPr>
        <w:t xml:space="preserve">[47:14] </w:t>
      </w:r>
      <w:r>
        <w:t>aap sochye ke yeh agar is tareeqe se aap ke zehen mein yeh baat aaye to poori poori</w:t>
      </w:r>
    </w:p>
    <w:p>
      <w:pPr>
        <w:jc w:val="right"/>
      </w:pPr>
      <w:r>
        <w:t>آپ سوچئے کہ یہ اگر اس طریقے سے آپ کے ذہن میں یہ بات آئے تو پوری پوری</w:t>
      </w:r>
    </w:p>
    <w:p>
      <w:r>
        <w:rPr>
          <w:b/>
        </w:rPr>
        <w:t xml:space="preserve">[47:18] </w:t>
      </w:r>
      <w:r>
        <w:t>insaniyat ke liye aap ke dil mein mohabbat ka darya behne lage ga.</w:t>
      </w:r>
    </w:p>
    <w:p>
      <w:pPr>
        <w:jc w:val="right"/>
      </w:pPr>
      <w:r>
        <w:t>انسانیت کے لئے آپ کے دل میں محبت کا دریا بہنے لگے گا۔</w:t>
      </w:r>
    </w:p>
    <w:p>
      <w:r>
        <w:rPr>
          <w:b/>
        </w:rPr>
        <w:t xml:space="preserve">[47:22] </w:t>
      </w:r>
      <w:r>
        <w:t>poori poori insaniyat ke liye.</w:t>
      </w:r>
    </w:p>
    <w:p>
      <w:pPr>
        <w:jc w:val="right"/>
      </w:pPr>
      <w:r>
        <w:t>پوری پوری انسانیت کے لئے۔</w:t>
      </w:r>
    </w:p>
    <w:p>
      <w:r>
        <w:rPr>
          <w:b/>
        </w:rPr>
        <w:t xml:space="preserve">[47:27] </w:t>
      </w:r>
      <w:r>
        <w:t>ek taraf khuda ke liye mohabbat se aap sarshaar ho jayen ge aur doosri taraf insaan ke liye</w:t>
      </w:r>
    </w:p>
    <w:p>
      <w:pPr>
        <w:jc w:val="right"/>
      </w:pPr>
      <w:r>
        <w:t>ایک طرف خدا کے لئے محبت سے آپ سرشار ہو جائیں گے اور دوسری طرف انسان کے لئے</w:t>
      </w:r>
    </w:p>
    <w:p>
      <w:r>
        <w:rPr>
          <w:b/>
        </w:rPr>
        <w:t xml:space="preserve">[47:31] </w:t>
      </w:r>
      <w:r>
        <w:t>aap ke seene mein mohabbat ka darya</w:t>
      </w:r>
    </w:p>
    <w:p>
      <w:pPr>
        <w:jc w:val="right"/>
      </w:pPr>
      <w:r>
        <w:t>آپ کے سینے میں محبت کا دریا</w:t>
      </w:r>
    </w:p>
    <w:p>
      <w:r>
        <w:rPr>
          <w:b/>
        </w:rPr>
        <w:t xml:space="preserve">[47:36] </w:t>
      </w:r>
      <w:r>
        <w:t>jaari ho jayega.</w:t>
      </w:r>
    </w:p>
    <w:p>
      <w:pPr>
        <w:jc w:val="right"/>
      </w:pPr>
      <w:r>
        <w:t>جاری ہو جائے گا۔</w:t>
      </w:r>
    </w:p>
    <w:p>
      <w:r>
        <w:rPr>
          <w:b/>
        </w:rPr>
        <w:t xml:space="preserve">[47:40] </w:t>
      </w:r>
      <w:r>
        <w:t>yeh hai ideology of mohabbat.</w:t>
      </w:r>
    </w:p>
    <w:p>
      <w:pPr>
        <w:jc w:val="right"/>
      </w:pPr>
      <w:r>
        <w:t>یہ ہے آئیڈیالوجی آف محبت۔</w:t>
      </w:r>
    </w:p>
    <w:p>
      <w:r>
        <w:rPr>
          <w:b/>
        </w:rPr>
        <w:t xml:space="preserve">[47:43] </w:t>
      </w:r>
      <w:r>
        <w:t>yeh baat maine quran ke mutale se paayi hai.</w:t>
      </w:r>
    </w:p>
    <w:p>
      <w:pPr>
        <w:jc w:val="right"/>
      </w:pPr>
      <w:r>
        <w:t>یہ بات میں نے قرآن کے مطالعے سے پائی ہے۔</w:t>
      </w:r>
    </w:p>
    <w:p>
      <w:r>
        <w:rPr>
          <w:b/>
        </w:rPr>
        <w:t xml:space="preserve">[47:47] </w:t>
      </w:r>
      <w:r>
        <w:t>to yeh sab hamein karna hai.</w:t>
      </w:r>
    </w:p>
    <w:p>
      <w:pPr>
        <w:jc w:val="right"/>
      </w:pPr>
      <w:r>
        <w:t>تو یہ سب ہمیں کرنا ہے۔</w:t>
      </w:r>
    </w:p>
    <w:p>
      <w:r>
        <w:rPr>
          <w:b/>
        </w:rPr>
        <w:t xml:space="preserve">[47:51] </w:t>
      </w:r>
      <w:r>
        <w:t>yeh sab hamein karna hai.</w:t>
      </w:r>
    </w:p>
    <w:p>
      <w:pPr>
        <w:jc w:val="right"/>
      </w:pPr>
      <w:r>
        <w:t>یہ سب ہمیں کرنا ہے۔</w:t>
      </w:r>
    </w:p>
    <w:p>
      <w:r>
        <w:rPr>
          <w:b/>
        </w:rPr>
        <w:t xml:space="preserve">[47:55] </w:t>
      </w:r>
      <w:r>
        <w:t>aur allah ke fazl se maine is par ek mukammal adab tayyar kar diya hai.</w:t>
      </w:r>
    </w:p>
    <w:p>
      <w:pPr>
        <w:jc w:val="right"/>
      </w:pPr>
      <w:r>
        <w:t>اور اللہ کے فضل سے میں نے اس پر ایک مکمل ادب تیار کر دیا ہے۔</w:t>
      </w:r>
    </w:p>
    <w:p>
      <w:r>
        <w:rPr>
          <w:b/>
        </w:rPr>
        <w:t xml:space="preserve">[47:58] </w:t>
      </w:r>
      <w:r>
        <w:t>jo baatein main aap se keh raha hoon yeh sab main likh chuka hoon.</w:t>
      </w:r>
    </w:p>
    <w:p>
      <w:pPr>
        <w:jc w:val="right"/>
      </w:pPr>
      <w:r>
        <w:t>جو باتیں میں آپ سے کہہ رہا ہوں یہ سب میں لکھ چکا ہوں۔</w:t>
      </w:r>
    </w:p>
    <w:p>
      <w:r>
        <w:rPr>
          <w:b/>
        </w:rPr>
        <w:t xml:space="preserve">[48:02] </w:t>
      </w:r>
      <w:r>
        <w:t>agarche woh kitabein</w:t>
      </w:r>
    </w:p>
    <w:p>
      <w:pPr>
        <w:jc w:val="right"/>
      </w:pPr>
      <w:r>
        <w:t>اگرچہ وہ کتابیں</w:t>
      </w:r>
    </w:p>
    <w:p>
      <w:r>
        <w:rPr>
          <w:b/>
        </w:rPr>
        <w:t xml:space="preserve">[48:06] </w:t>
      </w:r>
      <w:r>
        <w:t>yeh baatein zyada tar urdu mein hain english mein abhi kam aayi hain.</w:t>
      </w:r>
    </w:p>
    <w:p>
      <w:pPr>
        <w:jc w:val="right"/>
      </w:pPr>
      <w:r>
        <w:t>یہ باتیں زیادہ تر اردو میں ہیں انگلش میں ابھی کم آئیں ہیں۔</w:t>
      </w:r>
    </w:p>
    <w:p>
      <w:r>
        <w:rPr>
          <w:b/>
        </w:rPr>
        <w:t xml:space="preserve">[48:12] </w:t>
      </w:r>
      <w:r>
        <w:t>to aap ko kya karna hai? aap ko sirf agle marhale ko le kar ke aage badhna hai.</w:t>
      </w:r>
    </w:p>
    <w:p>
      <w:pPr>
        <w:jc w:val="right"/>
      </w:pPr>
      <w:r>
        <w:t>تو آپ کو کیا کرنا ہے؟ آپ کو صرف اگلے مرحلے کو لے کر کے آگے بڑھنا ہے۔</w:t>
      </w:r>
    </w:p>
    <w:p>
      <w:r>
        <w:rPr>
          <w:b/>
        </w:rPr>
        <w:t xml:space="preserve">[48:18] </w:t>
      </w:r>
      <w:r>
        <w:t>agle marhale ko.</w:t>
      </w:r>
    </w:p>
    <w:p>
      <w:pPr>
        <w:jc w:val="right"/>
      </w:pPr>
      <w:r>
        <w:t>اگلے مرحلے کو۔</w:t>
      </w:r>
    </w:p>
    <w:p>
      <w:r>
        <w:rPr>
          <w:b/>
        </w:rPr>
        <w:t xml:space="preserve">[48:24] </w:t>
      </w:r>
      <w:r>
        <w:t>pehla marhala to poora ho chuka.</w:t>
      </w:r>
    </w:p>
    <w:p>
      <w:pPr>
        <w:jc w:val="right"/>
      </w:pPr>
      <w:r>
        <w:t>پہلا مرحلہ تو پورا ہو چکا۔</w:t>
      </w:r>
    </w:p>
    <w:p>
      <w:r>
        <w:rPr>
          <w:b/>
        </w:rPr>
        <w:t xml:space="preserve">[48:30] </w:t>
      </w:r>
      <w:r>
        <w:t>ab main aap se yeh kahunga ke aap</w:t>
      </w:r>
    </w:p>
    <w:p>
      <w:pPr>
        <w:jc w:val="right"/>
      </w:pPr>
      <w:r>
        <w:t>اب میں آپ سے یہ کہوں گا کہ آپ</w:t>
      </w:r>
    </w:p>
    <w:p>
      <w:r>
        <w:rPr>
          <w:b/>
        </w:rPr>
        <w:t xml:space="preserve">[48:36] </w:t>
      </w:r>
      <w:r>
        <w:t>par farz ho chuka hai farz ke insaan ko jo barkat pahunchani hai jis ko main keh raha</w:t>
      </w:r>
    </w:p>
    <w:p>
      <w:pPr>
        <w:jc w:val="right"/>
      </w:pPr>
      <w:r>
        <w:t>پر فرض ہو چکا ہے فرض کہ انسان کو جو برکت پہنچانی ہے جس کو میں کہہ رہا</w:t>
      </w:r>
    </w:p>
    <w:p>
      <w:r>
        <w:rPr>
          <w:b/>
        </w:rPr>
        <w:t xml:space="preserve">[48:41] </w:t>
      </w:r>
      <w:r>
        <w:t>hoon ke khuda ka jo takhleeqi mansooba hai is se logon ko ba-khabar karna.</w:t>
      </w:r>
    </w:p>
    <w:p>
      <w:pPr>
        <w:jc w:val="right"/>
      </w:pPr>
      <w:r>
        <w:t>ہوں کہ خدا کا جو تخلیقی منصوبہ ہے اس سے لوگوں کو باخبر کرنا۔</w:t>
      </w:r>
    </w:p>
    <w:p>
      <w:r>
        <w:rPr>
          <w:b/>
        </w:rPr>
        <w:t xml:space="preserve">[48:46] </w:t>
      </w:r>
      <w:r>
        <w:t>jo framework hai sahi sahi is se insaan ko ba-khabar karna.</w:t>
      </w:r>
    </w:p>
    <w:p>
      <w:pPr>
        <w:jc w:val="right"/>
      </w:pPr>
      <w:r>
        <w:t>جو فریم ورک ہے صحیح صحیح اس سے انسان کو باخبر کرنا۔</w:t>
      </w:r>
    </w:p>
    <w:p>
      <w:r>
        <w:rPr>
          <w:b/>
        </w:rPr>
        <w:t xml:space="preserve">[48:51] </w:t>
      </w:r>
      <w:r>
        <w:t>yeh jo mehfooz quran hai is ko logon tak pahunchana.</w:t>
      </w:r>
    </w:p>
    <w:p>
      <w:pPr>
        <w:jc w:val="right"/>
      </w:pPr>
      <w:r>
        <w:t>یہ جو محفوظ قرآن ہے اس کو لوگوں تک پہنچانا۔</w:t>
      </w:r>
    </w:p>
    <w:p>
      <w:r>
        <w:rPr>
          <w:b/>
        </w:rPr>
        <w:t xml:space="preserve">[48:56] </w:t>
      </w:r>
      <w:r>
        <w:t>yeh sab jo hai aap ke upar itna zyada farz hai ke koi bhi bahana lena aap ke</w:t>
      </w:r>
    </w:p>
    <w:p>
      <w:pPr>
        <w:jc w:val="right"/>
      </w:pPr>
      <w:r>
        <w:t>یہ سب جو ہے آپ کے اوپر اتنا زیادہ فرض ہے کہ کوئی بھی بہانہ لینا آپ کے</w:t>
      </w:r>
    </w:p>
    <w:p>
      <w:r>
        <w:rPr>
          <w:b/>
        </w:rPr>
        <w:t xml:space="preserve">[49:01] </w:t>
      </w:r>
      <w:r>
        <w:t>liye jaiz hi</w:t>
      </w:r>
    </w:p>
    <w:p>
      <w:pPr>
        <w:jc w:val="right"/>
      </w:pPr>
      <w:r>
        <w:t>لئے جائز ہی</w:t>
      </w:r>
    </w:p>
    <w:p>
      <w:r>
        <w:rPr>
          <w:b/>
        </w:rPr>
        <w:t xml:space="preserve">[49:06] </w:t>
      </w:r>
      <w:r>
        <w:t>nahin hai.</w:t>
      </w:r>
    </w:p>
    <w:p>
      <w:pPr>
        <w:jc w:val="right"/>
      </w:pPr>
      <w:r>
        <w:t>نہیں ہے۔</w:t>
      </w:r>
    </w:p>
    <w:p>
      <w:r>
        <w:rPr>
          <w:b/>
        </w:rPr>
        <w:t xml:space="preserve">[49:11] </w:t>
      </w:r>
      <w:r>
        <w:t>kisi bhi bahane ko le kar ke agar aap yeh kaam na karein to bilashubah aap yeh khatra</w:t>
      </w:r>
    </w:p>
    <w:p>
      <w:pPr>
        <w:jc w:val="right"/>
      </w:pPr>
      <w:r>
        <w:t>کسی بھی بہانے کو لے کر کے اگر آپ یہ کام نہ کریں تو بلاشبہ آپ یہ خطرہ</w:t>
      </w:r>
    </w:p>
    <w:p>
      <w:r>
        <w:rPr>
          <w:b/>
        </w:rPr>
        <w:t xml:space="preserve">[49:16] </w:t>
      </w:r>
      <w:r>
        <w:t>mol le rahe hain ke Khuda aap par jannat ke darwaze na khole.</w:t>
      </w:r>
    </w:p>
    <w:p>
      <w:pPr>
        <w:jc w:val="right"/>
      </w:pPr>
      <w:r>
        <w:t>مول لے رہے ہیں کہ خدا آپ پر جنت کے دروازے نہ کھولے۔</w:t>
      </w:r>
    </w:p>
    <w:p>
      <w:r>
        <w:rPr>
          <w:b/>
        </w:rPr>
        <w:t xml:space="preserve">[49:21] </w:t>
      </w:r>
      <w:r>
        <w:t>koi bhi bahana aap ke liye jaiz nahi hai.</w:t>
      </w:r>
    </w:p>
    <w:p>
      <w:pPr>
        <w:jc w:val="right"/>
      </w:pPr>
      <w:r>
        <w:t>کوئی بھی بہانہ آپ کے لئے جائز نہیں ہے۔</w:t>
      </w:r>
    </w:p>
    <w:p>
      <w:r>
        <w:rPr>
          <w:b/>
        </w:rPr>
        <w:t xml:space="preserve">[49:26] </w:t>
      </w:r>
      <w:r>
        <w:t>woh jo door tha riwayti door us mein jin logon ne kaam kiya woh kaise kaam kiya? dekhiye</w:t>
      </w:r>
    </w:p>
    <w:p>
      <w:pPr>
        <w:jc w:val="right"/>
      </w:pPr>
      <w:r>
        <w:t>وہ جو دور تھا روایتی دور اس میں جن لوگوں نے کام کیا وہ کیسے کام کیا؟ دیکھئے</w:t>
      </w:r>
    </w:p>
    <w:p>
      <w:r>
        <w:rPr>
          <w:b/>
        </w:rPr>
        <w:t xml:space="preserve">[49:31] </w:t>
      </w:r>
      <w:r>
        <w:t>Qur'an mein mein aik misaal deta hoon. aise</w:t>
      </w:r>
    </w:p>
    <w:p>
      <w:pPr>
        <w:jc w:val="right"/>
      </w:pPr>
      <w:r>
        <w:t>قرآن میں میں ایک مثال دیتا ہوں۔ ایسے</w:t>
      </w:r>
    </w:p>
    <w:p>
      <w:r>
        <w:rPr>
          <w:b/>
        </w:rPr>
        <w:t xml:space="preserve">[49:36] </w:t>
      </w:r>
      <w:r>
        <w:t>sainkaron misalein hain.</w:t>
      </w:r>
    </w:p>
    <w:p>
      <w:pPr>
        <w:jc w:val="right"/>
      </w:pPr>
      <w:r>
        <w:t>سینکڑوں مثالیں ہیں۔</w:t>
      </w:r>
    </w:p>
    <w:p>
      <w:r>
        <w:rPr>
          <w:b/>
        </w:rPr>
        <w:t xml:space="preserve">[49:42] </w:t>
      </w:r>
      <w:r>
        <w:t>Qur'an mein hai Surah At-Taghabun.</w:t>
      </w:r>
    </w:p>
    <w:p>
      <w:pPr>
        <w:jc w:val="right"/>
      </w:pPr>
      <w:r>
        <w:t>قرآن میں ہے سورہ التغابن۔</w:t>
      </w:r>
    </w:p>
    <w:p>
      <w:r>
        <w:rPr>
          <w:b/>
        </w:rPr>
        <w:t xml:space="preserve">[49:48] </w:t>
      </w:r>
      <w:r>
        <w:t>iska number hai ghaliban 64.</w:t>
      </w:r>
    </w:p>
    <w:p>
      <w:pPr>
        <w:jc w:val="right"/>
      </w:pPr>
      <w:r>
        <w:t>اس کا نمبر ہے غالباً 64۔</w:t>
      </w:r>
    </w:p>
    <w:p>
      <w:r>
        <w:rPr>
          <w:b/>
        </w:rPr>
        <w:t xml:space="preserve">[49:54] </w:t>
      </w:r>
      <w:r>
        <w:t>64 yaani baab number 64 aur ayat number 14.</w:t>
      </w:r>
    </w:p>
    <w:p>
      <w:pPr>
        <w:jc w:val="right"/>
      </w:pPr>
      <w:r>
        <w:t>64 یعنی باب نمبر 64 اور آیت نمبر 14۔</w:t>
      </w:r>
    </w:p>
    <w:p>
      <w:r>
        <w:rPr>
          <w:b/>
        </w:rPr>
        <w:t xml:space="preserve">[50:01] </w:t>
      </w:r>
      <w:r>
        <w:t>to is mein hai ke "إن من أزواجكم وأولادكم عدو لكم فاعذروهم" tumhari biwiyan aur tumhari aulad</w:t>
      </w:r>
    </w:p>
    <w:p>
      <w:pPr>
        <w:jc w:val="right"/>
      </w:pPr>
      <w:r>
        <w:t>تو اس میں ہے کہ "إن من أزواجكم وأولادكم عدو لكم فاعذروهم" تمہاری بیویاں اور تمہاری اولاد</w:t>
      </w:r>
    </w:p>
    <w:p>
      <w:r>
        <w:rPr>
          <w:b/>
        </w:rPr>
        <w:t xml:space="preserve">[50:07] </w:t>
      </w:r>
      <w:r>
        <w:t>tumhare dushman hain un se bacho.</w:t>
      </w:r>
    </w:p>
    <w:p>
      <w:pPr>
        <w:jc w:val="right"/>
      </w:pPr>
      <w:r>
        <w:t>تمہارے دشمن ہیں ان سے بچو۔</w:t>
      </w:r>
    </w:p>
    <w:p>
      <w:r>
        <w:rPr>
          <w:b/>
        </w:rPr>
        <w:t xml:space="preserve">[50:13] </w:t>
      </w:r>
      <w:r>
        <w:t>yaani jin jin biwi bachon ko aap bahana banate hain us ko Qur'an dushman keh raha hai.</w:t>
      </w:r>
    </w:p>
    <w:p>
      <w:pPr>
        <w:jc w:val="right"/>
      </w:pPr>
      <w:r>
        <w:t>یعنی جن جن بیوی بچوں کو آپ بہانہ بناتے ہیں اس کو قرآن دشمن کہہ رہا ہے۔</w:t>
      </w:r>
    </w:p>
    <w:p>
      <w:r>
        <w:rPr>
          <w:b/>
        </w:rPr>
        <w:t xml:space="preserve">[50:19] </w:t>
      </w:r>
      <w:r>
        <w:t>jitne log bhi kaam nahi apne aap ko is mein waqf nahi karte woh kya hai? biwi bachon ka bahana.</w:t>
      </w:r>
    </w:p>
    <w:p>
      <w:pPr>
        <w:jc w:val="right"/>
      </w:pPr>
      <w:r>
        <w:t>جتنے لوگ بھی کام نہیں اپنے آپ کو اس میں وقف نہیں کرتے وہ کیا ہے؟ بیوی بچوں کا بہانہ۔</w:t>
      </w:r>
    </w:p>
    <w:p>
      <w:r>
        <w:rPr>
          <w:b/>
        </w:rPr>
        <w:t xml:space="preserve">[50:25] </w:t>
      </w:r>
      <w:r>
        <w:t>woh to dushman bata raha hai Qur'an us ko.</w:t>
      </w:r>
    </w:p>
    <w:p>
      <w:pPr>
        <w:jc w:val="right"/>
      </w:pPr>
      <w:r>
        <w:t>وہ تو دشمن بتا رہا ہے قرآن اس کو۔</w:t>
      </w:r>
    </w:p>
    <w:p>
      <w:r>
        <w:rPr>
          <w:b/>
        </w:rPr>
        <w:t xml:space="preserve">[50:32] </w:t>
      </w:r>
      <w:r>
        <w:t>Madine ke aik sahib the un ka naam tha Auf bin</w:t>
      </w:r>
    </w:p>
    <w:p>
      <w:pPr>
        <w:jc w:val="right"/>
      </w:pPr>
      <w:r>
        <w:t>مدینے کے ایک صاحب تھے ان کا نام تھا عوف بن</w:t>
      </w:r>
    </w:p>
    <w:p>
      <w:r>
        <w:rPr>
          <w:b/>
        </w:rPr>
        <w:t xml:space="preserve">[50:38] </w:t>
      </w:r>
      <w:r>
        <w:t>bin ashja. nahi. oaf bin malik ashja. oaf bin malik ashja. ye madine mein the. to un ke chhote bachche the. rasool allah ke sath un ko ek meham mein jana tha. ek dawat meham mein. to dusre log ja rahe the. ye jane lage to un ke bachche rone lage. bachche rone</w:t>
      </w:r>
    </w:p>
    <w:p>
      <w:pPr>
        <w:jc w:val="right"/>
      </w:pPr>
      <w:r>
        <w:t>بن اشجع۔ نہیں۔ عوف بن مالک اشجع۔ عوف بن مالک اشجع۔ یہ مدینے میں تھے۔ تو ان کے چھوٹے بچے تھے۔ رسول اللہ کے ساتھ ان کو ایک مہم میں جانا تھا۔ ایک دعوت مہم میں۔ تو دوسرے لوگ جا رہے تھے۔ یہ جانے لگے تو ان کے بچے رونے لگے۔ بچے رونے</w:t>
      </w:r>
    </w:p>
    <w:p>
      <w:r>
        <w:rPr>
          <w:b/>
        </w:rPr>
        <w:t xml:space="preserve">[51:08] </w:t>
      </w:r>
      <w:r>
        <w:t>lage. unhone kaha ke hum ko kis ke upar chhod ke ja rahe hain aap? ye waqea aap parh sakte hain tafsiron mein surah taghabun ke tehat ke bachchon ne ro kar kaha ke hum ko kis ke upar chhod ke ja rahe hain? to unhone chaha ke wo bachchon ki khatir na jayen. to quran mein ayat utri ke ye bachche tumhare dushman hain. adu lakum. faazurohum. un se bacho. un jin bachchon ko l</w:t>
      </w:r>
    </w:p>
    <w:p>
      <w:pPr>
        <w:jc w:val="right"/>
      </w:pPr>
      <w:r>
        <w:t>لگے۔ انہوں نے کہا کہ ہم کو کس کے اوپر چھوڑ کے جا رہے ہیں آپ؟ یہ واقعہ آپ پڑھ سکتے ہیں تفسیروں میں سورہ تغابن کے تحت کہ بچوں نے رو کر کہا کہ ہم کو کس کے اوپر چھوڑ کے جا رہے ہیں؟ تو انہوں نے چاہا کہ وہ بچوں کی خاطر نہ جائیں۔ تو قرآن میں آیت اتری کہ یہ بچے تمہارے دشمن ہیں۔ عدو لکم۔ فاعذروہم ان سے بچو۔ ان جن بچوں کو ل</w:t>
      </w:r>
    </w:p>
    <w:p>
      <w:r>
        <w:rPr>
          <w:b/>
        </w:rPr>
        <w:t xml:space="preserve">[51:38] </w:t>
      </w:r>
      <w:r>
        <w:t>le kar ke tum bahana bana rahe ho ke Rasool Allah ke sath dawat muhim mein na jao</w:t>
      </w:r>
    </w:p>
    <w:p>
      <w:pPr>
        <w:jc w:val="right"/>
      </w:pPr>
      <w:r>
        <w:t>ے کر کے تم بہانہ بنا رہے ہو کہ رسول اللہ کے ساتھ دعوت مہم میں نہ جاؤ</w:t>
      </w:r>
    </w:p>
    <w:p>
      <w:r>
        <w:rPr>
          <w:b/>
        </w:rPr>
        <w:t xml:space="preserve">[51:43] </w:t>
      </w:r>
      <w:r>
        <w:t>woh to tumhare dushman hain.</w:t>
      </w:r>
    </w:p>
    <w:p>
      <w:pPr>
        <w:jc w:val="right"/>
      </w:pPr>
      <w:r>
        <w:t>وہ تو تمہارے دشمن ہیں۔</w:t>
      </w:r>
    </w:p>
    <w:p>
      <w:r>
        <w:rPr>
          <w:b/>
        </w:rPr>
        <w:t xml:space="preserve">[51:48] </w:t>
      </w:r>
      <w:r>
        <w:t>إن من أزواجكم وأولادكم عدو لكم فاعذروہم aaj kal mein dekhta hoon ke mein itni dinon se kaam</w:t>
      </w:r>
    </w:p>
    <w:p>
      <w:pPr>
        <w:jc w:val="right"/>
      </w:pPr>
      <w:r>
        <w:t>إن من أزواجكم وأولادكم عدو لكم فاعذروہم آج کل میں دیکھتا ہوں کہ میں اتنی دنوں سے کام</w:t>
      </w:r>
    </w:p>
    <w:p>
      <w:r>
        <w:rPr>
          <w:b/>
        </w:rPr>
        <w:t xml:space="preserve">[51:53] </w:t>
      </w:r>
      <w:r>
        <w:t>kar raha hoon sab se bara bahana jo lete hain log biwi bachay ka.</w:t>
      </w:r>
    </w:p>
    <w:p>
      <w:pPr>
        <w:jc w:val="right"/>
      </w:pPr>
      <w:r>
        <w:t>کر رہا ہوں سب سے بڑا بہانہ جو لیتے ہیں لوگ بیوی بچے کا۔</w:t>
      </w:r>
    </w:p>
    <w:p>
      <w:r>
        <w:rPr>
          <w:b/>
        </w:rPr>
        <w:t xml:space="preserve">[51:59] </w:t>
      </w:r>
      <w:r>
        <w:t>bas us ko Qur'an dushman keh raha hai.</w:t>
      </w:r>
    </w:p>
    <w:p>
      <w:pPr>
        <w:jc w:val="right"/>
      </w:pPr>
      <w:r>
        <w:t>بس اس کو قرآن دشمن کہہ رہا ہے۔</w:t>
      </w:r>
    </w:p>
    <w:p>
      <w:r>
        <w:rPr>
          <w:b/>
        </w:rPr>
        <w:t xml:space="preserve">[52:04] </w:t>
      </w:r>
      <w:r>
        <w:t>dushman keh raha hai un ko.</w:t>
      </w:r>
    </w:p>
    <w:p>
      <w:pPr>
        <w:jc w:val="right"/>
      </w:pPr>
      <w:r>
        <w:t>دشمن کہہ رہا ہے ان کو۔</w:t>
      </w:r>
    </w:p>
    <w:p>
      <w:r>
        <w:rPr>
          <w:b/>
        </w:rPr>
        <w:t xml:space="preserve">[52:09] </w:t>
      </w:r>
      <w:r>
        <w:t>yaani aap ghor kijiye ke yeh bachay the chote bachay the aur sach much un ke paas kuch</w:t>
      </w:r>
    </w:p>
    <w:p>
      <w:pPr>
        <w:jc w:val="right"/>
      </w:pPr>
      <w:r>
        <w:t>یعنی آپ غور کیجئے کہ یہ بچے تھے چھوٹے بچے تھے اور سچ مچ ان کے پاس کچھ</w:t>
      </w:r>
    </w:p>
    <w:p>
      <w:r>
        <w:rPr>
          <w:b/>
        </w:rPr>
        <w:t xml:space="preserve">[52:13] </w:t>
      </w:r>
      <w:r>
        <w:t>saman nahi tha kaise jiyenge woh? aaj to har aadmi abad hai.</w:t>
      </w:r>
    </w:p>
    <w:p>
      <w:pPr>
        <w:jc w:val="right"/>
      </w:pPr>
      <w:r>
        <w:t>سامان نہیں تھا کیسے جئیں گے وہ؟ آج تو ہر آدمی آباد ہے۔</w:t>
      </w:r>
    </w:p>
    <w:p>
      <w:r>
        <w:rPr>
          <w:b/>
        </w:rPr>
        <w:t xml:space="preserve">[52:16] </w:t>
      </w:r>
      <w:r>
        <w:t>har aadmi gharon mein us ke paas ghar hai us ke paas car hai us ke paas naukri hai.</w:t>
      </w:r>
    </w:p>
    <w:p>
      <w:pPr>
        <w:jc w:val="right"/>
      </w:pPr>
      <w:r>
        <w:t>ہر آدمی گھروں میں اس کے پاس گھر ہے اس کے پاس کار ہے اس کے پاس نوکری ہے۔</w:t>
      </w:r>
    </w:p>
    <w:p>
      <w:r>
        <w:rPr>
          <w:b/>
        </w:rPr>
        <w:t xml:space="preserve">[52:20] </w:t>
      </w:r>
      <w:r>
        <w:t>phir bhi maa baap isi ke peeche daud rahe hain.</w:t>
      </w:r>
    </w:p>
    <w:p>
      <w:pPr>
        <w:jc w:val="right"/>
      </w:pPr>
      <w:r>
        <w:t>پھر بھی ماں باپ اسی کے پیچھے دوڑ رہے ہیں۔</w:t>
      </w:r>
    </w:p>
    <w:p>
      <w:r>
        <w:rPr>
          <w:b/>
        </w:rPr>
        <w:t xml:space="preserve">[52:24] </w:t>
      </w:r>
      <w:r>
        <w:t>aap ghhor kijiye.</w:t>
      </w:r>
    </w:p>
    <w:p>
      <w:pPr>
        <w:jc w:val="right"/>
      </w:pPr>
      <w:r>
        <w:t>آپ غور کیجئے۔</w:t>
      </w:r>
    </w:p>
    <w:p>
      <w:r>
        <w:rPr>
          <w:b/>
        </w:rPr>
        <w:t xml:space="preserve">[52:28] </w:t>
      </w:r>
      <w:r>
        <w:t>aaj ke bachche to aabaad hain.</w:t>
      </w:r>
    </w:p>
    <w:p>
      <w:pPr>
        <w:jc w:val="right"/>
      </w:pPr>
      <w:r>
        <w:t>آج کے بچے تو آباد ہیں۔</w:t>
      </w:r>
    </w:p>
    <w:p>
      <w:r>
        <w:rPr>
          <w:b/>
        </w:rPr>
        <w:t xml:space="preserve">[52:31] </w:t>
      </w:r>
      <w:r>
        <w:t>un ke paas naukri hai un ke paas car hai.</w:t>
      </w:r>
    </w:p>
    <w:p>
      <w:pPr>
        <w:jc w:val="right"/>
      </w:pPr>
      <w:r>
        <w:t>ان کے پاس نوکری ہے ان کے پاس کار ہے۔</w:t>
      </w:r>
    </w:p>
    <w:p>
      <w:r>
        <w:rPr>
          <w:b/>
        </w:rPr>
        <w:t xml:space="preserve">[52:35] </w:t>
      </w:r>
      <w:r>
        <w:t>aur phir bhi maa baap ko dekhen to usi ke peeche daud rahe hain.</w:t>
      </w:r>
    </w:p>
    <w:p>
      <w:pPr>
        <w:jc w:val="right"/>
      </w:pPr>
      <w:r>
        <w:t>اور پھر بھی ماں باپ کو دیکھیں تو اسی کے پیچھے دوڑ رہے ہیں۔</w:t>
      </w:r>
    </w:p>
    <w:p>
      <w:r>
        <w:rPr>
          <w:b/>
        </w:rPr>
        <w:t xml:space="preserve">[52:39] </w:t>
      </w:r>
      <w:r>
        <w:t>kehte hain ke sahib woh</w:t>
      </w:r>
    </w:p>
    <w:p>
      <w:pPr>
        <w:jc w:val="right"/>
      </w:pPr>
      <w:r>
        <w:t>کہتے ہیں کہ صاحب وہ</w:t>
      </w:r>
    </w:p>
    <w:p>
      <w:r>
        <w:rPr>
          <w:b/>
        </w:rPr>
        <w:t xml:space="preserve">[52:43] </w:t>
      </w:r>
      <w:r>
        <w:t>ye bahana bilashuba lena allah taala ko qabul nahi hoga. is qism ka bahana. koi bhi bahana. sab se bada kaam jo is waqt karna hai aap ko wo ye hai ke aap apni tarjeehhat ko reset karen. aap par farz hai ke aap apni tarjeehhat ko reset karen. reset karen apni tarjeehhat ko. koi aap ke pas choice dusra nahi hai. agar aap aisa nahi karte hain to ye khatra leejye</w:t>
      </w:r>
    </w:p>
    <w:p>
      <w:pPr>
        <w:jc w:val="right"/>
      </w:pPr>
      <w:r>
        <w:t>یہ بہانہ بلاشبہ لینا اللہ تعالیٰ کو قبول نہیں ہوگا۔ اس قسم کا بہانہ۔ کوئی بھی بہانہ۔ سب سے بڑا کام جو اس وقت کرنا ہے آپ کو وہ یہ ہے کہ آپ اپنی ترجیحات کو ری سیٹ کریں۔ آپ پر فرض ہے کہ آپ اپنی ترجیحات کو ری سیٹ کریں۔ ری سیٹ کریں اپنی ترجیحات کو۔ کوئی آپ کے پاس چوائس دوسرا نہیں ہے۔ اگر آپ ایسا نہیں کرتے ہیں تو یہ خطرہ لیجئے</w:t>
      </w:r>
    </w:p>
    <w:p>
      <w:r>
        <w:rPr>
          <w:b/>
        </w:rPr>
        <w:t xml:space="preserve">[53:13] </w:t>
      </w:r>
      <w:r>
        <w:t>ke aakhirat mein aap ke liye jannat ke darwaaze na khole jaayen.</w:t>
      </w:r>
    </w:p>
    <w:p>
      <w:pPr>
        <w:jc w:val="right"/>
      </w:pPr>
      <w:r>
        <w:t>کہ آخرت میں آپ کے لئے جنت کے دروازے نہ کھولے جائیں۔</w:t>
      </w:r>
    </w:p>
    <w:p>
      <w:r>
        <w:rPr>
          <w:b/>
        </w:rPr>
        <w:t xml:space="preserve">[53:18] </w:t>
      </w:r>
      <w:r>
        <w:t>yeh khatra lijiyega phir.</w:t>
      </w:r>
    </w:p>
    <w:p>
      <w:pPr>
        <w:jc w:val="right"/>
      </w:pPr>
      <w:r>
        <w:t>یہ خطرہ لیجئے پھر۔</w:t>
      </w:r>
    </w:p>
    <w:p>
      <w:r>
        <w:rPr>
          <w:b/>
        </w:rPr>
        <w:t xml:space="preserve">[53:23] </w:t>
      </w:r>
      <w:r>
        <w:t>aur jin bachchon ke liye aap yahan yeh kar rahe hain quran mein hai ke "ومَيَفِّرُ الْمُرْءَ مِنْ</w:t>
      </w:r>
    </w:p>
    <w:p>
      <w:pPr>
        <w:jc w:val="right"/>
      </w:pPr>
      <w:r>
        <w:t>اور جن بچوں کے لئے آپ یہاں یہ کر رہے ہیں قرآن میں ہے کہ "ومَيَفِّرُ الْمُرْءَ مِنْ</w:t>
      </w:r>
    </w:p>
    <w:p>
      <w:r>
        <w:rPr>
          <w:b/>
        </w:rPr>
        <w:t xml:space="preserve">[53:28] </w:t>
      </w:r>
      <w:r>
        <w:t>أَخِيهِ وَمَّهِ وَصَاحَبَتِهِ بَنِيهِ" yaani jis taraf bhaagega maa se beta beti se maa bhai se behan</w:t>
      </w:r>
    </w:p>
    <w:p>
      <w:pPr>
        <w:jc w:val="right"/>
      </w:pPr>
      <w:r>
        <w:t>أَخِيهِ وَمَّهِ وَصَاحَبَتِهِ بَنِيهِ" یعنی جس طرف بھاگے گا ماں سے بیٹا بیٹی سے ماں بھائی سے بہن</w:t>
      </w:r>
    </w:p>
    <w:p>
      <w:r>
        <w:rPr>
          <w:b/>
        </w:rPr>
        <w:t xml:space="preserve">[53:33] </w:t>
      </w:r>
      <w:r>
        <w:t>bhai behan se bhai sab ek doosre se bhaagenge.</w:t>
      </w:r>
    </w:p>
    <w:p>
      <w:pPr>
        <w:jc w:val="right"/>
      </w:pPr>
      <w:r>
        <w:t>بھائی بہن سے بھائی سب ایک دوسرے سے بھاگیں گے۔</w:t>
      </w:r>
    </w:p>
    <w:p>
      <w:r>
        <w:rPr>
          <w:b/>
        </w:rPr>
        <w:t xml:space="preserve">[53:38] </w:t>
      </w:r>
      <w:r>
        <w:t>yaani jin logon ke liye</w:t>
      </w:r>
    </w:p>
    <w:p>
      <w:pPr>
        <w:jc w:val="right"/>
      </w:pPr>
      <w:r>
        <w:t>یعنی جن لوگوں کے لئے</w:t>
      </w:r>
    </w:p>
    <w:p>
      <w:r>
        <w:rPr>
          <w:b/>
        </w:rPr>
        <w:t xml:space="preserve">[53:43] </w:t>
      </w:r>
      <w:r>
        <w:t>aap bahana le kar ke apne ko is mein waqf nahi kar pate hain wo aap ke aap ko sath chhod kar bhagenge. to yaad rakhiye koi bahana jaiz nahi hai aap ke liye. aap ko baharhal ye kaam karna hai. ye kaam karna hi karna hai aap ko. ek maine ek qaul parha ek bahut mujhe pasand</w:t>
      </w:r>
    </w:p>
    <w:p>
      <w:pPr>
        <w:jc w:val="right"/>
      </w:pPr>
      <w:r>
        <w:t>آپ بہانہ لے کر کے اپنے کو اس میں وقف نہیں کر پاتے ہیں وہ آپ کے آپ کو ساتھ چھوڑ کر بھاگیں گے۔ تو یاد رکھئے کوئی بہانہ جائز نہیں ہے آپ کے لئے۔ آپ کو بہرحال یہ کام کرنا ہے۔ یہ کام کرنا ہی کرنا ہے آپ کو۔ ایک میں نے ایک قول پڑھا ایک بہت مجھے پسند</w:t>
      </w:r>
    </w:p>
    <w:p>
      <w:r>
        <w:rPr>
          <w:b/>
        </w:rPr>
        <w:t xml:space="preserve">[54:13] </w:t>
      </w:r>
      <w:r>
        <w:t>aaya ke apne waqt ka apne waqt ka aur apne paise ka jo israf karte hain log yaani</w:t>
      </w:r>
    </w:p>
    <w:p>
      <w:pPr>
        <w:jc w:val="right"/>
      </w:pPr>
      <w:r>
        <w:t>آیا کہ اپنے وقت کا اپنے وقت کا اور اپنے پیسے کا جو اسراف کرتے ہیں لوگ یعنی</w:t>
      </w:r>
    </w:p>
    <w:p>
      <w:r>
        <w:rPr>
          <w:b/>
        </w:rPr>
        <w:t xml:space="preserve">[54:20] </w:t>
      </w:r>
      <w:r>
        <w:t>ghair zaroori cheezon mein paisa zaya karte hain.</w:t>
      </w:r>
    </w:p>
    <w:p>
      <w:pPr>
        <w:jc w:val="right"/>
      </w:pPr>
      <w:r>
        <w:t>غیر ضروری چیزوں میں پیسہ ضائع کرتے ہیں۔</w:t>
      </w:r>
    </w:p>
    <w:p>
      <w:r>
        <w:rPr>
          <w:b/>
        </w:rPr>
        <w:t xml:space="preserve">[54:28] </w:t>
      </w:r>
      <w:r>
        <w:t>ghair zaroori cheezon mein waqt zaya karte hain.</w:t>
      </w:r>
    </w:p>
    <w:p>
      <w:pPr>
        <w:jc w:val="right"/>
      </w:pPr>
      <w:r>
        <w:t>غیر ضروری چیزوں میں وقت ضائع کرتے ہیں۔</w:t>
      </w:r>
    </w:p>
    <w:p>
      <w:r>
        <w:rPr>
          <w:b/>
        </w:rPr>
        <w:t xml:space="preserve">[54:36] </w:t>
      </w:r>
      <w:r>
        <w:t>to is ke baare mein ek sahib ne kaha ek ghaaliban yeh tabai hain ke "ما رأيت اسرافاً إلا</w:t>
      </w:r>
    </w:p>
    <w:p>
      <w:pPr>
        <w:jc w:val="right"/>
      </w:pPr>
      <w:r>
        <w:t>تو اس کے بارے میں ایک صاحب نے کہا ایک غالباً یہ تابعی ہیں کہ "ما رأيت اسرافاً إلا</w:t>
      </w:r>
    </w:p>
    <w:p>
      <w:r>
        <w:rPr>
          <w:b/>
        </w:rPr>
        <w:t xml:space="preserve">[54:43] </w:t>
      </w:r>
      <w:r>
        <w:t>وبجانبه حق مضيع" ke jab bhi koi aadmi israf karta hai yaani apne waqt ko aur apne paise</w:t>
      </w:r>
    </w:p>
    <w:p>
      <w:pPr>
        <w:jc w:val="right"/>
      </w:pPr>
      <w:r>
        <w:t>وبجانبه حق مضيع" کہ جب بھی کوئی آدمی اسراف کرتا ہے یعنی اپنے وقت کو اور اپنے پیسے</w:t>
      </w:r>
    </w:p>
    <w:p>
      <w:r>
        <w:rPr>
          <w:b/>
        </w:rPr>
        <w:t xml:space="preserve">[54:48] </w:t>
      </w:r>
      <w:r>
        <w:t>ko zaya karta hai to woh is is soorat-e-haal mein hota hai ke is ke baghair us ne</w:t>
      </w:r>
    </w:p>
    <w:p>
      <w:pPr>
        <w:jc w:val="right"/>
      </w:pPr>
      <w:r>
        <w:t>کو ضائع کرتا ہے تو وہ اس اس صورتحال میں ہوتا ہے کہ اس کے بقدر اس نے</w:t>
      </w:r>
    </w:p>
    <w:p>
      <w:r>
        <w:rPr>
          <w:b/>
        </w:rPr>
        <w:t xml:space="preserve">[54:53] </w:t>
      </w:r>
      <w:r>
        <w:t>koi doosra kaam nahin kiya hai.</w:t>
      </w:r>
    </w:p>
    <w:p>
      <w:pPr>
        <w:jc w:val="right"/>
      </w:pPr>
      <w:r>
        <w:t>کوئی دوسرا کام نہیں کیا ہے۔</w:t>
      </w:r>
    </w:p>
    <w:p>
      <w:r>
        <w:rPr>
          <w:b/>
        </w:rPr>
        <w:t xml:space="preserve">[54:58] </w:t>
      </w:r>
      <w:r>
        <w:t>yaani apne paise ko kahin aur laga sakta tha wahan nahin lagaya.</w:t>
      </w:r>
    </w:p>
    <w:p>
      <w:pPr>
        <w:jc w:val="right"/>
      </w:pPr>
      <w:r>
        <w:t>یعنی اپنے پیسے کو کہیں اور لگا سکتا تھا وہاں نہیں لگایا۔</w:t>
      </w:r>
    </w:p>
    <w:p>
      <w:r>
        <w:rPr>
          <w:b/>
        </w:rPr>
        <w:t xml:space="preserve">[55:03] </w:t>
      </w:r>
      <w:r>
        <w:t>apne waqt ko kahin aur laga sakta tha wahan nahin lagaya.</w:t>
      </w:r>
    </w:p>
    <w:p>
      <w:pPr>
        <w:jc w:val="right"/>
      </w:pPr>
      <w:r>
        <w:t>اپنے وقت کو کہیں اور لگا سکتا تھا وہاں نہیں لگایا۔</w:t>
      </w:r>
    </w:p>
    <w:p>
      <w:r>
        <w:rPr>
          <w:b/>
        </w:rPr>
        <w:t xml:space="preserve">[55:08] </w:t>
      </w:r>
      <w:r>
        <w:t>aap ghhor kijiye kitni</w:t>
      </w:r>
    </w:p>
    <w:p>
      <w:pPr>
        <w:jc w:val="right"/>
      </w:pPr>
      <w:r>
        <w:t>آپ غور کیجئے کتنی</w:t>
      </w:r>
    </w:p>
    <w:p>
      <w:r>
        <w:rPr>
          <w:b/>
        </w:rPr>
        <w:t xml:space="preserve">[55:14] </w:t>
      </w:r>
      <w:r>
        <w:t>sakht baaten hain yeh.</w:t>
      </w:r>
    </w:p>
    <w:p>
      <w:pPr>
        <w:jc w:val="right"/>
      </w:pPr>
      <w:r>
        <w:t>سخت باتیں ہیں یہ۔</w:t>
      </w:r>
    </w:p>
    <w:p>
      <w:r>
        <w:rPr>
          <w:b/>
        </w:rPr>
        <w:t xml:space="preserve">[55:17] </w:t>
      </w:r>
      <w:r>
        <w:t>kitni sakht baaten hain yeh.</w:t>
      </w:r>
    </w:p>
    <w:p>
      <w:pPr>
        <w:jc w:val="right"/>
      </w:pPr>
      <w:r>
        <w:t>کتنی سخت باتیں ہیں یہ۔</w:t>
      </w:r>
    </w:p>
    <w:p>
      <w:r>
        <w:rPr>
          <w:b/>
        </w:rPr>
        <w:t xml:space="preserve">[55:21] </w:t>
      </w:r>
      <w:r>
        <w:t>yeh main jo keh raha hoon to main ne pehli yeh arz kiya tha ke ke aaj ka</w:t>
      </w:r>
    </w:p>
    <w:p>
      <w:pPr>
        <w:jc w:val="right"/>
      </w:pPr>
      <w:r>
        <w:t>یہ میں جو کہہ رہا ہوں تو میں نے پہلی یہ عرض کیا تھا کہ کہ آج کا</w:t>
      </w:r>
    </w:p>
    <w:p>
      <w:r>
        <w:rPr>
          <w:b/>
        </w:rPr>
        <w:t xml:space="preserve">[55:25] </w:t>
      </w:r>
      <w:r>
        <w:t>jo mauzu hai woh hai toote hue dil.</w:t>
      </w:r>
    </w:p>
    <w:p>
      <w:pPr>
        <w:jc w:val="right"/>
      </w:pPr>
      <w:r>
        <w:t>جو موضوع ہے وہ ہے ٹوٹے ہوئے دل۔</w:t>
      </w:r>
    </w:p>
    <w:p>
      <w:r>
        <w:rPr>
          <w:b/>
        </w:rPr>
        <w:t xml:space="preserve">[55:29] </w:t>
      </w:r>
      <w:r>
        <w:t>aaj ka jo mozu hai woh hai tukre tukre toote hue dil.</w:t>
      </w:r>
    </w:p>
    <w:p>
      <w:pPr>
        <w:jc w:val="right"/>
      </w:pPr>
      <w:r>
        <w:t>آج کا جو موضوع ہے وہ ہے ٹکڑے ٹکڑے ٹوٹے ہوئے دل۔</w:t>
      </w:r>
    </w:p>
    <w:p>
      <w:r>
        <w:rPr>
          <w:b/>
        </w:rPr>
        <w:t xml:space="preserve">[55:33] </w:t>
      </w:r>
      <w:r>
        <w:t>mujhe nahi maloom ke mein abhi kab tak zinda rahoon ga lekin mein chahta hoon ke aakhri baat</w:t>
      </w:r>
    </w:p>
    <w:p>
      <w:pPr>
        <w:jc w:val="right"/>
      </w:pPr>
      <w:r>
        <w:t>مجھے نہیں معلوم کہ میں ابھی کب تک زندہ رہوں گا لیکن میں چاہتا ہوں کہ آخری بات</w:t>
      </w:r>
    </w:p>
    <w:p>
      <w:r>
        <w:rPr>
          <w:b/>
        </w:rPr>
        <w:t xml:space="preserve">[55:37] </w:t>
      </w:r>
      <w:r>
        <w:t>aap se keh doon.</w:t>
      </w:r>
    </w:p>
    <w:p>
      <w:pPr>
        <w:jc w:val="right"/>
      </w:pPr>
      <w:r>
        <w:t>آپ سے کہہ دوں۔</w:t>
      </w:r>
    </w:p>
    <w:p>
      <w:r>
        <w:rPr>
          <w:b/>
        </w:rPr>
        <w:t xml:space="preserve">[55:41] </w:t>
      </w:r>
      <w:r>
        <w:t>woh aakhri baat yahi hai.</w:t>
      </w:r>
    </w:p>
    <w:p>
      <w:pPr>
        <w:jc w:val="right"/>
      </w:pPr>
      <w:r>
        <w:t>وہ آخری بات یہی ہے۔</w:t>
      </w:r>
    </w:p>
    <w:p>
      <w:r>
        <w:rPr>
          <w:b/>
        </w:rPr>
        <w:t xml:space="preserve">[55:45] </w:t>
      </w:r>
      <w:r>
        <w:t>wo aakhri baat yahi hai ke maine apni haddiyon ko pighla kar apne khoon ko khushk kar ke apni jawani ko budhape mein tabdeel kar ke ye kiya ke pehle marhale ka kaam kar diya. adab tayar kar diya. aur daryaft kiya phir se wo islam ko jo islam chhuop chuka tha pardo mein jaisa ke hadith mein aya hai. us ko phir se daryaft kiya. aur us ko kitabon mein likh diya</w:t>
      </w:r>
    </w:p>
    <w:p>
      <w:pPr>
        <w:jc w:val="right"/>
      </w:pPr>
      <w:r>
        <w:t>وہ آخری بات یہی ہے کہ میں نے اپنی ہڈیوں کو پگھلا کر اپنے خون کو خشک کر کے اپنی جوانی کو بڑھاپے میں تبدیل کر کے یہ کیا کہ پہلے مرحلے کا کام کر دیا۔ ادب تیار کر دیا۔ اور دریافت کیا پھر سے وہ اسلام کو جو اسلام چھپ چکا تھا پردوں میں جیسا کہ حدیث میں آیا ہے۔ اس کو پھر سے دریافت کیا۔ اور اس کو کتابوں میں لکھ دیا</w:t>
      </w:r>
    </w:p>
    <w:p>
      <w:r>
        <w:rPr>
          <w:b/>
        </w:rPr>
        <w:t xml:space="preserve">[56:15] </w:t>
      </w:r>
      <w:r>
        <w:t>—</w:t>
      </w:r>
    </w:p>
    <w:p>
      <w:pPr>
        <w:jc w:val="right"/>
      </w:pPr>
      <w:r>
        <w:t>۔</w:t>
      </w:r>
    </w:p>
    <w:p>
      <w:r>
        <w:rPr>
          <w:b/>
        </w:rPr>
        <w:t xml:space="preserve">[56:18] </w:t>
      </w:r>
      <w:r>
        <w:t>aur Allah taala ne aise saathi bhi diye mashallah ke ab woh kaam jo hai ek buniyad mil</w:t>
      </w:r>
    </w:p>
    <w:p>
      <w:pPr>
        <w:jc w:val="right"/>
      </w:pPr>
      <w:r>
        <w:t>اور اللہ تعالیٰ نے ایسے ساتھی بھی دیئے ماشاءاللہ کہ اب وہ کام جو ہے ایک بنیاد مل</w:t>
      </w:r>
    </w:p>
    <w:p>
      <w:r>
        <w:rPr>
          <w:b/>
        </w:rPr>
        <w:t xml:space="preserve">[56:22] </w:t>
      </w:r>
      <w:r>
        <w:t>gaya is kaam ko.</w:t>
      </w:r>
    </w:p>
    <w:p>
      <w:pPr>
        <w:jc w:val="right"/>
      </w:pPr>
      <w:r>
        <w:t>گیا اس کام کو۔</w:t>
      </w:r>
    </w:p>
    <w:p>
      <w:r>
        <w:rPr>
          <w:b/>
        </w:rPr>
        <w:t xml:space="preserve">[56:26] </w:t>
      </w:r>
      <w:r>
        <w:t>ek buniyad mil gaya.</w:t>
      </w:r>
    </w:p>
    <w:p>
      <w:pPr>
        <w:jc w:val="right"/>
      </w:pPr>
      <w:r>
        <w:t>ایک بنیاد مل گیا۔</w:t>
      </w:r>
    </w:p>
    <w:p>
      <w:r>
        <w:rPr>
          <w:b/>
        </w:rPr>
        <w:t xml:space="preserve">[56:30] </w:t>
      </w:r>
      <w:r>
        <w:t>aur mujhe yaqeen hai ke yeh buniyad jo hai is baat ka zaman hai ke yeh kaam chalta</w:t>
      </w:r>
    </w:p>
    <w:p>
      <w:pPr>
        <w:jc w:val="right"/>
      </w:pPr>
      <w:r>
        <w:t>اور مجھے یقین ہے کہ یہ بنیاد جو ہے اس بات کا ضامن ہے کہ یہ کام چلتا</w:t>
      </w:r>
    </w:p>
    <w:p>
      <w:r>
        <w:rPr>
          <w:b/>
        </w:rPr>
        <w:t xml:space="preserve">[56:33] </w:t>
      </w:r>
      <w:r>
        <w:t>hi rahe ga. aage.</w:t>
      </w:r>
    </w:p>
    <w:p>
      <w:pPr>
        <w:jc w:val="right"/>
      </w:pPr>
      <w:r>
        <w:t>ہی رہے گا۔ آگے۔</w:t>
      </w:r>
    </w:p>
    <w:p>
      <w:r>
        <w:rPr>
          <w:b/>
        </w:rPr>
        <w:t xml:space="preserve">[56:37] </w:t>
      </w:r>
      <w:r>
        <w:t>ek sahabi the un ka naam tha labeed.</w:t>
      </w:r>
    </w:p>
    <w:p>
      <w:pPr>
        <w:jc w:val="right"/>
      </w:pPr>
      <w:r>
        <w:t>ایک صحابی تھے ان کا نام تھا لبید۔</w:t>
      </w:r>
    </w:p>
    <w:p>
      <w:r>
        <w:rPr>
          <w:b/>
        </w:rPr>
        <w:t xml:space="preserve">[56:41] </w:t>
      </w:r>
      <w:r>
        <w:t>yeh is zamane ke ek bade shair</w:t>
      </w:r>
    </w:p>
    <w:p>
      <w:pPr>
        <w:jc w:val="right"/>
      </w:pPr>
      <w:r>
        <w:t>یہ اس زمانے کے ایک بڑے شاعر</w:t>
      </w:r>
    </w:p>
    <w:p>
      <w:r>
        <w:rPr>
          <w:b/>
        </w:rPr>
        <w:t xml:space="preserve">[56:45] </w:t>
      </w:r>
      <w:r>
        <w:t>the.</w:t>
      </w:r>
    </w:p>
    <w:p>
      <w:pPr>
        <w:jc w:val="right"/>
      </w:pPr>
      <w:r>
        <w:t>تھے۔</w:t>
      </w:r>
    </w:p>
    <w:p>
      <w:r>
        <w:rPr>
          <w:b/>
        </w:rPr>
        <w:t xml:space="preserve">[56:49] </w:t>
      </w:r>
      <w:r>
        <w:t>yaani jis ko kehte hain sab'a mu'allaqa.</w:t>
      </w:r>
    </w:p>
    <w:p>
      <w:pPr>
        <w:jc w:val="right"/>
      </w:pPr>
      <w:r>
        <w:t>یعنی جس کو کہتے ہیں سبا معلقہ۔</w:t>
      </w:r>
    </w:p>
    <w:p>
      <w:r>
        <w:rPr>
          <w:b/>
        </w:rPr>
        <w:t xml:space="preserve">[56:53] </w:t>
      </w:r>
      <w:r>
        <w:t>saat bade shura ka kalam jo kaaba mein latkaya gaya tha usay kehte hain sab'a mu'allaqa.</w:t>
      </w:r>
    </w:p>
    <w:p>
      <w:pPr>
        <w:jc w:val="right"/>
      </w:pPr>
      <w:r>
        <w:t>سات بڑے شعراء کا کلام جو کعبہ میں لٹکایا گیا تھا اسے کہتے ہیں سبا معلقہ۔</w:t>
      </w:r>
    </w:p>
    <w:p>
      <w:r>
        <w:rPr>
          <w:b/>
        </w:rPr>
        <w:t xml:space="preserve">[56:57] </w:t>
      </w:r>
      <w:r>
        <w:t>us mein se ek yeh the.</w:t>
      </w:r>
    </w:p>
    <w:p>
      <w:pPr>
        <w:jc w:val="right"/>
      </w:pPr>
      <w:r>
        <w:t>اس میں سے ایک یہ تھے۔</w:t>
      </w:r>
    </w:p>
    <w:p>
      <w:r>
        <w:rPr>
          <w:b/>
        </w:rPr>
        <w:t xml:space="preserve">[57:02] </w:t>
      </w:r>
      <w:r>
        <w:t>jab unhon ne Islam qubool kiya to unhon ne shairi chhod di.</w:t>
      </w:r>
    </w:p>
    <w:p>
      <w:pPr>
        <w:jc w:val="right"/>
      </w:pPr>
      <w:r>
        <w:t>جب انہوں نے اسلام قبول کیا تو انہوں نے شاعری چھوڑ دی۔</w:t>
      </w:r>
    </w:p>
    <w:p>
      <w:r>
        <w:rPr>
          <w:b/>
        </w:rPr>
        <w:t xml:space="preserve">[57:06] </w:t>
      </w:r>
      <w:r>
        <w:t>shairi chhod di.</w:t>
      </w:r>
    </w:p>
    <w:p>
      <w:pPr>
        <w:jc w:val="right"/>
      </w:pPr>
      <w:r>
        <w:t>شاعری چھوڑ دی۔</w:t>
      </w:r>
    </w:p>
    <w:p>
      <w:r>
        <w:rPr>
          <w:b/>
        </w:rPr>
        <w:t xml:space="preserve">[57:10] </w:t>
      </w:r>
      <w:r>
        <w:t>to kisi ne kaha ke aap ne shairi kyun chhod di? to unhon ne kaha 'ibad al-Quran kya</w:t>
      </w:r>
    </w:p>
    <w:p>
      <w:pPr>
        <w:jc w:val="right"/>
      </w:pPr>
      <w:r>
        <w:t>تو کسی نے کہا کہ آپ نے شاعری کیوں چھوڑ دی؟ تو انہوں نے کہا عباد القرآن کیا</w:t>
      </w:r>
    </w:p>
    <w:p>
      <w:r>
        <w:rPr>
          <w:b/>
        </w:rPr>
        <w:t xml:space="preserve">[57:14] </w:t>
      </w:r>
      <w:r>
        <w:t>Quran ke baad bhi?</w:t>
      </w:r>
    </w:p>
    <w:p>
      <w:pPr>
        <w:jc w:val="right"/>
      </w:pPr>
      <w:r>
        <w:t>قرآن کے بعد بھی؟</w:t>
      </w:r>
    </w:p>
    <w:p>
      <w:r>
        <w:rPr>
          <w:b/>
        </w:rPr>
        <w:t xml:space="preserve">[57:19] </w:t>
      </w:r>
      <w:r>
        <w:t>'ibad al-Quran kya Quran ke baad bhi? to mein aap se kehta hoon ke jab itna sab kuch</w:t>
      </w:r>
    </w:p>
    <w:p>
      <w:pPr>
        <w:jc w:val="right"/>
      </w:pPr>
      <w:r>
        <w:t>عباد القرآن کیا قرآن کے بعد بھی؟ تو میں آپ سے کہتا ہوں کہ جب اتنا سب کچھ</w:t>
      </w:r>
    </w:p>
    <w:p>
      <w:r>
        <w:rPr>
          <w:b/>
        </w:rPr>
        <w:t xml:space="preserve">[57:24] </w:t>
      </w:r>
      <w:r>
        <w:t>ho chuka hai to us ke baad kya aap bahana len ge? kya doosre kamon mein masroof rahen</w:t>
      </w:r>
    </w:p>
    <w:p>
      <w:pPr>
        <w:jc w:val="right"/>
      </w:pPr>
      <w:r>
        <w:t>ہو چکا ہے تو اس کے بعد کیا آپ بہانہ لیں گے؟ کیا دوسرے کاموں میں مشغول رہیں</w:t>
      </w:r>
    </w:p>
    <w:p>
      <w:r>
        <w:rPr>
          <w:b/>
        </w:rPr>
        <w:t xml:space="preserve">[57:29] </w:t>
      </w:r>
      <w:r>
        <w:t>ge aap? kya aap jo kuch us par waqf nahi karen ge? to hamare baap Fareeduddin Khan ne</w:t>
      </w:r>
    </w:p>
    <w:p>
      <w:pPr>
        <w:jc w:val="right"/>
      </w:pPr>
      <w:r>
        <w:t>گے آپ؟ کیا آپ جو کچھ اس پر وقف نہیں کریں گے؟ تو ہمارے باپ فرید الدین خامنہؤ</w:t>
      </w:r>
    </w:p>
    <w:p>
      <w:r>
        <w:rPr>
          <w:b/>
        </w:rPr>
        <w:t xml:space="preserve">[57:34] </w:t>
      </w:r>
      <w:r>
        <w:t>kaha karte the ke Khuda ko munh dikhana hai.</w:t>
      </w:r>
    </w:p>
    <w:p>
      <w:pPr>
        <w:jc w:val="right"/>
      </w:pPr>
      <w:r>
        <w:t>کا کہا کرتے تھے کہ خدا کو منہ دکھانا ہے۔</w:t>
      </w:r>
    </w:p>
    <w:p>
      <w:r>
        <w:rPr>
          <w:b/>
        </w:rPr>
        <w:t xml:space="preserve">[57:39] </w:t>
      </w:r>
      <w:r>
        <w:t>Khuda ko munh dikhana hai.</w:t>
      </w:r>
    </w:p>
    <w:p>
      <w:pPr>
        <w:jc w:val="right"/>
      </w:pPr>
      <w:r>
        <w:t>خدا کو منہ دکھانا ہے۔</w:t>
      </w:r>
    </w:p>
    <w:p>
      <w:r>
        <w:rPr>
          <w:b/>
        </w:rPr>
        <w:t xml:space="preserve">[57:44] </w:t>
      </w:r>
      <w:r>
        <w:t>to khuda ko kya munh dikhayenge? kya munh dikhayenge khuda ko? ke ek aadmi ne apne aap ko</w:t>
      </w:r>
    </w:p>
    <w:p>
      <w:pPr>
        <w:jc w:val="right"/>
      </w:pPr>
      <w:r>
        <w:t>تو خدا کو کیا منہ دکھائیں گے؟ کیا منہ دکھائیں گے خدا کو؟ کہ ایک آدمی نے اپنے آپ کو</w:t>
      </w:r>
    </w:p>
    <w:p>
      <w:r>
        <w:rPr>
          <w:b/>
        </w:rPr>
        <w:t xml:space="preserve">[57:49] </w:t>
      </w:r>
      <w:r>
        <w:t>fana kar ke buniyad bana di. aap ko is buniyad ko le kar aage badhna tha to aap kyun nahi aage badhe? to main aap se kehta hoon ke aap mein se ek ek shakhs jis par yeh wazeh ho chuka hai ke yeh sachai hai is par farz hai ke is par waqf kare apne aap ko. agar woh agar woh samajhta hai ke yeh galat kaam hai aur is ke paas wajah hai is par mantiq hai is par daleel hai to is ke paas ek bahana</w:t>
      </w:r>
    </w:p>
    <w:p>
      <w:pPr>
        <w:jc w:val="right"/>
      </w:pPr>
      <w:r>
        <w:t>فنا کر کے بنیاد بنا دی۔ آپ کو اس بنیاد کو لے کر آگے بڑھنا تھا تو آپ کیوں نہیں آگے بڑھے؟ تو میں آپ سے کہتا ہوں کہ آپ میں سے ایک ایک شخص جس پر یہ واضح ہو چکا ہے کہ یہ سچائی ہے اس پر فرض ہے کہ اس پر وقف کرے اپنے آپ کو۔ اگر وہ اگر وہ سمجھتا ہے کہ یہ غلط کام ہے اور اس کے پاس وجہ ہے اس پر منطق ہے اس پر دلیل ہے تو اس کے پاس ایک بہانہ</w:t>
      </w:r>
    </w:p>
    <w:p>
      <w:r>
        <w:rPr>
          <w:b/>
        </w:rPr>
        <w:t xml:space="preserve">[58:19] </w:t>
      </w:r>
      <w:r>
        <w:t>he.</w:t>
      </w:r>
    </w:p>
    <w:p>
      <w:pPr>
        <w:jc w:val="right"/>
      </w:pPr>
      <w:r>
        <w:t>ہے۔</w:t>
      </w:r>
    </w:p>
    <w:p>
      <w:r>
        <w:rPr>
          <w:b/>
        </w:rPr>
        <w:t xml:space="preserve">[58:25] </w:t>
      </w:r>
      <w:r>
        <w:t>mantiq se yaani quran aur islam ki mantiq se woh agar samajhta hai ke yeh kaam sahi nahi</w:t>
      </w:r>
    </w:p>
    <w:p>
      <w:pPr>
        <w:jc w:val="right"/>
      </w:pPr>
      <w:r>
        <w:t>منطق سے یعنی قرآن اور اسلام کی منطق سے وہ اگر سمجھتا ہے کہ یہ کام صحیح نہیں</w:t>
      </w:r>
    </w:p>
    <w:p>
      <w:r>
        <w:rPr>
          <w:b/>
        </w:rPr>
        <w:t xml:space="preserve">[58:31] </w:t>
      </w:r>
      <w:r>
        <w:t>hai to is ke paas ek bahana hai.</w:t>
      </w:r>
    </w:p>
    <w:p>
      <w:pPr>
        <w:jc w:val="right"/>
      </w:pPr>
      <w:r>
        <w:t>ہے تو اس کے پاس ایک بہانہ ہے۔</w:t>
      </w:r>
    </w:p>
    <w:p>
      <w:r>
        <w:rPr>
          <w:b/>
        </w:rPr>
        <w:t xml:space="preserve">[58:37] </w:t>
      </w:r>
      <w:r>
        <w:t>lekin jis aadmi par khul gaya ho ke yeh sahi kaam hai aur yeh quran o hadees wala</w:t>
      </w:r>
    </w:p>
    <w:p>
      <w:pPr>
        <w:jc w:val="right"/>
      </w:pPr>
      <w:r>
        <w:t>لیکن جس آدمی پر کھل گیا ہو کہ یہ صحیح کام ہے اور یہ قرآن و حدیث والا</w:t>
      </w:r>
    </w:p>
    <w:p>
      <w:r>
        <w:rPr>
          <w:b/>
        </w:rPr>
        <w:t xml:space="preserve">[58:44] </w:t>
      </w:r>
      <w:r>
        <w:t>kaam hai to is ke liye farz hai.</w:t>
      </w:r>
    </w:p>
    <w:p>
      <w:pPr>
        <w:jc w:val="right"/>
      </w:pPr>
      <w:r>
        <w:t>کام ہے تو اس کے لئے فرض ہے۔</w:t>
      </w:r>
    </w:p>
    <w:p>
      <w:r>
        <w:rPr>
          <w:b/>
        </w:rPr>
        <w:t xml:space="preserve">[58:50] </w:t>
      </w:r>
      <w:r>
        <w:t>koi bahana nahi le sakta woh.</w:t>
      </w:r>
    </w:p>
    <w:p>
      <w:pPr>
        <w:jc w:val="right"/>
      </w:pPr>
      <w:r>
        <w:t>کوئی بہانہ نہیں لے سکتا وہ۔</w:t>
      </w:r>
    </w:p>
    <w:p>
      <w:r>
        <w:rPr>
          <w:b/>
        </w:rPr>
        <w:t xml:space="preserve">[58:56] </w:t>
      </w:r>
      <w:r>
        <w:t>is ko to behraal apne aap ko is par waqf karna hai.</w:t>
      </w:r>
    </w:p>
    <w:p>
      <w:pPr>
        <w:jc w:val="right"/>
      </w:pPr>
      <w:r>
        <w:t>اس کو تو بہرحال اپنے آپ کو اس پر وقف کرنا ہے۔</w:t>
      </w:r>
    </w:p>
    <w:p>
      <w:r>
        <w:rPr>
          <w:b/>
        </w:rPr>
        <w:t xml:space="preserve">[59:02] </w:t>
      </w:r>
      <w:r>
        <w:t>koi doosra option is ke liye baqi nahi raha hai.</w:t>
      </w:r>
    </w:p>
    <w:p>
      <w:pPr>
        <w:jc w:val="right"/>
      </w:pPr>
      <w:r>
        <w:t>کوئی دوسرا آپشن اس کے لئے باقی نہیں رہا ہے۔</w:t>
      </w:r>
    </w:p>
    <w:p>
      <w:r>
        <w:rPr>
          <w:b/>
        </w:rPr>
        <w:t xml:space="preserve">[59:09] </w:t>
      </w:r>
      <w:r>
        <w:t>to bradley ne jo kaha tha ke aaj ke insaan ko science mazhab ki zaroorat hai.</w:t>
      </w:r>
    </w:p>
    <w:p>
      <w:pPr>
        <w:jc w:val="right"/>
      </w:pPr>
      <w:r>
        <w:t>تو بریڈلے نے جو کہا تھا کہ آج کے انسان کو سائنسی مذہب کی ضرورت ہے۔</w:t>
      </w:r>
    </w:p>
    <w:p>
      <w:r>
        <w:rPr>
          <w:b/>
        </w:rPr>
        <w:t xml:space="preserve">[59:16] </w:t>
      </w:r>
      <w:r>
        <w:t>aaj ke insaan ko science mazhab ki zaroorat hai.</w:t>
      </w:r>
    </w:p>
    <w:p>
      <w:pPr>
        <w:jc w:val="right"/>
      </w:pPr>
      <w:r>
        <w:t>آج کے انسان کو سائنسی مذہب کی ضرورت ہے۔</w:t>
      </w:r>
    </w:p>
    <w:p>
      <w:r>
        <w:rPr>
          <w:b/>
        </w:rPr>
        <w:t xml:space="preserve">[59:24] </w:t>
      </w:r>
      <w:r>
        <w:t>to chounke woh jaanta nahi tha quran ko ya islam ko to aisa us ne kaha.</w:t>
      </w:r>
    </w:p>
    <w:p>
      <w:pPr>
        <w:jc w:val="right"/>
      </w:pPr>
      <w:r>
        <w:t>تو چونکہ وہ جانتا نہیں تھا قرآن کو یا اسلام کو تو ایسا اس نے کہا۔</w:t>
      </w:r>
    </w:p>
    <w:p>
      <w:r>
        <w:rPr>
          <w:b/>
        </w:rPr>
        <w:t xml:space="preserve">[59:31] </w:t>
      </w:r>
      <w:r>
        <w:t>agar woh jaanta ke woh mazhab mehfooz halat mein maujood</w:t>
      </w:r>
    </w:p>
    <w:p>
      <w:pPr>
        <w:jc w:val="right"/>
      </w:pPr>
      <w:r>
        <w:t>اگر وہ جانتا کہ وہ مذہب محفوظ حالت میں موجود</w:t>
      </w:r>
    </w:p>
    <w:p>
      <w:r>
        <w:rPr>
          <w:b/>
        </w:rPr>
        <w:t xml:space="preserve">[59:39] </w:t>
      </w:r>
      <w:r>
        <w:t>hai Arabic zaban mein to yeh kehta hai ke aaj ke insaan ko Islam ki zaroorat hai jo aaj ki zarooraton ko poora karta hai. jo aaj ke zehn ko durust karta hai. jo sciencee meyar par poora utarta hai. jo aaj ke insaan ki rehnumai karta hai. jo aaj ke insaan ko framework deta hai jis mein woh sahi taur par soch sake. sahi framework. aaj ke insaan ko sab se zyada zaroorat jis baat ki hai woh sahi fre</w:t>
      </w:r>
    </w:p>
    <w:p>
      <w:pPr>
        <w:jc w:val="right"/>
      </w:pPr>
      <w:r>
        <w:t>ہے عربک زبان میں تو یہ کہتا ہے کہ آج کے انسان کو اسلام کی ضرورت ہے جو آج کی ضرورتوں کو پورا کرتا ہے۔ جو آج کے ذہن کو درست کرتا ہے۔ جو سائنسی معیار پر پورا اترتا ہے۔ جو آج کے انسان کی رہنمائی کرتا ہے۔ جو آج کے انسان کو فریم ورک دیتا ہے جس میں وہ صحیح طور پر سوچ سکے۔ صحیح فریم ورک۔ آج کے انسان کو سب سے زیادہ ضرورت جس بات کی ہے وہ صحیح فری</w:t>
      </w:r>
    </w:p>
    <w:p>
      <w:r>
        <w:rPr>
          <w:b/>
        </w:rPr>
        <w:t xml:space="preserve">[1:00:09] </w:t>
      </w:r>
      <w:r>
        <w:t>m work hai.</w:t>
      </w:r>
    </w:p>
    <w:p>
      <w:pPr>
        <w:jc w:val="right"/>
      </w:pPr>
      <w:r>
        <w:t>م ورک ہے۔</w:t>
      </w:r>
    </w:p>
    <w:p>
      <w:r>
        <w:rPr>
          <w:b/>
        </w:rPr>
        <w:t xml:space="preserve">[1:00:13] </w:t>
      </w:r>
      <w:r>
        <w:t>sahi framework.</w:t>
      </w:r>
    </w:p>
    <w:p>
      <w:pPr>
        <w:jc w:val="right"/>
      </w:pPr>
      <w:r>
        <w:t>صحیح فریم ورک۔</w:t>
      </w:r>
    </w:p>
    <w:p>
      <w:r>
        <w:rPr>
          <w:b/>
        </w:rPr>
        <w:t xml:space="preserve">[1:00:17] </w:t>
      </w:r>
      <w:r>
        <w:t>sahi framework na hone ki wajah se har aadmi ghalati kar raha hai.</w:t>
      </w:r>
    </w:p>
    <w:p>
      <w:pPr>
        <w:jc w:val="right"/>
      </w:pPr>
      <w:r>
        <w:t>صحیح فریم ورک نہ ہونے کی وجہ سے ہر آدمی غلطی کر رہا ہے۔</w:t>
      </w:r>
    </w:p>
    <w:p>
      <w:r>
        <w:rPr>
          <w:b/>
        </w:rPr>
        <w:t xml:space="preserve">[1:00:22] </w:t>
      </w:r>
      <w:r>
        <w:t>top ke log ghalati kar rahe hain.</w:t>
      </w:r>
    </w:p>
    <w:p>
      <w:pPr>
        <w:jc w:val="right"/>
      </w:pPr>
      <w:r>
        <w:t>ٹاپ کے لوگ غلطی کر رہے ہیں۔</w:t>
      </w:r>
    </w:p>
    <w:p>
      <w:r>
        <w:rPr>
          <w:b/>
        </w:rPr>
        <w:t xml:space="preserve">[1:00:26] </w:t>
      </w:r>
      <w:r>
        <w:t>sahi framework na hone ki wajah se.</w:t>
      </w:r>
    </w:p>
    <w:p>
      <w:pPr>
        <w:jc w:val="right"/>
      </w:pPr>
      <w:r>
        <w:t>صحیح فریم ورک نہ ہونے کی وجہ سے۔</w:t>
      </w:r>
    </w:p>
    <w:p>
      <w:r>
        <w:rPr>
          <w:b/>
        </w:rPr>
        <w:t xml:space="preserve">[1:00:30] </w:t>
      </w:r>
      <w:r>
        <w:t>to yeh quran jo hai woh sahi framework hai aaj ke insaan ko dene ke liye.</w:t>
      </w:r>
    </w:p>
    <w:p>
      <w:pPr>
        <w:jc w:val="right"/>
      </w:pPr>
      <w:r>
        <w:t>تو یہ قرآن جو ہے وہ صحیح فریم ورک ہے آج کے انسان کو دینے کے لئے۔</w:t>
      </w:r>
    </w:p>
    <w:p>
      <w:r>
        <w:rPr>
          <w:b/>
        </w:rPr>
        <w:t xml:space="preserve">[1:00:34] </w:t>
      </w:r>
      <w:r>
        <w:t>ke kaise soche? kaise rai qaim kare? kaise mansooba bandi kare? kaise</w:t>
      </w:r>
    </w:p>
    <w:p>
      <w:pPr>
        <w:jc w:val="right"/>
      </w:pPr>
      <w:r>
        <w:t>کہ کیسے سوچے؟ کیسے رائے قائم کرے؟ کیسے منصوبہ بندی کرے؟ کیسے</w:t>
      </w:r>
    </w:p>
    <w:p>
      <w:r>
        <w:rPr>
          <w:b/>
        </w:rPr>
        <w:t xml:space="preserve">[1:00:39] </w:t>
      </w:r>
      <w:r>
        <w:t>society banaye? kaise riyasat banaye? to yeh Quran ya yeh Islam ya yeh mehfooz mazhab jo hai woh insaan ko sahi framework deta hai. to aap ke upar insaan ka woh hai sab se bada haq hai jaisa ke main ne arz kiya ke aap poori poori insaniyat ka qarz hai aap ke upar. poori poori in</w:t>
      </w:r>
    </w:p>
    <w:p>
      <w:pPr>
        <w:jc w:val="right"/>
      </w:pPr>
      <w:r>
        <w:t>سوسائٹی بنائے؟ کیسے ریاست بنائے؟ تو یہ قرآن یا یہ اسلام یا یہ محفوظ مذہب جو ہے وہ انسان کو صحیح فریم ورک دیتا ہے۔ تو آپ کے اوپر انسان کا وہ ہے سب سے بڑا حق ہے جیسا کہ میں نے عرض کیا کہ آپ پوری پوری انسانیت کا قرض ہے آپ کے اوپر۔ پوری پوری ان</w:t>
      </w:r>
    </w:p>
    <w:p>
      <w:r>
        <w:rPr>
          <w:b/>
        </w:rPr>
        <w:t xml:space="preserve">[1:01:09] </w:t>
      </w:r>
      <w:r>
        <w:t>saniyat hazaron saal se koshish kar rahi hai tab aap ke paas woh kuch hai jo hai aap ke paas. yaani aap ke paas agar makan hai car hai paisa hai naukri hai to is sab ke peeche hazaron saal ki poori poori insaniyat ki judoojhed hai. tab yeh mumkin hua hai. aap ka is mein ek fisad se bhi kam hissa hai. nauvad fisad zyada hissa hai is mein insaniyat</w:t>
      </w:r>
    </w:p>
    <w:p>
      <w:pPr>
        <w:jc w:val="right"/>
      </w:pPr>
      <w:r>
        <w:t>سانیت ہزاروں سال سے کوشش کر رہی ہے تب آپ کے پاس وہ کچھ ہے جو ہے آپ کے پاس۔ یعنی آپ کے پاس اگر مکان ہے کار ہے پیسہ ہے نوکری ہے تو اس سب کے پیچھے ہزاروں سال کی پوری پوری انسانیت کی جدوجہد ہے۔ تب یہ ممکن ہوا ہے۔ آپ کا اس میں ایک فیصد سے بھی کم حصہ ہے۔ نوے فیصد زیادہ حصہ ہے اس میں انسانیت</w:t>
      </w:r>
    </w:p>
    <w:p>
      <w:r>
        <w:rPr>
          <w:b/>
        </w:rPr>
        <w:t xml:space="preserve">[1:01:39] </w:t>
      </w:r>
      <w:r>
        <w:t>ka.</w:t>
      </w:r>
    </w:p>
    <w:p>
      <w:pPr>
        <w:jc w:val="right"/>
      </w:pPr>
      <w:r>
        <w:t>کا۔</w:t>
      </w:r>
    </w:p>
    <w:p>
      <w:r>
        <w:rPr>
          <w:b/>
        </w:rPr>
        <w:t xml:space="preserve">[1:01:45] </w:t>
      </w:r>
      <w:r>
        <w:t>poori poori insaniyat ka.</w:t>
      </w:r>
    </w:p>
    <w:p>
      <w:pPr>
        <w:jc w:val="right"/>
      </w:pPr>
      <w:r>
        <w:t>پوری پوری انسانیت کا۔</w:t>
      </w:r>
    </w:p>
    <w:p>
      <w:r>
        <w:rPr>
          <w:b/>
        </w:rPr>
        <w:t xml:space="preserve">[1:01:51] </w:t>
      </w:r>
      <w:r>
        <w:t>yeh jo aap baithte hain jis car par itni aasani se is car ko jin logon ne banaya</w:t>
      </w:r>
    </w:p>
    <w:p>
      <w:pPr>
        <w:jc w:val="right"/>
      </w:pPr>
      <w:r>
        <w:t>یہ جو آپ بیٹھتے ہیں جس کار پر اتنی آسانی سے اس کار کو جن لوگوں نے بنایا</w:t>
      </w:r>
    </w:p>
    <w:p>
      <w:r>
        <w:rPr>
          <w:b/>
        </w:rPr>
        <w:t xml:space="preserve">[1:01:57] </w:t>
      </w:r>
      <w:r>
        <w:t>tha ford brothers ne to unhon ne main ne parha kahin ke unhon ne kaha ke jab hum</w:t>
      </w:r>
    </w:p>
    <w:p>
      <w:pPr>
        <w:jc w:val="right"/>
      </w:pPr>
      <w:r>
        <w:t>تھا فورڈ برادرز نے تو انہوں نے میں نے پڑھا کہیں کہ انہوں نے کہا کہ جب ہم</w:t>
      </w:r>
    </w:p>
    <w:p>
      <w:r>
        <w:rPr>
          <w:b/>
        </w:rPr>
        <w:t xml:space="preserve">[1:02:03] </w:t>
      </w:r>
      <w:r>
        <w:t>raat hoti thi to bechaini se intezar karte the kab subah ho taake phir apni tehqeeq mein lag jayen.</w:t>
      </w:r>
    </w:p>
    <w:p>
      <w:pPr>
        <w:jc w:val="right"/>
      </w:pPr>
      <w:r>
        <w:t>رات ہوتی تھی تو بے چینی سے انتظار کرتے تھے کب صبح ہو تاکہ پھر اپنی تحقیق میں لگ جائیں۔</w:t>
      </w:r>
    </w:p>
    <w:p>
      <w:r>
        <w:rPr>
          <w:b/>
        </w:rPr>
        <w:t xml:space="preserve">[1:02:09] </w:t>
      </w:r>
      <w:r>
        <w:t>to ford brothers aur kitne saare logon ne kitni mehnatain keen.</w:t>
      </w:r>
    </w:p>
    <w:p>
      <w:pPr>
        <w:jc w:val="right"/>
      </w:pPr>
      <w:r>
        <w:t>تو فورڈ برادرز اور کتنے سارے لوگوں نے کتنی محنتیں کیں۔</w:t>
      </w:r>
    </w:p>
    <w:p>
      <w:r>
        <w:rPr>
          <w:b/>
        </w:rPr>
        <w:t xml:space="preserve">[1:02:15] </w:t>
      </w:r>
      <w:r>
        <w:t>yeh jis imarat mein aap baithe hue hain mein aap ko bataoon is ka qissa.</w:t>
      </w:r>
    </w:p>
    <w:p>
      <w:pPr>
        <w:jc w:val="right"/>
      </w:pPr>
      <w:r>
        <w:t>یہ جس عمارت میں آپ بیٹھے ہوئے ہیں میں آپ کو بتاؤں اس کا قصہ۔</w:t>
      </w:r>
    </w:p>
    <w:p>
      <w:r>
        <w:rPr>
          <w:b/>
        </w:rPr>
        <w:t xml:space="preserve">[1:02:21] </w:t>
      </w:r>
      <w:r>
        <w:t>yeh imarat jo hum ne banai to zahir hai ke yeh jo cement hum ne istemal ki woh</w:t>
      </w:r>
    </w:p>
    <w:p>
      <w:pPr>
        <w:jc w:val="right"/>
      </w:pPr>
      <w:r>
        <w:t>یہ عمارت جو ہم نے بنائی تو ظاہر ہے کہ یہ جو سیمنٹ ہم نے استعمال کی وہ</w:t>
      </w:r>
    </w:p>
    <w:p>
      <w:r>
        <w:rPr>
          <w:b/>
        </w:rPr>
        <w:t xml:space="preserve">[1:02:27] </w:t>
      </w:r>
      <w:r>
        <w:t>cement sankron saal ke tajrube ke baad bani hai.</w:t>
      </w:r>
    </w:p>
    <w:p>
      <w:pPr>
        <w:jc w:val="right"/>
      </w:pPr>
      <w:r>
        <w:t>سیمنٹ سینکڑوں سال کے تجربے کے بعد بنی ہے۔</w:t>
      </w:r>
    </w:p>
    <w:p>
      <w:r>
        <w:rPr>
          <w:b/>
        </w:rPr>
        <w:t xml:space="preserve">[1:02:33] </w:t>
      </w:r>
      <w:r>
        <w:t>pehlay zamanay mein mitti se banta tha ghar. phir ch</w:t>
      </w:r>
    </w:p>
    <w:p>
      <w:pPr>
        <w:jc w:val="right"/>
      </w:pPr>
      <w:r>
        <w:t>پہلے زمانے میں مٹی سے بنتا تھا گھر۔ پھر چ</w:t>
      </w:r>
    </w:p>
    <w:p>
      <w:r>
        <w:rPr>
          <w:b/>
        </w:rPr>
        <w:t xml:space="preserve">[1:02:39] </w:t>
      </w:r>
      <w:r>
        <w:t>awane se banna laga.</w:t>
      </w:r>
    </w:p>
    <w:p>
      <w:pPr>
        <w:jc w:val="right"/>
      </w:pPr>
      <w:r>
        <w:t>ونے سے بننے لگا۔</w:t>
      </w:r>
    </w:p>
    <w:p>
      <w:r>
        <w:rPr>
          <w:b/>
        </w:rPr>
        <w:t xml:space="preserve">[1:02:43] </w:t>
      </w:r>
      <w:r>
        <w:t>phir cement se banna laga.</w:t>
      </w:r>
    </w:p>
    <w:p>
      <w:pPr>
        <w:jc w:val="right"/>
      </w:pPr>
      <w:r>
        <w:t>پھر سیمنٹ سے بننے لگا۔</w:t>
      </w:r>
    </w:p>
    <w:p>
      <w:r>
        <w:rPr>
          <w:b/>
        </w:rPr>
        <w:t xml:space="preserve">[1:02:47] </w:t>
      </w:r>
      <w:r>
        <w:t>to yeh cement jo hum ne bazaar se khareedi hui is ke peechay hazaron saal ki insaan ki jud o jahad hai.</w:t>
      </w:r>
    </w:p>
    <w:p>
      <w:pPr>
        <w:jc w:val="right"/>
      </w:pPr>
      <w:r>
        <w:t>تو یہ سیمنٹ جو ہم نے بازار سے خریدی ہوئی اس کے پیچھے ہزاروں سال کی انسان کی جدوجہد ہے۔</w:t>
      </w:r>
    </w:p>
    <w:p>
      <w:r>
        <w:rPr>
          <w:b/>
        </w:rPr>
        <w:t xml:space="preserve">[1:02:51] </w:t>
      </w:r>
      <w:r>
        <w:t>yeh loha jis se banaya hum ne waghera waghera.</w:t>
      </w:r>
    </w:p>
    <w:p>
      <w:pPr>
        <w:jc w:val="right"/>
      </w:pPr>
      <w:r>
        <w:t>یہ لوہا جس سے بنایا ہم نے وغیرہ وغیرہ۔</w:t>
      </w:r>
    </w:p>
    <w:p>
      <w:r>
        <w:rPr>
          <w:b/>
        </w:rPr>
        <w:t xml:space="preserve">[1:02:55] </w:t>
      </w:r>
      <w:r>
        <w:t>acha jab imarat ban kar tayyar hui to kya hua? ke teh khane mein pani aa gaya.</w:t>
      </w:r>
    </w:p>
    <w:p>
      <w:pPr>
        <w:jc w:val="right"/>
      </w:pPr>
      <w:r>
        <w:t>اچھا جب عمارت بن کر تیار ہوئی تو کیا ہوا؟ کہ تہہ خانے میں پانی آگیا۔</w:t>
      </w:r>
    </w:p>
    <w:p>
      <w:r>
        <w:rPr>
          <w:b/>
        </w:rPr>
        <w:t xml:space="preserve">[1:02:59] </w:t>
      </w:r>
      <w:r>
        <w:t>is ki teh khane mein pani aa gaya isi imarat ke teh khane mein.</w:t>
      </w:r>
    </w:p>
    <w:p>
      <w:pPr>
        <w:jc w:val="right"/>
      </w:pPr>
      <w:r>
        <w:t>اس کی تہہ خانے میں پانی آگیا اسی عمارت کے تہہ خانے میں۔</w:t>
      </w:r>
    </w:p>
    <w:p>
      <w:r>
        <w:rPr>
          <w:b/>
        </w:rPr>
        <w:t xml:space="preserve">[1:03:03] </w:t>
      </w:r>
      <w:r>
        <w:t>ek dam bhar gaya pani teh khana.</w:t>
      </w:r>
    </w:p>
    <w:p>
      <w:pPr>
        <w:jc w:val="right"/>
      </w:pPr>
      <w:r>
        <w:t>ایک دم بھر گیا پانی تہہ خانہ۔</w:t>
      </w:r>
    </w:p>
    <w:p>
      <w:r>
        <w:rPr>
          <w:b/>
        </w:rPr>
        <w:t xml:space="preserve">[1:03:06] </w:t>
      </w:r>
      <w:r>
        <w:t>to ek engineer ko hum ne bulaya</w:t>
      </w:r>
    </w:p>
    <w:p>
      <w:pPr>
        <w:jc w:val="right"/>
      </w:pPr>
      <w:r>
        <w:t>تو ایک انجینئر کو ہم نے بلایا</w:t>
      </w:r>
    </w:p>
    <w:p>
      <w:r>
        <w:rPr>
          <w:b/>
        </w:rPr>
        <w:t xml:space="preserve">[1:03:10] </w:t>
      </w:r>
      <w:r>
        <w:t>to us ne kaha ke aap ki imarat to tairti haalat mein aa gayi hai. tairti haalat mein. is ko todna padega. ab hum ajeeb. sari imarat ban chuki thi. us ne kaha ke yeh tairti haalat mein hai. to khair America se ek sahab padh kar aaye the. ek engineer. us zamane mein ab yeh technique kafi ho chuki hogi. us waqt yeh technique bohat hi nayab thi India mein. to America se</w:t>
      </w:r>
    </w:p>
    <w:p>
      <w:pPr>
        <w:jc w:val="right"/>
      </w:pPr>
      <w:r>
        <w:t>تو اس نے کہا کہ آپ کی عمارت تو تیرتی حالت میں آگئی ہے۔ تیرتی حالت میں۔ اس کو توڑنا پڑے گا۔ اب ہم عجیب۔ ساری عمارت بن چکی تھی۔ اس نے کہا کہ یہ تیرتی حالت میں ہے۔ تو خیر امریکہ سے ایک صاحب پڑھ کر آئے تھے۔ ایک انجینئر۔ اس زمانے میں اب یہ تکنیک کافی ہو چکی ہوگی۔ اس وقت یہ تکنیک بہت ہی نایاب تھی انڈیا میں۔ تو امریکہ سے</w:t>
      </w:r>
    </w:p>
    <w:p>
      <w:r>
        <w:rPr>
          <w:b/>
        </w:rPr>
        <w:t xml:space="preserve">[1:03:40] </w:t>
      </w:r>
      <w:r>
        <w:t>wo seekh kar aaye thay.</w:t>
      </w:r>
    </w:p>
    <w:p>
      <w:pPr>
        <w:jc w:val="right"/>
      </w:pPr>
      <w:r>
        <w:t>وہ سیکھ کر آئے تھے۔</w:t>
      </w:r>
    </w:p>
    <w:p>
      <w:r>
        <w:rPr>
          <w:b/>
        </w:rPr>
        <w:t xml:space="preserve">[1:03:45] </w:t>
      </w:r>
      <w:r>
        <w:t>unhon ne bataya ke America mein is par bohat lambi tehqeeq hui.</w:t>
      </w:r>
    </w:p>
    <w:p>
      <w:pPr>
        <w:jc w:val="right"/>
      </w:pPr>
      <w:r>
        <w:t>انہوں نے بتایا کہ امریکہ میں اس پر بہت لمبی تحقیق ہوئی۔</w:t>
      </w:r>
    </w:p>
    <w:p>
      <w:r>
        <w:rPr>
          <w:b/>
        </w:rPr>
        <w:t xml:space="preserve">[1:03:49] </w:t>
      </w:r>
      <w:r>
        <w:t>ke teh khane mein pani aa jaye to kya kya jaye is ko.</w:t>
      </w:r>
    </w:p>
    <w:p>
      <w:pPr>
        <w:jc w:val="right"/>
      </w:pPr>
      <w:r>
        <w:t>کہ تہہ خانے میں پانی آجائے تو کیا کیا جائے اس کو۔</w:t>
      </w:r>
    </w:p>
    <w:p>
      <w:r>
        <w:rPr>
          <w:b/>
        </w:rPr>
        <w:t xml:space="preserve">[1:03:53] </w:t>
      </w:r>
      <w:r>
        <w:t>to unhon ne pata kiya ke jo cement hoti hai aap kitna hi mota kar dein cement to</w:t>
      </w:r>
    </w:p>
    <w:p>
      <w:pPr>
        <w:jc w:val="right"/>
      </w:pPr>
      <w:r>
        <w:t>تو انہوں نے پتہ کیا کہ جو سیمنٹ ہوتی ہے آپ کتنا ہی موٹا کر دیں سیمنٹ تو</w:t>
      </w:r>
    </w:p>
    <w:p>
      <w:r>
        <w:rPr>
          <w:b/>
        </w:rPr>
        <w:t xml:space="preserve">[1:03:58] </w:t>
      </w:r>
      <w:r>
        <w:t>cement hoti hai porous phir bhi pani oper aa jayega.</w:t>
      </w:r>
    </w:p>
    <w:p>
      <w:pPr>
        <w:jc w:val="right"/>
      </w:pPr>
      <w:r>
        <w:t>سیمنٹ ہوتی ہے پوروس پھر بھی پانی اوپر آجائے گا۔</w:t>
      </w:r>
    </w:p>
    <w:p>
      <w:r>
        <w:rPr>
          <w:b/>
        </w:rPr>
        <w:t xml:space="preserve">[1:04:02] </w:t>
      </w:r>
      <w:r>
        <w:t>yani cement ko kitna hi mota karein aap pani ko rok nahi sakta woh.</w:t>
      </w:r>
    </w:p>
    <w:p>
      <w:pPr>
        <w:jc w:val="right"/>
      </w:pPr>
      <w:r>
        <w:t>یعنی سیمنٹ کو کتنا ہی موٹا کریں آپ پانی کو روک نہیں سکتا وہ۔</w:t>
      </w:r>
    </w:p>
    <w:p>
      <w:r>
        <w:rPr>
          <w:b/>
        </w:rPr>
        <w:t xml:space="preserve">[1:04:06] </w:t>
      </w:r>
      <w:r>
        <w:t>ab kya kiya jaye? to unhon ne ek chemical</w:t>
      </w:r>
    </w:p>
    <w:p>
      <w:pPr>
        <w:jc w:val="right"/>
      </w:pPr>
      <w:r>
        <w:t>اب کیا کیا جائے؟ تو انہوں نے ایک کیمیکل</w:t>
      </w:r>
    </w:p>
    <w:p>
      <w:r>
        <w:rPr>
          <w:b/>
        </w:rPr>
        <w:t xml:space="preserve">[1:04:10] </w:t>
      </w:r>
      <w:r>
        <w:t>daryaft kiya bari tehqeeq ke baad.</w:t>
      </w:r>
    </w:p>
    <w:p>
      <w:pPr>
        <w:jc w:val="right"/>
      </w:pPr>
      <w:r>
        <w:t>دریافت کیا بڑی تحقیق کے بعد۔</w:t>
      </w:r>
    </w:p>
    <w:p>
      <w:r>
        <w:rPr>
          <w:b/>
        </w:rPr>
        <w:t xml:space="preserve">[1:04:15] </w:t>
      </w:r>
      <w:r>
        <w:t>is chemical ko woh inject karte hain is cement mein.</w:t>
      </w:r>
    </w:p>
    <w:p>
      <w:pPr>
        <w:jc w:val="right"/>
      </w:pPr>
      <w:r>
        <w:t>اس کیمیکل کو وہ انجیکٹ کرتے ہیں اس سیمنٹ میں۔</w:t>
      </w:r>
    </w:p>
    <w:p>
      <w:r>
        <w:rPr>
          <w:b/>
        </w:rPr>
        <w:t xml:space="preserve">[1:04:19] </w:t>
      </w:r>
      <w:r>
        <w:t>yani jo teh khane mein jo hum ne cement lagai thi moti si woh pani rok nahi saka</w:t>
      </w:r>
    </w:p>
    <w:p>
      <w:pPr>
        <w:jc w:val="right"/>
      </w:pPr>
      <w:r>
        <w:t>یعنی جو تہہ خانے میں جو ہم نے سیمنٹ لگائی تھی موٹی سی وہ پانی روک نہیں سکا</w:t>
      </w:r>
    </w:p>
    <w:p>
      <w:r>
        <w:rPr>
          <w:b/>
        </w:rPr>
        <w:t xml:space="preserve">[1:04:24] </w:t>
      </w:r>
      <w:r>
        <w:t>tha kyun ke cement porous hoti hai.</w:t>
      </w:r>
    </w:p>
    <w:p>
      <w:pPr>
        <w:jc w:val="right"/>
      </w:pPr>
      <w:r>
        <w:t>تھا کیونکہ سیمنٹ پوروس ہوتی ہے۔</w:t>
      </w:r>
    </w:p>
    <w:p>
      <w:r>
        <w:rPr>
          <w:b/>
        </w:rPr>
        <w:t xml:space="preserve">[1:04:28] </w:t>
      </w:r>
      <w:r>
        <w:t>to unhon ne kaha ke aap hamein pachas bori cement mangwa dijiye.</w:t>
      </w:r>
    </w:p>
    <w:p>
      <w:pPr>
        <w:jc w:val="right"/>
      </w:pPr>
      <w:r>
        <w:t>تو انہوں نے کہا کہ آپ ہمیں پچاس بوری سیمنٹ منگوا دیجئے۔</w:t>
      </w:r>
    </w:p>
    <w:p>
      <w:r>
        <w:rPr>
          <w:b/>
        </w:rPr>
        <w:t xml:space="preserve">[1:04:32] </w:t>
      </w:r>
      <w:r>
        <w:t>is siment ka is ne ghol banaya is mein woh kemikal dala.</w:t>
      </w:r>
    </w:p>
    <w:p>
      <w:pPr>
        <w:jc w:val="right"/>
      </w:pPr>
      <w:r>
        <w:t>اس سیمنٹ کا اس نے گھول بنایا اس میں وہ کیمیکل ڈالا۔</w:t>
      </w:r>
    </w:p>
    <w:p>
      <w:r>
        <w:rPr>
          <w:b/>
        </w:rPr>
        <w:t xml:space="preserve">[1:04:37] </w:t>
      </w:r>
      <w:r>
        <w:t>aur bari bari woh is ke zareeye se unhon ne siment ko is mein injekt kiya.</w:t>
      </w:r>
    </w:p>
    <w:p>
      <w:pPr>
        <w:jc w:val="right"/>
      </w:pPr>
      <w:r>
        <w:t>اور بڑی بڑی وہ اس کے ذریعے سے انہوں نے سیمنٹ کو اس میں انجیکٹ کیا۔</w:t>
      </w:r>
    </w:p>
    <w:p>
      <w:r>
        <w:rPr>
          <w:b/>
        </w:rPr>
        <w:t xml:space="preserve">[1:04:41] </w:t>
      </w:r>
      <w:r>
        <w:t>is chemical ko inject kiya. to woh jo tha woh phail kar ke sare porous ko khatam kar deta hai. sare suraakh jo hain woh band kar deta tha. ek dam bilkul sheeshe ki tarah kar deta tha. tab ja kar ke yeh pani ruka. abhi tehqeeq kis ne ki hai? America mein ki gayi hai. million million dollar is ke liye kharch hue hain. ab bataein ke jis insaniyat ka itna bada aap ka ehsan hai aap ke upar ehsan hai to kya is ka yeh</w:t>
      </w:r>
    </w:p>
    <w:p>
      <w:pPr>
        <w:jc w:val="right"/>
      </w:pPr>
      <w:r>
        <w:t>اس کیمیکل کو انجیکٹ کیا۔ تو وہ جو تھا وہ پھیل کر کے سارے پوروس کو ختم کر دیتا ہے۔ سارے سوراخ جو ہیں وہ بند کر دیتا تھا۔ ایک دم بالکل شیشے کی طرح کر دیتا تھا۔ تب جا کر کے یہ پانی رکا۔ ابھی تحقیق کس نے کی ہے؟ امریکہ میں کی گئی ہے۔ ملین ملین ڈالر اس کے لئے خرچ ہوئے ہیں۔ اب بتائیں کہ جس انسانیت کا اتنا بڑا آپ کا احسان ہے آپ کے اوپر احسان ہے تو کیا اس کا یہ</w:t>
      </w:r>
    </w:p>
    <w:p>
      <w:r>
        <w:rPr>
          <w:b/>
        </w:rPr>
        <w:t xml:space="preserve">[1:05:11] </w:t>
      </w:r>
      <w:r>
        <w:t>haq nahi hai ke aap is ko yeh khuda ka paigham pohanchayen? yani insaniyat ne aap ke liye</w:t>
      </w:r>
    </w:p>
    <w:p>
      <w:pPr>
        <w:jc w:val="right"/>
      </w:pPr>
      <w:r>
        <w:t>حق نہیں ہے کہ آپ اس کو یہ خدا کا پیغام پہنچائیں؟ یعنی انسانیت نے آپ کے لئے</w:t>
      </w:r>
    </w:p>
    <w:p>
      <w:r>
        <w:rPr>
          <w:b/>
        </w:rPr>
        <w:t xml:space="preserve">[1:05:16] </w:t>
      </w:r>
      <w:r>
        <w:t>bohat ziyada kiya hai bohat ziyada kiya hai.</w:t>
      </w:r>
    </w:p>
    <w:p>
      <w:pPr>
        <w:jc w:val="right"/>
      </w:pPr>
      <w:r>
        <w:t>بہت زیادہ کیا ہے بہت زیادہ کیا ہے۔</w:t>
      </w:r>
    </w:p>
    <w:p>
      <w:r>
        <w:rPr>
          <w:b/>
        </w:rPr>
        <w:t xml:space="preserve">[1:05:21] </w:t>
      </w:r>
      <w:r>
        <w:t>yeh to jo aap pohanchayenge is se bohat hi kam hoga.</w:t>
      </w:r>
    </w:p>
    <w:p>
      <w:pPr>
        <w:jc w:val="right"/>
      </w:pPr>
      <w:r>
        <w:t>یہ تو جو آپ پہنچائیں گے اس سے بہت ہی کم ہوگا۔</w:t>
      </w:r>
    </w:p>
    <w:p>
      <w:r>
        <w:rPr>
          <w:b/>
        </w:rPr>
        <w:t xml:space="preserve">[1:05:26] </w:t>
      </w:r>
      <w:r>
        <w:t>mein samajhta hoon ke poori poori insaniyat ka qarz hai aap ke oopar.</w:t>
      </w:r>
    </w:p>
    <w:p>
      <w:pPr>
        <w:jc w:val="right"/>
      </w:pPr>
      <w:r>
        <w:t>میں سمجھتا ہوں کہ پوری پوری انسانیت کا قرض ہے آپ کے اوپر۔</w:t>
      </w:r>
    </w:p>
    <w:p>
      <w:r>
        <w:rPr>
          <w:b/>
        </w:rPr>
        <w:t xml:space="preserve">[1:05:31] </w:t>
      </w:r>
      <w:r>
        <w:t>poori poori insaniyat ka qarz hai aap ke oopar.</w:t>
      </w:r>
    </w:p>
    <w:p>
      <w:pPr>
        <w:jc w:val="right"/>
      </w:pPr>
      <w:r>
        <w:t>پوری پوری انسانیت کا قرض ہے آپ کے اوپر۔</w:t>
      </w:r>
    </w:p>
    <w:p>
      <w:r>
        <w:rPr>
          <w:b/>
        </w:rPr>
        <w:t xml:space="preserve">[1:05:36] </w:t>
      </w:r>
      <w:r>
        <w:t>kyunke aap aap ke bachche aap ke rishtedar jo jee</w:t>
      </w:r>
    </w:p>
    <w:p>
      <w:pPr>
        <w:jc w:val="right"/>
      </w:pPr>
      <w:r>
        <w:t>کیونکہ آپ آپ کے بچے آپ کے رشتہ دار جو جی</w:t>
      </w:r>
    </w:p>
    <w:p>
      <w:r>
        <w:rPr>
          <w:b/>
        </w:rPr>
        <w:t xml:space="preserve">[1:05:41] </w:t>
      </w:r>
      <w:r>
        <w:t>rahe hain woh jee rahe hain poori insaniyat ka jo taawun hai us ki wajah se jee rahe hain.</w:t>
      </w:r>
    </w:p>
    <w:p>
      <w:pPr>
        <w:jc w:val="right"/>
      </w:pPr>
      <w:r>
        <w:t>رہے ہیں وہ جی رہے ہیں پوری انسانیت کا جو تعاون ہے اس کی وجہ سے جی رہے ہیں۔</w:t>
      </w:r>
    </w:p>
    <w:p>
      <w:r>
        <w:rPr>
          <w:b/>
        </w:rPr>
        <w:t xml:space="preserve">[1:05:46] </w:t>
      </w:r>
      <w:r>
        <w:t>agar insaniyat apna taawun wapas le le to aap jante hain kahan pohanch jayenge? wahan pohanch jayen</w:t>
      </w:r>
    </w:p>
    <w:p>
      <w:pPr>
        <w:jc w:val="right"/>
      </w:pPr>
      <w:r>
        <w:t>اگر انسانیت اپنا تعاون واپس لے لے تو آپ جانتے ہیں کہاں پہنچ جائیں گے؟ وہاں پہنچ جائیں</w:t>
      </w:r>
    </w:p>
    <w:p>
      <w:r>
        <w:rPr>
          <w:b/>
        </w:rPr>
        <w:t xml:space="preserve">[1:05:51] </w:t>
      </w:r>
      <w:r>
        <w:t>ge jahan insaan ke paas kapra bhi nahi hota tha.</w:t>
      </w:r>
    </w:p>
    <w:p>
      <w:pPr>
        <w:jc w:val="right"/>
      </w:pPr>
      <w:r>
        <w:t>گے جہاں انسان کے پاس کپڑا بھی نہیں ہوتا تھا۔</w:t>
      </w:r>
    </w:p>
    <w:p>
      <w:r>
        <w:rPr>
          <w:b/>
        </w:rPr>
        <w:t xml:space="preserve">[1:05:56] </w:t>
      </w:r>
      <w:r>
        <w:t>wahan maujooda bhi nahi hota tha.</w:t>
      </w:r>
    </w:p>
    <w:p>
      <w:pPr>
        <w:jc w:val="right"/>
      </w:pPr>
      <w:r>
        <w:t>وہاں موجودہ بھی نہیں ہوتا تھا۔</w:t>
      </w:r>
    </w:p>
    <w:p>
      <w:r>
        <w:rPr>
          <w:b/>
        </w:rPr>
        <w:t xml:space="preserve">[1:06:01] </w:t>
      </w:r>
      <w:r>
        <w:t>kuch bhi nahi hota tha.</w:t>
      </w:r>
    </w:p>
    <w:p>
      <w:pPr>
        <w:jc w:val="right"/>
      </w:pPr>
      <w:r>
        <w:t>کچھ بھی نہیں ہوتا تھا۔</w:t>
      </w:r>
    </w:p>
    <w:p>
      <w:r>
        <w:rPr>
          <w:b/>
        </w:rPr>
        <w:t xml:space="preserve">[1:06:06] </w:t>
      </w:r>
      <w:r>
        <w:t>to insaniyat ka jo aap ke oopar qarz hai jo qarz hai is ka yeh yani woh</w:t>
      </w:r>
    </w:p>
    <w:p>
      <w:pPr>
        <w:jc w:val="right"/>
      </w:pPr>
      <w:r>
        <w:t>تو انسانیت کا جو آپ کے اوپر قرض ہے جو قرض ہے اس کا یہ یعنی وہ</w:t>
      </w:r>
    </w:p>
    <w:p>
      <w:r>
        <w:rPr>
          <w:b/>
        </w:rPr>
        <w:t xml:space="preserve">[1:06:11] </w:t>
      </w:r>
      <w:r>
        <w:t>insaniyat ko yeh jaiz taur par aapse yeh umeed karne ka haq hai ke aap is ko</w:t>
      </w:r>
    </w:p>
    <w:p>
      <w:pPr>
        <w:jc w:val="right"/>
      </w:pPr>
      <w:r>
        <w:t>انسانیت کو یہ جائز طور پر آپ سے یہ امید کرنے کا حق ہے کہ آپ اس کو</w:t>
      </w:r>
    </w:p>
    <w:p>
      <w:r>
        <w:rPr>
          <w:b/>
        </w:rPr>
        <w:t xml:space="preserve">[1:06:15] </w:t>
      </w:r>
      <w:r>
        <w:t>khuda ki yeh nemat pohanchayen.</w:t>
      </w:r>
    </w:p>
    <w:p>
      <w:pPr>
        <w:jc w:val="right"/>
      </w:pPr>
      <w:r>
        <w:t>خدا کی یہ نعمت پہنچائیں۔</w:t>
      </w:r>
    </w:p>
    <w:p>
      <w:r>
        <w:rPr>
          <w:b/>
        </w:rPr>
        <w:t xml:space="preserve">[1:06:20] </w:t>
      </w:r>
      <w:r>
        <w:t>khuda ke mehfooz deen ko pohanchayen.</w:t>
      </w:r>
    </w:p>
    <w:p>
      <w:pPr>
        <w:jc w:val="right"/>
      </w:pPr>
      <w:r>
        <w:t>خدا کے محفوظ دین کو پہنچائیں۔</w:t>
      </w:r>
    </w:p>
    <w:p>
      <w:r>
        <w:rPr>
          <w:b/>
        </w:rPr>
        <w:t xml:space="preserve">[1:06:24] </w:t>
      </w:r>
      <w:r>
        <w:t>hum khuda ke fazl se isi liye mehnat kar rahe hain jise aaj kal tarjuma ho raha hai</w:t>
      </w:r>
    </w:p>
    <w:p>
      <w:pPr>
        <w:jc w:val="right"/>
      </w:pPr>
      <w:r>
        <w:t>ہم خدا کے فضل سے اسی لئے محنت کر رہے ہیں جسے آج کل ترجمہ ہو رہا ہے</w:t>
      </w:r>
    </w:p>
    <w:p>
      <w:r>
        <w:rPr>
          <w:b/>
        </w:rPr>
        <w:t xml:space="preserve">[1:06:28] </w:t>
      </w:r>
      <w:r>
        <w:t>quran majeed ka.</w:t>
      </w:r>
    </w:p>
    <w:p>
      <w:pPr>
        <w:jc w:val="right"/>
      </w:pPr>
      <w:r>
        <w:t>قرآن مجید کا۔</w:t>
      </w:r>
    </w:p>
    <w:p>
      <w:r>
        <w:rPr>
          <w:b/>
        </w:rPr>
        <w:t xml:space="preserve">[1:06:33] </w:t>
      </w:r>
      <w:r>
        <w:t>kyunke angrezi mein tarjume jo hue hain to koi bhi tarjuma sahi tarjuma nahi.</w:t>
      </w:r>
    </w:p>
    <w:p>
      <w:pPr>
        <w:jc w:val="right"/>
      </w:pPr>
      <w:r>
        <w:t>کیونکہ انگریزی میں ترجمے جو ہوئے ہیں تو کوئی بھی ترجمہ صحیح ترجمہ نہیں۔</w:t>
      </w:r>
    </w:p>
    <w:p>
      <w:r>
        <w:rPr>
          <w:b/>
        </w:rPr>
        <w:t xml:space="preserve">[1:06:37] </w:t>
      </w:r>
      <w:r>
        <w:t>aap ghhor kijiye ke khuda ne ek zaban ko bain ul aqwami zaban</w:t>
      </w:r>
    </w:p>
    <w:p>
      <w:pPr>
        <w:jc w:val="right"/>
      </w:pPr>
      <w:r>
        <w:t>آپ غور کیجئے کہ خدا نے ایک زبان کو بین الاقوامی زبان</w:t>
      </w:r>
    </w:p>
    <w:p>
      <w:r>
        <w:rPr>
          <w:b/>
        </w:rPr>
        <w:t xml:space="preserve">[1:06:41] </w:t>
      </w:r>
      <w:r>
        <w:t>bana diya.</w:t>
      </w:r>
    </w:p>
    <w:p>
      <w:pPr>
        <w:jc w:val="right"/>
      </w:pPr>
      <w:r>
        <w:t>بنا دیا۔</w:t>
      </w:r>
    </w:p>
    <w:p>
      <w:r>
        <w:rPr>
          <w:b/>
        </w:rPr>
        <w:t xml:space="preserve">[1:06:45] </w:t>
      </w:r>
      <w:r>
        <w:t>phir khuda ne printing press dunya mein paida kiya.</w:t>
      </w:r>
    </w:p>
    <w:p>
      <w:pPr>
        <w:jc w:val="right"/>
      </w:pPr>
      <w:r>
        <w:t>پھر خدا نے پرنٹنگ پریس دنیا میں پیدا کیا۔</w:t>
      </w:r>
    </w:p>
    <w:p>
      <w:r>
        <w:rPr>
          <w:b/>
        </w:rPr>
        <w:t xml:space="preserve">[1:06:49] </w:t>
      </w:r>
      <w:r>
        <w:t>printing media electronic media communication transport sari cheezen aachuki hain.</w:t>
      </w:r>
    </w:p>
    <w:p>
      <w:pPr>
        <w:jc w:val="right"/>
      </w:pPr>
      <w:r>
        <w:t>پرنٹنگ میڈیا الیکٹرانک میڈیا کمیونیکیشن ٹرانسپورٹ ساری چیزیں آچکی ہیں۔</w:t>
      </w:r>
    </w:p>
    <w:p>
      <w:r>
        <w:rPr>
          <w:b/>
        </w:rPr>
        <w:t xml:space="preserve">[1:06:52] </w:t>
      </w:r>
      <w:r>
        <w:t>lekin quran ka ek sahi tarjuma nahi jis se aap pohanchayen ghar ghar ja kar ke.</w:t>
      </w:r>
    </w:p>
    <w:p>
      <w:pPr>
        <w:jc w:val="right"/>
      </w:pPr>
      <w:r>
        <w:t>لیکن قرآن کا ایک صحیح ترجمہ نہیں جس سے آپ پہنچائیں گھر گھر جا کر کے۔</w:t>
      </w:r>
    </w:p>
    <w:p>
      <w:r>
        <w:rPr>
          <w:b/>
        </w:rPr>
        <w:t xml:space="preserve">[1:06:56] </w:t>
      </w:r>
      <w:r>
        <w:t>to aaj kal khuda ke fazl se hum is mein lage hue hain.</w:t>
      </w:r>
    </w:p>
    <w:p>
      <w:pPr>
        <w:jc w:val="right"/>
      </w:pPr>
      <w:r>
        <w:t>تو آج کل خدا کے فضل سے ہم اس میں لگے ہوئے ہیں۔</w:t>
      </w:r>
    </w:p>
    <w:p>
      <w:r>
        <w:rPr>
          <w:b/>
        </w:rPr>
        <w:t xml:space="preserve">[1:07:00] </w:t>
      </w:r>
      <w:r>
        <w:t>ek sahih tarjuma banane mein.</w:t>
      </w:r>
    </w:p>
    <w:p>
      <w:pPr>
        <w:jc w:val="right"/>
      </w:pPr>
      <w:r>
        <w:t>ایک صحیح ترجمہ بنانے میں۔</w:t>
      </w:r>
    </w:p>
    <w:p>
      <w:r>
        <w:rPr>
          <w:b/>
        </w:rPr>
        <w:t xml:space="preserve">[1:07:04] </w:t>
      </w:r>
      <w:r>
        <w:t>to yeh sab kaam karna hai.</w:t>
      </w:r>
    </w:p>
    <w:p>
      <w:pPr>
        <w:jc w:val="right"/>
      </w:pPr>
      <w:r>
        <w:t>تو یہ سب کام کرنا ہے۔</w:t>
      </w:r>
    </w:p>
    <w:p>
      <w:r>
        <w:rPr>
          <w:b/>
        </w:rPr>
        <w:t xml:space="preserve">[1:07:08] </w:t>
      </w:r>
      <w:r>
        <w:t>to aap log yeh faisla kijiye faisla ke khuda ka bhi aap</w:t>
      </w:r>
    </w:p>
    <w:p>
      <w:pPr>
        <w:jc w:val="right"/>
      </w:pPr>
      <w:r>
        <w:t>تو آپ لوگ یہ فیصلہ کیجئے فیصلہ کہ خدا کا بھی آپ</w:t>
      </w:r>
    </w:p>
    <w:p>
      <w:r>
        <w:rPr>
          <w:b/>
        </w:rPr>
        <w:t xml:space="preserve">[1:07:11] </w:t>
      </w:r>
      <w:r>
        <w:t>ke upar qarz hai aur insaniyat ka bhi aap ke upar qarz hai.</w:t>
      </w:r>
    </w:p>
    <w:p>
      <w:pPr>
        <w:jc w:val="right"/>
      </w:pPr>
      <w:r>
        <w:t>کے اوپر قرض ہے اور انسانیت کا بھی آپ کے اوپر قرض ہے۔</w:t>
      </w:r>
    </w:p>
    <w:p>
      <w:r>
        <w:rPr>
          <w:b/>
        </w:rPr>
        <w:t xml:space="preserve">[1:07:16] </w:t>
      </w:r>
      <w:r>
        <w:t>khuda ne jo jo khuda ka jo qudrati nizam hai us ke baghair aap jee nahi sakte.</w:t>
      </w:r>
    </w:p>
    <w:p>
      <w:pPr>
        <w:jc w:val="right"/>
      </w:pPr>
      <w:r>
        <w:t>خدا نے جو جو خدا کا جو قدرتی نظام ہے اس کے بغیر آپ جی نہیں سکتے۔</w:t>
      </w:r>
    </w:p>
    <w:p>
      <w:r>
        <w:rPr>
          <w:b/>
        </w:rPr>
        <w:t xml:space="preserve">[1:07:21] </w:t>
      </w:r>
      <w:r>
        <w:t>insaniyat ka jo tehzibi taawun hai us ke baghair aap kuch nahi kar sakte.</w:t>
      </w:r>
    </w:p>
    <w:p>
      <w:pPr>
        <w:jc w:val="right"/>
      </w:pPr>
      <w:r>
        <w:t>انسانیت کا جو تہذیبی تعاون ہے اس کے بغیر آپ کچھ نہیں کر سکتے۔</w:t>
      </w:r>
    </w:p>
    <w:p>
      <w:r>
        <w:rPr>
          <w:b/>
        </w:rPr>
        <w:t xml:space="preserve">[1:07:27] </w:t>
      </w:r>
      <w:r>
        <w:t>to is ka haq hai ke aap is paigham ko logon tak pahunchayen.</w:t>
      </w:r>
    </w:p>
    <w:p>
      <w:pPr>
        <w:jc w:val="right"/>
      </w:pPr>
      <w:r>
        <w:t>تو اس کا حق ہے کہ آپ اس پیغام کو لوگوں تک پہنچائیں۔</w:t>
      </w:r>
    </w:p>
    <w:p>
      <w:r>
        <w:rPr>
          <w:b/>
        </w:rPr>
        <w:t xml:space="preserve">[1:07:32] </w:t>
      </w:r>
      <w:r>
        <w:t>quran ko logon tak pahunchayen.</w:t>
      </w:r>
    </w:p>
    <w:p>
      <w:pPr>
        <w:jc w:val="right"/>
      </w:pPr>
      <w:r>
        <w:t>قرآن کو لوگوں تک پہنچائیں۔</w:t>
      </w:r>
    </w:p>
    <w:p>
      <w:r>
        <w:rPr>
          <w:b/>
        </w:rPr>
        <w:t xml:space="preserve">[1:07:37] </w:t>
      </w:r>
      <w:r>
        <w:t>aur jis ko main kehta hoon framework</w:t>
      </w:r>
    </w:p>
    <w:p>
      <w:pPr>
        <w:jc w:val="right"/>
      </w:pPr>
      <w:r>
        <w:t>اور جس کو میں کہتا ہوں فریم ورک</w:t>
      </w:r>
    </w:p>
    <w:p>
      <w:r>
        <w:rPr>
          <w:b/>
        </w:rPr>
        <w:t xml:space="preserve">[1:07:42] </w:t>
      </w:r>
      <w:r>
        <w:t>sahi framework se duniya ko aagah karen. taake bhatakti hui duniya rasta pa le. bhatakti hui duniya apni manzil ki taraf chal pade. aqool qawli haza wa astaghfirullaha li wa lakum ajmaeen.</w:t>
      </w:r>
    </w:p>
    <w:p>
      <w:pPr>
        <w:jc w:val="right"/>
      </w:pPr>
      <w:r>
        <w:t>صحیح فریم ورک سے دنیا کو آگاہ کریں۔ تاکہ بھٹکتی ہوئی دنیا راستہ پا لے۔ بھٹکتی ہوئی دنیا اپنی منزل کی طرف چل پڑے۔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