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Namaz (In Conversation with Maulana) July 17, 2010</w:t>
      </w:r>
    </w:p>
    <w:p>
      <w:r>
        <w:t>https://www.youtube.com/watch?v=5TNbNdhwmBQ</w:t>
      </w:r>
    </w:p>
    <w:p>
      <w:r>
        <w:rPr>
          <w:b/>
        </w:rPr>
        <w:t xml:space="preserve">[00:10] </w:t>
      </w:r>
      <w:r>
        <w:t>This question is from Mr. Faiq from US.</w:t>
      </w:r>
    </w:p>
    <w:p>
      <w:pPr>
        <w:jc w:val="right"/>
      </w:pPr>
      <w:r>
        <w:t>This question is from Mr. Faiq from US.</w:t>
      </w:r>
    </w:p>
    <w:p>
      <w:r>
        <w:rPr>
          <w:b/>
        </w:rPr>
        <w:t xml:space="preserve">[00:16] </w:t>
      </w:r>
      <w:r>
        <w:t>Is it permissible to pray Fard Namaaz while sitting down in an aeroplane? Some people say that since standing is necessary for prayers, it is better to pray later.</w:t>
      </w:r>
    </w:p>
    <w:p>
      <w:pPr>
        <w:jc w:val="right"/>
      </w:pPr>
      <w:r>
        <w:t>Is it permissible to pray Fard Namaaz while sitting down in an aeroplane? Some people say that since standing is necessary for prayers, it is better to pray later.</w:t>
      </w:r>
    </w:p>
    <w:p>
      <w:r>
        <w:rPr>
          <w:b/>
        </w:rPr>
        <w:t xml:space="preserve">[00:30] </w:t>
      </w:r>
      <w:r>
        <w:t>I am faced with this situation quite often while traveling.</w:t>
      </w:r>
    </w:p>
    <w:p>
      <w:pPr>
        <w:jc w:val="right"/>
      </w:pPr>
      <w:r>
        <w:t>I am faced with this situation quite often while traveling.</w:t>
      </w:r>
    </w:p>
    <w:p>
      <w:r>
        <w:rPr>
          <w:b/>
        </w:rPr>
        <w:t xml:space="preserve">[00:34] </w:t>
      </w:r>
      <w:r>
        <w:t>Nahi, yeh jo kehta hai galat kehta hai. Aap namaz parh sakte hain. Agar aap ko mauqa ho khade hone ka to khade ho kar padhiye, nahi to aap baith kar padh lijiyey.</w:t>
      </w:r>
    </w:p>
    <w:p>
      <w:pPr>
        <w:jc w:val="right"/>
      </w:pPr>
      <w:r>
        <w:t>نہیں، یہ جو کہتا ہے غلط کہتا ہے۔ آپ نماز پڑھ سکتے ہیں۔ اگر آپ کو موقع ہو کھڑے ہونے کا تو کھڑے ہو کر پڑھیے، نہیں تو آپ بیٹھ کر پڑھ لیجیے۔</w:t>
      </w:r>
    </w:p>
    <w:p>
      <w:r>
        <w:rPr>
          <w:b/>
        </w:rPr>
        <w:t xml:space="preserve">[00:44] </w:t>
      </w:r>
      <w:r>
        <w:t>Yeh bilkul galat masla bataya hai jis ne bataya hai aap ko. Islam mein dekhiye ek bohat bada usool hai jis ko kehte hain rukhsat. Rukhsat matlab allowance.</w:t>
      </w:r>
    </w:p>
    <w:p>
      <w:pPr>
        <w:jc w:val="right"/>
      </w:pPr>
      <w:r>
        <w:t>یہ بالکل غلط مسئلہ بتایا ہے جس نے بتایا ہے آپ کو۔ اسلام میں دیکھیں ایک بہت بڑا اصول ہے جس کو کہتے ہیں رخصت۔ رخصت مطلب الاوننس۔</w:t>
      </w:r>
    </w:p>
    <w:p>
      <w:r>
        <w:rPr>
          <w:b/>
        </w:rPr>
        <w:t xml:space="preserve">[00:55] </w:t>
      </w:r>
      <w:r>
        <w:t>Woh allowance ya concession. Yeh bohat bada principle hai Islam ka. Jo log aisa kehte hain woh form ko namaz samajhte hain.</w:t>
      </w:r>
    </w:p>
    <w:p>
      <w:pPr>
        <w:jc w:val="right"/>
      </w:pPr>
      <w:r>
        <w:t>وہ الاوننس یا کنسیشن۔ یہ بہت بڑا پرنسپل ہے اسلام کا۔ جو لوگ ایسا کہتے ہیں وہ فارم کو نماز سمجھتے ہیں۔</w:t>
      </w:r>
    </w:p>
    <w:p>
      <w:r>
        <w:rPr>
          <w:b/>
        </w:rPr>
        <w:t xml:space="preserve">[01:05] </w:t>
      </w:r>
      <w:r>
        <w:t>Yaani woh khud bohat bhaari ghalti kar rahe hain ke unhon ne form ko namaz samajh rakha hai. Khade ho kar padhein to namaz hai, nahi to namaz nahi hai. Namaz khushu se hoti hai.</w:t>
      </w:r>
    </w:p>
    <w:p>
      <w:pPr>
        <w:jc w:val="right"/>
      </w:pPr>
      <w:r>
        <w:t>یعنی وہ خود بہت بھاری غلطی کر رہے ہیں کہ انہوں نے فارم کو نماز سمجھ رکھا ہے۔ کھڑے ہو کر پڑھیں تو نماز ہے، نہیں تو نماز نہیں ہے۔ نماز خشوع سے ہوتی ہے۔</w:t>
      </w:r>
    </w:p>
    <w:p>
      <w:r>
        <w:rPr>
          <w:b/>
        </w:rPr>
        <w:t xml:space="preserve">[01:19] </w:t>
      </w:r>
      <w:r>
        <w:t>Qad aflaha al muminoon allazeena fi salatihim khashi'oon. La salata liman lam yatakhashsha. Asal jo namaz mein hai woh khushu hai.</w:t>
      </w:r>
    </w:p>
    <w:p>
      <w:pPr>
        <w:jc w:val="right"/>
      </w:pPr>
      <w:r>
        <w:t>قد أفلا المبرون الذین في صلاتهم خاشعون لا صلاة لمن لم يتخشى۔ اصل جو نماز میں ہے وہ خشوع ہے۔</w:t>
      </w:r>
    </w:p>
    <w:p>
      <w:r>
        <w:rPr>
          <w:b/>
        </w:rPr>
        <w:t xml:space="preserve">[01:30] </w:t>
      </w:r>
      <w:r>
        <w:t>Khade ho kar padhne ka mauqa hai to khade ho kar padhiye. Baithne ka mauqa hai to baith kar padhiye. Let kar padhna hai to let kar bhi parh sakte hain aap. Dekhiye form jo hai relative hota hai hamesha aur jo khushu hai wahi real hai.</w:t>
      </w:r>
    </w:p>
    <w:p>
      <w:pPr>
        <w:jc w:val="right"/>
      </w:pPr>
      <w:r>
        <w:t>کھڑے ہو کر پڑھنے کا موقع ہے تو کھڑے ہو کر پڑھیے۔ بیٹھنے کا موقع ہے تو بیٹھ کر پڑھیے۔ لیٹ کر پڑھنا ہے تو لیٹ کر بھی پڑھ سکتے ہیں آپ۔ دیکھیں فارم جو ہے ریلیٹو ہوتا ہے ہمیشہ اور جو خشوع ہے وہی ریئل ہے۔</w:t>
      </w:r>
    </w:p>
    <w:p>
      <w:r>
        <w:rPr>
          <w:b/>
        </w:rPr>
        <w:t xml:space="preserve">[01:44] </w:t>
      </w:r>
      <w:r>
        <w:t>Real part hai namaz ka. Jaisa mauqa ho waisay namaz padhiye aap. Agar aap ko jagah milti hai to khade ho kar padhne ka to khade ho kar padh lijiyey, nahi to aap baith kar padhiye.</w:t>
      </w:r>
    </w:p>
    <w:p>
      <w:pPr>
        <w:jc w:val="right"/>
      </w:pPr>
      <w:r>
        <w:t>ریئل پارٹ ہے نماز کا۔ جیسا موقع ہو ویسے نماز پڑھیے آپ۔ اگر آپ کو جگہ ملتی ہے تو کھڑے ہو کر پڑھنے کا تو کھڑے ہو کر پڑھ لیجیے، نہیں تو آپ بیٹھ کر پڑھیے۔</w:t>
      </w:r>
    </w:p>
    <w:p>
      <w:r>
        <w:rPr>
          <w:b/>
        </w:rPr>
        <w:t xml:space="preserve">[01:59] </w:t>
      </w:r>
      <w:r>
        <w:t>Is mein koi bhi kami namaz aap ki namaz mein koi kami nahi hogi. Kami hogi jab jab ke khushu is ke andar na ho. Khushu se aadmi ki namaz kam hoti hai ya zyada hoti hai.</w:t>
      </w:r>
    </w:p>
    <w:p>
      <w:pPr>
        <w:jc w:val="right"/>
      </w:pPr>
      <w:r>
        <w:t>اس میں کوئی بھی کمی نماز آپ کی نماز میں کوئی کمی نہیں ہوگی۔ کمی ہوگی جب جب کہ خشوع اس کے اندر نہ ہو۔ خشوع سے آدمی کی نماز کم ہوتی ہے یا زیادہ ہوتی ہے۔</w:t>
      </w:r>
    </w:p>
    <w:p>
      <w:r>
        <w:rPr>
          <w:b/>
        </w:rPr>
        <w:t xml:space="preserve">[02:12] </w:t>
      </w:r>
      <w:r>
        <w:t>Form mein kami beshi to relative hai, woh halaat ke aitbar se hoti hai. Wuzu karne ka mauqa na ho to aadmi tayammum karta hai. Isi tarah khade hone ka mauqa na ho to baith kar padhega.</w:t>
      </w:r>
    </w:p>
    <w:p>
      <w:pPr>
        <w:jc w:val="right"/>
      </w:pPr>
      <w:r>
        <w:t>فارم میں کمی بیشی تو ریلیٹو ہے، وہ حالات کے اعتبار سے ہوتی ہے۔ وضو کرنے کا موقع نہ ہو تو آدمی تیمم کرتا ہے۔ اسی طریقے سے کھڑے ہونے کا موقع نہ ہو تو بیٹھ کر پڑھے گا۔</w:t>
      </w:r>
    </w:p>
    <w:p>
      <w:r>
        <w:rPr>
          <w:b/>
        </w:rPr>
        <w:t xml:space="preserve">[02:26] </w:t>
      </w:r>
      <w:r>
        <w:t>Jis ne yeh masla bataya hai bilkul galat masla bataya hai aap ko.</w:t>
      </w:r>
    </w:p>
    <w:p>
      <w:pPr>
        <w:jc w:val="right"/>
      </w:pPr>
      <w:r>
        <w:t>جس نے یہ مسئلہ بتایا ہے بالکل غلط مسئلہ بتایا ہے آپ کو۔</w:t>
      </w:r>
    </w:p>
    <w:p>
      <w:r>
        <w:rPr>
          <w:b/>
        </w:rPr>
        <w:t xml:space="preserve">[02:33] </w:t>
      </w:r>
      <w:r>
        <w:t>He has another question which is Maulana kindly outline the step by step approach for Islamization of Muslims in America.</w:t>
      </w:r>
    </w:p>
    <w:p>
      <w:pPr>
        <w:jc w:val="right"/>
      </w:pPr>
      <w:r>
        <w:t>ہی ہیز انادر کوئسچن وچ از مولانا کائنڈلی آؤٹ لائن دا سٹیپ بائی سٹیپ اپروچ فار اسلامائزیشن آف مسلمز ان امریکہ۔</w:t>
      </w:r>
    </w:p>
    <w:p>
      <w:r>
        <w:rPr>
          <w:b/>
        </w:rPr>
        <w:t xml:space="preserve">[02:49] </w:t>
      </w:r>
      <w:r>
        <w:t>Dekhiye starting point to har ek ka ek hi hai. Chahay non-muslim ko dawat pahunchana ho ya musalmanon ko Islamize karna ho.</w:t>
      </w:r>
    </w:p>
    <w:p>
      <w:pPr>
        <w:jc w:val="right"/>
      </w:pPr>
      <w:r>
        <w:t>دیکھیں سٹارٹنگ پوائنٹ تو ہر ایک کا ایک ہی ہے۔ چاہے نان مسلم کو دعوت پہنچانا ہو یا مسلمانوں کو اسلامائز کرنا ہو۔</w:t>
      </w:r>
    </w:p>
    <w:p>
      <w:r>
        <w:rPr>
          <w:b/>
        </w:rPr>
        <w:t xml:space="preserve">[02:59] </w:t>
      </w:r>
      <w:r>
        <w:t>Woh hai re-engineering of mind. Yaani mind se shuru hoga koi bhi kaam.</w:t>
      </w:r>
    </w:p>
    <w:p>
      <w:pPr>
        <w:jc w:val="right"/>
      </w:pPr>
      <w:r>
        <w:t>وہ ہے ری انجینئرنگ آف مائنڈ۔ یعنی مائنڈ سے شروع ہوگا کوئی بھی کام۔</w:t>
      </w:r>
    </w:p>
    <w:p>
      <w:r>
        <w:rPr>
          <w:b/>
        </w:rPr>
        <w:t xml:space="preserve">[03:13] </w:t>
      </w:r>
      <w:r>
        <w:t>Aaj kal ek grass root ka nazariya chala hua hai. Grass root samajhte hain ke jo awam hote hain ghareeb hote hain woh grass root hote hain. Yeh galat baat hai. Yeh grass root mind hai insaan ka.</w:t>
      </w:r>
    </w:p>
    <w:p>
      <w:pPr>
        <w:jc w:val="right"/>
      </w:pPr>
      <w:r>
        <w:t>آج کل ایک گراس روٹ کا نظریہ چلا ہوا ہے۔ گراس روٹ سمجھتے ہیں کہ جو عوام ہوتے ہیں غریب ہوتے ہیں وہ گراس روٹ ہوتے ہیں۔ یہ غلط بات ہے۔ یہ گراس روٹ مائنڈ ہے انسان کا۔</w:t>
      </w:r>
    </w:p>
    <w:p>
      <w:r>
        <w:rPr>
          <w:b/>
        </w:rPr>
        <w:t xml:space="preserve">[03:22] </w:t>
      </w:r>
      <w:r>
        <w:t>Mind koi bhi kaam ho is ka grass root mind hoga. To aap ko shuru karna hoga un ke mind ko address karne se.</w:t>
      </w:r>
    </w:p>
    <w:p>
      <w:pPr>
        <w:jc w:val="right"/>
      </w:pPr>
      <w:r>
        <w:t>مائنڈ کوئی بھی کام ہو اس کا گراس روٹ مائنڈ ہوگا۔ تو آپ کو شروع کرنا ہوگا ان کے مائنڈ کو ایڈریس کرنے سے۔</w:t>
      </w:r>
    </w:p>
    <w:p>
      <w:r>
        <w:rPr>
          <w:b/>
        </w:rPr>
        <w:t xml:space="preserve">[03:35] </w:t>
      </w:r>
      <w:r>
        <w:t>Doosri baat yeh hai ke mind ko address karne ka jo aaj kal jo tareeqa hai ke traditional andaaz mein do's and don'ts batate hain woh yeh starting point nahi hai.</w:t>
      </w:r>
    </w:p>
    <w:p>
      <w:pPr>
        <w:jc w:val="right"/>
      </w:pPr>
      <w:r>
        <w:t>دوسری بات یہ ہے کہ مائنڈ کو ایڈریس کرنے کا جو آج کل جو طریقہ ہے کہ ٹریڈیشنل انداز میں ڈوز اینڈ ڈونٹ بتاتے ہیں وہ یہ سٹارٹنگ پوائنٹ نہیں ہے۔</w:t>
      </w:r>
    </w:p>
    <w:p>
      <w:r>
        <w:rPr>
          <w:b/>
        </w:rPr>
        <w:t xml:space="preserve">[03:45] </w:t>
      </w:r>
      <w:r>
        <w:t>Do's and don'ts ki zuban bolna yeh starting point nahi hai. Traditional zuban bolna yeh woh starting point nahi hai. Aap ko aaj ka insaan ka mind ko parhna hoga.</w:t>
      </w:r>
    </w:p>
    <w:p>
      <w:pPr>
        <w:jc w:val="right"/>
      </w:pPr>
      <w:r>
        <w:t>ڈوز اینڈ ڈونٹس کی زبان بولنا یہ سٹارٹنگ پوائنٹ نہیں ہے۔ ٹریڈیشنل زبان بولنا یہ وہ سٹارٹنگ پوائنٹ نہیں ہے۔ آپ کو آج کا انسان کا مائنڈ کو پڑھنا ہوگا۔</w:t>
      </w:r>
    </w:p>
    <w:p>
      <w:r>
        <w:rPr>
          <w:b/>
        </w:rPr>
        <w:t xml:space="preserve">[03:57] </w:t>
      </w:r>
      <w:r>
        <w:t>Modern idiom mein un ko address karna hoga. Warna woh woh kuch kaam hi nahi hai. Imam Shatibi ne bohat acha likha hai ke khass ke aqli par baat ko pesh kiya jaye to wahi baat pesh karna hai.</w:t>
      </w:r>
    </w:p>
    <w:p>
      <w:pPr>
        <w:jc w:val="right"/>
      </w:pPr>
      <w:r>
        <w:t>ماڈرن ایڈیم میں ان کو ایڈریس کرنا ہوگا۔ ورنہ وہ وہ کچھ کام ہی نہیں ہے۔ امام شاطبی نے بہت اچھا لکھا ہے کہ خصب کے مسلم عقلی پر بات کو پیش کیا جائے تو وہی بات پیش کرنا ہے۔</w:t>
      </w:r>
    </w:p>
    <w:p>
      <w:r>
        <w:rPr>
          <w:b/>
        </w:rPr>
        <w:t xml:space="preserve">[04:15] </w:t>
      </w:r>
      <w:r>
        <w:t>Yaani jo aap ko mad'u hai, jo aap ko mukhhatib hai, jis se aap baat kar rahe hain us ke mind ko padhiye. Aur mind ko badalne se insaan badalta hai.</w:t>
      </w:r>
    </w:p>
    <w:p>
      <w:pPr>
        <w:jc w:val="right"/>
      </w:pPr>
      <w:r>
        <w:t>یعنی جو آپ کو مدعو ہے، جو آپ کو مخاطب ہے، جس سے آپ بات کر رہے ہیں اس کے مائنڈ کو پڑھیے۔ اور مائنڈ کو بدلنے سے انسان بدلتا ہے۔</w:t>
      </w:r>
    </w:p>
    <w:p>
      <w:r>
        <w:rPr>
          <w:b/>
        </w:rPr>
        <w:t xml:space="preserve">[04:29] </w:t>
      </w:r>
      <w:r>
        <w:t>To starting point har ek ke liye yahi rahega chahay woh muslim ho ya non-muslim ho. Koi doosra starting point nahi hai. Jab tak aadmi ka to spirit na paida ho, jab tak aadmi ka mind na badle, jab us ki soch na badle to koi aur koi aur change is ke andar ayega nahi.</w:t>
      </w:r>
    </w:p>
    <w:p>
      <w:pPr>
        <w:jc w:val="right"/>
      </w:pPr>
      <w:r>
        <w:t>تو سٹارٹنگ پوائنٹ ہر ایک کے لیے یہی رہے گا چاہے وہ مسلم ہو یا نان مسلم ہو۔ کوئی دوسرا سٹارٹنگ پوائنٹ نہیں ہے۔ جب تک آدمی کا تو اسپرٹ نہ پیدا ہو، جب تک آدمی کا مائنڈ نہ بدلے، جب اس کی سوچ نہ بدلے تو کوئی اور کوئی اور چینج اس کے اندر آئے گا نہیں۔</w:t>
      </w:r>
    </w:p>
    <w:p>
      <w:r>
        <w:rPr>
          <w:b/>
        </w:rPr>
        <w:t xml:space="preserve">[04:47] </w:t>
      </w:r>
      <w:r>
        <w:t>Ayega to ek yaani artificial tareeqay par ayega jis ki jis ki koi value nahi hai.</w:t>
      </w:r>
    </w:p>
    <w:p>
      <w:pPr>
        <w:jc w:val="right"/>
      </w:pPr>
      <w:r>
        <w:t>آئے گا تو ایک یعنی آرٹیفیشل طریقے پر آئے گا جس کی جس کی کوئی ویلیو نہیں ہے۔</w:t>
      </w:r>
    </w:p>
    <w:p>
      <w:r>
        <w:rPr>
          <w:b/>
        </w:rPr>
        <w:t xml:space="preserve">[04:58] </w:t>
      </w:r>
      <w:r>
        <w:t>This question is from Mr. Nafees Shiraz from Delhi. Ek sahab ka kehna hai ke jannat sirf intelligent aur bashaoor logon ke rehne ki jagah hai.</w:t>
      </w:r>
    </w:p>
    <w:p>
      <w:pPr>
        <w:jc w:val="right"/>
      </w:pPr>
      <w:r>
        <w:t>دس کوئسچن از فرام مسٹر نفیس شیراز فرام دہلی۔ ایک صاحب کا کہنا ہے کہ جنت صرف انٹیلیجنٹ اور باشعور لوگوں کے رہنے کی جگہ ہے۔</w:t>
      </w:r>
    </w:p>
    <w:p>
      <w:r>
        <w:rPr>
          <w:b/>
        </w:rPr>
        <w:t xml:space="preserve">[05:12] </w:t>
      </w:r>
      <w:r>
        <w:t>be waqoofon ko jannat mein nahi dala jayega. kya yeh baat sahi hai?</w:t>
      </w:r>
    </w:p>
    <w:p>
      <w:pPr>
        <w:jc w:val="right"/>
      </w:pPr>
      <w:r>
        <w:t>بے وقوفوں کو جنت میں نہیں ڈالا جائے گا۔ کیا یہ بات صحیح ہے؟</w:t>
      </w:r>
    </w:p>
    <w:p>
      <w:r>
        <w:rPr>
          <w:b/>
        </w:rPr>
        <w:t xml:space="preserve">[05:18] </w:t>
      </w:r>
      <w:r>
        <w:t>nahi bilkul galat yeh baat hai. hadith mein aata hai ke ashaab ul jannat buloon. hadith mein hai ke ashaab ul jannat buloon.</w:t>
      </w:r>
    </w:p>
    <w:p>
      <w:pPr>
        <w:jc w:val="right"/>
      </w:pPr>
      <w:r>
        <w:t>نہیں بالکل غلط یہ بات ہے۔ حدیث میں آتا ہے کہ اصحاب الجنت بلون۔ حدیث میں ہے کہ اصحاب الجنت بلون۔</w:t>
      </w:r>
    </w:p>
    <w:p>
      <w:r>
        <w:rPr>
          <w:b/>
        </w:rPr>
        <w:t xml:space="preserve">[05:27] </w:t>
      </w:r>
      <w:r>
        <w:t>bul ma'ni seedhe saade log.</w:t>
      </w:r>
    </w:p>
    <w:p>
      <w:pPr>
        <w:jc w:val="right"/>
      </w:pPr>
      <w:r>
        <w:t>بل معنی سیدھے سادھے لوگ۔</w:t>
      </w:r>
    </w:p>
    <w:p>
      <w:r>
        <w:rPr>
          <w:b/>
        </w:rPr>
        <w:t xml:space="preserve">[05:33] </w:t>
      </w:r>
      <w:r>
        <w:t>yeh bilkul galat baat hai. dekhen jannat mein jane ki shart na zaheen hai na be zaheen. woh hai ikhlas. chahe koi kitna hi zaheen ho, kitna hi intelligent ho, is se jannat mein nahi pahunch jayega woh.</w:t>
      </w:r>
    </w:p>
    <w:p>
      <w:pPr>
        <w:jc w:val="right"/>
      </w:pPr>
      <w:r>
        <w:t>یہ بالکل غلط بات ہے۔ دیکھیں جنت میں جانے کی شرط نہ ذہین ہے نہ بے ذہین۔ وہ ہے اخلاص۔ چاہے کوئی کتنا ہی ذہین ہو، کتنا ہی انٹیلیجنٹ ہو، اس سے جنت میں نہیں پہنچ جائے گا وہ۔</w:t>
      </w:r>
    </w:p>
    <w:p>
      <w:r>
        <w:rPr>
          <w:b/>
        </w:rPr>
        <w:t xml:space="preserve">[05:49] </w:t>
      </w:r>
      <w:r>
        <w:t>asal cheez hai ikhlas. ya'ni Allah taala hi ke liye jab aap kaam karenge sach much sahi ma'non mein dil se, woh ya'ni sachi spirit ke sath to woh cheez aap ko jannat mein le jayegi.</w:t>
      </w:r>
    </w:p>
    <w:p>
      <w:pPr>
        <w:jc w:val="right"/>
      </w:pPr>
      <w:r>
        <w:t>اصل چیز ہے اخلاص۔ یعنی اللہ تعالیٰ ہی کے لئے جب آپ کام کریں گے سچ مچ صحیح معنوں میں دل سے، وہ یعنی سچی اسپرٹ کے ساتھ تو وہ چیز آپ کو جنت میں لے جائے گی۔</w:t>
      </w:r>
    </w:p>
    <w:p>
      <w:r>
        <w:rPr>
          <w:b/>
        </w:rPr>
        <w:t xml:space="preserve">[06:06] </w:t>
      </w:r>
      <w:r>
        <w:t>to jannat mein enter hone ki shart jo hai woh ikhlas hai. ikhlas. jis ko quran mein kaha hai ibtigha' rizwan Allah. ibtigha' rizwan Allah.</w:t>
      </w:r>
    </w:p>
    <w:p>
      <w:pPr>
        <w:jc w:val="right"/>
      </w:pPr>
      <w:r>
        <w:t>تو جنت میں انٹر ہونے کی شرط جو ہے وہ اخلاص ہے۔ اخلاص۔ جس کو قرآن میں کہا ہے ابتغاء رضوان اللہ۔ ابتغاء رضوان اللہ۔</w:t>
      </w:r>
    </w:p>
    <w:p>
      <w:r>
        <w:rPr>
          <w:b/>
        </w:rPr>
        <w:t xml:space="preserve">[06:17] </w:t>
      </w:r>
      <w:r>
        <w:t>ya'ni Allah ki ki raza hasil karne ke liye kaam karna. albatta jannat mein darje honge. quran mein khud do darje likhe hue hain.</w:t>
      </w:r>
    </w:p>
    <w:p>
      <w:pPr>
        <w:jc w:val="right"/>
      </w:pPr>
      <w:r>
        <w:t>یعنی اللہ کی کی رضا حاصل کرنے کے لئے کام کرنا۔ البتہ جنت میں درجے ہوں گے۔ قرآن میں خود دو درجے لکھے ہوئے ہیں۔</w:t>
      </w:r>
    </w:p>
    <w:p>
      <w:r>
        <w:rPr>
          <w:b/>
        </w:rPr>
        <w:t xml:space="preserve">[06:28] </w:t>
      </w:r>
      <w:r>
        <w:t>jannatan. hadith mein hai ke do sau darje honge. to darjat ki taqseem jo hai woh bhi ikhlas ke aitbar se hogi.</w:t>
      </w:r>
    </w:p>
    <w:p>
      <w:pPr>
        <w:jc w:val="right"/>
      </w:pPr>
      <w:r>
        <w:t>جنتان۔ حدیث میں ہے کہ دو سو درجے ہوں گے۔ تو درجات کی تقسیم جو ہے وہ بھی اخلاص کے اعتبار سے ہوگی۔</w:t>
      </w:r>
    </w:p>
    <w:p>
      <w:r>
        <w:rPr>
          <w:b/>
        </w:rPr>
        <w:t xml:space="preserve">[06:38] </w:t>
      </w:r>
      <w:r>
        <w:t>zaheen aur ghair zaheen ke aitbar se nahi hogi.</w:t>
      </w:r>
    </w:p>
    <w:p>
      <w:pPr>
        <w:jc w:val="right"/>
      </w:pPr>
      <w:r>
        <w:t>ذہین اور غیر ذہین کے اعتبار سے نہیں ہوگی۔</w:t>
      </w:r>
    </w:p>
    <w:p>
      <w:r>
        <w:rPr>
          <w:b/>
        </w:rPr>
        <w:t xml:space="preserve">[06:45] </w:t>
      </w:r>
      <w:r>
        <w:t>to asal cheez jo hai yaad rakhiye ikhlas hai. ibtigha' rizwan Allah hai. koi shakhs Allah se kitna darta hai, Allah se kitni mohabbat karta hai, Allah ko is ne kitna zyada apna concern banaya hai,</w:t>
      </w:r>
    </w:p>
    <w:p>
      <w:pPr>
        <w:jc w:val="right"/>
      </w:pPr>
      <w:r>
        <w:t>تو اصل چیز جو ہے یاد رکھیے اخلاص ہے۔ ابتغاء رضوان اللہ ہے۔ کوئی شخص اللہ سے کتنا ڈرتا ہے، اللہ سے کتنی محبت کرتا ہے، اللہ کو اس نے کتنا زیادہ اپنا کنسرن بنایا ہے،</w:t>
      </w:r>
    </w:p>
    <w:p>
      <w:r>
        <w:rPr>
          <w:b/>
        </w:rPr>
        <w:t xml:space="preserve">[06:59] </w:t>
      </w:r>
      <w:r>
        <w:t>in cheezon se faisla hoga jannat ka.</w:t>
      </w:r>
    </w:p>
    <w:p>
      <w:pPr>
        <w:jc w:val="right"/>
      </w:pPr>
      <w:r>
        <w:t>ان چیزوں سے فیصلہ ہوگا جنت کا۔</w:t>
      </w:r>
    </w:p>
    <w:p>
      <w:r>
        <w:rPr>
          <w:b/>
        </w:rPr>
        <w:t xml:space="preserve">[07:05] </w:t>
      </w:r>
      <w:r>
        <w:t>his next question is isaiyon aur hinduo ka maqsad hayat kya hai? bhai yeh to inhi se poochhiye.</w:t>
      </w:r>
    </w:p>
    <w:p>
      <w:pPr>
        <w:jc w:val="right"/>
      </w:pPr>
      <w:r>
        <w:t>ہز نیکسٹ کوئسچن از عیسائیوں اور ہندوؤں کا مقصد حیات کیا ہے؟ بھئی یہ تو انہی سے پوچھیے۔</w:t>
      </w:r>
    </w:p>
    <w:p>
      <w:r>
        <w:rPr>
          <w:b/>
        </w:rPr>
        <w:t xml:space="preserve">[07:15] </w:t>
      </w:r>
      <w:r>
        <w:t>main kaise bataunga? aap ke aas pas koi na koi isai mil jayega, koi na koi hindu mil jayega, ab is se poochhiye. hum kaise bata sakte hain aap bataiye.</w:t>
      </w:r>
    </w:p>
    <w:p>
      <w:pPr>
        <w:jc w:val="right"/>
      </w:pPr>
      <w:r>
        <w:t>میں کیسے بتاؤں گا؟ آپ کے آس پاس کوئی نہ کوئی عیسائی مل جائے گا، کوئی نہ کوئی ہندو مل جائے گا، اب اس سے پوچھیے۔ ہم کیسے بتا سکتے ہیں آپ بتائیے۔</w:t>
      </w:r>
    </w:p>
    <w:p>
      <w:r>
        <w:rPr>
          <w:b/>
        </w:rPr>
        <w:t xml:space="preserve">[07:28] </w:t>
      </w:r>
      <w:r>
        <w:t>albatta main yeh zaroor kahunga ke musalmanon mein ek ek ek waham hai, waham ke sab log hamare dushman hain. ke christian bhi dushman hain, hindu bhi dushman hain, yahudi bhi dushman hain, America bhi dushman hain.</w:t>
      </w:r>
    </w:p>
    <w:p>
      <w:pPr>
        <w:jc w:val="right"/>
      </w:pPr>
      <w:r>
        <w:t>البتہ میں یہ ضرور کہوں گا کہ مسلمانوں میں ایک ایک ایک وہم ہے، وہم کہ سب لوگ ہمارے دشمن ہیں۔ کہ کرسچن بھی دشمن ہیں، ہندو بھی دشمن ہیں، یہودی بھی دشمن ہیں، امریکہ بھی دشمن ہیں۔</w:t>
      </w:r>
    </w:p>
    <w:p>
      <w:r>
        <w:rPr>
          <w:b/>
        </w:rPr>
        <w:t xml:space="preserve">[07:40] </w:t>
      </w:r>
      <w:r>
        <w:t>yeh bilkul absurd baat hai. yeh main keh sakta hoon koi bhi hamara dushman nahi hai. har aadmi insan hai.</w:t>
      </w:r>
    </w:p>
    <w:p>
      <w:pPr>
        <w:jc w:val="right"/>
      </w:pPr>
      <w:r>
        <w:t>یہ بالکل ایبسورڈ بات ہے۔ یہ میں کہہ سکتا ہوں کوئی بھی ہمارا دشمن نہیں ہے۔ ہر آدمی انسان ہے۔</w:t>
      </w:r>
    </w:p>
    <w:p>
      <w:r>
        <w:rPr>
          <w:b/>
        </w:rPr>
        <w:t xml:space="preserve">[07:50] </w:t>
      </w:r>
      <w:r>
        <w:t>to main samajhta hoon ke momin hone ki pehli pehchan is zamane mein khas taur par yeh hai ke aap har insan ko insan ke roop mein dekhen. jaise rasool Allah ne farmaya tha ek yahudi ke bare mein ke alaihissalaat nafsan kya woh insan nahi?</w:t>
      </w:r>
    </w:p>
    <w:p>
      <w:pPr>
        <w:jc w:val="right"/>
      </w:pPr>
      <w:r>
        <w:t>تو میں سمجھتا ہوں کہ مومن ہونے کی پہلی پہچان اس زمانے میں خاص طور پر یہ ہے کہ آپ ہر انسان کو انسان کے روپ میں دیکھیں۔ جیسے رسول اللہ نے فرمایا تھا ایک یہودی کے بارے میں کہ علیہ الصلاۃ نفسا کیا وہ انسان نہیں؟</w:t>
      </w:r>
    </w:p>
    <w:p>
      <w:r>
        <w:rPr>
          <w:b/>
        </w:rPr>
        <w:t xml:space="preserve">[08:08] </w:t>
      </w:r>
      <w:r>
        <w:t>to main samajhta hoon ke is ka imani mujtaba hai jo logon ko insan ke roop mein na dekh sake. sab ko insan samjhiye.</w:t>
      </w:r>
    </w:p>
    <w:p>
      <w:pPr>
        <w:jc w:val="right"/>
      </w:pPr>
      <w:r>
        <w:t>تو میں سمجھتا ہوں کہ اس کا ایمانی مجتبیٰ ہے جو لوگوں کو انسان کے روپ میں نہ دیکھ سکے۔ سب کو انسان سمجھیے۔</w:t>
      </w:r>
    </w:p>
    <w:p>
      <w:r>
        <w:rPr>
          <w:b/>
        </w:rPr>
        <w:t xml:space="preserve">[08:19] </w:t>
      </w:r>
      <w:r>
        <w:t>sab ke insan ek sath taur par sab ke khair khwah baniye. sab ke well-wisher baniye. sab ko insan samjhiye. sab ko izzat dijiye.</w:t>
      </w:r>
    </w:p>
    <w:p>
      <w:pPr>
        <w:jc w:val="right"/>
      </w:pPr>
      <w:r>
        <w:t>سب کے انسان ایک ساتھ طور پر سب کے خیر خواہ بنیے۔ سب کے ولیوشر بنیے۔ سب کو انسان سمجھیے۔ سب کو عزت دیجیے۔</w:t>
      </w:r>
    </w:p>
    <w:p>
      <w:r>
        <w:rPr>
          <w:b/>
        </w:rPr>
        <w:t xml:space="preserve">[08:30] </w:t>
      </w:r>
      <w:r>
        <w:t>yeh hai iman ki pehli shart is zamane mein khas taur par. kyunke aaj kal phaila hua hai ek waham ke sab dushman hain hamare hain. yeh jhootha waham hai.</w:t>
      </w:r>
    </w:p>
    <w:p>
      <w:pPr>
        <w:jc w:val="right"/>
      </w:pPr>
      <w:r>
        <w:t>یہ ہے ایمان کی پہلی شرط اس زمانے میں خاص طور پر۔ کیونکہ آج کل پھیلا ہوا ہے ایک وہم کہ سب دشمن ہیں ہمارے ہیں۔ یہ جھوٹا وہم ہے۔</w:t>
      </w:r>
    </w:p>
    <w:p>
      <w:r>
        <w:rPr>
          <w:b/>
        </w:rPr>
        <w:t xml:space="preserve">[08:38] </w:t>
      </w:r>
      <w:r>
        <w:t>koi dushman nahi hamara. koi bhi dushman nahi hai. to main samajhta hoon ke yeh bohat hi zaroori hai ke har musalman apna jaiza le ke kya woh logon ko insan samajhta hai ya dushman samajhta hai.</w:t>
      </w:r>
    </w:p>
    <w:p>
      <w:pPr>
        <w:jc w:val="right"/>
      </w:pPr>
      <w:r>
        <w:t>کوئی دشمن نہیں ہمارا۔ کوئی بھی دشمن نہیں ہے۔ تو میں سمجھتا ہوں کہ یہ بہت ہی ضروری ہے کہ ہر مسلمان اپنا جائزہ لے کہ کیا وہ لوگوں کو انسان سمجھتا ہے یا دشمن سمجھتا ہے۔</w:t>
      </w:r>
    </w:p>
    <w:p>
      <w:r>
        <w:rPr>
          <w:b/>
        </w:rPr>
        <w:t xml:space="preserve">[08:54] </w:t>
      </w:r>
      <w:r>
        <w:t>agar sach much aap dil se samjhen ke har aadmi isi tarah insan hai jis tarah main insan hoon aur aap us ke well-wisher baniye, us ke khair khwah baniye, tabhi iman ka aaghaz hoga.</w:t>
      </w:r>
    </w:p>
    <w:p>
      <w:pPr>
        <w:jc w:val="right"/>
      </w:pPr>
      <w:r>
        <w:t>اگر سچ مچ آپ دل سے سمجھیں کہ ہر آدمی اسی طرح انسان ہے جس طرح میں انسان ہوں اور آپ اس کے ولیوشر بنیں، اس کے خیر خواہ بنیں، تبھی ایمان کا آغاز ہوگا۔</w:t>
      </w:r>
    </w:p>
    <w:p>
      <w:r>
        <w:rPr>
          <w:b/>
        </w:rPr>
        <w:t xml:space="preserve">[09:04] </w:t>
      </w:r>
      <w:r>
        <w:t>warna imani mujtaba hai mere nazdeek to.</w:t>
      </w:r>
    </w:p>
    <w:p>
      <w:pPr>
        <w:jc w:val="right"/>
      </w:pPr>
      <w:r>
        <w:t>ورنہ ایمانی مجتبیٰ ہے میرے نزدیک تو۔</w:t>
      </w:r>
    </w:p>
    <w:p>
      <w:r>
        <w:rPr>
          <w:b/>
        </w:rPr>
        <w:t xml:space="preserve">[09:10] </w:t>
      </w:r>
      <w:r>
        <w:t>das question is from mr abdul basit from doha. maulana aisa kyun hai ke is duniya mein insan apne dimagh ka sirf kuch hissa istemal karta hai aur is ko sirf akhirat mein woh mukammal istemal kar sakega?</w:t>
      </w:r>
    </w:p>
    <w:p>
      <w:pPr>
        <w:jc w:val="right"/>
      </w:pPr>
      <w:r>
        <w:t>دس کوئسچن از فرام مسٹر عبدالباسط فرام دوحہ۔ مولانا ایسا کیوں ہے کہ اس دنیا میں انسان اپنے دماغ کا صرف کچھ حصہ استعمال کرتا ہے اور اس کو صرف آخرت میں وہ مکمل استعمال کر سکے گا؟</w:t>
      </w:r>
    </w:p>
    <w:p>
      <w:r>
        <w:rPr>
          <w:b/>
        </w:rPr>
        <w:t xml:space="preserve">[09:29] </w:t>
      </w:r>
      <w:r>
        <w:t>koi khaas wajah</w:t>
      </w:r>
    </w:p>
    <w:p>
      <w:pPr>
        <w:jc w:val="right"/>
      </w:pPr>
      <w:r>
        <w:t>کوئی خاص وجہ</w:t>
      </w:r>
    </w:p>
    <w:p>
      <w:r>
        <w:rPr>
          <w:b/>
        </w:rPr>
        <w:t xml:space="preserve">[09:31] </w:t>
      </w:r>
      <w:r>
        <w:t>? yeh to Allah taala ka creation plan hai. Allah taala ne is duniya ko selection ke liye banaya hai.</w:t>
      </w:r>
    </w:p>
    <w:p>
      <w:pPr>
        <w:jc w:val="right"/>
      </w:pPr>
      <w:r>
        <w:t>؟ یہ تو اللہ تعالیٰ کا کریشن پلان ہے۔ اللہ تعالیٰ نے اس دنیا کو سلیکشن کے لئے بنایا ہے۔</w:t>
      </w:r>
    </w:p>
    <w:p>
      <w:r>
        <w:rPr>
          <w:b/>
        </w:rPr>
        <w:t xml:space="preserve">[09:41] </w:t>
      </w:r>
      <w:r>
        <w:t>yahan yeh selecting ground hai yeh. to yahan achay buray sab rahen gay. dekhen jab azadi di gayi insan ko to achay buray sab rahen gay.</w:t>
      </w:r>
    </w:p>
    <w:p>
      <w:pPr>
        <w:jc w:val="right"/>
      </w:pPr>
      <w:r>
        <w:t>یہاں یہ سلیکٹنگ گراؤنڈ ہے یہ۔ تو یہاں اچھے برے سب رہیں گے۔ دیکھیں جب آزادی دی گئی انسان کو تو اچھے برے سب رہیں گے۔</w:t>
      </w:r>
    </w:p>
    <w:p>
      <w:r>
        <w:rPr>
          <w:b/>
        </w:rPr>
        <w:t xml:space="preserve">[09:52] </w:t>
      </w:r>
      <w:r>
        <w:t>jahan achay buray sab hon wahan kaisay istemal poora ho sakta hai? jahan achay buray sab log mojood hon to wahan poora istemal mumkin hi nahi hai.</w:t>
      </w:r>
    </w:p>
    <w:p>
      <w:pPr>
        <w:jc w:val="right"/>
      </w:pPr>
      <w:r>
        <w:t>جہاں اچھے برے سب ہوں وہاں کیسے استعمال پورا ہو سکتا ہے؟ جہاں اچھے برے سب لوگ موجود ہوں تو وہاں پورا استعمال ممکن ہی نہیں ہے۔</w:t>
      </w:r>
    </w:p>
    <w:p>
      <w:r>
        <w:rPr>
          <w:b/>
        </w:rPr>
        <w:t xml:space="preserve">[10:02] </w:t>
      </w:r>
      <w:r>
        <w:t>koi goli maar de ga, koi bomb exploit kar de ga, koi kuch kare ga, koi corruption kare ga.</w:t>
      </w:r>
    </w:p>
    <w:p>
      <w:pPr>
        <w:jc w:val="right"/>
      </w:pPr>
      <w:r>
        <w:t>کوئی گولی مار دے گا، کوئی بم بم ایکسپلوٹ کر دے گا، کوئی کچھ کرے گا، کوئی کرپشن کرے گا۔</w:t>
      </w:r>
    </w:p>
    <w:p>
      <w:r>
        <w:rPr>
          <w:b/>
        </w:rPr>
        <w:t xml:space="preserve">[10:13] </w:t>
      </w:r>
      <w:r>
        <w:t>to yahan to mumkin hi nahi hai. woh mumkin hai us waqt jahan aisay log hon jahan sab selected log hon, selected log.</w:t>
      </w:r>
    </w:p>
    <w:p>
      <w:pPr>
        <w:jc w:val="right"/>
      </w:pPr>
      <w:r>
        <w:t>تو یہاں تو ممکن ہی نہیں ہے۔ وہ ممکن ہے اس وقت جہاں ایسے لوگ ہوں جہاں سب سلیکٹڈ لوگ ہوں، سلیکٹڈ لوگ۔</w:t>
      </w:r>
    </w:p>
    <w:p>
      <w:r>
        <w:rPr>
          <w:b/>
        </w:rPr>
        <w:t xml:space="preserve">[10:23] </w:t>
      </w:r>
      <w:r>
        <w:t>to wahan poora moqa mile ga. phir wahan angels hon gay. aap ghore kijiye ke jahan aisay log hon ke woh aap se hasad karen, aap ke sath dushmani karen, aap ko bomb maren, aap ko goli maren to aap kaisay kaam karen gay?</w:t>
      </w:r>
    </w:p>
    <w:p>
      <w:pPr>
        <w:jc w:val="right"/>
      </w:pPr>
      <w:r>
        <w:t>تو وہاں پورا موقع ملے گا۔ پھر وہاں اینجلز ہوں گے۔ آپ غور کیجیے کہ جہاں ایسے لوگ ہوں کہ وہ آپ سے حسد کریں، آپ کے ساتھ دشمنی کریں، آپ کو بم ماریں، آپ کو گولی ماریں تو آپ کیسے کام کریں گے؟</w:t>
      </w:r>
    </w:p>
    <w:p>
      <w:r>
        <w:rPr>
          <w:b/>
        </w:rPr>
        <w:t xml:space="preserve">[10:41] </w:t>
      </w:r>
      <w:r>
        <w:t>apnay potential ko actual kaisay banayen gay aap?</w:t>
      </w:r>
    </w:p>
    <w:p>
      <w:pPr>
        <w:jc w:val="right"/>
      </w:pPr>
      <w:r>
        <w:t>اپنے پوٹینشل کو ایکچوئل کیسے بنائیں گے آپ؟</w:t>
      </w:r>
    </w:p>
    <w:p>
      <w:r>
        <w:rPr>
          <w:b/>
        </w:rPr>
        <w:t xml:space="preserve">[10:47] </w:t>
      </w:r>
      <w:r>
        <w:t>aap taraqqi karen, koi hasad karne lagay ga. aap agay barhen gay, koi wahan bomb maar de ga. is dunya mein apnay potential ko aap actual bana hi nahi sakte.</w:t>
      </w:r>
    </w:p>
    <w:p>
      <w:pPr>
        <w:jc w:val="right"/>
      </w:pPr>
      <w:r>
        <w:t>آپ ترقی کریں، کوئی حسد کرنے لگے گا۔ آپ آگے بڑھیں گے، کوئی وہاں بم مار دے گا۔ اس دنیا میں اپنے پوٹینشل کو آپ ایکچوئل بنائی نہیں سکتے۔</w:t>
      </w:r>
    </w:p>
    <w:p>
      <w:r>
        <w:rPr>
          <w:b/>
        </w:rPr>
        <w:t xml:space="preserve">[10:56] </w:t>
      </w:r>
      <w:r>
        <w:t>dosri baat isi liye yeh dunya limited hai. yahan par saray mawaqe nahi hain. to Allah taala ne jo naqsha banaya hai, jo Allah taala ka jo creation plan hai, woh yeh hai ke yahan par sab log basaye jayen, achay buray sab,</w:t>
      </w:r>
    </w:p>
    <w:p>
      <w:pPr>
        <w:jc w:val="right"/>
      </w:pPr>
      <w:r>
        <w:t>دوسری بات اسی لئے یہ دنیا لمیٹڈ ہے۔ یہاں پر سارے مواقع نہیں ہیں۔ تو اللہ تعالیٰ نے جو نقشہ بنایا ہے، جو اللہ تعالیٰ کا جو کریشن پلان ہے، وہ یہ ہے کہ یہاں پر سب لوگ بسائے جائیں، اچھے برے سب،</w:t>
      </w:r>
    </w:p>
    <w:p>
      <w:r>
        <w:rPr>
          <w:b/>
        </w:rPr>
        <w:t xml:space="preserve">[11:10] </w:t>
      </w:r>
      <w:r>
        <w:t>aur phir select kar liya jaye in mein se. jo woh log hain jo waqai yani character walay hain, discipline walay hain, Khuda se darne walay hain, Khuda se mohabbat karne walay hain, Khuda ko apna concern bananay walay log hain, un ko select kar liya jaye.</w:t>
      </w:r>
    </w:p>
    <w:p>
      <w:pPr>
        <w:jc w:val="right"/>
      </w:pPr>
      <w:r>
        <w:t>اور پھر سلیکٹ کر لیا جائے ان میں سے۔ جو وہ لوگ ہیں جو واقعی یعنی کریکٹر والے ہیں، ڈسپلن والے ہیں، خدا سے ڈرنے والے ہیں، خدا سے محبت کرنے والے ہیں، خدا کو اپنا کنسرن بنانے والے لوگ ہیں، ان کو سلیکٹ کر لیا جائے۔</w:t>
      </w:r>
    </w:p>
    <w:p>
      <w:r>
        <w:rPr>
          <w:b/>
        </w:rPr>
        <w:t xml:space="preserve">[11:28] </w:t>
      </w:r>
      <w:r>
        <w:t>baqi logon ko pooray khane mein daal diya jaye. in logon ko moqa diya jaye ke woh dosri dunya mein jo bohat hi vast ho gi, jahan angel aap ka sath den gay,</w:t>
      </w:r>
    </w:p>
    <w:p>
      <w:pPr>
        <w:jc w:val="right"/>
      </w:pPr>
      <w:r>
        <w:t>باقی لوگوں کو پورے خانے میں ڈال دیا جائے۔ ان لوگوں کو موقع دیا جائے کہ وہ دوسری دنیا میں جو بہت ہی واسٹ ہوگی، جہاں اینجل آپ کا ساتھ دیں گے،</w:t>
      </w:r>
    </w:p>
    <w:p>
      <w:r>
        <w:rPr>
          <w:b/>
        </w:rPr>
        <w:t xml:space="preserve">[11:42] </w:t>
      </w:r>
      <w:r>
        <w:t>jahan sari opportunities aap ko khuli rahen gi, khuli rahen gi, khuli rahen gi, aur wahan koi ghalat aadmi nahi hoga jo aap ke plan ko bigaray.</w:t>
      </w:r>
    </w:p>
    <w:p>
      <w:pPr>
        <w:jc w:val="right"/>
      </w:pPr>
      <w:r>
        <w:t>جہاں ساری اپرچونیٹیز آپ کو کھلی رہیں گی، کھلی رہیں گی، کھلی رہیں گی، اور وہاں کوئی غلط آدمی نہیں ہوگا جو آپ کے پلان کو بگاڑے۔</w:t>
      </w:r>
    </w:p>
    <w:p>
      <w:r>
        <w:rPr>
          <w:b/>
        </w:rPr>
        <w:t xml:space="preserve">[11:51] </w:t>
      </w:r>
      <w:r>
        <w:t>to wohi sab potential</w:t>
      </w:r>
    </w:p>
    <w:p>
      <w:pPr>
        <w:jc w:val="right"/>
      </w:pPr>
      <w:r>
        <w:t>تو وہی سب پوٹینشل</w:t>
      </w:r>
    </w:p>
    <w:p>
      <w:r>
        <w:rPr>
          <w:b/>
        </w:rPr>
        <w:t xml:space="preserve">[11:56] </w:t>
      </w:r>
      <w:r>
        <w:t>avail kiya ja sake ga. yahan kaisay ho sakta hai?</w:t>
      </w:r>
    </w:p>
    <w:p>
      <w:pPr>
        <w:jc w:val="right"/>
      </w:pPr>
      <w:r>
        <w:t>اویل کیا جا سکے گا۔ یہاں کیسے ہو سکتا ہے؟</w:t>
      </w:r>
    </w:p>
    <w:p>
      <w:r>
        <w:rPr>
          <w:b/>
        </w:rPr>
        <w:t xml:space="preserve">[12:02] </w:t>
      </w:r>
      <w:r>
        <w:t>das question is from Mr Abdul Hafeez from Delhi. jo log akhirat ki dunya ke liye select kiye jayen gay, kya un ke selection ka mayar sirf mind ka istemal hoga?</w:t>
      </w:r>
    </w:p>
    <w:p>
      <w:pPr>
        <w:jc w:val="right"/>
      </w:pPr>
      <w:r>
        <w:t>دس کوئسچن از فرام مسٹر عبدالحفیظ فرام دہلی۔ جو لوگ آخرت کی دنیا کے لئے سلیکٹ کیے جائیں گے، کیا ان کے سلیکشن کا معیار صرف مائنڈ کا استعمال ہوگا؟</w:t>
      </w:r>
    </w:p>
    <w:p>
      <w:r>
        <w:rPr>
          <w:b/>
        </w:rPr>
        <w:t xml:space="preserve">[12:17] </w:t>
      </w:r>
      <w:r>
        <w:t>jo log is dunya mein ziyada se ziyada apnay mind ka istemal karen gay, wohi log akhirat ki factory ko chalane ke mustahiq qarar payen gay, aur baqiya log nahl qarar payen gay.</w:t>
      </w:r>
    </w:p>
    <w:p>
      <w:pPr>
        <w:jc w:val="right"/>
      </w:pPr>
      <w:r>
        <w:t>جو لوگ اس دنیا میں زیادہ سے زیادہ اپنے مائنڈ کا استعمال کریں گے، وہی لوگ آخرت کی فیکٹری کو چلانے کے مستحق قرار پائیں گے، اور بقیہ لوگ نااہل قرار پائیں گے۔</w:t>
      </w:r>
    </w:p>
    <w:p>
      <w:r>
        <w:rPr>
          <w:b/>
        </w:rPr>
        <w:t xml:space="preserve">[12:33] </w:t>
      </w:r>
      <w:r>
        <w:t>aisi halat mein in nahl logon ka anjam kya hoga? nahi nahi, mind ke istemal ki baat nahi hai. yeh baat nahi hai ke mind ko jo ziyada istemal kare ga woh jannat mein jaye ga, aisa kuch bhi nahi hai.</w:t>
      </w:r>
    </w:p>
    <w:p>
      <w:pPr>
        <w:jc w:val="right"/>
      </w:pPr>
      <w:r>
        <w:t>ایسی حالت میں ان نااہل لوگوں کا انجام کیا ہوگا؟ نہیں نہیں، مائنڈ کے استعمال کی بات نہیں ہے۔ یہ بات نہیں ہے کہ مائنڈ کو جو زیادہ استعمال کرے گا وہ جنت میں جائے گا، ایسا کچھ بھی نہیں ہے۔</w:t>
      </w:r>
    </w:p>
    <w:p>
      <w:r>
        <w:rPr>
          <w:b/>
        </w:rPr>
        <w:t xml:space="preserve">[12:51] </w:t>
      </w:r>
      <w:r>
        <w:t>jo Allah ke agay surrender kare ga, jo Allah ke kisi plan ko manay ga, jo Allah ki guidance ke mutabiq dunya mein chalay ga, us ka selection hoga.</w:t>
      </w:r>
    </w:p>
    <w:p>
      <w:pPr>
        <w:jc w:val="right"/>
      </w:pPr>
      <w:r>
        <w:t>جو اللہ کے آگے سرینڈر کرے گا، جو اللہ کے کسی پلان کو مانے گا، جو اللہ کی گائیڈنس کے مطابق دنیا میں چلے گا، اس کا سلیکشن ہوگا۔</w:t>
      </w:r>
    </w:p>
    <w:p>
      <w:r>
        <w:rPr>
          <w:b/>
        </w:rPr>
        <w:t xml:space="preserve">[13:05] </w:t>
      </w:r>
      <w:r>
        <w:t>mind kehta hai kya istemal karta hai? nahi ke yeh to aik relative baat hai. Khuda ke rastay pe kitna chala, Khuda ke jo criteria hain, us ko poora kiya is ne?</w:t>
      </w:r>
    </w:p>
    <w:p>
      <w:pPr>
        <w:jc w:val="right"/>
      </w:pPr>
      <w:r>
        <w:t>مائنڈ کہتا ہے کیا استعمال کرتا ہے؟ نہیں کہ یہ تو ایک ریلیٹو بات ہے۔ خدا کے راستے پہ کتنا چلا، خدا کے جو کرائٹیریا ہیں، اس کو پورا کیا اس نے؟</w:t>
      </w:r>
    </w:p>
    <w:p>
      <w:r>
        <w:rPr>
          <w:b/>
        </w:rPr>
        <w:t xml:space="preserve">[13:17] </w:t>
      </w:r>
      <w:r>
        <w:t>Khuda ko kitna ziyada apnay concern banaya is ne? yeh criteria hoga chunnay janay ka. aur wohi is qabil hon gay ke jo jo divine situation hai, jo hai,</w:t>
      </w:r>
    </w:p>
    <w:p>
      <w:pPr>
        <w:jc w:val="right"/>
      </w:pPr>
      <w:r>
        <w:t>خدا کو کتنا زیادہ اپنے کنسرن بنایا اس نے؟ یہ کرائٹیریا ہوگا چنے جانے کا۔ اور وہی اس قابل ہوں گے کہ جو جو ڈیوائن سچوئیشن ہے، جو ہے،</w:t>
      </w:r>
    </w:p>
    <w:p>
      <w:r>
        <w:rPr>
          <w:b/>
        </w:rPr>
        <w:t xml:space="preserve">[13:32] </w:t>
      </w:r>
      <w:r>
        <w:t>is mein woh fit ho saken. baqi log fit hi nahi hon gay. un ko to chhaant kar ke kooda khane mein daal diya jaye ga.</w:t>
      </w:r>
    </w:p>
    <w:p>
      <w:pPr>
        <w:jc w:val="right"/>
      </w:pPr>
      <w:r>
        <w:t>اس میں وہ فٹ ہو سکیں۔ باقی لوگ فٹ ہی نہیں ہوں گے۔ ان کو تو چھاڑ کر کے کوڑا خانے میں ڈال دیا جائے گا۔</w:t>
      </w:r>
    </w:p>
    <w:p>
      <w:r>
        <w:rPr>
          <w:b/>
        </w:rPr>
        <w:t xml:space="preserve">[13:43] </w:t>
      </w:r>
      <w:r>
        <w:t>das question is from Ms Razia from Delhi. working in a group invariably arises divergent views or opinions about performing a certain task.</w:t>
      </w:r>
    </w:p>
    <w:p>
      <w:pPr>
        <w:jc w:val="right"/>
      </w:pPr>
      <w:r>
        <w:t>دس کوئسچن از فرام مس راضیہ فرام دہلی۔ ورکنگ ان ا گروپ انویریبلی ارائزز ڈائیورجنٹ ویوز اور اوپینینز اباؤٹ پرفارمنگ ا سرٹن ٹاسک۔</w:t>
      </w:r>
    </w:p>
    <w:p>
      <w:r>
        <w:rPr>
          <w:b/>
        </w:rPr>
        <w:t xml:space="preserve">[13:56] </w:t>
      </w:r>
      <w:r>
        <w:t>if a member presses upon a certain way of working, which the others are not in favor of, it creates negativity within the group.</w:t>
      </w:r>
    </w:p>
    <w:p>
      <w:pPr>
        <w:jc w:val="right"/>
      </w:pPr>
      <w:r>
        <w:t>اف ا ممبر پریسز اپون ا سرٹن وے اف ورکنگ، وچ دی ادرز ار ناٹ ان فیور اف، اٹ کریٹس نیگیٹیوٹی ود ان دا گروپ۔</w:t>
      </w:r>
    </w:p>
    <w:p>
      <w:r>
        <w:rPr>
          <w:b/>
        </w:rPr>
        <w:t xml:space="preserve">[14:10] </w:t>
      </w:r>
      <w:r>
        <w:t>what should be done in such a situation to retain positivity within the group? dekhen, negativity kyun paida hoti hai?</w:t>
      </w:r>
    </w:p>
    <w:p>
      <w:pPr>
        <w:jc w:val="right"/>
      </w:pPr>
      <w:r>
        <w:t>واٹ شوڈ بی ڈن ان سچ ا سچویشن ٹو ریٹین پوزیٹیوٹی ود ان دا گروپ؟ دیکھیں، نیگیٹیوٹی کیوں پیدا ہوتی ہے؟</w:t>
      </w:r>
    </w:p>
    <w:p>
      <w:r>
        <w:rPr>
          <w:b/>
        </w:rPr>
        <w:t xml:space="preserve">[14:20] </w:t>
      </w:r>
      <w:r>
        <w:t>is liye ke doosray ko hum accept nahi karna chahte. aap adjust kijiye wahan, aap nahi kyun chalana chahte? dekhen, option do mein se aisay moqay par option do mein se aik ka hota hai.</w:t>
      </w:r>
    </w:p>
    <w:p>
      <w:pPr>
        <w:jc w:val="right"/>
      </w:pPr>
      <w:r>
        <w:t>اس لئے کہ دوسرے کو ہم ایکسیپٹ نہیں کرنا چاہتے۔ آپ ایڈجسٹ کیجیے وہاں، آپ نہیں کیوں چلانا چاہتے؟ دیکھیں، آپشن دو میں سے ایسے موقع پر آپشن دو میں سے ایک کا ہوتا ہے۔</w:t>
      </w:r>
    </w:p>
    <w:p>
      <w:r>
        <w:rPr>
          <w:b/>
        </w:rPr>
        <w:t xml:space="preserve">[14:33] </w:t>
      </w:r>
      <w:r>
        <w:t>ya to aap negative ban jayen ya accept kar len.</w:t>
      </w:r>
    </w:p>
    <w:p>
      <w:pPr>
        <w:jc w:val="right"/>
      </w:pPr>
      <w:r>
        <w:t>یا تو آپ نیگیٹیو بن جائیں یا ایکسیپٹ کر لیں۔</w:t>
      </w:r>
    </w:p>
    <w:p>
      <w:r>
        <w:rPr>
          <w:b/>
        </w:rPr>
        <w:t xml:space="preserve">[14:39] </w:t>
      </w:r>
      <w:r>
        <w:t>mujhe ek formula bohat pasand hai. amreeka mein ek saahib hain, un ka naam hai sagheer aslam. woh california mein rehte hain. un ka bohat acha formula hai.</w:t>
      </w:r>
    </w:p>
    <w:p>
      <w:pPr>
        <w:jc w:val="right"/>
      </w:pPr>
      <w:r>
        <w:t>مجھے ایک فارمولا بہت پسند ہے۔ امریکہ میں ایک صاحب ہیں، ان کا نام ہے صغیر اسلم۔ وہ کیلیفورنیا میں رہتے ہیں۔ ان کا بہت اچھا فارمولا ہے۔</w:t>
      </w:r>
    </w:p>
    <w:p>
      <w:r>
        <w:rPr>
          <w:b/>
        </w:rPr>
        <w:t xml:space="preserve">[14:49] </w:t>
      </w:r>
      <w:r>
        <w:t>chalo, yeh bhi theek hai.</w:t>
      </w:r>
    </w:p>
    <w:p>
      <w:pPr>
        <w:jc w:val="right"/>
      </w:pPr>
      <w:r>
        <w:t>چلو، یہ بھی ٹھیک ہے۔</w:t>
      </w:r>
    </w:p>
    <w:p>
      <w:r>
        <w:rPr>
          <w:b/>
        </w:rPr>
        <w:t xml:space="preserve">[14:54] </w:t>
      </w:r>
      <w:r>
        <w:t>jaise main un ke haan chand din tha, to ek din aisa hua ke yeh baat hui ke chalenge park mein tehalne ke liye. tay ho gaya.</w:t>
      </w:r>
    </w:p>
    <w:p>
      <w:pPr>
        <w:jc w:val="right"/>
      </w:pPr>
      <w:r>
        <w:t>جیسے میں ان کے ہاں چند دن تھا، تو ایک دن ایسا ہوا کہ یہ بات ہوئی کہ چلیں گے پارک میں ٹہلنے کے لئے۔ طے ہو گیا۔</w:t>
      </w:r>
    </w:p>
    <w:p>
      <w:r>
        <w:rPr>
          <w:b/>
        </w:rPr>
        <w:t xml:space="preserve">[15:05] </w:t>
      </w:r>
      <w:r>
        <w:t>to phir maine kisi wajah se kaha ke nahin bhai, ab yeh kaam hai, abhi nahin jayenge. to unhon ne kaha chalo, yeh bhi theek hai. to aap doosre ko accept kijiye.</w:t>
      </w:r>
    </w:p>
    <w:p>
      <w:pPr>
        <w:jc w:val="right"/>
      </w:pPr>
      <w:r>
        <w:t>تو پھر میں نے کسی وجہ سے کہا کہ نہیں بھئی، اب یہ کام ہے، ابھی نہیں جائیں گے۔ تو انہوں نے کہا چلو، یہ بھی ٹھیک ہے۔ تو آپ دوسرے کو ایکسیپٹ کیجیے۔</w:t>
      </w:r>
    </w:p>
    <w:p>
      <w:r>
        <w:rPr>
          <w:b/>
        </w:rPr>
        <w:t xml:space="preserve">[15:15] </w:t>
      </w:r>
      <w:r>
        <w:t>accept na karne ki yeh price deni padti hai ke aap negative ban jaate hain. woh to ziyada bhaari price hai. negative banne ki koi zaroorat hi nahin hai.</w:t>
      </w:r>
    </w:p>
    <w:p>
      <w:pPr>
        <w:jc w:val="right"/>
      </w:pPr>
      <w:r>
        <w:t>ایکسیپٹ نہ کرنے کی یہ پرائز دینی پڑتی ہے کہ آپ نیگیٹیو بن جاتے ہیں۔ وہ تو زیادہ بھاری پرائز ہے۔ نیگیٹیو بننے کی کوئی ضرورت ہی نہیں ہے۔</w:t>
      </w:r>
    </w:p>
    <w:p>
      <w:r>
        <w:rPr>
          <w:b/>
        </w:rPr>
        <w:t xml:space="preserve">[15:25] </w:t>
      </w:r>
      <w:r>
        <w:t>aap accept kar lijiyey. kal dekhen, chalo, yeh bhi theek hai. dekhen, ek bohat hi important principle yeh hai ke aap apni personal life mein aap ideal ban sakte hain.</w:t>
      </w:r>
    </w:p>
    <w:p>
      <w:pPr>
        <w:jc w:val="right"/>
      </w:pPr>
      <w:r>
        <w:t>آپ ایکسیپٹ کر لیجیے۔ کل دیکھیں، چلو، یہ بھی ٹھیک ہے۔ دیکھیں، ایک بہت ہی امپورٹنٹ پرنسپل یہ ہے کہ آپ اپنی پرسنل لائف میں آپ آئیڈیل بن سکتے ہیں۔</w:t>
      </w:r>
    </w:p>
    <w:p>
      <w:r>
        <w:rPr>
          <w:b/>
        </w:rPr>
        <w:t xml:space="preserve">[15:36] </w:t>
      </w:r>
      <w:r>
        <w:t>lekin aap social life mein ideal nahin ban sakte.</w:t>
      </w:r>
    </w:p>
    <w:p>
      <w:pPr>
        <w:jc w:val="right"/>
      </w:pPr>
      <w:r>
        <w:t>لیکن آپ سوشل لائف میں آئیڈیل نہیں بن سکتے۔</w:t>
      </w:r>
    </w:p>
    <w:p>
      <w:r>
        <w:rPr>
          <w:b/>
        </w:rPr>
        <w:t xml:space="preserve">[15:42] </w:t>
      </w:r>
      <w:r>
        <w:t>social life mein aap ko practical banna padega. to best formula yeh hai ke apni ideal life mein idealism ikhtiyar kijiyey.</w:t>
      </w:r>
    </w:p>
    <w:p>
      <w:pPr>
        <w:jc w:val="right"/>
      </w:pPr>
      <w:r>
        <w:t>سوشل لائف میں آپ کو پریکٹیکل بننا پڑے گا۔ تو بیسٹ فارمولا یہ ہے کہ اپنی آئیڈیل لائف میں آئیڈیلزم اختیار کیجیے۔</w:t>
      </w:r>
    </w:p>
    <w:p>
      <w:r>
        <w:rPr>
          <w:b/>
        </w:rPr>
        <w:t xml:space="preserve">[15:54] </w:t>
      </w:r>
      <w:r>
        <w:t>social life mein practical ban jaiyey. isi tarah se aap bacha sakte hain apne aap ko negativity se. ya bohat woh log bohat hi ziyada yaani kam samajh wale log hain jo social life mein ideal chalana chahte hain.</w:t>
      </w:r>
    </w:p>
    <w:p>
      <w:pPr>
        <w:jc w:val="right"/>
      </w:pPr>
      <w:r>
        <w:t>سوشل لائف میں پریکٹیکل بن جائیے۔ اسی طرح سے آپ بچا سکتے ہیں اپنے آپ کو نیگیٹیوٹی سے۔ یا بہت وہ لوگ بہت ہی زیادہ یعنی کم سمجھ والے لوگ ہیں جو سوشل لائف میں آئیڈیل چلانا چاہتے ہیں۔</w:t>
      </w:r>
    </w:p>
    <w:p>
      <w:r>
        <w:rPr>
          <w:b/>
        </w:rPr>
        <w:t xml:space="preserve">[16:11] </w:t>
      </w:r>
      <w:r>
        <w:t>jo ke impossible hai.</w:t>
      </w:r>
    </w:p>
    <w:p>
      <w:pPr>
        <w:jc w:val="right"/>
      </w:pPr>
      <w:r>
        <w:t>جو کہ امپاسیبل ہے۔</w:t>
      </w:r>
    </w:p>
    <w:p>
      <w:r>
        <w:rPr>
          <w:b/>
        </w:rPr>
        <w:t xml:space="preserve">[16:17] </w:t>
      </w:r>
      <w:r>
        <w:t>aap jante hain ke aristotle aur plato jo hai ideal state banana chahte the. main samajhta hoon ke bilkul hi impossible tha woh.</w:t>
      </w:r>
    </w:p>
    <w:p>
      <w:pPr>
        <w:jc w:val="right"/>
      </w:pPr>
      <w:r>
        <w:t>آپ جانتے ہیں کہ ارسٹوٹل اور پلیٹو جو ہے آئیڈیل اسٹیٹ بنانا چاہتے تھے۔ میں سمجھتا ہوں کہ بالکل ہی امپاسیبل تھا وہ۔</w:t>
      </w:r>
    </w:p>
    <w:p>
      <w:r>
        <w:rPr>
          <w:b/>
        </w:rPr>
        <w:t xml:space="preserve">[16:25] </w:t>
      </w:r>
      <w:r>
        <w:t>bana bhi nahin. aaj to is tab se le kar aaj tak log ideal state, ideal system, ideal society ki baatein karte hain. main is ko bilkul hi impossible samajhta hoon.</w:t>
      </w:r>
    </w:p>
    <w:p>
      <w:pPr>
        <w:jc w:val="right"/>
      </w:pPr>
      <w:r>
        <w:t>بنا بھی نہیں۔ آج تو اس تب سے لے کر آج تک لوگ آئیڈیل اسٹیٹ، آئیڈیل سسٹم، آئیڈیل سوسائٹی کی باتیں کرتے ہیں۔ میں اس کو بالکل ہی امپاسیبل سمجھتا ہوں۔</w:t>
      </w:r>
    </w:p>
    <w:p>
      <w:r>
        <w:rPr>
          <w:b/>
        </w:rPr>
        <w:t xml:space="preserve">[16:38] </w:t>
      </w:r>
      <w:r>
        <w:t>apni zaati life ko aap ideal banana chahte hain to bana sakte hain. social life ko kaise banayenge? wahan tarah tarah ke log hain, har qism ke log hain. to aap ko wahan practical banna padta hai.</w:t>
      </w:r>
    </w:p>
    <w:p>
      <w:pPr>
        <w:jc w:val="right"/>
      </w:pPr>
      <w:r>
        <w:t>اپنی ذاتی لائف کو آپ آئیڈیل بنانا چاہتے ہیں تو بنا سکتے ہیں۔ سوشل لائف کو کیسے بنائیں گے؟ وہاں طرح طرح کے لوگ ہیں، ہر قسم کے لوگ ہیں۔ تو آپ کو وہاں پریکٹیکل بننا پڑتا ہے۔</w:t>
      </w:r>
    </w:p>
    <w:p>
      <w:r>
        <w:rPr>
          <w:b/>
        </w:rPr>
        <w:t xml:space="preserve">[16:53] </w:t>
      </w:r>
      <w:r>
        <w:t>practical wisdom ko lena padta hai wahan par. yeh bohat important formula hai. is ko koi log samajhte hi nahin log. ke apne apne aap mein apni zaati zindagi jo hai aap ki woh jo personal life hai, wahan aap jo chahen ikhtiyar kijiyey.</w:t>
      </w:r>
    </w:p>
    <w:p>
      <w:pPr>
        <w:jc w:val="right"/>
      </w:pPr>
      <w:r>
        <w:t>پریکٹیکل وزڈم کو لینا پڑتا ہے وہاں پر۔ یہ بہت امپورٹنٹ فارمولا ہے۔ اس کو کوئی لوگ سمجھتے ہی نہیں لوگ۔ کہ اپنے اپنے آپ میں اپنی ذاتی زندگی جو ہے آپ کی وہ جو پرسنل لائف ہے، وہاں آپ جو چاہیں اختیار کیجیے۔</w:t>
      </w:r>
    </w:p>
    <w:p>
      <w:r>
        <w:rPr>
          <w:b/>
        </w:rPr>
        <w:t xml:space="preserve">[17:06] </w:t>
      </w:r>
      <w:r>
        <w:t>wahan aap khoob khoob idealist ban jaiyey. social life mein aate hi aap ko practical banna padega. yahi woh formula hai jis ko ikhtiyar kar ke aap negativity se bach sakte hain.</w:t>
      </w:r>
    </w:p>
    <w:p>
      <w:pPr>
        <w:jc w:val="right"/>
      </w:pPr>
      <w:r>
        <w:t>وہاں آپ خوب خوب آئیڈیلسٹ بن جائیے۔ سوشل لائف میں آتے ہی آپ کو پریکٹیکل بننا پڑے گا۔ یہی وہ فارمولا ہے جس کو اختیار کر کے آپ نیگیٹیوٹی سے بچ سکتے ہیں۔</w:t>
      </w:r>
    </w:p>
    <w:p>
      <w:r>
        <w:rPr>
          <w:b/>
        </w:rPr>
        <w:t xml:space="preserve">[17:20] </w:t>
      </w:r>
      <w:r>
        <w:t>isi ko unhon ne saada andaaz mein kaha miss sagheer aslam ne ke chalo, yeh bhi theek hai. best formula main samajhta hoon is ko.</w:t>
      </w:r>
    </w:p>
    <w:p>
      <w:pPr>
        <w:jc w:val="right"/>
      </w:pPr>
      <w:r>
        <w:t>اسی کو انہوں نے سادہ انداز میں کہا مس صغیر اسلم نے کہ چلو، یہ بھی ٹھیک ہے۔ بیسٹ فارمولا میں سمجھتا ہوں اس کو۔</w:t>
      </w:r>
    </w:p>
    <w:p>
      <w:r>
        <w:rPr>
          <w:b/>
        </w:rPr>
        <w:t xml:space="preserve">[17:31] </w:t>
      </w:r>
      <w:r>
        <w:t>das question is from mr anam from boston. if allah knows what happens and decides what we do, then how do people have free will and freedom of choice?</w:t>
      </w:r>
    </w:p>
    <w:p>
      <w:pPr>
        <w:jc w:val="right"/>
      </w:pPr>
      <w:r>
        <w:t>دس کوئسچن از فرام مسٹر انم فرام بوسٹن۔ اف اللہ نوز واٹ ہیپنز اینڈ ڈیسائیڈز واٹ وی ڈو، دین ہاؤ ڈو پیپل ہیو فری ول اینڈ فریڈم آف چوائس؟</w:t>
      </w:r>
    </w:p>
    <w:p>
      <w:r>
        <w:rPr>
          <w:b/>
        </w:rPr>
        <w:t xml:space="preserve">[17:47] </w:t>
      </w:r>
      <w:r>
        <w:t>kindly comment. dekhen, yeh masla bohat detail se main bata chuka hoon is se pehle. lecture bhi bata chuka hoon aur kitaab bhi likh chuka hoon. yeh bilkul hi yaani yeh koi question nahin hai.</w:t>
      </w:r>
    </w:p>
    <w:p>
      <w:pPr>
        <w:jc w:val="right"/>
      </w:pPr>
      <w:r>
        <w:t>کائنڈلی کمنٹ۔ دیکھیں، یہ مسئلہ بہت ڈیٹیل سے میں بتا چکا ہوں اس سے پہلے۔ لیکچر بھی بتا چکا ہوں اور کتاب بھی لکھ چکا ہوں۔ یہ بالکل ہی یعنی یہ کوئی کوئسچن نہیں ہے۔</w:t>
      </w:r>
    </w:p>
    <w:p>
      <w:r>
        <w:rPr>
          <w:b/>
        </w:rPr>
        <w:t xml:space="preserve">[18:00] </w:t>
      </w:r>
      <w:r>
        <w:t>yeh non scientific, koi scientific question nahin hai yeh. aap mere pichle lecture ko sun sakte hain. aap bohat detail se main ne is par kaha hai ke jabr o qadar ka masla kya hai.</w:t>
      </w:r>
    </w:p>
    <w:p>
      <w:pPr>
        <w:jc w:val="right"/>
      </w:pPr>
      <w:r>
        <w:t>یہ نان سائنٹیفک، کوئی سائنٹیفک کوئسچن نہیں ہے یہ۔ آپ میرے پچھلے لیکچر کو سن سکتے ہیں۔ آپ بہت ڈیٹیل سے میں نے اس پر کہا ہے کہ جبر و قدر کا مسئلہ کیا ہے۔</w:t>
      </w:r>
    </w:p>
    <w:p>
      <w:r>
        <w:rPr>
          <w:b/>
        </w:rPr>
        <w:t xml:space="preserve">[18:11] </w:t>
      </w:r>
      <w:r>
        <w:t>aur likh bhi chuka hoon. ya to aap kitaab mein parhiye jo website par hai. website par bhi parh sakte hain aap. ya pichle lecture ko bhi aap sun sakte hain is ke cd ke zariye se.</w:t>
      </w:r>
    </w:p>
    <w:p>
      <w:pPr>
        <w:jc w:val="right"/>
      </w:pPr>
      <w:r>
        <w:t>اور لکھ بھی چکا ہوں۔ یا تو آپ کتاب میں پڑھئے جو ویب سائٹ پر ہے۔ ویب سائٹ پر بھی پڑھ سکتے ہیں آپ۔ یا پچھلے لیکچر کو بھی آپ سن سکتے ہیں اس کے سی ڈی کے ذریعے سے۔</w:t>
      </w:r>
    </w:p>
    <w:p>
      <w:r>
        <w:rPr>
          <w:b/>
        </w:rPr>
        <w:t xml:space="preserve">[18:22] </w:t>
      </w:r>
      <w:r>
        <w:t>yeh baat bohat detail mein bata chuka hoon. main ke yeh koi masla hi nahin hai. yeh ek ek ek social hai sirf. is se ziyada aur kuch nahin hai. das question is from mr fack from us a.</w:t>
      </w:r>
    </w:p>
    <w:p>
      <w:pPr>
        <w:jc w:val="right"/>
      </w:pPr>
      <w:r>
        <w:t>یہ بات بہت ڈیٹیل میں بتا چکا ہوں۔ میں کہ یہ کوئی مسئلہ ہی نہیں ہے۔ یہ ایک ایک ایک سوشل ہے صرف۔ اس سے زیادہ اور کچھ نہیں ہے۔ دس کوئسچن از فرام مسٹر فیک فرام یو ایس اے۔</w:t>
      </w:r>
    </w:p>
    <w:p>
      <w:r>
        <w:rPr>
          <w:b/>
        </w:rPr>
        <w:t xml:space="preserve">[18:36] </w:t>
      </w:r>
      <w:r>
        <w:t>quran ayat lesa lilinsan illa ma sa that is man has only what he works towards does this relate to dunya or akhirat as well</w:t>
      </w:r>
    </w:p>
    <w:p>
      <w:pPr>
        <w:jc w:val="right"/>
      </w:pPr>
      <w:r>
        <w:t>قرآن آیت لیسا للانسان الا ماسا دیٹ از مین ہیز اونلی واٹ ہی ورکس ٹورڈز ڈز دس ریلیٹ ٹو دنیا اور آخرت ایز ویل</w:t>
      </w:r>
    </w:p>
    <w:p>
      <w:r>
        <w:rPr>
          <w:b/>
        </w:rPr>
        <w:t xml:space="preserve">[18:52] </w:t>
      </w:r>
      <w:r>
        <w:t>. also sometimes we see that people in this world get their material success without really working towards something.</w:t>
      </w:r>
    </w:p>
    <w:p>
      <w:pPr>
        <w:jc w:val="right"/>
      </w:pPr>
      <w:r>
        <w:t>۔ السو سم ٹائمز وی سی دیٹ پیپل ان دس ورلڈ گیٹ دی مٹیریل سکسیس وداؤٹ ریلی ورکنگ ٹورڈز سمتھنگ۔</w:t>
      </w:r>
    </w:p>
    <w:p>
      <w:r>
        <w:rPr>
          <w:b/>
        </w:rPr>
        <w:t xml:space="preserve">[19:01] </w:t>
      </w:r>
      <w:r>
        <w:t>molana kindly help us understand in the light of your knowledge and wisdom.</w:t>
      </w:r>
    </w:p>
    <w:p>
      <w:pPr>
        <w:jc w:val="right"/>
      </w:pPr>
      <w:r>
        <w:t>مولانا کائنڈلی ہیلپ اس انڈرسٹینڈ ان دی لائٹ آف یور نالج اینڈ وزڈم۔</w:t>
      </w:r>
    </w:p>
    <w:p>
      <w:r>
        <w:rPr>
          <w:b/>
        </w:rPr>
        <w:t xml:space="preserve">[19:08] </w:t>
      </w:r>
      <w:r>
        <w:t>dekhen, quran mein jo ayat aayi hai lesa lilinsan illa ma sa to wahan context akhirat ka hai. is mauqa par lesa lilinsan illa ma sa jo hai akhirat context mein aayi hai.</w:t>
      </w:r>
    </w:p>
    <w:p>
      <w:pPr>
        <w:jc w:val="right"/>
      </w:pPr>
      <w:r>
        <w:t>دیکھیں، قرآن میں جو آیت آئی ہے لیسا للانسان الا ماسا تو وہاں کنٹیکسٹ آخرت کا ہے۔ اس موقع پر لیسا للانسان الا ماسا جو ہے آخرت کنٹیکسٹ میں آئی ہے۔</w:t>
      </w:r>
    </w:p>
    <w:p>
      <w:r>
        <w:rPr>
          <w:b/>
        </w:rPr>
        <w:t xml:space="preserve">[19:22] </w:t>
      </w:r>
      <w:r>
        <w:t>yani jo aadmi yahan par karega wahi wahan payega. kisi ki sifarish se, kisi ki rishtadari se, kisi ka kisi ke sahare se kuch nahi hone wala.</w:t>
      </w:r>
    </w:p>
    <w:p>
      <w:pPr>
        <w:jc w:val="right"/>
      </w:pPr>
      <w:r>
        <w:t>یعنی جو آدمی یہاں پر کرے گا وہی وہاں پائے گا۔ کسی کی سفارش سے، کسی کی رشتہ داری سے، کسی کا کسی کے سہارے سے کچھ نہیں ہونے والا۔</w:t>
      </w:r>
    </w:p>
    <w:p>
      <w:r>
        <w:rPr>
          <w:b/>
        </w:rPr>
        <w:t xml:space="preserve">[19:33] </w:t>
      </w:r>
      <w:r>
        <w:t>kisi ke waseele se kuch nahi hone wala hai. aadmi ka apna jo hai kya hua wahi wahan kaam aayega. lekin jahan tak dunya ka taalluq hai wahan bhi yahi masla hai.</w:t>
      </w:r>
    </w:p>
    <w:p>
      <w:pPr>
        <w:jc w:val="right"/>
      </w:pPr>
      <w:r>
        <w:t>کسی کے وسیلے سے کچھ نہیں ہونے والا ہے۔ آدمی کا اپنا جو ہے کیا ہوا وہی وہاں کام آئے گا۔ لیکن جہاں تک دنیا کا تعلق ہے وہاں بھی یہی مسئلہ ہے۔</w:t>
      </w:r>
    </w:p>
    <w:p>
      <w:r>
        <w:rPr>
          <w:b/>
        </w:rPr>
        <w:t xml:space="preserve">[19:44] </w:t>
      </w:r>
      <w:r>
        <w:t>kyun ke quran ki doosri ayat mein yeh baat kahi gayi hai wa ma asabakum min musibatin fima kasabat aydikum ke jo musibat padti hai tum ko dunya mein woh tumhare apne hi amal ka nateeja hoti hai.</w:t>
      </w:r>
    </w:p>
    <w:p>
      <w:pPr>
        <w:jc w:val="right"/>
      </w:pPr>
      <w:r>
        <w:t>کیونکہ قرآن کی دوسری آیت میں یہ بات کہی گئی ہے وما اصابکم من مصیبت فیم کسبت اہدیکم کہ جو مصیبت پڑتی ہے تم کو دنیا میں وہ تمہارے اپنے ہی عمل کا نتیجہ ہوتی ہے۔</w:t>
      </w:r>
    </w:p>
    <w:p>
      <w:r>
        <w:rPr>
          <w:b/>
        </w:rPr>
        <w:t xml:space="preserve">[19:59] </w:t>
      </w:r>
      <w:r>
        <w:t>to dono ayaton ko le kar aap dekhen to yeh maloom hota hai ke aadmi hamesha apne amal ko bhagta hai. dunya mein bhi aur akhirat mein bhi.</w:t>
      </w:r>
    </w:p>
    <w:p>
      <w:pPr>
        <w:jc w:val="right"/>
      </w:pPr>
      <w:r>
        <w:t>تو دونوں آیتوں کو لے کر آپ دیکھیں تو یہ معلوم ہوتا ہے کہ آدمی ہمیشہ اپنے عمل کو بھگتتا ہے۔ دنیا میں بھی اور آخرت میں بھی۔</w:t>
      </w:r>
    </w:p>
    <w:p>
      <w:r>
        <w:rPr>
          <w:b/>
        </w:rPr>
        <w:t xml:space="preserve">[20:07] </w:t>
      </w:r>
      <w:r>
        <w:t>dono jagah. kisi doosre ki wajah se na koi acha milega na bura milega. acha milega apni wajah se, bura milega apni wajah se.</w:t>
      </w:r>
    </w:p>
    <w:p>
      <w:pPr>
        <w:jc w:val="right"/>
      </w:pPr>
      <w:r>
        <w:t>دونوں جگہ۔ کسی دوسرے کی وجہ سے نہ کوئی اچھا ملے گا نہ برا ملے گا۔ اچھا ملے گا اپنی وجہ سے، برا ملے گا اپنی وجہ سے۔</w:t>
      </w:r>
    </w:p>
    <w:p>
      <w:r>
        <w:rPr>
          <w:b/>
        </w:rPr>
        <w:t xml:space="preserve">[20:20] </w:t>
      </w:r>
      <w:r>
        <w:t>yahi hai na? aur koi?</w:t>
      </w:r>
    </w:p>
    <w:p>
      <w:pPr>
        <w:jc w:val="right"/>
      </w:pPr>
      <w:r>
        <w:t>یہی ہے نا؟ اور کوئی؟</w:t>
      </w:r>
    </w:p>
    <w:p>
      <w:r>
        <w:rPr>
          <w:b/>
        </w:rPr>
        <w:t xml:space="preserve">[20:28] </w:t>
      </w:r>
      <w:r>
        <w:t>i miss that question Maulana.</w:t>
      </w:r>
    </w:p>
    <w:p>
      <w:pPr>
        <w:jc w:val="right"/>
      </w:pPr>
      <w:r>
        <w:t>آئی مس دیٹ کوئسچن مولانا۔</w:t>
      </w:r>
    </w:p>
    <w:p>
      <w:r>
        <w:rPr>
          <w:b/>
        </w:rPr>
        <w:t xml:space="preserve">[20:33] </w:t>
      </w:r>
      <w:r>
        <w:t>i will take the next question. this is from Mr Idrees. people have very limited perceptions about paradise that it has material excellence and comfort.</w:t>
      </w:r>
    </w:p>
    <w:p>
      <w:pPr>
        <w:jc w:val="right"/>
      </w:pPr>
      <w:r>
        <w:t>آئی ویل ٹیک دی نیکسٹ کوئسچن۔ دس از فرام مسٹر ادریس۔ پیپل ہیو ویری لمیٹڈ پرسیپشنز اباؤٹ پیراڈائز دیٹ اٹ ہیز مٹیریل ایکسیلنس اینڈ کمفرٹ۔</w:t>
      </w:r>
    </w:p>
    <w:p>
      <w:r>
        <w:rPr>
          <w:b/>
        </w:rPr>
        <w:t xml:space="preserve">[20:48] </w:t>
      </w:r>
      <w:r>
        <w:t>such limited perception does not appeal to intellectuals and people of finer taste and who believe in simple living and high thinking.</w:t>
      </w:r>
    </w:p>
    <w:p>
      <w:pPr>
        <w:jc w:val="right"/>
      </w:pPr>
      <w:r>
        <w:t>سچ لمیٹڈ پرسیپشن ڈز ناٹ اپیل ٹو انٹلیکچولز اینڈ پیپل آف فائنر ٹیسٹ اینڈ ہو بیلیو ان سمپل لیونگ اینڈ ہائی تھنکنگ۔</w:t>
      </w:r>
    </w:p>
    <w:p>
      <w:r>
        <w:rPr>
          <w:b/>
        </w:rPr>
        <w:t xml:space="preserve">[21:01] </w:t>
      </w:r>
      <w:r>
        <w:t>today lecture answers this concern effectively. it will be very helpful if you could provide some references to support the fact that paradise is much more than just a material comfort.</w:t>
      </w:r>
    </w:p>
    <w:p>
      <w:pPr>
        <w:jc w:val="right"/>
      </w:pPr>
      <w:r>
        <w:t>ٹوڈے لیکچر انسرز دس کنسرن ایفیکٹولی۔ اٹ ویل بی ویری ہیلپ فل اف یو کڈ پرووائیڈ سم ریفرنسز ٹو سپورٹ دا فیکٹ دیٹ پیراڈائز از مچ مور دین جسٹ ا مٹیریل کمفرٹ۔</w:t>
      </w:r>
    </w:p>
    <w:p>
      <w:r>
        <w:rPr>
          <w:b/>
        </w:rPr>
        <w:t xml:space="preserve">[21:18] </w:t>
      </w:r>
      <w:r>
        <w:t>dekhen, quran ke bare mein aaya hai hadith mein ke li kulli ayatin minha zahr wa batn.</w:t>
      </w:r>
    </w:p>
    <w:p>
      <w:pPr>
        <w:jc w:val="right"/>
      </w:pPr>
      <w:r>
        <w:t>دیکھیں، قرآن کے بارے میں آیا ہے حدیث میں کہ لکل آیت منہا ظہر وبطل۔</w:t>
      </w:r>
    </w:p>
    <w:p>
      <w:r>
        <w:rPr>
          <w:b/>
        </w:rPr>
        <w:t xml:space="preserve">[21:29] </w:t>
      </w:r>
      <w:r>
        <w:t>quran ki har ayat ka ek zaahir hai, ek baatin hai. yani kuch cheezein lines mein hain, kuch cheezein between lines hain. kuch cheezein aap direct taur par padh lete hain, kuch inference kar ke maloom hoti hain.</w:t>
      </w:r>
    </w:p>
    <w:p>
      <w:pPr>
        <w:jc w:val="right"/>
      </w:pPr>
      <w:r>
        <w:t>قرآن کی ہر آیت کا ایک ظاہر ہے، ایک باطن ہے۔ یعنی کچھ چیزیں لائنز میں ہیں، کچھ چیزیں بٹوین لائنز ہیں۔ کچھ چیزیں آپ ڈائریکٹ طور پر پڑھ لیتے ہیں، کچھ انفرنس کر کے معلوم ہوتی ہیں۔</w:t>
      </w:r>
    </w:p>
    <w:p>
      <w:r>
        <w:rPr>
          <w:b/>
        </w:rPr>
        <w:t xml:space="preserve">[21:40] </w:t>
      </w:r>
      <w:r>
        <w:t>yeh to hadith se hai yeh. isi liye quran mein tadabbur karo. agar quran mein do do char ki tarah baatein aisa hon to tadabbur karne ki zaroorat kya hai?</w:t>
      </w:r>
    </w:p>
    <w:p>
      <w:pPr>
        <w:jc w:val="right"/>
      </w:pPr>
      <w:r>
        <w:t>یہ تو حدیث سے ہے یہ۔ اسی لئے قرآن میں تدبر کرو۔ اگر قرآن میں دو دو چار کی طرح باتیں ایسا ہوں تو تدبر کرنے کی ضرورت کیا ہے؟</w:t>
      </w:r>
    </w:p>
    <w:p>
      <w:r>
        <w:rPr>
          <w:b/>
        </w:rPr>
        <w:t xml:space="preserve">[21:52] </w:t>
      </w:r>
      <w:r>
        <w:t>to main ne reference de chuka hoon main aap ko. reference to aap ko de chuka hoon main. ke ek taraf quran mein yeh kaha gaya hai ke Khuda ki glory itni zyada hai, itni zyada hai ke saare samundaron ko ink banaya jaye, saare darakhton ko qalam banaya jaye, tab bhi woh khatm nahi hoga.</w:t>
      </w:r>
    </w:p>
    <w:p>
      <w:pPr>
        <w:jc w:val="right"/>
      </w:pPr>
      <w:r>
        <w:t>تو میں نے ریفرنس دے چکا ہوں میں آپ کو۔ ریفرنس تو آپ کو دے چکا ہوں میں۔ کہ ایک طرف قرآن میں یہ کہا گیا ہے کہ خدا کی گلوری اتنی زیادہ ہے، اتنی زیادہ ہے کہ سارے سمندروں کو اینک بنایا جائے، سارے درختوں کو قلم بنایا جائے، تب بھی وہ ختم نہیں ہوگا۔</w:t>
      </w:r>
    </w:p>
    <w:p>
      <w:r>
        <w:rPr>
          <w:b/>
        </w:rPr>
        <w:t xml:space="preserve">[22:10] </w:t>
      </w:r>
      <w:r>
        <w:t>yeh to Khuda ne potential insaan ko bohat zyada diya. aur quran mein hai ke wa ma khalaqtul jinna wal insa illa li ya'budun.</w:t>
      </w:r>
    </w:p>
    <w:p>
      <w:pPr>
        <w:jc w:val="right"/>
      </w:pPr>
      <w:r>
        <w:t>یہ تو خدا نے پوٹینشل انسان کو بہت زیادہ دیا۔ اور قرآن میں ہے کہ وما خلقت الجن والانس الا ليعبدون۔</w:t>
      </w:r>
    </w:p>
    <w:p>
      <w:r>
        <w:rPr>
          <w:b/>
        </w:rPr>
        <w:t xml:space="preserve">[22:20] </w:t>
      </w:r>
      <w:r>
        <w:t>yahan is ka ibn Abbas ne is ki tashreeh ki hai ke li ya'budun li ya'rifuni. insaan ko paida kiya gaya hai ke meri ma'rifat hasil karen.</w:t>
      </w:r>
    </w:p>
    <w:p>
      <w:pPr>
        <w:jc w:val="right"/>
      </w:pPr>
      <w:r>
        <w:t>یہاں اس کا ابن عباس نے اس کی تشریح کی ہے کہ لیاعبدون لیعرفوننی۔ انسان کو پیدا کیا گیا ہے کہ میری معرفت حاصل کریں۔</w:t>
      </w:r>
    </w:p>
    <w:p>
      <w:r>
        <w:rPr>
          <w:b/>
        </w:rPr>
        <w:t xml:space="preserve">[22:30] </w:t>
      </w:r>
      <w:r>
        <w:t>ab in teeno ayaton ko milaiye aap. ke ek taraf Khuda ne paida kiya insaan ko bohat zyada potential de kar ke.</w:t>
      </w:r>
    </w:p>
    <w:p>
      <w:pPr>
        <w:jc w:val="right"/>
      </w:pPr>
      <w:r>
        <w:t>اب ان تینوں آیتوں کو ملائیے آپ۔ کہ ایک طرف خدا نے پیدا کیا انسان کو بہت زیادہ پوٹینشل دے کر کے۔</w:t>
      </w:r>
    </w:p>
    <w:p>
      <w:r>
        <w:rPr>
          <w:b/>
        </w:rPr>
        <w:t xml:space="preserve">[22:40] </w:t>
      </w:r>
      <w:r>
        <w:t>aur paida isi liye kiya ke ma'rifat Khuda ki hasil kare. aur ma'rifat itni zyada, itni zyada, itni zyada hai ke woh karoron kharbon saal bhi na'kaafi hain is ko daryaft karne ke liye.</w:t>
      </w:r>
    </w:p>
    <w:p>
      <w:pPr>
        <w:jc w:val="right"/>
      </w:pPr>
      <w:r>
        <w:t>اور پیدا اسی لئے کیا کہ معرفت خدا کی حاصل کرے۔ اور معرفت اتنی زیادہ، اتنی زیادہ، اتنی زیادہ ہے کہ وہ کروڑوں کھربوں سال بھی ناکافی ہیں اس کو دریافت کرنے کے لئے۔</w:t>
      </w:r>
    </w:p>
    <w:p>
      <w:r>
        <w:rPr>
          <w:b/>
        </w:rPr>
        <w:t xml:space="preserve">[22:54] </w:t>
      </w:r>
      <w:r>
        <w:t>yeh milakar ghor kijiye to pata chalega ke jannat isi ka naam hai.</w:t>
      </w:r>
    </w:p>
    <w:p>
      <w:pPr>
        <w:jc w:val="right"/>
      </w:pPr>
      <w:r>
        <w:t>یہ ملا کر غور کیجیے تو پتہ چلے گا کہ جنت اسی کا نام ہے۔</w:t>
      </w:r>
    </w:p>
    <w:p>
      <w:r>
        <w:rPr>
          <w:b/>
        </w:rPr>
        <w:t xml:space="preserve">[23:00] </w:t>
      </w:r>
      <w:r>
        <w:t>ke dunya mein jo undiscovered raha tha us ko hum discover karen wahan par. ke Khuda ne paida kiya jab ma'rifat ki to ma'rifat wahan hui kahan? yeh ayat quran mein maujood hai ke Khuda ne paida kiya insaan ko ke woh Khuda ko discover kare.</w:t>
      </w:r>
    </w:p>
    <w:p>
      <w:pPr>
        <w:jc w:val="right"/>
      </w:pPr>
      <w:r>
        <w:t>کہ دنیا میں جو انڈسکورڈ رہا تھا اس کو ہم ڈسکور کریں وہاں پر۔ کہ خدا نے پیدا کیا جب معرفت کی تو معرفت وہاں ہوئی کہاں؟ یہ آیت قرآن میں موجود ہے کہ خدا نے پیدا کیا انسان کو کہ وہ خدا کو ڈسکور کرے۔</w:t>
      </w:r>
    </w:p>
    <w:p>
      <w:r>
        <w:rPr>
          <w:b/>
        </w:rPr>
        <w:t xml:space="preserve">[23:15] </w:t>
      </w:r>
      <w:r>
        <w:t>ma'rifat ma'ni discovery. to discover hota kahan hai?</w:t>
      </w:r>
    </w:p>
    <w:p>
      <w:pPr>
        <w:jc w:val="right"/>
      </w:pPr>
      <w:r>
        <w:t>معرفت معنی ڈسکوری۔ تو ڈسکور ہوتا کہاں ہے؟</w:t>
      </w:r>
    </w:p>
    <w:p>
      <w:r>
        <w:rPr>
          <w:b/>
        </w:rPr>
        <w:t xml:space="preserve">[23:22] </w:t>
      </w:r>
      <w:r>
        <w:t>kis surah mein yeh ayat hai? li ya'budun? yeh surah az-zariyat mein yeh ayat hai yeh.</w:t>
      </w:r>
    </w:p>
    <w:p>
      <w:pPr>
        <w:jc w:val="right"/>
      </w:pPr>
      <w:r>
        <w:t>کس سورہ میں یہ آیت ہے؟ لیاعبدون؟ یہ سورہ الزاریات میں یہ آیت ہے یہ۔</w:t>
      </w:r>
    </w:p>
    <w:p>
      <w:r>
        <w:rPr>
          <w:b/>
        </w:rPr>
        <w:t xml:space="preserve">[23:33] </w:t>
      </w:r>
      <w:r>
        <w:t>wa ma khalaqtul jinna wal insa illa li ya'budun. main ne paida kiya insaan ko sirf is liye ke woh meri ibadat kare, yani meri ma'rifat hasil kare.</w:t>
      </w:r>
    </w:p>
    <w:p>
      <w:pPr>
        <w:jc w:val="right"/>
      </w:pPr>
      <w:r>
        <w:t>وما خلقت الجن والانس الا ليعبدون۔ میں نے پیدا کیا انسان کو صرف اس لئے کہ وہ میری عبادت کرے، یعنی میری معرفت حاصل کرے۔</w:t>
      </w:r>
    </w:p>
    <w:p>
      <w:r>
        <w:rPr>
          <w:b/>
        </w:rPr>
        <w:t xml:space="preserve">[23:45] </w:t>
      </w:r>
      <w:r>
        <w:t>yeh sahabi rasool jo the Abdullah ibn Abbas, jo bohat bare mufassir quran maane jate hain, unhon ne yeh kaha ke li ya'rifuni. yani Khuda ne paida kiya insaan ko is liye ke woh Khuda ki ma'rifat hasil kare.</w:t>
      </w:r>
    </w:p>
    <w:p>
      <w:pPr>
        <w:jc w:val="right"/>
      </w:pPr>
      <w:r>
        <w:t>یہ صحابی رسول جو تھے عبداللہ ابن عباس، جو بہت بڑے مفسر قرآن مانے جاتے ہیں، انہوں نے یہ کہا کہ لیاعرفوننی۔ یعنی خدا نے پیدا کیا انسان کو اس لئے کہ وہ خدا کی معرفت حاصل کرے۔</w:t>
      </w:r>
    </w:p>
    <w:p>
      <w:r>
        <w:rPr>
          <w:b/>
        </w:rPr>
        <w:t xml:space="preserve">[23:57] </w:t>
      </w:r>
      <w:r>
        <w:t>Khuda ko discover kare, Khuda ko realize kare. ab dekhen aap barh jate hain pachas saal, saat saal, sattar saal, nabbe saal aur discovery hoti nahi.</w:t>
      </w:r>
    </w:p>
    <w:p>
      <w:pPr>
        <w:jc w:val="right"/>
      </w:pPr>
      <w:r>
        <w:t>خدا کو ڈسکور کرے، خدا کو ریلائز کرے۔ اب دیکھیں آپ بڑھ جاتے ہیں پچاس سال، سات سال، ستر سال، نوے سال اور ڈسکوری ہوتی نہیں۔</w:t>
      </w:r>
    </w:p>
    <w:p>
      <w:r>
        <w:rPr>
          <w:b/>
        </w:rPr>
        <w:t xml:space="preserve">[24:08] </w:t>
      </w:r>
      <w:r>
        <w:t>to paidaish ka maqsad pura kahan hua? paidaish ka maqsad tha ke khuda ki marifat jo ata hai, ata hai, ata hai, is ko aap discover karen.</w:t>
      </w:r>
    </w:p>
    <w:p>
      <w:pPr>
        <w:jc w:val="right"/>
      </w:pPr>
      <w:r>
        <w:t>تو پیدائش کا مقصد پورا کہاں ہوا؟ پیدائش کا مقصد تھا کہ خدا کی معرفت جو عطا ہے، عطا ہے، عطا ہے، اس کو آپ ڈسکور کریں۔</w:t>
      </w:r>
    </w:p>
    <w:p>
      <w:r>
        <w:rPr>
          <w:b/>
        </w:rPr>
        <w:t xml:space="preserve">[24:18] </w:t>
      </w:r>
      <w:r>
        <w:t>wo pura hua nahin. to kahan? to koi jagah ho jaye jahan wo pura ho wo. to wo jannat hai wo. bilkul do do char ki tarah aap chahen to nikal sakta hai quran o baid mein ke jannat ka wo concept bilkul sahi nahin hai.</w:t>
      </w:r>
    </w:p>
    <w:p>
      <w:pPr>
        <w:jc w:val="right"/>
      </w:pPr>
      <w:r>
        <w:t>وہ پورا ہوا نہیں۔ تو کہاں؟ تو کوئی جگہ ہو جائے جہاں وہ پورا ہو وہ۔ تو وہ جنت ہے وہ۔ بالکل دو دو چار کی طرح آپ چاہیں تو نکل سکتا ہے قرآن و بید میں کہ جنت کا وہ کانسیپٹ بالکل صحیح نہیں ہے۔</w:t>
      </w:r>
    </w:p>
    <w:p>
      <w:r>
        <w:rPr>
          <w:b/>
        </w:rPr>
        <w:t xml:space="preserve">[24:35] </w:t>
      </w:r>
      <w:r>
        <w:t>wo jannat ko underestimate karna hai.</w:t>
      </w:r>
    </w:p>
    <w:p>
      <w:pPr>
        <w:jc w:val="right"/>
      </w:pPr>
      <w:r>
        <w:t>وہ جنت کو انڈر ایسٹیمیٹ کرنا ہے۔</w:t>
      </w:r>
    </w:p>
    <w:p>
      <w:r>
        <w:rPr>
          <w:b/>
        </w:rPr>
        <w:t xml:space="preserve">[24:43] </w:t>
      </w:r>
      <w:r>
        <w:t>pura concept yahi hai ke ye jo dunya mein aap marifat hasil na kar saken khuda ki, to is ka mauqa diya jaye. kyunke marifat jo hai bohat hi is mein joy hai.</w:t>
      </w:r>
    </w:p>
    <w:p>
      <w:pPr>
        <w:jc w:val="right"/>
      </w:pPr>
      <w:r>
        <w:t>پورا کانسیپٹ یہی ہے کہ یہ جو دنیا میں آپ معرفت حاصل نہ کر سکے خدا کی، تو اس کا موقع دیا جائے۔ کیونکہ معرفت جو ہے بہت ہی اس میں جوائے ہے۔</w:t>
      </w:r>
    </w:p>
    <w:p>
      <w:r>
        <w:rPr>
          <w:b/>
        </w:rPr>
        <w:t xml:space="preserve">[24:54] </w:t>
      </w:r>
      <w:r>
        <w:t>yani Allah ki marifat koi sadah baat nahin hai. sab se ziada joy milta hai us waqt jab aap ko Allah ki discovery hoti hai. ek ajib khushi, ek ajib thrill hota hai.</w:t>
      </w:r>
    </w:p>
    <w:p>
      <w:pPr>
        <w:jc w:val="right"/>
      </w:pPr>
      <w:r>
        <w:t>یعنی اللہ کی معرفت کوئی سادہ بات نہیں ہے۔ سب سے زیادہ جوائے ملتا ہے اس وقت جب آپ کو اللہ کی ڈسکوری ہوتی ہے۔ ایک عجیب خوشی، ایک عجیب تھرل ہوتا ہے۔</w:t>
      </w:r>
    </w:p>
    <w:p>
      <w:r>
        <w:rPr>
          <w:b/>
        </w:rPr>
        <w:t xml:space="preserve">[25:04] </w:t>
      </w:r>
      <w:r>
        <w:t>thrill. khuda ki marifat se thrill milta hai. yani eureka, eureka jis ne kaha tha, us se billion trillion time ziada thrill hota hai jab aap khuda ki marifat hasil karte hain.</w:t>
      </w:r>
    </w:p>
    <w:p>
      <w:pPr>
        <w:jc w:val="right"/>
      </w:pPr>
      <w:r>
        <w:t>تھرل۔ خدا کی معرفت سے تھرل ملتا ہے۔ یعنی یوریکا، یوریکا جس نے کہا تھا، اس سے بلین ٹریل ٹائم زیادہ تھرل ہوتا ہے جب آپ خدا کی معرفت حاصل کرتے ہیں۔</w:t>
      </w:r>
    </w:p>
    <w:p>
      <w:r>
        <w:rPr>
          <w:b/>
        </w:rPr>
        <w:t xml:space="preserve">[25:17] </w:t>
      </w:r>
      <w:r>
        <w:t>khuda ki discovery aap ko hoti hai. ye to baqi reh gayi dunya mein. kahan hui? jab baqi reh gayi to wahan hona chahiye akhirat mein.</w:t>
      </w:r>
    </w:p>
    <w:p>
      <w:pPr>
        <w:jc w:val="right"/>
      </w:pPr>
      <w:r>
        <w:t>خدا کی ڈسکوری آپ کو ہوتی ہے۔ یہ تو باقی رہ گئی دنیا میں۔ کہاں ہوئی؟ جب باقی رہ گئی تو وہاں ہونا چاہیے آخرت میں۔</w:t>
      </w:r>
    </w:p>
    <w:p>
      <w:r>
        <w:rPr>
          <w:b/>
        </w:rPr>
        <w:t xml:space="preserve">[25:27] </w:t>
      </w:r>
      <w:r>
        <w:t>jahan ho usi ka naam jannat hai, usi ka naam firdous hai.</w:t>
      </w:r>
    </w:p>
    <w:p>
      <w:pPr>
        <w:jc w:val="right"/>
      </w:pPr>
      <w:r>
        <w:t>جہاں ہو اسی کا نام جنت ہے، اسی کا نام فردوس ہے۔</w:t>
      </w:r>
    </w:p>
    <w:p>
      <w:r>
        <w:rPr>
          <w:b/>
        </w:rPr>
        <w:t xml:space="preserve">[25:33] </w:t>
      </w:r>
      <w:r>
        <w:t>to tadabbur karne se sari baaten maloom hoti hain.</w:t>
      </w:r>
    </w:p>
    <w:p>
      <w:pPr>
        <w:jc w:val="right"/>
      </w:pPr>
      <w:r>
        <w:t>تو تدبر کرنے سے ساری باتیں معلوم ہوتی ہیں۔</w:t>
      </w:r>
    </w:p>
    <w:p>
      <w:r>
        <w:rPr>
          <w:b/>
        </w:rPr>
        <w:t xml:space="preserve">[25:40] </w:t>
      </w:r>
      <w:r>
        <w:t>quran mein saaf saaf hai ke liya dabir ayat. yani quran isi liye bheja gaya hai ke log is ki ayaton par ghor karen. to tadabbur hi se sare khuda quran o baid ki sari jo gehraiyan hain wo samne ayengi.</w:t>
      </w:r>
    </w:p>
    <w:p>
      <w:pPr>
        <w:jc w:val="right"/>
      </w:pPr>
      <w:r>
        <w:t>قرآن میں صاف صاف ہے کہ لیا دبر آیتہ۔ یعنی قرآن اسی لئے بھیجا گیا ہے کہ لوگ اس کی آیتوں پر غور کریں۔ تو تدبر ہی سے سارے خدا قرآن و بید کی ساری جو گہرائیاں ہیں وہ سامنے آئیں گی۔</w:t>
      </w:r>
    </w:p>
    <w:p>
      <w:r>
        <w:rPr>
          <w:b/>
        </w:rPr>
        <w:t xml:space="preserve">[25:55] </w:t>
      </w:r>
      <w:r>
        <w:t>das question is from doctor barkat ali from srinagar. a week before i was watching a tv program.</w:t>
      </w:r>
    </w:p>
    <w:p>
      <w:pPr>
        <w:jc w:val="right"/>
      </w:pPr>
      <w:r>
        <w:t>دس کوئسچن از فرام ڈاکٹر برکت علی فرام سری نگر۔ ا ویک بیفور آئی واز واچنگ ا ٹی وی پروگرام۔</w:t>
      </w:r>
    </w:p>
    <w:p>
      <w:r>
        <w:rPr>
          <w:b/>
        </w:rPr>
        <w:t xml:space="preserve">[26:04] </w:t>
      </w:r>
      <w:r>
        <w:t>they were talking about sat yog</w:t>
      </w:r>
    </w:p>
    <w:p>
      <w:pPr>
        <w:jc w:val="right"/>
      </w:pPr>
      <w:r>
        <w:t>دے وار ٹاکنگ اباؤٹ ست یوگ</w:t>
      </w:r>
    </w:p>
    <w:p>
      <w:r>
        <w:rPr>
          <w:b/>
        </w:rPr>
        <w:t xml:space="preserve">[26:07] </w:t>
      </w:r>
      <w:r>
        <w:t>. molana kindly throw some light on this. bhai main ne dekha nahin is liye main kuch nahin keh sakta. is ki detail mujhe maloom nahin hai.</w:t>
      </w:r>
    </w:p>
    <w:p>
      <w:pPr>
        <w:jc w:val="right"/>
      </w:pPr>
      <w:r>
        <w:t>۔ مولانا کائنڈلی تھرو سم لائٹ ان دس۔ بھائی میں نے دیکھا نہیں اس لئے میں کچھ نہیں کہہ سکتا۔ اس کی ڈیٹیل مجھے معلوم نہیں ہے۔</w:t>
      </w:r>
    </w:p>
    <w:p>
      <w:r>
        <w:rPr>
          <w:b/>
        </w:rPr>
        <w:t xml:space="preserve">[26:17] </w:t>
      </w:r>
      <w:r>
        <w:t>is ki detail aap koi batayenge to main keh sakunga. main is ki detail nahin maloom, main ne dekha nahin tv ka program wo.</w:t>
      </w:r>
    </w:p>
    <w:p>
      <w:pPr>
        <w:jc w:val="right"/>
      </w:pPr>
      <w:r>
        <w:t>اس کی ڈیٹیل آپ کوئی بتائیں گے تو میں کہہ سکوں گا۔ میں اس کی ڈیٹیل نہیں معلوم، میں نے دیکھا نہیں ٹی وی کا پروگرام وہ۔</w:t>
      </w:r>
    </w:p>
    <w:p>
      <w:r>
        <w:rPr>
          <w:b/>
        </w:rPr>
        <w:t xml:space="preserve">[26:27] </w:t>
      </w:r>
      <w:r>
        <w:t>das question is from molana zikwan nadvi from dera. what is ikhlas and what are its qualities?</w:t>
      </w:r>
    </w:p>
    <w:p>
      <w:pPr>
        <w:jc w:val="right"/>
      </w:pPr>
      <w:r>
        <w:t>دس کوئسچن از فرام مولانا زکوان ندوی فرام ڈیرہ۔ واٹ از اخلاص اینڈ واٹ آر اٹس کوالٹیز؟</w:t>
      </w:r>
    </w:p>
    <w:p>
      <w:r>
        <w:rPr>
          <w:b/>
        </w:rPr>
        <w:t xml:space="preserve">[26:37] </w:t>
      </w:r>
      <w:r>
        <w:t>kindly explain with some example. kya hai? what is ikhlas and what are its qualities?</w:t>
      </w:r>
    </w:p>
    <w:p>
      <w:pPr>
        <w:jc w:val="right"/>
      </w:pPr>
      <w:r>
        <w:t>کائنڈلی ایکسپلین ود سم ایگزامپل۔ کیا ہے؟ واٹ از اخلاص اینڈ واٹ آر اٹس کوالٹیز؟</w:t>
      </w:r>
    </w:p>
    <w:p>
      <w:r>
        <w:rPr>
          <w:b/>
        </w:rPr>
        <w:t xml:space="preserve">[26:49] </w:t>
      </w:r>
      <w:r>
        <w:t>dekhen ikhlas ka matlab hai sirf ek Allah ke liye kaam karna.</w:t>
      </w:r>
    </w:p>
    <w:p>
      <w:pPr>
        <w:jc w:val="right"/>
      </w:pPr>
      <w:r>
        <w:t>دیکھیں اخلاص کا مطلب ہے صرف ایک اللہ کے لئے کام کرنا۔</w:t>
      </w:r>
    </w:p>
    <w:p>
      <w:r>
        <w:rPr>
          <w:b/>
        </w:rPr>
        <w:t xml:space="preserve">[27:00] </w:t>
      </w:r>
      <w:r>
        <w:t>yani ek kaam aap karen deen ke naam par, islam ke naam par, lekin aap is mein aap ko agar aap ke dil mein ye ho ke is mein stage milega, is mein paisa milega, is mein popularity milegi,</w:t>
      </w:r>
    </w:p>
    <w:p>
      <w:pPr>
        <w:jc w:val="right"/>
      </w:pPr>
      <w:r>
        <w:t>یعنی ایک کام آپ کریں دین کے نام پر، اسلام کے نام پر، لیکن آپ اس میں آپ کو اگر آپ کے دل میں یہ ہو کہ اس میں اسٹیج ملے گا، اس میں پیسہ ملے گا، اس میں پاپولیرٹی ملے گی،</w:t>
      </w:r>
    </w:p>
    <w:p>
      <w:r>
        <w:rPr>
          <w:b/>
        </w:rPr>
        <w:t xml:space="preserve">[27:16] </w:t>
      </w:r>
      <w:r>
        <w:t>is mein izzat milegi, is mein ye hoga aur is mein wo hoga, to ikhlas nahin hai wo. yani ek kaam ko deen, ikhlas ka lafz deen ke liye hai ye lafz ke ek kaam aap islam ke naam par karen, lekin agar aap maqsad aap kaho ke is mein aap ko dunya ki koi cheez milegi to ikhlas nahin hua wo.</w:t>
      </w:r>
    </w:p>
    <w:p>
      <w:pPr>
        <w:jc w:val="right"/>
      </w:pPr>
      <w:r>
        <w:t>اس میں عزت ملے گی، اس میں یہ ہوگا اور اس میں وہ ہوگا، تو اخلاص نہیں ہے وہ۔ یعنی ایک کام کو دین، اخلاص کا لفظ دین کے لئے ہے یہ لفظ کہ ایک کام آپ اسلام کے نام پر کریں، لیکن اگر آپ مقصد آپ کہو کہ اس میں آپ کو دنیا کی کوئی چیز ملے گی تو اخلاص نہیں ہوا وہ۔</w:t>
      </w:r>
    </w:p>
    <w:p>
      <w:r>
        <w:rPr>
          <w:b/>
        </w:rPr>
        <w:t xml:space="preserve">[27:38] </w:t>
      </w:r>
      <w:r>
        <w:t>wo riya ho gaya wo.</w:t>
      </w:r>
    </w:p>
    <w:p>
      <w:pPr>
        <w:jc w:val="right"/>
      </w:pPr>
      <w:r>
        <w:t>وہ ریا ہو گیا وہ۔</w:t>
      </w:r>
    </w:p>
    <w:p>
      <w:r>
        <w:rPr>
          <w:b/>
        </w:rPr>
        <w:t xml:space="preserve">[27:42] </w:t>
      </w:r>
      <w:r>
        <w:t>aur agar aap ek kaam karen is liye ke is mein aap ko Allah ki raza milegi, lekin ye insan khud hi jaan sakta hai, ya Allah janega ya khud janega ke aap stage chahte hain, aap popularity chahte hain, aap paisa chahte hain,</w:t>
      </w:r>
    </w:p>
    <w:p>
      <w:pPr>
        <w:jc w:val="right"/>
      </w:pPr>
      <w:r>
        <w:t>اور اگر آپ ایک کام کریں اس لئے کہ اس میں آپ کو اللہ کی رضا ملے گی، لیکن یہ انسان خود ہی جان سکتا ہے، یا اللہ جانے گا یا خود جانے گا کہ آپ اسٹیج چاہتے ہیں، آپ پاپولیرٹی چاہتے ہیں، آپ پیسہ چاہتے ہیں،</w:t>
      </w:r>
    </w:p>
    <w:p>
      <w:r>
        <w:rPr>
          <w:b/>
        </w:rPr>
        <w:t xml:space="preserve">[27:58] </w:t>
      </w:r>
      <w:r>
        <w:t>aap logon ke darmiyan bari izzat ki jagah hasil karna chahte hain, kya chahte hain ye aap janega ya khuda janega? koi aur insan nahin jan sakta. to yaad rakhiye sirf islam ka naam lene se aap ko khuda ke haan darja nahin mil sakta.</w:t>
      </w:r>
    </w:p>
    <w:p>
      <w:pPr>
        <w:jc w:val="right"/>
      </w:pPr>
      <w:r>
        <w:t>آپ لوگوں کے درمیان بڑی عزت کی جگہ حاصل کرنا چاہتے ہیں، کیا چاہتے ہیں یہ آپ جانے گا یا خدا جانے گا؟ کوئی اور انسان نہیں جان سکتا۔ تو یاد رکھیے صرف اسلام کا نام لینے سے آپ کو خدا کے ہاں درجہ نہیں مل سکتا۔</w:t>
      </w:r>
    </w:p>
    <w:p>
      <w:r>
        <w:rPr>
          <w:b/>
        </w:rPr>
        <w:t xml:space="preserve">[28:14] </w:t>
      </w:r>
      <w:r>
        <w:t>aap deen ke naam len, islam ke naam len, ye kafi nahin hai. wo jo aap karen aap sirf ikhlas ke taur par ho. yani sirf Allah ke liye ho. na is mein aap koi stage chahte hon, na paisa chahte hon, na popularity chahte hon, na logon mein izzat chahte hon.</w:t>
      </w:r>
    </w:p>
    <w:p>
      <w:pPr>
        <w:jc w:val="right"/>
      </w:pPr>
      <w:r>
        <w:t>آپ دین کے نام لیں، اسلام کے نام لیں، یہ کافی نہیں ہے۔ وہ جو آپ کریں آپ صرف اخلاص کے طور پر ہو۔ یعنی صرف اللہ کے لئے ہو۔ نہ اس میں آپ کوئی اسٹیج چاہتے ہوں، نہ پیسہ چاہتے ہوں، نہ پاپولیرٹی چاہتے ہوں، نہ لوگوں میں عزت چاہتے ہوں۔</w:t>
      </w:r>
    </w:p>
    <w:p>
      <w:r>
        <w:rPr>
          <w:b/>
        </w:rPr>
        <w:t xml:space="preserve">[28:31] </w:t>
      </w:r>
      <w:r>
        <w:t>kuch bhi nahin, kuch bhi nahin, kuch nahin. sirf ek Allah ke liye. jaise ek misal main deta hoon aap ko</w:t>
      </w:r>
    </w:p>
    <w:p>
      <w:pPr>
        <w:jc w:val="right"/>
      </w:pPr>
      <w:r>
        <w:t>کچھ بھی نہیں، کچھ بھی نہیں، کچھ نہیں۔ صرف ایک اللہ کے لئے۔ جیسے ایک مثال میں دیتا ہوں آپ کو</w:t>
      </w:r>
    </w:p>
    <w:p>
      <w:r>
        <w:rPr>
          <w:b/>
        </w:rPr>
        <w:t xml:space="preserve">[28:39] </w:t>
      </w:r>
      <w:r>
        <w:t>ke hazrat umar r.a. ke zamane mein iran mein aap jante hain ek ladai hui thi. is mein un logon ko shikast hui. to is ka jo wo is mein jo wo tha, is ka badshah jo tha, is ka taj ek sahabi ko mila.</w:t>
      </w:r>
    </w:p>
    <w:p>
      <w:pPr>
        <w:jc w:val="right"/>
      </w:pPr>
      <w:r>
        <w:t>کہ حضرت عمر رضی اللہ عنہ کے زمانے میں ایران میں آپ جانتے ہیں ایک لڑائی ہوئی تھی۔ اس میں ان لوگوں کو شکست ہوئی۔ تو اس کا جو وہ اس میں جو وہ تھا، اس کا بادشاہ جو تھا، اس کا تاج ایک صحابی کو ملا۔</w:t>
      </w:r>
    </w:p>
    <w:p>
      <w:r>
        <w:rPr>
          <w:b/>
        </w:rPr>
        <w:t xml:space="preserve">[28:59] </w:t>
      </w:r>
      <w:r>
        <w:t>taaj is mein heere jawaher jare hue the. zahir hai ke bohat hi karor rupay ka hoga woh. to woh taaj us ne ek ek mamooli kapde mein lapeta.</w:t>
      </w:r>
    </w:p>
    <w:p>
      <w:pPr>
        <w:jc w:val="right"/>
      </w:pPr>
      <w:r>
        <w:t>تاج اس میں ہیرے جواہر جڑے ہوئے تھے۔ ظاہر ہے کہ بہت ہی کروڑ روپے کا ہوگا وہ۔ تو وہ تاج اس نے ایک ایک معمولی کپڑے میں لپیٹا۔</w:t>
      </w:r>
    </w:p>
    <w:p>
      <w:r>
        <w:rPr>
          <w:b/>
        </w:rPr>
        <w:t xml:space="preserve">[29:11] </w:t>
      </w:r>
      <w:r>
        <w:t>aur lapet kar le kar aaya sardar ke ke paas, jahan tent laga hua tha uska. tent. to woh jo mila tha taaj us ko, to us ko us ko agar woh us ke le leta khud, jis ke mani ke us ne ikhlas ke liye nahi kaam kiya tha balkeh Allah apne faide ke liye kaam kiya tha.</w:t>
      </w:r>
    </w:p>
    <w:p>
      <w:pPr>
        <w:jc w:val="right"/>
      </w:pPr>
      <w:r>
        <w:t>اور لپیٹ کر لے کر آیا سردار کے کے پاس، جہاں ٹینٹ لگا ہوا تھا اس کا۔ ٹینٹ۔ تو وہ جو ملا تھا تاج اس کو، تو اس کو اس کو اگر وہ اس کے لے لیتا خود، جس کے معنی کہ اس نے اخلاص کے لئے نہیں کام کیا تھا بلکہ اللہ اپنے فائدے کے لئے کام کیا تھا۔</w:t>
      </w:r>
    </w:p>
    <w:p>
      <w:r>
        <w:rPr>
          <w:b/>
        </w:rPr>
        <w:t xml:space="preserve">[29:32] </w:t>
      </w:r>
      <w:r>
        <w:t>apne material interest ke liye kaam kiya tha. to us ko le kar ke woh aaya aur tent mein andar gaya aur sardar ko diya ke dekhen yeh taaj jo hai mujhe mila hai, yeh main aap ko de raha hoon.</w:t>
      </w:r>
    </w:p>
    <w:p>
      <w:pPr>
        <w:jc w:val="right"/>
      </w:pPr>
      <w:r>
        <w:t>اپنے مٹیریل انٹرسٹ کے لئے کام کیا تھا۔ تو اس کو لے کر کے وہ آیا اور ٹینٹ میں اندر گیا اور سردار کو دیا کہ دیکھیں یہ تاج جو ہے مجھے ملا ہے، یہ میں آپ کو دے رہا ہوں۔</w:t>
      </w:r>
    </w:p>
    <w:p>
      <w:r>
        <w:rPr>
          <w:b/>
        </w:rPr>
        <w:t xml:space="preserve">[29:49] </w:t>
      </w:r>
      <w:r>
        <w:t>to sardar ne poocha ke tumhara naam kya hai? yeh raat ka waqt tha woh. woh raat aaya tha, raat ko tha ke din ko koi use pehchane nahi. to sardar ne jab poocha ke tumhara naam kya hai to jante hain kya hua?</w:t>
      </w:r>
    </w:p>
    <w:p>
      <w:pPr>
        <w:jc w:val="right"/>
      </w:pPr>
      <w:r>
        <w:t>تو سردار نے پوچھا کہ تمہارا نام کیا ہے؟ یہ رات کا وقت تھا وہ۔ وہ رات آیا تھا، رات کو تھا کہ دن کو کوئی اسے پہچانے نہیں۔ تو سردار نے جب پوچھا کہ تمہارا نام کیا ہے تو جانتے ہیں کیا ہوا؟</w:t>
      </w:r>
    </w:p>
    <w:p>
      <w:r>
        <w:rPr>
          <w:b/>
        </w:rPr>
        <w:t xml:space="preserve">[30:04] </w:t>
      </w:r>
      <w:r>
        <w:t>woh foran woh peeth pheri us ne uthti taraf aur aur tent se bahar nikal gaya yeh kehte hue ke jis ke liye maine kiya, mera naam khoob janta hai.</w:t>
      </w:r>
    </w:p>
    <w:p>
      <w:pPr>
        <w:jc w:val="right"/>
      </w:pPr>
      <w:r>
        <w:t>وہ فوراً وہ پیٹھ پھیری اس نے اٹھتی طرف اور اور ٹینٹ سے باہر نکل گیا یہ کہتے ہوئے کہ جس کے لئے میں نے کیا، میرا نام خوب جانتا ہے۔</w:t>
      </w:r>
    </w:p>
    <w:p>
      <w:r>
        <w:rPr>
          <w:b/>
        </w:rPr>
        <w:t xml:space="preserve">[30:16] </w:t>
      </w:r>
      <w:r>
        <w:t>andhere mein gum ho gaya woh. phir aaj history mein is ka naam bhi nahi maloom. kisi ko nahi maloom ke woh kaun tha jo jo crown jo tha itna itna zyada precious la kar de gaya sardar ko.</w:t>
      </w:r>
    </w:p>
    <w:p>
      <w:pPr>
        <w:jc w:val="right"/>
      </w:pPr>
      <w:r>
        <w:t>اندھیرے میں گم ہو گیا وہ۔ پھر آج ہسٹری میں اس کا نام بھی نہیں معلوم۔ کسی کو نہیں معلوم کہ وہ کون تھا جو جو کراؤن جو تھا اتنا اتنا زیادہ پریشیس لا کر دے گیا سردار کو۔</w:t>
      </w:r>
    </w:p>
    <w:p>
      <w:r>
        <w:rPr>
          <w:b/>
        </w:rPr>
        <w:t xml:space="preserve">[30:33] </w:t>
      </w:r>
      <w:r>
        <w:t>woh khayme se bahar nikla aur yeh kaha tha woh andhere mein ghayab ho gaya ke jis ke liye maine aisa kiya hai, woh bhi mera naam khoob janta hai. to yeh ikhlas.</w:t>
      </w:r>
    </w:p>
    <w:p>
      <w:pPr>
        <w:jc w:val="right"/>
      </w:pPr>
      <w:r>
        <w:t>وہ خیمے سے باہر نکلا اور یہ کہا تھا وہ اندھیرے میں غائب ہو گیا کہ جس کے لئے میں نے ایسا کیا ہے، وہ بھی میرا نام خوب جانتا ہے۔ تو یہ اخلاص۔</w:t>
      </w:r>
    </w:p>
    <w:p>
      <w:r>
        <w:rPr>
          <w:b/>
        </w:rPr>
        <w:t xml:space="preserve">[30:47] </w:t>
      </w:r>
      <w:r>
        <w:t>ikhlas is ka naam hai. aaj kal dekhen is deen ke sath dunya jud gayi hai bohat zyada. jab bhi koi community jo hai, ab ek billion zyada ho gaya musalman.</w:t>
      </w:r>
    </w:p>
    <w:p>
      <w:pPr>
        <w:jc w:val="right"/>
      </w:pPr>
      <w:r>
        <w:t>اخلاص اس کا نام ہے۔ آج کل دیکھیں اس دین کے ساتھ دنیا جڑ گئی ہے بہت زیادہ۔ جب بھی کوئی کمیونٹی جو ہے، اب ایک بلین زیادہ ہو گیا مسلمان۔</w:t>
      </w:r>
    </w:p>
    <w:p>
      <w:r>
        <w:rPr>
          <w:b/>
        </w:rPr>
        <w:t xml:space="preserve">[31:01] </w:t>
      </w:r>
      <w:r>
        <w:t>jab bhi koi community, jaise Makkah mein chand aadmi the to wahan par deen ke sath dunya nahi judi thi. Makkah mein deen ke sath dunya nahi judi hui thi.</w:t>
      </w:r>
    </w:p>
    <w:p>
      <w:pPr>
        <w:jc w:val="right"/>
      </w:pPr>
      <w:r>
        <w:t>جب بھی کوئی کمیونٹی، جیسے مکہ میں چند آدمی تھے تو وہاں پر دین کے ساتھ دنیا نہیں جڑی تھی۔ مکہ میں دین کے ساتھ دنیا نہیں جڑی ہوئی تھی۔</w:t>
      </w:r>
    </w:p>
    <w:p>
      <w:r>
        <w:rPr>
          <w:b/>
        </w:rPr>
        <w:t xml:space="preserve">[31:13] </w:t>
      </w:r>
      <w:r>
        <w:t>ab ek billion zyada log hain, un ki industries hain, un ki factories hain, un ke paisa hai un ke paas, political power hai, sab cheezein hain.</w:t>
      </w:r>
    </w:p>
    <w:p>
      <w:pPr>
        <w:jc w:val="right"/>
      </w:pPr>
      <w:r>
        <w:t>اب ایک بلین زیادہ لوگ ہیں، ان کی انڈسٹریز ہیں، ان کی فیکٹریز ہیں، ان کے پیسہ ہے ان کے پاس، پولیٹیکل پاور ہے، سب چیزیں ہیں۔</w:t>
      </w:r>
    </w:p>
    <w:p>
      <w:r>
        <w:rPr>
          <w:b/>
        </w:rPr>
        <w:t xml:space="preserve">[31:23] </w:t>
      </w:r>
      <w:r>
        <w:t>to jab itni bari ho jati hai koi community, tab deen ke sath dunya jud jati hai.</w:t>
      </w:r>
    </w:p>
    <w:p>
      <w:pPr>
        <w:jc w:val="right"/>
      </w:pPr>
      <w:r>
        <w:t>تو جب اتنی بڑی ہو جاتی ہے کوئی کمیونٹی، تب دین کے ساتھ دنیا جڑ جاتی ہے۔</w:t>
      </w:r>
    </w:p>
    <w:p>
      <w:r>
        <w:rPr>
          <w:b/>
        </w:rPr>
        <w:t xml:space="preserve">[31:31] </w:t>
      </w:r>
      <w:r>
        <w:t>to ab wohi ho gaya hai. ab deen ke naam par aap ko khoob khoob dunya mil sakti hai. paisa milega, shohrat milegi, stage milega, popularity milegi, crown milega.</w:t>
      </w:r>
    </w:p>
    <w:p>
      <w:pPr>
        <w:jc w:val="right"/>
      </w:pPr>
      <w:r>
        <w:t>تو اب وہی ہو گیا ہے۔ اب دین کے نام پر آپ کو خوب خوب دنیا مل سکتی ہے۔ پیسہ ملے گا، شہرت ملے گی، اسٹیج ملے گا، پاپولیرٹی ملے گی، کراؤنڈ ملے گا۔</w:t>
      </w:r>
    </w:p>
    <w:p>
      <w:r>
        <w:rPr>
          <w:b/>
        </w:rPr>
        <w:t xml:space="preserve">[31:43] </w:t>
      </w:r>
      <w:r>
        <w:t>ab woh waqt aa gaya hai. agar aaj dunya mein musalman do char hote khali to kuch nahi milta deen ke naam par, koi cheez nahi milti aap ko. kyunke itne log hain phailay hue dunya mein, un ke paas hukoomatein hain, un ke paas industries hain, un ke paas dolat hai, har cheez hai.</w:t>
      </w:r>
    </w:p>
    <w:p>
      <w:pPr>
        <w:jc w:val="right"/>
      </w:pPr>
      <w:r>
        <w:t>اب وہ وقت آ گیا ہے۔ اگر آج دنیا میں مسلمان دو چار ہوتے خالی تو کچھ نہیں ملتا دین کے نام پر، کوئی چیز نہیں ملتی آپ کو۔ کیونکہ اتنے لوگ ہیں پھیلے ہوئے دنیا میں، ان کے پاس حکومتیں ہیں، ان کے پاس انڈسٹریز ہیں، ان کے پاس دولت ہے، ہر چیز ہے۔</w:t>
      </w:r>
    </w:p>
    <w:p>
      <w:r>
        <w:rPr>
          <w:b/>
        </w:rPr>
        <w:t xml:space="preserve">[32:02] </w:t>
      </w:r>
      <w:r>
        <w:t>to yeh bohat hi nazuk baat hai lekin insan khud hi jaan sakta hai ke main waqeatan ikhlas se kar raha hoon ya kisi dunya ke interest ke liye kar raha hoon.</w:t>
      </w:r>
    </w:p>
    <w:p>
      <w:pPr>
        <w:jc w:val="right"/>
      </w:pPr>
      <w:r>
        <w:t>تو یہ بہت ہی نازک بات ہے لیکن انسان خود ہی جان سکتا ہے کہ میں واقعتاً اخلاص سے کر رہا ہوں یا کسی دنیا کے انٹرسٹ کے لئے کر رہا ہوں۔</w:t>
      </w:r>
    </w:p>
    <w:p>
      <w:r>
        <w:rPr>
          <w:b/>
        </w:rPr>
        <w:t xml:space="preserve">[32:12] </w:t>
      </w:r>
      <w:r>
        <w:t>ya phir Khuda jaane ga ya woh khud jaane ga. bahar koi aadmi nahi jaan sakta is ko. hum sirf ek masla bata sakte hain, masla. hum kisi ko naam le kar nahi keh sakte ke yeh aadmi kaisa hai, woh aadmi kaisa hai.</w:t>
      </w:r>
    </w:p>
    <w:p>
      <w:pPr>
        <w:jc w:val="right"/>
      </w:pPr>
      <w:r>
        <w:t>یا پھر خدا جانے گا یا وہ خود جانے گا۔ باہر کوئی آدمی نہیں جان سکتا اس کو۔ ہم صرف ایک مسئلہ بتا سکتے ہیں، مسئلہ۔ ہم کسی کو نام لے کر نہیں کہہ سکتے کہ یہ آدمی کیسا ہے، وہ آدمی کیسا ہے۔</w:t>
      </w:r>
    </w:p>
    <w:p>
      <w:r>
        <w:rPr>
          <w:b/>
        </w:rPr>
        <w:t xml:space="preserve">[32:27] </w:t>
      </w:r>
      <w:r>
        <w:t>He has another question. He has written: "I have found in my experience that people generally accept their moral mistakes and they say sorry for their mistakes.</w:t>
      </w:r>
    </w:p>
    <w:p>
      <w:pPr>
        <w:jc w:val="right"/>
      </w:pPr>
      <w:r>
        <w:t>He has another question. He has written: "I have found in my experience that people generally accept their moral mistakes and they say sorry for their mistakes.</w:t>
      </w:r>
    </w:p>
    <w:p>
      <w:r>
        <w:rPr>
          <w:b/>
        </w:rPr>
        <w:t xml:space="preserve">[32:40] </w:t>
      </w:r>
      <w:r>
        <w:t>But they don't accept their intellectual mistakes and rather justify it.</w:t>
      </w:r>
    </w:p>
    <w:p>
      <w:pPr>
        <w:jc w:val="right"/>
      </w:pPr>
      <w:r>
        <w:t>But they don't accept their intellectual mistakes and rather justify it.</w:t>
      </w:r>
    </w:p>
    <w:p>
      <w:r>
        <w:rPr>
          <w:b/>
        </w:rPr>
        <w:t xml:space="preserve">[32:47] </w:t>
      </w:r>
      <w:r>
        <w:t>What is the reason behind it?" nahi woh abhi sorry keh raha hai, koi ghalti manna nahi hai. yeh to ek ek manner hai, manner.</w:t>
      </w:r>
    </w:p>
    <w:p>
      <w:pPr>
        <w:jc w:val="right"/>
      </w:pPr>
      <w:r>
        <w:t>What is the reason behind it?" نہیں وہ ابھی sorry کہہ رہا ہے، کوئی غلطی ماننا نہیں ہے۔ یہ تو ایک ایک manner ہے، manner۔</w:t>
      </w:r>
    </w:p>
    <w:p>
      <w:r>
        <w:rPr>
          <w:b/>
        </w:rPr>
        <w:t xml:space="preserve">[32:58] </w:t>
      </w:r>
      <w:r>
        <w:t>aaj kal chala hua hai ek manner, sorry. nahi repentance us ko kehte hain, dil se hona. main to aise log nahi paya jo sach mach dil se kehte hon ke yeh baat ghalt hai.</w:t>
      </w:r>
    </w:p>
    <w:p>
      <w:pPr>
        <w:jc w:val="right"/>
      </w:pPr>
      <w:r>
        <w:t>آج کل چلا ہوا ہے ایک manner، sorry۔ نہیں repentance اس کو کہتے ہیں، دل سے ہونا۔ میں تو ایسے لوگ نہیں پایا جو سچ مچ دل سے کہتے ہوں کہ یہ بات غلط ہے۔</w:t>
      </w:r>
    </w:p>
    <w:p>
      <w:r>
        <w:rPr>
          <w:b/>
        </w:rPr>
        <w:t xml:space="preserve">[33:10] </w:t>
      </w:r>
      <w:r>
        <w:t>sorry kehna to kuch, main is ko kuch bhi nahi manta. yeh aap underestimate kar rahe hain logon ke is ko ke is ko keh dete hain sorry.</w:t>
      </w:r>
    </w:p>
    <w:p>
      <w:pPr>
        <w:jc w:val="right"/>
      </w:pPr>
      <w:r>
        <w:t>Sorry کہنا تو کچھ، میں اس کو کچھ بھی نہیں مانتا۔ یہ آپ underestimate کر رہے ہیں لوگوں کے اس کو کہ اس کو کہہ دیتے ہیں sorry۔</w:t>
      </w:r>
    </w:p>
    <w:p>
      <w:r>
        <w:rPr>
          <w:b/>
        </w:rPr>
        <w:t xml:space="preserve">[33:18] </w:t>
      </w:r>
      <w:r>
        <w:t>sorry ek social manner hai yeh. is ka naam ghalti manner nahi hai. aur jahan tak intellectual level ki baatein hain to woh to arrogance record ban jata hai wahan.</w:t>
      </w:r>
    </w:p>
    <w:p>
      <w:pPr>
        <w:jc w:val="right"/>
      </w:pPr>
      <w:r>
        <w:t>Sorry ایک social manner ہے یہ۔ اس کا نام غلطی manner نہیں ہے۔ اور جہاں تک intellectual level کی باتیں ہیں تو وہ تو arrogance ریکارڈ بن جاتا ہے وہاں۔</w:t>
      </w:r>
    </w:p>
    <w:p>
      <w:r>
        <w:rPr>
          <w:b/>
        </w:rPr>
        <w:t xml:space="preserve">[33:33] </w:t>
      </w:r>
      <w:r>
        <w:t>sab se bara jo insan ka jo hai woh hai arrogance. har aadmi, yaani har aadmi chahe ghareeb ho ya ameer ho, yaani arrogant hona is ka is ki paidaishi sifat hai.</w:t>
      </w:r>
    </w:p>
    <w:p>
      <w:pPr>
        <w:jc w:val="right"/>
      </w:pPr>
      <w:r>
        <w:t>سب سے بڑا جو انسان کا جو ہے وہ ہے arrogance۔ ہر آدمی، یعنی ہر آدمی چاہے غریب ہو یا امیر ہو، یعنی arrogant ہونا اس کا اس کی پیدائشی صفت ہے۔</w:t>
      </w:r>
    </w:p>
    <w:p>
      <w:r>
        <w:rPr>
          <w:b/>
        </w:rPr>
        <w:t xml:space="preserve">[33:49] </w:t>
      </w:r>
      <w:r>
        <w:t>lekin arrogance ka ek plus point hai, ek ek minus point hai. dekhen arrogance agar na ho aap ke andar, arrogance aayi, aayi, ego to aap ko aap dunya mein sustain nahi kar sakte.</w:t>
      </w:r>
    </w:p>
    <w:p>
      <w:pPr>
        <w:jc w:val="right"/>
      </w:pPr>
      <w:r>
        <w:t>لیکن arrogance کا ایک plus point ہے، ایک ایک minus point ہے۔ دیکھیں arrogance اگر نہ ہو آپ کے اندر، arrogance آئی، آئی، ego تو آپ کو آپ دنیا میں sustain نہیں کر سکتے۔</w:t>
      </w:r>
    </w:p>
    <w:p>
      <w:r>
        <w:rPr>
          <w:b/>
        </w:rPr>
        <w:t xml:space="preserve">[34:03] </w:t>
      </w:r>
      <w:r>
        <w:t>determination nahi hai aap ke andar hoga. aap jam kar koi kaam nahi kar sakte. aap conviction nahi hai aap ke andar hoga. to ego ka plus point hai conviction, determinism.</w:t>
      </w:r>
    </w:p>
    <w:p>
      <w:pPr>
        <w:jc w:val="right"/>
      </w:pPr>
      <w:r>
        <w:t>Determination نہیں ہے آپ کے اندر ہوگا۔ آپ جم کر کوئی کام نہیں کر سکتے۔ آپ convinction نہیں ہے آپ کے اندر ہوگا۔ تو ego کا plus point ہے convinction، determinism۔</w:t>
      </w:r>
    </w:p>
    <w:p>
      <w:r>
        <w:rPr>
          <w:b/>
        </w:rPr>
        <w:t xml:space="preserve">[34:19] </w:t>
      </w:r>
      <w:r>
        <w:t>lekin is ka minus point kya hai? wohi arrogance, gharoor, ghamand. to log jo hain, main main ne yeh paya hai ke sabhi log is mein phatla rehte hain.</w:t>
      </w:r>
    </w:p>
    <w:p>
      <w:pPr>
        <w:jc w:val="right"/>
      </w:pPr>
      <w:r>
        <w:t>لیکن اس کا minus point کیا ہے؟ وہی arrogance، غرور، گھمنڈ۔ تو لوگ جو ہیں، میں میں نے یہ پایا ہے کہ سبھی لوگ اس میں پھتلا رہتے ہیں۔</w:t>
      </w:r>
    </w:p>
    <w:p>
      <w:r>
        <w:rPr>
          <w:b/>
        </w:rPr>
        <w:t xml:space="preserve">[34:32] </w:t>
      </w:r>
      <w:r>
        <w:t>apni apni apni apni baat ko galat kehna, apne intellectual level par apne ko ghalati manna, is mein un ka un ka jo hai un ka arrogance tootta hai.</w:t>
      </w:r>
    </w:p>
    <w:p>
      <w:pPr>
        <w:jc w:val="right"/>
      </w:pPr>
      <w:r>
        <w:t>اپنی اپنی اپنی اپنی بات کو غلط کہنا، اپنے intellectual level پر اپنے کو غلطی ماننا، اس میں ان کا ان کا جو ہے ان کا arrogance ٹوٹتا ہے۔</w:t>
      </w:r>
    </w:p>
    <w:p>
      <w:r>
        <w:rPr>
          <w:b/>
        </w:rPr>
        <w:t xml:space="preserve">[34:46] </w:t>
      </w:r>
      <w:r>
        <w:t>is liye woh mante nahi hain is ko. baqi jo sari kehte hain woh bhi mein is ko be haq samajhta hoon. woh to social manner hai, woh kuch bhi nahi hai. yaad rahe ke sab se bari neki yeh hai ke aap dil se keh saken ke aai baat galat hai.</w:t>
      </w:r>
    </w:p>
    <w:p>
      <w:pPr>
        <w:jc w:val="right"/>
      </w:pPr>
      <w:r>
        <w:t>اس لئے وہ مانتے نہیں ہیں اس کو۔ باقی جو ساری کہتے ہیں وہ بھی میں اس کو بے حق سمجھتا ہوں۔ وہ تو social manner ہے، وہ کچھ بھی نہیں ہے۔ یاد رہے کہ سب سے بڑی نیکی یہ ہے کہ آپ دل سے کہہ سکیں کہ آئی بات غلط ہے۔</w:t>
      </w:r>
    </w:p>
    <w:p>
      <w:r>
        <w:rPr>
          <w:b/>
        </w:rPr>
        <w:t xml:space="preserve">[35:01] </w:t>
      </w:r>
      <w:r>
        <w:t>dil se keh saken, sach mach. Allah ke khauf se keh saken ke aai baat galat hai. yeh to bohat bari neki hai. chahe intellectual ghalati karen aap, tab bhi, moral ghalati karen, tab bhi, dono halaton mein.</w:t>
      </w:r>
    </w:p>
    <w:p>
      <w:pPr>
        <w:jc w:val="right"/>
      </w:pPr>
      <w:r>
        <w:t>دل سے کہہ سکیں، سچ مچ۔ اللہ کے خوف سے کہہ سکیں کہ آئی بات غلط ہے۔ یہ تو بہت بڑی نیکی ہے۔ چاہے intellectual غلطی کریں آپ، تب بھی، moral غلطی کریں، تب بھی، دونوں حالتوں میں۔</w:t>
      </w:r>
    </w:p>
    <w:p>
      <w:r>
        <w:rPr>
          <w:b/>
        </w:rPr>
        <w:t xml:space="preserve">[35:16] </w:t>
      </w:r>
      <w:r>
        <w:t>This question is from Mr. Nafees Shiraz from Delhi. kisi bhi scientist ne Khuda ke wajood ka etiraf nahi kiya hai.</w:t>
      </w:r>
    </w:p>
    <w:p>
      <w:pPr>
        <w:jc w:val="right"/>
      </w:pPr>
      <w:r>
        <w:t>This question is from Mr. Nafees Shiraz from Delhi. کسی بھی scientist نے خدا کے وجود کا اعتراف نہیں کیا ہے۔</w:t>
      </w:r>
    </w:p>
    <w:p>
      <w:r>
        <w:rPr>
          <w:b/>
        </w:rPr>
        <w:t xml:space="preserve">[35:27] </w:t>
      </w:r>
      <w:r>
        <w:t>is ki kiya wajah hai?</w:t>
      </w:r>
    </w:p>
    <w:p>
      <w:pPr>
        <w:jc w:val="right"/>
      </w:pPr>
      <w:r>
        <w:t>اس کی کیا وجہ ہے؟</w:t>
      </w:r>
    </w:p>
    <w:p>
      <w:r>
        <w:rPr>
          <w:b/>
        </w:rPr>
        <w:t xml:space="preserve">[35:32] </w:t>
      </w:r>
      <w:r>
        <w:t>nahi aisa nahi hai. etiraf kiya hai, mein to kehta hoon ke sabhi ne etiraf kiya hai, lekin woh un ka etiraf jo hai religious sense mein nahi hota hai.</w:t>
      </w:r>
    </w:p>
    <w:p>
      <w:pPr>
        <w:jc w:val="right"/>
      </w:pPr>
      <w:r>
        <w:t>نہیں ایسا نہیں ہے۔ اعتراف کیا ہے، میں تو کہتا ہوں کہ سبھی نے اعتراف کیا ہے، لیکن وہ ان کا اعتراف جو ہے religious sense میں نہیں ہوتا ہے۔</w:t>
      </w:r>
    </w:p>
    <w:p>
      <w:r>
        <w:rPr>
          <w:b/>
        </w:rPr>
        <w:t xml:space="preserve">[35:42] </w:t>
      </w:r>
      <w:r>
        <w:t>woh aur sense mein hota hai.</w:t>
      </w:r>
    </w:p>
    <w:p>
      <w:pPr>
        <w:jc w:val="right"/>
      </w:pPr>
      <w:r>
        <w:t>وہ اور sense میں ہوتا ہے۔</w:t>
      </w:r>
    </w:p>
    <w:p>
      <w:r>
        <w:rPr>
          <w:b/>
        </w:rPr>
        <w:t xml:space="preserve">[35:47] </w:t>
      </w:r>
      <w:r>
        <w:t>aisa nahi hai ke woh Khuda ke munkir hon. mere khayal mein koi bhi, koi bhi, mere ilm mein koi bhi scientist jo hai atheist nahi hai. Atheist philosophers hue hain.</w:t>
      </w:r>
    </w:p>
    <w:p>
      <w:pPr>
        <w:jc w:val="right"/>
      </w:pPr>
      <w:r>
        <w:t>ایسا نہیں ہے کہ وہ خدا کے منکر ہوں۔ میرے خیال میں کوئی بھی، کوئی بھی، میرے علم میں کوئی بھی scientist جو ہے atheist نہیں ہے۔ Atheist philosophers ہوئے ہیں۔</w:t>
      </w:r>
    </w:p>
    <w:p>
      <w:r>
        <w:rPr>
          <w:b/>
        </w:rPr>
        <w:t xml:space="preserve">[35:58] </w:t>
      </w:r>
      <w:r>
        <w:t>yani Khuda ka na manne ka agar koi hai to woh philosophers, woh bhi, woh bhi limited sense mein hai. kyunke philosophers bhi mante hain ek aur sense mein. Philosophers jo hai Khuda ko mante hain spirit ke sense mein.</w:t>
      </w:r>
    </w:p>
    <w:p>
      <w:pPr>
        <w:jc w:val="right"/>
      </w:pPr>
      <w:r>
        <w:t>یعنی خدا کا نہ ماننے کا اگر کوئی ہے تو وہ philosophers، وہ بھی، وہ بھی limited sense میں ہے۔ کیونکہ philosophers بھی مانتے ہیں ایک اور sense میں۔ Philosophers جو ہے خدا کو مانتے ہیں spirit کے sense میں۔</w:t>
      </w:r>
    </w:p>
    <w:p>
      <w:r>
        <w:rPr>
          <w:b/>
        </w:rPr>
        <w:t xml:space="preserve">[36:12] </w:t>
      </w:r>
      <w:r>
        <w:t>jaise Hegel ne mana hai world spirit, woh world spirit manta hai. World spirit kiya hai? woh Khuda hi to hai woh. lekin Hegel is ko world spirit kahega.</w:t>
      </w:r>
    </w:p>
    <w:p>
      <w:pPr>
        <w:jc w:val="right"/>
      </w:pPr>
      <w:r>
        <w:t>جیسے Hegel نے مانا ہے world spirit، وہ world spirit مانتا ہے۔ World spirit کیا ہے؟ وہ خدا ہی تو ہے وہ۔ لیکن Hegel اس کو world spirit کہے گا۔</w:t>
      </w:r>
    </w:p>
    <w:p>
      <w:r>
        <w:rPr>
          <w:b/>
        </w:rPr>
        <w:t xml:space="preserve">[36:23] </w:t>
      </w:r>
      <w:r>
        <w:t>to mein samajhta hoon ke sare philosophers bhi mante hain Khuda ko, lekin un ka Khuda jo hai woh spirit wala Khuda hai. jis ka ek namuna jo mein ne kaha aap ko ke Hegel world spirit, to woh world spirit ka naam lete hain woh.</w:t>
      </w:r>
    </w:p>
    <w:p>
      <w:pPr>
        <w:jc w:val="right"/>
      </w:pPr>
      <w:r>
        <w:t>تو میں سمجھتا ہوں کہ سارے philosophers بھی مانتے ہیں خدا کو، لیکن ان کا خدا جو ہے وہ spirit والا خدا ہے۔ جس کا ایک نمونہ جو میں نے کہا آپ کو کہ Hegel world spirit، تو وہ world spirit کا نام لیتے ہیں وہ۔</w:t>
      </w:r>
    </w:p>
    <w:p>
      <w:r>
        <w:rPr>
          <w:b/>
        </w:rPr>
        <w:t xml:space="preserve">[36:41] </w:t>
      </w:r>
      <w:r>
        <w:t>to philosophers bhi Khuda ko mante hain, lekin woh religious sense mein nahi mante hain, apne sense mein mante hain. aise hi woh bhi manta hai, scientist bhi ke unity kyun itni ziyada hai?</w:t>
      </w:r>
    </w:p>
    <w:p>
      <w:pPr>
        <w:jc w:val="right"/>
      </w:pPr>
      <w:r>
        <w:t>تو philosophers بھی خدا کو مانتے ہیں، لیکن وہ religious sense میں نہیں مانتے ہیں، اپنے sense میں مانتے ہیں۔ ایسے ہی وہ بھی مانتا ہے، scientist بھی کہ unity کیوں اتنی زیادہ ہے؟</w:t>
      </w:r>
    </w:p>
    <w:p>
      <w:r>
        <w:rPr>
          <w:b/>
        </w:rPr>
        <w:t xml:space="preserve">[36:54] </w:t>
      </w:r>
      <w:r>
        <w:t>itni unity kyun hai? lekin to woh log bolte hain intelligence galat bolte hain woh log. ek ek ek intelligence hai is ke peechay.</w:t>
      </w:r>
    </w:p>
    <w:p>
      <w:pPr>
        <w:jc w:val="right"/>
      </w:pPr>
      <w:r>
        <w:t>اتنی unity کیوں ہے؟ لیکن تو وہ لوگ بولتے ہیں intelligence غلط بولتے ہیں وہ لوگ۔ ایک ایک ایک intelligence ہے اس کے پیچھے۔</w:t>
      </w:r>
    </w:p>
    <w:p>
      <w:r>
        <w:rPr>
          <w:b/>
        </w:rPr>
        <w:t xml:space="preserve">[37:03] </w:t>
      </w:r>
      <w:r>
        <w:t>ek kitaab chhapi hai, is ka naam hai Intelligent Universe. to scientist Khuda ko manta hai, intelligence ke term mein bayan karta hai is ko.</w:t>
      </w:r>
    </w:p>
    <w:p>
      <w:pPr>
        <w:jc w:val="right"/>
      </w:pPr>
      <w:r>
        <w:t>ایک کتاب چھپی ہے، اس کا نام ہے Intelligent Universe۔ تو سائنسدان خدا کو مانتا ہے، intelligence کے term میں بیان کرتا ہے اس کو۔</w:t>
      </w:r>
    </w:p>
    <w:p>
      <w:r>
        <w:rPr>
          <w:b/>
        </w:rPr>
        <w:t xml:space="preserve">[37:12] </w:t>
      </w:r>
      <w:r>
        <w:t>Philosopher manta hai is ko, woh spirit ke sense mein bayan karta hai woh. to Khuda itni bari haqeeqat hai ke is ko manay baghair chara nahi. lekin hum jis sense mein mante hain, jis ko hum Allah kehte hain, to woh is sense mein nahi mante, mein yeh yeh yeh theek hai.</w:t>
      </w:r>
    </w:p>
    <w:p>
      <w:pPr>
        <w:jc w:val="right"/>
      </w:pPr>
      <w:r>
        <w:t>Philosopher مانتا ہے اس کو، وہ spirit کے sense میں بیان کرتا ہے وہ۔ تو خدا اتنی بڑی حقیقت ہے کہ اس کو مانے بغیر چارہ نہیں۔ لیکن ہم جس sense میں مانتے ہیں، جس کو ہم اللہ کہتے ہیں، تو وہ اس sense میں نہیں مانتے، میں یہ یہ یہ ٹھیک ہے۔</w:t>
      </w:r>
    </w:p>
    <w:p>
      <w:r>
        <w:rPr>
          <w:b/>
        </w:rPr>
        <w:t xml:space="preserve">[37:29] </w:t>
      </w:r>
      <w:r>
        <w:t>lekin kisi aur sense mein har ek manta hai.</w:t>
      </w:r>
    </w:p>
    <w:p>
      <w:pPr>
        <w:jc w:val="right"/>
      </w:pPr>
      <w:r>
        <w:t>لیکن کسی اور sense میں ہر ایک مانتا ہے۔</w:t>
      </w:r>
    </w:p>
    <w:p>
      <w:r>
        <w:rPr>
          <w:b/>
        </w:rPr>
        <w:t xml:space="preserve">[37:34] </w:t>
      </w:r>
      <w:r>
        <w:t>This question is from Mr. Abdul Basit from Doha. Maulana, aap ki nai nai daryaft se hamara zehni irtaqa hota rehta hai.</w:t>
      </w:r>
    </w:p>
    <w:p>
      <w:pPr>
        <w:jc w:val="right"/>
      </w:pPr>
      <w:r>
        <w:t>This question is from Mr. Abdul Basit from Doha. مولانا، آپ کی نئی نئی دریافت سے ہمارا ذہنی ارتقاء ہوتا رہتا ہے۔</w:t>
      </w:r>
    </w:p>
    <w:p>
      <w:r>
        <w:rPr>
          <w:b/>
        </w:rPr>
        <w:t xml:space="preserve">[37:46] </w:t>
      </w:r>
      <w:r>
        <w:t>aisa hamesha to nahi rahega. kal nafsun za'iqatul maut. jo log aap ke baad abhi imtehan ki duniya mein honge, to un ke liye kiya rehnumai denge?</w:t>
      </w:r>
    </w:p>
    <w:p>
      <w:pPr>
        <w:jc w:val="right"/>
      </w:pPr>
      <w:r>
        <w:t>ایسا ہمیشہ تو نہیں رہے گا۔ کل نفس ذائقۃ الموت۔ جو لوگ آپ کے بعد ابھی امتحان کی دنیا میں ہوں گے، تو ان کے لئے کیا رہنمائی دیں گے؟</w:t>
      </w:r>
    </w:p>
    <w:p>
      <w:r>
        <w:rPr>
          <w:b/>
        </w:rPr>
        <w:t xml:space="preserve">[38:00] </w:t>
      </w:r>
      <w:r>
        <w:t>yeh is liye ke har nai discovery ke baad phir nai discovery ke liye hum muntazir rehte hain. kiya hum log bhi aap ki tarah nai nai daryaft kar saken ge?</w:t>
      </w:r>
    </w:p>
    <w:p>
      <w:pPr>
        <w:jc w:val="right"/>
      </w:pPr>
      <w:r>
        <w:t>یہ اس لئے کہ ہر نئی discovery کے بعد پھر نئی discovery کے لئے ہم منتظر رہتے ہیں۔ کیا ہم لوگ بھی آپ کی طرح نئی نئی دریافت کر سکیں گے؟</w:t>
      </w:r>
    </w:p>
    <w:p>
      <w:r>
        <w:rPr>
          <w:b/>
        </w:rPr>
        <w:t xml:space="preserve">[38:17] </w:t>
      </w:r>
      <w:r>
        <w:t>dekhen, meri taqat dua hai. mein chaubis ghante dua mein jeeta hoon. aur mere paas kuch bhi nahi hai.</w:t>
      </w:r>
    </w:p>
    <w:p>
      <w:pPr>
        <w:jc w:val="right"/>
      </w:pPr>
      <w:r>
        <w:t>دیکھیں، میری طاقت دعا ہے۔ میں چوبیس گھنٹے دعا میں جیتا ہوں۔ اور میرے پاس کچھ بھی نہیں ہے۔</w:t>
      </w:r>
    </w:p>
    <w:p>
      <w:r>
        <w:rPr>
          <w:b/>
        </w:rPr>
        <w:t xml:space="preserve">[38:30] </w:t>
      </w:r>
      <w:r>
        <w:t>jo shakhs bhi dua mein jiye ga, woh sab kuch pa sakta hai.</w:t>
      </w:r>
    </w:p>
    <w:p>
      <w:pPr>
        <w:jc w:val="right"/>
      </w:pPr>
      <w:r>
        <w:t>جو شخص بھی دعا میں جیئے گا، وہ سب کچھ پا سکتا ہے۔</w:t>
      </w:r>
    </w:p>
    <w:p>
      <w:r>
        <w:rPr>
          <w:b/>
        </w:rPr>
        <w:t xml:space="preserve">[38:42] </w:t>
      </w:r>
      <w:r>
        <w:t>kaha jata hai ke prayer is power. lekin woh log bohat limited sense mein mante hain is ko ke koi mareez hai, dua karo acha ho jaye ga. to yeh bohat limited sense mein hai.</w:t>
      </w:r>
    </w:p>
    <w:p>
      <w:pPr>
        <w:jc w:val="right"/>
      </w:pPr>
      <w:r>
        <w:t>کہا جاتا ہے کہ prayer is power۔ لیکن وہ لوگ بہت limited sense میں مان لیتے ہیں اس کو کہ کوئی مریض ہے، دعا کرو اچھا ہو جائے گا۔ تو یہ بہت limited sense میں ہے۔</w:t>
      </w:r>
    </w:p>
    <w:p>
      <w:r>
        <w:rPr>
          <w:b/>
        </w:rPr>
        <w:t xml:space="preserve">[38:53] </w:t>
      </w:r>
      <w:r>
        <w:t>Prayer is power bohat baray sense mein hai. hadith mein aata hai ke ad dua'u mukhul baadah, ad dua'u hailabada. yani dua hi sab kuch hai.</w:t>
      </w:r>
    </w:p>
    <w:p>
      <w:pPr>
        <w:jc w:val="right"/>
      </w:pPr>
      <w:r>
        <w:t>Prayer is power بہت بڑے sense میں ہے۔ حدیث میں آتا ہے کہ الدعاء مخلبادہ، الدعاء حیلبادہ۔ یعنی دعا ہی سب کچھ ہے۔</w:t>
      </w:r>
    </w:p>
    <w:p>
      <w:r>
        <w:rPr>
          <w:b/>
        </w:rPr>
        <w:t xml:space="preserve">[39:07] </w:t>
      </w:r>
      <w:r>
        <w:t>dekhen, is duniya mein bande aur Khuda ke darmiyan jo equation hai, woh woh woh equation yeh hai ke banda pooray maanon mein aajiz hai, Khuda pooray maanon mein almighty hai.</w:t>
      </w:r>
    </w:p>
    <w:p>
      <w:pPr>
        <w:jc w:val="right"/>
      </w:pPr>
      <w:r>
        <w:t>دیکھیں، اس دنیا میں بندے اور خدا کے درمیان جو equation ہے، وہ وہ وہ equation یہ ہے کہ بندہ پورے معنوں میں عاجز ہے، خدا پورے معنوں میں almighty ہے۔</w:t>
      </w:r>
    </w:p>
    <w:p>
      <w:r>
        <w:rPr>
          <w:b/>
        </w:rPr>
        <w:t xml:space="preserve">[39:25] </w:t>
      </w:r>
      <w:r>
        <w:t>banday ke paas kuch bhi nahi hai. Think or nothing ka equation hai yeh. Think or think ka equation nahi hai yeh. banday ke paas kuch bhi nahi hai.</w:t>
      </w:r>
    </w:p>
    <w:p>
      <w:pPr>
        <w:jc w:val="right"/>
      </w:pPr>
      <w:r>
        <w:t>بندے کے پاس کچھ بھی نہیں ہے۔ Think or nothing کا equation ہے یہ۔ Think or think کا equation نہیں ہے یہ۔ بندے کے پاس کچھ بھی نہیں ہے۔</w:t>
      </w:r>
    </w:p>
    <w:p>
      <w:r>
        <w:rPr>
          <w:b/>
        </w:rPr>
        <w:t xml:space="preserve">[39:40] </w:t>
      </w:r>
      <w:r>
        <w:t>lekin yaad rakhiye, khuda ka jo inspiration hai paane ke liye, woh is ke liye shart hai, woh shart poore kare aadmi.</w:t>
      </w:r>
    </w:p>
    <w:p>
      <w:pPr>
        <w:jc w:val="right"/>
      </w:pPr>
      <w:r>
        <w:t>لیکن یاد رکھیے، خدا کا جو inspiration ہے پانے کے لئے، وہ اس کے لئے شرط ہے، وہ شرط پورے کرے آدمی۔</w:t>
      </w:r>
    </w:p>
    <w:p>
      <w:r>
        <w:rPr>
          <w:b/>
        </w:rPr>
        <w:t xml:space="preserve">[39:50] </w:t>
      </w:r>
      <w:r>
        <w:t>ke sach mach khuda ka ho jaye woh. sach mach khuda ka ho jaye.</w:t>
      </w:r>
    </w:p>
    <w:p>
      <w:pPr>
        <w:jc w:val="right"/>
      </w:pPr>
      <w:r>
        <w:t>کہ سچ مچ خدا کا ہو جائے وہ۔ سچ مچ خدا کا ہو جائے۔</w:t>
      </w:r>
    </w:p>
    <w:p>
      <w:r>
        <w:rPr>
          <w:b/>
        </w:rPr>
        <w:t xml:space="preserve">[39:59] </w:t>
      </w:r>
      <w:r>
        <w:t>sach mach hi khuda ka ho jaye woh.</w:t>
      </w:r>
    </w:p>
    <w:p>
      <w:pPr>
        <w:jc w:val="right"/>
      </w:pPr>
      <w:r>
        <w:t>سچ مچ ہی خدا کا ہو جائے وہ۔</w:t>
      </w:r>
    </w:p>
    <w:p>
      <w:r>
        <w:rPr>
          <w:b/>
        </w:rPr>
        <w:t xml:space="preserve">[40:03] </w:t>
      </w:r>
      <w:r>
        <w:t>mujhe gotam budh ke ek kahani bahut pasand hai ke ek mulk mein tha, us ne gotam budh ko bulaya ke hamare aaiye, hum ko gyan dijiye.</w:t>
      </w:r>
    </w:p>
    <w:p>
      <w:pPr>
        <w:jc w:val="right"/>
      </w:pPr>
      <w:r>
        <w:t>مجھے گوتم بدھ کے ایک کہانی بہت پسند ہے کہ ایک ملک مین تھا، اس نے گوتم بدھ کو بلایا کہ ہمارے آئیے، ہم کو گیان دیجیے۔</w:t>
      </w:r>
    </w:p>
    <w:p>
      <w:r>
        <w:rPr>
          <w:b/>
        </w:rPr>
        <w:t xml:space="preserve">[40:15] </w:t>
      </w:r>
      <w:r>
        <w:t>aur bartan le aaiye ga, aur bartan mein hum aap ko fresh milk den ge. to gotam budh gaye, to jo un ke paas jo pot tha, jo bartan tha, us mein jaan boojh kar unhon ne thori si mitti daal di.</w:t>
      </w:r>
    </w:p>
    <w:p>
      <w:pPr>
        <w:jc w:val="right"/>
      </w:pPr>
      <w:r>
        <w:t>اور برتن لے آئیے گا، اور برتن میں ہم آپ کو fresh milk دیں گے۔ تو گوتم بدھ گئے، تو جو ان کے پاس جو pot تھا، جو برتن تھا، اس میں جان بوجھ کر انہوں نے تھوڑی سی مٹی ڈال دی۔</w:t>
      </w:r>
    </w:p>
    <w:p>
      <w:r>
        <w:rPr>
          <w:b/>
        </w:rPr>
        <w:t xml:space="preserve">[40:30] </w:t>
      </w:r>
      <w:r>
        <w:t>ab ja kar us ko diya, koi lota hoga ya koi koi pot hoga. us ne dekha ke us mein to mitti hai, saaf nahi hai.</w:t>
      </w:r>
    </w:p>
    <w:p>
      <w:pPr>
        <w:jc w:val="right"/>
      </w:pPr>
      <w:r>
        <w:t>اب جا کر اس کو دیا، کوئی لوٹا ہوگا یا کوئی کوئی pot ہوگا۔ اس نے دیکھا کہ اس میں تو مٹی ہے، صاف نہیں ہے۔</w:t>
      </w:r>
    </w:p>
    <w:p>
      <w:r>
        <w:rPr>
          <w:b/>
        </w:rPr>
        <w:t xml:space="preserve">[40:41] </w:t>
      </w:r>
      <w:r>
        <w:t>to us ne us ko khoob saaf kiya. dhooya, maja, phir us mein fresh milk rakha aur la kar pesh kiya. to gotam budh us ko le kar ja rahe the.</w:t>
      </w:r>
    </w:p>
    <w:p>
      <w:pPr>
        <w:jc w:val="right"/>
      </w:pPr>
      <w:r>
        <w:t>تو اس نے اس کو خوب صاف کیا۔ دھویا، ماجا، پھر اس میں fresh milk رکھا اور لا کر پیش کیا۔ تو گوتم بدھ اس کو لے کر جا رہے تھے۔</w:t>
      </w:r>
    </w:p>
    <w:p>
      <w:r>
        <w:rPr>
          <w:b/>
        </w:rPr>
        <w:t xml:space="preserve">[40:54] </w:t>
      </w:r>
      <w:r>
        <w:t>to us ne ek mulk mein ne kaha ke aap kahan ja rahe hain? mein ne bulaya tha aap ko, kya aap mujhe gyan den ge? khali doodh ki baat to nahi thi.</w:t>
      </w:r>
    </w:p>
    <w:p>
      <w:pPr>
        <w:jc w:val="right"/>
      </w:pPr>
      <w:r>
        <w:t>تو اس نے ایک ملک مین نے کہا کہ آپ کہاں جا رہے ہیں؟ میں نے بلایا تھا آپ کو، کیا آپ مجھے گیان دیں گے؟ خالی دودھ کی بات تو نہیں تھی۔</w:t>
      </w:r>
    </w:p>
    <w:p>
      <w:r>
        <w:rPr>
          <w:b/>
        </w:rPr>
        <w:t xml:space="preserve">[41:06] </w:t>
      </w:r>
      <w:r>
        <w:t>to gotam budh ne kaha ke mein ne to woh gyan de diya. gyan de diya. kaha kaise diya?</w:t>
      </w:r>
    </w:p>
    <w:p>
      <w:pPr>
        <w:jc w:val="right"/>
      </w:pPr>
      <w:r>
        <w:t>تو گوتم بدھ نے کہا کہ میں نے تو وہ گیان دے دیا۔ گیان دے دیا۔ کہا کیسے دیا؟</w:t>
      </w:r>
    </w:p>
    <w:p>
      <w:r>
        <w:rPr>
          <w:b/>
        </w:rPr>
        <w:t xml:space="preserve">[41:15] </w:t>
      </w:r>
      <w:r>
        <w:t>ke dekho, yeh jo bartan tha, yeh unclean tha. to tum ne us mein fresh milk nahi rakha.</w:t>
      </w:r>
    </w:p>
    <w:p>
      <w:pPr>
        <w:jc w:val="right"/>
      </w:pPr>
      <w:r>
        <w:t>کہ دیکھو، یہ جو برتن تھا، یہ unclean تھا۔ تو تم نے اس میں fresh milk نہیں رکھا۔</w:t>
      </w:r>
    </w:p>
    <w:p>
      <w:r>
        <w:rPr>
          <w:b/>
        </w:rPr>
        <w:t xml:space="preserve">[41:24] </w:t>
      </w:r>
      <w:r>
        <w:t>kyun ke fresh milk hua kharab ho jaye ga. aap jante hain, doodh phat jata hai. to tum ne saaf kiya, tab us mein doodh rakha. to tumhara jo container hai, woh woh unclean hai.</w:t>
      </w:r>
    </w:p>
    <w:p>
      <w:pPr>
        <w:jc w:val="right"/>
      </w:pPr>
      <w:r>
        <w:t>کیونکہ fresh milk ہوا خراب ہو جائے گا۔ آپ جانتے ہیں، دودھ پھٹ جاتا ہے۔ تو تم نے صاف کیا، تب اس میں دودھ رکھا۔ تو تمہارا جو container ہے، وہ وہ unclean ہے۔</w:t>
      </w:r>
    </w:p>
    <w:p>
      <w:r>
        <w:rPr>
          <w:b/>
        </w:rPr>
        <w:t xml:space="preserve">[41:38] </w:t>
      </w:r>
      <w:r>
        <w:t>tumhara dil, tumhara dimagh jo unclean hai, us ko saaf karo. tabhi to tum us mein gyan rakho ge, to us mein gyan pare ga nahi, to pare ga nahi dhyan.</w:t>
      </w:r>
    </w:p>
    <w:p>
      <w:pPr>
        <w:jc w:val="right"/>
      </w:pPr>
      <w:r>
        <w:t>تمہارا دل، تمہارا دماغ جو unclean ہے، اس کو صاف کرو۔ تبھی تو تم اس میں گیان رکھو گے، تو اس میں گیان پڑے گا نہیں، تو پڑے گا نہیں دھیان۔</w:t>
      </w:r>
    </w:p>
    <w:p>
      <w:r>
        <w:rPr>
          <w:b/>
        </w:rPr>
        <w:t xml:space="preserve">[41:48] </w:t>
      </w:r>
      <w:r>
        <w:t>to sab se bari cheez hai ke aadmi apne apne container ko clean banaye. hadith mein aata hai ke khuda subah sham apna faizaan bhejta hai, apna inspiration.</w:t>
      </w:r>
    </w:p>
    <w:p>
      <w:pPr>
        <w:jc w:val="right"/>
      </w:pPr>
      <w:r>
        <w:t>تو سب سے بڑی چیز ہے کہ آدمی اپنے اپنے container کو clean بنائے۔ حدیث میں آتا ہے کہ خدا صبح شام اپنا فائضان بھیجتا ہے، اپنا inspiration۔</w:t>
      </w:r>
    </w:p>
    <w:p>
      <w:r>
        <w:rPr>
          <w:b/>
        </w:rPr>
        <w:t xml:space="preserve">[42:01] </w:t>
      </w:r>
      <w:r>
        <w:t>yeh khuda ka inspiration jo hai, chobis ghante barish ki tarah barta rehta hai. yaad rakhiye, khuda ka jo inspiration jo hai, inspiration chobis ghante barta hai aasman se.</w:t>
      </w:r>
    </w:p>
    <w:p>
      <w:pPr>
        <w:jc w:val="right"/>
      </w:pPr>
      <w:r>
        <w:t>یہ خدا کا inspiration جو ہے، چوبیس گھنٹے بارش کی طرح برستا رہتا ہے۔ یاد رکھیے، خدا کا جو inspiration جو ہے، inspiration چوبیس گھنٹے برستا ہے آسمان سے۔</w:t>
      </w:r>
    </w:p>
    <w:p>
      <w:r>
        <w:rPr>
          <w:b/>
        </w:rPr>
        <w:t xml:space="preserve">[42:17] </w:t>
      </w:r>
      <w:r>
        <w:t>lekin jis ka container saaf ho, usi mein pohnche ga. baqi pohnche ga nahi woh.</w:t>
      </w:r>
    </w:p>
    <w:p>
      <w:pPr>
        <w:jc w:val="right"/>
      </w:pPr>
      <w:r>
        <w:t>لیکن جس کا container صاف ہو، اسی میں پہنچے گا۔ باقی پہنچے گا نہیں وہ۔</w:t>
      </w:r>
    </w:p>
    <w:p>
      <w:r>
        <w:rPr>
          <w:b/>
        </w:rPr>
        <w:t xml:space="preserve">[42:28] </w:t>
      </w:r>
      <w:r>
        <w:t>yeh ek haqeeqat hai ke chobis ghanta khuda, aap yeh samajhte hain ke paighambar wahi ke baad wahi ka qissa khatam ho gaya.</w:t>
      </w:r>
    </w:p>
    <w:p>
      <w:pPr>
        <w:jc w:val="right"/>
      </w:pPr>
      <w:r>
        <w:t>یہ ایک حقیقت ہے کہ چوبیس گھنٹہ خدا، آپ یہ سمجھتے ہیں کہ پیغمبر وحی کے بعد وحی کا قصہ ختم ہو گیا۔</w:t>
      </w:r>
    </w:p>
    <w:p>
      <w:r>
        <w:rPr>
          <w:b/>
        </w:rPr>
        <w:t xml:space="preserve">[42:36] </w:t>
      </w:r>
      <w:r>
        <w:t>ek sahabi ko mein ne ek kitab padhi, woh mein likha hai, us mein unhon ne ke saatveen sadi eesvi mein aakhri bar aasman ka contact zameen se hua.</w:t>
      </w:r>
    </w:p>
    <w:p>
      <w:pPr>
        <w:jc w:val="right"/>
      </w:pPr>
      <w:r>
        <w:t>ایک صحابی کو میں نے ایک کتاب پڑھی، وہ میں لکھا ہے، اس میں انہوں نے کہ ساتویں صدی عیسوی میں آخری بار آسمان کا contact زمین سے ہوا۔</w:t>
      </w:r>
    </w:p>
    <w:p>
      <w:r>
        <w:rPr>
          <w:b/>
        </w:rPr>
        <w:t xml:space="preserve">[42:47] </w:t>
      </w:r>
      <w:r>
        <w:t>yeh bilkul laf baat hai yeh. rasool Allah ke zamane mein jab aap khatam un nabiyyin the, to us ko is tarah barhaya charhaya unhon ne ke seventh century AD mein aakhri bar aasman ka contact zameen se hua.</w:t>
      </w:r>
    </w:p>
    <w:p>
      <w:pPr>
        <w:jc w:val="right"/>
      </w:pPr>
      <w:r>
        <w:t>یہ بالکل لاف بات ہے یہ۔ رسول اللہ کے زمانے میں جب آپ خاتم النبیین تھے، تو اس کو اس طرح بڑھایا چڑھایا انہوں نے کہ ساتویں صدی عیسوی میں آخری بار آسمان کا contact زمین سے ہوا۔</w:t>
      </w:r>
    </w:p>
    <w:p>
      <w:r>
        <w:rPr>
          <w:b/>
        </w:rPr>
        <w:t xml:space="preserve">[43:02] </w:t>
      </w:r>
      <w:r>
        <w:t>is ke baad kitna, yani yeh khuda ka anticipation hai ke aap samajhte hain ke khuda is ke baad ab ab khuda be taluq ho gaya hum se?</w:t>
      </w:r>
    </w:p>
    <w:p>
      <w:pPr>
        <w:jc w:val="right"/>
      </w:pPr>
      <w:r>
        <w:t>اس کے بعد کتنا، یعنی یہ خدا کا anticipation ہے کہ آپ سمجھتے ہیں کہ خدا اس کے بعد اب اب خدا بے تعلق ہو گیا ہم سے؟</w:t>
      </w:r>
    </w:p>
    <w:p>
      <w:r>
        <w:rPr>
          <w:b/>
        </w:rPr>
        <w:t xml:space="preserve">[43:12] </w:t>
      </w:r>
      <w:r>
        <w:t>kaise aisa ho sakta hai? yeh khuda ki shan ke khilaf hai.</w:t>
      </w:r>
    </w:p>
    <w:p>
      <w:pPr>
        <w:jc w:val="right"/>
      </w:pPr>
      <w:r>
        <w:t>کیسے ایسا ہو سکتا ہے؟ یہ خدا کی شان کے خلاف ہے۔</w:t>
      </w:r>
    </w:p>
    <w:p>
      <w:r>
        <w:rPr>
          <w:b/>
        </w:rPr>
        <w:t xml:space="preserve">[43:19] </w:t>
      </w:r>
      <w:r>
        <w:t>woh khuda khuda nahi hoga jo saatveen sadi ke baad be taluq ho kar reh jaye.</w:t>
      </w:r>
    </w:p>
    <w:p>
      <w:pPr>
        <w:jc w:val="right"/>
      </w:pPr>
      <w:r>
        <w:t>وہ خدا خدا نہیں ہوگا جو ساتویں صدی کے بعد بے تعلق ہو کر رہ جائے۔</w:t>
      </w:r>
    </w:p>
    <w:p>
      <w:r>
        <w:rPr>
          <w:b/>
        </w:rPr>
        <w:t xml:space="preserve">[43:27] </w:t>
      </w:r>
      <w:r>
        <w:t>kaise aisi baatein likhte likhte rehte hain log? oye, bohat bare aalim ne likha hai is ko, aur bohat is ke muataqideen padh padh kar jhoomte hain is ko</w:t>
      </w:r>
    </w:p>
    <w:p>
      <w:pPr>
        <w:jc w:val="right"/>
      </w:pPr>
      <w:r>
        <w:t>کیسے ایسی باتیں لکھتے لکھتے رہتے ہیں لوگ؟ اوئے، بہت بڑے عالم نے لکھا ہے اس کو، اور بہت اس کے معتقدین پڑھ پڑھ کر جھومتے ہیں اس کو</w:t>
      </w:r>
    </w:p>
    <w:p>
      <w:r>
        <w:rPr>
          <w:b/>
        </w:rPr>
        <w:t xml:space="preserve">[43:39] </w:t>
      </w:r>
      <w:r>
        <w:t>ke saatveen sadi eesvi mein pehli bar, saatveen sadi mein aakhri bar aasman ka contact zameen se hua. yeh bilkul laf hai, bees bees lais baat hai.</w:t>
      </w:r>
    </w:p>
    <w:p>
      <w:pPr>
        <w:jc w:val="right"/>
      </w:pPr>
      <w:r>
        <w:t>کہ ساتویں صدی عیسوی میں پہلی بار، ساتویں صدی میں آخری بار آسمان کا contact زمین سے ہوا۔ یہ بالکل لاف ہے، بیس بیس لیس بات ہے۔</w:t>
      </w:r>
    </w:p>
    <w:p>
      <w:r>
        <w:rPr>
          <w:b/>
        </w:rPr>
        <w:t xml:space="preserve">[43:49] </w:t>
      </w:r>
      <w:r>
        <w:t>khuda ka contact chobis ghante hota rehta hai, har waqt hota rehta hai. aap recipient baniye, recipient baniye, aap container baniye.</w:t>
      </w:r>
    </w:p>
    <w:p>
      <w:pPr>
        <w:jc w:val="right"/>
      </w:pPr>
      <w:r>
        <w:t>خدا کا contact چوبیس گھنٹے ہوتا رہتا ہے، ہر وقت ہوتا رہتا ہے۔ آپ recipient بنیے، recipient بنیے، آپ container بنیے۔</w:t>
      </w:r>
    </w:p>
    <w:p>
      <w:r>
        <w:rPr>
          <w:b/>
        </w:rPr>
        <w:t xml:space="preserve">[44:08] </w:t>
      </w:r>
      <w:r>
        <w:t>yeh hadith mein maujood hain yeh sab baatein ke khuda aasman se dekhta hai, koi hai jo us ko mein doon? koi hai lene wala jis ko mein doon?</w:t>
      </w:r>
    </w:p>
    <w:p>
      <w:pPr>
        <w:jc w:val="right"/>
      </w:pPr>
      <w:r>
        <w:t>یہ حدیث میں موجود ہیں یہ سب باتیں کہ خدا آسمان سے دیکھتا ہے، کوئی ہے جو اس کو میں دوں؟ کوئی ہے لینے والا جس کو میں دوں؟</w:t>
      </w:r>
    </w:p>
    <w:p>
      <w:r>
        <w:rPr>
          <w:b/>
        </w:rPr>
        <w:t xml:space="preserve">[44:21] </w:t>
      </w:r>
      <w:r>
        <w:t xml:space="preserve">yani khuda aasman se har din, har lamha kehta rehta hai, koi sunne wala hai jis ko main sunaoon? koi dekhne wala hai jis ko main dikhao? </w:t>
      </w:r>
    </w:p>
    <w:p>
      <w:pPr>
        <w:jc w:val="right"/>
      </w:pPr>
      <w:r>
        <w:t>یعنی خدا آسمان سے ہر دن، ہر لمحہ کہتا رہتا ہے، کوئی سننے والا ہے جس کو میں سناؤں؟ کوئی دیکھنے والا ہے جس کو میں دکھاؤں؟</w:t>
      </w:r>
    </w:p>
    <w:p>
      <w:r>
        <w:rPr>
          <w:b/>
        </w:rPr>
        <w:t xml:space="preserve">[44:31] </w:t>
      </w:r>
      <w:r>
        <w:t xml:space="preserve">koi paane wala hai jis ko main doon? to sara mamla paane wale ka hai, dene wale ka nahi hai. </w:t>
      </w:r>
    </w:p>
    <w:p>
      <w:pPr>
        <w:jc w:val="right"/>
      </w:pPr>
      <w:r>
        <w:t>کوئی پانے والا ہے جس کو میں دوں؟ تو سارا معاملہ پانے والے کا ہے، دینے والے کا نہیں ہے۔</w:t>
      </w:r>
    </w:p>
    <w:p>
      <w:r>
        <w:rPr>
          <w:b/>
        </w:rPr>
        <w:t xml:space="preserve">[44:42] </w:t>
      </w:r>
      <w:r>
        <w:t xml:space="preserve">aap apna container banaiye, to isi container mein sab kuch aata rahega subah shaam. </w:t>
      </w:r>
    </w:p>
    <w:p>
      <w:pPr>
        <w:jc w:val="right"/>
      </w:pPr>
      <w:r>
        <w:t>آپ اپنا container بنائیے، تو اسی container میں سب کچھ آتا رہے گا صبح شام۔</w:t>
      </w:r>
    </w:p>
    <w:p>
      <w:r>
        <w:rPr>
          <w:b/>
        </w:rPr>
        <w:t xml:space="preserve">[44:53] </w:t>
      </w:r>
      <w:r>
        <w:t xml:space="preserve">This question is from Mr. Khaja Khalimuddin from Pennsylvania. Maulana sahib, mind is a very complicated thing. </w:t>
      </w:r>
    </w:p>
    <w:p>
      <w:pPr>
        <w:jc w:val="right"/>
      </w:pPr>
      <w:r>
        <w:t>This question is from Mr. Khaja Khalimuddin from Pennsylvania. مولانا صاحب، mind is a very complicated thing.</w:t>
      </w:r>
    </w:p>
    <w:p>
      <w:r>
        <w:rPr>
          <w:b/>
        </w:rPr>
        <w:t xml:space="preserve">[45:04] </w:t>
      </w:r>
      <w:r>
        <w:t xml:space="preserve">How can we keep it from being misguided? </w:t>
      </w:r>
    </w:p>
    <w:p>
      <w:pPr>
        <w:jc w:val="right"/>
      </w:pPr>
      <w:r>
        <w:t>How can we keep it from being misguided؟</w:t>
      </w:r>
    </w:p>
    <w:p>
      <w:r>
        <w:rPr>
          <w:b/>
        </w:rPr>
        <w:t xml:space="preserve">[45:08] </w:t>
      </w:r>
      <w:r>
        <w:t xml:space="preserve">kya aap phir se padhiye? Mind is a very complicated thing. How can we keep it from being misguided? </w:t>
      </w:r>
    </w:p>
    <w:p>
      <w:pPr>
        <w:jc w:val="right"/>
      </w:pPr>
      <w:r>
        <w:t>کیا آپ پھر سے پڑھیے؟ Mind is a very complicated thing. How can we keep it from being misguided؟</w:t>
      </w:r>
    </w:p>
    <w:p>
      <w:r>
        <w:rPr>
          <w:b/>
        </w:rPr>
        <w:t xml:space="preserve">[45:18] </w:t>
      </w:r>
      <w:r>
        <w:t xml:space="preserve">har cheez mein complication hai. koi cheez complication ke baghair is duniya mein nahi hai. </w:t>
      </w:r>
    </w:p>
    <w:p>
      <w:pPr>
        <w:jc w:val="right"/>
      </w:pPr>
      <w:r>
        <w:t>ہر چیز میں complication ہے۔ کوئی چیز complication کے بغیر اس دنیا میں نہیں ہے۔</w:t>
      </w:r>
    </w:p>
    <w:p>
      <w:r>
        <w:rPr>
          <w:b/>
        </w:rPr>
        <w:t xml:space="preserve">[45:26] </w:t>
      </w:r>
      <w:r>
        <w:t xml:space="preserve">yeh poori poori duniya hi complicated hai. Electron se le kar ke dark matter tak. </w:t>
      </w:r>
    </w:p>
    <w:p>
      <w:pPr>
        <w:jc w:val="right"/>
      </w:pPr>
      <w:r>
        <w:t>یہ پوری پوری دنیا ہی complicated ہے۔ Electron سے لے کر کے dark matter تک۔</w:t>
      </w:r>
    </w:p>
    <w:p>
      <w:r>
        <w:rPr>
          <w:b/>
        </w:rPr>
        <w:t xml:space="preserve">[45:40] </w:t>
      </w:r>
      <w:r>
        <w:t xml:space="preserve">dekhein, Allah taala ne insaan ko bohat hi ajeeb ghareeb qism ki quality di hai. </w:t>
      </w:r>
    </w:p>
    <w:p>
      <w:pPr>
        <w:jc w:val="right"/>
      </w:pPr>
      <w:r>
        <w:t>دیکھیں، اللہ تعالیٰ نے انسان کو بہت ہی عجیب غریب قسم کی quality دی ہے۔</w:t>
      </w:r>
    </w:p>
    <w:p>
      <w:r>
        <w:rPr>
          <w:b/>
        </w:rPr>
        <w:t xml:space="preserve">[45:47] </w:t>
      </w:r>
      <w:r>
        <w:t xml:space="preserve">is quality ko aap discover kijiye. jaise main jab dekhta hoon, bhai, mujhe bohat hi jaise thrill hota hai, thrill. </w:t>
      </w:r>
    </w:p>
    <w:p>
      <w:pPr>
        <w:jc w:val="right"/>
      </w:pPr>
      <w:r>
        <w:t>اس quality کو آپ discover کیجیے۔ جیسے میں جب دیکھتا ہوں، بھئی، مجھے بہت ہی جیسے thrill ہوتا ہے، thrill۔</w:t>
      </w:r>
    </w:p>
    <w:p>
      <w:r>
        <w:rPr>
          <w:b/>
        </w:rPr>
        <w:t xml:space="preserve">[45:57] </w:t>
      </w:r>
      <w:r>
        <w:t xml:space="preserve">Khuda ne mujhe aankh di jis se main is pani ko dekh sakoon. Kaisi ajeeb cheez hai aankh, jis se main dekh sakta hoon. Main kai baar aankhein band karta hoon, band kar ke ke har taraf andhera hai. </w:t>
      </w:r>
    </w:p>
    <w:p>
      <w:pPr>
        <w:jc w:val="right"/>
      </w:pPr>
      <w:r>
        <w:t>خدا نے مجھے آنکھ دی جس سے میں اس پانی کو دیکھ سکوں۔ کیسی عجیب چیز ہے آنکھ، جس سے میں دیکھ سکتا ہوں۔ میں کئی بار آنکھیں بند کرتا ہوں، بند کر کے کہ ہر طرف اندھیرا ہے۔</w:t>
      </w:r>
    </w:p>
    <w:p>
      <w:r>
        <w:rPr>
          <w:b/>
        </w:rPr>
        <w:t xml:space="preserve">[46:09] </w:t>
      </w:r>
      <w:r>
        <w:t>phir kholta hoon ke laal hai, peela hai, safed hai, neela hai, dikhai deta hai. Kaisa miracle hai, miracle. Apne aap ko discover kijiye, apne mind ko discover kijiye.</w:t>
      </w:r>
    </w:p>
    <w:p>
      <w:pPr>
        <w:jc w:val="right"/>
      </w:pPr>
      <w:r>
        <w:t>پھر کھولتا ہوں کہ لال ہے، پیلا ہے، سفید ہے، نیلا ہے، دکھائی دیتا ہے۔ کیسا بریکل ہے، بریکل۔ اپنے آپ کو discover کیجیے، اپنے mind کو discover کیجیے۔</w:t>
      </w:r>
    </w:p>
    <w:p>
      <w:r>
        <w:rPr>
          <w:b/>
        </w:rPr>
        <w:t xml:space="preserve">[46:20] </w:t>
      </w:r>
      <w:r>
        <w:t xml:space="preserve">You have this, you have to rediscover your mind. </w:t>
      </w:r>
    </w:p>
    <w:p>
      <w:pPr>
        <w:jc w:val="right"/>
      </w:pPr>
      <w:r>
        <w:t>You have this، you have to rediscover your mind۔</w:t>
      </w:r>
    </w:p>
    <w:p>
      <w:r>
        <w:rPr>
          <w:b/>
        </w:rPr>
        <w:t xml:space="preserve">[46:25] </w:t>
      </w:r>
      <w:r>
        <w:t xml:space="preserve">main aankh band karta hoon taake main apni aankh ko dobara daryaft karoon. </w:t>
      </w:r>
    </w:p>
    <w:p>
      <w:pPr>
        <w:jc w:val="right"/>
      </w:pPr>
      <w:r>
        <w:t>میں آنکھ بند کرتا ہوں تاکہ میں اپنی آنکھ کو دوبارہ دریافت کروں۔</w:t>
      </w:r>
    </w:p>
    <w:p>
      <w:r>
        <w:rPr>
          <w:b/>
        </w:rPr>
        <w:t xml:space="preserve">[46:32] </w:t>
      </w:r>
      <w:r>
        <w:t xml:space="preserve">aankh band karta hoon taake main aankh ko dobara daryaft karoon. To you have to rediscover your mind. </w:t>
      </w:r>
    </w:p>
    <w:p>
      <w:pPr>
        <w:jc w:val="right"/>
      </w:pPr>
      <w:r>
        <w:t>آنکھ بند کرتا ہوں تاکہ میں آنکھ کو دوبارہ دریافت کروں۔ تو you have to rediscover your mind۔</w:t>
      </w:r>
    </w:p>
    <w:p>
      <w:r>
        <w:rPr>
          <w:b/>
        </w:rPr>
        <w:t xml:space="preserve">[46:41] </w:t>
      </w:r>
      <w:r>
        <w:t xml:space="preserve">Bukhari mein riwayat hai ke khalaq Allah Adam ala surat-ehi. Allah ne paida kiya insaan ko apni surat par. Is ka matlab yeh nahi ke yeh physical sense mein nahi hai, yeh yeh mind ke sense mein hai. </w:t>
      </w:r>
    </w:p>
    <w:p>
      <w:pPr>
        <w:jc w:val="right"/>
      </w:pPr>
      <w:r>
        <w:t>بخاری میں روایت ہے کہ خلق اللہ آدم علی صورتہ۔ اللہ نے پیدا کیا انسان کو اپنی صورت پر۔ اس کا مطلب یہ نہیں کہ یہ physical sense میں نہیں ہے، یہ یہ mind کے sense میں ہے۔</w:t>
      </w:r>
    </w:p>
    <w:p>
      <w:r>
        <w:rPr>
          <w:b/>
        </w:rPr>
        <w:t xml:space="preserve">[46:58] </w:t>
      </w:r>
      <w:r>
        <w:t xml:space="preserve">Yeh mind to mini god hai yeh. Yeh hadees mein jab maujood hai, aap Bukhari mein hai, khalaq Allah Adam ala surat-ehi. </w:t>
      </w:r>
    </w:p>
    <w:p>
      <w:pPr>
        <w:jc w:val="right"/>
      </w:pPr>
      <w:r>
        <w:t>یہ mind to mini god ہے یہ۔ یہ حدیث میں جب موجود ہے، آپ بخاری میں ہے، خلق اللہ آدم علی صورتہ۔</w:t>
      </w:r>
    </w:p>
    <w:p>
      <w:r>
        <w:rPr>
          <w:b/>
        </w:rPr>
        <w:t xml:space="preserve">[47:08] </w:t>
      </w:r>
      <w:r>
        <w:t xml:space="preserve">insaan ko paida kiya Allah ka apni surat par. Is ka matlab nahi ke physical sense mein yeh nahi hai ke aisa Khuda, aise hi haath paon wala. Nahi, yeh mind jo diya hai, mind. </w:t>
      </w:r>
    </w:p>
    <w:p>
      <w:pPr>
        <w:jc w:val="right"/>
      </w:pPr>
      <w:r>
        <w:t>انسان کو پیدا کیا اللہ کا اپنی صورت پر۔ اس کا مطلب نہیں کہ physical sense میں یہ نہیں ہے کہ ایسا خدا، ایسے ہی ہاتھ پاؤں والا۔ نہیں، یہ mind جو دیا ہے، mind۔</w:t>
      </w:r>
    </w:p>
    <w:p>
      <w:r>
        <w:rPr>
          <w:b/>
        </w:rPr>
        <w:t xml:space="preserve">[47:18] </w:t>
      </w:r>
      <w:r>
        <w:t xml:space="preserve">Is ke andar Khuda wali capacity hai, Khuda wali quality hai. </w:t>
      </w:r>
    </w:p>
    <w:p>
      <w:pPr>
        <w:jc w:val="right"/>
      </w:pPr>
      <w:r>
        <w:t>اس کے اندر خدا والی capacity ہے، خدا والی quality ہے۔</w:t>
      </w:r>
    </w:p>
    <w:p>
      <w:r>
        <w:rPr>
          <w:b/>
        </w:rPr>
        <w:t xml:space="preserve">[47:25] </w:t>
      </w:r>
      <w:r>
        <w:t xml:space="preserve">Lekin hum is ko discover nahi kar paate. Aur sab se bari rukawat jo main ne kai baar kaha hai ke sab se bari rukawat distraction hai. </w:t>
      </w:r>
    </w:p>
    <w:p>
      <w:pPr>
        <w:jc w:val="right"/>
      </w:pPr>
      <w:r>
        <w:t>لیکن ہم اس کو discover نہیں کر پاتے۔ اور سب سے بڑی رکاوٹ جو میں نے کئی بار کہا ہے کہ سب سے بڑی رکاوٹ distraction ہے۔</w:t>
      </w:r>
    </w:p>
    <w:p>
      <w:r>
        <w:rPr>
          <w:b/>
        </w:rPr>
        <w:t xml:space="preserve">[47:34] </w:t>
      </w:r>
      <w:r>
        <w:t xml:space="preserve">Har aadmi subah shaam distract hota rehta hai. Is ko dekhiye, koi apni aulaad, kisi ki aulaad is ke liye distract, distraction ka zariya bani hui hai. </w:t>
      </w:r>
    </w:p>
    <w:p>
      <w:pPr>
        <w:jc w:val="right"/>
      </w:pPr>
      <w:r>
        <w:t>ہر آدمی صبح شام distract ہوتا رہتا ہے۔ اس کو دیکھیے، کوئی اپنی اولاد، کسی کی اولاد اس کے لیے distract، distraction کا ذریعہ بنی ہوئی ہے۔</w:t>
      </w:r>
    </w:p>
    <w:p>
      <w:r>
        <w:rPr>
          <w:b/>
        </w:rPr>
        <w:t xml:space="preserve">[47:44] </w:t>
      </w:r>
      <w:r>
        <w:t xml:space="preserve">Kisi ke business, kisi ka job, kisi ka yeh, kisi ka woh. Sab se bari cheez se bachna hai insaan ko, woh distraction hai. Tab apne mind ko discover karenge aap. </w:t>
      </w:r>
    </w:p>
    <w:p>
      <w:pPr>
        <w:jc w:val="right"/>
      </w:pPr>
      <w:r>
        <w:t>کسی کے business، کسی کا job، کسی کا یہ، کسی کا وہ۔ سب سے بڑی چیز سے بچنا ہے انسان کو، وہ distraction ہے۔ تب اپنے mind کو discover کریں گے آپ۔</w:t>
      </w:r>
    </w:p>
    <w:p>
      <w:r>
        <w:rPr>
          <w:b/>
        </w:rPr>
        <w:t xml:space="preserve">[47:56] </w:t>
      </w:r>
      <w:r>
        <w:t xml:space="preserve">To distraction se bachte nahi aur sawalaat karte hain. </w:t>
      </w:r>
    </w:p>
    <w:p>
      <w:pPr>
        <w:jc w:val="right"/>
      </w:pPr>
      <w:r>
        <w:t>تو distraction سے بچتے نہیں اور سوالات کرتے ہیں۔</w:t>
      </w:r>
    </w:p>
    <w:p>
      <w:r>
        <w:rPr>
          <w:b/>
        </w:rPr>
        <w:t xml:space="preserve">[48:05] </w:t>
      </w:r>
      <w:r>
        <w:t xml:space="preserve">Yeh ek hi condition hai, aur woh hai apne aap ko save yourself from all kind of distraction. </w:t>
      </w:r>
    </w:p>
    <w:p>
      <w:pPr>
        <w:jc w:val="right"/>
      </w:pPr>
      <w:r>
        <w:t>یہ ایک ہی condition ہے، اور وہ ہے اپنے آپ کو save yourself from all kind of distraction۔</w:t>
      </w:r>
    </w:p>
    <w:p>
      <w:r>
        <w:rPr>
          <w:b/>
        </w:rPr>
        <w:t xml:space="preserve">[48:15] </w:t>
      </w:r>
      <w:r>
        <w:t xml:space="preserve">Save yourself from all kind of distraction. Distraction is distraction. Save yourself from all kind of distraction. </w:t>
      </w:r>
    </w:p>
    <w:p>
      <w:pPr>
        <w:jc w:val="right"/>
      </w:pPr>
      <w:r>
        <w:t>Save yourself from all kind of distraction۔ Distraction is distraction۔ Save yourself from all kind of distraction۔</w:t>
      </w:r>
    </w:p>
    <w:p>
      <w:r>
        <w:rPr>
          <w:b/>
        </w:rPr>
        <w:t xml:space="preserve">[48:25] </w:t>
      </w:r>
      <w:r>
        <w:t>Then you will be able to rediscover your mind۔</w:t>
      </w:r>
    </w:p>
    <w:p>
      <w:pPr>
        <w:jc w:val="right"/>
      </w:pPr>
      <w:r>
        <w:t>Then you will be able to rediscover your mind۔</w:t>
      </w:r>
    </w:p>
    <w:p>
      <w:r>
        <w:rPr>
          <w:b/>
        </w:rPr>
        <w:t xml:space="preserve">[48:29] </w:t>
      </w:r>
      <w:r>
        <w:t>To rediscover your personality۔ To rediscover your potentials۔ yeh hai formula۔</w:t>
      </w:r>
    </w:p>
    <w:p>
      <w:pPr>
        <w:jc w:val="right"/>
      </w:pPr>
      <w:r>
        <w:t>To rediscover your personality۔ To rediscover your potentials۔ یہ ہے فارمولا۔</w:t>
      </w:r>
    </w:p>
    <w:p>
      <w:r>
        <w:rPr>
          <w:b/>
        </w:rPr>
        <w:t xml:space="preserve">[48:40] </w:t>
      </w:r>
      <w:r>
        <w:t>Okay, we will end this session now۔</w:t>
      </w:r>
    </w:p>
    <w:p>
      <w:pPr>
        <w:jc w:val="right"/>
      </w:pPr>
      <w:r>
        <w:t>Okay, we will end this session now۔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