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Place of Woman in Islam-III | March 5, 2006 | Maulana Wahiduddin Khan</w:t>
      </w:r>
    </w:p>
    <w:p>
      <w:r>
        <w:t>https://www.youtube.com/watch?v=4Z5G3JO07Go</w:t>
      </w:r>
    </w:p>
    <w:p>
      <w:r>
        <w:rPr>
          <w:b/>
        </w:rPr>
        <w:t xml:space="preserve">[00:15] </w:t>
      </w:r>
      <w:r>
        <w:t>dekhiye, is waqt jo baat chal rahi hai woh aurat ke bare mein hai.</w:t>
      </w:r>
    </w:p>
    <w:p>
      <w:pPr>
        <w:jc w:val="right"/>
      </w:pPr>
      <w:r>
        <w:t>دیکھیے، اس وقت جو بات چل رہی ہے وہ عورت کے بارے میں ہے۔</w:t>
      </w:r>
    </w:p>
    <w:p>
      <w:r>
        <w:rPr>
          <w:b/>
        </w:rPr>
        <w:t xml:space="preserve">[00:22] </w:t>
      </w:r>
      <w:r>
        <w:t>main samajhta hoon ke khuda ne aurat aur mard dono ke liye is dunya mein bohat bara role banaya hai.</w:t>
      </w:r>
    </w:p>
    <w:p>
      <w:pPr>
        <w:jc w:val="right"/>
      </w:pPr>
      <w:r>
        <w:t>میں سمجھتا ہوں کہ خدا نے عورت اور مرد دونوں کے لیے اس دنیا میں بہت بڑا رول بنایا ہے۔</w:t>
      </w:r>
    </w:p>
    <w:p>
      <w:r>
        <w:rPr>
          <w:b/>
        </w:rPr>
        <w:t xml:space="preserve">[00:30] </w:t>
      </w:r>
      <w:r>
        <w:t>bohat bara role rakha hai.</w:t>
      </w:r>
    </w:p>
    <w:p>
      <w:pPr>
        <w:jc w:val="right"/>
      </w:pPr>
      <w:r>
        <w:t>بہت بڑا رول رکھا ہے۔</w:t>
      </w:r>
    </w:p>
    <w:p>
      <w:r>
        <w:rPr>
          <w:b/>
        </w:rPr>
        <w:t xml:space="preserve">[00:38] </w:t>
      </w:r>
      <w:r>
        <w:t>lekin yeh role jo hai base karta hai cooperation par, equality par nahi.</w:t>
      </w:r>
    </w:p>
    <w:p>
      <w:pPr>
        <w:jc w:val="right"/>
      </w:pPr>
      <w:r>
        <w:t>لیکن یہ رول جو ہے بیس کرتا ہے کوآپریشن پر، ایکوئلٹی پر نہیں۔</w:t>
      </w:r>
    </w:p>
    <w:p>
      <w:r>
        <w:rPr>
          <w:b/>
        </w:rPr>
        <w:t xml:space="preserve">[00:46] </w:t>
      </w:r>
      <w:r>
        <w:t>agar dono equal role chahen to kuch bhi nahi kar payenge dono.</w:t>
      </w:r>
    </w:p>
    <w:p>
      <w:pPr>
        <w:jc w:val="right"/>
      </w:pPr>
      <w:r>
        <w:t>اگر دونوں ایکوئل رول چاہیں تو کچھ بھی نہیں کر پائیں گے دونوں۔</w:t>
      </w:r>
    </w:p>
    <w:p>
      <w:r>
        <w:rPr>
          <w:b/>
        </w:rPr>
        <w:t xml:space="preserve">[00:54] </w:t>
      </w:r>
      <w:r>
        <w:t>lekin agar cooperation ke sath chalें, cog wheel ki tarah ek doosre ke sath cooperate karen to woh</w:t>
      </w:r>
    </w:p>
    <w:p>
      <w:pPr>
        <w:jc w:val="right"/>
      </w:pPr>
      <w:r>
        <w:t>لیکن اگر کوآپریشن کے ساتھ چلیں، کاگ ویل کی طرح ایک دوسرے کے ساتھ کوآپریٹ کریں تو وہ</w:t>
      </w:r>
    </w:p>
    <w:p>
      <w:r>
        <w:rPr>
          <w:b/>
        </w:rPr>
        <w:t xml:space="preserve">[01:01] </w:t>
      </w:r>
      <w:r>
        <w:t>bohat bara role kar sakenge.</w:t>
      </w:r>
    </w:p>
    <w:p>
      <w:pPr>
        <w:jc w:val="right"/>
      </w:pPr>
      <w:r>
        <w:t>بہت بڑا رول کر سکیں گے۔</w:t>
      </w:r>
    </w:p>
    <w:p>
      <w:r>
        <w:rPr>
          <w:b/>
        </w:rPr>
        <w:t xml:space="preserve">[01:09] </w:t>
      </w:r>
      <w:r>
        <w:t>jaise ke, barish hai</w:t>
      </w:r>
    </w:p>
    <w:p>
      <w:pPr>
        <w:jc w:val="right"/>
      </w:pPr>
      <w:r>
        <w:t>جیسے کہ، بارش ہے</w:t>
      </w:r>
    </w:p>
    <w:p>
      <w:r>
        <w:rPr>
          <w:b/>
        </w:rPr>
        <w:t xml:space="preserve">[01:16] </w:t>
      </w:r>
      <w:r>
        <w:t>to agar suraj akela chahe ke woh barish barsaye to nahi kar sakta woh.</w:t>
      </w:r>
    </w:p>
    <w:p>
      <w:pPr>
        <w:jc w:val="right"/>
      </w:pPr>
      <w:r>
        <w:t>تو اگر سورج اکیلا چاہے کہ وہ بارش برسائے تو نہیں کر سکتا وہ۔</w:t>
      </w:r>
    </w:p>
    <w:p>
      <w:r>
        <w:rPr>
          <w:b/>
        </w:rPr>
        <w:t xml:space="preserve">[01:22] </w:t>
      </w:r>
      <w:r>
        <w:t>samandar agar akela chahe barish barsana to woh bhi nahi kar sakti.</w:t>
      </w:r>
    </w:p>
    <w:p>
      <w:pPr>
        <w:jc w:val="right"/>
      </w:pPr>
      <w:r>
        <w:t>سمندر اگر اکیلا چاہے بارش برسانا تو وہ بھی نہیں کر سکتی۔</w:t>
      </w:r>
    </w:p>
    <w:p>
      <w:r>
        <w:rPr>
          <w:b/>
        </w:rPr>
        <w:t xml:space="preserve">[01:27] </w:t>
      </w:r>
      <w:r>
        <w:t>to dono ke cooperation se woh cheez wajood mein aati hai jis ko hum rain ya barish kehte hain.</w:t>
      </w:r>
    </w:p>
    <w:p>
      <w:pPr>
        <w:jc w:val="right"/>
      </w:pPr>
      <w:r>
        <w:t>تو دونوں کے کوآپریشن سے وہ چیز وجود میں آتی ہے جس کو ہم رین یا بارش کہتے ہیں۔</w:t>
      </w:r>
    </w:p>
    <w:p>
      <w:r>
        <w:rPr>
          <w:b/>
        </w:rPr>
        <w:t xml:space="preserve">[01:32] </w:t>
      </w:r>
      <w:r>
        <w:t>yahi muamla aurat aur mard ka hai.</w:t>
      </w:r>
    </w:p>
    <w:p>
      <w:pPr>
        <w:jc w:val="right"/>
      </w:pPr>
      <w:r>
        <w:t>یہی معاملہ عورت اور مرد کا ہے۔</w:t>
      </w:r>
    </w:p>
    <w:p>
      <w:r>
        <w:rPr>
          <w:b/>
        </w:rPr>
        <w:t xml:space="preserve">[01:37] </w:t>
      </w:r>
      <w:r>
        <w:t>main samajhta hoon ke yeh ek false obsession hai jis ko hum kehte hain equality.</w:t>
      </w:r>
    </w:p>
    <w:p>
      <w:pPr>
        <w:jc w:val="right"/>
      </w:pPr>
      <w:r>
        <w:t>میں سمجھتا ہوں کہ یہ ایک فالس آبسیشن ہے جس کو ہم کہتے ہیں ایکوئلٹی۔</w:t>
      </w:r>
    </w:p>
    <w:p>
      <w:r>
        <w:rPr>
          <w:b/>
        </w:rPr>
        <w:t xml:space="preserve">[01:42] </w:t>
      </w:r>
      <w:r>
        <w:t>equality ka matlab yeh hota hai ke dono ka workplace ek ho.</w:t>
      </w:r>
    </w:p>
    <w:p>
      <w:pPr>
        <w:jc w:val="right"/>
      </w:pPr>
      <w:r>
        <w:t>ایکوئلٹی کا مطلب یہ ہوتا ہے کہ دونوں کا ورک پلیس ایک ہو۔</w:t>
      </w:r>
    </w:p>
    <w:p>
      <w:r>
        <w:rPr>
          <w:b/>
        </w:rPr>
        <w:t xml:space="preserve">[01:48] </w:t>
      </w:r>
      <w:r>
        <w:t>that is impossible.</w:t>
      </w:r>
    </w:p>
    <w:p>
      <w:pPr>
        <w:jc w:val="right"/>
      </w:pPr>
      <w:r>
        <w:t>دیٹ از امپاسیبل۔</w:t>
      </w:r>
    </w:p>
    <w:p>
      <w:r>
        <w:rPr>
          <w:b/>
        </w:rPr>
        <w:t xml:space="preserve">[01:54] </w:t>
      </w:r>
      <w:r>
        <w:t>boht jo jo jo jo sahi formula hai wo hai wo wo hai jo base karta hai cooperation par.</w:t>
      </w:r>
    </w:p>
    <w:p>
      <w:pPr>
        <w:jc w:val="right"/>
      </w:pPr>
      <w:r>
        <w:t>بہت جو جو جو جو صحیح فارمولا ہے وہ ہے وہ وہ ہے جو بیس کرتا ہے کوآپریشن پر۔</w:t>
      </w:r>
    </w:p>
    <w:p>
      <w:r>
        <w:rPr>
          <w:b/>
        </w:rPr>
        <w:t xml:space="preserve">[02:00] </w:t>
      </w:r>
      <w:r>
        <w:t>donon ek doosre ke partner banen, donon ek doosre ke sath share karen, donon ek doosre ke sath</w:t>
      </w:r>
    </w:p>
    <w:p>
      <w:pPr>
        <w:jc w:val="right"/>
      </w:pPr>
      <w:r>
        <w:t>دونوں ایک دوسرے کے پارٹنر بنیں، دونوں ایک دوسرے کے ساتھ شیئر کریں، دونوں ایک دوسرے کے ساتھ</w:t>
      </w:r>
    </w:p>
    <w:p>
      <w:r>
        <w:rPr>
          <w:b/>
        </w:rPr>
        <w:t xml:space="preserve">[02:06] </w:t>
      </w:r>
      <w:r>
        <w:t>adjust karte hue cooperation den ek doosre ko, tab wo koi bara role kar sakte hain.</w:t>
      </w:r>
    </w:p>
    <w:p>
      <w:pPr>
        <w:jc w:val="right"/>
      </w:pPr>
      <w:r>
        <w:t>ایڈجسٹ کرتے ہوئے کوآپریشن دیں ایک دوسرے کو، تب وہ کوئی بڑا رول کر سکتے ہیں۔</w:t>
      </w:r>
    </w:p>
    <w:p>
      <w:r>
        <w:rPr>
          <w:b/>
        </w:rPr>
        <w:t xml:space="preserve">[02:12] </w:t>
      </w:r>
      <w:r>
        <w:t>isi cheez ko</w:t>
      </w:r>
    </w:p>
    <w:p>
      <w:pPr>
        <w:jc w:val="right"/>
      </w:pPr>
      <w:r>
        <w:t>اسی چیز کو</w:t>
      </w:r>
    </w:p>
    <w:p>
      <w:r>
        <w:rPr>
          <w:b/>
        </w:rPr>
        <w:t xml:space="preserve">[02:18] </w:t>
      </w:r>
      <w:r>
        <w:t>na samajhne ki waja se aurat sankron saal se show item bani hui hai. show item.</w:t>
      </w:r>
    </w:p>
    <w:p>
      <w:pPr>
        <w:jc w:val="right"/>
      </w:pPr>
      <w:r>
        <w:t>نہ سمجھنے کی وجہ سے عورت سینکڑوں سال سے شو آئٹم بنی ہوئی ہے۔ شو آئٹم۔</w:t>
      </w:r>
    </w:p>
    <w:p>
      <w:r>
        <w:rPr>
          <w:b/>
        </w:rPr>
        <w:t xml:space="preserve">[02:23] </w:t>
      </w:r>
      <w:r>
        <w:t>aaj ke is modern age mein bhi aurat abhi tak show item hai. bas.</w:t>
      </w:r>
    </w:p>
    <w:p>
      <w:pPr>
        <w:jc w:val="right"/>
      </w:pPr>
      <w:r>
        <w:t>آج کے اس ماڈرن ایج میں بھی عورت ابھی تک شو آئٹم ہے۔ بس۔</w:t>
      </w:r>
    </w:p>
    <w:p>
      <w:r>
        <w:rPr>
          <w:b/>
        </w:rPr>
        <w:t xml:space="preserve">[02:28] </w:t>
      </w:r>
      <w:r>
        <w:t>koi positive role abhi bhi nahi kar pa rahi hai aurat.</w:t>
      </w:r>
    </w:p>
    <w:p>
      <w:pPr>
        <w:jc w:val="right"/>
      </w:pPr>
      <w:r>
        <w:t>کوئی پازیٹیو رول ابھی بھی نہیں کر پا رہی ہے عورت۔</w:t>
      </w:r>
    </w:p>
    <w:p>
      <w:r>
        <w:rPr>
          <w:b/>
        </w:rPr>
        <w:t xml:space="preserve">[02:33] </w:t>
      </w:r>
      <w:r>
        <w:t>to kya aurat ka muqaddar yahi hai ke wo show item bane aur mar jaye? to show item</w:t>
      </w:r>
    </w:p>
    <w:p>
      <w:pPr>
        <w:jc w:val="right"/>
      </w:pPr>
      <w:r>
        <w:t>تو کیا عورت کا مقدر یہی ہے کہ وہ شو آئٹم بنے اور مر جائے؟ تو شو آئٹم</w:t>
      </w:r>
    </w:p>
    <w:p>
      <w:r>
        <w:rPr>
          <w:b/>
        </w:rPr>
        <w:t xml:space="preserve">[02:38] </w:t>
      </w:r>
      <w:r>
        <w:t>to guriya bhi karti hai.</w:t>
      </w:r>
    </w:p>
    <w:p>
      <w:pPr>
        <w:jc w:val="right"/>
      </w:pPr>
      <w:r>
        <w:t>تو گڑیا بھی کرتی ہے۔</w:t>
      </w:r>
    </w:p>
    <w:p>
      <w:r>
        <w:rPr>
          <w:b/>
        </w:rPr>
        <w:t xml:space="preserve">[02:43] </w:t>
      </w:r>
      <w:r>
        <w:t>jo log banate hain karkhanon mein guriya</w:t>
      </w:r>
    </w:p>
    <w:p>
      <w:pPr>
        <w:jc w:val="right"/>
      </w:pPr>
      <w:r>
        <w:t>جو لوگ بناتے ہیں کارخانوں میں گڑیا</w:t>
      </w:r>
    </w:p>
    <w:p>
      <w:r>
        <w:rPr>
          <w:b/>
        </w:rPr>
        <w:t xml:space="preserve">[02:48] </w:t>
      </w:r>
      <w:r>
        <w:t>wo bhi ek show item hota hai.</w:t>
      </w:r>
    </w:p>
    <w:p>
      <w:pPr>
        <w:jc w:val="right"/>
      </w:pPr>
      <w:r>
        <w:t>وہ بھی ایک شو آئٹم ہوتا ہے۔</w:t>
      </w:r>
    </w:p>
    <w:p>
      <w:r>
        <w:rPr>
          <w:b/>
        </w:rPr>
        <w:t xml:space="preserve">[02:53] </w:t>
      </w:r>
      <w:r>
        <w:t>to aurat ko sab se pehle yeh janna hai ke wo show item nahi hai.</w:t>
      </w:r>
    </w:p>
    <w:p>
      <w:pPr>
        <w:jc w:val="right"/>
      </w:pPr>
      <w:r>
        <w:t>تو عورت کو سب سے پہلے یہ جاننا ہے کہ وہ شو آئٹم نہیں ہے۔</w:t>
      </w:r>
    </w:p>
    <w:p>
      <w:r>
        <w:rPr>
          <w:b/>
        </w:rPr>
        <w:t xml:space="preserve">[02:58] </w:t>
      </w:r>
      <w:r>
        <w:t>wo ek creative item hai nature ka.</w:t>
      </w:r>
    </w:p>
    <w:p>
      <w:pPr>
        <w:jc w:val="right"/>
      </w:pPr>
      <w:r>
        <w:t>وہ ایک کریئیٹیو آئٹم ہے نیچر کا۔</w:t>
      </w:r>
    </w:p>
    <w:p>
      <w:r>
        <w:rPr>
          <w:b/>
        </w:rPr>
        <w:t xml:space="preserve">[03:03] </w:t>
      </w:r>
      <w:r>
        <w:t>aur is ko creative role karna hai.</w:t>
      </w:r>
    </w:p>
    <w:p>
      <w:pPr>
        <w:jc w:val="right"/>
      </w:pPr>
      <w:r>
        <w:t>اور اس کو کریئیٹیو رول کرنا ہے۔</w:t>
      </w:r>
    </w:p>
    <w:p>
      <w:r>
        <w:rPr>
          <w:b/>
        </w:rPr>
        <w:t xml:space="preserve">[03:08] </w:t>
      </w:r>
      <w:r>
        <w:t>is creative role ke liye dekhiye, yeh janna parega ke law of nature kya hai.</w:t>
      </w:r>
    </w:p>
    <w:p>
      <w:pPr>
        <w:jc w:val="right"/>
      </w:pPr>
      <w:r>
        <w:t>اس کریئیٹیو رول کے لیے دیکھیے، یہ جاننا پڑے گا کہ لاء آف نیچر کیا ہے۔</w:t>
      </w:r>
    </w:p>
    <w:p>
      <w:r>
        <w:rPr>
          <w:b/>
        </w:rPr>
        <w:t xml:space="preserve">[03:13] </w:t>
      </w:r>
      <w:r>
        <w:t>law of na</w:t>
      </w:r>
    </w:p>
    <w:p>
      <w:pPr>
        <w:jc w:val="right"/>
      </w:pPr>
      <w:r>
        <w:t>لاء آف نی</w:t>
      </w:r>
    </w:p>
    <w:p>
      <w:r>
        <w:rPr>
          <w:b/>
        </w:rPr>
        <w:t xml:space="preserve">[03:18] </w:t>
      </w:r>
      <w:r>
        <w:t>char jo hai wo yeh hai ke, main is ko volleyball ki misal se wazeh karta hoon.</w:t>
      </w:r>
    </w:p>
    <w:p>
      <w:pPr>
        <w:jc w:val="right"/>
      </w:pPr>
      <w:r>
        <w:t>چر جو ہے وہ یہ ہے کہ، میں اس کو والی بال کی مثال سے واضح کرتا ہوں۔</w:t>
      </w:r>
    </w:p>
    <w:p>
      <w:r>
        <w:rPr>
          <w:b/>
        </w:rPr>
        <w:t xml:space="preserve">[03:23] </w:t>
      </w:r>
      <w:r>
        <w:t>aap log volleyball ko jante honge.</w:t>
      </w:r>
    </w:p>
    <w:p>
      <w:pPr>
        <w:jc w:val="right"/>
      </w:pPr>
      <w:r>
        <w:t>آپ لوگ والی بال کو جانتے ہوں گے۔</w:t>
      </w:r>
    </w:p>
    <w:p>
      <w:r>
        <w:rPr>
          <w:b/>
        </w:rPr>
        <w:t xml:space="preserve">[03:28] </w:t>
      </w:r>
      <w:r>
        <w:t>ek khel hai.</w:t>
      </w:r>
    </w:p>
    <w:p>
      <w:pPr>
        <w:jc w:val="right"/>
      </w:pPr>
      <w:r>
        <w:t>ایک کھیل ہے۔</w:t>
      </w:r>
    </w:p>
    <w:p>
      <w:r>
        <w:rPr>
          <w:b/>
        </w:rPr>
        <w:t xml:space="preserve">[03:33] </w:t>
      </w:r>
      <w:r>
        <w:t>aap mein se sabhi logon ne is ko dekha hoga.</w:t>
      </w:r>
    </w:p>
    <w:p>
      <w:pPr>
        <w:jc w:val="right"/>
      </w:pPr>
      <w:r>
        <w:t>آپ میں سے سبھی لوگوں نے اس کو دیکھا ہوگا۔</w:t>
      </w:r>
    </w:p>
    <w:p>
      <w:r>
        <w:rPr>
          <w:b/>
        </w:rPr>
        <w:t xml:space="preserve">[03:38] </w:t>
      </w:r>
      <w:r>
        <w:t>agar field mein nahi dekha hoga to TV par dekha hoga.</w:t>
      </w:r>
    </w:p>
    <w:p>
      <w:pPr>
        <w:jc w:val="right"/>
      </w:pPr>
      <w:r>
        <w:t>اگر فیلڈ میں نہیں دیکھا ہوگا تو ٹی وی پر دیکھا ہوگا۔</w:t>
      </w:r>
    </w:p>
    <w:p>
      <w:r>
        <w:rPr>
          <w:b/>
        </w:rPr>
        <w:t xml:space="preserve">[03:43] </w:t>
      </w:r>
      <w:r>
        <w:t>to volleyball ke khel mein</w:t>
      </w:r>
    </w:p>
    <w:p>
      <w:pPr>
        <w:jc w:val="right"/>
      </w:pPr>
      <w:r>
        <w:t>تو والی بال کے کھیل میں</w:t>
      </w:r>
    </w:p>
    <w:p>
      <w:r>
        <w:rPr>
          <w:b/>
        </w:rPr>
        <w:t xml:space="preserve">[03:48] </w:t>
      </w:r>
      <w:r>
        <w:t>aisa hota hai ke net jo hota hai, net ke pas ek taraf ek hota hai jis ko</w:t>
      </w:r>
    </w:p>
    <w:p>
      <w:pPr>
        <w:jc w:val="right"/>
      </w:pPr>
      <w:r>
        <w:t>ایسا ہوتا ہے کہ نیٹ جو ہوتا ہے، نیٹ کے پاس ایک طرف ایک ہوتا ہے جس کو</w:t>
      </w:r>
    </w:p>
    <w:p>
      <w:r>
        <w:rPr>
          <w:b/>
        </w:rPr>
        <w:t xml:space="preserve">[03:52] </w:t>
      </w:r>
      <w:r>
        <w:t>warrior kehte hain hum, warrior.</w:t>
      </w:r>
    </w:p>
    <w:p>
      <w:pPr>
        <w:jc w:val="right"/>
      </w:pPr>
      <w:r>
        <w:t>وارر کہتے ہیں ہم، وارر۔</w:t>
      </w:r>
    </w:p>
    <w:p>
      <w:r>
        <w:rPr>
          <w:b/>
        </w:rPr>
        <w:t xml:space="preserve">[03:57] </w:t>
      </w:r>
      <w:r>
        <w:t>doosri taraf hota hai jis ko hum booster kehte hain.</w:t>
      </w:r>
    </w:p>
    <w:p>
      <w:pPr>
        <w:jc w:val="right"/>
      </w:pPr>
      <w:r>
        <w:t>دوسری طرف ہوتا ہے جس کو ہم بوسٹر کہتے ہیں۔</w:t>
      </w:r>
    </w:p>
    <w:p>
      <w:r>
        <w:rPr>
          <w:b/>
        </w:rPr>
        <w:t xml:space="preserve">[04:01] </w:t>
      </w:r>
      <w:r>
        <w:t>warror aur booster.</w:t>
      </w:r>
    </w:p>
    <w:p>
      <w:pPr>
        <w:jc w:val="right"/>
      </w:pPr>
      <w:r>
        <w:t>وارر اور بوسٹر۔</w:t>
      </w:r>
    </w:p>
    <w:p>
      <w:r>
        <w:rPr>
          <w:b/>
        </w:rPr>
        <w:t xml:space="preserve">[04:05] </w:t>
      </w:r>
      <w:r>
        <w:t>dekhiye, warror agar chahe booster ka kaam kare to volleyball ka khel nahi hoga.</w:t>
      </w:r>
    </w:p>
    <w:p>
      <w:pPr>
        <w:jc w:val="right"/>
      </w:pPr>
      <w:r>
        <w:t>دیکھیے، وارر اگر چاہے بوسٹر کا کام کرے تو والی بال کا کھیل نہیں ہوگا۔</w:t>
      </w:r>
    </w:p>
    <w:p>
      <w:r>
        <w:rPr>
          <w:b/>
        </w:rPr>
        <w:t xml:space="preserve">[04:09] </w:t>
      </w:r>
      <w:r>
        <w:t>booster agar chahe ke warror ka kaam kare tab bhi volleyball ka khel nahi hoga.</w:t>
      </w:r>
    </w:p>
    <w:p>
      <w:pPr>
        <w:jc w:val="right"/>
      </w:pPr>
      <w:r>
        <w:t>بوسٹر اگر چاہے کہ وارر کا کام کرے تب بھی والی بال کا کھیل نہیں ہوگا۔</w:t>
      </w:r>
    </w:p>
    <w:p>
      <w:r>
        <w:rPr>
          <w:b/>
        </w:rPr>
        <w:t xml:space="preserve">[04:14] </w:t>
      </w:r>
      <w:r>
        <w:t>har ek apne role ko jante hain tab volleyball ka</w:t>
      </w:r>
    </w:p>
    <w:p>
      <w:pPr>
        <w:jc w:val="right"/>
      </w:pPr>
      <w:r>
        <w:t>ہر ایک اپنے رول کو جانتے ہیں تب والی بال کا</w:t>
      </w:r>
    </w:p>
    <w:p>
      <w:r>
        <w:rPr>
          <w:b/>
        </w:rPr>
        <w:t xml:space="preserve">[04:18] </w:t>
      </w:r>
      <w:r>
        <w:t>khel ho pata hai.</w:t>
      </w:r>
    </w:p>
    <w:p>
      <w:pPr>
        <w:jc w:val="right"/>
      </w:pPr>
      <w:r>
        <w:t>کھیل ہو پاتا ہے۔</w:t>
      </w:r>
    </w:p>
    <w:p>
      <w:r>
        <w:rPr>
          <w:b/>
        </w:rPr>
        <w:t xml:space="preserve">[04:21] </w:t>
      </w:r>
      <w:r>
        <w:t>booster janta hai ke mujhe boost karna hai.</w:t>
      </w:r>
    </w:p>
    <w:p>
      <w:pPr>
        <w:jc w:val="right"/>
      </w:pPr>
      <w:r>
        <w:t>بوسٹر جانتا ہے کہ مجھے بوسٹ کرنا ہے۔</w:t>
      </w:r>
    </w:p>
    <w:p>
      <w:r>
        <w:rPr>
          <w:b/>
        </w:rPr>
        <w:t xml:space="preserve">[04:25] </w:t>
      </w:r>
      <w:r>
        <w:t>warror janta hai ke mujhe wali marna hai.</w:t>
      </w:r>
    </w:p>
    <w:p>
      <w:pPr>
        <w:jc w:val="right"/>
      </w:pPr>
      <w:r>
        <w:t>وارر جانتا ہے کہ مجھے والی مارنا ہے۔</w:t>
      </w:r>
    </w:p>
    <w:p>
      <w:r>
        <w:rPr>
          <w:b/>
        </w:rPr>
        <w:t xml:space="preserve">[04:28] </w:t>
      </w:r>
      <w:r>
        <w:t>to main samajhta hoon ke yeh bohat achhi misaal hai yeh samajhne ke liye ke aurat aur mard</w:t>
      </w:r>
    </w:p>
    <w:p>
      <w:pPr>
        <w:jc w:val="right"/>
      </w:pPr>
      <w:r>
        <w:t>تو میں سمجھتا ہوں کہ یہ بہت اچھی مثال ہے یہ سمجھنے کے لیے کہ عورت اور مرد</w:t>
      </w:r>
    </w:p>
    <w:p>
      <w:r>
        <w:rPr>
          <w:b/>
        </w:rPr>
        <w:t xml:space="preserve">[04:31] </w:t>
      </w:r>
      <w:r>
        <w:t>ka maamla kya hai.</w:t>
      </w:r>
    </w:p>
    <w:p>
      <w:pPr>
        <w:jc w:val="right"/>
      </w:pPr>
      <w:r>
        <w:t>کا معاملہ کیا ہے۔</w:t>
      </w:r>
    </w:p>
    <w:p>
      <w:r>
        <w:rPr>
          <w:b/>
        </w:rPr>
        <w:t xml:space="preserve">[04:35] </w:t>
      </w:r>
      <w:r>
        <w:t>mere nazdeek ya law of nature jo main ne samjha hai is ke nazdeek mard performer hai aur</w:t>
      </w:r>
    </w:p>
    <w:p>
      <w:pPr>
        <w:jc w:val="right"/>
      </w:pPr>
      <w:r>
        <w:t>میرے نزدیک یا لاء آف نیچر جو میں نے سمجھا ہے اس کے نزدیک مرد پرفارمر ہے اور</w:t>
      </w:r>
    </w:p>
    <w:p>
      <w:r>
        <w:rPr>
          <w:b/>
        </w:rPr>
        <w:t xml:space="preserve">[04:38] </w:t>
      </w:r>
      <w:r>
        <w:t>aurat booster hai.</w:t>
      </w:r>
    </w:p>
    <w:p>
      <w:pPr>
        <w:jc w:val="right"/>
      </w:pPr>
      <w:r>
        <w:t>عورت بوسٹر ہے۔</w:t>
      </w:r>
    </w:p>
    <w:p>
      <w:r>
        <w:rPr>
          <w:b/>
        </w:rPr>
        <w:t xml:space="preserve">[04:41] </w:t>
      </w:r>
      <w:r>
        <w:t>single word mein.</w:t>
      </w:r>
    </w:p>
    <w:p>
      <w:pPr>
        <w:jc w:val="right"/>
      </w:pPr>
      <w:r>
        <w:t>سنگل ورڈ میں۔</w:t>
      </w:r>
    </w:p>
    <w:p>
      <w:r>
        <w:rPr>
          <w:b/>
        </w:rPr>
        <w:t xml:space="preserve">[04:45] </w:t>
      </w:r>
      <w:r>
        <w:t>kisi ka darja kam nahi hai</w:t>
      </w:r>
    </w:p>
    <w:p>
      <w:pPr>
        <w:jc w:val="right"/>
      </w:pPr>
      <w:r>
        <w:t>کسی کا درجہ کم نہیں ہے</w:t>
      </w:r>
    </w:p>
    <w:p>
      <w:r>
        <w:rPr>
          <w:b/>
        </w:rPr>
        <w:t xml:space="preserve">[04:48] </w:t>
      </w:r>
      <w:r>
        <w:t>jis tarah volleyball ke khel mein warrior aur booster ka darja ghta badhta nahin hai. Dono equal member hain aik team ke. Lekin un ka role mukhtalif hota hai. Agar aurat sirf is baat ko jaan le ke according to the nature us ka role Khuda ne muqaddar kiya hai ke woh booster bane. Mard ka role muqaddar kiya hai ke woh performer bane. Yani mard</w:t>
      </w:r>
    </w:p>
    <w:p>
      <w:pPr>
        <w:jc w:val="right"/>
      </w:pPr>
      <w:r>
        <w:t>جس طرح والی بال کے کھیل میں وارر اور بوسٹر کا درجہ گھٹتا بڑھتا نہیں ہے۔ دونوں ایکوئل ممبر ہیں ایک ٹیم کے۔ لیکن ان کا رول مختلف ہوتا ہے۔ اگر عورت صرف اس بات کو جان لے کہ اکارڈنگ ٹو دی نیچر اس کا رول خدا نے مقدر کیا ہے کہ وہ بوسٹر بنے۔ مرد کا رول مقدر کیا ہے کہ وہ پرفارمر بنے۔ یعنی مرد</w:t>
      </w:r>
    </w:p>
    <w:p>
      <w:r>
        <w:rPr>
          <w:b/>
        </w:rPr>
        <w:t xml:space="preserve">[05:18] </w:t>
      </w:r>
      <w:r>
        <w:t>warror ka role ada kare aur aurat booster ka role ada kare.</w:t>
      </w:r>
    </w:p>
    <w:p>
      <w:pPr>
        <w:jc w:val="right"/>
      </w:pPr>
      <w:r>
        <w:t>وارر کا رول ادا کرے اور عورت بوسٹر کا رول ادا کرے۔</w:t>
      </w:r>
    </w:p>
    <w:p>
      <w:r>
        <w:rPr>
          <w:b/>
        </w:rPr>
        <w:t xml:space="preserve">[05:24] </w:t>
      </w:r>
      <w:r>
        <w:t>agar yeh baat jaan le to main samajhta hoon ke har aurat jo hai hero ban jaye.</w:t>
      </w:r>
    </w:p>
    <w:p>
      <w:pPr>
        <w:jc w:val="right"/>
      </w:pPr>
      <w:r>
        <w:t>اگر یہ بات جان لے تو میں سمجھتا ہوں کہ ہر عورت جو ہے ہیرو بن جائے۔</w:t>
      </w:r>
    </w:p>
    <w:p>
      <w:r>
        <w:rPr>
          <w:b/>
        </w:rPr>
        <w:t xml:space="preserve">[05:30] </w:t>
      </w:r>
      <w:r>
        <w:t>har aurat ek heroic role ada kar sakti hai.</w:t>
      </w:r>
    </w:p>
    <w:p>
      <w:pPr>
        <w:jc w:val="right"/>
      </w:pPr>
      <w:r>
        <w:t>ہر عورت ایک ہیروئک رول ادا کر سکتی ہے۔</w:t>
      </w:r>
    </w:p>
    <w:p>
      <w:r>
        <w:rPr>
          <w:b/>
        </w:rPr>
        <w:t xml:space="preserve">[05:36] </w:t>
      </w:r>
      <w:r>
        <w:t>main yahan par ek ek misaal doonga ke ek baat aur arz kar doon.</w:t>
      </w:r>
    </w:p>
    <w:p>
      <w:pPr>
        <w:jc w:val="right"/>
      </w:pPr>
      <w:r>
        <w:t>میں یہاں پر ایک ایک مثال دوں گا کہ ایک بات اور عرض کر دوں۔</w:t>
      </w:r>
    </w:p>
    <w:p>
      <w:r>
        <w:rPr>
          <w:b/>
        </w:rPr>
        <w:t xml:space="preserve">[05:43] </w:t>
      </w:r>
      <w:r>
        <w:t>ek hota hai</w:t>
      </w:r>
    </w:p>
    <w:p>
      <w:pPr>
        <w:jc w:val="right"/>
      </w:pPr>
      <w:r>
        <w:t>ایک ہوتا ہے</w:t>
      </w:r>
    </w:p>
    <w:p>
      <w:r>
        <w:rPr>
          <w:b/>
        </w:rPr>
        <w:t xml:space="preserve">[05:49] </w:t>
      </w:r>
      <w:r>
        <w:t>individual ke liye booster banna.</w:t>
      </w:r>
    </w:p>
    <w:p>
      <w:pPr>
        <w:jc w:val="right"/>
      </w:pPr>
      <w:r>
        <w:t>انڈیویجول کے لیے بوسٹر بننا۔</w:t>
      </w:r>
    </w:p>
    <w:p>
      <w:r>
        <w:rPr>
          <w:b/>
        </w:rPr>
        <w:t xml:space="preserve">[05:54] </w:t>
      </w:r>
      <w:r>
        <w:t>ek hota hai group ke liye booster banna.</w:t>
      </w:r>
    </w:p>
    <w:p>
      <w:pPr>
        <w:jc w:val="right"/>
      </w:pPr>
      <w:r>
        <w:t>ایک ہوتا ہے گروپ کے لیے بوسٹر بننا۔</w:t>
      </w:r>
    </w:p>
    <w:p>
      <w:r>
        <w:rPr>
          <w:b/>
        </w:rPr>
        <w:t xml:space="preserve">[05:59] </w:t>
      </w:r>
      <w:r>
        <w:t>jaise ke Thomas Alva Edison jo scientist tha us ki maa Nancy ek individual ke liye booster bani.</w:t>
      </w:r>
    </w:p>
    <w:p>
      <w:pPr>
        <w:jc w:val="right"/>
      </w:pPr>
      <w:r>
        <w:t>جیسے کہ تھامس الوا ایڈیسن جو سائنٹسٹ تھا اس کی ماں نینسی ایک انڈیویجول کے لیے بوسٹر بنی۔</w:t>
      </w:r>
    </w:p>
    <w:p>
      <w:r>
        <w:rPr>
          <w:b/>
        </w:rPr>
        <w:t xml:space="preserve">[06:04] </w:t>
      </w:r>
      <w:r>
        <w:t>yani Edison ke liye woh booster bani.</w:t>
      </w:r>
    </w:p>
    <w:p>
      <w:pPr>
        <w:jc w:val="right"/>
      </w:pPr>
      <w:r>
        <w:t>یعنی ایڈیسن کے لیے وہ بوسٹر بنی۔</w:t>
      </w:r>
    </w:p>
    <w:p>
      <w:r>
        <w:rPr>
          <w:b/>
        </w:rPr>
        <w:t xml:space="preserve">[06:09] </w:t>
      </w:r>
      <w:r>
        <w:t>yani ek individual ke liye woh booster bani us ki maa, Nancy.</w:t>
      </w:r>
    </w:p>
    <w:p>
      <w:pPr>
        <w:jc w:val="right"/>
      </w:pPr>
      <w:r>
        <w:t>یعنی ایک انڈیویجول کے لیے وہ بوسٹر بنی اس کی ماں، نینسی۔</w:t>
      </w:r>
    </w:p>
    <w:p>
      <w:r>
        <w:rPr>
          <w:b/>
        </w:rPr>
        <w:t xml:space="preserve">[06:15] </w:t>
      </w:r>
      <w:r>
        <w:t>lekin jab ek aurat</w:t>
      </w:r>
    </w:p>
    <w:p>
      <w:pPr>
        <w:jc w:val="right"/>
      </w:pPr>
      <w:r>
        <w:t>لیکن جب ایک عورت</w:t>
      </w:r>
    </w:p>
    <w:p>
      <w:r>
        <w:rPr>
          <w:b/>
        </w:rPr>
        <w:t xml:space="preserve">[06:20] </w:t>
      </w:r>
      <w:r>
        <w:t>ek educational institution mein parhati hai jo bachche schooling ke liye aaye hue hain un ko educate karti</w:t>
      </w:r>
    </w:p>
    <w:p>
      <w:pPr>
        <w:jc w:val="right"/>
      </w:pPr>
      <w:r>
        <w:t>ایک ایجوکیشنل انسٹیٹیوشن میں پڑھاتی ہے جو بچے اسکولنگ کے لیے آئے ہوئے ہیں ان کو ایجوکیٹ کرتی</w:t>
      </w:r>
    </w:p>
    <w:p>
      <w:r>
        <w:rPr>
          <w:b/>
        </w:rPr>
        <w:t xml:space="preserve">[06:26] </w:t>
      </w:r>
      <w:r>
        <w:t>hai to woh group ko group ke liye booster banti hai.</w:t>
      </w:r>
    </w:p>
    <w:p>
      <w:pPr>
        <w:jc w:val="right"/>
      </w:pPr>
      <w:r>
        <w:t>ہے تو وہ گروپ کو گروپ کے لیے بوسٹر بنتی ہے۔</w:t>
      </w:r>
    </w:p>
    <w:p>
      <w:r>
        <w:rPr>
          <w:b/>
        </w:rPr>
        <w:t xml:space="preserve">[06:32] </w:t>
      </w:r>
      <w:r>
        <w:t>group ke liye booster banti hai.</w:t>
      </w:r>
    </w:p>
    <w:p>
      <w:pPr>
        <w:jc w:val="right"/>
      </w:pPr>
      <w:r>
        <w:t>گروپ کے لیے بوسٹر بنتی ہے۔</w:t>
      </w:r>
    </w:p>
    <w:p>
      <w:r>
        <w:rPr>
          <w:b/>
        </w:rPr>
        <w:t xml:space="preserve">[06:38] </w:t>
      </w:r>
      <w:r>
        <w:t>ek generation banati hai, generation.</w:t>
      </w:r>
    </w:p>
    <w:p>
      <w:pPr>
        <w:jc w:val="right"/>
      </w:pPr>
      <w:r>
        <w:t>ایک جنریشن بناتی ہے، جنریشن۔</w:t>
      </w:r>
    </w:p>
    <w:p>
      <w:r>
        <w:rPr>
          <w:b/>
        </w:rPr>
        <w:t xml:space="preserve">[06:44] </w:t>
      </w:r>
      <w:r>
        <w:t>to ek individual ke liye booster banne ki misaal aap paate hain miss nancy mein jo maa thi</w:t>
      </w:r>
    </w:p>
    <w:p>
      <w:pPr>
        <w:jc w:val="right"/>
      </w:pPr>
      <w:r>
        <w:t>تو ایک انڈیویجول کے لیے بوسٹر بننے کی مثال آپ پاتے ہیں مس نینسی میں جو ماں تھی</w:t>
      </w:r>
    </w:p>
    <w:p>
      <w:r>
        <w:rPr>
          <w:b/>
        </w:rPr>
        <w:t xml:space="preserve">[06:50] </w:t>
      </w:r>
      <w:r>
        <w:t>edison ki.</w:t>
      </w:r>
    </w:p>
    <w:p>
      <w:pPr>
        <w:jc w:val="right"/>
      </w:pPr>
      <w:r>
        <w:t>ایڈیسن کی۔</w:t>
      </w:r>
    </w:p>
    <w:p>
      <w:r>
        <w:rPr>
          <w:b/>
        </w:rPr>
        <w:t xml:space="preserve">[06:55] </w:t>
      </w:r>
      <w:r>
        <w:t>aur har woh lady jo poori duty ke sath, duty counselor ban kar ke ek school mein bachon</w:t>
      </w:r>
    </w:p>
    <w:p>
      <w:pPr>
        <w:jc w:val="right"/>
      </w:pPr>
      <w:r>
        <w:t>اور ہر وہ لیڈی جو پوری ڈیوٹی کے ساتھ، ڈیوٹی کونسلر بن کر کے ایک اسکول میں بچوں</w:t>
      </w:r>
    </w:p>
    <w:p>
      <w:r>
        <w:rPr>
          <w:b/>
        </w:rPr>
        <w:t xml:space="preserve">[07:00] </w:t>
      </w:r>
      <w:r>
        <w:t>ko parha rahi hai, us ko educate kar rahi hai, woh poore group ki booster hai.</w:t>
      </w:r>
    </w:p>
    <w:p>
      <w:pPr>
        <w:jc w:val="right"/>
      </w:pPr>
      <w:r>
        <w:t>کو پڑھا رہی ہے، اس کو ایجوکیٹ کر رہی ہے، وہ پورے گروپ کی بوسٹر ہے۔</w:t>
      </w:r>
    </w:p>
    <w:p>
      <w:r>
        <w:rPr>
          <w:b/>
        </w:rPr>
        <w:t xml:space="preserve">[07:06] </w:t>
      </w:r>
      <w:r>
        <w:t>woh agli generation ko aage barha rahi hai.</w:t>
      </w:r>
    </w:p>
    <w:p>
      <w:pPr>
        <w:jc w:val="right"/>
      </w:pPr>
      <w:r>
        <w:t>وہ اگلی جنریشن کو آگے بڑھا رہی ہے۔</w:t>
      </w:r>
    </w:p>
    <w:p>
      <w:r>
        <w:rPr>
          <w:b/>
        </w:rPr>
        <w:t xml:space="preserve">[07:11] </w:t>
      </w:r>
      <w:r>
        <w:t>bohat bara kaam kar rahi hai woh.</w:t>
      </w:r>
    </w:p>
    <w:p>
      <w:pPr>
        <w:jc w:val="right"/>
      </w:pPr>
      <w:r>
        <w:t>بہت بڑا کام کر رہی ہے وہ۔</w:t>
      </w:r>
    </w:p>
    <w:p>
      <w:r>
        <w:rPr>
          <w:b/>
        </w:rPr>
        <w:t xml:space="preserve">[07:16] </w:t>
      </w:r>
      <w:r>
        <w:t>to main yeh keh raha tha ke khuda ne ya creation plan ke mutabiq jo</w:t>
      </w:r>
    </w:p>
    <w:p>
      <w:pPr>
        <w:jc w:val="right"/>
      </w:pPr>
      <w:r>
        <w:t>تو میں یہ کہہ رہا تھا کہ خدا نے یا کریئیشن پلان کے مطابق جو</w:t>
      </w:r>
    </w:p>
    <w:p>
      <w:r>
        <w:rPr>
          <w:b/>
        </w:rPr>
        <w:t xml:space="preserve">[07:21] </w:t>
      </w:r>
      <w:r>
        <w:t>jo role rakha gaya hai woh yeh hai ke mard performer bane aur aurat booster bane.</w:t>
      </w:r>
    </w:p>
    <w:p>
      <w:pPr>
        <w:jc w:val="right"/>
      </w:pPr>
      <w:r>
        <w:t>جو رول رکھا گیا ہے وہ یہ ہے کہ مرد پرفارمر بنے اور عورت بوسٹر بنے۔</w:t>
      </w:r>
    </w:p>
    <w:p>
      <w:r>
        <w:rPr>
          <w:b/>
        </w:rPr>
        <w:t xml:space="preserve">[07:31] </w:t>
      </w:r>
      <w:r>
        <w:t>us ko samajhne ke liye yeh hadith mein yahi theek yahi baat kahi gayi hai ke jo main ne kaha.</w:t>
      </w:r>
    </w:p>
    <w:p>
      <w:pPr>
        <w:jc w:val="right"/>
      </w:pPr>
      <w:r>
        <w:t>اس کو سمجھنے کے لیے یہ حدیث میں یہی ٹھیک یہی بات کہی گئی ہے کہ جو میں نے کہا۔</w:t>
      </w:r>
    </w:p>
    <w:p>
      <w:r>
        <w:rPr>
          <w:b/>
        </w:rPr>
        <w:t xml:space="preserve">[07:41] </w:t>
      </w:r>
      <w:r>
        <w:t>woh yeh hai, hadith mein aata hai ke khair o muta'i al-din</w:t>
      </w:r>
    </w:p>
    <w:p>
      <w:pPr>
        <w:jc w:val="right"/>
      </w:pPr>
      <w:r>
        <w:t>وہ یہ ہے، حدیث میں آتا ہے کہ خیر و مطاعی الدن</w:t>
      </w:r>
    </w:p>
    <w:p>
      <w:r>
        <w:rPr>
          <w:b/>
        </w:rPr>
        <w:t xml:space="preserve">[07:51] </w:t>
      </w:r>
      <w:r>
        <w:t>ya al-barrat al-salihah tawana 'ala dinhi.</w:t>
      </w:r>
    </w:p>
    <w:p>
      <w:pPr>
        <w:jc w:val="right"/>
      </w:pPr>
      <w:r>
        <w:t>یا البرۃ الصالحہ طوین علی دینہ۔</w:t>
      </w:r>
    </w:p>
    <w:p>
      <w:r>
        <w:rPr>
          <w:b/>
        </w:rPr>
        <w:t xml:space="preserve">[07:58] </w:t>
      </w:r>
      <w:r>
        <w:t>kisi mard ke liye sab se achhi sab se acha asset ek biwi hai.</w:t>
      </w:r>
    </w:p>
    <w:p>
      <w:pPr>
        <w:jc w:val="right"/>
      </w:pPr>
      <w:r>
        <w:t>کسی مرد کے لیے سب سے اچھی سب سے اچھا ایسٹ ایک بیوی ہے۔</w:t>
      </w:r>
    </w:p>
    <w:p>
      <w:r>
        <w:rPr>
          <w:b/>
        </w:rPr>
        <w:t xml:space="preserve">[08:04] </w:t>
      </w:r>
      <w:r>
        <w:t>salihah, salihah mani sa'un.</w:t>
      </w:r>
    </w:p>
    <w:p>
      <w:pPr>
        <w:jc w:val="right"/>
      </w:pPr>
      <w:r>
        <w:t>صالحہ، صالحہ معنی صاعون۔</w:t>
      </w:r>
    </w:p>
    <w:p>
      <w:r>
        <w:rPr>
          <w:b/>
        </w:rPr>
        <w:t xml:space="preserve">[08:11] </w:t>
      </w:r>
      <w:r>
        <w:t>ek sa'un biwi.</w:t>
      </w:r>
    </w:p>
    <w:p>
      <w:pPr>
        <w:jc w:val="right"/>
      </w:pPr>
      <w:r>
        <w:t>ایک صاعون بیوی۔</w:t>
      </w:r>
    </w:p>
    <w:p>
      <w:r>
        <w:rPr>
          <w:b/>
        </w:rPr>
        <w:t xml:space="preserve">[08:17] </w:t>
      </w:r>
      <w:r>
        <w:t>sa'un ka matlab yeh hota hai jo law of nature ko samajh kar ke us ke mutabiq chalna chahe.</w:t>
      </w:r>
    </w:p>
    <w:p>
      <w:pPr>
        <w:jc w:val="right"/>
      </w:pPr>
      <w:r>
        <w:t>صاعون کا مطلب یہ ہوتا ہے جو لاء آف نیچر کو سمجھ کر کے اس کے مطابق چلنا چاہے۔</w:t>
      </w:r>
    </w:p>
    <w:p>
      <w:r>
        <w:rPr>
          <w:b/>
        </w:rPr>
        <w:t xml:space="preserve">[08:23] </w:t>
      </w:r>
      <w:r>
        <w:t>apne potential ko jan kar ke us ka avail karna chahe.</w:t>
      </w:r>
    </w:p>
    <w:p>
      <w:pPr>
        <w:jc w:val="right"/>
      </w:pPr>
      <w:r>
        <w:t>اپنے پوٹینشل کو جان کر کے اس کا اویل کرنا چاہے۔</w:t>
      </w:r>
    </w:p>
    <w:p>
      <w:r>
        <w:rPr>
          <w:b/>
        </w:rPr>
        <w:t xml:space="preserve">[08:27] </w:t>
      </w:r>
      <w:r>
        <w:t>woh sa'un woman hai.</w:t>
      </w:r>
    </w:p>
    <w:p>
      <w:pPr>
        <w:jc w:val="right"/>
      </w:pPr>
      <w:r>
        <w:t>وہ صاعون وومن ہے۔</w:t>
      </w:r>
    </w:p>
    <w:p>
      <w:r>
        <w:rPr>
          <w:b/>
        </w:rPr>
        <w:t xml:space="preserve">[08:31] </w:t>
      </w:r>
      <w:r>
        <w:t>to hadith mein bataya gaya hai ke sab se kisi mard ke liye sab se acha asset kya</w:t>
      </w:r>
    </w:p>
    <w:p>
      <w:pPr>
        <w:jc w:val="right"/>
      </w:pPr>
      <w:r>
        <w:t>تو حدیث میں بتایا گیا ہے کہ سب سے کسی مرد کے لیے سب سے اچھا ایسٹ کیا</w:t>
      </w:r>
    </w:p>
    <w:p>
      <w:r>
        <w:rPr>
          <w:b/>
        </w:rPr>
        <w:t xml:space="preserve">[08:35] </w:t>
      </w:r>
      <w:r>
        <w:t>hai? Ek salih aurat.</w:t>
      </w:r>
    </w:p>
    <w:p>
      <w:pPr>
        <w:jc w:val="right"/>
      </w:pPr>
      <w:r>
        <w:t>ہے؟ ایک صالح عورت۔</w:t>
      </w:r>
    </w:p>
    <w:p>
      <w:r>
        <w:rPr>
          <w:b/>
        </w:rPr>
        <w:t xml:space="preserve">[08:38] </w:t>
      </w:r>
      <w:r>
        <w:t>tawana 'ala dinhi.</w:t>
      </w:r>
    </w:p>
    <w:p>
      <w:pPr>
        <w:jc w:val="right"/>
      </w:pPr>
      <w:r>
        <w:t>طوین علی دینہ۔</w:t>
      </w:r>
    </w:p>
    <w:p>
      <w:r>
        <w:rPr>
          <w:b/>
        </w:rPr>
        <w:t xml:space="preserve">[08:42] </w:t>
      </w:r>
      <w:r>
        <w:t>jo helpful bane us ke deen ke liye.</w:t>
      </w:r>
    </w:p>
    <w:p>
      <w:pPr>
        <w:jc w:val="right"/>
      </w:pPr>
      <w:r>
        <w:t>جو ہیلپ فل بنے اس کے دین کے لیے۔</w:t>
      </w:r>
    </w:p>
    <w:p>
      <w:r>
        <w:rPr>
          <w:b/>
        </w:rPr>
        <w:t xml:space="preserve">[08:46] </w:t>
      </w:r>
      <w:r>
        <w:t>jo helpful bane us ke mission ke liye.</w:t>
      </w:r>
    </w:p>
    <w:p>
      <w:pPr>
        <w:jc w:val="right"/>
      </w:pPr>
      <w:r>
        <w:t>جو ہیلپ فل بنے اس کے مشن کے لیے۔</w:t>
      </w:r>
    </w:p>
    <w:p>
      <w:r>
        <w:rPr>
          <w:b/>
        </w:rPr>
        <w:t xml:space="preserve">[08:50] </w:t>
      </w:r>
      <w:r>
        <w:t>jo helpful bne us ke us ke wo jo kaam karna chah</w:t>
      </w:r>
    </w:p>
    <w:p>
      <w:pPr>
        <w:jc w:val="right"/>
      </w:pPr>
      <w:r>
        <w:t>جو ہیلپ فل بنے اس کے اس کے وہ جو کام کرنا چاہ</w:t>
      </w:r>
    </w:p>
    <w:p>
      <w:r>
        <w:rPr>
          <w:b/>
        </w:rPr>
        <w:t xml:space="preserve">[08:53] </w:t>
      </w:r>
      <w:r>
        <w:t>ta hai us ke liye.</w:t>
      </w:r>
    </w:p>
    <w:p>
      <w:pPr>
        <w:jc w:val="right"/>
      </w:pPr>
      <w:r>
        <w:t>تا ہے اس کے لیے۔</w:t>
      </w:r>
    </w:p>
    <w:p>
      <w:r>
        <w:rPr>
          <w:b/>
        </w:rPr>
        <w:t xml:space="preserve">[08:58] </w:t>
      </w:r>
      <w:r>
        <w:t>to ye helpful banna jo hai toween ho, toween ho matlab helpful banna.</w:t>
      </w:r>
    </w:p>
    <w:p>
      <w:pPr>
        <w:jc w:val="right"/>
      </w:pPr>
      <w:r>
        <w:t>تو یہ ہیلپ فل بننا جو ہے طوین ہو، طوین ہو مطلب ہیلپ فل بننا۔</w:t>
      </w:r>
    </w:p>
    <w:p>
      <w:r>
        <w:rPr>
          <w:b/>
        </w:rPr>
        <w:t xml:space="preserve">[09:03] </w:t>
      </w:r>
      <w:r>
        <w:t>to helpful banna kya hai? booster banna.</w:t>
      </w:r>
    </w:p>
    <w:p>
      <w:pPr>
        <w:jc w:val="right"/>
      </w:pPr>
      <w:r>
        <w:t>تو ہیلپ فل بننا کیا ہے؟ بوسٹر بننا۔</w:t>
      </w:r>
    </w:p>
    <w:p>
      <w:r>
        <w:rPr>
          <w:b/>
        </w:rPr>
        <w:t xml:space="preserve">[09:08] </w:t>
      </w:r>
      <w:r>
        <w:t>agar aap lafz badlen to is ka matlab ye hoga ke sab se achhi biwi wo hai jo</w:t>
      </w:r>
    </w:p>
    <w:p>
      <w:pPr>
        <w:jc w:val="right"/>
      </w:pPr>
      <w:r>
        <w:t>اگر آپ لفظ بدلیں تو اس کا مطلب یہ ہوگا کہ سب سے اچھی بیوی وہ ہے جو</w:t>
      </w:r>
    </w:p>
    <w:p>
      <w:r>
        <w:rPr>
          <w:b/>
        </w:rPr>
        <w:t xml:space="preserve">[09:13] </w:t>
      </w:r>
      <w:r>
        <w:t>mard ko performer ki jagah rakhe aur khud us ki booster ban jaye.</w:t>
      </w:r>
    </w:p>
    <w:p>
      <w:pPr>
        <w:jc w:val="right"/>
      </w:pPr>
      <w:r>
        <w:t>مرد کو پرفارمر کی جگہ رکھے اور خود اس کی بوسٹر بن جائے۔</w:t>
      </w:r>
    </w:p>
    <w:p>
      <w:r>
        <w:rPr>
          <w:b/>
        </w:rPr>
        <w:t xml:space="preserve">[09:18] </w:t>
      </w:r>
      <w:r>
        <w:t>khair o mataa'id dunya al-birr as-saaliha tuween 'ala deenihi.</w:t>
      </w:r>
    </w:p>
    <w:p>
      <w:pPr>
        <w:jc w:val="right"/>
      </w:pPr>
      <w:r>
        <w:t>خیر و مطاعی الدنیا البرۃ الصالحہ طوین علی دینہ۔</w:t>
      </w:r>
    </w:p>
    <w:p>
      <w:r>
        <w:rPr>
          <w:b/>
        </w:rPr>
        <w:t xml:space="preserve">[09:23] </w:t>
      </w:r>
      <w:r>
        <w:t>sab se achhi sab se achha asset isi ke liye wo aurat hai wo wo biwi hai jo</w:t>
      </w:r>
    </w:p>
    <w:p>
      <w:pPr>
        <w:jc w:val="right"/>
      </w:pPr>
      <w:r>
        <w:t>سب سے اچھی سب سے اچھا ایسٹ اسی کے لیے وہ عورت ہے وہ وہ بیوی ہے جو</w:t>
      </w:r>
    </w:p>
    <w:p>
      <w:r>
        <w:rPr>
          <w:b/>
        </w:rPr>
        <w:t xml:space="preserve">[09:27] </w:t>
      </w:r>
      <w:r>
        <w:t>us ke liye us ke deen mein madadgar ban jaye, helpful ban jaye.</w:t>
      </w:r>
    </w:p>
    <w:p>
      <w:pPr>
        <w:jc w:val="right"/>
      </w:pPr>
      <w:r>
        <w:t>اس کے لیے اس کے دین میں مددگار بن جائے، ہیلپ فل بن جائے۔</w:t>
      </w:r>
    </w:p>
    <w:p>
      <w:r>
        <w:rPr>
          <w:b/>
        </w:rPr>
        <w:t xml:space="preserve">[09:31] </w:t>
      </w:r>
      <w:r>
        <w:t>deen ko aap greater sense mein lijiye.</w:t>
      </w:r>
    </w:p>
    <w:p>
      <w:pPr>
        <w:jc w:val="right"/>
      </w:pPr>
      <w:r>
        <w:t>دین کو آپ گریٹر سینس میں لیجیے۔</w:t>
      </w:r>
    </w:p>
    <w:p>
      <w:r>
        <w:rPr>
          <w:b/>
        </w:rPr>
        <w:t xml:space="preserve">[09:35] </w:t>
      </w:r>
      <w:r>
        <w:t>yani mission ke sense mein.</w:t>
      </w:r>
    </w:p>
    <w:p>
      <w:pPr>
        <w:jc w:val="right"/>
      </w:pPr>
      <w:r>
        <w:t>یعنی مشن کے سینس میں۔</w:t>
      </w:r>
    </w:p>
    <w:p>
      <w:r>
        <w:rPr>
          <w:b/>
        </w:rPr>
        <w:t xml:space="preserve">[09:38] </w:t>
      </w:r>
      <w:r>
        <w:t>zindagi ke program ke sense mein.</w:t>
      </w:r>
    </w:p>
    <w:p>
      <w:pPr>
        <w:jc w:val="right"/>
      </w:pPr>
      <w:r>
        <w:t>زندگی کے پروگرام کے سینس میں۔</w:t>
      </w:r>
    </w:p>
    <w:p>
      <w:r>
        <w:rPr>
          <w:b/>
        </w:rPr>
        <w:t xml:space="preserve">[09:42] </w:t>
      </w:r>
      <w:r>
        <w:t>koi bada kaam karne ke sense mein.</w:t>
      </w:r>
    </w:p>
    <w:p>
      <w:pPr>
        <w:jc w:val="right"/>
      </w:pPr>
      <w:r>
        <w:t>کوئی بڑا کام کرنے کے سینس میں۔</w:t>
      </w:r>
    </w:p>
    <w:p>
      <w:r>
        <w:rPr>
          <w:b/>
        </w:rPr>
        <w:t xml:space="preserve">[09:46] </w:t>
      </w:r>
      <w:r>
        <w:t>sab cheez deen se judi hui hai.</w:t>
      </w:r>
    </w:p>
    <w:p>
      <w:pPr>
        <w:jc w:val="right"/>
      </w:pPr>
      <w:r>
        <w:t>سب چیز دین سے جڑی ہوئی ہے۔</w:t>
      </w:r>
    </w:p>
    <w:p>
      <w:r>
        <w:rPr>
          <w:b/>
        </w:rPr>
        <w:t xml:space="preserve">[09:50] </w:t>
      </w:r>
      <w:r>
        <w:t>to main samajhta hoon ke is hadith mein</w:t>
      </w:r>
    </w:p>
    <w:p>
      <w:pPr>
        <w:jc w:val="right"/>
      </w:pPr>
      <w:r>
        <w:t>تو میں سمجھتا ہوں کہ اس حدیث میں</w:t>
      </w:r>
    </w:p>
    <w:p>
      <w:r>
        <w:rPr>
          <w:b/>
        </w:rPr>
        <w:t xml:space="preserve">[09:54] </w:t>
      </w:r>
      <w:r>
        <w:t>isi cheez ko bataya gaya hai jis ko main ne kaha ke sab se achhi biwi sab se</w:t>
      </w:r>
    </w:p>
    <w:p>
      <w:pPr>
        <w:jc w:val="right"/>
      </w:pPr>
      <w:r>
        <w:t>اسی چیز کو بتایا گیا ہے جس کو میں نے کہا کہ سب سے اچھی بیوی سب سے</w:t>
      </w:r>
    </w:p>
    <w:p>
      <w:r>
        <w:rPr>
          <w:b/>
        </w:rPr>
        <w:t xml:space="preserve">[10:00] </w:t>
      </w:r>
      <w:r>
        <w:t>achhi khatoon wo hain jo is scheme ko maanein ke mard ka role performer banna hai aur mera</w:t>
      </w:r>
    </w:p>
    <w:p>
      <w:pPr>
        <w:jc w:val="right"/>
      </w:pPr>
      <w:r>
        <w:t>اچھی خاتون وہ ہیں جو اس اسکیم کو مانیں کہ مرد کا رول پرفارمر بننا ہے اور میرا</w:t>
      </w:r>
    </w:p>
    <w:p>
      <w:r>
        <w:rPr>
          <w:b/>
        </w:rPr>
        <w:t xml:space="preserve">[10:06] </w:t>
      </w:r>
      <w:r>
        <w:t>role booster banna hai.</w:t>
      </w:r>
    </w:p>
    <w:p>
      <w:pPr>
        <w:jc w:val="right"/>
      </w:pPr>
      <w:r>
        <w:t>رول بوسٹر بننا ہے۔</w:t>
      </w:r>
    </w:p>
    <w:p>
      <w:r>
        <w:rPr>
          <w:b/>
        </w:rPr>
        <w:t xml:space="preserve">[10:12] </w:t>
      </w:r>
      <w:r>
        <w:t>agar ye zehan aajaye, ye soch aajaye to bilashuba har aurat hero ban jaye.</w:t>
      </w:r>
    </w:p>
    <w:p>
      <w:pPr>
        <w:jc w:val="right"/>
      </w:pPr>
      <w:r>
        <w:t>اگر یہ ذہن آجائے، یہ سوچ آجائے تو بلاشبہ ہر عورت ہیرو بن جائے۔</w:t>
      </w:r>
    </w:p>
    <w:p>
      <w:r>
        <w:rPr>
          <w:b/>
        </w:rPr>
        <w:t xml:space="preserve">[10:18] </w:t>
      </w:r>
      <w:r>
        <w:t>kyun ke akele abhi jo gender equality ka jo concept hai is mein har aurat akele</w:t>
      </w:r>
    </w:p>
    <w:p>
      <w:pPr>
        <w:jc w:val="right"/>
      </w:pPr>
      <w:r>
        <w:t>کیوں کہ اکیلے ابھی جو جینڈر ایکوئلٹی کا جو کانسیپٹ ہے اس میں ہر عورت اکیل</w:t>
      </w:r>
    </w:p>
    <w:p>
      <w:r>
        <w:rPr>
          <w:b/>
        </w:rPr>
        <w:t xml:space="preserve">[10:24] </w:t>
      </w:r>
      <w:r>
        <w:t>he hero banna chahti hai. akele heroic kaam karna chahti hai. to woh to possible nahin hai. woh to possible nahin hai. main aap ko Islam ki history ki aik misaal deta hoon. is baat ko samajhne ke liye. Quran mein hai wajadaka 'a</w:t>
      </w:r>
    </w:p>
    <w:p>
      <w:pPr>
        <w:jc w:val="right"/>
      </w:pPr>
      <w:r>
        <w:t>ے ہی ہیرو بننا چاہتی ہے۔ اکیلے ہیروئک کام کرنا چاہتی ہے۔ تو وہ تو پاسیبل نہیں ہے۔ وہ تو پاسیبل نہیں ہے۔ میں آپ کو اسلام کی ہسٹری کی ایک مثال دیتا ہوں۔ اس بات کو سمجھنے کے لیے۔ قرآن میں ہے بَوَجَدَكَ ع</w:t>
      </w:r>
    </w:p>
    <w:p>
      <w:r>
        <w:rPr>
          <w:b/>
        </w:rPr>
        <w:t xml:space="preserve">[10:54] </w:t>
      </w:r>
      <w:r>
        <w:t>aylan fa aghnana Rasool Allah ke bare mein.</w:t>
      </w:r>
    </w:p>
    <w:p>
      <w:pPr>
        <w:jc w:val="right"/>
      </w:pPr>
      <w:r>
        <w:t>َيْلًا فَاغْنَى رسول اللہ کے بارے میں۔</w:t>
      </w:r>
    </w:p>
    <w:p>
      <w:r>
        <w:rPr>
          <w:b/>
        </w:rPr>
        <w:t xml:space="preserve">[10:59] </w:t>
      </w:r>
      <w:r>
        <w:t>ke hum ne paya tum ko muhtaj to hum ne tum ko ghani kar diya.</w:t>
      </w:r>
    </w:p>
    <w:p>
      <w:pPr>
        <w:jc w:val="right"/>
      </w:pPr>
      <w:r>
        <w:t>کہ ہم نے پایا تم کو محتاج تو ہم نے تم کو غنی کر دیا۔</w:t>
      </w:r>
    </w:p>
    <w:p>
      <w:r>
        <w:rPr>
          <w:b/>
        </w:rPr>
        <w:t xml:space="preserve">[11:04] </w:t>
      </w:r>
      <w:r>
        <w:t>main samajhta hoon ke is ayat ka matlab yehi hai ke is ayat ke bare mein hadithon mein</w:t>
      </w:r>
    </w:p>
    <w:p>
      <w:pPr>
        <w:jc w:val="right"/>
      </w:pPr>
      <w:r>
        <w:t>میں سمجھتا ہوں کہ اس آیت کا مطلب یہی ہے کہ اس آیت کے بارے میں حدیثوں میں</w:t>
      </w:r>
    </w:p>
    <w:p>
      <w:r>
        <w:rPr>
          <w:b/>
        </w:rPr>
        <w:t xml:space="preserve">[11:09] </w:t>
      </w:r>
      <w:r>
        <w:t>is mein tafsir mein aata hai commentary mein ke is se murad hain Khadijah.</w:t>
      </w:r>
    </w:p>
    <w:p>
      <w:pPr>
        <w:jc w:val="right"/>
      </w:pPr>
      <w:r>
        <w:t>اس میں تفسیر میں آتا ہے کمنٹری میں کہ اس سے مراد ہیں خدیجہ۔</w:t>
      </w:r>
    </w:p>
    <w:p>
      <w:r>
        <w:rPr>
          <w:b/>
        </w:rPr>
        <w:t xml:space="preserve">[11:14] </w:t>
      </w:r>
      <w:r>
        <w:t>aap ki first wife jo theen.</w:t>
      </w:r>
    </w:p>
    <w:p>
      <w:pPr>
        <w:jc w:val="right"/>
      </w:pPr>
      <w:r>
        <w:t>آپ کی فرسٹ وائف جو تھیں۔</w:t>
      </w:r>
    </w:p>
    <w:p>
      <w:r>
        <w:rPr>
          <w:b/>
        </w:rPr>
        <w:t xml:space="preserve">[11:19] </w:t>
      </w:r>
      <w:r>
        <w:t>khadija se aap ne shadi ki thi jabke khadija ki umar</w:t>
      </w:r>
    </w:p>
    <w:p>
      <w:pPr>
        <w:jc w:val="right"/>
      </w:pPr>
      <w:r>
        <w:t>خدیجہ سے آپ نے شادی کی تھی جبکہ خدیجہ کی عمر</w:t>
      </w:r>
    </w:p>
    <w:p>
      <w:r>
        <w:rPr>
          <w:b/>
        </w:rPr>
        <w:t xml:space="preserve">[11:24] </w:t>
      </w:r>
      <w:r>
        <w:t>forty years thi aur aap ki twenty five years thi.</w:t>
      </w:r>
    </w:p>
    <w:p>
      <w:pPr>
        <w:jc w:val="right"/>
      </w:pPr>
      <w:r>
        <w:t>فورٹی ایئرز تھی اور آپ کی ٹوئنٹی فائیو ایئرز تھی۔</w:t>
      </w:r>
    </w:p>
    <w:p>
      <w:r>
        <w:rPr>
          <w:b/>
        </w:rPr>
        <w:t xml:space="preserve">[11:29] </w:t>
      </w:r>
      <w:r>
        <w:t>to khadija bohat hi intelligent lady theen.</w:t>
      </w:r>
    </w:p>
    <w:p>
      <w:pPr>
        <w:jc w:val="right"/>
      </w:pPr>
      <w:r>
        <w:t>تو خدیجہ بہت ہی انٹیلیجنٹ لیڈی تھیں۔</w:t>
      </w:r>
    </w:p>
    <w:p>
      <w:r>
        <w:rPr>
          <w:b/>
        </w:rPr>
        <w:t xml:space="preserve">[11:34] </w:t>
      </w:r>
      <w:r>
        <w:t>woh un ke haan tijarat hoti thi, un ke paas paisa bhi tha.</w:t>
      </w:r>
    </w:p>
    <w:p>
      <w:pPr>
        <w:jc w:val="right"/>
      </w:pPr>
      <w:r>
        <w:t>وہ ان کے ہاں تجارت ہوتی تھی، ان کے پاس پیسہ بھی تھا۔</w:t>
      </w:r>
    </w:p>
    <w:p>
      <w:r>
        <w:rPr>
          <w:b/>
        </w:rPr>
        <w:t xml:space="preserve">[11:39] </w:t>
      </w:r>
      <w:r>
        <w:t>aur bohat hi sa'oon lady aap keh sakte hain un ko.</w:t>
      </w:r>
    </w:p>
    <w:p>
      <w:pPr>
        <w:jc w:val="right"/>
      </w:pPr>
      <w:r>
        <w:t>اور بہت ہی صاعون لیڈی آپ کہہ سکتے ہیں ان کو۔</w:t>
      </w:r>
    </w:p>
    <w:p>
      <w:r>
        <w:rPr>
          <w:b/>
        </w:rPr>
        <w:t xml:space="preserve">[11:44] </w:t>
      </w:r>
      <w:r>
        <w:t>to woh sach much booster ban gayeen rasool Allah ke liye.</w:t>
      </w:r>
    </w:p>
    <w:p>
      <w:pPr>
        <w:jc w:val="right"/>
      </w:pPr>
      <w:r>
        <w:t>تو وہ سچ مچ بوسٹر بن گئیں رسول اللہ کے لیے۔</w:t>
      </w:r>
    </w:p>
    <w:p>
      <w:r>
        <w:rPr>
          <w:b/>
        </w:rPr>
        <w:t xml:space="preserve">[11:49] </w:t>
      </w:r>
      <w:r>
        <w:t>woh kaise? jab rasool Allah ko pehli wahi mili jab woh keh</w:t>
      </w:r>
    </w:p>
    <w:p>
      <w:pPr>
        <w:jc w:val="right"/>
      </w:pPr>
      <w:r>
        <w:t>وہ کیسے؟ جب رسول اللہ کو پہلی وحی ملی جب وہ کہ</w:t>
      </w:r>
    </w:p>
    <w:p>
      <w:r>
        <w:rPr>
          <w:b/>
        </w:rPr>
        <w:t xml:space="preserve">[11:55] </w:t>
      </w:r>
      <w:r>
        <w:t>cave mein thay. yaani Hira mountain ke cave mein thay. to pehla experience jo hua ke farishta aata hai aur reveal karta hai Quran ke kuch hissay. to pehla experience jo tha bohat hi aap ke liye ghabranay wala ban gaya. aap ghabray hue aaye ghar mein. to aap dekhiye ke woh jo baat hai ke ek part ek partner is is is situation se bahar hai. yaani do partner</w:t>
      </w:r>
    </w:p>
    <w:p>
      <w:pPr>
        <w:jc w:val="right"/>
      </w:pPr>
      <w:r>
        <w:t>کیو میں تھے۔ یعنی حرا ماؤنٹین کے کیو میں تھے۔ تو پہلا ایکسپیرئینس جو ہوا کہ فرشتہ آتا ہے اور ریویل کرتا ہے قرآن کے کچھ حصے۔ تو پہلا ایکسپیرئینس جو تھا بہت ہی آپ کے لیے گھبرانے والا بن گیا۔ آپ گھبرائے ہوئے آئے گھر میں۔ تو آپ دیکھیے کہ وہ جو بات ہے کہ ایک پارٹ ایک پارٹنر اس اس اس سچویشن سے باہر ہے۔ یعنی دو پارٹن</w:t>
      </w:r>
    </w:p>
    <w:p>
      <w:r>
        <w:rPr>
          <w:b/>
        </w:rPr>
        <w:t xml:space="preserve">[12:25] </w:t>
      </w:r>
      <w:r>
        <w:t>ra thay, aik Muhammad aur aik khadija.</w:t>
      </w:r>
    </w:p>
    <w:p>
      <w:pPr>
        <w:jc w:val="right"/>
      </w:pPr>
      <w:r>
        <w:t>ر تھے، ایک محمد اور ایک خدیجہ۔</w:t>
      </w:r>
    </w:p>
    <w:p>
      <w:r>
        <w:rPr>
          <w:b/>
        </w:rPr>
        <w:t xml:space="preserve">[12:29] </w:t>
      </w:r>
      <w:r>
        <w:t>to Muhammad jo thay woh is is situation ke andar thay.</w:t>
      </w:r>
    </w:p>
    <w:p>
      <w:pPr>
        <w:jc w:val="right"/>
      </w:pPr>
      <w:r>
        <w:t>تو محمد جو تھے وہ اس اس سچویشن کے اندر تھے۔</w:t>
      </w:r>
    </w:p>
    <w:p>
      <w:r>
        <w:rPr>
          <w:b/>
        </w:rPr>
        <w:t xml:space="preserve">[12:33] </w:t>
      </w:r>
      <w:r>
        <w:t>jis ko hum kehte hain at the helm of affairs.</w:t>
      </w:r>
    </w:p>
    <w:p>
      <w:pPr>
        <w:jc w:val="right"/>
      </w:pPr>
      <w:r>
        <w:t>جس کو ہم کہتے ہیں اَٹ دی ہیلمپ آف افیئرز۔</w:t>
      </w:r>
    </w:p>
    <w:p>
      <w:r>
        <w:rPr>
          <w:b/>
        </w:rPr>
        <w:t xml:space="preserve">[12:37] </w:t>
      </w:r>
      <w:r>
        <w:t>aur khadija is se bahar theen, ghar par theen woh.</w:t>
      </w:r>
    </w:p>
    <w:p>
      <w:pPr>
        <w:jc w:val="right"/>
      </w:pPr>
      <w:r>
        <w:t>اور خدیجہ اس سے باہر تھیں، گھر پر تھیں وہ۔</w:t>
      </w:r>
    </w:p>
    <w:p>
      <w:r>
        <w:rPr>
          <w:b/>
        </w:rPr>
        <w:t xml:space="preserve">[12:42] </w:t>
      </w:r>
      <w:r>
        <w:t>to wahan par jo un ko jo experience hua jis mein un ko ghabrahat aa gayi.</w:t>
      </w:r>
    </w:p>
    <w:p>
      <w:pPr>
        <w:jc w:val="right"/>
      </w:pPr>
      <w:r>
        <w:t>تو وہاں پر جو ان کو جو ایکسپیرئینس ہوا جس میں ان کو گھبراہٹ آگئی۔</w:t>
      </w:r>
    </w:p>
    <w:p>
      <w:r>
        <w:rPr>
          <w:b/>
        </w:rPr>
        <w:t xml:space="preserve">[12:46] </w:t>
      </w:r>
      <w:r>
        <w:t>to khadija is se mutasir nahi ho sakti thi kyun ke woh alag thi woh.</w:t>
      </w:r>
    </w:p>
    <w:p>
      <w:pPr>
        <w:jc w:val="right"/>
      </w:pPr>
      <w:r>
        <w:t>تو خدیجہ اس سے متاثر نہیں ہو سکتی تھی کیوں کہ وہ الگ تھی وہ۔</w:t>
      </w:r>
    </w:p>
    <w:p>
      <w:r>
        <w:rPr>
          <w:b/>
        </w:rPr>
        <w:t xml:space="preserve">[12:50] </w:t>
      </w:r>
      <w:r>
        <w:t>jab woh aaye woh kuch ghabraye hue kaha ke zammilooni zammilooni mujhe arahao, mujhe arahao. to</w:t>
      </w:r>
    </w:p>
    <w:p>
      <w:pPr>
        <w:jc w:val="right"/>
      </w:pPr>
      <w:r>
        <w:t>جب وہ آئے وہ کچھ گھبرائے ہوئے کہا کہ زَمْبِلُونِی زَمْبِلُونِی مجھے اڑھاؤ، مجھے اڑھاؤ۔ تو</w:t>
      </w:r>
    </w:p>
    <w:p>
      <w:r>
        <w:rPr>
          <w:b/>
        </w:rPr>
        <w:t xml:space="preserve">[12:55] </w:t>
      </w:r>
      <w:r>
        <w:t>is waqt khadija ne jo baat kahi thi bari zabardast baat thi. unhon ne kaha ke aap doosron ki madad karte hain. kamzor logon ka sahara bante hain. nadaron ko help pohanchate hain. chuki aap insaan ki madad karte hain is liye khuda aap ko be madadgar, be madad nahi chhod dega. y</w:t>
      </w:r>
    </w:p>
    <w:p>
      <w:pPr>
        <w:jc w:val="right"/>
      </w:pPr>
      <w:r>
        <w:t>اس وقت خدیجہ نے جو بات کہی تھی بڑی زبردست بات تھی۔ انہوں نے کہا کہ آپ دوسروں کی مدد کرتے ہیں۔ کمزور لوگوں کا سہارا بنتے ہیں۔ ناداروں کو ہیلپ پہنچاتے ہیں۔ چونکہ آپ انسان کی مدد کرتے ہیں اس لیے خدا آپ کو بے مددگار، بے مدد نہیں چھوڑ دے گا۔ ی</w:t>
      </w:r>
    </w:p>
    <w:p>
      <w:r>
        <w:rPr>
          <w:b/>
        </w:rPr>
        <w:t xml:space="preserve">[13:25] </w:t>
      </w:r>
      <w:r>
        <w:t>aani is lady ne yeh baat kahi is waqt. ke chuki aap ki zindagi aisi guzri hai ke aap ke seenay mein insaan ka dard hai. aap logon ke madadgar ban jatay hain. jis ko dekhte hain ke us ko koi kami hai us ko poora karne ke liye daud padte hain. apna waqt, apna paisa, apni taqat lagate hain doosre ki madad karne ke liye. to unhon ne kaha ke aap khuda ki makhlooq ko madad pohanchate hain to khuda aap ko be yaaro mad</w:t>
      </w:r>
    </w:p>
    <w:p>
      <w:pPr>
        <w:jc w:val="right"/>
      </w:pPr>
      <w:r>
        <w:t>عنی اس لیڈی نے یہ بات کہی اس وقت۔ کہ چونکہ آپ کی زندگی ایسی گزری ہے کہ آپ کے سینے میں انسان کا درد ہے۔ آپ لوگوں کے مددگار بن جاتے ہیں۔ جس کو دیکھتے ہیں کہ اس کو کوئی کمی ہے اس کو پورا کرنے کے لیے دوڑ پڑتے ہیں۔ اپنا وقت، اپنا پیسہ، اپنی طاقت لگاتے ہیں دوسرے کی مدد کرنے کے لیے۔ تو انہوں نے کہا کہ آپ خدا کی مخلوق کو مدد پہنچاتے ہیں تو خدا آپ کو بیار و مد</w:t>
      </w:r>
    </w:p>
    <w:p>
      <w:r>
        <w:rPr>
          <w:b/>
        </w:rPr>
        <w:t xml:space="preserve">[13:55] </w:t>
      </w:r>
      <w:r>
        <w:t>dagaar nahi chhodega.</w:t>
      </w:r>
    </w:p>
    <w:p>
      <w:pPr>
        <w:jc w:val="right"/>
      </w:pPr>
      <w:r>
        <w:t>دگار نہیں چھوڑے گا۔</w:t>
      </w:r>
    </w:p>
    <w:p>
      <w:r>
        <w:rPr>
          <w:b/>
        </w:rPr>
        <w:t xml:space="preserve">[13:58] </w:t>
      </w:r>
      <w:r>
        <w:t>zarur madad karega Khuda aap ki.</w:t>
      </w:r>
    </w:p>
    <w:p>
      <w:pPr>
        <w:jc w:val="right"/>
      </w:pPr>
      <w:r>
        <w:t>ضرور مدد کرے گا خدا آپ کی۔</w:t>
      </w:r>
    </w:p>
    <w:p>
      <w:r>
        <w:rPr>
          <w:b/>
        </w:rPr>
        <w:t xml:space="preserve">[14:01] </w:t>
      </w:r>
      <w:r>
        <w:t>yeh pehli baat thi.</w:t>
      </w:r>
    </w:p>
    <w:p>
      <w:pPr>
        <w:jc w:val="right"/>
      </w:pPr>
      <w:r>
        <w:t>یہ پہلی بات تھی۔</w:t>
      </w:r>
    </w:p>
    <w:p>
      <w:r>
        <w:rPr>
          <w:b/>
        </w:rPr>
        <w:t xml:space="preserve">[14:05] </w:t>
      </w:r>
      <w:r>
        <w:t>is ke baad is lady ne kya kiya? ke wahan par Makkah mein Makkah ke outskirt mein</w:t>
      </w:r>
    </w:p>
    <w:p>
      <w:pPr>
        <w:jc w:val="right"/>
      </w:pPr>
      <w:r>
        <w:t>اس کے بعد اس لیڈی نے کیا کیا؟ کہ وہاں پر مکہ میں مکہ کے آؤٹ اسکرٹ میں</w:t>
      </w:r>
    </w:p>
    <w:p>
      <w:r>
        <w:rPr>
          <w:b/>
        </w:rPr>
        <w:t xml:space="preserve">[14:08] </w:t>
      </w:r>
      <w:r>
        <w:t>aik rehta tha aik aadmi jo Christian tha.</w:t>
      </w:r>
    </w:p>
    <w:p>
      <w:pPr>
        <w:jc w:val="right"/>
      </w:pPr>
      <w:r>
        <w:t>ایک رہتا تھا ایک آدمی جو کرسچن تھا۔</w:t>
      </w:r>
    </w:p>
    <w:p>
      <w:r>
        <w:rPr>
          <w:b/>
        </w:rPr>
        <w:t xml:space="preserve">[14:12] </w:t>
      </w:r>
      <w:r>
        <w:t>warqa bin Naufal.</w:t>
      </w:r>
    </w:p>
    <w:p>
      <w:pPr>
        <w:jc w:val="right"/>
      </w:pPr>
      <w:r>
        <w:t>ورقہ بن نوفل۔</w:t>
      </w:r>
    </w:p>
    <w:p>
      <w:r>
        <w:rPr>
          <w:b/>
        </w:rPr>
        <w:t xml:space="preserve">[14:15] </w:t>
      </w:r>
      <w:r>
        <w:t>woh Christian scholar tha woh.</w:t>
      </w:r>
    </w:p>
    <w:p>
      <w:pPr>
        <w:jc w:val="right"/>
      </w:pPr>
      <w:r>
        <w:t>وہ کرسچن اسکالر تھا وہ۔</w:t>
      </w:r>
    </w:p>
    <w:p>
      <w:r>
        <w:rPr>
          <w:b/>
        </w:rPr>
        <w:t xml:space="preserve">[14:18] </w:t>
      </w:r>
      <w:r>
        <w:t>to us ke paas le gayeen.</w:t>
      </w:r>
    </w:p>
    <w:p>
      <w:pPr>
        <w:jc w:val="right"/>
      </w:pPr>
      <w:r>
        <w:t>تو اس کے پاس لے گئیں۔</w:t>
      </w:r>
    </w:p>
    <w:p>
      <w:r>
        <w:rPr>
          <w:b/>
        </w:rPr>
        <w:t xml:space="preserve">[14:22] </w:t>
      </w:r>
      <w:r>
        <w:t>kyun ke woh jaanti theen ke Christian tradition mein</w:t>
      </w:r>
    </w:p>
    <w:p>
      <w:pPr>
        <w:jc w:val="right"/>
      </w:pPr>
      <w:r>
        <w:t>کیوں کہ وہ جانتی تھیں کہ کرسچن ٹریڈیشن میں</w:t>
      </w:r>
    </w:p>
    <w:p>
      <w:r>
        <w:rPr>
          <w:b/>
        </w:rPr>
        <w:t xml:space="preserve">[14:25] </w:t>
      </w:r>
      <w:r>
        <w:t>concept hai prophethood ka aur revelation ka, in cheezon ka.</w:t>
      </w:r>
    </w:p>
    <w:p>
      <w:pPr>
        <w:jc w:val="right"/>
      </w:pPr>
      <w:r>
        <w:t>کانسیپٹ ہے پرافٹ ہڈ کا اور ریویلیشن کا، ان چیزوں کا۔</w:t>
      </w:r>
    </w:p>
    <w:p>
      <w:r>
        <w:rPr>
          <w:b/>
        </w:rPr>
        <w:t xml:space="preserve">[14:31] </w:t>
      </w:r>
      <w:r>
        <w:t>to aap ne socha ke woh is baat ko jaanta hoga.</w:t>
      </w:r>
    </w:p>
    <w:p>
      <w:pPr>
        <w:jc w:val="right"/>
      </w:pPr>
      <w:r>
        <w:t>تو آپ نے سوچا کہ وہ اس بات کو جانتا ہوگا۔</w:t>
      </w:r>
    </w:p>
    <w:p>
      <w:r>
        <w:rPr>
          <w:b/>
        </w:rPr>
        <w:t xml:space="preserve">[14:37] </w:t>
      </w:r>
      <w:r>
        <w:t>to aap le gayeen warqa bin nofil ke paas.</w:t>
      </w:r>
    </w:p>
    <w:p>
      <w:pPr>
        <w:jc w:val="right"/>
      </w:pPr>
      <w:r>
        <w:t>تو آپ لے گئیں ورقہ بن نوفل کے پاس۔</w:t>
      </w:r>
    </w:p>
    <w:p>
      <w:r>
        <w:rPr>
          <w:b/>
        </w:rPr>
        <w:t xml:space="preserve">[14:43] </w:t>
      </w:r>
      <w:r>
        <w:t>us ne poocha sari baatein? to warqa ne kaha ke khuda ki qasam jo kuch tum keh rahe</w:t>
      </w:r>
    </w:p>
    <w:p>
      <w:pPr>
        <w:jc w:val="right"/>
      </w:pPr>
      <w:r>
        <w:t>اس نے پوچھا ساری باتیں؟ تو ورقہ نے کہا کہ خدا کی قسم جو کچھ تم کہہ رہے</w:t>
      </w:r>
    </w:p>
    <w:p>
      <w:r>
        <w:rPr>
          <w:b/>
        </w:rPr>
        <w:t xml:space="preserve">[14:49] </w:t>
      </w:r>
      <w:r>
        <w:t>ho agar woh sahi hai yaani jo experience tum par guzra woh agar sahi hai</w:t>
      </w:r>
    </w:p>
    <w:p>
      <w:pPr>
        <w:jc w:val="right"/>
      </w:pPr>
      <w:r>
        <w:t>ہو اگر وہ صحیح ہے یعنی جو ایکسپیرئینس تم پر گزرا وہ اگر صحیح ہے</w:t>
      </w:r>
    </w:p>
    <w:p>
      <w:r>
        <w:rPr>
          <w:b/>
        </w:rPr>
        <w:t xml:space="preserve">[14:55] </w:t>
      </w:r>
      <w:r>
        <w:t>to tumhare paas wahi angel aaya tha jo maw'ood ke paas aaya jo jo jesus ke paas aaya.</w:t>
      </w:r>
    </w:p>
    <w:p>
      <w:pPr>
        <w:jc w:val="right"/>
      </w:pPr>
      <w:r>
        <w:t>تو تمہارے پاس وہی اینجل آیا تھا جو موعود کے پاس آیا جو جو جیزس کے پاس آیا۔</w:t>
      </w:r>
    </w:p>
    <w:p>
      <w:r>
        <w:rPr>
          <w:b/>
        </w:rPr>
        <w:t xml:space="preserve">[15:00] </w:t>
      </w:r>
      <w:r>
        <w:t>yeh tha role khadijah ka.</w:t>
      </w:r>
    </w:p>
    <w:p>
      <w:pPr>
        <w:jc w:val="right"/>
      </w:pPr>
      <w:r>
        <w:t>یہ تھا رول خدیجہ کا۔</w:t>
      </w:r>
    </w:p>
    <w:p>
      <w:r>
        <w:rPr>
          <w:b/>
        </w:rPr>
        <w:t xml:space="preserve">[15:04] </w:t>
      </w:r>
      <w:r>
        <w:t>is role ko mein kaha isi ko role ko mein kehta hoon booster.</w:t>
      </w:r>
    </w:p>
    <w:p>
      <w:pPr>
        <w:jc w:val="right"/>
      </w:pPr>
      <w:r>
        <w:t>اس رول کو میں کہا اسی کو رول کو میں کہتا ہوں بوسٹر۔</w:t>
      </w:r>
    </w:p>
    <w:p>
      <w:r>
        <w:rPr>
          <w:b/>
        </w:rPr>
        <w:t xml:space="preserve">[15:08] </w:t>
      </w:r>
      <w:r>
        <w:t>rasool Allah ko khuda ka message pohanchana tha.</w:t>
      </w:r>
    </w:p>
    <w:p>
      <w:pPr>
        <w:jc w:val="right"/>
      </w:pPr>
      <w:r>
        <w:t>رسول اللہ کو خدا کا میسج پہنچانا تھا۔</w:t>
      </w:r>
    </w:p>
    <w:p>
      <w:r>
        <w:rPr>
          <w:b/>
        </w:rPr>
        <w:t xml:space="preserve">[15:12] </w:t>
      </w:r>
      <w:r>
        <w:t>khuda ke ki taraf se jo revelation aaya tha us ko saare insanon tak aam karna tha.</w:t>
      </w:r>
    </w:p>
    <w:p>
      <w:pPr>
        <w:jc w:val="right"/>
      </w:pPr>
      <w:r>
        <w:t>خدا کے کی طرف سے جو ریویلیشن آیا تھا اس کو سارے انسانوں تک عام کرنا تھا۔</w:t>
      </w:r>
    </w:p>
    <w:p>
      <w:r>
        <w:rPr>
          <w:b/>
        </w:rPr>
        <w:t xml:space="preserve">[15:17] </w:t>
      </w:r>
      <w:r>
        <w:t>yeh tha performer ka role.</w:t>
      </w:r>
    </w:p>
    <w:p>
      <w:pPr>
        <w:jc w:val="right"/>
      </w:pPr>
      <w:r>
        <w:t>یہ تھا پرفارمر کا رول۔</w:t>
      </w:r>
    </w:p>
    <w:p>
      <w:r>
        <w:rPr>
          <w:b/>
        </w:rPr>
        <w:t xml:space="preserve">[15:21] </w:t>
      </w:r>
      <w:r>
        <w:t>to sari zindagi</w:t>
      </w:r>
    </w:p>
    <w:p>
      <w:pPr>
        <w:jc w:val="right"/>
      </w:pPr>
      <w:r>
        <w:t>تو ساری زندگی</w:t>
      </w:r>
    </w:p>
    <w:p>
      <w:r>
        <w:rPr>
          <w:b/>
        </w:rPr>
        <w:t xml:space="preserve">[15:25] </w:t>
      </w:r>
      <w:r>
        <w:t>Khadija aap ke liye booster bani raheen. Is ka eteraaf khud Rasool Allah ne hadith mein kiya hai. Baad ki jo khawateen aap ke nikah mein aaeen aap ne khud yeh farmaya ke Khadija wala role kisi aur ne ada nahi kiya. Jo un ka role tha. Yaani har qadam par woh aap ke liye yaani koi complex nahi. Apna saara paisa un ko de diya, apni saari daulat un ko de</w:t>
      </w:r>
    </w:p>
    <w:p>
      <w:pPr>
        <w:jc w:val="right"/>
      </w:pPr>
      <w:r>
        <w:t>خدیجہ آپ کے لیے بوسٹر بنی رہیں۔ اس کا اعتراف خود رسول اللہ نے حدیث میں کیا ہے۔ بعد کی جو خواتین آپ کے نکاح میں آئیں آپ نے خود یہ فرمایا کہ خدیجہ والا رول کسی اور نے ادا نہیں کیا۔ جو ان کا رول تھا۔ یعنی ہر قدم پر وہ آپ کے لیے یعنی کوئی کمپلیکس نہیں۔ اپنا سارا پیسہ ان کو دے دیا، اپنی ساری دولت ان کو دے</w:t>
      </w:r>
    </w:p>
    <w:p>
      <w:r>
        <w:rPr>
          <w:b/>
        </w:rPr>
        <w:t xml:space="preserve">[15:55] </w:t>
      </w:r>
      <w:r>
        <w:t>di.</w:t>
      </w:r>
    </w:p>
    <w:p>
      <w:pPr>
        <w:jc w:val="right"/>
      </w:pPr>
      <w:r>
        <w:t>دی۔</w:t>
      </w:r>
    </w:p>
    <w:p>
      <w:r>
        <w:rPr>
          <w:b/>
        </w:rPr>
        <w:t xml:space="preserve">[15:59] </w:t>
      </w:r>
      <w:r>
        <w:t>kyun ke rasool Allah khud kamate nahi thay.</w:t>
      </w:r>
    </w:p>
    <w:p>
      <w:pPr>
        <w:jc w:val="right"/>
      </w:pPr>
      <w:r>
        <w:t>کیوں کہ رسول اللہ خود کماتے نہیں تھے۔</w:t>
      </w:r>
    </w:p>
    <w:p>
      <w:r>
        <w:rPr>
          <w:b/>
        </w:rPr>
        <w:t xml:space="preserve">[16:03] </w:t>
      </w:r>
      <w:r>
        <w:t>kabhi apni zabaan se ek lafz nahi nikala ke aap mere ghar mein rehte hain.</w:t>
      </w:r>
    </w:p>
    <w:p>
      <w:pPr>
        <w:jc w:val="right"/>
      </w:pPr>
      <w:r>
        <w:t>کبھی اپنی زبان سے ایک لفظ نہیں نکالا کہ آپ میرے گھر میں رہتے ہیں۔</w:t>
      </w:r>
    </w:p>
    <w:p>
      <w:r>
        <w:rPr>
          <w:b/>
        </w:rPr>
        <w:t xml:space="preserve">[16:07] </w:t>
      </w:r>
      <w:r>
        <w:t>aap meri daulat par jeete hain.</w:t>
      </w:r>
    </w:p>
    <w:p>
      <w:pPr>
        <w:jc w:val="right"/>
      </w:pPr>
      <w:r>
        <w:t>آپ میری دولت پر جیتے ہیں۔</w:t>
      </w:r>
    </w:p>
    <w:p>
      <w:r>
        <w:rPr>
          <w:b/>
        </w:rPr>
        <w:t xml:space="preserve">[16:11] </w:t>
      </w:r>
      <w:r>
        <w:t>aap ki khud apni koi kamai nahi.</w:t>
      </w:r>
    </w:p>
    <w:p>
      <w:pPr>
        <w:jc w:val="right"/>
      </w:pPr>
      <w:r>
        <w:t>آپ کی خود اپنی کوئی کمائی نہیں۔</w:t>
      </w:r>
    </w:p>
    <w:p>
      <w:r>
        <w:rPr>
          <w:b/>
        </w:rPr>
        <w:t xml:space="preserve">[16:14] </w:t>
      </w:r>
      <w:r>
        <w:t>is qism ka kabhi isharay ki zabaan mein bhi aap ne kuch nahi kaha.</w:t>
      </w:r>
    </w:p>
    <w:p>
      <w:pPr>
        <w:jc w:val="right"/>
      </w:pPr>
      <w:r>
        <w:t>اس قسم کا کبھی اشارے کی زبان میں بھی آپ نے کچھ نہیں کہا۔</w:t>
      </w:r>
    </w:p>
    <w:p>
      <w:r>
        <w:rPr>
          <w:b/>
        </w:rPr>
        <w:t xml:space="preserve">[16:18] </w:t>
      </w:r>
      <w:r>
        <w:t>apna sab kuch un ko de diya.</w:t>
      </w:r>
    </w:p>
    <w:p>
      <w:pPr>
        <w:jc w:val="right"/>
      </w:pPr>
      <w:r>
        <w:t>اپنا سب کچھ ان کو دے دیا۔</w:t>
      </w:r>
    </w:p>
    <w:p>
      <w:r>
        <w:rPr>
          <w:b/>
        </w:rPr>
        <w:t xml:space="preserve">[16:22] </w:t>
      </w:r>
      <w:r>
        <w:t>to prophethood ka role to karna tha rasool Allah ko lekin un ki madad ka role kiya khadijah ne.</w:t>
      </w:r>
    </w:p>
    <w:p>
      <w:pPr>
        <w:jc w:val="right"/>
      </w:pPr>
      <w:r>
        <w:t>تو پرافٹ ہڈ کا رول تو کرنا تھا رسول اللہ کو لیکن ان کی مدد کا رول کیا خدیجہ نے۔</w:t>
      </w:r>
    </w:p>
    <w:p>
      <w:r>
        <w:rPr>
          <w:b/>
        </w:rPr>
        <w:t xml:space="preserve">[16:26] </w:t>
      </w:r>
      <w:r>
        <w:t>اسی کو میں کہہ رہا ہوں کہ ایک ہے performer کا رول، ایک ہے booster کا رول۔</w:t>
      </w:r>
    </w:p>
    <w:p>
      <w:pPr>
        <w:jc w:val="right"/>
      </w:pPr>
      <w:r>
        <w:t>اسی کو میں کہہ رہا ہوں کہ ایک ہے پرفارمر کا رول، ایک ہے بوسٹر کا رول۔</w:t>
      </w:r>
    </w:p>
    <w:p>
      <w:r>
        <w:rPr>
          <w:b/>
        </w:rPr>
        <w:t xml:space="preserve">[16:31] </w:t>
      </w:r>
      <w:r>
        <w:t>to khadijah aap ke liye behtareen booster ban gayeen.</w:t>
      </w:r>
    </w:p>
    <w:p>
      <w:pPr>
        <w:jc w:val="right"/>
      </w:pPr>
      <w:r>
        <w:t>تو خدیجہ آپ کے لیے بہترین بوسٹر بن گئیں۔</w:t>
      </w:r>
    </w:p>
    <w:p>
      <w:r>
        <w:rPr>
          <w:b/>
        </w:rPr>
        <w:t xml:space="preserve">[16:36] </w:t>
      </w:r>
      <w:r>
        <w:t>aur aap jo hai yani agar main insani zubaan istemal karun to aap is is aap ko ye</w:t>
      </w:r>
    </w:p>
    <w:p>
      <w:pPr>
        <w:jc w:val="right"/>
      </w:pPr>
      <w:r>
        <w:t>اور آپ جو ہے یعنی اگر میں انسانی زبان استعمال کروں تو آپ اس اس آپ کو یہ</w:t>
      </w:r>
    </w:p>
    <w:p>
      <w:r>
        <w:rPr>
          <w:b/>
        </w:rPr>
        <w:t xml:space="preserve">[16:41] </w:t>
      </w:r>
      <w:r>
        <w:t>mauqa mila ke aap sab apna performer ka role jo aap ko muqaddar kiya tha khuda ne woh</w:t>
      </w:r>
    </w:p>
    <w:p>
      <w:pPr>
        <w:jc w:val="right"/>
      </w:pPr>
      <w:r>
        <w:t>موقع ملا کہ آپ سب اپنا پرفارمر کا رول جو آپ کو مقدر کیا تھا خدا نے وہ</w:t>
      </w:r>
    </w:p>
    <w:p>
      <w:r>
        <w:rPr>
          <w:b/>
        </w:rPr>
        <w:t xml:space="preserve">[16:46] </w:t>
      </w:r>
      <w:r>
        <w:t>aap bharpoor tor par us ko ada kar saken.</w:t>
      </w:r>
    </w:p>
    <w:p>
      <w:pPr>
        <w:jc w:val="right"/>
      </w:pPr>
      <w:r>
        <w:t>آپ بھرپور طور پر اس کو ادا کر سکیں۔</w:t>
      </w:r>
    </w:p>
    <w:p>
      <w:r>
        <w:rPr>
          <w:b/>
        </w:rPr>
        <w:t xml:space="preserve">[16:51] </w:t>
      </w:r>
      <w:r>
        <w:t>isi tarah se</w:t>
      </w:r>
    </w:p>
    <w:p>
      <w:pPr>
        <w:jc w:val="right"/>
      </w:pPr>
      <w:r>
        <w:t>اسی طرح سے</w:t>
      </w:r>
    </w:p>
    <w:p>
      <w:r>
        <w:rPr>
          <w:b/>
        </w:rPr>
        <w:t xml:space="preserve">[16:56] </w:t>
      </w:r>
      <w:r>
        <w:t>history mein ek aur khatoon hain jinka naam haajra hai. bohat bara role hai un ka. woh role kya hai ke chaar hazar saal pehle aisa tha ke saari duniya nature worship mein jeeti thi. rab nahnu azl kathira dekha ke suraj chamak raha hai to usi ko samajh liya ke yahi khuda hai. chand chamak raha hai</w:t>
      </w:r>
    </w:p>
    <w:p>
      <w:pPr>
        <w:jc w:val="right"/>
      </w:pPr>
      <w:r>
        <w:t>ہسٹری میں ایک اور خاتون ہیں جن کا نام ہاجرہ ہے۔ بہت بڑا رول ہے ان کا۔ وہ رول کیا ہے کہ چار ہزار سال پہلے ایسا تھا کہ ساری دنیا نیچر ورشپ میں جیتی تھی۔ رب نحن عزل کثیرا دیکھا کہ سورج چمک رہا ہے تو اسی کو سمجھ لیا کہ یہی خدا ہے۔ چاند چمک رہا ہے</w:t>
      </w:r>
    </w:p>
    <w:p>
      <w:r>
        <w:rPr>
          <w:b/>
        </w:rPr>
        <w:t xml:space="preserve">[17:26] </w:t>
      </w:r>
      <w:r>
        <w:t>us ko samajh liya ke yahi khuda hai.</w:t>
      </w:r>
    </w:p>
    <w:p>
      <w:pPr>
        <w:jc w:val="right"/>
      </w:pPr>
      <w:r>
        <w:t>اس کو سمجھ لیا کہ یہی خدا ہے۔</w:t>
      </w:r>
    </w:p>
    <w:p>
      <w:r>
        <w:rPr>
          <w:b/>
        </w:rPr>
        <w:t xml:space="preserve">[17:30] </w:t>
      </w:r>
      <w:r>
        <w:t>mareekh aur zuhra jo planets hain zyada chamakte hain samajh liya ke yahi khuda hai.</w:t>
      </w:r>
    </w:p>
    <w:p>
      <w:pPr>
        <w:jc w:val="right"/>
      </w:pPr>
      <w:r>
        <w:t>مریخ اور زہرہ جو پلینٹس ہیں زیادہ چمکتے ہیں سمجھ لیا کہ یہی خدا ہے۔</w:t>
      </w:r>
    </w:p>
    <w:p>
      <w:r>
        <w:rPr>
          <w:b/>
        </w:rPr>
        <w:t xml:space="preserve">[17:34] </w:t>
      </w:r>
      <w:r>
        <w:t>ocean ko khuda samajh liya, mountain ko khuda samajh liya.</w:t>
      </w:r>
    </w:p>
    <w:p>
      <w:pPr>
        <w:jc w:val="right"/>
      </w:pPr>
      <w:r>
        <w:t>اوشن کو خدا سمجھ لیا، ماؤنٹین کو خدا سمجھ لیا۔</w:t>
      </w:r>
    </w:p>
    <w:p>
      <w:r>
        <w:rPr>
          <w:b/>
        </w:rPr>
        <w:t xml:space="preserve">[17:38] </w:t>
      </w:r>
      <w:r>
        <w:t>isi ko kehte hain nature worship.</w:t>
      </w:r>
    </w:p>
    <w:p>
      <w:pPr>
        <w:jc w:val="right"/>
      </w:pPr>
      <w:r>
        <w:t>اسی کو کہتے ہیں نیچر ورشپ۔</w:t>
      </w:r>
    </w:p>
    <w:p>
      <w:r>
        <w:rPr>
          <w:b/>
        </w:rPr>
        <w:t xml:space="preserve">[17:42] </w:t>
      </w:r>
      <w:r>
        <w:t>nature worship chhai hui thi hazaron saal se.</w:t>
      </w:r>
    </w:p>
    <w:p>
      <w:pPr>
        <w:jc w:val="right"/>
      </w:pPr>
      <w:r>
        <w:t>نیچر ورشپ چھائی ہوئی تھی ہزاروں سال سے۔</w:t>
      </w:r>
    </w:p>
    <w:p>
      <w:r>
        <w:rPr>
          <w:b/>
        </w:rPr>
        <w:t xml:space="preserve">[17:46] </w:t>
      </w:r>
      <w:r>
        <w:t>isi ko quran mein kaha gaya hai ke in ke nature ki majesty ko dekh kar isi ko</w:t>
      </w:r>
    </w:p>
    <w:p>
      <w:pPr>
        <w:jc w:val="right"/>
      </w:pPr>
      <w:r>
        <w:t>اسی کو قرآن میں کہا گیا ہے کہ ان کہ نیچر کی میجسٹی کو دیکھ کر اسی کو</w:t>
      </w:r>
    </w:p>
    <w:p>
      <w:r>
        <w:rPr>
          <w:b/>
        </w:rPr>
        <w:t xml:space="preserve">[17:49] </w:t>
      </w:r>
      <w:r>
        <w:t>khuda maan liya.</w:t>
      </w:r>
    </w:p>
    <w:p>
      <w:pPr>
        <w:jc w:val="right"/>
      </w:pPr>
      <w:r>
        <w:t>خدا مان لیا۔</w:t>
      </w:r>
    </w:p>
    <w:p>
      <w:r>
        <w:rPr>
          <w:b/>
        </w:rPr>
        <w:t xml:space="preserve">[17:53] </w:t>
      </w:r>
      <w:r>
        <w:t>wo creator ko bhool gaye.</w:t>
      </w:r>
    </w:p>
    <w:p>
      <w:pPr>
        <w:jc w:val="right"/>
      </w:pPr>
      <w:r>
        <w:t>وہ کریئیٹر کو بھول گئے۔</w:t>
      </w:r>
    </w:p>
    <w:p>
      <w:r>
        <w:rPr>
          <w:b/>
        </w:rPr>
        <w:t xml:space="preserve">[17:57] </w:t>
      </w:r>
      <w:r>
        <w:t>is isi ko hum shirk kehte hain, isi ka naam hai shirk. nature worship kya hai? isi ka naam shirk hai. to is zamane mein aisa hua ke shirk shirk hi culture ban gaya insaan ka. saare log shirk culture mein jeenay lagay. paida hue to paida hotay hi shirk ke culture mein dakhil ho gayay. poori zindagi isi mein jeetay rahay. wohi sunna, wohi parhna, wohi rituals</w:t>
      </w:r>
    </w:p>
    <w:p>
      <w:pPr>
        <w:jc w:val="right"/>
      </w:pPr>
      <w:r>
        <w:t>اس اسی کو ہم شرک کہتے ہیں، اسی کا نام ہے شرک۔ نیچر ورشپ کیا ہے؟ اسی کا نام شرک ہے۔ تو اس زمانے میں ایسا ہوا کہ شرک شرک ہی کلچر بن گیا انسان کا۔ سارے لوگ شرک کلچر میں جینے لگے۔ پیدا ہوئے تو پیدا ہوتے ہی شرک کے کلچر میں داخل ہو گئے۔ پوری زندگی اسی میں جیتے رہے۔ وہی سننا، وہی پڑھنا، وہی ریچولز</w:t>
      </w:r>
    </w:p>
    <w:p>
      <w:r>
        <w:rPr>
          <w:b/>
        </w:rPr>
        <w:t xml:space="preserve">[18:27] </w:t>
      </w:r>
      <w:r>
        <w:t>wohi har cheez. to insaan jo hai goya ke shirk mein conditioned ho gaya tha. hazaron saal ke process se shirk jo hai us ne logon ko conditioned kar diya tha. aap soch nahi paate thay siwaye is ke ke shirk ke term mein sochen. literature shirk mein dhal gaya tha. rituals shirk mein dhal gayay thay. poori</w:t>
      </w:r>
    </w:p>
    <w:p>
      <w:pPr>
        <w:jc w:val="right"/>
      </w:pPr>
      <w:r>
        <w:t>، وہی ہر چیز۔ تو انسان جو ہے گویا کہ شرک میں کنڈیشنڈ ہو گیا تھا۔ ہزاروں سال کے پراسیس سے شرک جو ہے اس نے لوگوں کو کنڈیشنڈ کر دیا تھا۔ آپ سوچ نہیں پاتے تھے سوائے اس کے کہ شرک کے ٹرم میں سوچیں۔ لٹریچر شرک میں ڈھل گیا تھا۔ ریچولز شرک میں ڈھل گئے تھے۔ پوری</w:t>
      </w:r>
    </w:p>
    <w:p>
      <w:r>
        <w:rPr>
          <w:b/>
        </w:rPr>
        <w:t xml:space="preserve">[18:57] </w:t>
      </w:r>
      <w:r>
        <w:t>zindagi mein shirk hi shirk har taraf phail gaya tha.</w:t>
      </w:r>
    </w:p>
    <w:p>
      <w:pPr>
        <w:jc w:val="right"/>
      </w:pPr>
      <w:r>
        <w:t>زندگی میں شرک ہی شرک ہر طرف پھیل گیا تھا۔</w:t>
      </w:r>
    </w:p>
    <w:p>
      <w:r>
        <w:rPr>
          <w:b/>
        </w:rPr>
        <w:t xml:space="preserve">[19:02] </w:t>
      </w:r>
      <w:r>
        <w:t>yahan tak ke badshahat bhi is zamane mein shirk par qaim ho gayi thi.</w:t>
      </w:r>
    </w:p>
    <w:p>
      <w:pPr>
        <w:jc w:val="right"/>
      </w:pPr>
      <w:r>
        <w:t>یہاں تک کہ بادشاہت بھی اس زمانے میں شرک پر قائم ہو گئی تھی۔</w:t>
      </w:r>
    </w:p>
    <w:p>
      <w:r>
        <w:rPr>
          <w:b/>
        </w:rPr>
        <w:t xml:space="preserve">[19:07] </w:t>
      </w:r>
      <w:r>
        <w:t>to shirk culture mein log conditioned ho gaye the, ab kya kiya jaye? to Hazrat Ibrahim (AS)</w:t>
      </w:r>
    </w:p>
    <w:p>
      <w:pPr>
        <w:jc w:val="right"/>
      </w:pPr>
      <w:r>
        <w:t>تو شرک کلچر میں لوگ کنڈیشنڈ ہو گئے تھے، اب کیا کیا جائے؟ تو حضرت ابراہیم علیہ السلام</w:t>
      </w:r>
    </w:p>
    <w:p>
      <w:r>
        <w:rPr>
          <w:b/>
        </w:rPr>
        <w:t xml:space="preserve">[19:12] </w:t>
      </w:r>
      <w:r>
        <w:t>ke zariye jo paighambar the ek scheme banai gayi, ek plan banaya gaya ke yeh ek nai nasal</w:t>
      </w:r>
    </w:p>
    <w:p>
      <w:pPr>
        <w:jc w:val="right"/>
      </w:pPr>
      <w:r>
        <w:t>کے ذریعے جو پیغمبر تھے ایک اسکیم بنائی گئی، ایک پلان بنایا گیا کہ یہ ایک نئی نسل</w:t>
      </w:r>
    </w:p>
    <w:p>
      <w:r>
        <w:rPr>
          <w:b/>
        </w:rPr>
        <w:t xml:space="preserve">[19:17] </w:t>
      </w:r>
      <w:r>
        <w:t>banai jaye shehron se bahar.</w:t>
      </w:r>
    </w:p>
    <w:p>
      <w:pPr>
        <w:jc w:val="right"/>
      </w:pPr>
      <w:r>
        <w:t>بنائی جائے شہروں سے باہر۔</w:t>
      </w:r>
    </w:p>
    <w:p>
      <w:r>
        <w:rPr>
          <w:b/>
        </w:rPr>
        <w:t xml:space="preserve">[19:22] </w:t>
      </w:r>
      <w:r>
        <w:t>shehron mein aap</w:t>
      </w:r>
    </w:p>
    <w:p>
      <w:pPr>
        <w:jc w:val="right"/>
      </w:pPr>
      <w:r>
        <w:t>شہروں میں آپ</w:t>
      </w:r>
    </w:p>
    <w:p>
      <w:r>
        <w:rPr>
          <w:b/>
        </w:rPr>
        <w:t xml:space="preserve">[19:27] </w:t>
      </w:r>
      <w:r>
        <w:t>jante hain ke nature worship chhai hui thi.</w:t>
      </w:r>
    </w:p>
    <w:p>
      <w:pPr>
        <w:jc w:val="right"/>
      </w:pPr>
      <w:r>
        <w:t>جانتے ہیں کہ نیچر ورشپ چھائی ہوئی تھی۔</w:t>
      </w:r>
    </w:p>
    <w:p>
      <w:r>
        <w:rPr>
          <w:b/>
        </w:rPr>
        <w:t xml:space="preserve">[19:31] </w:t>
      </w:r>
      <w:r>
        <w:t>to desert tha makka ke paas.</w:t>
      </w:r>
    </w:p>
    <w:p>
      <w:pPr>
        <w:jc w:val="right"/>
      </w:pPr>
      <w:r>
        <w:t>تو ڈیزرٹ تھا مکہ کے پاس۔</w:t>
      </w:r>
    </w:p>
    <w:p>
      <w:r>
        <w:rPr>
          <w:b/>
        </w:rPr>
        <w:t xml:space="preserve">[19:35] </w:t>
      </w:r>
      <w:r>
        <w:t>sab desert hi is zamane mein tha.</w:t>
      </w:r>
    </w:p>
    <w:p>
      <w:pPr>
        <w:jc w:val="right"/>
      </w:pPr>
      <w:r>
        <w:t>سب ڈیزرٹ ہی اس زمانے میں تھا۔</w:t>
      </w:r>
    </w:p>
    <w:p>
      <w:r>
        <w:rPr>
          <w:b/>
        </w:rPr>
        <w:t xml:space="preserve">[19:39] </w:t>
      </w:r>
      <w:r>
        <w:t>ab to shehar hai wahan par.</w:t>
      </w:r>
    </w:p>
    <w:p>
      <w:pPr>
        <w:jc w:val="right"/>
      </w:pPr>
      <w:r>
        <w:t>اب تو شہر ہے وہاں پر۔</w:t>
      </w:r>
    </w:p>
    <w:p>
      <w:r>
        <w:rPr>
          <w:b/>
        </w:rPr>
        <w:t xml:space="preserve">[19:43] </w:t>
      </w:r>
      <w:r>
        <w:t>is waqt desert tha chaar hazar saal pehle.</w:t>
      </w:r>
    </w:p>
    <w:p>
      <w:pPr>
        <w:jc w:val="right"/>
      </w:pPr>
      <w:r>
        <w:t>اس وقت ڈیزرٹ تھا چار ہزار سال پہلے۔</w:t>
      </w:r>
    </w:p>
    <w:p>
      <w:r>
        <w:rPr>
          <w:b/>
        </w:rPr>
        <w:t xml:space="preserve">[19:47] </w:t>
      </w:r>
      <w:r>
        <w:t>to Hazrat Ibrahim ne apni biwi Hajra ko aur chhote bachche Ismail ko la kar is desert mein chhod diya.</w:t>
      </w:r>
    </w:p>
    <w:p>
      <w:pPr>
        <w:jc w:val="right"/>
      </w:pPr>
      <w:r>
        <w:t>تو حضرت ابراہیم نے اپنی بیوی ہاجرہ کو اور چھوٹے بچے اسماعیل کو لا کر اس ڈیزرٹ میں چھوڑ دیا۔</w:t>
      </w:r>
    </w:p>
    <w:p>
      <w:r>
        <w:rPr>
          <w:b/>
        </w:rPr>
        <w:t xml:space="preserve">[19:51] </w:t>
      </w:r>
      <w:r>
        <w:t>ek nai nasal banane ke liye.</w:t>
      </w:r>
    </w:p>
    <w:p>
      <w:pPr>
        <w:jc w:val="right"/>
      </w:pPr>
      <w:r>
        <w:t>ایک نئی نسل بنانے کے لیے۔</w:t>
      </w:r>
    </w:p>
    <w:p>
      <w:r>
        <w:rPr>
          <w:b/>
        </w:rPr>
        <w:t xml:space="preserve">[19:54] </w:t>
      </w:r>
      <w:r>
        <w:t>city se door, shirk culture se door, nature worship ke mahol se door</w:t>
      </w:r>
    </w:p>
    <w:p>
      <w:pPr>
        <w:jc w:val="right"/>
      </w:pPr>
      <w:r>
        <w:t>سٹی سے دور، شرک کلچر سے دور، نیچر ورشپ کے ماحول سے دور</w:t>
      </w:r>
    </w:p>
    <w:p>
      <w:r>
        <w:rPr>
          <w:b/>
        </w:rPr>
        <w:t xml:space="preserve">[19:58] </w:t>
      </w:r>
      <w:r>
        <w:t>.</w:t>
      </w:r>
    </w:p>
    <w:p>
      <w:pPr>
        <w:jc w:val="right"/>
      </w:pPr>
      <w:r>
        <w:t>۔</w:t>
      </w:r>
    </w:p>
    <w:p>
      <w:r>
        <w:rPr>
          <w:b/>
        </w:rPr>
        <w:t xml:space="preserve">[20:03] </w:t>
      </w:r>
      <w:r>
        <w:t>tahke un ki conditioning na hone paye aur baghair conditioning ke wo wahan par banein.</w:t>
      </w:r>
    </w:p>
    <w:p>
      <w:pPr>
        <w:jc w:val="right"/>
      </w:pPr>
      <w:r>
        <w:t>تاکہ ان کی کنڈیشننگ نہ ہونے پائے اور بغیر کنڈیشننگ کے وہ وہاں پر بنیں۔</w:t>
      </w:r>
    </w:p>
    <w:p>
      <w:r>
        <w:rPr>
          <w:b/>
        </w:rPr>
        <w:t xml:space="preserve">[20:07] </w:t>
      </w:r>
      <w:r>
        <w:t>to riwayat mein aata hai ke jab Hazrat Ibrahim ne wahan chhora Hajra ko aur Ismail ko aur</w:t>
      </w:r>
    </w:p>
    <w:p>
      <w:pPr>
        <w:jc w:val="right"/>
      </w:pPr>
      <w:r>
        <w:t>تو روایات میں آتا ہے کہ جب حضرت ابراہیم نے وہاں چھوڑا ہاجرہ کو اور اسماعیل کو اور</w:t>
      </w:r>
    </w:p>
    <w:p>
      <w:r>
        <w:rPr>
          <w:b/>
        </w:rPr>
        <w:t xml:space="preserve">[20:11] </w:t>
      </w:r>
      <w:r>
        <w:t>khud jaane lage wahan se chhod kar ke.</w:t>
      </w:r>
    </w:p>
    <w:p>
      <w:pPr>
        <w:jc w:val="right"/>
      </w:pPr>
      <w:r>
        <w:t>خود جانے لگے وہاں سے چھوڑ کر کے۔</w:t>
      </w:r>
    </w:p>
    <w:p>
      <w:r>
        <w:rPr>
          <w:b/>
        </w:rPr>
        <w:t xml:space="preserve">[20:15] </w:t>
      </w:r>
      <w:r>
        <w:t>to Hajra se poocha ke hum ko yahan chhod kar kahan ja rahe hain? is desert mein hum</w:t>
      </w:r>
    </w:p>
    <w:p>
      <w:pPr>
        <w:jc w:val="right"/>
      </w:pPr>
      <w:r>
        <w:t>تو ہاجرہ سے پوچھا کہ ہم کو یہاں چھوڑ کر کہاں جا رہے ہیں؟ اس ڈیزرٹ میں ہم</w:t>
      </w:r>
    </w:p>
    <w:p>
      <w:r>
        <w:rPr>
          <w:b/>
        </w:rPr>
        <w:t xml:space="preserve">[20:20] </w:t>
      </w:r>
      <w:r>
        <w:t>ko chhod kar kahan ja rahe hain? yahan to kuch bhi nahin.</w:t>
      </w:r>
    </w:p>
    <w:p>
      <w:pPr>
        <w:jc w:val="right"/>
      </w:pPr>
      <w:r>
        <w:t>کو چھوڑ کر کہاں جا رہے ہیں؟ یہاں تو کچھ بھی نہیں۔</w:t>
      </w:r>
    </w:p>
    <w:p>
      <w:r>
        <w:rPr>
          <w:b/>
        </w:rPr>
        <w:t xml:space="preserve">[20:24] </w:t>
      </w:r>
      <w:r>
        <w:t>to kai baar unhon ne kaha aur Hazrat Ibrahim ne koi jawab nahi diya</w:t>
      </w:r>
    </w:p>
    <w:p>
      <w:pPr>
        <w:jc w:val="right"/>
      </w:pPr>
      <w:r>
        <w:t>تو کئی بار انہوں نے کہا اور حضرت ابراہیم نے کوئی جواب نہیں دیا</w:t>
      </w:r>
    </w:p>
    <w:p>
      <w:r>
        <w:rPr>
          <w:b/>
        </w:rPr>
        <w:t xml:space="preserve">[20:28] </w:t>
      </w:r>
      <w:r>
        <w:t>—</w:t>
      </w:r>
    </w:p>
    <w:p>
      <w:pPr>
        <w:jc w:val="right"/>
      </w:pPr>
      <w:r>
        <w:t>۔</w:t>
      </w:r>
    </w:p>
    <w:p>
      <w:r>
        <w:rPr>
          <w:b/>
        </w:rPr>
        <w:t xml:space="preserve">[20:33] </w:t>
      </w:r>
      <w:r>
        <w:t>phir aakhir mein unhon ne kaha ke kya aap ko Khuda ne aisa karne ka hukum diya hai?</w:t>
      </w:r>
    </w:p>
    <w:p>
      <w:pPr>
        <w:jc w:val="right"/>
      </w:pPr>
      <w:r>
        <w:t>پھر آخر میں انہوں نے کہا کہ کیا آپ کو خدا نے ایسا کرنے کا حکم دیا ہے؟</w:t>
      </w:r>
    </w:p>
    <w:p>
      <w:r>
        <w:rPr>
          <w:b/>
        </w:rPr>
        <w:t xml:space="preserve">[20:39] </w:t>
      </w:r>
      <w:r>
        <w:t>yeh hum ko yahan chhod rahe hain aap to Khuda ne aisa kaha hai ke in ko chhod</w:t>
      </w:r>
    </w:p>
    <w:p>
      <w:pPr>
        <w:jc w:val="right"/>
      </w:pPr>
      <w:r>
        <w:t>یہ ہم کو یہاں چھوڑ رہے ہیں آپ تو خدا نے ایسا کہا ہے کہ ان کو چھوڑ</w:t>
      </w:r>
    </w:p>
    <w:p>
      <w:r>
        <w:rPr>
          <w:b/>
        </w:rPr>
        <w:t xml:space="preserve">[20:44] </w:t>
      </w:r>
      <w:r>
        <w:t>do desert mein? to Hazrat Ibrahim ne kaha ke haan.</w:t>
      </w:r>
    </w:p>
    <w:p>
      <w:pPr>
        <w:jc w:val="right"/>
      </w:pPr>
      <w:r>
        <w:t>دو ڈیزرٹ میں؟ تو حضرت ابراہیم نے کہا کہ ہاں۔</w:t>
      </w:r>
    </w:p>
    <w:p>
      <w:r>
        <w:rPr>
          <w:b/>
        </w:rPr>
        <w:t xml:space="preserve">[20:49] </w:t>
      </w:r>
      <w:r>
        <w:t>is lady ne jis ka naam Hajra tha, aidi is ko Hajar kehte hain biblical language mein.</w:t>
      </w:r>
    </w:p>
    <w:p>
      <w:pPr>
        <w:jc w:val="right"/>
      </w:pPr>
      <w:r>
        <w:t>اس لیڈی نے جس کا نام ہاجرہ تھا، عیدی اس کو ہاجر کہتے ہیں ببلیکل لینگویج میں۔</w:t>
      </w:r>
    </w:p>
    <w:p>
      <w:r>
        <w:rPr>
          <w:b/>
        </w:rPr>
        <w:t xml:space="preserve">[20:54] </w:t>
      </w:r>
      <w:r>
        <w:t>is ne kaha ke</w:t>
      </w:r>
    </w:p>
    <w:p>
      <w:pPr>
        <w:jc w:val="right"/>
      </w:pPr>
      <w:r>
        <w:t>اس نے کہا کہ</w:t>
      </w:r>
    </w:p>
    <w:p>
      <w:r>
        <w:rPr>
          <w:b/>
        </w:rPr>
        <w:t xml:space="preserve">[20:59] </w:t>
      </w:r>
      <w:r>
        <w:t>phir Khuda hum ko west nahi karega.</w:t>
      </w:r>
    </w:p>
    <w:p>
      <w:pPr>
        <w:jc w:val="right"/>
      </w:pPr>
      <w:r>
        <w:t>پھر خدا ہم کو ویسٹ نہیں کرے گا۔</w:t>
      </w:r>
    </w:p>
    <w:p>
      <w:r>
        <w:rPr>
          <w:b/>
        </w:rPr>
        <w:t xml:space="preserve">[21:03] </w:t>
      </w:r>
      <w:r>
        <w:t>phir Khuda hum ko zaya nahi karega.</w:t>
      </w:r>
    </w:p>
    <w:p>
      <w:pPr>
        <w:jc w:val="right"/>
      </w:pPr>
      <w:r>
        <w:t>پھر خدا ہم کو ضائع نہیں کرے گا۔</w:t>
      </w:r>
    </w:p>
    <w:p>
      <w:r>
        <w:rPr>
          <w:b/>
        </w:rPr>
        <w:t xml:space="preserve">[21:07] </w:t>
      </w:r>
      <w:r>
        <w:t>zara ghor kijiye, is desert mein khade ho kar is ne kaha main tum ko bataoon kisi mard ko</w:t>
      </w:r>
    </w:p>
    <w:p>
      <w:pPr>
        <w:jc w:val="right"/>
      </w:pPr>
      <w:r>
        <w:t>ذرا غور کیجیے، اس ڈیزرٹ میں کھڑے ہو کر اس نے کہا میں تمہیں بتاؤں کسی مرد کو</w:t>
      </w:r>
    </w:p>
    <w:p>
      <w:r>
        <w:rPr>
          <w:b/>
        </w:rPr>
        <w:t xml:space="preserve">[21:10] </w:t>
      </w:r>
      <w:r>
        <w:t>yeh kehne ki tofeeq nahi hui.</w:t>
      </w:r>
    </w:p>
    <w:p>
      <w:pPr>
        <w:jc w:val="right"/>
      </w:pPr>
      <w:r>
        <w:t>یہ کہنے کی توفیق نہیں ہوئی۔</w:t>
      </w:r>
    </w:p>
    <w:p>
      <w:r>
        <w:rPr>
          <w:b/>
        </w:rPr>
        <w:t xml:space="preserve">[21:14] </w:t>
      </w:r>
      <w:r>
        <w:t>poori history mein mujhe koi aisa mard nahi maloom jis ne yeh aisa aisa word bola ho, aisa</w:t>
      </w:r>
    </w:p>
    <w:p>
      <w:pPr>
        <w:jc w:val="right"/>
      </w:pPr>
      <w:r>
        <w:t>پوری ہسٹری میں مجھے کوئی ایسا مرد نہیں معلوم جس نے یہ ایسا ایسا ورڈ بولا ہو، ایسا</w:t>
      </w:r>
    </w:p>
    <w:p>
      <w:r>
        <w:rPr>
          <w:b/>
        </w:rPr>
        <w:t xml:space="preserve">[21:18] </w:t>
      </w:r>
      <w:r>
        <w:t>kalma kaha ho ke desert mein khade ho kar yahan pani nahi, yahan khana nahi, yahan kuch bhi</w:t>
      </w:r>
    </w:p>
    <w:p>
      <w:pPr>
        <w:jc w:val="right"/>
      </w:pPr>
      <w:r>
        <w:t>کلمہ کہا ہو کہ ڈیزرٹ میں کھڑے ہو کر یہاں پانی نہیں، یہاں کھانا نہیں، یہاں کچھ بھی</w:t>
      </w:r>
    </w:p>
    <w:p>
      <w:r>
        <w:rPr>
          <w:b/>
        </w:rPr>
        <w:t xml:space="preserve">[21:22] </w:t>
      </w:r>
      <w:r>
        <w:t>nahi, yahan insan nahi, chidiya bhi nahi.</w:t>
      </w:r>
    </w:p>
    <w:p>
      <w:pPr>
        <w:jc w:val="right"/>
      </w:pPr>
      <w:r>
        <w:t>نہیں، یہاں انسان نہیں، چڑیا بھی نہیں۔</w:t>
      </w:r>
    </w:p>
    <w:p>
      <w:r>
        <w:rPr>
          <w:b/>
        </w:rPr>
        <w:t xml:space="preserve">[21:25] </w:t>
      </w:r>
      <w:r>
        <w:t>wo kehti hai ke</w:t>
      </w:r>
    </w:p>
    <w:p>
      <w:pPr>
        <w:jc w:val="right"/>
      </w:pPr>
      <w:r>
        <w:t>وہ کہتی ہے کہ</w:t>
      </w:r>
    </w:p>
    <w:p>
      <w:r>
        <w:rPr>
          <w:b/>
        </w:rPr>
        <w:t xml:space="preserve">[21:29] </w:t>
      </w:r>
      <w:r>
        <w:t>agar khuda ne yeh kaha hai ke chhod do in ko desert mein to khuda hamara saath nahi chhodega. khuda hum ko zaya nahi karega. yeh kyun hua? is desert mein ek nayi generation banana, nayi generation jo poori tarah shirk ki conditioning se khali ho. poori tarah khulay zehn ke sath kyun ke is desert mein kya tha? khula me</w:t>
      </w:r>
    </w:p>
    <w:p>
      <w:pPr>
        <w:jc w:val="right"/>
      </w:pPr>
      <w:r>
        <w:t>اگر خدا نے یہ کہا ہے کہ چھوڑ دو ان کو ڈیزرٹ میں تو خدا ہمارا ساتھ نہیں چھوڑے گا۔ خدا ہم کو ضائع نہیں کرے گا۔ یہ کیوں ہوا؟ اس ڈیزرٹ میں ایک نئی جنریشن بنانا، نئی جنریشن جو پوری طرح شرک کی کنڈیشننگ سے خالی ہو۔ پوری طرح کھلے ذہن کے ساتھ کیوں کہ اس ڈیزرٹ میں کیا تھا؟ کھلا می</w:t>
      </w:r>
    </w:p>
    <w:p>
      <w:r>
        <w:rPr>
          <w:b/>
        </w:rPr>
        <w:t xml:space="preserve">[21:59] </w:t>
      </w:r>
      <w:r>
        <w:t>daan, khulay pahar, oopar aasman ke oopar chand aur suraj. siwaye yaani nature ke siwa wahan kuch aur nahi tha. wahan shirk nahi tha. wahan shirk culture nahi tha. wahan koi mandir nahi tha. wahan ke khuda ke siwa kisi aur ki parastish ka wahan mahol nahi tha wahan. to is tarah se is khulay mahol mein, is desert ke mahol mein saari mush</w:t>
      </w:r>
    </w:p>
    <w:p>
      <w:pPr>
        <w:jc w:val="right"/>
      </w:pPr>
      <w:r>
        <w:t>دان، کھلے پہاڑ، اوپر آسمان کے اوپر چاند اور سورج۔ سوائے یعنی نیچر کے سوا وہاں کچھ اور نہیں تھا۔ وہاں شرک نہیں تھا۔ وہاں شرک کلچر نہیں تھا۔ وہاں کوئی مندر نہیں تھا۔ وہاں کے خدا کے سوا کسی اور کی پرستش کا وہاں ماحول نہیں تھا وہاں۔ تو اس طرح سے اس کھلے ماحول میں، اس ڈیزرٹ کے ماحول میں ساری مش</w:t>
      </w:r>
    </w:p>
    <w:p>
      <w:r>
        <w:rPr>
          <w:b/>
        </w:rPr>
        <w:t xml:space="preserve">[22:29] </w:t>
      </w:r>
      <w:r>
        <w:t>kalon ko jhelte hue, musibaton ko jhelte hue wahan aik aik nasl bani hai, aik generation bani hai</w:t>
      </w:r>
    </w:p>
    <w:p>
      <w:pPr>
        <w:jc w:val="right"/>
      </w:pPr>
      <w:r>
        <w:t>کلوں کو جھیلتے ہوئے، مصیبتوں کو جھیلتے ہوئے وہاں ایک ایک نسل بنی ہے، ایک جنریشن بنی ہے</w:t>
      </w:r>
    </w:p>
    <w:p>
      <w:r>
        <w:rPr>
          <w:b/>
        </w:rPr>
        <w:t xml:space="preserve">[22:33] </w:t>
      </w:r>
      <w:r>
        <w:t>jis ko hum Banu Ismail kehte hain.</w:t>
      </w:r>
    </w:p>
    <w:p>
      <w:pPr>
        <w:jc w:val="right"/>
      </w:pPr>
      <w:r>
        <w:t>جس کو ہم بنو اسماعیل کہتے ہیں۔</w:t>
      </w:r>
    </w:p>
    <w:p>
      <w:r>
        <w:rPr>
          <w:b/>
        </w:rPr>
        <w:t xml:space="preserve">[22:37] </w:t>
      </w:r>
      <w:r>
        <w:t>wo poori tarah shirk ki conditioning se khali thi.</w:t>
      </w:r>
    </w:p>
    <w:p>
      <w:pPr>
        <w:jc w:val="right"/>
      </w:pPr>
      <w:r>
        <w:t>وہ پوری طرح شرک کی کنڈیشننگ سے خالی تھی۔</w:t>
      </w:r>
    </w:p>
    <w:p>
      <w:r>
        <w:rPr>
          <w:b/>
        </w:rPr>
        <w:t xml:space="preserve">[22:40] </w:t>
      </w:r>
      <w:r>
        <w:t>is mein har aik Mr Nature tha.</w:t>
      </w:r>
    </w:p>
    <w:p>
      <w:pPr>
        <w:jc w:val="right"/>
      </w:pPr>
      <w:r>
        <w:t>اس میں ہر ایک مسٹر نیچر تھا۔</w:t>
      </w:r>
    </w:p>
    <w:p>
      <w:r>
        <w:rPr>
          <w:b/>
        </w:rPr>
        <w:t xml:space="preserve">[22:44] </w:t>
      </w:r>
      <w:r>
        <w:t>is mein ke har aurat Ms Nature thi aur har mard Mr Nature tha.</w:t>
      </w:r>
    </w:p>
    <w:p>
      <w:pPr>
        <w:jc w:val="right"/>
      </w:pPr>
      <w:r>
        <w:t>اس میں کہ ہر عورت مس نیچر تھی اور ہر مرد مسٹر نیچر تھا۔</w:t>
      </w:r>
    </w:p>
    <w:p>
      <w:r>
        <w:rPr>
          <w:b/>
        </w:rPr>
        <w:t xml:space="preserve">[22:48] </w:t>
      </w:r>
      <w:r>
        <w:t>yani apne apne nature pe jeeta tha.</w:t>
      </w:r>
    </w:p>
    <w:p>
      <w:pPr>
        <w:jc w:val="right"/>
      </w:pPr>
      <w:r>
        <w:t>یعنی اپنے اپنے نیچر پہ جیتا تھا۔</w:t>
      </w:r>
    </w:p>
    <w:p>
      <w:r>
        <w:rPr>
          <w:b/>
        </w:rPr>
        <w:t xml:space="preserve">[22:52] </w:t>
      </w:r>
      <w:r>
        <w:t>apne nature par wo khada hua tha.</w:t>
      </w:r>
    </w:p>
    <w:p>
      <w:pPr>
        <w:jc w:val="right"/>
      </w:pPr>
      <w:r>
        <w:t>اپنے نیچر پر وہ کھڑا ہوا تھا۔</w:t>
      </w:r>
    </w:p>
    <w:p>
      <w:r>
        <w:rPr>
          <w:b/>
        </w:rPr>
        <w:t xml:space="preserve">[22:56] </w:t>
      </w:r>
      <w:r>
        <w:t>is ka nature big</w:t>
      </w:r>
    </w:p>
    <w:p>
      <w:pPr>
        <w:jc w:val="right"/>
      </w:pPr>
      <w:r>
        <w:t>اس کا نیچر بگ</w:t>
      </w:r>
    </w:p>
    <w:p>
      <w:r>
        <w:rPr>
          <w:b/>
        </w:rPr>
        <w:t xml:space="preserve">[22:59] </w:t>
      </w:r>
      <w:r>
        <w:t>da nahi tha, is mein koi bigaad nahi aaya tha is ke nature mein.</w:t>
      </w:r>
    </w:p>
    <w:p>
      <w:pPr>
        <w:jc w:val="right"/>
      </w:pPr>
      <w:r>
        <w:t>ڑا نہیں تھا، اس میں کوئی بگاڑ نہیں آیا تھا اس کے نیچر میں۔</w:t>
      </w:r>
    </w:p>
    <w:p>
      <w:r>
        <w:rPr>
          <w:b/>
        </w:rPr>
        <w:t xml:space="preserve">[23:04] </w:t>
      </w:r>
      <w:r>
        <w:t>to yahi wo generation hai jis mein se Muhammad paida hue, Rasool Allah sallallahu alaihi wasallam paida</w:t>
      </w:r>
    </w:p>
    <w:p>
      <w:pPr>
        <w:jc w:val="right"/>
      </w:pPr>
      <w:r>
        <w:t>تو یہی وہ جنریشن ہے جس میں سے محمد پیدا ہوئے، رسول اللہ صلی اللہ علیہ وسلم پیدا</w:t>
      </w:r>
    </w:p>
    <w:p>
      <w:r>
        <w:rPr>
          <w:b/>
        </w:rPr>
        <w:t xml:space="preserve">[23:09] </w:t>
      </w:r>
      <w:r>
        <w:t>huye aur sahaba paida huye.</w:t>
      </w:r>
    </w:p>
    <w:p>
      <w:pPr>
        <w:jc w:val="right"/>
      </w:pPr>
      <w:r>
        <w:t>ہوئے اور صحابہ پیدا ہوئے۔</w:t>
      </w:r>
    </w:p>
    <w:p>
      <w:r>
        <w:rPr>
          <w:b/>
        </w:rPr>
        <w:t xml:space="preserve">[23:14] </w:t>
      </w:r>
      <w:r>
        <w:t>to rasool Allah aur sahaba is generation mein mein se nikle jo poori tarah shirk ki conditioning se khaali thi.</w:t>
      </w:r>
    </w:p>
    <w:p>
      <w:pPr>
        <w:jc w:val="right"/>
      </w:pPr>
      <w:r>
        <w:t>تو رسول اللہ اور صحابہ اس جنریشن میں میں سے نکلے جو پوری طرح شرک کی کنڈیشننگ سے خالی تھی۔</w:t>
      </w:r>
    </w:p>
    <w:p>
      <w:r>
        <w:rPr>
          <w:b/>
        </w:rPr>
        <w:t xml:space="preserve">[23:19] </w:t>
      </w:r>
      <w:r>
        <w:t>phir unhon ne is phir is tarah ek team bani rasool Allah ke gird.</w:t>
      </w:r>
    </w:p>
    <w:p>
      <w:pPr>
        <w:jc w:val="right"/>
      </w:pPr>
      <w:r>
        <w:t>پھر انہوں نے اس پھر اس طرح ایک ٹیم بنی رسول اللہ کے گرد۔</w:t>
      </w:r>
    </w:p>
    <w:p>
      <w:r>
        <w:rPr>
          <w:b/>
        </w:rPr>
        <w:t xml:space="preserve">[23:24] </w:t>
      </w:r>
      <w:r>
        <w:t>aap jante hain ke history mein kabhi</w:t>
      </w:r>
    </w:p>
    <w:p>
      <w:pPr>
        <w:jc w:val="right"/>
      </w:pPr>
      <w:r>
        <w:t>آپ جانتے ہیں کہ ہسٹری میں کبھی</w:t>
      </w:r>
    </w:p>
    <w:p>
      <w:r>
        <w:rPr>
          <w:b/>
        </w:rPr>
        <w:t xml:space="preserve">[23:29] </w:t>
      </w:r>
      <w:r>
        <w:t>بھی کسی prophet کے ساتھ کوئی ٹیم نہیں بن سکی۔</w:t>
      </w:r>
    </w:p>
    <w:p>
      <w:pPr>
        <w:jc w:val="right"/>
      </w:pPr>
      <w:r>
        <w:t>بھی کسی پرافٹ کے ساتھ کوئی ٹیم نہیں بن سکی۔</w:t>
      </w:r>
    </w:p>
    <w:p>
      <w:r>
        <w:rPr>
          <w:b/>
        </w:rPr>
        <w:t xml:space="preserve">[23:34] </w:t>
      </w:r>
      <w:r>
        <w:t>kabhi nahi aisa hua.</w:t>
      </w:r>
    </w:p>
    <w:p>
      <w:pPr>
        <w:jc w:val="right"/>
      </w:pPr>
      <w:r>
        <w:t>کبھی نہیں ایسا ہوا۔</w:t>
      </w:r>
    </w:p>
    <w:p>
      <w:r>
        <w:rPr>
          <w:b/>
        </w:rPr>
        <w:t xml:space="preserve">[23:38] </w:t>
      </w:r>
      <w:r>
        <w:t>sirf rasool Allah ke saath aisa hua ke ek team bani jis mein kam az kam do lakh</w:t>
      </w:r>
    </w:p>
    <w:p>
      <w:pPr>
        <w:jc w:val="right"/>
      </w:pPr>
      <w:r>
        <w:t>صرف رسول اللہ کے ساتھ ایسا ہوا کہ ایک ٹیم بنی جس میں کم از کم دو لاکھ</w:t>
      </w:r>
    </w:p>
    <w:p>
      <w:r>
        <w:rPr>
          <w:b/>
        </w:rPr>
        <w:t xml:space="preserve">[23:42] </w:t>
      </w:r>
      <w:r>
        <w:t>bohat hi zabardast qism ke log the.</w:t>
      </w:r>
    </w:p>
    <w:p>
      <w:pPr>
        <w:jc w:val="right"/>
      </w:pPr>
      <w:r>
        <w:t>بہت ہی زبردست قسم کے لوگ تھے۔</w:t>
      </w:r>
    </w:p>
    <w:p>
      <w:r>
        <w:rPr>
          <w:b/>
        </w:rPr>
        <w:t xml:space="preserve">[23:46] </w:t>
      </w:r>
      <w:r>
        <w:t>yahi woh team hai jis ne ke revolution barpa kiya.</w:t>
      </w:r>
    </w:p>
    <w:p>
      <w:pPr>
        <w:jc w:val="right"/>
      </w:pPr>
      <w:r>
        <w:t>یہی وہ ٹیم ہے جس نے کہ ریولوشن برپا کیا۔</w:t>
      </w:r>
    </w:p>
    <w:p>
      <w:r>
        <w:rPr>
          <w:b/>
        </w:rPr>
        <w:t xml:space="preserve">[23:51] </w:t>
      </w:r>
      <w:r>
        <w:t>yaani is se pehle tauheed ek ek theory thi.</w:t>
      </w:r>
    </w:p>
    <w:p>
      <w:pPr>
        <w:jc w:val="right"/>
      </w:pPr>
      <w:r>
        <w:t>یعنی اس سے پہلے توحید ایک ایک تھیوری تھی۔</w:t>
      </w:r>
    </w:p>
    <w:p>
      <w:r>
        <w:rPr>
          <w:b/>
        </w:rPr>
        <w:t xml:space="preserve">[23:55] </w:t>
      </w:r>
      <w:r>
        <w:t>hazaron saal se tauheed ek theory,</w:t>
      </w:r>
    </w:p>
    <w:p>
      <w:pPr>
        <w:jc w:val="right"/>
      </w:pPr>
      <w:r>
        <w:t>ہزاروں سال سے توحید ایک تھیوری،</w:t>
      </w:r>
    </w:p>
    <w:p>
      <w:r>
        <w:rPr>
          <w:b/>
        </w:rPr>
        <w:t xml:space="preserve">[23:59] </w:t>
      </w:r>
      <w:r>
        <w:t>ek ideology thi.</w:t>
      </w:r>
    </w:p>
    <w:p>
      <w:pPr>
        <w:jc w:val="right"/>
      </w:pPr>
      <w:r>
        <w:t>ایک آئیڈیالوجی تھی۔</w:t>
      </w:r>
    </w:p>
    <w:p>
      <w:r>
        <w:rPr>
          <w:b/>
        </w:rPr>
        <w:t xml:space="preserve">[24:05] </w:t>
      </w:r>
      <w:r>
        <w:t>bas is team ne aisa kiya ke is theory, is theory ko, is ideology ko revolution ke darje tak pahunchaya. revolution.</w:t>
      </w:r>
    </w:p>
    <w:p>
      <w:pPr>
        <w:jc w:val="right"/>
      </w:pPr>
      <w:r>
        <w:t>بس اس ٹیم نے ایسا کیا کہ اس تھیوری، اس تھیوری کو، اس آئیڈیالوجی کو ریولوشن کے درجے تک پہنچایا۔ ریولوشن۔</w:t>
      </w:r>
    </w:p>
    <w:p>
      <w:r>
        <w:rPr>
          <w:b/>
        </w:rPr>
        <w:t xml:space="preserve">[24:11] </w:t>
      </w:r>
      <w:r>
        <w:t>yaani ideology ko ek revolution banaya.</w:t>
      </w:r>
    </w:p>
    <w:p>
      <w:pPr>
        <w:jc w:val="right"/>
      </w:pPr>
      <w:r>
        <w:t>یعنی آئیڈیالوجی کو ایک ریولوشن بنایا۔</w:t>
      </w:r>
    </w:p>
    <w:p>
      <w:r>
        <w:rPr>
          <w:b/>
        </w:rPr>
        <w:t xml:space="preserve">[24:17] </w:t>
      </w:r>
      <w:r>
        <w:t>woh yahi woh is ka is ka credit kis ko jata hai? ek lady ko jis ka naam Hajra tha.</w:t>
      </w:r>
    </w:p>
    <w:p>
      <w:pPr>
        <w:jc w:val="right"/>
      </w:pPr>
      <w:r>
        <w:t>وہ یہی وہ اس کا اس کا کریڈٹ کس کو جاتا ہے؟ ایک لیڈی کو جس کا نام ہاجرہ تھا۔</w:t>
      </w:r>
    </w:p>
    <w:p>
      <w:r>
        <w:rPr>
          <w:b/>
        </w:rPr>
        <w:t xml:space="preserve">[24:23] </w:t>
      </w:r>
      <w:r>
        <w:t>Hajra ke sacrifice ke baad yeh hua</w:t>
      </w:r>
    </w:p>
    <w:p>
      <w:pPr>
        <w:jc w:val="right"/>
      </w:pPr>
      <w:r>
        <w:t>ہاجرہ کے سیکریفائس کے بعد یہ ہوا</w:t>
      </w:r>
    </w:p>
    <w:p>
      <w:r>
        <w:rPr>
          <w:b/>
        </w:rPr>
        <w:t xml:space="preserve">[24:29] </w:t>
      </w:r>
      <w:r>
        <w:t>ke woh team ban saki.</w:t>
      </w:r>
    </w:p>
    <w:p>
      <w:pPr>
        <w:jc w:val="right"/>
      </w:pPr>
      <w:r>
        <w:t>کہ وہ ٹیم بن سکی۔</w:t>
      </w:r>
    </w:p>
    <w:p>
      <w:r>
        <w:rPr>
          <w:b/>
        </w:rPr>
        <w:t xml:space="preserve">[24:35] </w:t>
      </w:r>
      <w:r>
        <w:t>jis ne ke tauheed ke nazariye ko, tauheed ki ideology ko revolution tak pahunchaya.</w:t>
      </w:r>
    </w:p>
    <w:p>
      <w:pPr>
        <w:jc w:val="right"/>
      </w:pPr>
      <w:r>
        <w:t>جس نے کہ توحید کے نظریے کو، توحید کی آئیڈیالوجی کو ریولوشن تک پہنچایا۔</w:t>
      </w:r>
    </w:p>
    <w:p>
      <w:r>
        <w:rPr>
          <w:b/>
        </w:rPr>
        <w:t xml:space="preserve">[24:41] </w:t>
      </w:r>
      <w:r>
        <w:t>to yeh sab kab hua? jabke aurat ne is haqeeqat ko jana ke mard ka kaam performer banna</w:t>
      </w:r>
    </w:p>
    <w:p>
      <w:pPr>
        <w:jc w:val="right"/>
      </w:pPr>
      <w:r>
        <w:t>تو یہ سب کب ہوا؟ جبکہ عورت نے اس حقیقت کو جانا کہ مرد کا کام پرفارمر بننا</w:t>
      </w:r>
    </w:p>
    <w:p>
      <w:r>
        <w:rPr>
          <w:b/>
        </w:rPr>
        <w:t xml:space="preserve">[24:47] </w:t>
      </w:r>
      <w:r>
        <w:t>hai, mera kaam booster banna hai.</w:t>
      </w:r>
    </w:p>
    <w:p>
      <w:pPr>
        <w:jc w:val="right"/>
      </w:pPr>
      <w:r>
        <w:t>ہے، میرا کام بوسٹر بننا ہے۔</w:t>
      </w:r>
    </w:p>
    <w:p>
      <w:r>
        <w:rPr>
          <w:b/>
        </w:rPr>
        <w:t xml:space="preserve">[24:53] </w:t>
      </w:r>
      <w:r>
        <w:t>mein samajhta hoon ke isi aurat ko bhi aaj bhi</w:t>
      </w:r>
    </w:p>
    <w:p>
      <w:pPr>
        <w:jc w:val="right"/>
      </w:pPr>
      <w:r>
        <w:t>میں سمجھتا ہوں کہ اسی عورت کو بھی آج بھی</w:t>
      </w:r>
    </w:p>
    <w:p>
      <w:r>
        <w:rPr>
          <w:b/>
        </w:rPr>
        <w:t xml:space="preserve">[25:00] </w:t>
      </w:r>
      <w:r>
        <w:t>agar koi bara role karna hai history mein to sab se pehle us ko yeh janana parega</w:t>
      </w:r>
    </w:p>
    <w:p>
      <w:pPr>
        <w:jc w:val="right"/>
      </w:pPr>
      <w:r>
        <w:t>اگر کوئی بڑا رول کرنا ہے ہسٹری میں تو سب سے پہلے اس کو یہ جاننا پڑے گا</w:t>
      </w:r>
    </w:p>
    <w:p>
      <w:r>
        <w:rPr>
          <w:b/>
        </w:rPr>
        <w:t xml:space="preserve">[25:06] </w:t>
      </w:r>
      <w:r>
        <w:t>ke law of nature kya hai? is ka apna role kya hai? mard ka role kya hai? is</w:t>
      </w:r>
    </w:p>
    <w:p>
      <w:pPr>
        <w:jc w:val="right"/>
      </w:pPr>
      <w:r>
        <w:t>کہ لاء آف نیچر کیا ہے؟ اس کا اپنا رول کیا ہے؟ مرد کا رول کیا ہے؟ اس</w:t>
      </w:r>
    </w:p>
    <w:p>
      <w:r>
        <w:rPr>
          <w:b/>
        </w:rPr>
        <w:t xml:space="preserve">[25:12] </w:t>
      </w:r>
      <w:r>
        <w:t>ka apna potential kya hai? mard ka potential kya hai? is haqeeqat ko daryaft karne ke baad hi</w:t>
      </w:r>
    </w:p>
    <w:p>
      <w:pPr>
        <w:jc w:val="right"/>
      </w:pPr>
      <w:r>
        <w:t>کا اپنا پوٹینشل کیا ہے؟ مرد کا پوٹینشل کیا ہے؟ اس حقیقت کو دریافت کرنے کے بعد ہی</w:t>
      </w:r>
    </w:p>
    <w:p>
      <w:r>
        <w:rPr>
          <w:b/>
        </w:rPr>
        <w:t xml:space="preserve">[25:18] </w:t>
      </w:r>
      <w:r>
        <w:t>yeh mumkin hai ke koi aurat koi historical role ada kar sake.</w:t>
      </w:r>
    </w:p>
    <w:p>
      <w:pPr>
        <w:jc w:val="right"/>
      </w:pPr>
      <w:r>
        <w:t>یہ ممکن ہے کہ کوئی عورت کوئی ہسٹوریکل رول ادا کر سکے۔</w:t>
      </w:r>
    </w:p>
    <w:p>
      <w:r>
        <w:rPr>
          <w:b/>
        </w:rPr>
        <w:t xml:space="preserve">[25:24] </w:t>
      </w:r>
      <w:r>
        <w:t>yaani pehle bhi agar kisi ne kiya hai to us</w:t>
      </w:r>
    </w:p>
    <w:p>
      <w:pPr>
        <w:jc w:val="right"/>
      </w:pPr>
      <w:r>
        <w:t>یعنی پہلے بھی اگر کسی نے کیا ہے تو اس</w:t>
      </w:r>
    </w:p>
    <w:p>
      <w:r>
        <w:rPr>
          <w:b/>
        </w:rPr>
        <w:t xml:space="preserve">[25:30] </w:t>
      </w:r>
      <w:r>
        <w:t>yeh waqt kya hai jabkey is ney apney potential ko jana.</w:t>
      </w:r>
    </w:p>
    <w:p>
      <w:pPr>
        <w:jc w:val="right"/>
      </w:pPr>
      <w:r>
        <w:t>ی وقت کیا ہے جبکہ اس نے اپنے پوٹینشل کو جانا۔</w:t>
      </w:r>
    </w:p>
    <w:p>
      <w:r>
        <w:rPr>
          <w:b/>
        </w:rPr>
        <w:t xml:space="preserve">[25:35] </w:t>
      </w:r>
      <w:r>
        <w:t>aaj bhi agar koi aurat role karey gi to usi waqt karey gi jabkey woh apney potential ko discover karey.</w:t>
      </w:r>
    </w:p>
    <w:p>
      <w:pPr>
        <w:jc w:val="right"/>
      </w:pPr>
      <w:r>
        <w:t>آج بھی اگر کوئی عورت رول کرے گی تو اسی وقت کرے گی جبکہ وہ اپنے پوٹینشل کو ڈسکور کرے۔</w:t>
      </w:r>
    </w:p>
    <w:p>
      <w:r>
        <w:rPr>
          <w:b/>
        </w:rPr>
        <w:t xml:space="preserve">[25:40] </w:t>
      </w:r>
      <w:r>
        <w:t>sirf fashion ko janana, body display ko janana, banao singar ko janana aur society mein show item baney</w:t>
      </w:r>
    </w:p>
    <w:p>
      <w:pPr>
        <w:jc w:val="right"/>
      </w:pPr>
      <w:r>
        <w:t>صرف فیشن کو جاننا، باڈی ڈسپلے کو جاننا، بناؤ سگار کو جاننا اور سوسائٹی میں شو آئٹم بنے</w:t>
      </w:r>
    </w:p>
    <w:p>
      <w:r>
        <w:rPr>
          <w:b/>
        </w:rPr>
        <w:t xml:space="preserve">[25:45] </w:t>
      </w:r>
      <w:r>
        <w:t>rehna is mein agar aurat jeeti hai to koi bara kaam woh nahi kar sakti hai.</w:t>
      </w:r>
    </w:p>
    <w:p>
      <w:pPr>
        <w:jc w:val="right"/>
      </w:pPr>
      <w:r>
        <w:t>رہنا اس میں اگر عورت جیتی ہے تو کوئی بڑا کام وہ نہیں کر سکتی ہے۔</w:t>
      </w:r>
    </w:p>
    <w:p>
      <w:r>
        <w:rPr>
          <w:b/>
        </w:rPr>
        <w:t xml:space="preserve">[25:50] </w:t>
      </w:r>
      <w:r>
        <w:t>is sey oopar uthna paray ga.</w:t>
      </w:r>
    </w:p>
    <w:p>
      <w:pPr>
        <w:jc w:val="right"/>
      </w:pPr>
      <w:r>
        <w:t>اس سے اوپر اٹھنا پڑے گا۔</w:t>
      </w:r>
    </w:p>
    <w:p>
      <w:r>
        <w:rPr>
          <w:b/>
        </w:rPr>
        <w:t xml:space="preserve">[25:55] </w:t>
      </w:r>
      <w:r>
        <w:t>is sey oopar uthna paray ga.</w:t>
      </w:r>
    </w:p>
    <w:p>
      <w:pPr>
        <w:jc w:val="right"/>
      </w:pPr>
      <w:r>
        <w:t>اس سے اوپر اٹھنا پڑے گا۔</w:t>
      </w:r>
    </w:p>
    <w:p>
      <w:r>
        <w:rPr>
          <w:b/>
        </w:rPr>
        <w:t xml:space="preserve">[26:01] </w:t>
      </w:r>
      <w:r>
        <w:t>aur history mein wohi auratein bara role kar paayi hain jo is se oopar uthi hain. aqoolu qawli hadha wastaghfirullaha li walakum ajmaeen.</w:t>
      </w:r>
    </w:p>
    <w:p>
      <w:pPr>
        <w:jc w:val="right"/>
      </w:pPr>
      <w:r>
        <w:t>اور ہسٹری میں وہی عورتیں بڑا رول کر پائی ہیں جو اس سے اوپر اٹھی ہیں۔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