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Place of Woman in Islam-II | March 5, 2006 | Maulana Wahiduddin Khan</w:t>
      </w:r>
    </w:p>
    <w:p>
      <w:r>
        <w:t>https://www.youtube.com/watch?v=0s49N8jj560</w:t>
      </w:r>
    </w:p>
    <w:p>
      <w:r>
        <w:rPr>
          <w:b/>
        </w:rPr>
        <w:t xml:space="preserve">[00:13] </w:t>
      </w:r>
      <w:r>
        <w:t>bismillah-hir-rehman-nir-raheem, wa-sallallahu 'ala-n-nabiyyi l-kareem.</w:t>
      </w:r>
    </w:p>
    <w:p>
      <w:pPr>
        <w:jc w:val="right"/>
      </w:pPr>
      <w:r>
        <w:t>بسم اللہ الرحمن الرحیم، وصلی اللہ علی النبی الکریم۔</w:t>
      </w:r>
    </w:p>
    <w:p>
      <w:r>
        <w:rPr>
          <w:b/>
        </w:rPr>
        <w:t xml:space="preserve">[00:24] </w:t>
      </w:r>
      <w:r>
        <w:t>aurat ke barey mein Islam mein jo taleemat aayi hain, to aksar log yeh samajhtey hain, ya aisa</w:t>
      </w:r>
    </w:p>
    <w:p>
      <w:pPr>
        <w:jc w:val="right"/>
      </w:pPr>
      <w:r>
        <w:t>عورت کے بارے میں اسلام میں جو تعلیمات آئی ہیں، تو اکثر لوگ یہ سمجھتے ہیں، یا ایسا</w:t>
      </w:r>
    </w:p>
    <w:p>
      <w:r>
        <w:rPr>
          <w:b/>
        </w:rPr>
        <w:t xml:space="preserve">[00:35] </w:t>
      </w:r>
      <w:r>
        <w:t>aam taur par kaha jata hai ke woh ke Islam gender equality ke khilaf hai.</w:t>
      </w:r>
    </w:p>
    <w:p>
      <w:pPr>
        <w:jc w:val="right"/>
      </w:pPr>
      <w:r>
        <w:t>عام طور پر کہا جاتا ہے کہ وہ کہ اسلام جینڈر ایکوئلٹی کے خلاف ہے۔</w:t>
      </w:r>
    </w:p>
    <w:p>
      <w:r>
        <w:rPr>
          <w:b/>
        </w:rPr>
        <w:t xml:space="preserve">[00:45] </w:t>
      </w:r>
      <w:r>
        <w:t>In other words, Islam aurat ko degrade karta hai.</w:t>
      </w:r>
    </w:p>
    <w:p>
      <w:pPr>
        <w:jc w:val="right"/>
      </w:pPr>
      <w:r>
        <w:t>In other words، اسلام عورت کو ڈی گریڈ کرتا ہے۔</w:t>
      </w:r>
    </w:p>
    <w:p>
      <w:r>
        <w:rPr>
          <w:b/>
        </w:rPr>
        <w:t xml:space="preserve">[00:51] </w:t>
      </w:r>
      <w:r>
        <w:t>dekhiye yeh bohat nasamjhi ki baat hai.</w:t>
      </w:r>
    </w:p>
    <w:p>
      <w:pPr>
        <w:jc w:val="right"/>
      </w:pPr>
      <w:r>
        <w:t>دیکھیں یہ بہت ناسمجھی کی بات ہے۔</w:t>
      </w:r>
    </w:p>
    <w:p>
      <w:r>
        <w:rPr>
          <w:b/>
        </w:rPr>
        <w:t xml:space="preserve">[00:57] </w:t>
      </w:r>
      <w:r>
        <w:t>mas'ala Islam ka nahi hai, mas'ala hai law of nature ka.</w:t>
      </w:r>
    </w:p>
    <w:p>
      <w:pPr>
        <w:jc w:val="right"/>
      </w:pPr>
      <w:r>
        <w:t>مسئلہ اسلام کا نہیں ہے، مسئلہ ہے لاء آف نیچر کا۔</w:t>
      </w:r>
    </w:p>
    <w:p>
      <w:r>
        <w:rPr>
          <w:b/>
        </w:rPr>
        <w:t xml:space="preserve">[01:03] </w:t>
      </w:r>
      <w:r>
        <w:t>Islam deen-e-fitrat hai, Islam religion of nature hai.</w:t>
      </w:r>
    </w:p>
    <w:p>
      <w:pPr>
        <w:jc w:val="right"/>
      </w:pPr>
      <w:r>
        <w:t>اسلام دینِ فطرت ہے، اسلام ریلیجن آف نیچر ہے۔</w:t>
      </w:r>
    </w:p>
    <w:p>
      <w:r>
        <w:rPr>
          <w:b/>
        </w:rPr>
        <w:t xml:space="preserve">[01:09] </w:t>
      </w:r>
      <w:r>
        <w:t>yani jo nature ka qanoon hai usi ka naam hai Islam</w:t>
      </w:r>
    </w:p>
    <w:p>
      <w:pPr>
        <w:jc w:val="right"/>
      </w:pPr>
      <w:r>
        <w:t>یعنی جو نیچر کا قانون ہے اسی کا نام ہے اسلام</w:t>
      </w:r>
    </w:p>
    <w:p>
      <w:r>
        <w:rPr>
          <w:b/>
        </w:rPr>
        <w:t xml:space="preserve">[01:15] </w:t>
      </w:r>
      <w:r>
        <w:t>—</w:t>
      </w:r>
    </w:p>
    <w:p>
      <w:pPr>
        <w:jc w:val="right"/>
      </w:pPr>
      <w:r>
        <w:t>۔</w:t>
      </w:r>
    </w:p>
    <w:p>
      <w:r>
        <w:rPr>
          <w:b/>
        </w:rPr>
        <w:t xml:space="preserve">[01:20] </w:t>
      </w:r>
      <w:r>
        <w:t>to Islam mein aurat ko degrade nahi kiya gaya hai.</w:t>
      </w:r>
    </w:p>
    <w:p>
      <w:pPr>
        <w:jc w:val="right"/>
      </w:pPr>
      <w:r>
        <w:t>تو اسلام میں عورت کو ڈی گریڈ نہیں کیا گیا ہے۔</w:t>
      </w:r>
    </w:p>
    <w:p>
      <w:r>
        <w:rPr>
          <w:b/>
        </w:rPr>
        <w:t xml:space="preserve">[01:24] </w:t>
      </w:r>
      <w:r>
        <w:t>balkey yeh ke proper place jo nature ke jo Khuda ke creation plan mein banti hai us ki</w:t>
      </w:r>
    </w:p>
    <w:p>
      <w:pPr>
        <w:jc w:val="right"/>
      </w:pPr>
      <w:r>
        <w:t>بلکہ یہ کہ پراپر پلیس جو نیچر کے جو خدا کے کریشن پلان میں بنتی ہے اس کی</w:t>
      </w:r>
    </w:p>
    <w:p>
      <w:r>
        <w:rPr>
          <w:b/>
        </w:rPr>
        <w:t xml:space="preserve">[01:28] </w:t>
      </w:r>
      <w:r>
        <w:t>woh place di gayi hai us ko.</w:t>
      </w:r>
    </w:p>
    <w:p>
      <w:pPr>
        <w:jc w:val="right"/>
      </w:pPr>
      <w:r>
        <w:t>وہ پلیس دی گئی ہے اس کو۔</w:t>
      </w:r>
    </w:p>
    <w:p>
      <w:r>
        <w:rPr>
          <w:b/>
        </w:rPr>
        <w:t xml:space="preserve">[01:32] </w:t>
      </w:r>
      <w:r>
        <w:t>asal baat yeh hai.</w:t>
      </w:r>
    </w:p>
    <w:p>
      <w:pPr>
        <w:jc w:val="right"/>
      </w:pPr>
      <w:r>
        <w:t>اصل بات یہ ہے۔</w:t>
      </w:r>
    </w:p>
    <w:p>
      <w:r>
        <w:rPr>
          <w:b/>
        </w:rPr>
        <w:t xml:space="preserve">[01:37] </w:t>
      </w:r>
      <w:r>
        <w:t>yeh hai kisi ko ghalat naam dey kar, jis ko kehtey hain wrong nomenclature.</w:t>
      </w:r>
    </w:p>
    <w:p>
      <w:pPr>
        <w:jc w:val="right"/>
      </w:pPr>
      <w:r>
        <w:t>یہ ہے کسی کو غلط نام دے کر، جس کو کہتے ہیں رانگ نومن کریچر۔</w:t>
      </w:r>
    </w:p>
    <w:p>
      <w:r>
        <w:rPr>
          <w:b/>
        </w:rPr>
        <w:t xml:space="preserve">[01:41] </w:t>
      </w:r>
      <w:r>
        <w:t>ghalat naam dey kar badnaam karna</w:t>
      </w:r>
    </w:p>
    <w:p>
      <w:pPr>
        <w:jc w:val="right"/>
      </w:pPr>
      <w:r>
        <w:t>غلط نام دے کر بدنام کرنا</w:t>
      </w:r>
    </w:p>
    <w:p>
      <w:r>
        <w:rPr>
          <w:b/>
        </w:rPr>
        <w:t xml:space="preserve">[01:45] </w:t>
      </w:r>
      <w:r>
        <w:t>—</w:t>
      </w:r>
    </w:p>
    <w:p>
      <w:pPr>
        <w:jc w:val="right"/>
      </w:pPr>
      <w:r>
        <w:t>۔</w:t>
      </w:r>
    </w:p>
    <w:p>
      <w:r>
        <w:rPr>
          <w:b/>
        </w:rPr>
        <w:t xml:space="preserve">[01:50] </w:t>
      </w:r>
      <w:r>
        <w:t>yeh mas'ala na to degrade karne ka hai, na yeh hai ke gender equality ko na manne ka.</w:t>
      </w:r>
    </w:p>
    <w:p>
      <w:pPr>
        <w:jc w:val="right"/>
      </w:pPr>
      <w:r>
        <w:t>یہ مسئلہ نہ تو ڈی گریڈ کرنے کا ہے، نہ یہ ہے کہ جینڈر ایکوئلٹی کو نہ ماننے کا۔</w:t>
      </w:r>
    </w:p>
    <w:p>
      <w:r>
        <w:rPr>
          <w:b/>
        </w:rPr>
        <w:t xml:space="preserve">[01:54] </w:t>
      </w:r>
      <w:r>
        <w:t>sab se pehle aap yeh janiye ke yeh dunya jo hai woh kisi bananey waley ney banai hai.</w:t>
      </w:r>
    </w:p>
    <w:p>
      <w:pPr>
        <w:jc w:val="right"/>
      </w:pPr>
      <w:r>
        <w:t>سب سے پہلے آپ یہ جانیے کہ یہ دنیا جو ہے وہ کسی بنانے والے نے بنائی ہے۔</w:t>
      </w:r>
    </w:p>
    <w:p>
      <w:r>
        <w:rPr>
          <w:b/>
        </w:rPr>
        <w:t xml:space="preserve">[01:58] </w:t>
      </w:r>
      <w:r>
        <w:t>us ney is ka apna aik creation plan hai.</w:t>
      </w:r>
    </w:p>
    <w:p>
      <w:pPr>
        <w:jc w:val="right"/>
      </w:pPr>
      <w:r>
        <w:t>اس نے اس کا اپنا ایک کریشن پلان ہے۔</w:t>
      </w:r>
    </w:p>
    <w:p>
      <w:r>
        <w:rPr>
          <w:b/>
        </w:rPr>
        <w:t xml:space="preserve">[02:03] </w:t>
      </w:r>
      <w:r>
        <w:t>hum us ke khilaf nahi aa saktey.</w:t>
      </w:r>
    </w:p>
    <w:p>
      <w:pPr>
        <w:jc w:val="right"/>
      </w:pPr>
      <w:r>
        <w:t>ہم اس کے خلاف نہیں آ سکتے۔</w:t>
      </w:r>
    </w:p>
    <w:p>
      <w:r>
        <w:rPr>
          <w:b/>
        </w:rPr>
        <w:t xml:space="preserve">[02:07] </w:t>
      </w:r>
      <w:r>
        <w:t>kabhi bhi aisa mumkin nahi hai.</w:t>
      </w:r>
    </w:p>
    <w:p>
      <w:pPr>
        <w:jc w:val="right"/>
      </w:pPr>
      <w:r>
        <w:t>کبھی بھی ایسا ممکن نہیں ہے۔</w:t>
      </w:r>
    </w:p>
    <w:p>
      <w:r>
        <w:rPr>
          <w:b/>
        </w:rPr>
        <w:t xml:space="preserve">[02:11] </w:t>
      </w:r>
      <w:r>
        <w:t>misalan aap yeh chahein ke mard bachcha paida kare, aurtain bachcha na paida karein.</w:t>
      </w:r>
    </w:p>
    <w:p>
      <w:pPr>
        <w:jc w:val="right"/>
      </w:pPr>
      <w:r>
        <w:t>مثلاً آپ یہ چاہیں کہ مرد بچہ پیدا کرے، عورتیں بچہ نہ پیدا کریں۔</w:t>
      </w:r>
    </w:p>
    <w:p>
      <w:r>
        <w:rPr>
          <w:b/>
        </w:rPr>
        <w:t xml:space="preserve">[02:16] </w:t>
      </w:r>
      <w:r>
        <w:t>yeh aap ke bas mein nahi hai. bachcha paida karne ka kaam aurat karegi, mard nahi kar sakta hai. kyun ke Khuda ke ya creator ke ka jo naqsha-e-takhleeq hai us ke khilaf hai yeh. aap chahein ke aap hawa se oxygen na lein, balkeh pani pi kar oxygen milta rahe aap ko, yeh mumkin nahi hai. toh asal cheez yeh hai ke koi bhi kaam aap ko karna ho, aurat ka place jaanna ho</w:t>
      </w:r>
    </w:p>
    <w:p>
      <w:pPr>
        <w:jc w:val="right"/>
      </w:pPr>
      <w:r>
        <w:t>یہ آپ کے بس میں نہیں ہے۔ بچہ پیدا کرنے کا کام عورت کرے گی، مرد نہیں کر سکتا ہے۔ کیوں کہ خدا کے یا کریٹر کے کا جو نقشہ تخلیق ہے اس کے خلاف ہے یہ۔ آپ چاہیں کہ آپ ہوا سے آکسیجن نہ لیں، بلکہ پانی پی کر آکسیجن ملتا رہے آپ کو، یہ ممکن نہیں ہے۔ تو اصل چیز یہ ہے کہ کوئی بھی کام آپ کو کرنا ہو، عورت کا پلیس جاننا ہو</w:t>
      </w:r>
    </w:p>
    <w:p>
      <w:r>
        <w:rPr>
          <w:b/>
        </w:rPr>
        <w:t xml:space="preserve">[02:46] </w:t>
      </w:r>
      <w:r>
        <w:t>ya koi aur kaam, sab se pehle aap ko jaan na chahiye ke law of nature kya hai.</w:t>
      </w:r>
    </w:p>
    <w:p>
      <w:pPr>
        <w:jc w:val="right"/>
      </w:pPr>
      <w:r>
        <w:t>یا کوئی اور کام، سب سے پہلے آپ کو جاننا چاہیے کہ لاء آف نیچر کیا ہے۔</w:t>
      </w:r>
    </w:p>
    <w:p>
      <w:r>
        <w:rPr>
          <w:b/>
        </w:rPr>
        <w:t xml:space="preserve">[02:52] </w:t>
      </w:r>
      <w:r>
        <w:t>jaise misal ke taur par main aksar yeh baat kehta raha hoon ke log jo hain provoke ho jaate hain.</w:t>
      </w:r>
    </w:p>
    <w:p>
      <w:pPr>
        <w:jc w:val="right"/>
      </w:pPr>
      <w:r>
        <w:t>جیسے مثال کے طور پر میں اکثر یہ بات کہتا رہا ہوں کہ لوگ جو ہیں پرووک ہو جاتے ہیں۔</w:t>
      </w:r>
    </w:p>
    <w:p>
      <w:r>
        <w:rPr>
          <w:b/>
        </w:rPr>
        <w:t xml:space="preserve">[02:58] </w:t>
      </w:r>
      <w:r>
        <w:t>apni pasand ke khilaf koi baat hui to bhadak uthte hain aur ladne lagte hain.</w:t>
      </w:r>
    </w:p>
    <w:p>
      <w:pPr>
        <w:jc w:val="right"/>
      </w:pPr>
      <w:r>
        <w:t>اپنی پسند کے خلاف کوئی بات ہوئی تو بھڑک اٹھتے ہیں اور لڑنے لگتے ہیں۔</w:t>
      </w:r>
    </w:p>
    <w:p>
      <w:r>
        <w:rPr>
          <w:b/>
        </w:rPr>
        <w:t xml:space="preserve">[03:04] </w:t>
      </w:r>
      <w:r>
        <w:t>woh chahte hain ke is ko mita daalein.</w:t>
      </w:r>
    </w:p>
    <w:p>
      <w:pPr>
        <w:jc w:val="right"/>
      </w:pPr>
      <w:r>
        <w:t>وہ چاہتے ہیں کہ اس کو مٹا ڈالیں۔</w:t>
      </w:r>
    </w:p>
    <w:p>
      <w:r>
        <w:rPr>
          <w:b/>
        </w:rPr>
        <w:t xml:space="preserve">[03:11] </w:t>
      </w:r>
      <w:r>
        <w:t>yeh mumkin nahi hai.</w:t>
      </w:r>
    </w:p>
    <w:p>
      <w:pPr>
        <w:jc w:val="right"/>
      </w:pPr>
      <w:r>
        <w:t>یہ ممکن نہیں ہے۔</w:t>
      </w:r>
    </w:p>
    <w:p>
      <w:r>
        <w:rPr>
          <w:b/>
        </w:rPr>
        <w:t xml:space="preserve">[03:17] </w:t>
      </w:r>
      <w:r>
        <w:t>kyun? is liye ke Khuda ka jo naqsha-e-takhleeq hai, God ka jo creation plan hai us mein har ek ko freedom di gayi hai, freedom. Khuda ko har ek ka test lena hai. jab test lena hai toh freedom dena zaroori hai us ke liye. toh har aadmi apni freedom ki mashq kar raha hai. aap kehte hain yeh sazish hai, yeh zulm hai, yeh sab jhooti baatein hain. chuki aap freedom ko khatam nahi kar sakt</w:t>
      </w:r>
    </w:p>
    <w:p>
      <w:pPr>
        <w:jc w:val="right"/>
      </w:pPr>
      <w:r>
        <w:t>کیوں؟ اس لیے کہ خدا کا جو نقشہ تخلیق ہے، گاڈ کا جو کریشن پلان ہے اس میں ہر ایک کو فریڈم دی گئی ہے، فریڈم۔ خدا کو ہر ایک کا ٹیسٹ لینا ہے۔ جب ٹیسٹ لینا ہے تو فریڈم دینا ضروری ہے اس کے لیے۔ تو ہر آدمی اپنی فریڈم کی مشق کر رہا ہے۔ آپ کہتے ہیں یہ سازش ہے، یہ ظلم ہے، یہ سب جھوٹی باتیں ہیں۔ چونکہ آپ فریڈم کو ختم نہیں کر سکت</w:t>
      </w:r>
    </w:p>
    <w:p>
      <w:r>
        <w:rPr>
          <w:b/>
        </w:rPr>
        <w:t xml:space="preserve">[03:47] </w:t>
      </w:r>
      <w:r>
        <w:t>e, is liye aap ko freedom ko bardasht karna hai. provocative suratehal ho toh us ko bardasht karna hai. kyun? provocative suratehal jo paida hui woh kisi ne apni freedom ko aap ke khayal se galat mashq kiya. lekin aap kisi ko dictate nahi kar sakte. jo Khuda ne freedom di hai kisi ko us ka apna yeh faisla hai ke woh us ko</w:t>
      </w:r>
    </w:p>
    <w:p>
      <w:pPr>
        <w:jc w:val="right"/>
      </w:pPr>
      <w:r>
        <w:t>ے، اس لیے آپ کو فریڈم کو برداشت کرنا ہے۔ پرووکیٹیو صورتحال ہو تو اس کو برداشت کرنا ہے۔ کیوں؟ پرووکیٹیو صورتحال جو پیدا ہوئی وہ کسی نے اپنی فریڈم کو آپ کے خیال سے غلط مشق کیا۔ لیکن آپ کسی کو ڈکٹیٹ نہیں کر سکتے۔ جو خدا نے فریڈم دی ہے کسی کو اس کا اپنا یہ فیصلہ ہے کہ وہ اس کو</w:t>
      </w:r>
    </w:p>
    <w:p>
      <w:r>
        <w:rPr>
          <w:b/>
        </w:rPr>
        <w:t xml:space="preserve">[04:17] </w:t>
      </w:r>
      <w:r>
        <w:t>ghalat istemal kare ya ghalat istemal na kare.</w:t>
      </w:r>
    </w:p>
    <w:p>
      <w:pPr>
        <w:jc w:val="right"/>
      </w:pPr>
      <w:r>
        <w:t>غلط استعمال کرے یا غلط استعمال نہ کرے۔</w:t>
      </w:r>
    </w:p>
    <w:p>
      <w:r>
        <w:rPr>
          <w:b/>
        </w:rPr>
        <w:t xml:space="preserve">[04:22] </w:t>
      </w:r>
      <w:r>
        <w:t>aap kuch nahi kar sakte.</w:t>
      </w:r>
    </w:p>
    <w:p>
      <w:pPr>
        <w:jc w:val="right"/>
      </w:pPr>
      <w:r>
        <w:t>آپ کچھ نہیں کر سکتے۔</w:t>
      </w:r>
    </w:p>
    <w:p>
      <w:r>
        <w:rPr>
          <w:b/>
        </w:rPr>
        <w:t xml:space="preserve">[04:26] </w:t>
      </w:r>
      <w:r>
        <w:t>woh ghalat istemal karega aur Khuda is ko ijazat di hui hai ke tum ghalat istemal karo</w:t>
      </w:r>
    </w:p>
    <w:p>
      <w:pPr>
        <w:jc w:val="right"/>
      </w:pPr>
      <w:r>
        <w:t>وہ غلط استعمال کرے گا اور خدا اس کو اجازت دی ہوئی ہے کہ تم غلط استعمال کرو</w:t>
      </w:r>
    </w:p>
    <w:p>
      <w:r>
        <w:rPr>
          <w:b/>
        </w:rPr>
        <w:t xml:space="preserve">[04:31] </w:t>
      </w:r>
      <w:r>
        <w:t>chahe proper istemal karo.</w:t>
      </w:r>
    </w:p>
    <w:p>
      <w:pPr>
        <w:jc w:val="right"/>
      </w:pPr>
      <w:r>
        <w:t>چاہے پراپر استعمال کرو۔</w:t>
      </w:r>
    </w:p>
    <w:p>
      <w:r>
        <w:rPr>
          <w:b/>
        </w:rPr>
        <w:t xml:space="preserve">[04:35] </w:t>
      </w:r>
      <w:r>
        <w:t>to jis cheez ko aap kehte hain ke mera dil dukha aur mere jazbat ko thes lagi aur</w:t>
      </w:r>
    </w:p>
    <w:p>
      <w:pPr>
        <w:jc w:val="right"/>
      </w:pPr>
      <w:r>
        <w:t>تو جس چیز کو آپ کہتے ہیں کہ میرا دل دکھا اور میرے جذبات کو ٹھیس لگی اور</w:t>
      </w:r>
    </w:p>
    <w:p>
      <w:r>
        <w:rPr>
          <w:b/>
        </w:rPr>
        <w:t xml:space="preserve">[04:40] </w:t>
      </w:r>
      <w:r>
        <w:t>main provoke ho gaya, mujhe ghussa aa gaya, woh kya hai? Woh hai law of nature ke khilaf.</w:t>
      </w:r>
    </w:p>
    <w:p>
      <w:pPr>
        <w:jc w:val="right"/>
      </w:pPr>
      <w:r>
        <w:t>میں پرووک ہو گیا، مجھے غصہ آگیا، وہ کیا ہے؟ وہ ہے لاء آف نیچر کے خلاف۔</w:t>
      </w:r>
    </w:p>
    <w:p>
      <w:r>
        <w:rPr>
          <w:b/>
        </w:rPr>
        <w:t xml:space="preserve">[04:45] </w:t>
      </w:r>
      <w:r>
        <w:t>kisi insan ke khilaf nahi hai.</w:t>
      </w:r>
    </w:p>
    <w:p>
      <w:pPr>
        <w:jc w:val="right"/>
      </w:pPr>
      <w:r>
        <w:t>کسی انسان کے خلاف نہیں ہے۔</w:t>
      </w:r>
    </w:p>
    <w:p>
      <w:r>
        <w:rPr>
          <w:b/>
        </w:rPr>
        <w:t xml:space="preserve">[04:49] </w:t>
      </w:r>
      <w:r>
        <w:t>kisi insaan ke khilaf nahi hai. aap ko yeh karna parega ke Khuda ka jo takhleeqi naqsha hai us se apne aap ko adjust karein. aap yeh nahi kar sakte ke Khuda ke takhleeqi naqshe ko khatam kar dein. isi tarah se mamla hai aurat aur mard ka. aurat aur mard ko Khuda ne barabar paida hi nahi kiya. psychology ka jo study ki gayi hai, biology jo study ki gayi hai us se sabit</w:t>
      </w:r>
    </w:p>
    <w:p>
      <w:pPr>
        <w:jc w:val="right"/>
      </w:pPr>
      <w:r>
        <w:t>کسی انسان کے خلاف نہیں ہے۔ آپ کو یہ کرنا پڑے گا کہ خدا کا جو تخلیقی نقشہ ہے اس سے اپنے آپ کو ایڈجسٹ کریں۔ آپ یہ نہیں کر سکتے کہ خدا کے تخلیقی نقشے کو ختم کر دیں۔ اسی طرح سے معاملہ ہے عورت اور مرد کا۔ عورت اور مرد کو خدا نے برابر پیدا ہی نہیں کیا۔ سائیکالوجی کا جو اسٹڈی کی گئی ہے، بائیلجیم جو اسٹڈی کی گئی ہے اس سے ثابت</w:t>
      </w:r>
    </w:p>
    <w:p>
      <w:r>
        <w:rPr>
          <w:b/>
        </w:rPr>
        <w:t xml:space="preserve">[05:19] </w:t>
      </w:r>
      <w:r>
        <w:t>ho chuka hai ke aurat aur mard mein dono mein itne farq hain ke woh alag hai, woh alag hai.</w:t>
      </w:r>
    </w:p>
    <w:p>
      <w:pPr>
        <w:jc w:val="right"/>
      </w:pPr>
      <w:r>
        <w:t>ہو چکا ہے کہ عورت اور مرد میں دونوں میں اتنے فرق ہیں کہ وہ الگ ہے، وہ الگ ہے۔</w:t>
      </w:r>
    </w:p>
    <w:p>
      <w:r>
        <w:rPr>
          <w:b/>
        </w:rPr>
        <w:t xml:space="preserve">[05:24] </w:t>
      </w:r>
      <w:r>
        <w:t>woh miss different hai, woh mister different hai.</w:t>
      </w:r>
    </w:p>
    <w:p>
      <w:pPr>
        <w:jc w:val="right"/>
      </w:pPr>
      <w:r>
        <w:t>وہ مس ڈفرنٹ ہے، وہ مسٹر ڈفرنٹ ہے۔</w:t>
      </w:r>
    </w:p>
    <w:p>
      <w:r>
        <w:rPr>
          <w:b/>
        </w:rPr>
        <w:t xml:space="preserve">[05:29] </w:t>
      </w:r>
      <w:r>
        <w:t>تو آپ کیا کریں گے؟ You have to know the art of difference management rather than eliminating the differences.</w:t>
      </w:r>
    </w:p>
    <w:p>
      <w:pPr>
        <w:jc w:val="right"/>
      </w:pPr>
      <w:r>
        <w:t>تو آپ کیا کریں گے؟ یو ہیو ٹو نو دا آرٹ آف ڈفرنس مینجمنٹ رادر دین ایلیمنیٹنگ دا ڈفرنسز۔</w:t>
      </w:r>
    </w:p>
    <w:p>
      <w:r>
        <w:rPr>
          <w:b/>
        </w:rPr>
        <w:t xml:space="preserve">[05:34] </w:t>
      </w:r>
      <w:r>
        <w:t>to gender equality jo hai goya ke farq ko khatam karna chahti hai.</w:t>
      </w:r>
    </w:p>
    <w:p>
      <w:pPr>
        <w:jc w:val="right"/>
      </w:pPr>
      <w:r>
        <w:t>تو جینڈر ایکوئلٹی جو ہے گویا کہ فرق کو ختم کرنا چاہتی ہے۔</w:t>
      </w:r>
    </w:p>
    <w:p>
      <w:r>
        <w:rPr>
          <w:b/>
        </w:rPr>
        <w:t xml:space="preserve">[05:39] </w:t>
      </w:r>
      <w:r>
        <w:t>jo ke mumkin nahi hai.</w:t>
      </w:r>
    </w:p>
    <w:p>
      <w:pPr>
        <w:jc w:val="right"/>
      </w:pPr>
      <w:r>
        <w:t>جو کہ ممکن نہیں ہے۔</w:t>
      </w:r>
    </w:p>
    <w:p>
      <w:r>
        <w:rPr>
          <w:b/>
        </w:rPr>
        <w:t xml:space="preserve">[05:44] </w:t>
      </w:r>
      <w:r>
        <w:t>isi wajah se</w:t>
      </w:r>
    </w:p>
    <w:p>
      <w:pPr>
        <w:jc w:val="right"/>
      </w:pPr>
      <w:r>
        <w:t>اسی وجہ سے</w:t>
      </w:r>
    </w:p>
    <w:p>
      <w:r>
        <w:rPr>
          <w:b/>
        </w:rPr>
        <w:t xml:space="preserve">[05:49] </w:t>
      </w:r>
      <w:r>
        <w:t>kya hua ke aurat poori tareekh mein tafreeh ka kirdaar karti rahi.</w:t>
      </w:r>
    </w:p>
    <w:p>
      <w:pPr>
        <w:jc w:val="right"/>
      </w:pPr>
      <w:r>
        <w:t>کیا ہوا کہ عورت پوری تاریخ میں تفریح کا کردار کرتی رہی۔</w:t>
      </w:r>
    </w:p>
    <w:p>
      <w:r>
        <w:rPr>
          <w:b/>
        </w:rPr>
        <w:t xml:space="preserve">[05:55] </w:t>
      </w:r>
      <w:r>
        <w:t>tafreeh ka kirdaar. Bas.</w:t>
      </w:r>
    </w:p>
    <w:p>
      <w:pPr>
        <w:jc w:val="right"/>
      </w:pPr>
      <w:r>
        <w:t>تفریح کا کردار۔ بس۔</w:t>
      </w:r>
    </w:p>
    <w:p>
      <w:r>
        <w:rPr>
          <w:b/>
        </w:rPr>
        <w:t xml:space="preserve">[06:00] </w:t>
      </w:r>
      <w:r>
        <w:t>isi se is ki zindagi shuru hoti hai, isi par is ki zindagi khatam ho jati hai.</w:t>
      </w:r>
    </w:p>
    <w:p>
      <w:pPr>
        <w:jc w:val="right"/>
      </w:pPr>
      <w:r>
        <w:t>اسی سے اس کی زندگی شروع ہوتی ہے، اسی پر اس کی زندگی ختم ہو جاتی ہے۔</w:t>
      </w:r>
    </w:p>
    <w:p>
      <w:r>
        <w:rPr>
          <w:b/>
        </w:rPr>
        <w:t xml:space="preserve">[06:05] </w:t>
      </w:r>
      <w:r>
        <w:t>saare potential is ke hain pade rehte hain woh istemal nahi kar paati is ko.</w:t>
      </w:r>
    </w:p>
    <w:p>
      <w:pPr>
        <w:jc w:val="right"/>
      </w:pPr>
      <w:r>
        <w:t>سارے پوٹینشل اس کے ہیں پڑے رہتے ہیں وہ استعمال نہیں کر پاتی اس کو۔</w:t>
      </w:r>
    </w:p>
    <w:p>
      <w:r>
        <w:rPr>
          <w:b/>
        </w:rPr>
        <w:t xml:space="preserve">[06:10] </w:t>
      </w:r>
      <w:r>
        <w:t>bas tafreeh ka kirdaar, tafreeh ka kirdaar, tafreeh ka kirdaar.</w:t>
      </w:r>
    </w:p>
    <w:p>
      <w:pPr>
        <w:jc w:val="right"/>
      </w:pPr>
      <w:r>
        <w:t>بس تفریح کا کردار، تفریح کا کردار، تفریح کا کردار۔</w:t>
      </w:r>
    </w:p>
    <w:p>
      <w:r>
        <w:rPr>
          <w:b/>
        </w:rPr>
        <w:t xml:space="preserve">[06:15] </w:t>
      </w:r>
      <w:r>
        <w:t>main samajhta hoon ke aurat ko daryaft karna chahiye ke woh</w:t>
      </w:r>
    </w:p>
    <w:p>
      <w:pPr>
        <w:jc w:val="right"/>
      </w:pPr>
      <w:r>
        <w:t>میں سمجھتا ہوں کہ عورت کو دریافت کرنا چاہیے کہ وہ</w:t>
      </w:r>
    </w:p>
    <w:p>
      <w:r>
        <w:rPr>
          <w:b/>
        </w:rPr>
        <w:t xml:space="preserve">[06:20] </w:t>
      </w:r>
      <w:r>
        <w:t>is se bara kirdaar is ke liye muqaddar hai.</w:t>
      </w:r>
    </w:p>
    <w:p>
      <w:pPr>
        <w:jc w:val="right"/>
      </w:pPr>
      <w:r>
        <w:t>اس سے بڑا کردار اس کے لیے مقدر ہے۔</w:t>
      </w:r>
    </w:p>
    <w:p>
      <w:r>
        <w:rPr>
          <w:b/>
        </w:rPr>
        <w:t xml:space="preserve">[06:25] </w:t>
      </w:r>
      <w:r>
        <w:t>woh hai musbat kirdaar, creative kirdaar.</w:t>
      </w:r>
    </w:p>
    <w:p>
      <w:pPr>
        <w:jc w:val="right"/>
      </w:pPr>
      <w:r>
        <w:t>وہ ہے مثبت کردار، کریٹیو کردار۔</w:t>
      </w:r>
    </w:p>
    <w:p>
      <w:r>
        <w:rPr>
          <w:b/>
        </w:rPr>
        <w:t xml:space="preserve">[06:31] </w:t>
      </w:r>
      <w:r>
        <w:t>musbat kirdaar aur creative kirdaar yeh is ke muqaddar hain.</w:t>
      </w:r>
    </w:p>
    <w:p>
      <w:pPr>
        <w:jc w:val="right"/>
      </w:pPr>
      <w:r>
        <w:t>مثبت کردار اور کریٹیو کردار یہ اس کے مقدر ہیں۔</w:t>
      </w:r>
    </w:p>
    <w:p>
      <w:r>
        <w:rPr>
          <w:b/>
        </w:rPr>
        <w:t xml:space="preserve">[06:36] </w:t>
      </w:r>
      <w:r>
        <w:t>lekin is ke liye usay law of nature ko manna hoga.</w:t>
      </w:r>
    </w:p>
    <w:p>
      <w:pPr>
        <w:jc w:val="right"/>
      </w:pPr>
      <w:r>
        <w:t>لیکن اس کے لیے اسے لاء آف نیچر کو ماننا ہوگا۔</w:t>
      </w:r>
    </w:p>
    <w:p>
      <w:r>
        <w:rPr>
          <w:b/>
        </w:rPr>
        <w:t xml:space="preserve">[06:41] </w:t>
      </w:r>
      <w:r>
        <w:t>law of nature ko samajhna hoga.</w:t>
      </w:r>
    </w:p>
    <w:p>
      <w:pPr>
        <w:jc w:val="right"/>
      </w:pPr>
      <w:r>
        <w:t>لاء آف نیچر کو سمجھنا ہوگا۔</w:t>
      </w:r>
    </w:p>
    <w:p>
      <w:r>
        <w:rPr>
          <w:b/>
        </w:rPr>
        <w:t xml:space="preserve">[06:47] </w:t>
      </w:r>
      <w:r>
        <w:t>woh kya hai? woh yeh hai ke aurat aur mard ke darmiyan</w:t>
      </w:r>
    </w:p>
    <w:p>
      <w:pPr>
        <w:jc w:val="right"/>
      </w:pPr>
      <w:r>
        <w:t>وہ کیا ہے؟ وہ یہ ہے کہ عورت اور مرد کے درمیان</w:t>
      </w:r>
    </w:p>
    <w:p>
      <w:r>
        <w:rPr>
          <w:b/>
        </w:rPr>
        <w:t xml:space="preserve">[06:52] </w:t>
      </w:r>
      <w:r>
        <w:t>equality nahi hai balkeh adam masawaat hai.</w:t>
      </w:r>
    </w:p>
    <w:p>
      <w:pPr>
        <w:jc w:val="right"/>
      </w:pPr>
      <w:r>
        <w:t>ایکوئلٹی نہیں ہے بلکہ عدم مساوات ہے۔</w:t>
      </w:r>
    </w:p>
    <w:p>
      <w:r>
        <w:rPr>
          <w:b/>
        </w:rPr>
        <w:t xml:space="preserve">[06:56] </w:t>
      </w:r>
      <w:r>
        <w:t>yani gender equality jo hai yeh ulta qanoon hai.</w:t>
      </w:r>
    </w:p>
    <w:p>
      <w:pPr>
        <w:jc w:val="right"/>
      </w:pPr>
      <w:r>
        <w:t>یعنی جینڈر ایکوئلٹی جو ہے یہ الٹا قانون ہے۔</w:t>
      </w:r>
    </w:p>
    <w:p>
      <w:r>
        <w:rPr>
          <w:b/>
        </w:rPr>
        <w:t xml:space="preserve">[07:01] </w:t>
      </w:r>
      <w:r>
        <w:t>sahi baat yeh hai ke gender adam masawaat.</w:t>
      </w:r>
    </w:p>
    <w:p>
      <w:pPr>
        <w:jc w:val="right"/>
      </w:pPr>
      <w:r>
        <w:t>صحیح بات ہے کہ جینڈر عدم مساوات۔</w:t>
      </w:r>
    </w:p>
    <w:p>
      <w:r>
        <w:rPr>
          <w:b/>
        </w:rPr>
        <w:t xml:space="preserve">[07:05] </w:t>
      </w:r>
      <w:r>
        <w:t>is ka matlab kya hua? ke aap yeh koshish agar karein gender equality qaim karne mein to aap</w:t>
      </w:r>
    </w:p>
    <w:p>
      <w:pPr>
        <w:jc w:val="right"/>
      </w:pPr>
      <w:r>
        <w:t>اس کا مطلب کیا ہوا؟ کہ آپ یہ کوشش اگر کریں جینڈر ایکوئلٹی قائم کرنے میں تو آپ</w:t>
      </w:r>
    </w:p>
    <w:p>
      <w:r>
        <w:rPr>
          <w:b/>
        </w:rPr>
        <w:t xml:space="preserve">[07:09] </w:t>
      </w:r>
      <w:r>
        <w:t>hamesha nakaam rahenge.</w:t>
      </w:r>
    </w:p>
    <w:p>
      <w:pPr>
        <w:jc w:val="right"/>
      </w:pPr>
      <w:r>
        <w:t>ہمیشہ ناکام رہیں گے۔</w:t>
      </w:r>
    </w:p>
    <w:p>
      <w:r>
        <w:rPr>
          <w:b/>
        </w:rPr>
        <w:t xml:space="preserve">[07:14] </w:t>
      </w:r>
      <w:r>
        <w:t>sahi formula hai gender cooperation.</w:t>
      </w:r>
    </w:p>
    <w:p>
      <w:pPr>
        <w:jc w:val="right"/>
      </w:pPr>
      <w:r>
        <w:t>صحیح فارمولا ہے جینڈر کوآپریشن۔</w:t>
      </w:r>
    </w:p>
    <w:p>
      <w:r>
        <w:rPr>
          <w:b/>
        </w:rPr>
        <w:t xml:space="preserve">[07:18] </w:t>
      </w:r>
      <w:r>
        <w:t>gender equality nahi, gender coopera</w:t>
      </w:r>
    </w:p>
    <w:p>
      <w:pPr>
        <w:jc w:val="right"/>
      </w:pPr>
      <w:r>
        <w:t>جینڈر ایکوئلٹی نہیں، جینڈر کوآپری</w:t>
      </w:r>
    </w:p>
    <w:p>
      <w:r>
        <w:rPr>
          <w:b/>
        </w:rPr>
        <w:t xml:space="preserve">[07:22] </w:t>
      </w:r>
      <w:r>
        <w:t>tion. yaani do mister different aapas mein cooperate karein. aik doosre ke sath mil kar chalne ka faisla karein. jaise aap jante hain ke cog wheel hota hai aise. toh aik aise chalte hain dono mil kar ke. toh cog wheel jaisa mamla hai. aik doosre se cooperate karte hain dono, dono wheel. aik wheel doosri wheel ke sath cooperate karta hai tab p</w:t>
      </w:r>
    </w:p>
    <w:p>
      <w:pPr>
        <w:jc w:val="right"/>
      </w:pPr>
      <w:r>
        <w:t>شن۔ یعنی دو مسٹر ڈفرنٹ آپس میں کوآپریٹ کریں۔ ایک دوسرے کے ساتھ مل کر چلنے کا فیصلہ کریں۔ جیسے آپ جانتے ہیں کہ کاگ وہیل ہوتا ہے ایسے۔ تو ایک ایسے چلتے ہیں دونوں مل کر کے۔ تو کاگ وہیل جیسا معاملہ ہے۔ ایک دوسرے سے کوآپریٹ کرتے ہیں دونوں، دونوں وہیل۔ ایک وہیل دوسری وہیل کے ساتھ کوآپریٹ کرتا ہے تب پ</w:t>
      </w:r>
    </w:p>
    <w:p>
      <w:r>
        <w:rPr>
          <w:b/>
        </w:rPr>
        <w:t xml:space="preserve">[07:52] </w:t>
      </w:r>
      <w:r>
        <w:t>tory machine chalti hai.</w:t>
      </w:r>
    </w:p>
    <w:p>
      <w:pPr>
        <w:jc w:val="right"/>
      </w:pPr>
      <w:r>
        <w:t>وری مشین چلتی ہے۔</w:t>
      </w:r>
    </w:p>
    <w:p>
      <w:r>
        <w:rPr>
          <w:b/>
        </w:rPr>
        <w:t xml:space="preserve">[07:58] </w:t>
      </w:r>
      <w:r>
        <w:t>to yeh maamla equality ka hai hi nahi, yeh maamla cooperation ka hai.</w:t>
      </w:r>
    </w:p>
    <w:p>
      <w:pPr>
        <w:jc w:val="right"/>
      </w:pPr>
      <w:r>
        <w:t>تو یہ معاملہ ایکوئلٹی کا ہے ہی نہیں، یہ معاملہ کوآپریشن کا ہے۔</w:t>
      </w:r>
    </w:p>
    <w:p>
      <w:r>
        <w:rPr>
          <w:b/>
        </w:rPr>
        <w:t xml:space="preserve">[08:04] </w:t>
      </w:r>
      <w:r>
        <w:t>So you have to know the principle of cooperation rather than principle of equality.</w:t>
      </w:r>
    </w:p>
    <w:p>
      <w:pPr>
        <w:jc w:val="right"/>
      </w:pPr>
      <w:r>
        <w:t>سو یو ہیو ٹو نو دا پرنسپل آف کوآپریشن رادر دین پرنسپل آف ایکوئلٹی۔</w:t>
      </w:r>
    </w:p>
    <w:p>
      <w:r>
        <w:rPr>
          <w:b/>
        </w:rPr>
        <w:t xml:space="preserve">[08:10] </w:t>
      </w:r>
      <w:r>
        <w:t>isi tazaad mein saari duniya padi hui hai.</w:t>
      </w:r>
    </w:p>
    <w:p>
      <w:pPr>
        <w:jc w:val="right"/>
      </w:pPr>
      <w:r>
        <w:t>اسی تضاد میں ساری دنیا پڑی ہوئی ہے۔</w:t>
      </w:r>
    </w:p>
    <w:p>
      <w:r>
        <w:rPr>
          <w:b/>
        </w:rPr>
        <w:t xml:space="preserve">[08:16] </w:t>
      </w:r>
      <w:r>
        <w:t>aur nateeja kya hai? ke jab aurat aur mard ikattha hote hain, shadi kar ke to do</w:t>
      </w:r>
    </w:p>
    <w:p>
      <w:pPr>
        <w:jc w:val="right"/>
      </w:pPr>
      <w:r>
        <w:t>اور نتیجہ کیا ہے؟ کہ جب عورت اور مرد اکٹھا ہوتے ہیں، شادی کر کے تو دو</w:t>
      </w:r>
    </w:p>
    <w:p>
      <w:r>
        <w:rPr>
          <w:b/>
        </w:rPr>
        <w:t xml:space="preserve">[08:22] </w:t>
      </w:r>
      <w:r>
        <w:t>mister egoist ikattha ho jaate hain.</w:t>
      </w:r>
    </w:p>
    <w:p>
      <w:pPr>
        <w:jc w:val="right"/>
      </w:pPr>
      <w:r>
        <w:t>مسٹر ایگوئسٹ اکٹھا ہو جاتے ہیں۔</w:t>
      </w:r>
    </w:p>
    <w:p>
      <w:r>
        <w:rPr>
          <w:b/>
        </w:rPr>
        <w:t xml:space="preserve">[08:26] </w:t>
      </w:r>
      <w:r>
        <w:t>miss egoist aur mister egoist.</w:t>
      </w:r>
    </w:p>
    <w:p>
      <w:pPr>
        <w:jc w:val="right"/>
      </w:pPr>
      <w:r>
        <w:t>مس ایگوئسٹ اور مسٹر ایگوئسٹ۔</w:t>
      </w:r>
    </w:p>
    <w:p>
      <w:r>
        <w:rPr>
          <w:b/>
        </w:rPr>
        <w:t xml:space="preserve">[08:29] </w:t>
      </w:r>
      <w:r>
        <w:t>اور ہمیشہ ego problem ہوتا رہتا ہے۔</w:t>
      </w:r>
    </w:p>
    <w:p>
      <w:pPr>
        <w:jc w:val="right"/>
      </w:pPr>
      <w:r>
        <w:t>اور ہمیشہ ایگو پرابلم ہوتا رہتا ہے۔</w:t>
      </w:r>
    </w:p>
    <w:p>
      <w:r>
        <w:rPr>
          <w:b/>
        </w:rPr>
        <w:t xml:space="preserve">[08:33] </w:t>
      </w:r>
      <w:r>
        <w:t>isi ka nateeja hota hai alhaidgi.</w:t>
      </w:r>
    </w:p>
    <w:p>
      <w:pPr>
        <w:jc w:val="right"/>
      </w:pPr>
      <w:r>
        <w:t>اسی کا نتیجہ ہوتا ہے علیحدگی۔</w:t>
      </w:r>
    </w:p>
    <w:p>
      <w:r>
        <w:rPr>
          <w:b/>
        </w:rPr>
        <w:t xml:space="preserve">[08:36] </w:t>
      </w:r>
      <w:r>
        <w:t>isi ka nateeja hota hai alhaidgi.</w:t>
      </w:r>
    </w:p>
    <w:p>
      <w:pPr>
        <w:jc w:val="right"/>
      </w:pPr>
      <w:r>
        <w:t>اسی کا نتیجہ ہوتا ہے علیحدگی۔</w:t>
      </w:r>
    </w:p>
    <w:p>
      <w:r>
        <w:rPr>
          <w:b/>
        </w:rPr>
        <w:t xml:space="preserve">[08:39] </w:t>
      </w:r>
      <w:r>
        <w:t>barabri ek tasawwur law of nature ke khilaaf hai.</w:t>
      </w:r>
    </w:p>
    <w:p>
      <w:pPr>
        <w:jc w:val="right"/>
      </w:pPr>
      <w:r>
        <w:t>برابری ایک تصور لاء آف نیچر کے خلاف ہے۔</w:t>
      </w:r>
    </w:p>
    <w:p>
      <w:r>
        <w:rPr>
          <w:b/>
        </w:rPr>
        <w:t xml:space="preserve">[08:43] </w:t>
      </w:r>
      <w:r>
        <w:t>sahi baat yeh hai ke in nabarabri hai, adam masawaat hai.</w:t>
      </w:r>
    </w:p>
    <w:p>
      <w:pPr>
        <w:jc w:val="right"/>
      </w:pPr>
      <w:r>
        <w:t>صحیح بات ہے کہ ان نا برابری ہے، عدم مساوات ہے۔</w:t>
      </w:r>
    </w:p>
    <w:p>
      <w:r>
        <w:rPr>
          <w:b/>
        </w:rPr>
        <w:t xml:space="preserve">[08:46] </w:t>
      </w:r>
      <w:r>
        <w:t>woh kis liye hai? taake aap dono ek doosre se cooperation karein.</w:t>
      </w:r>
    </w:p>
    <w:p>
      <w:pPr>
        <w:jc w:val="right"/>
      </w:pPr>
      <w:r>
        <w:t>وہ کس لیے ہے؟ تاکہ آپ دونوں ایک دوسرے سے کوآپریشن کریں۔</w:t>
      </w:r>
    </w:p>
    <w:p>
      <w:r>
        <w:rPr>
          <w:b/>
        </w:rPr>
        <w:t xml:space="preserve">[08:50] </w:t>
      </w:r>
      <w:r>
        <w:t>jaise main keh sakta hoon ke suraj aur samandar dono mein</w:t>
      </w:r>
    </w:p>
    <w:p>
      <w:pPr>
        <w:jc w:val="right"/>
      </w:pPr>
      <w:r>
        <w:t>جیسے میں کہہ سکتا ہوں کہ سورج اور سمندر دونوں میں</w:t>
      </w:r>
    </w:p>
    <w:p>
      <w:r>
        <w:rPr>
          <w:b/>
        </w:rPr>
        <w:t xml:space="preserve">[08:53] </w:t>
      </w:r>
      <w:r>
        <w:t>equelity nahi hai, adam masawat hai.</w:t>
      </w:r>
    </w:p>
    <w:p>
      <w:pPr>
        <w:jc w:val="right"/>
      </w:pPr>
      <w:r>
        <w:t>ایکوئلٹی نہیں ہے، عدم مساوات ہے۔</w:t>
      </w:r>
    </w:p>
    <w:p>
      <w:r>
        <w:rPr>
          <w:b/>
        </w:rPr>
        <w:t xml:space="preserve">[08:57] </w:t>
      </w:r>
      <w:r>
        <w:t>aap kahengay suraj jaisa hai waisa samandar hai.</w:t>
      </w:r>
    </w:p>
    <w:p>
      <w:pPr>
        <w:jc w:val="right"/>
      </w:pPr>
      <w:r>
        <w:t>آپ کہیں گے سورج جیسا ہے ویسا سمندر ہے۔</w:t>
      </w:r>
    </w:p>
    <w:p>
      <w:r>
        <w:rPr>
          <w:b/>
        </w:rPr>
        <w:t xml:space="preserve">[09:00] </w:t>
      </w:r>
      <w:r>
        <w:t>ya samandar hai waisa suraj hai.</w:t>
      </w:r>
    </w:p>
    <w:p>
      <w:pPr>
        <w:jc w:val="right"/>
      </w:pPr>
      <w:r>
        <w:t>یا سمندر ہے ویسا سورج ہے۔</w:t>
      </w:r>
    </w:p>
    <w:p>
      <w:r>
        <w:rPr>
          <w:b/>
        </w:rPr>
        <w:t xml:space="preserve">[09:04] </w:t>
      </w:r>
      <w:r>
        <w:t>to kabhi barish nahi barse gi.</w:t>
      </w:r>
    </w:p>
    <w:p>
      <w:pPr>
        <w:jc w:val="right"/>
      </w:pPr>
      <w:r>
        <w:t>تو کبھی بارش نہیں برسے گی۔</w:t>
      </w:r>
    </w:p>
    <w:p>
      <w:r>
        <w:rPr>
          <w:b/>
        </w:rPr>
        <w:t xml:space="preserve">[09:08] </w:t>
      </w:r>
      <w:r>
        <w:t>jo kirdaar suraj ka hai wahi samandar ka hai.</w:t>
      </w:r>
    </w:p>
    <w:p>
      <w:pPr>
        <w:jc w:val="right"/>
      </w:pPr>
      <w:r>
        <w:t>جو کردار سورج کا ہے وہی سمندر کا ہے۔</w:t>
      </w:r>
    </w:p>
    <w:p>
      <w:r>
        <w:rPr>
          <w:b/>
        </w:rPr>
        <w:t xml:space="preserve">[09:12] </w:t>
      </w:r>
      <w:r>
        <w:t>jo samandar ka kirdaar wahi suraj ka kirdaar hai.</w:t>
      </w:r>
    </w:p>
    <w:p>
      <w:pPr>
        <w:jc w:val="right"/>
      </w:pPr>
      <w:r>
        <w:t>جو سمندر کا کردار وہی سورج کا کردار ہے۔</w:t>
      </w:r>
    </w:p>
    <w:p>
      <w:r>
        <w:rPr>
          <w:b/>
        </w:rPr>
        <w:t xml:space="preserve">[09:16] </w:t>
      </w:r>
      <w:r>
        <w:t>تو اب اب اگر یہ آپ چلائیں آپ، equality کا principle تو کبھی بھی بارش ہونے والی نہیں ہے۔</w:t>
      </w:r>
    </w:p>
    <w:p>
      <w:pPr>
        <w:jc w:val="right"/>
      </w:pPr>
      <w:r>
        <w:t>تو اب اب اگر یہ آپ چلائیں آپ، ایکوئلٹی کا پرنسپل تو کبھی بھی بارش ہونے والی نہیں ہے۔</w:t>
      </w:r>
    </w:p>
    <w:p>
      <w:r>
        <w:rPr>
          <w:b/>
        </w:rPr>
        <w:t xml:space="preserve">[09:19] </w:t>
      </w:r>
      <w:r>
        <w:t>to nature mein alag kirdaar hai suraj ka, alag kirdaar hai sam</w:t>
      </w:r>
    </w:p>
    <w:p>
      <w:pPr>
        <w:jc w:val="right"/>
      </w:pPr>
      <w:r>
        <w:t>تو نیچر میں الگ کردار ہے سورج کا، الگ کردار ہے سم</w:t>
      </w:r>
    </w:p>
    <w:p>
      <w:r>
        <w:rPr>
          <w:b/>
        </w:rPr>
        <w:t xml:space="preserve">[09:23] </w:t>
      </w:r>
      <w:r>
        <w:t>andar ka.</w:t>
      </w:r>
    </w:p>
    <w:p>
      <w:pPr>
        <w:jc w:val="right"/>
      </w:pPr>
      <w:r>
        <w:t>ندر کا۔</w:t>
      </w:r>
    </w:p>
    <w:p>
      <w:r>
        <w:rPr>
          <w:b/>
        </w:rPr>
        <w:t xml:space="preserve">[09:29] </w:t>
      </w:r>
      <w:r>
        <w:t>to dono ek doosre se cooperate karte hain tab barish hoti hai.</w:t>
      </w:r>
    </w:p>
    <w:p>
      <w:pPr>
        <w:jc w:val="right"/>
      </w:pPr>
      <w:r>
        <w:t>تو دونوں ایک دوسرے سے کوآپریٹ کرتے ہیں تب بارش ہوتی ہے۔</w:t>
      </w:r>
    </w:p>
    <w:p>
      <w:r>
        <w:rPr>
          <w:b/>
        </w:rPr>
        <w:t xml:space="preserve">[09:35] </w:t>
      </w:r>
      <w:r>
        <w:t>aise aurat aur mard ko ek doosre ke saath cooperate karna chahiye.</w:t>
      </w:r>
    </w:p>
    <w:p>
      <w:pPr>
        <w:jc w:val="right"/>
      </w:pPr>
      <w:r>
        <w:t>ایسے عورت اور مرد کو ایک دوسرے کے ساتھ کوآپریٹ کرنا چاہیے۔</w:t>
      </w:r>
    </w:p>
    <w:p>
      <w:r>
        <w:rPr>
          <w:b/>
        </w:rPr>
        <w:t xml:space="preserve">[09:41] </w:t>
      </w:r>
      <w:r>
        <w:t>tab yeh hoga ke aurat apne potential ko istemal kar sake.</w:t>
      </w:r>
    </w:p>
    <w:p>
      <w:pPr>
        <w:jc w:val="right"/>
      </w:pPr>
      <w:r>
        <w:t>تب یہ ہوگا کہ عورت اپنے پوٹینشل کو استعمال کر سکے۔</w:t>
      </w:r>
    </w:p>
    <w:p>
      <w:r>
        <w:rPr>
          <w:b/>
        </w:rPr>
        <w:t xml:space="preserve">[09:47] </w:t>
      </w:r>
      <w:r>
        <w:t>mein jahan tak samjha hoon ek bohat hi acha kirdaar hai aurat ka woh hai mashir. mein</w:t>
      </w:r>
    </w:p>
    <w:p>
      <w:pPr>
        <w:jc w:val="right"/>
      </w:pPr>
      <w:r>
        <w:t>میں جہاں تک سمجھا ہوں ایک بہت ہی اچھا کردار ہے عورت کا وہ ہے مشیر۔ میں</w:t>
      </w:r>
    </w:p>
    <w:p>
      <w:r>
        <w:rPr>
          <w:b/>
        </w:rPr>
        <w:t xml:space="preserve">[09:53] </w:t>
      </w:r>
      <w:r>
        <w:t>samajhta hoon ke behtareen mashir aurat hai kisi mard ki. behtareen mashir.</w:t>
      </w:r>
    </w:p>
    <w:p>
      <w:pPr>
        <w:jc w:val="right"/>
      </w:pPr>
      <w:r>
        <w:t>سمجھتا ہوں کہ بہترین مشیر عورت ہے کسی مرد کی۔ بہترین مشیر۔</w:t>
      </w:r>
    </w:p>
    <w:p>
      <w:r>
        <w:rPr>
          <w:b/>
        </w:rPr>
        <w:t xml:space="preserve">[09:58] </w:t>
      </w:r>
      <w:r>
        <w:t>kyun? ya agar is is is is taqseem ko maan liya jaye ke aurat apne workplace mein</w:t>
      </w:r>
    </w:p>
    <w:p>
      <w:pPr>
        <w:jc w:val="right"/>
      </w:pPr>
      <w:r>
        <w:t>کیوں؟ یا اگر اس اس اس اس تقسیم کو مان لیا جائے کہ عورت اپنے ورک پلیس میں</w:t>
      </w:r>
    </w:p>
    <w:p>
      <w:r>
        <w:rPr>
          <w:b/>
        </w:rPr>
        <w:t xml:space="preserve">[10:02] </w:t>
      </w:r>
      <w:r>
        <w:t>hai, mard apne workplace mein hai.</w:t>
      </w:r>
    </w:p>
    <w:p>
      <w:pPr>
        <w:jc w:val="right"/>
      </w:pPr>
      <w:r>
        <w:t>ہے، مرد اپنے ورک پلیس میں ہے۔</w:t>
      </w:r>
    </w:p>
    <w:p>
      <w:r>
        <w:rPr>
          <w:b/>
        </w:rPr>
        <w:t xml:space="preserve">[10:06] </w:t>
      </w:r>
      <w:r>
        <w:t>dono ka workplace alag alag ho.</w:t>
      </w:r>
    </w:p>
    <w:p>
      <w:pPr>
        <w:jc w:val="right"/>
      </w:pPr>
      <w:r>
        <w:t>دونوں کا ورک پلیس الگ الگ ہو۔</w:t>
      </w:r>
    </w:p>
    <w:p>
      <w:r>
        <w:rPr>
          <w:b/>
        </w:rPr>
        <w:t xml:space="preserve">[10:11] </w:t>
      </w:r>
      <w:r>
        <w:t>to dono ek doosre ke liye behtareen mashir ban sakte hain.</w:t>
      </w:r>
    </w:p>
    <w:p>
      <w:pPr>
        <w:jc w:val="right"/>
      </w:pPr>
      <w:r>
        <w:t>تو دونوں ایک دوسرے کے لیے بہترین مشیر بن سکتے ہیں۔</w:t>
      </w:r>
    </w:p>
    <w:p>
      <w:r>
        <w:rPr>
          <w:b/>
        </w:rPr>
        <w:t xml:space="preserve">[10:15] </w:t>
      </w:r>
      <w:r>
        <w:t>agar ek workplace ek hi ho.</w:t>
      </w:r>
    </w:p>
    <w:p>
      <w:pPr>
        <w:jc w:val="right"/>
      </w:pPr>
      <w:r>
        <w:t>اگر ایک ورک پلیس ایک ہی ہو۔</w:t>
      </w:r>
    </w:p>
    <w:p>
      <w:r>
        <w:rPr>
          <w:b/>
        </w:rPr>
        <w:t xml:space="preserve">[10:19] </w:t>
      </w:r>
      <w:r>
        <w:t>to aap ghor kijiye</w:t>
      </w:r>
    </w:p>
    <w:p>
      <w:pPr>
        <w:jc w:val="right"/>
      </w:pPr>
      <w:r>
        <w:t>تو آپ غور کیجیئے</w:t>
      </w:r>
    </w:p>
    <w:p>
      <w:r>
        <w:rPr>
          <w:b/>
        </w:rPr>
        <w:t xml:space="preserve">[10:24] </w:t>
      </w:r>
      <w:r>
        <w:t>ek hi workplace mein dono hain.</w:t>
      </w:r>
    </w:p>
    <w:p>
      <w:pPr>
        <w:jc w:val="right"/>
      </w:pPr>
      <w:r>
        <w:t>ایک ہی ورک پلیس میں دونوں ہیں۔</w:t>
      </w:r>
    </w:p>
    <w:p>
      <w:r>
        <w:rPr>
          <w:b/>
        </w:rPr>
        <w:t xml:space="preserve">[10:28] </w:t>
      </w:r>
      <w:r>
        <w:t>ab koi wahan par koi aisi baat hui jis se ek ek ko ghussa aaya to doosre ko</w:t>
      </w:r>
    </w:p>
    <w:p>
      <w:pPr>
        <w:jc w:val="right"/>
      </w:pPr>
      <w:r>
        <w:t>اب کوئی وہاں پر کوئی ایسی بات ہوئی جس سے ایک ایک کو غصہ آیا تو دوسرے کو</w:t>
      </w:r>
    </w:p>
    <w:p>
      <w:r>
        <w:rPr>
          <w:b/>
        </w:rPr>
        <w:t xml:space="preserve">[10:33] </w:t>
      </w:r>
      <w:r>
        <w:t>bhi ghussa aajaye ga.</w:t>
      </w:r>
    </w:p>
    <w:p>
      <w:pPr>
        <w:jc w:val="right"/>
      </w:pPr>
      <w:r>
        <w:t>بھی غصہ آجائے گا۔</w:t>
      </w:r>
    </w:p>
    <w:p>
      <w:r>
        <w:rPr>
          <w:b/>
        </w:rPr>
        <w:t xml:space="preserve">[10:37] </w:t>
      </w:r>
      <w:r>
        <w:t>dono ghair mamooli ho jayenge to kaun kis ko mashwara kare ga? lekin agar aisa ho ke</w:t>
      </w:r>
    </w:p>
    <w:p>
      <w:pPr>
        <w:jc w:val="right"/>
      </w:pPr>
      <w:r>
        <w:t>دونوں غیر معمولی ہو جائیں گے تو کون کس کو مشورہ کرے گا؟ لیکن اگر ایسا ہو کہ</w:t>
      </w:r>
    </w:p>
    <w:p>
      <w:r>
        <w:rPr>
          <w:b/>
        </w:rPr>
        <w:t xml:space="preserve">[10:42] </w:t>
      </w:r>
      <w:r>
        <w:t>ek ka workplace doosra hai, doosre ka workplace doosra hai.</w:t>
      </w:r>
    </w:p>
    <w:p>
      <w:pPr>
        <w:jc w:val="right"/>
      </w:pPr>
      <w:r>
        <w:t>ایک کا ورک پلیس دوسرا ہے، دوسرے کا ورک پلیس دوسرا ہے۔</w:t>
      </w:r>
    </w:p>
    <w:p>
      <w:r>
        <w:rPr>
          <w:b/>
        </w:rPr>
        <w:t xml:space="preserve">[10:47] </w:t>
      </w:r>
      <w:r>
        <w:t>to ek ko agar ghussa aaya to doosra baghair ghusse ke hoga.</w:t>
      </w:r>
    </w:p>
    <w:p>
      <w:pPr>
        <w:jc w:val="right"/>
      </w:pPr>
      <w:r>
        <w:t>تو ایک کو اگر غصہ آیا تو دوسرا بغیر غصے کے ہوگا۔</w:t>
      </w:r>
    </w:p>
    <w:p>
      <w:r>
        <w:rPr>
          <w:b/>
        </w:rPr>
        <w:t xml:space="preserve">[10:51] </w:t>
      </w:r>
      <w:r>
        <w:t>woh ghair mamooli mood mein hoga, woh acha mashwara kar sakega.</w:t>
      </w:r>
    </w:p>
    <w:p>
      <w:pPr>
        <w:jc w:val="right"/>
      </w:pPr>
      <w:r>
        <w:t>وہ غیر معمولی موڈ میں ہوگا، وہ اچھا مشورہ کر سکے گا۔</w:t>
      </w:r>
    </w:p>
    <w:p>
      <w:r>
        <w:rPr>
          <w:b/>
        </w:rPr>
        <w:t xml:space="preserve">[10:56] </w:t>
      </w:r>
      <w:r>
        <w:t>jisko hum kahenge ke mushir ke liye zaroori hai ke woh ghair mutaasir zehan ke sath ho. mutaasir zehan ke sath koi aadmi mashwara nahi kar sakta aap ko. is ki mein ek misaal deta hoon. tareekh se ek bohat acha misaal. woh misaal hai shehenshah akbar ka. shehenshah akbar. jo aap jante hain ke ind</w:t>
      </w:r>
    </w:p>
    <w:p>
      <w:pPr>
        <w:jc w:val="right"/>
      </w:pPr>
      <w:r>
        <w:t>جس کو ہم کہیں گے کہ مشیر کے لیے ضروری ہے کہ وہ غیر متاثر ذہن کے ساتھ ہو۔ متاثر ذہن کے ساتھ کوئی آدمی مشورہ نہیں کر سکتا آپ کو۔ اس کی میں ایک مثال دیتا ہوں۔ تاریخ سے ایک بہت اچھا مثال۔ وہ مثال ہے شہنشاہ اکبر کا۔ شہنشاہ اکبر۔ جو آپ جانتے ہیں کہ انڈ</w:t>
      </w:r>
    </w:p>
    <w:p>
      <w:r>
        <w:rPr>
          <w:b/>
        </w:rPr>
        <w:t xml:space="preserve">[11:26] </w:t>
      </w:r>
      <w:r>
        <w:t>ya mein mughal hukoomat shuru hua babar se.</w:t>
      </w:r>
    </w:p>
    <w:p>
      <w:pPr>
        <w:jc w:val="right"/>
      </w:pPr>
      <w:r>
        <w:t>یا میں مغل حکومت شروع ہوا بابر سے۔</w:t>
      </w:r>
    </w:p>
    <w:p>
      <w:r>
        <w:rPr>
          <w:b/>
        </w:rPr>
        <w:t xml:space="preserve">[11:30] </w:t>
      </w:r>
      <w:r>
        <w:t>is ke baad humayun tha.</w:t>
      </w:r>
    </w:p>
    <w:p>
      <w:pPr>
        <w:jc w:val="right"/>
      </w:pPr>
      <w:r>
        <w:t>اس کے بعد ہمایوں تھا۔</w:t>
      </w:r>
    </w:p>
    <w:p>
      <w:r>
        <w:rPr>
          <w:b/>
        </w:rPr>
        <w:t xml:space="preserve">[11:34] </w:t>
      </w:r>
      <w:r>
        <w:t>jo teesra tha akbar.</w:t>
      </w:r>
    </w:p>
    <w:p>
      <w:pPr>
        <w:jc w:val="right"/>
      </w:pPr>
      <w:r>
        <w:t>جو تیسرا تھا اکبر۔</w:t>
      </w:r>
    </w:p>
    <w:p>
      <w:r>
        <w:rPr>
          <w:b/>
        </w:rPr>
        <w:t xml:space="preserve">[11:39] </w:t>
      </w:r>
      <w:r>
        <w:t>to aisa hua ke akbar ke zamanay mein ek aalim thay, scholar thay bohat baray.</w:t>
      </w:r>
    </w:p>
    <w:p>
      <w:pPr>
        <w:jc w:val="right"/>
      </w:pPr>
      <w:r>
        <w:t>تو ایسا ہوا کہ اکبر کے زمانے میں ایک عالم تھے، اسکالر تھے بہت بڑے۔</w:t>
      </w:r>
    </w:p>
    <w:p>
      <w:r>
        <w:rPr>
          <w:b/>
        </w:rPr>
        <w:t xml:space="preserve">[11:43] </w:t>
      </w:r>
      <w:r>
        <w:t>un ka naam tha Mulla Abdul Nabi.</w:t>
      </w:r>
    </w:p>
    <w:p>
      <w:pPr>
        <w:jc w:val="right"/>
      </w:pPr>
      <w:r>
        <w:t>ان کا نام تھا ملا عبدالنبی۔</w:t>
      </w:r>
    </w:p>
    <w:p>
      <w:r>
        <w:rPr>
          <w:b/>
        </w:rPr>
        <w:t xml:space="preserve">[11:47] </w:t>
      </w:r>
      <w:r>
        <w:t>unhon ne akbar ko jab woh jab jo chota tha to akbar ko parhaya tha.</w:t>
      </w:r>
    </w:p>
    <w:p>
      <w:pPr>
        <w:jc w:val="right"/>
      </w:pPr>
      <w:r>
        <w:t>انہوں نے اکبر کو جب وہ جب جو چھوٹا تھا تو اکبر کو پڑھایا تھا۔</w:t>
      </w:r>
    </w:p>
    <w:p>
      <w:r>
        <w:rPr>
          <w:b/>
        </w:rPr>
        <w:t xml:space="preserve">[11:52] </w:t>
      </w:r>
      <w:r>
        <w:t>yani Mulla Abdul Nabi jo thay woh akbar ke ustad thay.</w:t>
      </w:r>
    </w:p>
    <w:p>
      <w:pPr>
        <w:jc w:val="right"/>
      </w:pPr>
      <w:r>
        <w:t>یعنی ملا عبدالنبی جو تھے وہ اکبر کے استاد تھے۔</w:t>
      </w:r>
    </w:p>
    <w:p>
      <w:r>
        <w:rPr>
          <w:b/>
        </w:rPr>
        <w:t xml:space="preserve">[11:56] </w:t>
      </w:r>
      <w:r>
        <w:t>to kya hua ke ek din aisa aisa hua ke Mulla Abdul Nabi akbar ke darbar mein aaye. to us din kuch hinduo ka kuch diwali waghera ka din tha. to akbar ne is lihaz se gehra kapda pehan liya tha, saffron. sirf is liye ke log logo ki diljoi ke liye, logo ke jazbat ki riayat ke liye. mein samajhta hoon is mein koi harj nahi tha. agar us ne kiya us ne e</w:t>
      </w:r>
    </w:p>
    <w:p>
      <w:pPr>
        <w:jc w:val="right"/>
      </w:pPr>
      <w:r>
        <w:t>تو کیا ہوا کہ ایک دن ایسا ایسا ہوا کہ ملا عبدالنبی اکبر کے دربار میں آئے۔ تو اس دن کچھ ہندوؤں کا کچھ دیوالی وغیرہ کا دن تھا۔ تو اکبر نے اس لحاظ سے گیروا کپڑا پہن لیا تھا، سیفرن۔ صرف اس لیے کہ لوگ لوگوں کی دلجوئی کے لیے، لوگوں کے جذبات کی رعایت کے لیے۔ میں سمجھتا ہوں اس میں کوئی حرج نہیں تھا۔ اگر اس نے کیا اس نے ای</w:t>
      </w:r>
    </w:p>
    <w:p>
      <w:r>
        <w:rPr>
          <w:b/>
        </w:rPr>
        <w:t xml:space="preserve">[12:26] </w:t>
      </w:r>
      <w:r>
        <w:t>se to.</w:t>
      </w:r>
    </w:p>
    <w:p>
      <w:pPr>
        <w:jc w:val="right"/>
      </w:pPr>
      <w:r>
        <w:t>سے تو۔</w:t>
      </w:r>
    </w:p>
    <w:p>
      <w:r>
        <w:rPr>
          <w:b/>
        </w:rPr>
        <w:t xml:space="preserve">[12:30] </w:t>
      </w:r>
      <w:r>
        <w:t>lekin Mulla Abdul Nabi jo hain bohat riwayati qisam ke aadmi thay.</w:t>
      </w:r>
    </w:p>
    <w:p>
      <w:pPr>
        <w:jc w:val="right"/>
      </w:pPr>
      <w:r>
        <w:t>لیکن ملا عبدالنبی جو ہیں بہت روایتی قسم کے آدمی تھے۔</w:t>
      </w:r>
    </w:p>
    <w:p>
      <w:r>
        <w:rPr>
          <w:b/>
        </w:rPr>
        <w:t xml:space="preserve">[12:33] </w:t>
      </w:r>
      <w:r>
        <w:t>woh ghussa ho gaye.</w:t>
      </w:r>
    </w:p>
    <w:p>
      <w:pPr>
        <w:jc w:val="right"/>
      </w:pPr>
      <w:r>
        <w:t>وہ غصہ ہو گئے۔</w:t>
      </w:r>
    </w:p>
    <w:p>
      <w:r>
        <w:rPr>
          <w:b/>
        </w:rPr>
        <w:t xml:space="preserve">[12:37] </w:t>
      </w:r>
      <w:r>
        <w:t>aur is jazbay ke tehat ke mein akbar ka ustad hoon.</w:t>
      </w:r>
    </w:p>
    <w:p>
      <w:pPr>
        <w:jc w:val="right"/>
      </w:pPr>
      <w:r>
        <w:t>اور اس جذبے کے تحت کہ میں اکبر کا استاد ہوں۔</w:t>
      </w:r>
    </w:p>
    <w:p>
      <w:r>
        <w:rPr>
          <w:b/>
        </w:rPr>
        <w:t xml:space="preserve">[12:41] </w:t>
      </w:r>
      <w:r>
        <w:t>isko un ke haath mein ek ek chhari hua karti thi, is chhari se akbar ko maar diya.</w:t>
      </w:r>
    </w:p>
    <w:p>
      <w:pPr>
        <w:jc w:val="right"/>
      </w:pPr>
      <w:r>
        <w:t>اس کو ان کے ہاتھ میں ایک ایک چھڑی ہوا کرتی تھی، اس چھڑی سے اکبر کو مار دیا۔</w:t>
      </w:r>
    </w:p>
    <w:p>
      <w:r>
        <w:rPr>
          <w:b/>
        </w:rPr>
        <w:t xml:space="preserve">[12:45] </w:t>
      </w:r>
      <w:r>
        <w:t>ek darbar mein baitha hua hai, takht par baitha hua hai woh.</w:t>
      </w:r>
    </w:p>
    <w:p>
      <w:pPr>
        <w:jc w:val="right"/>
      </w:pPr>
      <w:r>
        <w:t>ایک دربار میں بیٹھا ہوا ہے، تخت پر بیٹھا ہوا ہے وہ۔</w:t>
      </w:r>
    </w:p>
    <w:p>
      <w:r>
        <w:rPr>
          <w:b/>
        </w:rPr>
        <w:t xml:space="preserve">[12:49] </w:t>
      </w:r>
      <w:r>
        <w:t>saare log wahan par maujood hain.</w:t>
      </w:r>
    </w:p>
    <w:p>
      <w:pPr>
        <w:jc w:val="right"/>
      </w:pPr>
      <w:r>
        <w:t>سارے لوگ وہاں پر موجود ہیں۔</w:t>
      </w:r>
    </w:p>
    <w:p>
      <w:r>
        <w:rPr>
          <w:b/>
        </w:rPr>
        <w:t xml:space="preserve">[12:52] </w:t>
      </w:r>
      <w:r>
        <w:t>sab ke samnay unhon ne akbar ko maar diya danday se. to</w:t>
      </w:r>
    </w:p>
    <w:p>
      <w:pPr>
        <w:jc w:val="right"/>
      </w:pPr>
      <w:r>
        <w:t>سب کے سامنے انہوں نے اکبر کو مار دیا ڈنڈے سے۔ تو</w:t>
      </w:r>
    </w:p>
    <w:p>
      <w:r>
        <w:rPr>
          <w:b/>
        </w:rPr>
        <w:t xml:space="preserve">[12:56] </w:t>
      </w:r>
      <w:r>
        <w:t>kya hua phir akbar khamoshi ke sath chala gaya andar.</w:t>
      </w:r>
    </w:p>
    <w:p>
      <w:pPr>
        <w:jc w:val="right"/>
      </w:pPr>
      <w:r>
        <w:t>کیا ہوا پھر اکبر خاموشی کے ساتھ چلا گیا اندر۔</w:t>
      </w:r>
    </w:p>
    <w:p>
      <w:r>
        <w:rPr>
          <w:b/>
        </w:rPr>
        <w:t xml:space="preserve">[13:01] </w:t>
      </w:r>
      <w:r>
        <w:t>wahan us ki maan thi, uska naam tha Mariam Zamani.</w:t>
      </w:r>
    </w:p>
    <w:p>
      <w:pPr>
        <w:jc w:val="right"/>
      </w:pPr>
      <w:r>
        <w:t>وہاں اس کی ماں تھی، اس کا نام تھا مریم زبانی۔</w:t>
      </w:r>
    </w:p>
    <w:p>
      <w:r>
        <w:rPr>
          <w:b/>
        </w:rPr>
        <w:t xml:space="preserve">[13:07] </w:t>
      </w:r>
      <w:r>
        <w:t>to apni maan se akbar ne kaha ke aaj bohat bura hua.</w:t>
      </w:r>
    </w:p>
    <w:p>
      <w:pPr>
        <w:jc w:val="right"/>
      </w:pPr>
      <w:r>
        <w:t>تو اپنی ماں سے اکبر نے کہا کہ آج بہت برا ہوا۔</w:t>
      </w:r>
    </w:p>
    <w:p>
      <w:r>
        <w:rPr>
          <w:b/>
        </w:rPr>
        <w:t xml:space="preserve">[13:12] </w:t>
      </w:r>
      <w:r>
        <w:t>us ne poocha kya hua? kaha ke Mulla Abdul Nabi ko mein be-izzati karta hoon kyun ke woh</w:t>
      </w:r>
    </w:p>
    <w:p>
      <w:pPr>
        <w:jc w:val="right"/>
      </w:pPr>
      <w:r>
        <w:t>اس نے پوچھا کیا ہوا؟ کہا کہ ملا عبدالنبی کو میں بے عزت کرتا ہوں کیوں کہ وہ</w:t>
      </w:r>
    </w:p>
    <w:p>
      <w:r>
        <w:rPr>
          <w:b/>
        </w:rPr>
        <w:t xml:space="preserve">[13:17] </w:t>
      </w:r>
      <w:r>
        <w:t>mere ustad thay.</w:t>
      </w:r>
    </w:p>
    <w:p>
      <w:pPr>
        <w:jc w:val="right"/>
      </w:pPr>
      <w:r>
        <w:t>میرے استاد تھے۔</w:t>
      </w:r>
    </w:p>
    <w:p>
      <w:r>
        <w:rPr>
          <w:b/>
        </w:rPr>
        <w:t xml:space="preserve">[13:22] </w:t>
      </w:r>
      <w:r>
        <w:t>lekin aaj unhon ne yeh kiya ke bharay darbar mein is ko danday se maar diya.</w:t>
      </w:r>
    </w:p>
    <w:p>
      <w:pPr>
        <w:jc w:val="right"/>
      </w:pPr>
      <w:r>
        <w:t>لیکن آج انہوں نے یہ کیا کہ بھرے دربار میں اس کو ڈنڈے سے مار دیا۔</w:t>
      </w:r>
    </w:p>
    <w:p>
      <w:r>
        <w:rPr>
          <w:b/>
        </w:rPr>
        <w:t xml:space="preserve">[13:27] </w:t>
      </w:r>
      <w:r>
        <w:t>ab akbar ke dil mein yeh tha ke un ko qatal karwa de.</w:t>
      </w:r>
    </w:p>
    <w:p>
      <w:pPr>
        <w:jc w:val="right"/>
      </w:pPr>
      <w:r>
        <w:t>اب اکبر کے دل میں یہ تھا کہ ان کو قتل کروا دے۔</w:t>
      </w:r>
    </w:p>
    <w:p>
      <w:r>
        <w:rPr>
          <w:b/>
        </w:rPr>
        <w:t xml:space="preserve">[13:33] </w:t>
      </w:r>
      <w:r>
        <w:t>kyun ke ek munh se ek lafz us ke munh se nikalna tha aur uska sar qalb ho jata.</w:t>
      </w:r>
    </w:p>
    <w:p>
      <w:pPr>
        <w:jc w:val="right"/>
      </w:pPr>
      <w:r>
        <w:t>کیوں کہ ایک منہ سے ایک لفظ اس کے منہ سے نکلنا تھا اور اس کا سر قلب ہو جاتا۔</w:t>
      </w:r>
    </w:p>
    <w:p>
      <w:r>
        <w:rPr>
          <w:b/>
        </w:rPr>
        <w:t xml:space="preserve">[13:38] </w:t>
      </w:r>
      <w:r>
        <w:t>kyun ke aap jantay hain ke woh shehanshah tha woh.</w:t>
      </w:r>
    </w:p>
    <w:p>
      <w:pPr>
        <w:jc w:val="right"/>
      </w:pPr>
      <w:r>
        <w:t>کیوں کہ آپ جانتے ہیں کہ وہ شہنشاہ تھا وہ۔</w:t>
      </w:r>
    </w:p>
    <w:p>
      <w:r>
        <w:rPr>
          <w:b/>
        </w:rPr>
        <w:t xml:space="preserve">[13:43] </w:t>
      </w:r>
      <w:r>
        <w:t>to ab akbar jo tha woh to mutasir tha in halaat se jahan ke woh waqia pesh aaya.</w:t>
      </w:r>
    </w:p>
    <w:p>
      <w:pPr>
        <w:jc w:val="right"/>
      </w:pPr>
      <w:r>
        <w:t>تو اب اکبر جو تھا وہ تو متاثر تھا ان حالات سے جہاں کہ وہ واقعہ پیش آیا۔</w:t>
      </w:r>
    </w:p>
    <w:p>
      <w:r>
        <w:rPr>
          <w:b/>
        </w:rPr>
        <w:t xml:space="preserve">[13:48] </w:t>
      </w:r>
      <w:r>
        <w:t>yani mutasir zehan ke sath sochta tha.</w:t>
      </w:r>
    </w:p>
    <w:p>
      <w:pPr>
        <w:jc w:val="right"/>
      </w:pPr>
      <w:r>
        <w:t>یعنی متاثر ذہن کے ساتھ سوچتا تھا۔</w:t>
      </w:r>
    </w:p>
    <w:p>
      <w:r>
        <w:rPr>
          <w:b/>
        </w:rPr>
        <w:t xml:space="preserve">[13:53] </w:t>
      </w:r>
      <w:r>
        <w:t>lekin us ki maan jo thi woh bahar thi ghar ke andar.</w:t>
      </w:r>
    </w:p>
    <w:p>
      <w:pPr>
        <w:jc w:val="right"/>
      </w:pPr>
      <w:r>
        <w:t>لیکن اس کی ماں جو تھی وہ باہر تھی گھر کے اندر۔</w:t>
      </w:r>
    </w:p>
    <w:p>
      <w:r>
        <w:rPr>
          <w:b/>
        </w:rPr>
        <w:t xml:space="preserve">[13:58] </w:t>
      </w:r>
      <w:r>
        <w:t>woh ghair mutasir zehan ke sath soch sakti thi.</w:t>
      </w:r>
    </w:p>
    <w:p>
      <w:pPr>
        <w:jc w:val="right"/>
      </w:pPr>
      <w:r>
        <w:t>وہ غیر متاثر ذہن کے ساتھ سوچ سکتی تھی۔</w:t>
      </w:r>
    </w:p>
    <w:p>
      <w:r>
        <w:rPr>
          <w:b/>
        </w:rPr>
        <w:t xml:space="preserve">[14:03] </w:t>
      </w:r>
      <w:r>
        <w:t>woh mutasir nahi ho sakti thi is waqie se.</w:t>
      </w:r>
    </w:p>
    <w:p>
      <w:pPr>
        <w:jc w:val="right"/>
      </w:pPr>
      <w:r>
        <w:t>وہ متاثر نہیں ہو سکتی تھی اس واقعے سے۔</w:t>
      </w:r>
    </w:p>
    <w:p>
      <w:r>
        <w:rPr>
          <w:b/>
        </w:rPr>
        <w:t xml:space="preserve">[14:07] </w:t>
      </w:r>
      <w:r>
        <w:t>kyun ke is mein woh maujood nahi thi woh.</w:t>
      </w:r>
    </w:p>
    <w:p>
      <w:pPr>
        <w:jc w:val="right"/>
      </w:pPr>
      <w:r>
        <w:t>کیوں کہ اس میں وہ موجود نہیں تھی وہ۔</w:t>
      </w:r>
    </w:p>
    <w:p>
      <w:r>
        <w:rPr>
          <w:b/>
        </w:rPr>
        <w:t xml:space="preserve">[14:12] </w:t>
      </w:r>
      <w:r>
        <w:t>to is ne kaha, maan ne kaha ke bete maaf kar do.</w:t>
      </w:r>
    </w:p>
    <w:p>
      <w:pPr>
        <w:jc w:val="right"/>
      </w:pPr>
      <w:r>
        <w:t>تو اس نے کہا، ماں نے کہا کہ بیٹے معاف کر دو۔</w:t>
      </w:r>
    </w:p>
    <w:p>
      <w:r>
        <w:rPr>
          <w:b/>
        </w:rPr>
        <w:t xml:space="preserve">[14:16] </w:t>
      </w:r>
      <w:r>
        <w:t>ab dekhiye ke ek hai mutasir zehan yani akbar ka.</w:t>
      </w:r>
    </w:p>
    <w:p>
      <w:pPr>
        <w:jc w:val="right"/>
      </w:pPr>
      <w:r>
        <w:t>اب دیکھیئے کہ ایک ہے متاثر ذہن یعنی اکبر کا۔</w:t>
      </w:r>
    </w:p>
    <w:p>
      <w:r>
        <w:rPr>
          <w:b/>
        </w:rPr>
        <w:t xml:space="preserve">[14:20] </w:t>
      </w:r>
      <w:r>
        <w:t>ek ghair mutasir zehan woh hai maan ka.</w:t>
      </w:r>
    </w:p>
    <w:p>
      <w:pPr>
        <w:jc w:val="right"/>
      </w:pPr>
      <w:r>
        <w:t>ایک غیر متاثر ذہن وہ ہے ماں کا۔</w:t>
      </w:r>
    </w:p>
    <w:p>
      <w:r>
        <w:rPr>
          <w:b/>
        </w:rPr>
        <w:t xml:space="preserve">[14:25] </w:t>
      </w:r>
      <w:r>
        <w:t>yani ek mutasir mein hai, ek mutasir se bahar hai.</w:t>
      </w:r>
    </w:p>
    <w:p>
      <w:pPr>
        <w:jc w:val="right"/>
      </w:pPr>
      <w:r>
        <w:t>یعنی ایک متاثر میں ہے، ایک متاثر سے باہر ہے۔</w:t>
      </w:r>
    </w:p>
    <w:p>
      <w:r>
        <w:rPr>
          <w:b/>
        </w:rPr>
        <w:t xml:space="preserve">[14:29] </w:t>
      </w:r>
      <w:r>
        <w:t>to jo zehan, jo zehan mutasir se bahar tha woh bohat hi musbat soch saka.</w:t>
      </w:r>
    </w:p>
    <w:p>
      <w:pPr>
        <w:jc w:val="right"/>
      </w:pPr>
      <w:r>
        <w:t>تو جو ذہن، جو ذہن متاثر سے باہر تھا وہ بہت ہی مثبت سوچ سکا۔</w:t>
      </w:r>
    </w:p>
    <w:p>
      <w:r>
        <w:rPr>
          <w:b/>
        </w:rPr>
        <w:t xml:space="preserve">[14:34] </w:t>
      </w:r>
      <w:r>
        <w:t>aur bohat hi musbat qism ka mashwara de saka.</w:t>
      </w:r>
    </w:p>
    <w:p>
      <w:pPr>
        <w:jc w:val="right"/>
      </w:pPr>
      <w:r>
        <w:t>اور بہت ہی مثبت قسم کا مشورہ دے سکا۔</w:t>
      </w:r>
    </w:p>
    <w:p>
      <w:r>
        <w:rPr>
          <w:b/>
        </w:rPr>
        <w:t xml:space="preserve">[14:39] </w:t>
      </w:r>
      <w:r>
        <w:t>to us ki maan ne kaha ke bete maaf kar do.</w:t>
      </w:r>
    </w:p>
    <w:p>
      <w:pPr>
        <w:jc w:val="right"/>
      </w:pPr>
      <w:r>
        <w:t>تو اس کی ماں نے کہا کہ بیٹے معاف کر دو۔</w:t>
      </w:r>
    </w:p>
    <w:p>
      <w:r>
        <w:rPr>
          <w:b/>
        </w:rPr>
        <w:t xml:space="preserve">[14:44] </w:t>
      </w:r>
      <w:r>
        <w:t>tareekh mein likha jayega ke shehanshah ne shehanshah ko bhare darbar mein dande se mara gaya aur</w:t>
      </w:r>
    </w:p>
    <w:p>
      <w:pPr>
        <w:jc w:val="right"/>
      </w:pPr>
      <w:r>
        <w:t>تاریخ میں لکھا جائے گا کہ شہنشاہ نے شہنشاہ کو بھرے دربار میں ڈنڈے سے مارا گیا اور</w:t>
      </w:r>
    </w:p>
    <w:p>
      <w:r>
        <w:rPr>
          <w:b/>
        </w:rPr>
        <w:t xml:space="preserve">[14:49] </w:t>
      </w:r>
      <w:r>
        <w:t>us ne maaf kar diya.</w:t>
      </w:r>
    </w:p>
    <w:p>
      <w:pPr>
        <w:jc w:val="right"/>
      </w:pPr>
      <w:r>
        <w:t>اس نے معاف کر دیا۔</w:t>
      </w:r>
    </w:p>
    <w:p>
      <w:r>
        <w:rPr>
          <w:b/>
        </w:rPr>
        <w:t xml:space="preserve">[14:55] </w:t>
      </w:r>
      <w:r>
        <w:t>aur waqatan woh tareekh mein likha gaya.</w:t>
      </w:r>
    </w:p>
    <w:p>
      <w:pPr>
        <w:jc w:val="right"/>
      </w:pPr>
      <w:r>
        <w:t>اور واقعتاً وہ تاریخ میں لکھا گیا۔</w:t>
      </w:r>
    </w:p>
    <w:p>
      <w:r>
        <w:rPr>
          <w:b/>
        </w:rPr>
        <w:t xml:space="preserve">[15:00] </w:t>
      </w:r>
      <w:r>
        <w:t>jisko mein aaj dohra raha hoon aap ke samne. to yeh mein kehta hoon ke work place ka ek hona yeh bilkul yaani ahmaqana scheme hai. yeh dono agar ek hi work place mein hain to dono hi ek hi dhang ke taassur mein jeete hain. ek hi cheezon se mutaasir ho kar reh rahe hain woh. to kaun kis ko mashwara karega? is liye is ka Islam ki scheme yeh hai ke dono ka work place alag alag ho. maslan aur</w:t>
      </w:r>
    </w:p>
    <w:p>
      <w:pPr>
        <w:jc w:val="right"/>
      </w:pPr>
      <w:r>
        <w:t>جس کو میں آج دہرا رہا ہوں آپ کے سامنے۔ تو یہ میں کہتا ہوں کہ ورک پلیس کا ایک ہونا یہ بالکل یعنی احمقانہ اسکیم ہے۔ یہ دونوں اگر ایک ہی ورک پلیس میں ہیں تو دونوں ہی ایک ہی ڈھنگ کے تاثر میں جیتے ہیں۔ ایک ہی چیزوں سے متاثر ہو کر رہ رہے ہیں وہ۔ تو کون کس کو مشورہ کرے گا؟ اس لیے اس کا اسلام کی اسکیم یہ ہے کہ دونوں کا ورک پلیس الگ الگ ہو۔ مثلاً ع</w:t>
      </w:r>
    </w:p>
    <w:p>
      <w:r>
        <w:rPr>
          <w:b/>
        </w:rPr>
        <w:t xml:space="preserve">[15:30] </w:t>
      </w:r>
      <w:r>
        <w:t>ورت jo hai agar taleem ke ke work place mein hai.</w:t>
      </w:r>
    </w:p>
    <w:p>
      <w:pPr>
        <w:jc w:val="right"/>
      </w:pPr>
      <w:r>
        <w:t>ورت جو ہے اگر تعلیم کے کے ورک پلیس میں ہے۔</w:t>
      </w:r>
    </w:p>
    <w:p>
      <w:r>
        <w:rPr>
          <w:b/>
        </w:rPr>
        <w:t xml:space="preserve">[15:36] </w:t>
      </w:r>
      <w:r>
        <w:t>aur mard jo hai intizamia mein kaam kar raha hai.</w:t>
      </w:r>
    </w:p>
    <w:p>
      <w:pPr>
        <w:jc w:val="right"/>
      </w:pPr>
      <w:r>
        <w:t>اور مرد جو ہے انتظامیہ میں کام کر رہا ہے۔</w:t>
      </w:r>
    </w:p>
    <w:p>
      <w:r>
        <w:rPr>
          <w:b/>
        </w:rPr>
        <w:t xml:space="preserve">[15:42] </w:t>
      </w:r>
      <w:r>
        <w:t>to dono ek doosre ke liye behtareen mashir ban sakte hain.</w:t>
      </w:r>
    </w:p>
    <w:p>
      <w:pPr>
        <w:jc w:val="right"/>
      </w:pPr>
      <w:r>
        <w:t>تو دونوں ایک دوسرے کے لیے بہترین مشیر بن سکتے ہیں۔</w:t>
      </w:r>
    </w:p>
    <w:p>
      <w:r>
        <w:rPr>
          <w:b/>
        </w:rPr>
        <w:t xml:space="preserve">[15:48] </w:t>
      </w:r>
      <w:r>
        <w:t>to islam ka jo jo islam ne jo rakha hai usool woh girawat karna nahi hai.</w:t>
      </w:r>
    </w:p>
    <w:p>
      <w:pPr>
        <w:jc w:val="right"/>
      </w:pPr>
      <w:r>
        <w:t>تو اسلام کا جو جو اسلام نے جو رکھا ہے اصول وہ گراوٹ کرنا نہیں ہے۔</w:t>
      </w:r>
    </w:p>
    <w:p>
      <w:r>
        <w:rPr>
          <w:b/>
        </w:rPr>
        <w:t xml:space="preserve">[15:54] </w:t>
      </w:r>
      <w:r>
        <w:t>work place ko badalna hai.</w:t>
      </w:r>
    </w:p>
    <w:p>
      <w:pPr>
        <w:jc w:val="right"/>
      </w:pPr>
      <w:r>
        <w:t>ورک پلیس کو بدلنا ہے۔</w:t>
      </w:r>
    </w:p>
    <w:p>
      <w:r>
        <w:rPr>
          <w:b/>
        </w:rPr>
        <w:t xml:space="preserve">[16:01] </w:t>
      </w:r>
      <w:r>
        <w:t>yaani yeh hai galat naami naam, bure naam dena. ek achi scheme ko. to is ko aap samajh lijiye ke Islam ka jo usool hai woh yeh nahi hai ke dono mein barabari na rahe. barabari ka mamla nahi hai, do work place ka mamla hai. aur do work place</w:t>
      </w:r>
    </w:p>
    <w:p>
      <w:pPr>
        <w:jc w:val="right"/>
      </w:pPr>
      <w:r>
        <w:t>یعنی یہ ہے غلط نامی نام، برے نام دینا۔ ایک اچھی اسکیم کو۔ تو اس کو آپ سمجھ لیجیئے کہ اسلام کا جو اصول ہے وہ یہ نہیں ہے کہ دونوں میں برابری نہ رہے۔ برابری کا معاملہ نہیں ہے، دو ورک پلیس کا معاملہ ہے۔ اور دو ورک پلی</w:t>
      </w:r>
    </w:p>
    <w:p>
      <w:r>
        <w:rPr>
          <w:b/>
        </w:rPr>
        <w:t xml:space="preserve">[16:31] </w:t>
      </w:r>
      <w:r>
        <w:t>s ke jahan aur faiday hain.</w:t>
      </w:r>
    </w:p>
    <w:p>
      <w:pPr>
        <w:jc w:val="right"/>
      </w:pPr>
      <w:r>
        <w:t>س کے جہاں اور فائدے ہیں۔</w:t>
      </w:r>
    </w:p>
    <w:p>
      <w:r>
        <w:rPr>
          <w:b/>
        </w:rPr>
        <w:t xml:space="preserve">[16:34] </w:t>
      </w:r>
      <w:r>
        <w:t>bohat se faidon mein se ek faida yeh hai ke dono ko behtareen, bohat hi achi qism ke</w:t>
      </w:r>
    </w:p>
    <w:p>
      <w:pPr>
        <w:jc w:val="right"/>
      </w:pPr>
      <w:r>
        <w:t>بہت سے فائدوں میں سے ایک فائدہ یہ ہے کہ دونوں کو بہترین، بہت ہی اچھی قسم کے</w:t>
      </w:r>
    </w:p>
    <w:p>
      <w:r>
        <w:rPr>
          <w:b/>
        </w:rPr>
        <w:t xml:space="preserve">[16:38] </w:t>
      </w:r>
      <w:r>
        <w:t>mashir mil jatay hain.</w:t>
      </w:r>
    </w:p>
    <w:p>
      <w:pPr>
        <w:jc w:val="right"/>
      </w:pPr>
      <w:r>
        <w:t>مشیر مل جاتے ہیں۔</w:t>
      </w:r>
    </w:p>
    <w:p>
      <w:r>
        <w:rPr>
          <w:b/>
        </w:rPr>
        <w:t xml:space="preserve">[16:42] </w:t>
      </w:r>
      <w:r>
        <w:t>aap jante hain is baat ko achay tareeqe se ke mashwara karne ke liye sehatmand zehan chahiye.</w:t>
      </w:r>
    </w:p>
    <w:p>
      <w:pPr>
        <w:jc w:val="right"/>
      </w:pPr>
      <w:r>
        <w:t>آپ جانتے ہیں اس بات کو اچھے طریقے سے کہ مشورہ کرنے کے لیے صحت مند ذہن چاہیے۔</w:t>
      </w:r>
    </w:p>
    <w:p>
      <w:r>
        <w:rPr>
          <w:b/>
        </w:rPr>
        <w:t xml:space="preserve">[16:46] </w:t>
      </w:r>
      <w:r>
        <w:t>ghair janabdar zehan chahiye.</w:t>
      </w:r>
    </w:p>
    <w:p>
      <w:pPr>
        <w:jc w:val="right"/>
      </w:pPr>
      <w:r>
        <w:t>غیر جانبدار ذہن چاہیے۔</w:t>
      </w:r>
    </w:p>
    <w:p>
      <w:r>
        <w:rPr>
          <w:b/>
        </w:rPr>
        <w:t xml:space="preserve">[16:49] </w:t>
      </w:r>
      <w:r>
        <w:t>ghair mutasir zehan chahiye.</w:t>
      </w:r>
    </w:p>
    <w:p>
      <w:pPr>
        <w:jc w:val="right"/>
      </w:pPr>
      <w:r>
        <w:t>غیر متاثر ذہن چاہیے۔</w:t>
      </w:r>
    </w:p>
    <w:p>
      <w:r>
        <w:rPr>
          <w:b/>
        </w:rPr>
        <w:t xml:space="preserve">[16:53] </w:t>
      </w:r>
      <w:r>
        <w:t>to kitni achi scheme yeh hai ke workplace dono ka do ho.</w:t>
      </w:r>
    </w:p>
    <w:p>
      <w:pPr>
        <w:jc w:val="right"/>
      </w:pPr>
      <w:r>
        <w:t>تو کتنی اچھی اسکیم یہ ہے کہ ورک پلیس دونوں کا دو ہو۔</w:t>
      </w:r>
    </w:p>
    <w:p>
      <w:r>
        <w:rPr>
          <w:b/>
        </w:rPr>
        <w:t xml:space="preserve">[16:57] </w:t>
      </w:r>
      <w:r>
        <w:t>dunya mein hazaron kaam hain</w:t>
      </w:r>
    </w:p>
    <w:p>
      <w:pPr>
        <w:jc w:val="right"/>
      </w:pPr>
      <w:r>
        <w:t>دنیا میں ہزاروں کام ہیں</w:t>
      </w:r>
    </w:p>
    <w:p>
      <w:r>
        <w:rPr>
          <w:b/>
        </w:rPr>
        <w:t xml:space="preserve">[17:01] </w:t>
      </w:r>
      <w:r>
        <w:t>, koi ek kaam to hai hi nahin.</w:t>
      </w:r>
    </w:p>
    <w:p>
      <w:pPr>
        <w:jc w:val="right"/>
      </w:pPr>
      <w:r>
        <w:t>، کوئی ایک کام تو ہے ہی نہیں۔</w:t>
      </w:r>
    </w:p>
    <w:p>
      <w:r>
        <w:rPr>
          <w:b/>
        </w:rPr>
        <w:t xml:space="preserve">[17:05] </w:t>
      </w:r>
      <w:r>
        <w:t>hazaron kaam hain.</w:t>
      </w:r>
    </w:p>
    <w:p>
      <w:pPr>
        <w:jc w:val="right"/>
      </w:pPr>
      <w:r>
        <w:t>ہزاروں کام ہیں۔</w:t>
      </w:r>
    </w:p>
    <w:p>
      <w:r>
        <w:rPr>
          <w:b/>
        </w:rPr>
        <w:t xml:space="preserve">[17:10] </w:t>
      </w:r>
      <w:r>
        <w:t>to Islam ka usool yeh hai ke workplace do kar diya jaye.</w:t>
      </w:r>
    </w:p>
    <w:p>
      <w:pPr>
        <w:jc w:val="right"/>
      </w:pPr>
      <w:r>
        <w:t>تو اسلام کا اصول یہ ہے کہ ورک پلیس دو کر دیا جائے۔</w:t>
      </w:r>
    </w:p>
    <w:p>
      <w:r>
        <w:rPr>
          <w:b/>
        </w:rPr>
        <w:t xml:space="preserve">[17:14] </w:t>
      </w:r>
      <w:r>
        <w:t>is ke bohat se faidon mein se ek faida yeh hai jo maine aap ki khidmat mein</w:t>
      </w:r>
    </w:p>
    <w:p>
      <w:pPr>
        <w:jc w:val="right"/>
      </w:pPr>
      <w:r>
        <w:t>اس کے بہت سے فائدوں میں سے ایک فائدہ یہ ہے جو میں نے آپ کی خدمت میں</w:t>
      </w:r>
    </w:p>
    <w:p>
      <w:r>
        <w:rPr>
          <w:b/>
        </w:rPr>
        <w:t xml:space="preserve">[17:18] </w:t>
      </w:r>
      <w:r>
        <w:t>arz kiya Akbar ki misaal ki soorat mein.</w:t>
      </w:r>
    </w:p>
    <w:p>
      <w:pPr>
        <w:jc w:val="right"/>
      </w:pPr>
      <w:r>
        <w:t>عرض کیا اکبر کی مثال کی صورت میں۔</w:t>
      </w:r>
    </w:p>
    <w:p>
      <w:r>
        <w:rPr>
          <w:b/>
        </w:rPr>
        <w:t xml:space="preserve">[17:23] </w:t>
      </w:r>
      <w:r>
        <w:t>Quran mein ek ayat hai auraton ke baray mein ke khalaqa lakum min anfusikum azwajan litaskunu ilaiha is</w:t>
      </w:r>
    </w:p>
    <w:p>
      <w:pPr>
        <w:jc w:val="right"/>
      </w:pPr>
      <w:r>
        <w:t>قرآن میں ایک آیت ہے عورتوں کے بارے میں کہ خلق لکم من انفسکم ازواجا لتسکنو الیہا اس</w:t>
      </w:r>
    </w:p>
    <w:p>
      <w:r>
        <w:rPr>
          <w:b/>
        </w:rPr>
        <w:t xml:space="preserve">[17:27] </w:t>
      </w:r>
      <w:r>
        <w:t>ka matlab yeh hai ke Khuda ne</w:t>
      </w:r>
    </w:p>
    <w:p>
      <w:pPr>
        <w:jc w:val="right"/>
      </w:pPr>
      <w:r>
        <w:t>کا مطلب یہ ہے کہ خدا نے</w:t>
      </w:r>
    </w:p>
    <w:p>
      <w:r>
        <w:rPr>
          <w:b/>
        </w:rPr>
        <w:t xml:space="preserve">[17:32] </w:t>
      </w:r>
      <w:r>
        <w:t>miyan biwi banaye hain taake tum pa sako sukoon in in mein.</w:t>
      </w:r>
    </w:p>
    <w:p>
      <w:pPr>
        <w:jc w:val="right"/>
      </w:pPr>
      <w:r>
        <w:t>میاں بیوی بنائے ہیں تاکہ تم پا سکو سکون ان ان میں۔</w:t>
      </w:r>
    </w:p>
    <w:p>
      <w:r>
        <w:rPr>
          <w:b/>
        </w:rPr>
        <w:t xml:space="preserve">[17:38] </w:t>
      </w:r>
      <w:r>
        <w:t>yeh yeh ayat jo hai Quran ki yeh darasal wahi jo maine kaha yeh takhleeqi mansoobe ko</w:t>
      </w:r>
    </w:p>
    <w:p>
      <w:pPr>
        <w:jc w:val="right"/>
      </w:pPr>
      <w:r>
        <w:t>یہ یہ آیت جو ہے قرآن کی یہ دراصل وہی جو میں نے کہا یہ تخلیقی منصوبے کو</w:t>
      </w:r>
    </w:p>
    <w:p>
      <w:r>
        <w:rPr>
          <w:b/>
        </w:rPr>
        <w:t xml:space="preserve">[17:44] </w:t>
      </w:r>
      <w:r>
        <w:t>bata rahi hai.</w:t>
      </w:r>
    </w:p>
    <w:p>
      <w:pPr>
        <w:jc w:val="right"/>
      </w:pPr>
      <w:r>
        <w:t>بتا رہی ہے۔</w:t>
      </w:r>
    </w:p>
    <w:p>
      <w:r>
        <w:rPr>
          <w:b/>
        </w:rPr>
        <w:t xml:space="preserve">[17:50] </w:t>
      </w:r>
      <w:r>
        <w:t>yani Khuda ke mutabiq jo takhleeqi mansooba hai aur jo law of nature hai woh kya hai is</w:t>
      </w:r>
    </w:p>
    <w:p>
      <w:pPr>
        <w:jc w:val="right"/>
      </w:pPr>
      <w:r>
        <w:t>یعنی خدا کے مطابق جو تخلیقی منصوبہ ہے اور جو لاء آف نیچر ہے وہ کیا ہے اس</w:t>
      </w:r>
    </w:p>
    <w:p>
      <w:r>
        <w:rPr>
          <w:b/>
        </w:rPr>
        <w:t xml:space="preserve">[17:56] </w:t>
      </w:r>
      <w:r>
        <w:t>ko bata rahi hai.</w:t>
      </w:r>
    </w:p>
    <w:p>
      <w:pPr>
        <w:jc w:val="right"/>
      </w:pPr>
      <w:r>
        <w:t>کو بتا رہی ہے۔</w:t>
      </w:r>
    </w:p>
    <w:p>
      <w:r>
        <w:rPr>
          <w:b/>
        </w:rPr>
        <w:t xml:space="preserve">[18:02] </w:t>
      </w:r>
      <w:r>
        <w:t>woh kya hai? Ke aurat aur mard dono ek doosre ke liye sukoon ka zariya banen.</w:t>
      </w:r>
    </w:p>
    <w:p>
      <w:pPr>
        <w:jc w:val="right"/>
      </w:pPr>
      <w:r>
        <w:t>وہ کیا ہے؟ کہ عورت اور مرد دونوں ایک دوسرے کے لیے سکون کا ذریعہ بنیں۔</w:t>
      </w:r>
    </w:p>
    <w:p>
      <w:r>
        <w:rPr>
          <w:b/>
        </w:rPr>
        <w:t xml:space="preserve">[18:08] </w:t>
      </w:r>
      <w:r>
        <w:t>Khuda ne miyan biwi banaye hain taake woh pa saken sukoon in in mein.</w:t>
      </w:r>
    </w:p>
    <w:p>
      <w:pPr>
        <w:jc w:val="right"/>
      </w:pPr>
      <w:r>
        <w:t>خدا نے میاں بیوی بنائے ہیں تاکہ وہ پا سکیں سکون ان ان میں۔</w:t>
      </w:r>
    </w:p>
    <w:p>
      <w:r>
        <w:rPr>
          <w:b/>
        </w:rPr>
        <w:t xml:space="preserve">[18:14] </w:t>
      </w:r>
      <w:r>
        <w:t>yeh dono ke liye hai.</w:t>
      </w:r>
    </w:p>
    <w:p>
      <w:pPr>
        <w:jc w:val="right"/>
      </w:pPr>
      <w:r>
        <w:t>یہ دونوں کے لیے ہے۔</w:t>
      </w:r>
    </w:p>
    <w:p>
      <w:r>
        <w:rPr>
          <w:b/>
        </w:rPr>
        <w:t xml:space="preserve">[18:20] </w:t>
      </w:r>
      <w:r>
        <w:t>dekhiye aap sukoon ka jo lafz hai woh kisi mehdood maani mein nahin hai.</w:t>
      </w:r>
    </w:p>
    <w:p>
      <w:pPr>
        <w:jc w:val="right"/>
      </w:pPr>
      <w:r>
        <w:t>دیکھیئے آپ سکون کا جو لفظ ہے وہ کسی محدود معنی میں نہیں ہے۔</w:t>
      </w:r>
    </w:p>
    <w:p>
      <w:r>
        <w:rPr>
          <w:b/>
        </w:rPr>
        <w:t xml:space="preserve">[18:26] </w:t>
      </w:r>
      <w:r>
        <w:t>bohat hi yani</w:t>
      </w:r>
    </w:p>
    <w:p>
      <w:pPr>
        <w:jc w:val="right"/>
      </w:pPr>
      <w:r>
        <w:t>بہت ہی یعنی</w:t>
      </w:r>
    </w:p>
    <w:p>
      <w:r>
        <w:rPr>
          <w:b/>
        </w:rPr>
        <w:t xml:space="preserve">[18:32] </w:t>
      </w:r>
      <w:r>
        <w:t>har har cheez ko dhanp kar raha hai woh.</w:t>
      </w:r>
    </w:p>
    <w:p>
      <w:pPr>
        <w:jc w:val="right"/>
      </w:pPr>
      <w:r>
        <w:t>ہر ہر چیز کو ڈھانپ کر رہا ہے وہ۔</w:t>
      </w:r>
    </w:p>
    <w:p>
      <w:r>
        <w:rPr>
          <w:b/>
        </w:rPr>
        <w:t xml:space="preserve">[18:36] </w:t>
      </w:r>
      <w:r>
        <w:t>ke puramn zehn aur ek doosre ke sath mil jul kar rehna.</w:t>
      </w:r>
    </w:p>
    <w:p>
      <w:pPr>
        <w:jc w:val="right"/>
      </w:pPr>
      <w:r>
        <w:t>کہ پُرامن ذہن اور ایک دوسرے کے ساتھ مل جل کر رہنا۔</w:t>
      </w:r>
    </w:p>
    <w:p>
      <w:r>
        <w:rPr>
          <w:b/>
        </w:rPr>
        <w:t xml:space="preserve">[18:40] </w:t>
      </w:r>
      <w:r>
        <w:t>adjust kar ke rehna.</w:t>
      </w:r>
    </w:p>
    <w:p>
      <w:pPr>
        <w:jc w:val="right"/>
      </w:pPr>
      <w:r>
        <w:t>ایڈجسٹ کر کے رہنا۔</w:t>
      </w:r>
    </w:p>
    <w:p>
      <w:r>
        <w:rPr>
          <w:b/>
        </w:rPr>
        <w:t xml:space="preserve">[18:43] </w:t>
      </w:r>
      <w:r>
        <w:t>ek doosre ke liye mufeed banna.</w:t>
      </w:r>
    </w:p>
    <w:p>
      <w:pPr>
        <w:jc w:val="right"/>
      </w:pPr>
      <w:r>
        <w:t>ایک دوسرے کے لیے مفید بننا۔</w:t>
      </w:r>
    </w:p>
    <w:p>
      <w:r>
        <w:rPr>
          <w:b/>
        </w:rPr>
        <w:t xml:space="preserve">[18:47] </w:t>
      </w:r>
      <w:r>
        <w:t>ek doosre ke liye bohat achhe partner banna.</w:t>
      </w:r>
    </w:p>
    <w:p>
      <w:pPr>
        <w:jc w:val="right"/>
      </w:pPr>
      <w:r>
        <w:t>ایک دوسرے کے لیے بہت اچھے پارٹنر بننا۔</w:t>
      </w:r>
    </w:p>
    <w:p>
      <w:r>
        <w:rPr>
          <w:b/>
        </w:rPr>
        <w:t xml:space="preserve">[18:51] </w:t>
      </w:r>
      <w:r>
        <w:t>ek doosre ke liye behtareen mashir banna yeh sab is mein shamil hai.</w:t>
      </w:r>
    </w:p>
    <w:p>
      <w:pPr>
        <w:jc w:val="right"/>
      </w:pPr>
      <w:r>
        <w:t>ایک دوسرے کے لیے بہترین مشیر بننا یہ سب اس میں شامل ہے۔</w:t>
      </w:r>
    </w:p>
    <w:p>
      <w:r>
        <w:rPr>
          <w:b/>
        </w:rPr>
        <w:t xml:space="preserve">[18:55] </w:t>
      </w:r>
      <w:r>
        <w:t>yeh hai Khuda ki scheme.</w:t>
      </w:r>
    </w:p>
    <w:p>
      <w:pPr>
        <w:jc w:val="right"/>
      </w:pPr>
      <w:r>
        <w:t>یہ ہے خدا کی اسکیم۔</w:t>
      </w:r>
    </w:p>
    <w:p>
      <w:r>
        <w:rPr>
          <w:b/>
        </w:rPr>
        <w:t xml:space="preserve">[18:58] </w:t>
      </w:r>
      <w:r>
        <w:t>to is scheme ko samne rakh kar jab aap zindagi ka naqsha ban</w:t>
      </w:r>
    </w:p>
    <w:p>
      <w:pPr>
        <w:jc w:val="right"/>
      </w:pPr>
      <w:r>
        <w:t>تو اس اسکیم کو سامنے رکھ کر جب آپ زندگی کا نقشہ بن</w:t>
      </w:r>
    </w:p>
    <w:p>
      <w:r>
        <w:rPr>
          <w:b/>
        </w:rPr>
        <w:t xml:space="preserve">[19:02] </w:t>
      </w:r>
      <w:r>
        <w:t>ayenge to tab hi woh naqsha sahi hoga.</w:t>
      </w:r>
    </w:p>
    <w:p>
      <w:pPr>
        <w:jc w:val="right"/>
      </w:pPr>
      <w:r>
        <w:t>ائیں گے تو تب ہی وہ نقشہ صحیح ہوگا۔</w:t>
      </w:r>
    </w:p>
    <w:p>
      <w:r>
        <w:rPr>
          <w:b/>
        </w:rPr>
        <w:t xml:space="preserve">[19:08] </w:t>
      </w:r>
      <w:r>
        <w:t>agar is scheme ko samne na rakha jaye, apne zehan se ek soch liya jaye. kuch.</w:t>
      </w:r>
    </w:p>
    <w:p>
      <w:pPr>
        <w:jc w:val="right"/>
      </w:pPr>
      <w:r>
        <w:t>اگر اس اسکیم کو سامنے نہ رکھا جائے، اپنے ذہن سے ایک سوچ لیا جائے۔ کچھ۔</w:t>
      </w:r>
    </w:p>
    <w:p>
      <w:r>
        <w:rPr>
          <w:b/>
        </w:rPr>
        <w:t xml:space="preserve">[19:15] </w:t>
      </w:r>
      <w:r>
        <w:t>to zehan se jo sochenge aap woh amli tajrube mein nakaam ho jayega.</w:t>
      </w:r>
    </w:p>
    <w:p>
      <w:pPr>
        <w:jc w:val="right"/>
      </w:pPr>
      <w:r>
        <w:t>تو ذہن سے جو سوچیں گے آپ وہ عملی تجربے میں ناکام ہو جائے گا۔</w:t>
      </w:r>
    </w:p>
    <w:p>
      <w:r>
        <w:rPr>
          <w:b/>
        </w:rPr>
        <w:t xml:space="preserve">[19:21] </w:t>
      </w:r>
      <w:r>
        <w:t>jaise misaal ke taur par maashi shobe mein bohat se islaah kar uthe duniya mein jinhone socha</w:t>
      </w:r>
    </w:p>
    <w:p>
      <w:pPr>
        <w:jc w:val="right"/>
      </w:pPr>
      <w:r>
        <w:t>جیسے مثال کے طور پر معاشی شعبے میں بہت سے اصلاح کار اٹھے دنیا میں جنہوں نے سوچا</w:t>
      </w:r>
    </w:p>
    <w:p>
      <w:r>
        <w:rPr>
          <w:b/>
        </w:rPr>
        <w:t xml:space="preserve">[19:27] </w:t>
      </w:r>
      <w:r>
        <w:t>ke maashi masawaat</w:t>
      </w:r>
    </w:p>
    <w:p>
      <w:pPr>
        <w:jc w:val="right"/>
      </w:pPr>
      <w:r>
        <w:t>کہ معاشی مساوات</w:t>
      </w:r>
    </w:p>
    <w:p>
      <w:r>
        <w:rPr>
          <w:b/>
        </w:rPr>
        <w:t xml:space="preserve">[19:33] </w:t>
      </w:r>
      <w:r>
        <w:t>yeh khwab raha hai sankaron saal se logo ka. lekin maashi masawaat sirf ek ek khayali baat hai. kyun? jab fitrat sab ko barabar nahi paida kar rahi hai. kisi ko jismani taur par mazboot paida kar rahi hai, kisi ko jismani taur par kamzor paida kar rahi hai. kisi ka dimagh bohat zyada zabardast hai, kisi ka dimagh kam zabardast hai. koi bohat jazbati hai. yaani har aadmi mukhtalif hai. to aap maashi masa</w:t>
      </w:r>
    </w:p>
    <w:p>
      <w:pPr>
        <w:jc w:val="right"/>
      </w:pPr>
      <w:r>
        <w:t>یہ خواب رہا ہے سینکڑوں سال سے لوگوں کا۔ لیکن معاشی مساوات صرف ایک ایک خیالی بات ہے۔ کیوں؟ جب فطرت سب کو برابر نہیں پیدا کر رہی ہے۔ کسی کو جسمانی طور پر مضبوط پیدا کر رہی ہے، کسی کو جسمانی طور پر کمزور پیدا کر رہی ہے۔ کسی کا دماغ بہت زیادہ زبردست ہے، کسی کا دماغ کم زبردست ہے۔ کوئی بہت جذباتی ہے۔ یعنی ہر آدمی مختلف ہے۔ تو آپ معاشی مسا</w:t>
      </w:r>
    </w:p>
    <w:p>
      <w:r>
        <w:rPr>
          <w:b/>
        </w:rPr>
        <w:t xml:space="preserve">[20:03] </w:t>
      </w:r>
      <w:r>
        <w:t>waat kaise layenge? to yeh fitrat ke mutabiq nahi hai.</w:t>
      </w:r>
    </w:p>
    <w:p>
      <w:pPr>
        <w:jc w:val="right"/>
      </w:pPr>
      <w:r>
        <w:t>وات کیسے لائیں گے؟ تو یہ فطرت کے مطابق نہیں ہے۔</w:t>
      </w:r>
    </w:p>
    <w:p>
      <w:r>
        <w:rPr>
          <w:b/>
        </w:rPr>
        <w:t xml:space="preserve">[20:08] </w:t>
      </w:r>
      <w:r>
        <w:t>aur doosri baat yeh hai ke fitrat ne jo adam masawaat rakhi hai maashi shobe mein woh koi</w:t>
      </w:r>
    </w:p>
    <w:p>
      <w:pPr>
        <w:jc w:val="right"/>
      </w:pPr>
      <w:r>
        <w:t>اور دوسری بات یہ ہے کہ فطرت نے جو عدم مساوات رکھی ہے معاشی شعبے میں وہ کوئی</w:t>
      </w:r>
    </w:p>
    <w:p>
      <w:r>
        <w:rPr>
          <w:b/>
        </w:rPr>
        <w:t xml:space="preserve">[20:14] </w:t>
      </w:r>
      <w:r>
        <w:t>burai nahi hai.</w:t>
      </w:r>
    </w:p>
    <w:p>
      <w:pPr>
        <w:jc w:val="right"/>
      </w:pPr>
      <w:r>
        <w:t>برائی نہیں ہے۔</w:t>
      </w:r>
    </w:p>
    <w:p>
      <w:r>
        <w:rPr>
          <w:b/>
        </w:rPr>
        <w:t xml:space="preserve">[20:19] </w:t>
      </w:r>
      <w:r>
        <w:t>isi se challenge paida hota hai.</w:t>
      </w:r>
    </w:p>
    <w:p>
      <w:pPr>
        <w:jc w:val="right"/>
      </w:pPr>
      <w:r>
        <w:t>اسی سے چیلنج پیدا ہوتا ہے۔</w:t>
      </w:r>
    </w:p>
    <w:p>
      <w:r>
        <w:rPr>
          <w:b/>
        </w:rPr>
        <w:t xml:space="preserve">[20:24] </w:t>
      </w:r>
      <w:r>
        <w:t>agar maashi shobe mein adam masawaat na ho to kya hoga? challenge nahi hoga, muqabla nahi hoga.</w:t>
      </w:r>
    </w:p>
    <w:p>
      <w:pPr>
        <w:jc w:val="right"/>
      </w:pPr>
      <w:r>
        <w:t>اگر معاشی شعبے میں عدم مساوات نہ ہو تو کیا ہوگا؟ چیلنج نہیں ہوگا، مقابلہ نہیں ہوگا۔</w:t>
      </w:r>
    </w:p>
    <w:p>
      <w:r>
        <w:rPr>
          <w:b/>
        </w:rPr>
        <w:t xml:space="preserve">[20:29] </w:t>
      </w:r>
      <w:r>
        <w:t>to taraqqi kaise hogi? isi liye main kaha karta hoon ke</w:t>
      </w:r>
    </w:p>
    <w:p>
      <w:pPr>
        <w:jc w:val="right"/>
      </w:pPr>
      <w:r>
        <w:t>تو ترقی کیسے ہوگی؟ اسی لیے میں کہا کرتا ہوں کہ</w:t>
      </w:r>
    </w:p>
    <w:p>
      <w:r>
        <w:rPr>
          <w:b/>
        </w:rPr>
        <w:t xml:space="preserve">[20:35] </w:t>
      </w:r>
      <w:r>
        <w:t>sankaron saal se hamare saare mufakkir aur islaah kar yeh sochte rahe hain ke ke haves aur have nots mein bantate rahe hain insaniyat ko. kuch haves hain, kuch have nots. mere nazdeek yeh jhooti taqseem hai. jhooti taqseem hai. sahi taqseem yeh hai kuch potential haves hain, kuch haqeeqi haves hain. jaise hamare doctor abdul karim jo hamare sader hain. bachpan mein</w:t>
      </w:r>
    </w:p>
    <w:p>
      <w:pPr>
        <w:jc w:val="right"/>
      </w:pPr>
      <w:r>
        <w:t>سینکڑوں سال سے ہمارے سارے مفکر اور اصلاح کار یہ سوچتے رہے ہیں کہ کہ ہائیوز اور ہائیو ناٹس میں بانٹتے رہے ہیں انسانیت کو۔ کچھ ہائیوز ہیں، کچھ ہائیو ناٹس۔ میرے نزدیک یہ جھوٹی تقسیم ہے۔ جھوٹی تقسیم ہے۔ صحیح تقسیم یہ ہے کچھ پوٹینشل ہائیوز ہیں، کچھ حقیقی ہائیوز ہیں۔ جیسے ہمارے ڈاکٹر عبدالکرام جو ہمارے صدر ہیں۔ بچپن میں</w:t>
      </w:r>
    </w:p>
    <w:p>
      <w:r>
        <w:rPr>
          <w:b/>
        </w:rPr>
        <w:t xml:space="preserve">[21:05] </w:t>
      </w:r>
      <w:r>
        <w:t>woh potential maene mein woh haves the. magar haqeeqi maene mein have nots the woh. ab aaj jo hai woh un ka potential haqeeqi ban chuka hai. woh have nots se nikal kar haves mein aa gaye hain. haves ki fehrist mein aa gaye hain woh. to zindagi mein yahi hota rehta hai. har aadmi koshish karta hai, daud karta hai, challenge ka samna karta hai aur aage badhta hai. isi liye fitrat ne barabari nahi rakhi. bar</w:t>
      </w:r>
    </w:p>
    <w:p>
      <w:pPr>
        <w:jc w:val="right"/>
      </w:pPr>
      <w:r>
        <w:t>وہ پوٹینشل معنی میں وہ ہائیوز تھے۔ مگر حقیقی معنی میں ہائیو ناٹس تھے وہ۔ اب آج جو ہے وہ ان کا پوٹینشل حقیقی بن چکا ہے۔ وہ ہائیو ناٹس سے نکل کر ہائیو میں آگئے ہیں۔ ہائیو کی فہرست میں آگئے ہیں وہ۔ تو زندگی میں یہی ہوتا رہتا ہے۔ ہر آدمی کوشش کرتا ہے، دوڑ کرتا ہے، چیلنج کا سامنا کرتا ہے اور آگے بڑھتا ہے۔ اسی لیے فطرت نے برابری نہیں رکھی۔ بر</w:t>
      </w:r>
    </w:p>
    <w:p>
      <w:r>
        <w:rPr>
          <w:b/>
        </w:rPr>
        <w:t xml:space="preserve">[21:35] </w:t>
      </w:r>
      <w:r>
        <w:t>abari hoti to zindagi ki sargarmian khatam ho jati.</w:t>
      </w:r>
    </w:p>
    <w:p>
      <w:pPr>
        <w:jc w:val="right"/>
      </w:pPr>
      <w:r>
        <w:t>ابری ہوتی تو زندگی کی سرگرمیاں ختم ہو جاتیں۔</w:t>
      </w:r>
    </w:p>
    <w:p>
      <w:r>
        <w:rPr>
          <w:b/>
        </w:rPr>
        <w:t xml:space="preserve">[21:40] </w:t>
      </w:r>
      <w:r>
        <w:t>zindagi ki sargarmion ko jari rakhne ke liye zaroori tha ke barabari na ho.</w:t>
      </w:r>
    </w:p>
    <w:p>
      <w:pPr>
        <w:jc w:val="right"/>
      </w:pPr>
      <w:r>
        <w:t>زندگی کی سرگرمیوں کو جاری رکھنے کے لیے ضروری تھا کہ برابری نہ ہو۔</w:t>
      </w:r>
    </w:p>
    <w:p>
      <w:r>
        <w:rPr>
          <w:b/>
        </w:rPr>
        <w:t xml:space="preserve">[21:45] </w:t>
      </w:r>
      <w:r>
        <w:t>ab aap jo sochte hain ke maashi masawaat to aap fitrat ke khilaf soch rahe hain.</w:t>
      </w:r>
    </w:p>
    <w:p>
      <w:pPr>
        <w:jc w:val="right"/>
      </w:pPr>
      <w:r>
        <w:t>اب آپ جو سوچتے ہیں کہ معاشی مساوات تو آپ فطرت کے خلاف سوچ رہے ہیں۔</w:t>
      </w:r>
    </w:p>
    <w:p>
      <w:r>
        <w:rPr>
          <w:b/>
        </w:rPr>
        <w:t xml:space="preserve">[21:50] </w:t>
      </w:r>
      <w:r>
        <w:t>jo hone wali nahi hai.</w:t>
      </w:r>
    </w:p>
    <w:p>
      <w:pPr>
        <w:jc w:val="right"/>
      </w:pPr>
      <w:r>
        <w:t>جو ہونے والی نہیں ہے۔</w:t>
      </w:r>
    </w:p>
    <w:p>
      <w:r>
        <w:rPr>
          <w:b/>
        </w:rPr>
        <w:t xml:space="preserve">[21:55] </w:t>
      </w:r>
      <w:r>
        <w:t>kaise hogi? jab fitrat ki scheme hi woh na ho to kaise ho jayegi? yahan main aap</w:t>
      </w:r>
    </w:p>
    <w:p>
      <w:pPr>
        <w:jc w:val="right"/>
      </w:pPr>
      <w:r>
        <w:t>کیسے ہوگی؟ جب فطرت کی اسکیم ہی وہ نہ ہو تو کیسے ہو جائے گی؟ یہاں میں آپ</w:t>
      </w:r>
    </w:p>
    <w:p>
      <w:r>
        <w:rPr>
          <w:b/>
        </w:rPr>
        <w:t xml:space="preserve">[22:00] </w:t>
      </w:r>
      <w:r>
        <w:t>ko tareekh ki ek misaal dena chahunga</w:t>
      </w:r>
    </w:p>
    <w:p>
      <w:pPr>
        <w:jc w:val="right"/>
      </w:pPr>
      <w:r>
        <w:t>کو تاریخ کی ایک مثال دینا چاہوں گا</w:t>
      </w:r>
    </w:p>
    <w:p>
      <w:r>
        <w:rPr>
          <w:b/>
        </w:rPr>
        <w:t xml:space="preserve">[22:05] </w:t>
      </w:r>
      <w:r>
        <w:t>ke kisi aurat ne kis tarah apne potential ko istemal kar ke bohat bada kaam kiya. mere mutale ke mutabiq aisi auraten bohat kam hain. kyun ke beshtar auraten wahi hain ke apne aap pe jeeti hain aur mar jati hain. apne aap pe jeeti hain aur mar jati hain. woh yeh janne ki koshish nahi karti ke law of nature kya hai. fitrat ke mutabiq un ka potential kya hai. yeh janne ki koshish nahi karti. ghalati yeh hai ke woh</w:t>
      </w:r>
    </w:p>
    <w:p>
      <w:pPr>
        <w:jc w:val="right"/>
      </w:pPr>
      <w:r>
        <w:t>کہ کسی عورت نے کس طرح اپنے پوٹینشل کو استعمال کر کے بہت بڑا کام کیا۔ میرے مطالعے کے مطابق ایسی عورتیں بہت کم ہیں۔ کیوں کہ بیشتر عورتیں وہی ہیں کہ اپنے آپ پہ جیتی ہیں اور مر جاتی ہیں۔ اپنے آپ پہ جیتی ہیں اور مر جاتی ہیں۔ وہ یہ جاننے کی کوشش نہیں کرتی کہ لاء آف نیچر کیا ہے۔ فطرت کے مطابق ان کا پوٹینشل کیا ہے۔ یہ جاننے کی کوشش نہیں کرتی۔ غلطی یہ ہے کہ وہ</w:t>
      </w:r>
    </w:p>
    <w:p>
      <w:r>
        <w:rPr>
          <w:b/>
        </w:rPr>
        <w:t xml:space="preserve">[22:35] </w:t>
      </w:r>
      <w:r>
        <w:t>aise hi jeeti hain, aise hi mar jati hain.</w:t>
      </w:r>
    </w:p>
    <w:p>
      <w:pPr>
        <w:jc w:val="right"/>
      </w:pPr>
      <w:r>
        <w:t>ایسے ہی جیتی ہیں، ایسے ہی مر جاتی ہیں۔</w:t>
      </w:r>
    </w:p>
    <w:p>
      <w:r>
        <w:rPr>
          <w:b/>
        </w:rPr>
        <w:t xml:space="preserve">[22:39] </w:t>
      </w:r>
      <w:r>
        <w:t>to main do misalein aap ko pesh karna chahta hoon yahan par.</w:t>
      </w:r>
    </w:p>
    <w:p>
      <w:pPr>
        <w:jc w:val="right"/>
      </w:pPr>
      <w:r>
        <w:t>تو میں دو مثالیں آپ کو پیش کرنا چاہتا ہوں یہاں پر۔</w:t>
      </w:r>
    </w:p>
    <w:p>
      <w:r>
        <w:rPr>
          <w:b/>
        </w:rPr>
        <w:t xml:space="preserve">[22:42] </w:t>
      </w:r>
      <w:r>
        <w:t>ek misaal hai Thomas Alva Edison ki.</w:t>
      </w:r>
    </w:p>
    <w:p>
      <w:pPr>
        <w:jc w:val="right"/>
      </w:pPr>
      <w:r>
        <w:t>ایک مثال ہے تھامس الوا ایڈیسن کی۔</w:t>
      </w:r>
    </w:p>
    <w:p>
      <w:r>
        <w:rPr>
          <w:b/>
        </w:rPr>
        <w:t xml:space="preserve">[22:46] </w:t>
      </w:r>
      <w:r>
        <w:t>yeh America ka scientist tha jis ki maut hui hai 1931 mein. 1931 mein.</w:t>
      </w:r>
    </w:p>
    <w:p>
      <w:pPr>
        <w:jc w:val="right"/>
      </w:pPr>
      <w:r>
        <w:t>یہ امریکہ کا سائنسدان تھا جس کی موت ہوئی ہے 1931 میں۔ 1931 میں۔</w:t>
      </w:r>
    </w:p>
    <w:p>
      <w:r>
        <w:rPr>
          <w:b/>
        </w:rPr>
        <w:t xml:space="preserve">[22:50] </w:t>
      </w:r>
      <w:r>
        <w:t>thomas alva edison.</w:t>
      </w:r>
    </w:p>
    <w:p>
      <w:pPr>
        <w:jc w:val="right"/>
      </w:pPr>
      <w:r>
        <w:t>تھامس الوا ایڈیسن۔</w:t>
      </w:r>
    </w:p>
    <w:p>
      <w:r>
        <w:rPr>
          <w:b/>
        </w:rPr>
        <w:t xml:space="preserve">[22:54] </w:t>
      </w:r>
      <w:r>
        <w:t>aap jante hain ke yeh bohat hi bara mojid mana jata hai.</w:t>
      </w:r>
    </w:p>
    <w:p>
      <w:pPr>
        <w:jc w:val="right"/>
      </w:pPr>
      <w:r>
        <w:t>آپ جانتے ہیں کہ یہ بہت ہی بڑا موجد مانا جاتا ہے۔</w:t>
      </w:r>
    </w:p>
    <w:p>
      <w:r>
        <w:rPr>
          <w:b/>
        </w:rPr>
        <w:t xml:space="preserve">[22:57] </w:t>
      </w:r>
      <w:r>
        <w:t>shayad sab se bara.</w:t>
      </w:r>
    </w:p>
    <w:p>
      <w:pPr>
        <w:jc w:val="right"/>
      </w:pPr>
      <w:r>
        <w:t>شاید سب سے بڑا۔</w:t>
      </w:r>
    </w:p>
    <w:p>
      <w:r>
        <w:rPr>
          <w:b/>
        </w:rPr>
        <w:t xml:space="preserve">[23:01] </w:t>
      </w:r>
      <w:r>
        <w:t>kyun ke is ke ej</w:t>
      </w:r>
    </w:p>
    <w:p>
      <w:pPr>
        <w:jc w:val="right"/>
      </w:pPr>
      <w:r>
        <w:t>کیوں کہ اس کے ایج</w:t>
      </w:r>
    </w:p>
    <w:p>
      <w:r>
        <w:rPr>
          <w:b/>
        </w:rPr>
        <w:t xml:space="preserve">[23:05] </w:t>
      </w:r>
      <w:r>
        <w:t>adat ki tadad aik hazar se zyada hai.</w:t>
      </w:r>
    </w:p>
    <w:p>
      <w:pPr>
        <w:jc w:val="right"/>
      </w:pPr>
      <w:r>
        <w:t>ادات کی تعداد ایک ہزار سے زیادہ ہے۔</w:t>
      </w:r>
    </w:p>
    <w:p>
      <w:r>
        <w:rPr>
          <w:b/>
        </w:rPr>
        <w:t xml:space="preserve">[23:09] </w:t>
      </w:r>
      <w:r>
        <w:t>bohat zyada cheezein is ne ijad keen.</w:t>
      </w:r>
    </w:p>
    <w:p>
      <w:pPr>
        <w:jc w:val="right"/>
      </w:pPr>
      <w:r>
        <w:t>بہت زیادہ چیزیں اس نے ایجاد کیں۔</w:t>
      </w:r>
    </w:p>
    <w:p>
      <w:r>
        <w:rPr>
          <w:b/>
        </w:rPr>
        <w:t xml:space="preserve">[23:14] </w:t>
      </w:r>
      <w:r>
        <w:t>aik hazar se zyada ya aik so se zyada mein abhi bhool raha hoon.</w:t>
      </w:r>
    </w:p>
    <w:p>
      <w:pPr>
        <w:jc w:val="right"/>
      </w:pPr>
      <w:r>
        <w:t>ایک ہزار سے زیادہ یا ایک سو سے زیادہ میں ابھی بھول رہا ہوں۔</w:t>
      </w:r>
    </w:p>
    <w:p>
      <w:r>
        <w:rPr>
          <w:b/>
        </w:rPr>
        <w:t xml:space="preserve">[23:18] </w:t>
      </w:r>
      <w:r>
        <w:t>ya to aik so se zyada ya aik hazar se zyada.</w:t>
      </w:r>
    </w:p>
    <w:p>
      <w:pPr>
        <w:jc w:val="right"/>
      </w:pPr>
      <w:r>
        <w:t>یا تو ایک سو سے زیادہ یا ایک ہزار سے زیادہ۔</w:t>
      </w:r>
    </w:p>
    <w:p>
      <w:r>
        <w:rPr>
          <w:b/>
        </w:rPr>
        <w:t xml:space="preserve">[23:22] </w:t>
      </w:r>
      <w:r>
        <w:t>beh-haal bohat zyada hain woh.</w:t>
      </w:r>
    </w:p>
    <w:p>
      <w:pPr>
        <w:jc w:val="right"/>
      </w:pPr>
      <w:r>
        <w:t>بہرحال بہت زیادہ ہیں وہ۔</w:t>
      </w:r>
    </w:p>
    <w:p>
      <w:r>
        <w:rPr>
          <w:b/>
        </w:rPr>
        <w:t xml:space="preserve">[23:26] </w:t>
      </w:r>
      <w:r>
        <w:t>is ko aap dekh lijiyega.</w:t>
      </w:r>
    </w:p>
    <w:p>
      <w:pPr>
        <w:jc w:val="right"/>
      </w:pPr>
      <w:r>
        <w:t>اس کو آپ دیکھ لیجیئے گا۔</w:t>
      </w:r>
    </w:p>
    <w:p>
      <w:r>
        <w:rPr>
          <w:b/>
        </w:rPr>
        <w:t xml:space="preserve">[23:31] </w:t>
      </w:r>
      <w:r>
        <w:t>to kya hua? thomas alva edison jo tha school mein parhta tha aur ustad ne is ko nikal diya.</w:t>
      </w:r>
    </w:p>
    <w:p>
      <w:pPr>
        <w:jc w:val="right"/>
      </w:pPr>
      <w:r>
        <w:t>تو کیا ہوا؟ تھامس الوا ایڈیسن جو تھا اسکول میں پڑھتا تھا اور استاد نے اس کو نکال دیا۔</w:t>
      </w:r>
    </w:p>
    <w:p>
      <w:r>
        <w:rPr>
          <w:b/>
        </w:rPr>
        <w:t xml:space="preserve">[23:35] </w:t>
      </w:r>
      <w:r>
        <w:t>kyun? is ko is ne samjha ke yeh retarder bachcha hai. aik kaan se woh sun nahin sakta tha. doosre kaan se bhi thoda kam hi sunta tha. to kam sunne ko unhon ne samjha ke retarder bachcha hai, is ko nikal diya. aur phir is ka is ko kisi school mein dakhila nahin mila. yahi insaan jo hai woh thomas alva edison bana. jis ne yeh ab yeh jo bulb aap gharon mein jalte hain, safed bulb.</w:t>
      </w:r>
    </w:p>
    <w:p>
      <w:pPr>
        <w:jc w:val="right"/>
      </w:pPr>
      <w:r>
        <w:t>کیوں؟ اس کو اس نے سمجھا کہ یہ ریٹارڈر بچہ ہے۔ ایک کان سے وہ سن نہیں سکتا تھا۔ دوسرے کان سے بھی تھوڑا کم ہی سنتا تھا۔ تو کم سننے کو انہوں نے سمجھا کہ ریٹارڈر بچہ ہے، اس کو نکال دیا۔ اور پھر اس کا اس کو کسی اسکول میں داخلہ نہیں ملا۔ یہی انسان جو ہے وہ تھامس الوا ایڈیسن بنا۔ جس نے یہ اب یہ جو بلب آپ گھروں میں جلتے ہیں، سفید بلب۔</w:t>
      </w:r>
    </w:p>
    <w:p>
      <w:r>
        <w:rPr>
          <w:b/>
        </w:rPr>
        <w:t xml:space="preserve">[24:05] </w:t>
      </w:r>
      <w:r>
        <w:t>yeh safed bulb isi edison ne banaya tha.</w:t>
      </w:r>
    </w:p>
    <w:p>
      <w:pPr>
        <w:jc w:val="right"/>
      </w:pPr>
      <w:r>
        <w:t>یہ سفید بلب اسی ایڈیسن نے بنایا تھا۔</w:t>
      </w:r>
    </w:p>
    <w:p>
      <w:r>
        <w:rPr>
          <w:b/>
        </w:rPr>
        <w:t xml:space="preserve">[24:09] </w:t>
      </w:r>
      <w:r>
        <w:t>aur sari dunya mein aap dekhte hain safed bulb.</w:t>
      </w:r>
    </w:p>
    <w:p>
      <w:pPr>
        <w:jc w:val="right"/>
      </w:pPr>
      <w:r>
        <w:t>اور ساری دنیا میں آپ دیکھتے ہیں سفید بلب۔</w:t>
      </w:r>
    </w:p>
    <w:p>
      <w:r>
        <w:rPr>
          <w:b/>
        </w:rPr>
        <w:t xml:space="preserve">[24:13] </w:t>
      </w:r>
      <w:r>
        <w:t>jis ko mercury bulb kaha jata hai.</w:t>
      </w:r>
    </w:p>
    <w:p>
      <w:pPr>
        <w:jc w:val="right"/>
      </w:pPr>
      <w:r>
        <w:t>جس کو مرکری بلب کہا جاتا ہے۔</w:t>
      </w:r>
    </w:p>
    <w:p>
      <w:r>
        <w:rPr>
          <w:b/>
        </w:rPr>
        <w:t xml:space="preserve">[24:16] </w:t>
      </w:r>
      <w:r>
        <w:t>yeh sab edison ne banaya tha.</w:t>
      </w:r>
    </w:p>
    <w:p>
      <w:pPr>
        <w:jc w:val="right"/>
      </w:pPr>
      <w:r>
        <w:t>یہ سب ایڈیسن نے بنایا تھا۔</w:t>
      </w:r>
    </w:p>
    <w:p>
      <w:r>
        <w:rPr>
          <w:b/>
        </w:rPr>
        <w:t xml:space="preserve">[24:20] </w:t>
      </w:r>
      <w:r>
        <w:t>aur bohat sari cheezein, bohat sari cheezein.</w:t>
      </w:r>
    </w:p>
    <w:p>
      <w:pPr>
        <w:jc w:val="right"/>
      </w:pPr>
      <w:r>
        <w:t>اور بہت ساری چیزیں، بہت ساری چیزیں۔</w:t>
      </w:r>
    </w:p>
    <w:p>
      <w:r>
        <w:rPr>
          <w:b/>
        </w:rPr>
        <w:t xml:space="preserve">[24:24] </w:t>
      </w:r>
      <w:r>
        <w:t>to kya hua? is ki maan thi, is ka naam tha nancy. miss nancy.</w:t>
      </w:r>
    </w:p>
    <w:p>
      <w:pPr>
        <w:jc w:val="right"/>
      </w:pPr>
      <w:r>
        <w:t>تو کیا ہوا؟ اس کی ماں تھی، اس کا نام تھا نینسی۔ مس نینسی۔</w:t>
      </w:r>
    </w:p>
    <w:p>
      <w:r>
        <w:rPr>
          <w:b/>
        </w:rPr>
        <w:t xml:space="preserve">[24:28] </w:t>
      </w:r>
      <w:r>
        <w:t>nancy aik ustad thi.</w:t>
      </w:r>
    </w:p>
    <w:p>
      <w:pPr>
        <w:jc w:val="right"/>
      </w:pPr>
      <w:r>
        <w:t>نینسی ایک استاد تھی۔</w:t>
      </w:r>
    </w:p>
    <w:p>
      <w:r>
        <w:rPr>
          <w:b/>
        </w:rPr>
        <w:t xml:space="preserve">[24:31] </w:t>
      </w:r>
      <w:r>
        <w:t>jab is ne dekha ke mere bachay ko kahin edison, kahin dakhla milne wala nahi</w:t>
      </w:r>
    </w:p>
    <w:p>
      <w:pPr>
        <w:jc w:val="right"/>
      </w:pPr>
      <w:r>
        <w:t>جب اس نے دیکھا کہ میرے بچے کو کہیں ایڈیسن، کہیں داخلہ ملنے والا نہیں</w:t>
      </w:r>
    </w:p>
    <w:p>
      <w:r>
        <w:rPr>
          <w:b/>
        </w:rPr>
        <w:t xml:space="preserve">[24:35] </w:t>
      </w:r>
      <w:r>
        <w:t>hai.</w:t>
      </w:r>
    </w:p>
    <w:p>
      <w:pPr>
        <w:jc w:val="right"/>
      </w:pPr>
      <w:r>
        <w:t>ہے۔</w:t>
      </w:r>
    </w:p>
    <w:p>
      <w:r>
        <w:rPr>
          <w:b/>
        </w:rPr>
        <w:t xml:space="preserve">[24:39] </w:t>
      </w:r>
      <w:r>
        <w:t>unhon ne ailan kar diya retarder hai woh.</w:t>
      </w:r>
    </w:p>
    <w:p>
      <w:pPr>
        <w:jc w:val="right"/>
      </w:pPr>
      <w:r>
        <w:t>انہوں نے اعلان کر دیا ریٹارڈر ہے وہ۔</w:t>
      </w:r>
    </w:p>
    <w:p>
      <w:r>
        <w:rPr>
          <w:b/>
        </w:rPr>
        <w:t xml:space="preserve">[24:43] </w:t>
      </w:r>
      <w:r>
        <w:t>lekin is ne dekha ke yeh zeheen bachha hai.</w:t>
      </w:r>
    </w:p>
    <w:p>
      <w:pPr>
        <w:jc w:val="right"/>
      </w:pPr>
      <w:r>
        <w:t>لیکن اس نے دیکھا کہ یہ ذہین بچہ ہے۔</w:t>
      </w:r>
    </w:p>
    <w:p>
      <w:r>
        <w:rPr>
          <w:b/>
        </w:rPr>
        <w:t xml:space="preserve">[24:47] </w:t>
      </w:r>
      <w:r>
        <w:t>aisa nahi hai ke woh is ke andar zehn na ho.</w:t>
      </w:r>
    </w:p>
    <w:p>
      <w:pPr>
        <w:jc w:val="right"/>
      </w:pPr>
      <w:r>
        <w:t>ایسا نہیں ہے کہ وہ اس کے اندر ذہن نہ ہو۔</w:t>
      </w:r>
    </w:p>
    <w:p>
      <w:r>
        <w:rPr>
          <w:b/>
        </w:rPr>
        <w:t xml:space="preserve">[24:51] </w:t>
      </w:r>
      <w:r>
        <w:t>to apne sare tawajjuh is ne bachay par laga di.</w:t>
      </w:r>
    </w:p>
    <w:p>
      <w:pPr>
        <w:jc w:val="right"/>
      </w:pPr>
      <w:r>
        <w:t>تو اپنے سارے توجہ اس نے بچے پر لگا دی۔</w:t>
      </w:r>
    </w:p>
    <w:p>
      <w:r>
        <w:rPr>
          <w:b/>
        </w:rPr>
        <w:t xml:space="preserve">[24:56] </w:t>
      </w:r>
      <w:r>
        <w:t>sab se pehle is ke andar seekhne ka shauq paida kiya.</w:t>
      </w:r>
    </w:p>
    <w:p>
      <w:pPr>
        <w:jc w:val="right"/>
      </w:pPr>
      <w:r>
        <w:t>سب سے پہلے اس کے اندر سیکھنے کا شوق پیدا کیا۔</w:t>
      </w:r>
    </w:p>
    <w:p>
      <w:r>
        <w:rPr>
          <w:b/>
        </w:rPr>
        <w:t xml:space="preserve">[25:00] </w:t>
      </w:r>
      <w:r>
        <w:t>woh kehta hai ke seekhne ka shauq sab se pehle meri maan ne mere andar paida kiya.</w:t>
      </w:r>
    </w:p>
    <w:p>
      <w:pPr>
        <w:jc w:val="right"/>
      </w:pPr>
      <w:r>
        <w:t>وہ کہتا ہے کہ سیکھنے کا شوق سب سے پہلے میری ماں نے میرے اندر پیدا کیا۔</w:t>
      </w:r>
    </w:p>
    <w:p>
      <w:r>
        <w:rPr>
          <w:b/>
        </w:rPr>
        <w:t xml:space="preserve">[25:04] </w:t>
      </w:r>
      <w:r>
        <w:t>warna mein jaanta nahi tha ke seekhna bhi koi aham cheez hai.</w:t>
      </w:r>
    </w:p>
    <w:p>
      <w:pPr>
        <w:jc w:val="right"/>
      </w:pPr>
      <w:r>
        <w:t>ورنہ میں جانتا نہیں تھا کہ سیکھنا بھی کوئی اہم چیز ہے۔</w:t>
      </w:r>
    </w:p>
    <w:p>
      <w:r>
        <w:rPr>
          <w:b/>
        </w:rPr>
        <w:t xml:space="preserve">[25:08] </w:t>
      </w:r>
      <w:r>
        <w:t>aur is ke baad us ko parhaya.</w:t>
      </w:r>
    </w:p>
    <w:p>
      <w:pPr>
        <w:jc w:val="right"/>
      </w:pPr>
      <w:r>
        <w:t>اور اس کے بعد اس کو پڑھایا۔</w:t>
      </w:r>
    </w:p>
    <w:p>
      <w:r>
        <w:rPr>
          <w:b/>
        </w:rPr>
        <w:t xml:space="preserve">[25:14] </w:t>
      </w:r>
      <w:r>
        <w:t>is ke liye kitabein laayein, us ko angrezi mein acha banaya.</w:t>
      </w:r>
    </w:p>
    <w:p>
      <w:pPr>
        <w:jc w:val="right"/>
      </w:pPr>
      <w:r>
        <w:t>اس کے لیے کتابیں لائیں، اس کو انگریزی میں اچھا بنایا۔</w:t>
      </w:r>
    </w:p>
    <w:p>
      <w:r>
        <w:rPr>
          <w:b/>
        </w:rPr>
        <w:t xml:space="preserve">[25:21] </w:t>
      </w:r>
      <w:r>
        <w:t>is ke liye library banai ghar ke andar.</w:t>
      </w:r>
    </w:p>
    <w:p>
      <w:pPr>
        <w:jc w:val="right"/>
      </w:pPr>
      <w:r>
        <w:t>اس کے لیے لائبریری بنائی گھر کے اندر۔</w:t>
      </w:r>
    </w:p>
    <w:p>
      <w:r>
        <w:rPr>
          <w:b/>
        </w:rPr>
        <w:t xml:space="preserve">[25:28] </w:t>
      </w:r>
      <w:r>
        <w:t>bohat kuch karti rahi.</w:t>
      </w:r>
    </w:p>
    <w:p>
      <w:pPr>
        <w:jc w:val="right"/>
      </w:pPr>
      <w:r>
        <w:t>بہت کچھ کرتی رہی۔</w:t>
      </w:r>
    </w:p>
    <w:p>
      <w:r>
        <w:rPr>
          <w:b/>
        </w:rPr>
        <w:t xml:space="preserve">[25:35] </w:t>
      </w:r>
      <w:r>
        <w:t>isi liye Edison ne kaha hai apni maan ke baray mein ke peechay meri tamam kamiyabiyon ke peechay</w:t>
      </w:r>
    </w:p>
    <w:p>
      <w:pPr>
        <w:jc w:val="right"/>
      </w:pPr>
      <w:r>
        <w:t>اسی لیے ایڈیسن نے کہا ہے اپنی ماں کے بارے میں کہ پیچھے میری تمام کامیابیوں کے پیچھے</w:t>
      </w:r>
    </w:p>
    <w:p>
      <w:r>
        <w:rPr>
          <w:b/>
        </w:rPr>
        <w:t xml:space="preserve">[25:41] </w:t>
      </w:r>
      <w:r>
        <w:t>meri maa hi wahid zariya hai peechay meri tamam kamyabiyon ke peechay. meri maa hi sab se bara zariya hai. meri maa hi zariya hai peechay meri tamam kamyabiyon ke peechay. to is ne yahan par dekhiye. mein aksar sochta hoon ke agar woh bachcha is ka khoobsurat bachcha hota to shayad yeh bhi na hota. kyun ke khoobsurat bachche ko khilona lati hai, chocolate khilat</w:t>
      </w:r>
    </w:p>
    <w:p>
      <w:pPr>
        <w:jc w:val="right"/>
      </w:pPr>
      <w:r>
        <w:t>میری ماں ہی واحد ذریعہ ہے پیچھے میری تمام کامیابیوں کے پیچھے۔ میری ماں ہی سب سے بڑا ذریعہ ہے۔ میری ماں ہی ذریعہ ہے پیچھے میری تمام کامیابیوں کے پیچھے۔ تو اس نے یہاں پر دیکھیے۔ میں اکثر سوچتا ہوں کہ اگر وہ بچہ اس کا خوبصورت بچہ ہوتا تو شاید یہ بھی نہ ہوتا۔ کیوں کہ خوبصورت بچے کو کھلونا لاتی ہے، چاکلیٹ کھلات</w:t>
      </w:r>
    </w:p>
    <w:p>
      <w:r>
        <w:rPr>
          <w:b/>
        </w:rPr>
        <w:t xml:space="preserve">[26:11] </w:t>
      </w:r>
      <w:r>
        <w:t>hai.</w:t>
      </w:r>
    </w:p>
    <w:p>
      <w:pPr>
        <w:jc w:val="right"/>
      </w:pPr>
      <w:r>
        <w:t>ی ہے۔</w:t>
      </w:r>
    </w:p>
    <w:p>
      <w:r>
        <w:rPr>
          <w:b/>
        </w:rPr>
        <w:t xml:space="preserve">[26:15] </w:t>
      </w:r>
      <w:r>
        <w:t>jaisa ke Maazuddin Dakshya ka qissa mein ne bayan kiya aap ki khidmat mein.</w:t>
      </w:r>
    </w:p>
    <w:p>
      <w:pPr>
        <w:jc w:val="right"/>
      </w:pPr>
      <w:r>
        <w:t>جیسا کہ معاذ الدین دکشے کا قصہ میں نے بیان کیا آپ کی خدمت میں۔</w:t>
      </w:r>
    </w:p>
    <w:p>
      <w:r>
        <w:rPr>
          <w:b/>
        </w:rPr>
        <w:t xml:space="preserve">[26:19] </w:t>
      </w:r>
      <w:r>
        <w:t>apne khoobsurat bachon ke liye woh apne ko fana ki hui hai.</w:t>
      </w:r>
    </w:p>
    <w:p>
      <w:pPr>
        <w:jc w:val="right"/>
      </w:pPr>
      <w:r>
        <w:t>اپنے خوبصورت بچوں کے لیے وہ اپنے کو فنا کی ہوئی ہے۔</w:t>
      </w:r>
    </w:p>
    <w:p>
      <w:r>
        <w:rPr>
          <w:b/>
        </w:rPr>
        <w:t xml:space="preserve">[26:23] </w:t>
      </w:r>
      <w:r>
        <w:t>woh bachcha bechara retarder tha, shakal surat bhi achi nahi thi.</w:t>
      </w:r>
    </w:p>
    <w:p>
      <w:pPr>
        <w:jc w:val="right"/>
      </w:pPr>
      <w:r>
        <w:t>وہ بچہ بیچارہ ریٹارڈر تھا، شکل صورت بھی اچھی نہیں تھی۔</w:t>
      </w:r>
    </w:p>
    <w:p>
      <w:r>
        <w:rPr>
          <w:b/>
        </w:rPr>
        <w:t xml:space="preserve">[26:27] </w:t>
      </w:r>
      <w:r>
        <w:t>toh us ko woh khilona aur toffee ka woh nahi ban saka.</w:t>
      </w:r>
    </w:p>
    <w:p>
      <w:pPr>
        <w:jc w:val="right"/>
      </w:pPr>
      <w:r>
        <w:t>تو اس کو وہ کھلونا اور ٹافی کا وہ نہیں بن سکا۔</w:t>
      </w:r>
    </w:p>
    <w:p>
      <w:r>
        <w:rPr>
          <w:b/>
        </w:rPr>
        <w:t xml:space="preserve">[26:31] </w:t>
      </w:r>
      <w:r>
        <w:t>balkeh us ne parhaya us ko.</w:t>
      </w:r>
    </w:p>
    <w:p>
      <w:pPr>
        <w:jc w:val="right"/>
      </w:pPr>
      <w:r>
        <w:t>بلکہ اس نے پڑھایا اس کو۔</w:t>
      </w:r>
    </w:p>
    <w:p>
      <w:r>
        <w:rPr>
          <w:b/>
        </w:rPr>
        <w:t xml:space="preserve">[26:35] </w:t>
      </w:r>
      <w:r>
        <w:t>aur parhate parhate us ko scientist bana diya.</w:t>
      </w:r>
    </w:p>
    <w:p>
      <w:pPr>
        <w:jc w:val="right"/>
      </w:pPr>
      <w:r>
        <w:t>اور پڑھاتے پڑھاتے اس کو سائنسدان بنا دیا۔</w:t>
      </w:r>
    </w:p>
    <w:p>
      <w:r>
        <w:rPr>
          <w:b/>
        </w:rPr>
        <w:t xml:space="preserve">[26:38] </w:t>
      </w:r>
      <w:r>
        <w:t>toh mein samajhta hoon ke yeh aik achi misaal hai tareekh mein ke aik aurat ne</w:t>
      </w:r>
    </w:p>
    <w:p>
      <w:pPr>
        <w:jc w:val="right"/>
      </w:pPr>
      <w:r>
        <w:t>تو میں سمجھتا ہوں کہ یہ ایک اچھی مثال ہے تاریخ میں کہ ایک عورت نے</w:t>
      </w:r>
    </w:p>
    <w:p>
      <w:r>
        <w:rPr>
          <w:b/>
        </w:rPr>
        <w:t xml:space="preserve">[26:42] </w:t>
      </w:r>
      <w:r>
        <w:t>aik retarder bachay ko jab apni hadaf banaya toh us ko aik bara scientist bana diya us ne.</w:t>
      </w:r>
    </w:p>
    <w:p>
      <w:pPr>
        <w:jc w:val="right"/>
      </w:pPr>
      <w:r>
        <w:t>ایک ریٹارڈر بچے کو جب اپنی ہدف بنایا تو اس کو ایک بڑا سائنسدان بنا دیا اس نے۔</w:t>
      </w:r>
    </w:p>
    <w:p>
      <w:r>
        <w:rPr>
          <w:b/>
        </w:rPr>
        <w:t xml:space="preserve">[26:50] </w:t>
      </w:r>
      <w:r>
        <w:t>aisi tareekh mein misalein bohat kam hain, mere ilm mein toh nahi hain.</w:t>
      </w:r>
    </w:p>
    <w:p>
      <w:pPr>
        <w:jc w:val="right"/>
      </w:pPr>
      <w:r>
        <w:t>ایسی تاریخ میں مثالیں بہت کم ہیں، میرے علم میں تو نہیں ہیں۔</w:t>
      </w:r>
    </w:p>
    <w:p>
      <w:r>
        <w:rPr>
          <w:b/>
        </w:rPr>
        <w:t xml:space="preserve">[26:58] </w:t>
      </w:r>
      <w:r>
        <w:t>lekin is mein aap dekh sakte hain ke kis tarah aik aurat apne potential ko insaniyat ki taameer</w:t>
      </w:r>
    </w:p>
    <w:p>
      <w:pPr>
        <w:jc w:val="right"/>
      </w:pPr>
      <w:r>
        <w:t>لیکن اس میں آپ دیکھ سکتے ہیں کہ کس طرح ایک عورت اپنے پوٹینشل کو انسانیت کی تعمیر</w:t>
      </w:r>
    </w:p>
    <w:p>
      <w:r>
        <w:rPr>
          <w:b/>
        </w:rPr>
        <w:t xml:space="preserve">[27:05] </w:t>
      </w:r>
      <w:r>
        <w:t>mein istemal kar sakti hai.</w:t>
      </w:r>
    </w:p>
    <w:p>
      <w:pPr>
        <w:jc w:val="right"/>
      </w:pPr>
      <w:r>
        <w:t>میں استعمال کر سکتی ہے۔</w:t>
      </w:r>
    </w:p>
    <w:p>
      <w:r>
        <w:rPr>
          <w:b/>
        </w:rPr>
        <w:t xml:space="preserve">[27:13] </w:t>
      </w:r>
      <w:r>
        <w:t>kis tarah insaniyat ki taraqqi mein woh insaan ke insaniyat ki taraqqi ke qaafley ko aage barha sakti hai.</w:t>
      </w:r>
    </w:p>
    <w:p>
      <w:pPr>
        <w:jc w:val="right"/>
      </w:pPr>
      <w:r>
        <w:t>کس طرح انسانیت کی ترقی میں وہ انسان کے انسانیت کی ترقی کے قافلے کو آگے بڑھا سکتی ہے۔</w:t>
      </w:r>
    </w:p>
    <w:p>
      <w:r>
        <w:rPr>
          <w:b/>
        </w:rPr>
        <w:t xml:space="preserve">[27:21] </w:t>
      </w:r>
      <w:r>
        <w:t>yeh sirf Miss Nancy hi ke liye mumkin nahi tha balkeh har aik ke liye mumkin hai.</w:t>
      </w:r>
    </w:p>
    <w:p>
      <w:pPr>
        <w:jc w:val="right"/>
      </w:pPr>
      <w:r>
        <w:t>یہ صرف مس نینسی ہی کے لیے ممکن نہیں تھا بلکہ ہر ایک کے لیے ممکن ہے۔</w:t>
      </w:r>
    </w:p>
    <w:p>
      <w:r>
        <w:rPr>
          <w:b/>
        </w:rPr>
        <w:t xml:space="preserve">[27:28] </w:t>
      </w:r>
      <w:r>
        <w:t>mein samajhta hoon ke har aurat ke liye mumkin hai ke woh tareekh ke safar ko aage barhaye</w:t>
      </w:r>
    </w:p>
    <w:p>
      <w:pPr>
        <w:jc w:val="right"/>
      </w:pPr>
      <w:r>
        <w:t>میں سمجھتا ہوں کہ ہر عورت کے لیے ممکن ہے کہ وہ تاریخ کے سفر کو آگے بڑھائے</w:t>
      </w:r>
    </w:p>
    <w:p>
      <w:r>
        <w:rPr>
          <w:b/>
        </w:rPr>
        <w:t xml:space="preserve">[27:36] </w:t>
      </w:r>
      <w:r>
        <w:t>aur koi bara kaam kar ke duniya se jaaye.</w:t>
      </w:r>
    </w:p>
    <w:p>
      <w:pPr>
        <w:jc w:val="right"/>
      </w:pPr>
      <w:r>
        <w:t>اور کوئی بڑا کام کر کے دنیا سے جائے۔</w:t>
      </w:r>
    </w:p>
    <w:p>
      <w:r>
        <w:rPr>
          <w:b/>
        </w:rPr>
        <w:t xml:space="preserve">[27:44] </w:t>
      </w:r>
      <w:r>
        <w:t>bashart yeh ke woh apne potential ko daryaft kare aur us ko manage kar sake. aqool qawli haza wa astaghfirullah li wa lakum ajmaeen.</w:t>
      </w:r>
    </w:p>
    <w:p>
      <w:pPr>
        <w:jc w:val="right"/>
      </w:pPr>
      <w:r>
        <w:t>بشرطیکہ وہ اپنے پوٹینشل کو دریافت کرے اور اس کو مینج کر سکے۔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