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October 23, 2022</w:t>
      </w:r>
    </w:p>
    <w:p>
      <w:r>
        <w:t>https://youtu.be/bsF_DJhXAzk</w:t>
      </w:r>
    </w:p>
    <w:p>
      <w:r>
        <w:rPr>
          <w:b/>
        </w:rPr>
        <w:t xml:space="preserve">[00:12] </w:t>
      </w:r>
      <w:r>
        <w:t>assalamu alaikum. today we will be discussing a very beautiful subject: love of god. now, there are two kinds of success: success of the world and success of the hereafter.</w:t>
      </w:r>
    </w:p>
    <w:p>
      <w:pPr>
        <w:jc w:val="right"/>
      </w:pPr>
      <w:r>
        <w:t>السلام علیکم۔ Today we will be discussing a very beautiful subject: Love of God. Now, there are two kinds of success: success of the world and success of the hereafter.</w:t>
      </w:r>
    </w:p>
    <w:p>
      <w:r>
        <w:rPr>
          <w:b/>
        </w:rPr>
        <w:t xml:space="preserve">[00:27] </w:t>
      </w:r>
      <w:r>
        <w:t>success of the world comes from money, wealth, fame, popularity, and children. on the other hand, success of the hereafter comes from love of god and his messenger.</w:t>
      </w:r>
    </w:p>
    <w:p>
      <w:pPr>
        <w:jc w:val="right"/>
      </w:pPr>
      <w:r>
        <w:t>Success of the world comes from money, wealth, fame, popularity, and children. On the other hand, success of the hereafter comes from love of God and His Messenger.</w:t>
      </w:r>
    </w:p>
    <w:p>
      <w:r>
        <w:rPr>
          <w:b/>
        </w:rPr>
        <w:t xml:space="preserve">[00:40] </w:t>
      </w:r>
      <w:r>
        <w:t>the real wealth is not the profit, yani manafe', of this world, but profit of the hereafter. believers have love of god embedded in their hearts, and their greatest concern is of the hereafter.</w:t>
      </w:r>
    </w:p>
    <w:p>
      <w:pPr>
        <w:jc w:val="right"/>
      </w:pPr>
      <w:r>
        <w:t>The real wealth is not the profit, یعنی منافع, of this world, but profit of the hereafter. Believers have love of God embedded in their hearts, and their greatest concern is of the hereafter.</w:t>
      </w:r>
    </w:p>
    <w:p>
      <w:r>
        <w:rPr>
          <w:b/>
        </w:rPr>
        <w:t xml:space="preserve">[00:57] </w:t>
      </w:r>
      <w:r>
        <w:t>whenever they come to know that god's work is underway, they immediately get attracted towards it, and their worldly connections are limited only to the extent of necessity.</w:t>
      </w:r>
    </w:p>
    <w:p>
      <w:pPr>
        <w:jc w:val="right"/>
      </w:pPr>
      <w:r>
        <w:t>Whenever they come to know that God's work is underway, they immediately get attracted towards it, and their worldly connections are limited only to the extent of necessity.</w:t>
      </w:r>
    </w:p>
    <w:p>
      <w:r>
        <w:rPr>
          <w:b/>
        </w:rPr>
        <w:t xml:space="preserve">[01:10] </w:t>
      </w:r>
      <w:r>
        <w:t>so we will discuss more on this subject today with professor farida khanum. to chaliye unse batchit karte hain. assalam o alaikum, apa, kaise hain aap?</w:t>
      </w:r>
    </w:p>
    <w:p>
      <w:pPr>
        <w:jc w:val="right"/>
      </w:pPr>
      <w:r>
        <w:t>So we will discuss more on this subject today with Professor Farida Khanum. तो चलिए उनसे बातचीत करते हैं। अस्सलाम वालेकुम, आपा, कैसे हैं आप?</w:t>
      </w:r>
    </w:p>
    <w:p>
      <w:r>
        <w:rPr>
          <w:b/>
        </w:rPr>
        <w:t xml:space="preserve">[01:19] </w:t>
      </w:r>
      <w:r>
        <w:t>wa alaikum assalam. sab theek hain, aap bhi sab theek hain? ji, alhamdolillah. apa, aaj aapne bahut hi achha subject chuna hai: love of god.</w:t>
      </w:r>
    </w:p>
    <w:p>
      <w:pPr>
        <w:jc w:val="right"/>
      </w:pPr>
      <w:r>
        <w:t>وعلیکم السلام۔ سب ٹھیک ہیں، آپ بھی سب ٹھیک ہیں؟ जी, अल्हम्दुलिल्लाह। आपा, आज आपने बहुत ही अच्छा सब्जेक्ट चुना है: Love of God।</w:t>
      </w:r>
    </w:p>
    <w:p>
      <w:r>
        <w:rPr>
          <w:b/>
        </w:rPr>
        <w:t xml:space="preserve">[01:28] </w:t>
      </w:r>
      <w:r>
        <w:t>to mera pehla sawal to yahi hai ki jab hum quran ka mutala karte hain, to hum yeh paate hain ki usme believers ki ek basic quality batai gayi hai ki they love god the most.</w:t>
      </w:r>
    </w:p>
    <w:p>
      <w:pPr>
        <w:jc w:val="right"/>
      </w:pPr>
      <w:r>
        <w:t>तो मेरा पहला सवाल तो यही है कि जब हम कुरान का मुताला करते हैं, तो हम यह पाते हैं कि उसमें believers की एक बेसिक क्वालिटी बताई गई है कि they love God the most.</w:t>
      </w:r>
    </w:p>
    <w:p>
      <w:r>
        <w:rPr>
          <w:b/>
        </w:rPr>
        <w:t xml:space="preserve">[01:39] </w:t>
      </w:r>
      <w:r>
        <w:t>aur love jo hai, woh ek bahut hi strongest feeling aur strongest human emotion hai. to hum yahi chahenge, apa, sabse pehle to aap yahi bataein ki love of god kya hai, iske bare mein aap bataein.</w:t>
      </w:r>
    </w:p>
    <w:p>
      <w:pPr>
        <w:jc w:val="right"/>
      </w:pPr>
      <w:r>
        <w:t>और love जो है, वह एक बहुत ही strongest feeling और strongest human emotion है। तो हम यही चाहेंगे, आपा, सबसे पहले तो आप यही बताएं कि Love of God क्या है, इसके बारे में आप बताएं।</w:t>
      </w:r>
    </w:p>
    <w:p>
      <w:r>
        <w:rPr>
          <w:b/>
        </w:rPr>
        <w:t xml:space="preserve">[01:55] </w:t>
      </w:r>
      <w:r>
        <w:t>bismillah rahman rahim. rab ishrah li sadri wa yassir li amri wah lul uqdatan min lisani yafqahu qawli.</w:t>
      </w:r>
    </w:p>
    <w:p>
      <w:pPr>
        <w:jc w:val="right"/>
      </w:pPr>
      <w:r>
        <w:t>بسم اللہ الرحمن الرحیم۔ رب اشرح لی صدری ویسر لی امری واحل العقدۃ من لسانی یفقہ قولی۔</w:t>
      </w:r>
    </w:p>
    <w:p>
      <w:r>
        <w:rPr>
          <w:b/>
        </w:rPr>
        <w:t xml:space="preserve">[02:07] </w:t>
      </w:r>
      <w:r>
        <w:t>jaisa ke aap ne kaha ke quran mein yahi bataya gaya hai ke believers are those who love God most, wal lazina amanu ashadd huban lillah is ko hubb shadid</w:t>
      </w:r>
    </w:p>
    <w:p>
      <w:pPr>
        <w:jc w:val="right"/>
      </w:pPr>
      <w:r>
        <w:t>जैसा कि आपने कहा कि कुरान में यही बताया गया है कि believers are those who love God most, والذین آمنوا اشد حبا للہ اس کو حب شدید</w:t>
      </w:r>
    </w:p>
    <w:p>
      <w:r>
        <w:rPr>
          <w:b/>
        </w:rPr>
        <w:t xml:space="preserve">[02:22] </w:t>
      </w:r>
      <w:r>
        <w:t>to ye hubb shadid ko Maulana ne define kiya hai: strong affection. strong affection kaise develop hota hai, isi baat ko quran mein aur paighambar e islam ki zindagi mein hum ko bohat achhe tarike se bataya gaya hai.</w:t>
      </w:r>
    </w:p>
    <w:p>
      <w:pPr>
        <w:jc w:val="right"/>
      </w:pPr>
      <w:r>
        <w:t>۔ تو یہ حب شدید کو مولانا نے define کیا ہے: strong affection۔ strong affection कैसे develop होता ہے، اسی بات کو قران میں اور پیغمبر اسلام کی زندگی میں ہم کو بہت اچھے طریقے سے بتایا گیا ہے۔</w:t>
      </w:r>
    </w:p>
    <w:p>
      <w:r>
        <w:rPr>
          <w:b/>
        </w:rPr>
        <w:t xml:space="preserve">[02:42] </w:t>
      </w:r>
      <w:r>
        <w:t>to ek hai Khuda ko paana, Khuda mein aqeedah rakhna, aur ek hai Khuda ko daryaft ke darje mein paana.</w:t>
      </w:r>
    </w:p>
    <w:p>
      <w:pPr>
        <w:jc w:val="right"/>
      </w:pPr>
      <w:r>
        <w:t>تو ایک ہے خدا کو پانا، خدا میں عقیدہ رکھنا، اور ایک ہے خدا کو دریافت کے درجے میں پانا۔</w:t>
      </w:r>
    </w:p>
    <w:p>
      <w:r>
        <w:rPr>
          <w:b/>
        </w:rPr>
        <w:t xml:space="preserve">[02:52] </w:t>
      </w:r>
      <w:r>
        <w:t>Khuda ka realization, Khuda ki discovery, isi ko marifat wala iman kehte hain. to jab hamein Khuda ki marifat ho jaye, marifat e Khuda ki aise nahi ho sakti ke Khuda hamare samne, Khuda to invisible hai, Khuda dikhai nahi deta.</w:t>
      </w:r>
    </w:p>
    <w:p>
      <w:pPr>
        <w:jc w:val="right"/>
      </w:pPr>
      <w:r>
        <w:t>خدا کا realization، خدا کی discovery، اسی کو معرفت والا ایمان کہتے ہیں۔ تو جب ہمیں خدا کی معرفت ہو جائے، معرفت خدا کی ایسے نہیں ہو سکتی کہ خدا ہمارے سامنے، خدا تو invisible ہے، خدا دکھائی نہیں دیتا۔</w:t>
      </w:r>
    </w:p>
    <w:p>
      <w:r>
        <w:rPr>
          <w:b/>
        </w:rPr>
        <w:t xml:space="preserve">[03:10] </w:t>
      </w:r>
      <w:r>
        <w:t>to hamein Khuda ki marifat, Khuda ki jo rehmaten hum har aan baras rahi hain is duniya mein, is ke zariye se hoti hain.</w:t>
      </w:r>
    </w:p>
    <w:p>
      <w:pPr>
        <w:jc w:val="right"/>
      </w:pPr>
      <w:r>
        <w:t>تو ہمیں خدا کی معرفت، خدا کی جو رحمتیں ہم ہر آن برس رہی ہیں اس دنیا میں، اس کے ذریعے سے ہوتی ہیں۔</w:t>
      </w:r>
    </w:p>
    <w:p>
      <w:r>
        <w:rPr>
          <w:b/>
        </w:rPr>
        <w:t xml:space="preserve">[03:19] </w:t>
      </w:r>
      <w:r>
        <w:t>har aan Khuda ki rehmaton ka har insan tajurba kar raha hai. to yahi mohabbat e ilahi ka sar chashma hai. lekin masla ye hai ke hum used to ho jate hain.</w:t>
      </w:r>
    </w:p>
    <w:p>
      <w:pPr>
        <w:jc w:val="right"/>
      </w:pPr>
      <w:r>
        <w:t>ہر آن خدا کی رحمتوں کا ہر انسان تجربہ کر رہا ہے۔ تو یہی محبت الہی کا سرچشمہ ہے۔ لیکن مسئلہ یہ ہے کہ ہم used to ہو جاتے ہیں۔</w:t>
      </w:r>
    </w:p>
    <w:p>
      <w:r>
        <w:rPr>
          <w:b/>
        </w:rPr>
        <w:t xml:space="preserve">[03:32] </w:t>
      </w:r>
      <w:r>
        <w:t>jo tamam blessings hum ko Khuda ki taraf se mil rahi hain, wo hum samajh lete hain ke kuch insanon ki taraf se mil rahi hain, kuch market mein mil rahi hain.</w:t>
      </w:r>
    </w:p>
    <w:p>
      <w:pPr>
        <w:jc w:val="right"/>
      </w:pPr>
      <w:r>
        <w:t>جو تمام blessings ہم کو خدا کی طرف سے مل رہی ہیں، وہ ہم سمجھ لیتے ہیں کہ کچھ انسانوں کی طرف سے مل رہی ہیں، کچھ market میں مل رہی ہیں۔</w:t>
      </w:r>
    </w:p>
    <w:p>
      <w:r>
        <w:rPr>
          <w:b/>
        </w:rPr>
        <w:t xml:space="preserve">[03:42] </w:t>
      </w:r>
      <w:r>
        <w:t>to hamein aisa kuch, hum is ko bohat zyada, hamein is ka ehsas nahi hota.</w:t>
      </w:r>
    </w:p>
    <w:p>
      <w:pPr>
        <w:jc w:val="right"/>
      </w:pPr>
      <w:r>
        <w:t>تو ہمیں ایسا کچھ، ہم اس کو بہت زیادہ، ہمیں اس کا احساس نہیں ہوتا۔</w:t>
      </w:r>
    </w:p>
    <w:p>
      <w:r>
        <w:rPr>
          <w:b/>
        </w:rPr>
        <w:t xml:space="preserve">[03:48] </w:t>
      </w:r>
      <w:r>
        <w:t>yahi jo ehsas hamare andar jagana hai, jis ko shaoori ehsas, hum ko apne andar ye shaoori ehsas jagana hai ke jo kuch bhi hamein mil raha hai, wo Khuda ki taraf se mil raha hai.</w:t>
      </w:r>
    </w:p>
    <w:p>
      <w:pPr>
        <w:jc w:val="right"/>
      </w:pPr>
      <w:r>
        <w:t>یہی جو احساس ہمارے اندر جگانا ہے، جس کو شعوری احساس، ہم کو اپنے اندر یہ شعوری احساس جگانا ہے کہ جو کچھ بھی ہمیں مل رہا ہے، وہ خدا کی طرف سے مل رہا ہے۔</w:t>
      </w:r>
    </w:p>
    <w:p>
      <w:r>
        <w:rPr>
          <w:b/>
        </w:rPr>
        <w:t xml:space="preserve">[04:01] </w:t>
      </w:r>
      <w:r>
        <w:t>hum to sirf taker hain, aur Khuda jo hai, wo giver hai.</w:t>
      </w:r>
    </w:p>
    <w:p>
      <w:pPr>
        <w:jc w:val="right"/>
      </w:pPr>
      <w:r>
        <w:t>ہم تو صرف taker ہیں، اور خدا جو ہے، وہ giver ہے۔</w:t>
      </w:r>
    </w:p>
    <w:p>
      <w:r>
        <w:rPr>
          <w:b/>
        </w:rPr>
        <w:t xml:space="preserve">[04:06] </w:t>
      </w:r>
      <w:r>
        <w:t>to Khuda ne sab se pehle to ye kainat paida ki, phir insan paida kiya, aur insan ke liye tamam cheezen is duniya mein banai, jis ko hum life support system kehte hain.</w:t>
      </w:r>
    </w:p>
    <w:p>
      <w:pPr>
        <w:jc w:val="right"/>
      </w:pPr>
      <w:r>
        <w:t>تو خدا نے سب سے پہلے تو یہ کائنات پیدا کی، پھر انسان پیدا کیا، اور انسان کے لیے تمام چیزیں اس دنیا میں بنائیں، جس کو ہم life support system کہتے ہیں۔</w:t>
      </w:r>
    </w:p>
    <w:p>
      <w:r>
        <w:rPr>
          <w:b/>
        </w:rPr>
        <w:t xml:space="preserve">[04:18] </w:t>
      </w:r>
      <w:r>
        <w:t>ye sari cheezen jab aap sochenge ke aisa planet poori kainat mein nahi hai, billionon billionon yahan bodies hain, aur is planets hain, stars hain,</w:t>
      </w:r>
    </w:p>
    <w:p>
      <w:pPr>
        <w:jc w:val="right"/>
      </w:pPr>
      <w:r>
        <w:t>یہ ساری چیزیں جب آپ سوچیں گے کہ ایسا planet پوری کائنات میں نہیں ہے، بلینوں بلینوں یہاں bodies ہیں، اور اس planets ہیں، stars ہیں،</w:t>
      </w:r>
    </w:p>
    <w:p>
      <w:r>
        <w:rPr>
          <w:b/>
        </w:rPr>
        <w:t xml:space="preserve">[04:30] </w:t>
      </w:r>
      <w:r>
        <w:t>lekin aaj tak dhoondh rahe hain sare scientists, lekin aisa planet un ko kahin nahi mila. to ye kis liye bana?</w:t>
      </w:r>
    </w:p>
    <w:p>
      <w:pPr>
        <w:jc w:val="right"/>
      </w:pPr>
      <w:r>
        <w:t>لیکن آج تک ڈھونڈ رہے ہیں سارے scientists، لیکن ایسا planet ان کو کہیں نہیں ملا۔ تو یہ کس لیے بنا؟</w:t>
      </w:r>
    </w:p>
    <w:p>
      <w:r>
        <w:rPr>
          <w:b/>
        </w:rPr>
        <w:t xml:space="preserve">[04:39] </w:t>
      </w:r>
      <w:r>
        <w:t>universe ko bhi kaha gaya hai ke custom made universe hai. to jab ek Khuda itna zyada hamare liye kar raha hai ke us ne sab kuch kainat ko bhi masakhir kar diya hai insan ke liye, to aisa kyun hota hai ke hum hubb shadid apne andar develop nahi kar sakte?</w:t>
      </w:r>
    </w:p>
    <w:p>
      <w:pPr>
        <w:jc w:val="right"/>
      </w:pPr>
      <w:r>
        <w:t>universe کو بھی کہا گیا ہے کہ custom made universe ہے۔ تو جب ایک خدا اتنا زیادہ ہمارے لیے کر رہا ہے کہ اس نے سب کچھ کائنات کو بھی مسخر کر دیا ہے انسان کے لیے، تو ایسا کیوں ہوتا ہے کہ ہم حب شدید اپنے اندر develop نہیں کر سکتے؟</w:t>
      </w:r>
    </w:p>
    <w:p>
      <w:r>
        <w:rPr>
          <w:b/>
        </w:rPr>
        <w:t xml:space="preserve">[04:59] </w:t>
      </w:r>
      <w:r>
        <w:t>to ye hamein sochna hai, aur hamein apni conditioning ko todna hai ke har cheez ko hum samajh lete hain ke hamein insanon ki taraf se mili hai.</w:t>
      </w:r>
    </w:p>
    <w:p>
      <w:pPr>
        <w:jc w:val="right"/>
      </w:pPr>
      <w:r>
        <w:t>تو یہ ہمیں سوچنا ہے، اور ہمیں اپنی conditioning کو توڑنا ہے کہ ہر چیز کو ہم سمجھ لیتے ہیں کہ ہمیں انسانوں کی طرف سے ملی ہے۔</w:t>
      </w:r>
    </w:p>
    <w:p>
      <w:r>
        <w:rPr>
          <w:b/>
        </w:rPr>
        <w:t xml:space="preserve">[05:08] </w:t>
      </w:r>
      <w:r>
        <w:t>ek bar ek car guzar rahi thi, us par likha tha: "Dad's gift." to car jo hai, wo dad's gift hoti hai, koi mom's gift hoti hai, koi isi tarike se samajhte hain ke hum paisa kama rahe hain, hum ko bazaar mein mil raha hai saman,</w:t>
      </w:r>
    </w:p>
    <w:p>
      <w:pPr>
        <w:jc w:val="right"/>
      </w:pPr>
      <w:r>
        <w:t>ایک بار ایک کار گزر رہی تھی، اس پر لکھا تھا: "Dad's gift." تو کار جو ہے، وہ dad's gift ہوتی ہے، کوئی mom's gift ہوتی ہے، کوئی اسی طریقے سے سمجھتے ہیں کہ ہم پیسہ کما رہے ہیں، ہم کو بازار میں مل رہا ہے سامان،</w:t>
      </w:r>
    </w:p>
    <w:p>
      <w:r>
        <w:rPr>
          <w:b/>
        </w:rPr>
        <w:t xml:space="preserve">[05:24] </w:t>
      </w:r>
      <w:r>
        <w:t>lekin is ko deeper level of realization hamein darkar hai ke hum ye samjhen ke sab kuch Khuda ki taraf se hai.</w:t>
      </w:r>
    </w:p>
    <w:p>
      <w:pPr>
        <w:jc w:val="right"/>
      </w:pPr>
      <w:r>
        <w:t>لیکن اس کو deeper level of realization ہم کو درکار ہے کہ ہم یہ سمجھیں کہ سب کچھ خدا کی طرف سے ہے۔</w:t>
      </w:r>
    </w:p>
    <w:p>
      <w:r>
        <w:rPr>
          <w:b/>
        </w:rPr>
        <w:t xml:space="preserve">[05:33] </w:t>
      </w:r>
      <w:r>
        <w:t>koi bhi cheez insan paida nahi karta. kaha jata hai ke insanon ne ye invent kiya, wo invent kiya. wo invent nahi hota, wo discovery hoti hai.</w:t>
      </w:r>
    </w:p>
    <w:p>
      <w:pPr>
        <w:jc w:val="right"/>
      </w:pPr>
      <w:r>
        <w:t>کوئی بھی چیز انسان پیدا نہیں کرتا۔ کہا جاتا ہے کہ انسانوں نے یہ invent کیا، وہ invent کیا۔ وہ invent نہیں ہوتا، وہ discovery ہوتی ہے۔</w:t>
      </w:r>
    </w:p>
    <w:p>
      <w:r>
        <w:rPr>
          <w:b/>
        </w:rPr>
        <w:t xml:space="preserve">[05:43] </w:t>
      </w:r>
      <w:r>
        <w:t>insan sirf discover karta hai. to sab yehi cheez hamein realize karna hai, aur isi cheez ko hamein bohat gehrai se apne andar shaoori taur par is spirit ko jagana hai.</w:t>
      </w:r>
    </w:p>
    <w:p>
      <w:pPr>
        <w:jc w:val="right"/>
      </w:pPr>
      <w:r>
        <w:t>انسان صرف discover کرتا ہے۔ تو سب یہی چیز ہمیں realize کرنا ہے، اور اسی چیز کو ہمیں بہت گہرائی سے اپنے اندر شعوری طور پر اس spirit کو جگانا ہے۔</w:t>
      </w:r>
    </w:p>
    <w:p>
      <w:r>
        <w:rPr>
          <w:b/>
        </w:rPr>
        <w:t xml:space="preserve">[05:56] </w:t>
      </w:r>
      <w:r>
        <w:t>jab hum namaz roza bhi karen to sirf rasmi taur par na karen, balke is ke mani ko samjhen, is ke ek ek baat ko samjhen, is ko apni zindagi mein apply karen.</w:t>
      </w:r>
    </w:p>
    <w:p>
      <w:pPr>
        <w:jc w:val="right"/>
      </w:pPr>
      <w:r>
        <w:t>جب ہم نماز روزہ بھی کریں تو صرف رسمی طور پر نہ کریں، بلکہ اس کے معنی کو سمجھیں، اس کے ایک ایک بات کو سمجھیں، اس کو اپنی زندگی میں اپلائی کریں۔</w:t>
      </w:r>
    </w:p>
    <w:p>
      <w:r>
        <w:rPr>
          <w:b/>
        </w:rPr>
        <w:t xml:space="preserve">[06:09] </w:t>
      </w:r>
      <w:r>
        <w:t>tabhi hum ko is ka jo hai faida milega, tabhi hamare andar spirit wala iman paida hoga. ji, apa, ye aap ne bohat achhe se is ko wazeh kiya ke ek ye realization hum sab ke andar honi bohat zaruri hai ke hum taker hain aur Khuda jo hai, wo giver hai. achha, apa, ek aspect ye bhi hai ke Khuda ki realization ke do aspects hain:</w:t>
      </w:r>
    </w:p>
    <w:p>
      <w:pPr>
        <w:jc w:val="right"/>
      </w:pPr>
      <w:r>
        <w:t>تبھی ہم کو اس کا جو ہے فائدہ ملے گا، تبھی ہمارے اندر spirit والا ایمان پیدا ہوگا۔ जी, आपा, ये आपने बहुत अच्छे से इसको واضح किया कि एक ये realization हम सबके अंदर होनी बहुत जरूरी है कि हम taker हैं और खुदा जो है, वो giver है। अच्छा, आपा, एक aspect ये भी है कि खुदा की realization के दो aspects हैं:</w:t>
      </w:r>
    </w:p>
    <w:p>
      <w:r>
        <w:rPr>
          <w:b/>
        </w:rPr>
        <w:t xml:space="preserve">[06:36] </w:t>
      </w:r>
      <w:r>
        <w:t>fear and love.</w:t>
      </w:r>
    </w:p>
    <w:p>
      <w:pPr>
        <w:jc w:val="right"/>
      </w:pPr>
      <w:r>
        <w:t>fear and love.</w:t>
      </w:r>
    </w:p>
    <w:p>
      <w:r>
        <w:rPr>
          <w:b/>
        </w:rPr>
        <w:t xml:space="preserve">[06:38] </w:t>
      </w:r>
      <w:r>
        <w:t>to ek believer ke andar ye sifat honi chahiye ke us ke andar Khuda ke liye to bepanah mohabbat ho, lekin sath mein ek darr bhi ho. aur apa, yahan par ye bhi ek cheez main kehna chahunga ke aksar log ye bhi kehte hain ke ye dono kaise mumkin hain?</w:t>
      </w:r>
    </w:p>
    <w:p>
      <w:pPr>
        <w:jc w:val="right"/>
      </w:pPr>
      <w:r>
        <w:t>तो एक believer के अंदर ये सिफत होनी चाहिए कि उसके अंदर खुदा के लिए तो बेपनाह मोहब्बत हो, लेकिन साथ में एक डर भी हो। और आपा, यहाँ पर ये भी एक चीज़ मैं कहना चाहूँगा कि अक्सर लोग ये भी कहते हैं कि ये दोनों कैसे मुमकिन हैं?</w:t>
      </w:r>
    </w:p>
    <w:p>
      <w:r>
        <w:rPr>
          <w:b/>
        </w:rPr>
        <w:t xml:space="preserve">[06:54] </w:t>
      </w:r>
      <w:r>
        <w:t>to ye love aur fear of God wala jo aspect hai, main chahunga is ko aap thoda achhe se wazeh karen. sab se pehle to Khuda rehman o rahim hai.</w:t>
      </w:r>
    </w:p>
    <w:p>
      <w:pPr>
        <w:jc w:val="right"/>
      </w:pPr>
      <w:r>
        <w:t>तो ये love और fear of God वाला जो aspect है, मैं चाहूँगा इसको आप थोड़ा अच्छे से واضح करें। سب سے پہلے تو خدا رحمان و رحیم ہے۔</w:t>
      </w:r>
    </w:p>
    <w:p>
      <w:r>
        <w:rPr>
          <w:b/>
        </w:rPr>
        <w:t xml:space="preserve">[07:06] </w:t>
      </w:r>
      <w:r>
        <w:t>to bohat sare log samajhte hain ke khuda to rehman hai, rahim hai. wo hamein apni blessing se, bohat se log aisa samajhte hain ke wo apni blessing se hamein isi tarah nawazta rahega jaise wo dunya mein hamein de raha hai.</w:t>
      </w:r>
    </w:p>
    <w:p>
      <w:pPr>
        <w:jc w:val="right"/>
      </w:pPr>
      <w:r>
        <w:t>تو بہت سارے لوگ سمجھتے ہیں کہ خدا تو رحمان ہے، رحیم ہے۔ وہ ہمیں اپنی blessing سے، بہت سے لوگ ایسا سمجھتے ہیں کہ وہ اپنی blessing سے ہمیں اسی طرح نوازتا رہے گا جیسے وہ دنیا میں ہمیں دے رہا ہے۔</w:t>
      </w:r>
    </w:p>
    <w:p>
      <w:r>
        <w:rPr>
          <w:b/>
        </w:rPr>
        <w:t xml:space="preserve">[07:22] </w:t>
      </w:r>
      <w:r>
        <w:t>to khuda sirf rehman aur rahim nahi hai, balke khuda aadel hai.</w:t>
      </w:r>
    </w:p>
    <w:p>
      <w:pPr>
        <w:jc w:val="right"/>
      </w:pPr>
      <w:r>
        <w:t>تو خدا صرف رحمان اور رحیم نہیں ہے، بلکہ خدا عادل ہے۔</w:t>
      </w:r>
    </w:p>
    <w:p>
      <w:r>
        <w:rPr>
          <w:b/>
        </w:rPr>
        <w:t xml:space="preserve">[07:27] </w:t>
      </w:r>
      <w:r>
        <w:t>to wo, us ne yeh dunya isi liye paida hi ki hai ke is dunya mein logon ko judge kiya jaye ke wo khuda ki marzi ke mutabiq apni zindagi yahan guzarte hain ke nahi.</w:t>
      </w:r>
    </w:p>
    <w:p>
      <w:pPr>
        <w:jc w:val="right"/>
      </w:pPr>
      <w:r>
        <w:t>تو وہ، اس نے یہ دنیا اسی لیے پیدا ہی کی ہے کہ اس دنیا میں لوگوں کو judge کیا جائے کہ وہ خدا کی مرضی کے مطابق اپنی زندگی یہاں گزارتے ہیں کہ نہیں۔</w:t>
      </w:r>
    </w:p>
    <w:p>
      <w:r>
        <w:rPr>
          <w:b/>
        </w:rPr>
        <w:t xml:space="preserve">[07:38] </w:t>
      </w:r>
      <w:r>
        <w:t>to khuda aadel hai, aur har cheez ko wo aakhirat mein isi tarah se judge karega ke hamare jo actions the, wo sirf khuda ke liye the ya uska koi aur maqsad tha.</w:t>
      </w:r>
    </w:p>
    <w:p>
      <w:pPr>
        <w:jc w:val="right"/>
      </w:pPr>
      <w:r>
        <w:t>تو خدا عادل ہے، اور ہر چیز کو وہ آخرت میں اسی طرح سے judge کرے گا کہ ہمارے جو actions تھے، وہ صرف خدا کے لیے تھے یا اس کا کوئی اور مقصد تھا۔</w:t>
      </w:r>
    </w:p>
    <w:p>
      <w:r>
        <w:rPr>
          <w:b/>
        </w:rPr>
        <w:t xml:space="preserve">[07:52] </w:t>
      </w:r>
      <w:r>
        <w:t>to</w:t>
      </w:r>
    </w:p>
    <w:p>
      <w:pPr>
        <w:jc w:val="right"/>
      </w:pPr>
      <w:r>
        <w:t>تو</w:t>
      </w:r>
    </w:p>
    <w:p>
      <w:r>
        <w:rPr>
          <w:b/>
        </w:rPr>
        <w:t xml:space="preserve">[07:53] </w:t>
      </w:r>
      <w:r>
        <w:t>yeh mohabbat ke sath ek taraf khuda se mohabbat develop hoti hai, doosri taraf khuda ka khauf. aur khauf bohat hi important hai, kyunke khauf ki wajah se hamare andar wo tamam cheezein paida hoti hain jo ke waise paida nahi hoti hain.</w:t>
      </w:r>
    </w:p>
    <w:p>
      <w:pPr>
        <w:jc w:val="right"/>
      </w:pPr>
      <w:r>
        <w:t>یہ محبت کے ساتھ ایک طرف خدا سے محبت develop ہوتی ہے، دوسری طرف خدا کا خوف۔ اور خوف بہت ہی important ہے، کیونکہ خوف کی وجہ سے ہمارے اندر وہ تمام چیزیں پیدا ہوتی ہیں جو کہ ویسے پیدا نہیں ہوتیں۔</w:t>
      </w:r>
    </w:p>
    <w:p>
      <w:r>
        <w:rPr>
          <w:b/>
        </w:rPr>
        <w:t xml:space="preserve">[08:09] </w:t>
      </w:r>
      <w:r>
        <w:t>to khuda ke khauf ki wajah se hamein hamare andar sanjeedgi aati hai, hamare andar modesty aati hai, hamare andar jo hum ghalti ka etraf karte hain ke bohat baar hum se ghaltiyan ho jati hain</w:t>
      </w:r>
    </w:p>
    <w:p>
      <w:pPr>
        <w:jc w:val="right"/>
      </w:pPr>
      <w:r>
        <w:t>تو خدا کے خوف کی وجہ سے ہمیں ہمارے اندر سنجیدگی آتی ہے، ہمارے اندر modesty آتی ہے، ہمارے اندر جو ہم غلطی کا اعتراف کرتے ہیں کہ بہت بار ہم سے غلطیاں ہو جاتی ہیں</w:t>
      </w:r>
    </w:p>
    <w:p>
      <w:r>
        <w:rPr>
          <w:b/>
        </w:rPr>
        <w:t xml:space="preserve">[08:22] </w:t>
      </w:r>
      <w:r>
        <w:t>, to hum ko agar khuda ka khauf na rahe, khuda ka dar na rahe, to hum isi ghalti par musalsal pade rahenge aur apne aap ko rectify nahi kar payenge.</w:t>
      </w:r>
    </w:p>
    <w:p>
      <w:pPr>
        <w:jc w:val="right"/>
      </w:pPr>
      <w:r>
        <w:t>، تو ہم کو اگر خدا کا خوف نہ رہے، خدا کا ڈر نہ رہے، تو ہم اسی غلطی پر مسلسل پڑے رہیں گے اور اپنے آپ کو rectify نہیں کر پائیں گے۔</w:t>
      </w:r>
    </w:p>
    <w:p>
      <w:r>
        <w:rPr>
          <w:b/>
        </w:rPr>
        <w:t xml:space="preserve">[08:32] </w:t>
      </w:r>
      <w:r>
        <w:t>to yeh jo hai ke umeed ke sath andesha laga rehna, yeh bohat zaroori hai, kyunke hum accountable hain. we are not like animals ke unko ek zindagi ek baar mil gayi, wo unke instinct se wo govern ho rahe hain.</w:t>
      </w:r>
    </w:p>
    <w:p>
      <w:pPr>
        <w:jc w:val="right"/>
      </w:pPr>
      <w:r>
        <w:t>تو یہ جو ہے کہ امید کے ساتھ اندیشہ لگا رہنا، یہ بہت ضروری ہے، کیونکہ ہم accountable ہیں۔ We are not like animals کہ ان کو ایک زندگی ایک بار مل گئی، وہ ان کے instinct سے وہ govern ہو رہے ہیں۔</w:t>
      </w:r>
    </w:p>
    <w:p>
      <w:r>
        <w:rPr>
          <w:b/>
        </w:rPr>
        <w:t xml:space="preserve">[08:47] </w:t>
      </w:r>
      <w:r>
        <w:t>hamare andar aisa nahi, hamein Allah taala ne dimaag diya</w:t>
      </w:r>
    </w:p>
    <w:p>
      <w:pPr>
        <w:jc w:val="right"/>
      </w:pPr>
      <w:r>
        <w:t>ہمارے اندر ایسا نہیں، ہمیں اللہ تعالی نے دماغ دیا</w:t>
      </w:r>
    </w:p>
    <w:p>
      <w:r>
        <w:rPr>
          <w:b/>
        </w:rPr>
        <w:t xml:space="preserve">[08:50] </w:t>
      </w:r>
      <w:r>
        <w:t>hai, hamare andar wo conscience paida kiya hai ke kya sahi hai, kya galat hai. to is ke sath hamein is dunya mein jeena hai, aur har waqt isi liye, isi liye kyunke hum accountable hain Allah ke aage.</w:t>
      </w:r>
    </w:p>
    <w:p>
      <w:pPr>
        <w:jc w:val="right"/>
      </w:pPr>
      <w:r>
        <w:t>ہے، ہمارے اندر وہ conscience پیدا کیا ہے کہ کیا صحیح ہے، کیا غلط ہے۔ تو اس کے ساتھ ہمیں اس دنیا میں جینا ہے، اور ہر وقت اسی لیے، اسی لیے کیونکہ ہم accountable ہیں اللہ کے آگے۔</w:t>
      </w:r>
    </w:p>
    <w:p>
      <w:r>
        <w:rPr>
          <w:b/>
        </w:rPr>
        <w:t xml:space="preserve">[09:05] </w:t>
      </w:r>
      <w:r>
        <w:t>Allah ek ek, hamare tamam record ko farishte, hamare tamam amal ko farishte record kar rahe hain, aur wo record aakhirat mein khola jayega.</w:t>
      </w:r>
    </w:p>
    <w:p>
      <w:pPr>
        <w:jc w:val="right"/>
      </w:pPr>
      <w:r>
        <w:t>اللہ ایک ایک، ہمارے تمام ریکارڈ کو فرشتے، ہمارے تمام عمل کو فرشتے ریکارڈ کر رہے ہیں، اور وہ ریکارڈ آخرت میں کھولا جائے گا۔</w:t>
      </w:r>
    </w:p>
    <w:p>
      <w:r>
        <w:rPr>
          <w:b/>
        </w:rPr>
        <w:t xml:space="preserve">[09:15] </w:t>
      </w:r>
      <w:r>
        <w:t>to wahan bilkul adl ke sath Allah taala faisla k</w:t>
      </w:r>
    </w:p>
    <w:p>
      <w:pPr>
        <w:jc w:val="right"/>
      </w:pPr>
      <w:r>
        <w:t>تو وہاں بالکل عدل کے ساتھ اللہ تعالی فیصلہ ک</w:t>
      </w:r>
    </w:p>
    <w:p>
      <w:r>
        <w:rPr>
          <w:b/>
        </w:rPr>
        <w:t xml:space="preserve">[09:19] </w:t>
      </w:r>
      <w:r>
        <w:t>arenge. to yahi cheez hai jo hamare andar dar paida karti hai, jis ko quran mein khashiyat kaha gaya hai. to hum musalsal apna muhasiba, introspection karte rehte hain taake hum ghalti par pade na rahen, balke apni ghaltiyon ko sudharte</w:t>
      </w:r>
    </w:p>
    <w:p>
      <w:pPr>
        <w:jc w:val="right"/>
      </w:pPr>
      <w:r>
        <w:t>ریں گے۔ تو یہی چیز ہے جو ہمارے اندر ڈر پیدا کرتی ہے، جس کو قران میں خشیت کہا گیا ہے۔ تو ہم مسلسل اپنا محاسبہ، introspection کرتے رہتے ہیں تاکہ ہم غلطی پر پڑے نہ رہیں، بلکہ اپنی غلطیوں کو سدھارتے</w:t>
      </w:r>
    </w:p>
    <w:p>
      <w:r>
        <w:rPr>
          <w:b/>
        </w:rPr>
        <w:t xml:space="preserve">[09:36] </w:t>
      </w:r>
      <w:r>
        <w:t>rahen, apni ghaltiyon ki khuda se maafi mangte rahen. aur khas taur par jab hum maut ko yaad karte hain ke is dunya mein koi bhi hamesha ke liye nahi aya hai, balke us ko is dunya se wapas jana hai, aur wahan par khuda ke aage khade hona hai.</w:t>
      </w:r>
    </w:p>
    <w:p>
      <w:pPr>
        <w:jc w:val="right"/>
      </w:pPr>
      <w:r>
        <w:t>رہیں، اپنی غلطیوں کی خدا سے معافی مانگتے رہیں۔ اور خاص طور پر جب ہم موت کو یاد کرتے ہیں کہ اس دنیا میں کوئی بھی ہمیشہ کے لیے نہیں آیا ہے، بلکہ اس کو اس دنیا سے واپس جانا ہے، اور وہاں پر خدا کے آگے کھڑے ہونا ہے۔</w:t>
      </w:r>
    </w:p>
    <w:p>
      <w:r>
        <w:rPr>
          <w:b/>
        </w:rPr>
        <w:t xml:space="preserve">[09:53] </w:t>
      </w:r>
      <w:r>
        <w:t>kaha jata hai ke har insan khuda ke aage khada hoga, aur jab tak ke wo khuda ke sawalon ka jawab nahi de dega, tab tak us ke qadam khuda ke paas se hatenge</w:t>
      </w:r>
    </w:p>
    <w:p>
      <w:pPr>
        <w:jc w:val="right"/>
      </w:pPr>
      <w:r>
        <w:t>کہا جاتا ہے کہ ہر انسان خدا کے آگے کھڑا ہوگا، اور جب تک کہ وہ خدا کے سوالوں کا جواب نہیں دے دے گا، تب تک اس کے قدم خدا کے پاس سے ہٹیں</w:t>
      </w:r>
    </w:p>
    <w:p>
      <w:r>
        <w:rPr>
          <w:b/>
        </w:rPr>
        <w:t xml:space="preserve">[10:04] </w:t>
      </w:r>
      <w:r>
        <w:t>ge nahi. to yahi sari cheezein hain jo hamare andar be inteha sanjeedgi paida karti hain, aur be inteha khuda ka khauf paida karta hai.</w:t>
      </w:r>
    </w:p>
    <w:p>
      <w:pPr>
        <w:jc w:val="right"/>
      </w:pPr>
      <w:r>
        <w:t>گے نہیں۔ تو یہی ساری چیزیں ہیں جو ہمارے اندر بے انتہا سنجیدگی پیدا کرتی ہیں، اور بے انتہا خدا کا خوف پیدا کرتا ہے۔</w:t>
      </w:r>
    </w:p>
    <w:p>
      <w:r>
        <w:rPr>
          <w:b/>
        </w:rPr>
        <w:t xml:space="preserve">[10:12] </w:t>
      </w:r>
      <w:r>
        <w:t>to khuda ka khauf aisa nahi ke koi tiger se hum jaise darte hain. khuda ke khauf mein umeed ka pehlu bhi ghalib rehta hai, mohabbat ka pehlu bhi ghalib rehta hai, lekin hum darte rehte hain ke hum koi kaam aisa to nahi kar rahe hain jo khuda ki pasand ke mutabiq nahi ho.</w:t>
      </w:r>
    </w:p>
    <w:p>
      <w:pPr>
        <w:jc w:val="right"/>
      </w:pPr>
      <w:r>
        <w:t>تو خدا کا خوف ایسا نہیں کہ کوئی tiger سے ہم جیسے ڈرتے ہیں۔ خدا کے خوف میں امید کا پہلو بھی غالب رہتا ہے، محبت کا پہلو بھی غالب رہتا ہے، لیکن ہم ڈرتے رہتے ہیں کہ ہم کوئی کام ایسا تو نہیں کر رہے ہیں جو خدا کی پسند کے مطابق نہیں ہو۔</w:t>
      </w:r>
    </w:p>
    <w:p>
      <w:r>
        <w:rPr>
          <w:b/>
        </w:rPr>
        <w:t xml:space="preserve">[10:29] </w:t>
      </w:r>
      <w:r>
        <w:t>ji</w:t>
      </w:r>
    </w:p>
    <w:p>
      <w:pPr>
        <w:jc w:val="right"/>
      </w:pPr>
      <w:r>
        <w:t>जी</w:t>
      </w:r>
    </w:p>
    <w:p>
      <w:r>
        <w:rPr>
          <w:b/>
        </w:rPr>
        <w:t xml:space="preserve">[10:30] </w:t>
      </w:r>
      <w:r>
        <w:t>, apa, ek cheez to bare ache se samajh aa rahi hai ke love of god, jo aap jis tareeqe se bata rahi hain, to us se yeh zahir hai ke it is a part of faith, and love of god is not something which is mysterious, but it is a highest degree of acknowledgment of god.</w:t>
      </w:r>
    </w:p>
    <w:p>
      <w:pPr>
        <w:jc w:val="right"/>
      </w:pPr>
      <w:r>
        <w:t>, आपा, एक चीज़ तो बड़े अच्छे से समझ आ रही है कि Love of God, जो आप जिस तरीके से बता रही हैं, तो उससे यह जाहिर है कि it is a part of faith, and Love of God is not something which is mysterious, but it is a highest degree of acknowledgment of God.</w:t>
      </w:r>
    </w:p>
    <w:p>
      <w:r>
        <w:rPr>
          <w:b/>
        </w:rPr>
        <w:t xml:space="preserve">[10:49] </w:t>
      </w:r>
      <w:r>
        <w:t>to mera sawal bhi, agla sawal hi yahi hai ke kis tareeqe se hum true acknowledgment kar sakte hain khuda ka, is ke bare mein aap hum sab ko bataiye.</w:t>
      </w:r>
    </w:p>
    <w:p>
      <w:pPr>
        <w:jc w:val="right"/>
      </w:pPr>
      <w:r>
        <w:t>तो मेरा सवाल भी, अगला सवाल ही यही है कि किस तरीके से हम true acknowledgment कर सकते हैं खुदा का, इसके बारे में आप हम सबको बताइए।</w:t>
      </w:r>
    </w:p>
    <w:p>
      <w:r>
        <w:rPr>
          <w:b/>
        </w:rPr>
        <w:t xml:space="preserve">[11:00] </w:t>
      </w:r>
      <w:r>
        <w:t>khuda se jo mohabbat hai, wo wahi hai acknowledgment ke khuda musalsal hamein apni blessings se nawaz raha hai, aur hum khuda ko kuch nahi de sakte.</w:t>
      </w:r>
    </w:p>
    <w:p>
      <w:pPr>
        <w:jc w:val="right"/>
      </w:pPr>
      <w:r>
        <w:t>خدا سے جو محبت ہے، وہ وہی ہے acknowledgment کہ خدا مسلسل ہمیں اپنی blessings سے نواز رہا ہے، اور ہم خدا کو کچھ نہیں دے سکتے۔</w:t>
      </w:r>
    </w:p>
    <w:p>
      <w:r>
        <w:rPr>
          <w:b/>
        </w:rPr>
        <w:t xml:space="preserve">[11:11] </w:t>
      </w:r>
      <w:r>
        <w:t>to yahi acknowledgment hai, jis ko alhamdulillah rabbil alameen pehli verse hai. to yahi praise jo hai, wahi acknowledgment hai.</w:t>
      </w:r>
    </w:p>
    <w:p>
      <w:pPr>
        <w:jc w:val="right"/>
      </w:pPr>
      <w:r>
        <w:t>تو یہی acknowledgment ہے، جس کو الحمد لله رب العالمين پہلی ورس ہے۔ تو یہی praise جو ہے، وہی acknowledgment ہے۔</w:t>
      </w:r>
    </w:p>
    <w:p>
      <w:r>
        <w:rPr>
          <w:b/>
        </w:rPr>
        <w:t xml:space="preserve">[11:20] </w:t>
      </w:r>
      <w:r>
        <w:t>to yahi hamare liye yahi sadawar hai ke hum khuda ki blessings ko acknowledge karen.</w:t>
      </w:r>
    </w:p>
    <w:p>
      <w:pPr>
        <w:jc w:val="right"/>
      </w:pPr>
      <w:r>
        <w:t>تو یہی ہمارے لیے یہی سداوار ہے کہ ہم خدا کی blessings کو acknowledge کریں۔</w:t>
      </w:r>
    </w:p>
    <w:p>
      <w:r>
        <w:rPr>
          <w:b/>
        </w:rPr>
        <w:t xml:space="preserve">[11:28] </w:t>
      </w:r>
      <w:r>
        <w:t>otherwise, hum ek user par ki hamari hesiyat ho jayegi ke hum cheezon ko le rahe hain, aur uska koi response, positive response hum nahi de rahe hain.</w:t>
      </w:r>
    </w:p>
    <w:p>
      <w:pPr>
        <w:jc w:val="right"/>
      </w:pPr>
      <w:r>
        <w:t>Otherwise، ہم ایک user پر کی ہماری حیثیت ہو جائے گی کہ ہم چیزوں کو لے رہے ہیں، اور اس کا کوئی response, positive response ہم نہیں دے رہے ہیں۔</w:t>
      </w:r>
    </w:p>
    <w:p>
      <w:r>
        <w:rPr>
          <w:b/>
        </w:rPr>
        <w:t xml:space="preserve">[11:37] </w:t>
      </w:r>
      <w:r>
        <w:t>to yeh bohat ziyada galat baat hai, aur is ka hamein Khuda ke haan jawab dena hoga. to Bible mein aik aayat hai you shall love the lord your god with all your heart, with all your soul,</w:t>
      </w:r>
    </w:p>
    <w:p>
      <w:pPr>
        <w:jc w:val="right"/>
      </w:pPr>
      <w:r>
        <w:t>تو یہ بہت زیادہ غلط بات ہے، اور اس کا ہمیں خدا کے ہاں جواب دینا ہوگا۔ تو بائبل میں ایک آیت ہے You shall love the Lord your God with all your heart, with all your soul,</w:t>
      </w:r>
    </w:p>
    <w:p>
      <w:r>
        <w:rPr>
          <w:b/>
        </w:rPr>
        <w:t xml:space="preserve">[11:53] </w:t>
      </w:r>
      <w:r>
        <w:t>and with all your mind yeh Matthew mein aaya hai.</w:t>
      </w:r>
    </w:p>
    <w:p>
      <w:pPr>
        <w:jc w:val="right"/>
      </w:pPr>
      <w:r>
        <w:t>and with all your mind یہ میتھیو میں آیا ہے۔</w:t>
      </w:r>
    </w:p>
    <w:p>
      <w:r>
        <w:rPr>
          <w:b/>
        </w:rPr>
        <w:t xml:space="preserve">[11:56] </w:t>
      </w:r>
      <w:r>
        <w:t>to yehi hai Khuda ko acknowledge karna ke hum Khuda ke ilawa kisi se woh strong affection na develop karein.</w:t>
      </w:r>
    </w:p>
    <w:p>
      <w:pPr>
        <w:jc w:val="right"/>
      </w:pPr>
      <w:r>
        <w:t>تو یہی ہے خدا کو acknowledge کرنا کہ ہم خدا کے علاوہ کسی سے وہ strong affection نہ develop کریں۔</w:t>
      </w:r>
    </w:p>
    <w:p>
      <w:r>
        <w:rPr>
          <w:b/>
        </w:rPr>
        <w:t xml:space="preserve">[12:06] </w:t>
      </w:r>
      <w:r>
        <w:t>har cheez ko hum aik duty samjhein ke hamari duty hai, hamein karna hai, lekin jo strong affection hota hai, woh Khuda ke ilawa kisi se na ho.</w:t>
      </w:r>
    </w:p>
    <w:p>
      <w:pPr>
        <w:jc w:val="right"/>
      </w:pPr>
      <w:r>
        <w:t>ہر چیز کو ہم ایک ڈیوٹی سمجھیں کہ ہماری ڈیوٹی ہے، ہمیں کرنا ہے، لیکن جو strong affection ہوتا ہے، وہ خدا کے علاوہ کسی سے نہ ہو۔</w:t>
      </w:r>
    </w:p>
    <w:p>
      <w:r>
        <w:rPr>
          <w:b/>
        </w:rPr>
        <w:t xml:space="preserve">[12:16] </w:t>
      </w:r>
      <w:r>
        <w:t>kai baar mein ne dekha hai ke hum kisi ke haan gaye hain, aur us ke haan koi naya bachcha paida hua hai,</w:t>
      </w:r>
    </w:p>
    <w:p>
      <w:pPr>
        <w:jc w:val="right"/>
      </w:pPr>
      <w:r>
        <w:t>کئی بار میں دیکھا ہے کہ ہم کسی کے ہاں گئے ہیں، اور اس کے ہاں کوئی نیا بچہ پیدا ہوا ہے،</w:t>
      </w:r>
    </w:p>
    <w:p>
      <w:r>
        <w:rPr>
          <w:b/>
        </w:rPr>
        <w:t xml:space="preserve">[12:23] </w:t>
      </w:r>
      <w:r>
        <w:t>to woh itna ziyada is mein sarshaar rehte hain ke bas isi ki baatein karte rehte hain ke woh dekhiye yeh kar raha hai, woh dekhiye woh kar raha hai. to mein sochti hoon ke aadmi aik bachche se itna sarshaar ho jata hai, to Khuda jo sab kuch dene wala hai,</w:t>
      </w:r>
    </w:p>
    <w:p>
      <w:pPr>
        <w:jc w:val="right"/>
      </w:pPr>
      <w:r>
        <w:t>تو وہ اتنا زیادہ اس میں سرشار رہتے ہیں کہ بس اسی کی باتیں کرتے رہتے ہیں کہ وہ دیکھیے یہ کر رہا ہے، وہ دیکھیے وہ کر رہا ہے۔ تو میں سوچتی ہوں کہ آدمی ایک بچے سے اتنا سرشار ہو جاتا ہے، تو خدا جو سب کچھ دینے والا ہے،</w:t>
      </w:r>
    </w:p>
    <w:p>
      <w:r>
        <w:rPr>
          <w:b/>
        </w:rPr>
        <w:t xml:space="preserve">[12:39] </w:t>
      </w:r>
      <w:r>
        <w:t>us se koi sarshari nahi hai. us ki kabhi koi, koi uska zikr bhi nahi karta hai. namaz, roza log karte hain, to woh, woh to aik rasam hai, rasam ko dohra lete</w:t>
      </w:r>
    </w:p>
    <w:p>
      <w:pPr>
        <w:jc w:val="right"/>
      </w:pPr>
      <w:r>
        <w:t>اس سے کوئی سرشاری نہیں ہے۔ اس کی کبھی کوئی، کوئی اس کا ذکر بھی نہیں کرتا ہے۔ نماز، روزہ لوگ کرتے ہیں، تو وہ، وہ تو ایک رسم ہے، رسم کو دہرا لیتے</w:t>
      </w:r>
    </w:p>
    <w:p>
      <w:r>
        <w:rPr>
          <w:b/>
        </w:rPr>
        <w:t xml:space="preserve">[12:50] </w:t>
      </w:r>
      <w:r>
        <w:t>hain. to asal namaz roza jo hai, woh yeh hai ke insaan bas har waqt Khuda ki yaad mein apna waqt guzare.</w:t>
      </w:r>
    </w:p>
    <w:p>
      <w:pPr>
        <w:jc w:val="right"/>
      </w:pPr>
      <w:r>
        <w:t>ہیں۔ تو اصل نماز روزہ جو ہے، وہ یہ ہے کہ انسان بس ہر وقت خدا کی یاد میں اپنا وقت گزارے۔</w:t>
      </w:r>
    </w:p>
    <w:p>
      <w:r>
        <w:rPr>
          <w:b/>
        </w:rPr>
        <w:t xml:space="preserve">[12:59] </w:t>
      </w:r>
      <w:r>
        <w:t>to yehi hai jis ko kaha gaya hai hub-e-shadeed ka, yehi matlab hai ke har waqt hum ko Khuda yaad aata rahe, har mauqe par hamein Khuda yaad aata rahe.</w:t>
      </w:r>
    </w:p>
    <w:p>
      <w:pPr>
        <w:jc w:val="right"/>
      </w:pPr>
      <w:r>
        <w:t>تو یہی ہے جس کو کہا گیا ہے حب شدید کا، یہی مطلب ہے کہ ہر وقت ہم کو خدا یاد آتا رہے، ہر موقع پر ہمیں خدا یاد آتا رہے۔</w:t>
      </w:r>
    </w:p>
    <w:p>
      <w:r>
        <w:rPr>
          <w:b/>
        </w:rPr>
        <w:t xml:space="preserve">[13:10] </w:t>
      </w:r>
      <w:r>
        <w:t>to jab Allah se is darje ka ta'alluq ho jata hai mohabbat ka, phir yeh doosra stage hota hai ke hum Allah ki marzi ke mutabiq kaam karein.</w:t>
      </w:r>
    </w:p>
    <w:p>
      <w:pPr>
        <w:jc w:val="right"/>
      </w:pPr>
      <w:r>
        <w:t>تو جب اللہ سے اس درجے کا تعلق ہو جاتا ہے محبت کا، پھر یہ دوسرا stage ہوتا ہے کہ ہم اللہ کی مرضی کے مطابق کام کریں۔</w:t>
      </w:r>
    </w:p>
    <w:p>
      <w:r>
        <w:rPr>
          <w:b/>
        </w:rPr>
        <w:t xml:space="preserve">[13:21] </w:t>
      </w:r>
      <w:r>
        <w:t>to Allah ki marzi ke mutabiq jo sab se bara kaam jo hai, woh hai ke Khuda ke bando ko Khuda ka paigham pahunchana, jis ko hum dawat kehte hain.</w:t>
      </w:r>
    </w:p>
    <w:p>
      <w:pPr>
        <w:jc w:val="right"/>
      </w:pPr>
      <w:r>
        <w:t>تو اللہ کی مرضی کے مطابق جو سب سے بڑا کام جو ہے، وہ ہے کہ خدا کے بندوں کو خدا کا پیغام پہنچانا، جس کو ہم دعوت کہتے ہیں۔</w:t>
      </w:r>
    </w:p>
    <w:p>
      <w:r>
        <w:rPr>
          <w:b/>
        </w:rPr>
        <w:t xml:space="preserve">[13:33] </w:t>
      </w:r>
      <w:r>
        <w:t>to yeh hamari duty bhi hai, aur yeh hamari Khuda se mohabbat ka taqaza bhi hai ke jo paigham hum ko Khuda ki taraf se mila hai, us ko hum doosron tak pahunchayein, aur is ka bohat bara reward hai Khuda ki nazar mein.</w:t>
      </w:r>
    </w:p>
    <w:p>
      <w:pPr>
        <w:jc w:val="right"/>
      </w:pPr>
      <w:r>
        <w:t>تو یہ ہماری ڈیوٹی بھی ہے، اور یہ ہماری خدا سے محبت کا تقاضا بھی ہے کہ جو پیغام ہم کو خدا کی طرف سے ملا ہے، اس کو ہم دوسروں تک پہنچائیں، اور اس کا بہت بڑا ریوارڈ ہے خدا کی نظر میں۔</w:t>
      </w:r>
    </w:p>
    <w:p>
      <w:r>
        <w:rPr>
          <w:b/>
        </w:rPr>
        <w:t xml:space="preserve">[13:49] </w:t>
      </w:r>
      <w:r>
        <w:t>ji, aur apa, yeh bhi keh sakte hain ke love of god also, you know, helps in developing elevated human qualities jaise positive thinking, well-wishingness for others, trust, courage.</w:t>
      </w:r>
    </w:p>
    <w:p>
      <w:pPr>
        <w:jc w:val="right"/>
      </w:pPr>
      <w:r>
        <w:t>जी, और आपा, ये भी कह सकते हैं कि Love of God also, you know, helps in developing elevated human qualities जैसे positive thinking, well-wishingness for others, trust, courage.</w:t>
      </w:r>
    </w:p>
    <w:p>
      <w:r>
        <w:rPr>
          <w:b/>
        </w:rPr>
        <w:t xml:space="preserve">[14:04] </w:t>
      </w:r>
      <w:r>
        <w:t>apa, yahan par mein aik cheez aur bhi kehna chahunga ke jaise aap ne is ko explain bhi kiya ke phir jab insaan agar sochta hai ke kitni blessings us ko Allah ki taraf se aa rahi hain, jaise us ko</w:t>
      </w:r>
    </w:p>
    <w:p>
      <w:pPr>
        <w:jc w:val="right"/>
      </w:pPr>
      <w:r>
        <w:t>आपा, यहाँ पर मैं एक चीज़ और भी कहना चाहूँगा कि जैसे आपने इसको explain भी किया कि फिर जब इंसान अगर सोचता है कि कितनी blessings उसको اللہ की तरफ से आ रही हैं, जैसे उसको</w:t>
      </w:r>
    </w:p>
    <w:p>
      <w:r>
        <w:rPr>
          <w:b/>
        </w:rPr>
        <w:t xml:space="preserve">[14:17] </w:t>
      </w:r>
      <w:r>
        <w:t>kis ne banaya, is duniya ko kis ne banaya, jo itna powerful mind diya hai, who has created that mind, that life support system that has been provided to mankind, who has given that.</w:t>
      </w:r>
    </w:p>
    <w:p>
      <w:pPr>
        <w:jc w:val="right"/>
      </w:pPr>
      <w:r>
        <w:t>किसने बनाया, इस दुनिया को किसने बनाया, जो इतना powerful mind दिया है, who has created that mind, that life support system that has been provided to mankind, who has given that.</w:t>
      </w:r>
    </w:p>
    <w:p>
      <w:r>
        <w:rPr>
          <w:b/>
        </w:rPr>
        <w:t xml:space="preserve">[14:28] </w:t>
      </w:r>
      <w:r>
        <w:t>to jab aik insaan is cheez ko ehsaas, is cheez ko discover karta hai, to us ke munh se Alhamdulillah nikal jata hai. aap ne bhi abhi uska zikr kiya, to mein chahunga thoda aap yeh Alhamdulillah ko thoda aap aur expand kar ke wazeh karein.</w:t>
      </w:r>
    </w:p>
    <w:p>
      <w:pPr>
        <w:jc w:val="right"/>
      </w:pPr>
      <w:r>
        <w:t>तो जब एक इंसान इस चीज़ को एहसास, इस चीज़ को discover करता है, तो उसके मुँह से الحمدللہ निकल जाता है। आपने भी अभी उसका ذکر किया, तो मैं चाहूँगा थोड़ा आप ये الحمدللہ کو تھوड़ा आप اور expand کر کے واضح کریں۔</w:t>
      </w:r>
    </w:p>
    <w:p>
      <w:r>
        <w:rPr>
          <w:b/>
        </w:rPr>
        <w:t xml:space="preserve">[14:44] </w:t>
      </w:r>
      <w:r>
        <w:t>Alhamdulillah bohat ziyada use hota hai, lekin yeh jis ko kehte hain hum takiya kalam, woh aik takiya kalam ban gaya hai.</w:t>
      </w:r>
    </w:p>
    <w:p>
      <w:pPr>
        <w:jc w:val="right"/>
      </w:pPr>
      <w:r>
        <w:t>الحمدللہ بہت زیادہ use ہوتا ہے، لیکن یہ جس کو کہتے ہیں ہم تکیہ کلام، وہ ایک تکیہ کلام بن گیا ہے۔</w:t>
      </w:r>
    </w:p>
    <w:p>
      <w:r>
        <w:rPr>
          <w:b/>
        </w:rPr>
        <w:t xml:space="preserve">[14:53] </w:t>
      </w:r>
      <w:r>
        <w:t>woh is tareeqe se log nahi kar paate, kyunke jab tak Khuda se gehra attachment nahi hoga, tab tak woh dil se woh Alhamdulillah nahi niklega.</w:t>
      </w:r>
    </w:p>
    <w:p>
      <w:pPr>
        <w:jc w:val="right"/>
      </w:pPr>
      <w:r>
        <w:t>وہ اس طریقے سے لوگ نہیں کر پاتے، کیونکہ جب تک خدا سے گہرا attachment نہیں ہوگا، تب تک وہ دل سے وہ الحمدللہ نہیں نکلے گا۔</w:t>
      </w:r>
    </w:p>
    <w:p>
      <w:r>
        <w:rPr>
          <w:b/>
        </w:rPr>
        <w:t xml:space="preserve">[15:02] </w:t>
      </w:r>
      <w:r>
        <w:t>aur aap samajh sakte hain ke jab insaan itna sensitive hota hai to Khuda lakhon guna sensitive hoga. Khuda ko pata chal jata hai ke kaun dil se kar raha hai,</w:t>
      </w:r>
    </w:p>
    <w:p>
      <w:pPr>
        <w:jc w:val="right"/>
      </w:pPr>
      <w:r>
        <w:t>اور آپ سمجھ سکتے ہیں کہ جب انسان اتنا sensitive ہوتا ہے تو خدا لاکھوں گنا sensitive ہوگا۔ خدا کو پتہ چل جاتا ہے کہ کون دل سے کر رہا ہے،</w:t>
      </w:r>
    </w:p>
    <w:p>
      <w:r>
        <w:rPr>
          <w:b/>
        </w:rPr>
        <w:t xml:space="preserve">[15:13] </w:t>
      </w:r>
      <w:r>
        <w:t>kaun sirf zabaan se kar raha hai. to hamein dil se Alhamdulillah karna hai, apne dil o jaan se Khuda se mohabbat karni hai.</w:t>
      </w:r>
    </w:p>
    <w:p>
      <w:pPr>
        <w:jc w:val="right"/>
      </w:pPr>
      <w:r>
        <w:t>کون صرف زبان سے کر رہا ہے۔ تو ہمیں دل سے الحمدللہ کرنا ہے، اپنے دل و جان سے خدا سے محبت کرنی ہے۔</w:t>
      </w:r>
    </w:p>
    <w:p>
      <w:r>
        <w:rPr>
          <w:b/>
        </w:rPr>
        <w:t xml:space="preserve">[15:22] </w:t>
      </w:r>
      <w:r>
        <w:t>to log jo hain sirf tilawat karte hain, aur tasbeeh parhte hain, aur un ko woh sirf repeat, repetition ko samajh lete hain ke ibadat hai.</w:t>
      </w:r>
    </w:p>
    <w:p>
      <w:pPr>
        <w:jc w:val="right"/>
      </w:pPr>
      <w:r>
        <w:t>تو لوگ جو ہیں صرف تلاوت کرتے ہیں، اور تسبیح پڑھتے ہیں، اور ان کو وہ صرف repeat، repetition کو سمجھ لیتے ہیں کہ عبادت ہے۔</w:t>
      </w:r>
    </w:p>
    <w:p>
      <w:r>
        <w:rPr>
          <w:b/>
        </w:rPr>
        <w:t xml:space="preserve">[15:33] </w:t>
      </w:r>
      <w:r>
        <w:t>sirf repeat karna ibadat nahi hai. bohat saare log to apne doosre kaam bhi karte rehte hain, aur isi mein tasbeeh parhte rehte hain. to</w:t>
      </w:r>
    </w:p>
    <w:p>
      <w:pPr>
        <w:jc w:val="right"/>
      </w:pPr>
      <w:r>
        <w:t>صرف repeat کرنا عبادت نہیں ہے۔ بہت سارے لوگ تو اپنے دوسرے کام بھی کرتے رہتے ہیں، اور اسی میں تسبیح پڑھتے رہتے ہیں۔ تو</w:t>
      </w:r>
    </w:p>
    <w:p>
      <w:r>
        <w:rPr>
          <w:b/>
        </w:rPr>
        <w:t xml:space="preserve">[15:41] </w:t>
      </w:r>
      <w:r>
        <w:t>mein ne to Afghanistan mein mein ne dekha ke log taqreer kar rahe hain, is mein bhi dana tasbeeh ke ghuma rahe hain. to yeh, yeh tasbeeh nahi hai. tasbeeh hai poore dil o jaan se Khuda ki yaad karna, Khuda ke tamam inaamaat ka ko dimagh mein lana, us ko sochna.</w:t>
      </w:r>
    </w:p>
    <w:p>
      <w:pPr>
        <w:jc w:val="right"/>
      </w:pPr>
      <w:r>
        <w:t>میں نے تو افغانستان میں میں نے دیکھا کہ لوگ تقریر کر رہے ہیں، اس میں بھی دانہ تسبیح کے گھما رہے ہیں۔ تو یہ، یہ تسبیح نہیں ہے۔ تسبیح ہے پورے دل و جان سے خدا کی یاد کرنا، خدا کے تمام انعامات کا کو دماغ میں لانا، اس کو سوچنا۔</w:t>
      </w:r>
    </w:p>
    <w:p>
      <w:r>
        <w:rPr>
          <w:b/>
        </w:rPr>
        <w:t xml:space="preserve">[15:58] </w:t>
      </w:r>
      <w:r>
        <w:t>to woh hota hai, is se Khuda se mohabbat</w:t>
      </w:r>
    </w:p>
    <w:p>
      <w:pPr>
        <w:jc w:val="right"/>
      </w:pPr>
      <w:r>
        <w:t>تو وہ ہوتا ہے، اس سے خدا سے محبت</w:t>
      </w:r>
    </w:p>
    <w:p>
      <w:r>
        <w:rPr>
          <w:b/>
        </w:rPr>
        <w:t xml:space="preserve">[16:01] </w:t>
      </w:r>
      <w:r>
        <w:t>paida hoti hai. aur Khuda se mohabbat jo paida hogi, to jab hum aik aisi life, spiritual life guzarenge, to hamari madad farishte karenge.</w:t>
      </w:r>
    </w:p>
    <w:p>
      <w:pPr>
        <w:jc w:val="right"/>
      </w:pPr>
      <w:r>
        <w:t>پیدا ہوتی ہے۔ اور خدا سے محبت جو پیدا ہوگی، تو جب ہم ایک ایسی life, spiritual life گزاریں گے، تو ہماری مدد فرشتے کریں گے۔</w:t>
      </w:r>
    </w:p>
    <w:p>
      <w:r>
        <w:rPr>
          <w:b/>
        </w:rPr>
        <w:t xml:space="preserve">[16:11] </w:t>
      </w:r>
      <w:r>
        <w:t>to farishton ki madad se hamare andar woh spirituality paida hogi, woh spirit wali namazen aur ibadat paida hongi. to is ke liye hum ko farishton ko apne paas bulane ke liye hamein ek spirit wali life batana padega.</w:t>
      </w:r>
    </w:p>
    <w:p>
      <w:pPr>
        <w:jc w:val="right"/>
      </w:pPr>
      <w:r>
        <w:t>تو فرشتوں کی مدد سے ہمارے اندر وہ spirituality پیدا ہوگی، وہ spirit والی نمازیں اور عبادات پیدا ہوں گی۔ تو اس کے لیے ہم کو فرشتوں کو اپنے پاس بلانے کے لیے ہمیں ایک spirit والی life بتانا پڑے گی۔</w:t>
      </w:r>
    </w:p>
    <w:p>
      <w:r>
        <w:rPr>
          <w:b/>
        </w:rPr>
        <w:t xml:space="preserve">[16:29] </w:t>
      </w:r>
      <w:r>
        <w:t>to yeh wahi ho sakti hai jab, jab hum discover karen. jaise Maulana sahib har waqt ek kuch na kuch discovery karte the ke Khuda ki nematton ki discovery.</w:t>
      </w:r>
    </w:p>
    <w:p>
      <w:pPr>
        <w:jc w:val="right"/>
      </w:pPr>
      <w:r>
        <w:t>تو یہ وہی ہو سکتی ہے جب، جب ہم discover کریں۔ جیسے مولانا صاحب ہر وقت ایک کچھ نہ کچھ discovery کرتے تھے کہ خدا کی نعمتوں کی discovery۔</w:t>
      </w:r>
    </w:p>
    <w:p>
      <w:r>
        <w:rPr>
          <w:b/>
        </w:rPr>
        <w:t xml:space="preserve">[16:39] </w:t>
      </w:r>
      <w:r>
        <w:t>hawa chal rahi hai to kehte the, aur is ko woh kehte the personalization of blessings yani hawa chal rahi hai, suraj nikal raha hai.</w:t>
      </w:r>
    </w:p>
    <w:p>
      <w:pPr>
        <w:jc w:val="right"/>
      </w:pPr>
      <w:r>
        <w:t>ہوا چل رہی ہے تو کہتے تھے، اور اس کو وہ کہتے تھے personalization of blessings یعنی ہوا چل رہی ہے، سورج نکل رہا ہے۔</w:t>
      </w:r>
    </w:p>
    <w:p>
      <w:r>
        <w:rPr>
          <w:b/>
        </w:rPr>
        <w:t xml:space="preserve">[16:48] </w:t>
      </w:r>
      <w:r>
        <w:t>to aap yeh sochiye ke Khuda ne hamare liye hawaen chalai hain, Khuda ne hamare liye suraj nikala hai, aur tamam blessings jo hain woh Khuda ne hamare liye yeh di hain.</w:t>
      </w:r>
    </w:p>
    <w:p>
      <w:pPr>
        <w:jc w:val="right"/>
      </w:pPr>
      <w:r>
        <w:t>تو آپ یہ سوچیے کہ خدا نے ہمارے لیے ہوائیں چلائی ہیں، خدا نے ہمارے لیے سورج نکالا ہے، اور تمام blessings جو ہیں وہ خدا نے ہمارے لیے یہ دی ہیں۔</w:t>
      </w:r>
    </w:p>
    <w:p>
      <w:r>
        <w:rPr>
          <w:b/>
        </w:rPr>
        <w:t xml:space="preserve">[16:58] </w:t>
      </w:r>
      <w:r>
        <w:t>to</w:t>
      </w:r>
    </w:p>
    <w:p>
      <w:pPr>
        <w:jc w:val="right"/>
      </w:pPr>
      <w:r>
        <w:t>تو</w:t>
      </w:r>
    </w:p>
    <w:p>
      <w:r>
        <w:rPr>
          <w:b/>
        </w:rPr>
        <w:t xml:space="preserve">[16:59] </w:t>
      </w:r>
      <w:r>
        <w:t>is se kehte hain ek bohat bara shukr, thrilling shukr hamare andar aata hai. warna hum to used to ho jate hain jab jaade mein sabhi log dhoop mein baithte hain, koi nahi sochta ke yeh hamare liye Allah taala ne suraj nikala hai.</w:t>
      </w:r>
    </w:p>
    <w:p>
      <w:pPr>
        <w:jc w:val="right"/>
      </w:pPr>
      <w:r>
        <w:t>اس سے کہتے ہیں ایک بہت بڑا شکر، thrilling شکر ہمارے اندر آتا ہے۔ ورنہ ہم تو used to ہو جاتے ہیں جب جاڑے میں سبھی لوگ دھوپ میں بیٹھتے ہیں، کوئی نہیں سوچتا کہ یہ ہمارے لیے اللہ تعالی نے سورج نکالا ہے۔</w:t>
      </w:r>
    </w:p>
    <w:p>
      <w:r>
        <w:rPr>
          <w:b/>
        </w:rPr>
        <w:t xml:space="preserve">[17:12] </w:t>
      </w:r>
      <w:r>
        <w:t>to jab hum is tareeqe se sochenge ke poora life support system Allah ne hamare liye banaya hai, ab agar zameen mein gravity na hoti to hum chal bhi nahi sakte the zameen mein.</w:t>
      </w:r>
    </w:p>
    <w:p>
      <w:pPr>
        <w:jc w:val="right"/>
      </w:pPr>
      <w:r>
        <w:t>تو جب ہم اس طریقے سے سوچیں گے کہ پورا life support system اللہ نے ہمارے لیے بنایا ہے، اب اگر زمین میں gravity نہ ہوتی تو ہم چل بھی نہیں سکتے تھے زمین میں۔</w:t>
      </w:r>
    </w:p>
    <w:p>
      <w:r>
        <w:rPr>
          <w:b/>
        </w:rPr>
        <w:t xml:space="preserve">[17:22] </w:t>
      </w:r>
      <w:r>
        <w:t>to yeh sab sochna</w:t>
      </w:r>
    </w:p>
    <w:p>
      <w:pPr>
        <w:jc w:val="right"/>
      </w:pPr>
      <w:r>
        <w:t>تو یہ سب سوچنا</w:t>
      </w:r>
    </w:p>
    <w:p>
      <w:r>
        <w:rPr>
          <w:b/>
        </w:rPr>
        <w:t xml:space="preserve">[17:24] </w:t>
      </w:r>
      <w:r>
        <w:t>padta hai, baghair think kare hue hum ko Khuda se gehra ta'alluq nahi ho sakta hai. ab Allah taala ne insan ko ashraf-ul-makhlooqat banaya hai, the best of creatures.</w:t>
      </w:r>
    </w:p>
    <w:p>
      <w:pPr>
        <w:jc w:val="right"/>
      </w:pPr>
      <w:r>
        <w:t>پڑتا ہے، بغیر think کریں ہوئے ہم کو خدا سے گہرا تعلق نہیں ہو سکتا ہے۔ اب اللہ تعالی نے انسان کو اشرف المخلوقات بنایا ہے، the best of creatures۔</w:t>
      </w:r>
    </w:p>
    <w:p>
      <w:r>
        <w:rPr>
          <w:b/>
        </w:rPr>
        <w:t xml:space="preserve">[17:36] </w:t>
      </w:r>
      <w:r>
        <w:t>aur bandar bhi hota hai, na zyada shararat karta hai, chheen chhipt kar khata hai. to hum insan bandar bhi ho sakta tha. to Allah taala ne hamein itni behtareen saakht par banaya hai.</w:t>
      </w:r>
    </w:p>
    <w:p>
      <w:pPr>
        <w:jc w:val="right"/>
      </w:pPr>
      <w:r>
        <w:t>اور بندر بھی ہوتا ہے، نہ زیادہ شرارت کرتا ہے، چھین چپٹ کر کھاتا ہے۔ تو ہم انسان بندر بھی ہو سکتا تھا۔ تو اللہ تعالی نے ہمیں اتنی بہترین ساخت پر بنایا ہے۔</w:t>
      </w:r>
    </w:p>
    <w:p>
      <w:r>
        <w:rPr>
          <w:b/>
        </w:rPr>
        <w:t xml:space="preserve">[17:47] </w:t>
      </w:r>
      <w:r>
        <w:t>quran mein kaha gaya ahsan-ul-khaliqeen kitna behtar creation Allah banane wala hai.</w:t>
      </w:r>
    </w:p>
    <w:p>
      <w:pPr>
        <w:jc w:val="right"/>
      </w:pPr>
      <w:r>
        <w:t>قرآن میں کہا گیا احسن الخالقین کتنا بہتر creation اللہ بنانے والا ہے۔</w:t>
      </w:r>
    </w:p>
    <w:p>
      <w:r>
        <w:rPr>
          <w:b/>
        </w:rPr>
        <w:t xml:space="preserve">[17:54] </w:t>
      </w:r>
      <w:r>
        <w:t>to har cheez jab tak hum sochenge nahi, tab tak hamare andar woh sahi ma'ano mein shukr nahi paida hoga. to hamare andar, hamein apne andar aadat dalni chahiye har baat sochne ki, balkeh thoda waqt hamein nikalna chahiye aur alag baithna chahiye.</w:t>
      </w:r>
    </w:p>
    <w:p>
      <w:pPr>
        <w:jc w:val="right"/>
      </w:pPr>
      <w:r>
        <w:t>تو ہر چیز جب تک ہم سوچیں گے نہیں، تب تک ہمارے اندر وہ صحیح معنی میں شکر نہیں پیدا ہوگا۔ تو ہمارے اندر، ہمیں اپنے اندر عادت ڈالنی چاہیے ہر بات سوچنے کی، بلکہ تھوڑا وقت ہمیں نکالنا چاہیے اور الگ بیٹھنا چاہیے۔</w:t>
      </w:r>
    </w:p>
    <w:p>
      <w:r>
        <w:rPr>
          <w:b/>
        </w:rPr>
        <w:t xml:space="preserve">[18:11] </w:t>
      </w:r>
      <w:r>
        <w:t>jaise Maulana aksar barje mein baithe rehte the, akele baithe rehte the, sochte rehte the. aur tamam sahaba log aisa karte the ke akele baith kar sochte the.</w:t>
      </w:r>
    </w:p>
    <w:p>
      <w:pPr>
        <w:jc w:val="right"/>
      </w:pPr>
      <w:r>
        <w:t>جیسے مولانا اکثر بارجے میں بیٹھے رہتے تھے، اکیلے بیٹھے رہتے تھے، سوچتے رہتے تھے۔ اور تمام صحابہ لوگ ایسا کرتے تھے کہ اکیلے بیٹھ کر سوچتے تھے۔</w:t>
      </w:r>
    </w:p>
    <w:p>
      <w:r>
        <w:rPr>
          <w:b/>
        </w:rPr>
        <w:t xml:space="preserve">[18:22] </w:t>
      </w:r>
      <w:r>
        <w:t>kyunki jab sab ke saath baithe rahenge to doosri doosri baaten chalti rahengi. to thoda waqt hamein nikalna chahiye aur Khuda ki blessings ko sochna chahiye.</w:t>
      </w:r>
    </w:p>
    <w:p>
      <w:pPr>
        <w:jc w:val="right"/>
      </w:pPr>
      <w:r>
        <w:t>کیونکہ جب سب کے ساتھ بیٹھے رہیں گے تو دوسری دوسری باتیں چلتی رہیں گی۔ تو تھوڑا وقت ہمیں نکالنا چاہیے اور خدا کی blessings کو سوچنا چاہیے۔</w:t>
      </w:r>
    </w:p>
    <w:p>
      <w:r>
        <w:rPr>
          <w:b/>
        </w:rPr>
        <w:t xml:space="preserve">[18:31] </w:t>
      </w:r>
      <w:r>
        <w:t>kyunki bohat sari cheezen aisi hain jo hamein yaad hi nahi rehti ke hamare saath Khuda ne yeh itna acha yeh blessing hamein di thi.</w:t>
      </w:r>
    </w:p>
    <w:p>
      <w:pPr>
        <w:jc w:val="right"/>
      </w:pPr>
      <w:r>
        <w:t>کیونکہ بہت ساری چیزیں ایسی ہیں جو ہمیں یاد ہی نہیں رہتی کہ ہمارے ساتھ خدا نے یہ اتنا اچھا یہ blessing ہمیں دی تھی۔</w:t>
      </w:r>
    </w:p>
    <w:p>
      <w:r>
        <w:rPr>
          <w:b/>
        </w:rPr>
        <w:t xml:space="preserve">[18:39] </w:t>
      </w:r>
      <w:r>
        <w:t>lekin hum to is ko used to ho jate hain na, hum samajhte hain aise hi hamein mil raha hai. jaise sab ko mil raha hai, waise hi hamein mil raha hai. to jab hum sochenge na, tab hum ko shaoori daryaft hogi is ki, aur tab hamare andar mohabbat ke gehre jazbaat paida honge.</w:t>
      </w:r>
    </w:p>
    <w:p>
      <w:pPr>
        <w:jc w:val="right"/>
      </w:pPr>
      <w:r>
        <w:t>لیکن ہم تو اس کو used to ہو جاتے ہیں نا، ہم سمجھتے ہیں ایسے ہی ہمیں مل رہا ہے۔ جیسے سب کو مل رہا ہے، ویسے ہی ہمیں مل رہا ہے۔ تو جب ہم سوچیں گے نا، تب ہم کو شعوری دریافت ہوگی اس کی، اور تب ہمارے اندر محبت کے گہرے جذبات پیدا ہوں گے۔</w:t>
      </w:r>
    </w:p>
    <w:p>
      <w:r>
        <w:rPr>
          <w:b/>
        </w:rPr>
        <w:t xml:space="preserve">[18:54] </w:t>
      </w:r>
      <w:r>
        <w:t>aur yeh, yeh jo zikr hai aur shukr hai, to jab hamare andar woh gehre jazbaat paida ho jate hain, tab jo alfaaz nikalte hain zikr ke aur shukr ke, to woh Khuda ke haan accepta</w:t>
      </w:r>
    </w:p>
    <w:p>
      <w:pPr>
        <w:jc w:val="right"/>
      </w:pPr>
      <w:r>
        <w:t>اور یہ، یہ جو ذکر ہے اور شکر ہے، تو جب ہمارے اندر وہ گہرے جذبات پیدا ہو جاتے ہیں، تب جو الفاظ نکلتے ہیں ذکر کے اور شکر کے، تو وہ خدا کے ہاں accepta</w:t>
      </w:r>
    </w:p>
    <w:p>
      <w:r>
        <w:rPr>
          <w:b/>
        </w:rPr>
        <w:t xml:space="preserve">[19:07] </w:t>
      </w:r>
      <w:r>
        <w:t>ble hote hain. sirf alfaaz ko dohra dena, woh Khuda ke haan acceptable nahi hai. kai aisi bohat si hadisen hain ke log namaz padhte hain, roza rakhte hain, lekin woh un ke upar phenk di jati hain.</w:t>
      </w:r>
    </w:p>
    <w:p>
      <w:pPr>
        <w:jc w:val="right"/>
      </w:pPr>
      <w:r>
        <w:t>ble ہوتے ہیں۔ صرف الفاظ کو دہرا دینا، وہ خدا کے ہاں acceptable نہیں ہے۔ کئی ایسی بہت سی حدیثیں ہیں کہ لوگ نماز پڑھتے ہیں، روزہ رکھتے ہیں، لیکن وہ ان کے اوپر پھینک دی جاتی ہے۔</w:t>
      </w:r>
    </w:p>
    <w:p>
      <w:r>
        <w:rPr>
          <w:b/>
        </w:rPr>
        <w:t xml:space="preserve">[19:19] </w:t>
      </w:r>
      <w:r>
        <w:t>to wahi phenk di jati hain jis mein spirit nahi hoti. to hamein poori koshish karna chahiye ke hum spirit wali ibadat apne andar paida karen.</w:t>
      </w:r>
    </w:p>
    <w:p>
      <w:pPr>
        <w:jc w:val="right"/>
      </w:pPr>
      <w:r>
        <w:t>تو وہی پھینک دی جاتی ہے جس میں spirit نہیں ہوتی۔ تو ہمیں پوری کوشش کرنا چاہیے کہ ہم spirit والی عبادت اپنے اندر پیدا کریں۔</w:t>
      </w:r>
    </w:p>
    <w:p>
      <w:r>
        <w:rPr>
          <w:b/>
        </w:rPr>
        <w:t xml:space="preserve">[19:30] </w:t>
      </w:r>
      <w:r>
        <w:t>ji, apa, agla sawal puchne se pehle kuch comment aur sawal lena chahunga,</w:t>
      </w:r>
    </w:p>
    <w:p>
      <w:pPr>
        <w:jc w:val="right"/>
      </w:pPr>
      <w:r>
        <w:t>जी, आपा, अगला सवाल पूछने से पहले कुछ comment और सवाल लेना चाहूँगा,</w:t>
      </w:r>
    </w:p>
    <w:p>
      <w:r>
        <w:rPr>
          <w:b/>
        </w:rPr>
        <w:t xml:space="preserve">[19:37] </w:t>
      </w:r>
      <w:r>
        <w:t>jo bheje hain, jo log dekh rahe hain. yeh comment bheja hai, inka naam bhi Miss Farida hi hai, yeh Karachi se hain. inhone likha hai ke "Love for God and well-wishing for all.</w:t>
      </w:r>
    </w:p>
    <w:p>
      <w:pPr>
        <w:jc w:val="right"/>
      </w:pPr>
      <w:r>
        <w:t>जो भेजे हैं, जो लोग देख रहे हैं। यह comment भेजा है, इनका नाम भी Miss Farida ही है, यह Karachi से हैं। इन्होंने लिखा है कि "Love for God and well-wishing for all.</w:t>
      </w:r>
    </w:p>
    <w:p>
      <w:r>
        <w:rPr>
          <w:b/>
        </w:rPr>
        <w:t xml:space="preserve">[19:49] </w:t>
      </w:r>
      <w:r>
        <w:t>It is Maulana Sahib's guidance. May Allah bless Maulana Sahib richly. Ameen." doctor Aslam sahib, doctor Aslam Khan sahib ne Saharanpur se likha hai, "You areright, Dr.</w:t>
      </w:r>
    </w:p>
    <w:p>
      <w:pPr>
        <w:jc w:val="right"/>
      </w:pPr>
      <w:r>
        <w:t>It is Maulana Sahib's guidance. May Allah bless Maulana Sahib richly. Ameen." डॉक्टर असलम साहब, डॉक्टर असलम खान साहब ने सहारनपुर से लिखा है, "You areright, Dr.</w:t>
      </w:r>
    </w:p>
    <w:p>
      <w:r>
        <w:rPr>
          <w:b/>
        </w:rPr>
        <w:t xml:space="preserve">[20:02] </w:t>
      </w:r>
      <w:r>
        <w:t>Farida." phir</w:t>
      </w:r>
    </w:p>
    <w:p>
      <w:pPr>
        <w:jc w:val="right"/>
      </w:pPr>
      <w:r>
        <w:t>Farida." फिर</w:t>
      </w:r>
    </w:p>
    <w:p>
      <w:r>
        <w:rPr>
          <w:b/>
        </w:rPr>
        <w:t xml:space="preserve">[20:03] </w:t>
      </w:r>
      <w:r>
        <w:t>unhone acknowledge hi di hai ke "First of all, if you want to invite an elephant into your house, you must have a door big enough to permit its entry and a place big enough to accommodate it." to matlab apne dil ko itna aap bara karen ke jis se aap Khuda ki marifat ko receive kar sakte hain. Khaja Kalimuddin sahib ne likha hai Pennsylvania se, "</w:t>
      </w:r>
    </w:p>
    <w:p>
      <w:pPr>
        <w:jc w:val="right"/>
      </w:pPr>
      <w:r>
        <w:t>उन्होंने acknowledge ही दी है कि "First of all, if you want to invite an elephant into your house, you must have a door big enough to permit its entry and a place big enough to accommodate it." तो मतलब अपने दिल को इतना आप बड़ा करें कि जिससे आप खुदा की मारिफत को receive कर सकते हैं। खाजा कलीमुद्दीन साहब ने लिखा है Pennsylvania से, "</w:t>
      </w:r>
    </w:p>
    <w:p>
      <w:r>
        <w:rPr>
          <w:b/>
        </w:rPr>
        <w:t xml:space="preserve">[20:32] </w:t>
      </w:r>
      <w:r>
        <w:t>Yes, Apa, it is true that we fail to realize God at the level of discovery. Therefore, we fail to love Him like a baby loves its mother." ek sawal aaya hai jo bheja hai Saife Anwar sahib ne. inhone location nahi likhi hai, inhone likha hai ke "quran mein hai ke agar Allah se mohabbat karte ho to Nabi ki pairvi k</w:t>
      </w:r>
    </w:p>
    <w:p>
      <w:pPr>
        <w:jc w:val="right"/>
      </w:pPr>
      <w:r>
        <w:t>Yes, Apa, it is true that we fail to realize God at the level of discovery. Therefore, we fail to love Him like a baby loves its mother." एक सवाल आया है जो भेजा है सायफ अनवर साहब ने। इन्होंने location नहीं लिखी है, इन्होंने लिखा है कि "قرآن میں ہے کہ اگر اللہ سے محبت کرتے ہو تو نبی کی پیروی ک</w:t>
      </w:r>
    </w:p>
    <w:p>
      <w:r>
        <w:rPr>
          <w:b/>
        </w:rPr>
        <w:t xml:space="preserve">[20:55] </w:t>
      </w:r>
      <w:r>
        <w:t>ro. " "is liye aam taur par log samajhte hain ke nabi ki pairvi hi khuda se mohabbat hai. is bare mein kuch bataen, mohabbat aur pairvi mein kya farq hai aur similarity hai, is ko wazeh karen. " pairvi to karni hai, jis ko obedience kahenge, woh to karna hi hai.</w:t>
      </w:r>
    </w:p>
    <w:p>
      <w:pPr>
        <w:jc w:val="right"/>
      </w:pPr>
      <w:r>
        <w:t>رو۔" "इसलिए आमतौर पर लोग समझते हैं कि नबी की पैरवी ही खुदा से मोहब्बत है। इस बारे में कुछ बताएँ, मोहब्बत और पैरवी में क्या फर्क है और similarity है, इसको वाज़े करें।" پیروی تو کرنی ہے، جس کو obedience کہیں گے، وہ تو کرنا ہی ہے۔</w:t>
      </w:r>
    </w:p>
    <w:p>
      <w:r>
        <w:rPr>
          <w:b/>
        </w:rPr>
        <w:t xml:space="preserve">[21:16] </w:t>
      </w:r>
      <w:r>
        <w:t>jo hamein sab kuch quran se aur rasool allah salallaho alaihe wasallam ki life se hamein milta hai, us ki pairvi karni hai.</w:t>
      </w:r>
    </w:p>
    <w:p>
      <w:pPr>
        <w:jc w:val="right"/>
      </w:pPr>
      <w:r>
        <w:t>جو ہمیں سب کچھ قرآن سے اور رسول اللہ صلی اللہ علیہ وسلم کی life سے ہمیں ملتا ہے، اس کی پیروی کرنی ہے۔</w:t>
      </w:r>
    </w:p>
    <w:p>
      <w:r>
        <w:rPr>
          <w:b/>
        </w:rPr>
        <w:t xml:space="preserve">[21:25] </w:t>
      </w:r>
      <w:r>
        <w:t>lekin har cheez ke do darje hote hain. jaise hamare haan koi kaam karne aata hai, ek to jo hum kahenge, woh itna woh kar dega. ek hota hai poore apne mind ko laga kar woh best se best karna chahta hai.</w:t>
      </w:r>
    </w:p>
    <w:p>
      <w:pPr>
        <w:jc w:val="right"/>
      </w:pPr>
      <w:r>
        <w:t>لیکن ہر چیز کے دو درجے ہوتے ہیں۔ جیسے ہمارے ہاں کوئی کام کرنے آتا ہے، ایک تو جو ہم کہیں گے، وہ اتنا وہ کر دے گا۔ ایک ہوتا ہے پورے اپنے mind کو لگا کر وہ best سے best کرنا چاہتا ہے۔</w:t>
      </w:r>
    </w:p>
    <w:p>
      <w:r>
        <w:rPr>
          <w:b/>
        </w:rPr>
        <w:t xml:space="preserve">[21:38] </w:t>
      </w:r>
      <w:r>
        <w:t>to is ki hamare haan zyada qadar hoti hai. to isi tarike se allah ke haan hai, ek to pairvi hai,</w:t>
      </w:r>
    </w:p>
    <w:p>
      <w:pPr>
        <w:jc w:val="right"/>
      </w:pPr>
      <w:r>
        <w:t>تو اس کی ہمارے ہاں زیادہ قدر ہوتی ہے۔ تو اسی طریقے سے اللہ کے ہاں ہے، ایک تو پیروی ہے،</w:t>
      </w:r>
    </w:p>
    <w:p>
      <w:r>
        <w:rPr>
          <w:b/>
        </w:rPr>
        <w:t xml:space="preserve">[21:44] </w:t>
      </w:r>
      <w:r>
        <w:t>qanooni taur par jo jo hamein bataya gaya hai, fiqh mein jo bataya gaya hai, us ke mutabiq hum ne namaz padh li, roza rakh liya. aur ek hai ke us ko bohat hi gehra, gehri marifat ke sath ibadat karna.</w:t>
      </w:r>
    </w:p>
    <w:p>
      <w:pPr>
        <w:jc w:val="right"/>
      </w:pPr>
      <w:r>
        <w:t>قانونی طور پر جو جو ہمیں بتایا گیا ہے، فقہ میں جو بتایا گیا ہے، اس کے مطابق ہم نے نماز پڑھ لی، روزہ رکھ لیا۔ اور ایک ہے کہ اس کو بہت ہی گہرا، گہری معرفت کے ساتھ عبادت کرنا۔</w:t>
      </w:r>
    </w:p>
    <w:p>
      <w:r>
        <w:rPr>
          <w:b/>
        </w:rPr>
        <w:t xml:space="preserve">[21:58] </w:t>
      </w:r>
      <w:r>
        <w:t>to is mein aur is mein bohat zyada farq hota hai. to allah taala ke haan wohi acceptable hai, aur jo bohat hi gehri marifat ke sath jis ki jo ibadat ki gayi ho, us mein khuda se ta'alluq qaim hua ho.</w:t>
      </w:r>
    </w:p>
    <w:p>
      <w:pPr>
        <w:jc w:val="right"/>
      </w:pPr>
      <w:r>
        <w:t>تو اس میں اور اس میں بہت زیادہ فرق ہوتا ہے۔ تو اللہ تعالی کے ہاں وہی acceptable ہے، اور جو بہت ہی گہری معرفت کے ساتھ جس کی جو عبادت کی گئی ہو، اس میں خدا سے تعلق قائم ہوا ہو۔</w:t>
      </w:r>
    </w:p>
    <w:p>
      <w:r>
        <w:rPr>
          <w:b/>
        </w:rPr>
        <w:t xml:space="preserve">[22:13] </w:t>
      </w:r>
      <w:r>
        <w:t>to khuda se ta'alluq hamara hamein tabhi qaim ho sakta hai jab hum isi spirit wali ibadat karen. ek bar rasool allah salallaho alaihe wasallam baithe hue the masjid nabwi mein, aur ek sahabi aaye, aur jaisa ke aap log jante hain, jab masjid mein jaate hain to do rakkat nafl namaz padhte hain.</w:t>
      </w:r>
    </w:p>
    <w:p>
      <w:pPr>
        <w:jc w:val="right"/>
      </w:pPr>
      <w:r>
        <w:t>تو خدا سے تعلق ہمارا ہمیں تبھی قائم ہو سکتا ہے جب ہم اسی spirit والی عبادت کریں۔ ایک بار رسول اللہ صلی اللہ علیہ وسلم بیٹھے ہوئے تھے مسجد نبوی میں، اور ایک صحابی آئے، اور جیسا کہ آپ لوگ جانتے ہیں، جب مسجد میں جاتے ہیں تو دو رکعت نفل نماز پڑھتے ہیں۔</w:t>
      </w:r>
    </w:p>
    <w:p>
      <w:r>
        <w:rPr>
          <w:b/>
        </w:rPr>
        <w:t xml:space="preserve">[22:32] </w:t>
      </w:r>
      <w:r>
        <w:t>to unhone namaz padhi do rakkat, aur masjid nabwi thi, aur prophet salallaho alaihe wasallam wahan baithe hue the.</w:t>
      </w:r>
    </w:p>
    <w:p>
      <w:pPr>
        <w:jc w:val="right"/>
      </w:pPr>
      <w:r>
        <w:t>تو انہوں نے نماز پڑھی دو رکعت، اور مسجد نبوی تھی، اور Prophet صلی اللہ علیہ وسلم وہاں بیٹھے ہوئے تھے۔</w:t>
      </w:r>
    </w:p>
    <w:p>
      <w:r>
        <w:rPr>
          <w:b/>
        </w:rPr>
        <w:t xml:space="preserve">[22:39] </w:t>
      </w:r>
      <w:r>
        <w:t>magar aap ne kaha ke jao tum dobara namaz parho, tum ne namaz nahi padhi. to yeh hai, namaz unhone jaldi jaldi padh liya hoga, woh to aaye the rasool allah salallaho alaihe wasallam se milne ke liye.</w:t>
      </w:r>
    </w:p>
    <w:p>
      <w:pPr>
        <w:jc w:val="right"/>
      </w:pPr>
      <w:r>
        <w:t>مگر آپ نے کہا کہ جاؤ تم دوبارہ نماز پڑھو، تم نے نماز نہیں پڑھی۔ تو یہ ہے، نماز انہوں نے جلدی جلدی پڑھ لیا ہوگا، وہ تو آئے تھے رسول اللہ صلی اللہ علیہ وسلم سے ملنے کے لیے۔</w:t>
      </w:r>
    </w:p>
    <w:p>
      <w:r>
        <w:rPr>
          <w:b/>
        </w:rPr>
        <w:t xml:space="preserve">[22:49] </w:t>
      </w:r>
      <w:r>
        <w:t>to woh poori namaz jo dil ke sath spirit wali namaz hoti hai, woh nahi padhi hogi. to aap ne un ko dobara parhwai. to yeh zaroori hai ke hum, kyunke jab hum soch samajh kar ek kaam karenge na, to hamari personality develop</w:t>
      </w:r>
    </w:p>
    <w:p>
      <w:pPr>
        <w:jc w:val="right"/>
      </w:pPr>
      <w:r>
        <w:t>تو وہ پوری نماز جو دل کے ساتھ spirit والی نماز ہوتی ہے، وہ نہیں پڑھی ہوگی۔ تو آپ نے ان کو دوبارہ پڑھوائی۔ تو یہ ضروری ہے کہ ہم، کیونکہ جب ہم سوچ سمجھ کر ایک کام کریں گے نا، تو ہماری personality develop</w:t>
      </w:r>
    </w:p>
    <w:p>
      <w:r>
        <w:rPr>
          <w:b/>
        </w:rPr>
        <w:t xml:space="preserve">[23:05] </w:t>
      </w:r>
      <w:r>
        <w:t>ment hoga, ek spiritual personality hamare andar banegi, aur nai nai baaten, naye naye goshe hamein samajh mein aayenge. to is wajah se har kaam hamein, jaise hum dunya ke kaam soch samajh kar karte hain, aql lagate hain is mein, isi tarike se namaz roze mein bhi hum ko wohi karna hai ke jo hum namaz mein padh rahe hain, jo hum aayaten padh rahi hain, woh woh padh rahe hain.</w:t>
      </w:r>
    </w:p>
    <w:p>
      <w:pPr>
        <w:jc w:val="right"/>
      </w:pPr>
      <w:r>
        <w:t>ment ہوگا، ایک spiritual personality ہمارے اندر بنے گی، اور نئی نئی باتیں، نئے نئے گوشے ہمیں سمجھ میں آئیں گے۔ تو اس وجہ سے ہر کام ہمیں، جیسے ہم دنیا کے کام سوچ سمجھ کر کرتے ہیں، عقل لگاتے ہیں اس میں، اسی طریقے سے نماز روزے میں بھی ہم کو وہی کرنا ہے کہ جو ہم نماز میں پڑھ رہے ہیں، جو ہم آیتیں پڑھ رہی ہیں، وہ وہ پڑھ رہے ہیں۔</w:t>
      </w:r>
    </w:p>
    <w:p>
      <w:r>
        <w:rPr>
          <w:b/>
        </w:rPr>
        <w:t xml:space="preserve">[23:29] </w:t>
      </w:r>
      <w:r>
        <w:t>us</w:t>
      </w:r>
    </w:p>
    <w:p>
      <w:pPr>
        <w:jc w:val="right"/>
      </w:pPr>
      <w:r>
        <w:t>اس</w:t>
      </w:r>
    </w:p>
    <w:p>
      <w:r>
        <w:rPr>
          <w:b/>
        </w:rPr>
        <w:t xml:space="preserve">[23:30] </w:t>
      </w:r>
      <w:r>
        <w:t>ko hum sochein ke is ki kya, har aayat ke bohat sare layers of meaning hote hain, is ke kya ma'ne hain, us ko hum apni zindagi mein kis tarah apply karen.</w:t>
      </w:r>
    </w:p>
    <w:p>
      <w:pPr>
        <w:jc w:val="right"/>
      </w:pPr>
      <w:r>
        <w:t>کو ہم سوچیں کہ اس کی کیا، ہر آیت کے بہت سارے layers of meaning ہوتے ہیں، اس کے کیا معنی ہیں، اس کو ہم اپنی زندگیوں میں کس طرح اپلائی کریں۔</w:t>
      </w:r>
    </w:p>
    <w:p>
      <w:r>
        <w:rPr>
          <w:b/>
        </w:rPr>
        <w:t xml:space="preserve">[23:41] </w:t>
      </w:r>
      <w:r>
        <w:t>to yeh poore tarike se hum soch samajh kar jab hum ek kaam karenge, to is ka faida jo hai na, woh bohat zyada hoga. ji, apa, yeh comment bheja hai maulana israr khatib sahib ne chennai se</w:t>
      </w:r>
    </w:p>
    <w:p>
      <w:pPr>
        <w:jc w:val="right"/>
      </w:pPr>
      <w:r>
        <w:t>تو یہ پورے طریقے سے ہم سوچ سمجھ کر جب ہم ایک کام کریں گے، تو اس کا فائدہ جو ہے نا، وہ بہت زیادہ ہوگا۔ जी, आपा, यह comment भेजा है مولانا اسرار خطیب صاحب نے چنئی سے</w:t>
      </w:r>
    </w:p>
    <w:p>
      <w:r>
        <w:rPr>
          <w:b/>
        </w:rPr>
        <w:t xml:space="preserve">[23:56] </w:t>
      </w:r>
      <w:r>
        <w:t>. unhone likha hai "apa, aap aur aap ki cps sathi maulana ke baad is mission ko aage le jane mein lage hue hain. khuda aap ke is dedication ko qabool kare. aap ka aaj ka talk hamare liye marifat ka booster hai."</w:t>
      </w:r>
    </w:p>
    <w:p>
      <w:pPr>
        <w:jc w:val="right"/>
      </w:pPr>
      <w:r>
        <w:t>۔ انہوں نے لکھا ہے "आपा, आप और आपकी सीपीएस साथी मौलाना के बाद इस मिशन को आगे ले जाने में लगे हुए हैं। खुदा आपके इस डेडिकेशन को कबूल करे। आपका आज का टॉक हमारे लिए मारिफत का बूस्टर है।"</w:t>
      </w:r>
    </w:p>
    <w:p>
      <w:r>
        <w:rPr>
          <w:b/>
        </w:rPr>
        <w:t xml:space="preserve">[24:15] </w:t>
      </w:r>
      <w:r>
        <w:t>arman sahab ne dubai se likha hai, un ka comment aur un ka sawal hai "Aapa, kal main</w:t>
      </w:r>
    </w:p>
    <w:p>
      <w:pPr>
        <w:jc w:val="right"/>
      </w:pPr>
      <w:r>
        <w:t>ارمان صاحب نے دبئی سے لکھا ہے، ان کا comment اور ان کا سوال ہے "आपा, कल मैं</w:t>
      </w:r>
    </w:p>
    <w:p>
      <w:r>
        <w:rPr>
          <w:b/>
        </w:rPr>
        <w:t xml:space="preserve">[24:24] </w:t>
      </w:r>
      <w:r>
        <w:t>apni window pe khara hua tha to thandi-thandi hawa aa rahi thi.</w:t>
      </w:r>
    </w:p>
    <w:p>
      <w:pPr>
        <w:jc w:val="right"/>
      </w:pPr>
      <w:r>
        <w:t>अपनी विंडो पे खड़ा हुआ था तो ठंडी-ठंडी हवा आ रही थी।</w:t>
      </w:r>
    </w:p>
    <w:p>
      <w:r>
        <w:rPr>
          <w:b/>
        </w:rPr>
        <w:t xml:space="preserve">[24:29] </w:t>
      </w:r>
      <w:r>
        <w:t>usi waqt Allah ki yaad aane lagi.</w:t>
      </w:r>
    </w:p>
    <w:p>
      <w:pPr>
        <w:jc w:val="right"/>
      </w:pPr>
      <w:r>
        <w:t>उसी वक्त अल्लाह की याद आने लगी।</w:t>
      </w:r>
    </w:p>
    <w:p>
      <w:r>
        <w:rPr>
          <w:b/>
        </w:rPr>
        <w:t xml:space="preserve">[24:32] </w:t>
      </w:r>
      <w:r>
        <w:t>par kuch der ke baad phir wahi routine mein mein lag gaya.</w:t>
      </w:r>
    </w:p>
    <w:p>
      <w:pPr>
        <w:jc w:val="right"/>
      </w:pPr>
      <w:r>
        <w:t>पर कुछ देर के बाद फिर वही रूटीन में मैं लग गया।</w:t>
      </w:r>
    </w:p>
    <w:p>
      <w:r>
        <w:rPr>
          <w:b/>
        </w:rPr>
        <w:t xml:space="preserve">[24:36] </w:t>
      </w:r>
      <w:r>
        <w:t>yeh kaifiyat kaise paida hogi jis mein Allah se har waqt taluq bana rahega, is ke bare mein batayen."</w:t>
      </w:r>
    </w:p>
    <w:p>
      <w:pPr>
        <w:jc w:val="right"/>
      </w:pPr>
      <w:r>
        <w:t>यह कैफियत कैसे पैदा होगी जिसमें अल्लाह से हर वक्त ताल्लुक बना रहेगा, इसके बारे में बताएं।"</w:t>
      </w:r>
    </w:p>
    <w:p>
      <w:r>
        <w:rPr>
          <w:b/>
        </w:rPr>
        <w:t xml:space="preserve">[24:48] </w:t>
      </w:r>
      <w:r>
        <w:t>yeh har waqt to ek hi jaisa nahi ho sakta hai. ups and downs hote hain, kyunke kai bar sahaba aate the aap ke pas aur yahi baat kehte the ke har waqt ek hi kaifiyat, hamari ek hi spiritual kaifiyat har waqt nahi rehti.</w:t>
      </w:r>
    </w:p>
    <w:p>
      <w:pPr>
        <w:jc w:val="right"/>
      </w:pPr>
      <w:r>
        <w:t>یہ ہر وقت تو ایک ہی جیسا نہیں ہو سکتا ہے۔ اپس اینڈ ڈاؤنز ہوتے ہیں، کیونکہ کئی بار صحابہ آتے تھے آپ کے پاس اور یہی بات کہتے تھے کہ ہر وقت ایک ہی کیفیت، ہماری ایک ہی spiritual کیفیت ہر وقت نہیں رہتی۔</w:t>
      </w:r>
    </w:p>
    <w:p>
      <w:r>
        <w:rPr>
          <w:b/>
        </w:rPr>
        <w:t xml:space="preserve">[25:04] </w:t>
      </w:r>
      <w:r>
        <w:t>to aap ne bhi yahi kaha ke bhai dunya mein insan paida hua hai, bohat sare us ko kaam hote hain, us mein lag jata hai, lekin woh ek waqt nikale.</w:t>
      </w:r>
    </w:p>
    <w:p>
      <w:pPr>
        <w:jc w:val="right"/>
      </w:pPr>
      <w:r>
        <w:t>تو آپ نے بھی یہی کہا کہ بھئی دنیا میں انسان پیدا ہوا ہے، بہت سارے اس کو کام ہوتے ہیں، اس میں لگ جاتا ہے، لیکن وہ ایک وقت نکالے۔</w:t>
      </w:r>
    </w:p>
    <w:p>
      <w:r>
        <w:rPr>
          <w:b/>
        </w:rPr>
        <w:t xml:space="preserve">[25:13] </w:t>
      </w:r>
      <w:r>
        <w:t>to khud rasool allah salallaho alaihe wasallam alag baithte the aur introspection karte the. to hum waqt nikalein aur jahan jahan jaisa mauqa ho, jaise aap ne kaha ke thandi hawaen aa rahi thin to khuda ki yaad aane lagi.</w:t>
      </w:r>
    </w:p>
    <w:p>
      <w:pPr>
        <w:jc w:val="right"/>
      </w:pPr>
      <w:r>
        <w:t>تو خود رسول اللہ صلی اللہ علیہ وسلم الگ بیٹھتے تھے اور انٹروسپیکشن کرتے تھے۔ تو ہم وقت نکالیں اور جہاں جہاں جیسا موقع ہو، جیسے آپ نے کہا کہ ٹھنڈی ہوائیں آ رہی تھیں تو خدا کی یاد آنے لگی۔</w:t>
      </w:r>
    </w:p>
    <w:p>
      <w:r>
        <w:rPr>
          <w:b/>
        </w:rPr>
        <w:t xml:space="preserve">[25:28] </w:t>
      </w:r>
      <w:r>
        <w:t>to yahi best tareeqa hai ke jab bhi hamein koi aisa tajurba ho khuda ke ina'amat ka, to hum foran khuda ko yaad karne lagen.</w:t>
      </w:r>
    </w:p>
    <w:p>
      <w:pPr>
        <w:jc w:val="right"/>
      </w:pPr>
      <w:r>
        <w:t>تو یہی best طریقہ ہے کہ جب بھی ہمیں کوئی ایسا تجربہ ہو خدا کے انعامات کا، تو ہم فوراً خدا کو یاد کرنے لگیں۔</w:t>
      </w:r>
    </w:p>
    <w:p>
      <w:r>
        <w:rPr>
          <w:b/>
        </w:rPr>
        <w:t xml:space="preserve">[25:37] </w:t>
      </w:r>
      <w:r>
        <w:t>aur khuda ki yaad is tarah karen ke hamari aankhon mein aansu aa jayen ke kitna zyada khuda rehman hai aur raheem hai, kyunke yahi khuda ko acknowledge karne ka yahi tareeqa hai.</w:t>
      </w:r>
    </w:p>
    <w:p>
      <w:pPr>
        <w:jc w:val="right"/>
      </w:pPr>
      <w:r>
        <w:t>اور خدا کی یاد اس طرح کریں کہ ہماری آنکھوں میں آنسو آ جائیں کہ کتنا زیادہ خدا رحمان ہے اور رحیم ہے، کیونکہ یہی خدا کو acknowledge کرنے کا یہی طریقہ ہے۔</w:t>
      </w:r>
    </w:p>
    <w:p>
      <w:r>
        <w:rPr>
          <w:b/>
        </w:rPr>
        <w:t xml:space="preserve">[25:48] </w:t>
      </w:r>
      <w:r>
        <w:t>aur yeh acknowledgement hi price hai jo hum khuda ke ina'amat istemal kar rahe hain, us ka price hi acknowledgement</w:t>
      </w:r>
    </w:p>
    <w:p>
      <w:pPr>
        <w:jc w:val="right"/>
      </w:pPr>
      <w:r>
        <w:t>اور یہ acknowledgement ہی price ہے جو ہم خدا کے انعامات استعمال کر رہے ہیں، اس کا price ہی acknowledgement</w:t>
      </w:r>
    </w:p>
    <w:p>
      <w:r>
        <w:rPr>
          <w:b/>
        </w:rPr>
        <w:t xml:space="preserve">[25:57] </w:t>
      </w:r>
      <w:r>
        <w:t>hai. kyunke hum khuda ke liye kuch kar to sakte nahi hain, khuda to dene wala hai, hum lene wale hain. to hum agar acknowledge nahi karenge to samajh lijiye ke hum user par hain, aur aap samajh lijiye is ka kya, hum kya, is ko hamein aakhirat mein kya saza milegi as e user par.</w:t>
      </w:r>
    </w:p>
    <w:p>
      <w:pPr>
        <w:jc w:val="right"/>
      </w:pPr>
      <w:r>
        <w:t>ہے۔ کیونکہ ہم خدا کے لیے کچھ کر تو سکتے نہیں ہیں، خدا تو دینے والا ہے، ہم لینے والے ہیں۔ تو ہم اگر acknowledge نہیں کریں گے تو سمجھ لیجیے کہ ہم user پر ہیں، اور آپ سمجھ لیجیے اس کا کیا، ہم کیا، اس کو ہمیں آخرت میں کیا سزا ملے گی as اے user پر۔</w:t>
      </w:r>
    </w:p>
    <w:p>
      <w:r>
        <w:rPr>
          <w:b/>
        </w:rPr>
        <w:t xml:space="preserve">[26:16] </w:t>
      </w:r>
      <w:r>
        <w:t>ji, so apa, you know, one can clearly get this message that every person should love god the most.</w:t>
      </w:r>
    </w:p>
    <w:p>
      <w:pPr>
        <w:jc w:val="right"/>
      </w:pPr>
      <w:r>
        <w:t>जी, सो आपा, you know, one can clearly get this message that every person should love God the most.</w:t>
      </w:r>
    </w:p>
    <w:p>
      <w:r>
        <w:rPr>
          <w:b/>
        </w:rPr>
        <w:t xml:space="preserve">[26:25] </w:t>
      </w:r>
      <w:r>
        <w:t>it is desirable. lekin</w:t>
      </w:r>
    </w:p>
    <w:p>
      <w:pPr>
        <w:jc w:val="right"/>
      </w:pPr>
      <w:r>
        <w:t>It is desirable. لیکن</w:t>
      </w:r>
    </w:p>
    <w:p>
      <w:r>
        <w:rPr>
          <w:b/>
        </w:rPr>
        <w:t xml:space="preserve">[26:28] </w:t>
      </w:r>
      <w:r>
        <w:t>jaise har cheez ka ek price hota hai, aur aap ne abhi bhi bataya ke price of love of God. to is ko thora aur aap wazeh karen ke what is the price for love of God?</w:t>
      </w:r>
    </w:p>
    <w:p>
      <w:pPr>
        <w:jc w:val="right"/>
      </w:pPr>
      <w:r>
        <w:t>جیسے ہر چیز کا ایک price ہوتا ہے، اور آپ نے ابھی بھی بتایا کہ price of love of God۔ تو اس کو تھوڑا اور آپ واضح کریں کہ what is the price for love of God?</w:t>
      </w:r>
    </w:p>
    <w:p>
      <w:r>
        <w:rPr>
          <w:b/>
        </w:rPr>
        <w:t xml:space="preserve">[26:40] </w:t>
      </w:r>
      <w:r>
        <w:t>bohat hi important question hai ke price kya hai love of God ki. Love of God in the true sense of the word kaise paida ho sakti hai?</w:t>
      </w:r>
    </w:p>
    <w:p>
      <w:pPr>
        <w:jc w:val="right"/>
      </w:pPr>
      <w:r>
        <w:t>بہت ہی important question ہے کہ price کیا ہے love of God کی۔ Love of God in the true sense of the word کیسے پیدا ہو سکتی ہے؟</w:t>
      </w:r>
    </w:p>
    <w:p>
      <w:r>
        <w:rPr>
          <w:b/>
        </w:rPr>
        <w:t xml:space="preserve">[26:51] </w:t>
      </w:r>
      <w:r>
        <w:t>to Quran mein bhi aaya hai ke Allah ne kisi aadmi ke sine mein do dil nahi rakhe.</w:t>
      </w:r>
    </w:p>
    <w:p>
      <w:pPr>
        <w:jc w:val="right"/>
      </w:pPr>
      <w:r>
        <w:t>تو قرآن میں بھی آیا ہے کہ اللہ نے کسی آدمی کے سینے میں دو دل نہیں رکھے۔</w:t>
      </w:r>
    </w:p>
    <w:p>
      <w:r>
        <w:rPr>
          <w:b/>
        </w:rPr>
        <w:t xml:space="preserve">[26:56] </w:t>
      </w:r>
      <w:r>
        <w:t>yeh hai chapter thirty-three aur verse four. to yeh is ka kya matlab hai do dil nahi rakhe? matlab agar insan, agar Khuda se hamein mohabbat karni hai to hum aisa nahi kar sakte ke hum insano se nafrat karen.</w:t>
      </w:r>
    </w:p>
    <w:p>
      <w:pPr>
        <w:jc w:val="right"/>
      </w:pPr>
      <w:r>
        <w:t>یہ ہے chapter thirty-three اور verse four۔ تو یہ اس کا کیا مطلب ہے دو دل نہیں رکھے؟ مطلب اگر انسان، اگر خدا سے ہمیں محبت کرنی ہے تو ہم ایسا نہیں کر سکتے کہ ہم انسانوں سے نفرت کریں۔</w:t>
      </w:r>
    </w:p>
    <w:p>
      <w:r>
        <w:rPr>
          <w:b/>
        </w:rPr>
        <w:t xml:space="preserve">[27:12] </w:t>
      </w:r>
      <w:r>
        <w:t>kyunke agar hamare dil mein nafrat hai, negativity hai, intiqami jazbat hain to kabhi aisa nahi ho sakta ke Khuda ke liye hum mohabbat karenge aur insano se nafrat karen</w:t>
      </w:r>
    </w:p>
    <w:p>
      <w:pPr>
        <w:jc w:val="right"/>
      </w:pPr>
      <w:r>
        <w:t>کیونکہ اگر ہمارے دل میں نفرت ہے، negativity ہے، انتقامی جذبات ہیں تو کبھی ایسا نہیں ہو سکتا کہ خدا کے لیے ہم محبت کریں گے اور انسانوں سے نفرت کریں</w:t>
      </w:r>
    </w:p>
    <w:p>
      <w:r>
        <w:rPr>
          <w:b/>
        </w:rPr>
        <w:t xml:space="preserve">[27:23] </w:t>
      </w:r>
      <w:r>
        <w:t>ge. to isi wajah se hamare andar jo hai Khuda ki sachi mohabbat paida hi nahi hoti. kyunke hum doosron se nafrat kar rahe hain. to ek baar yeh baat ko bohat ache tareeqe se illustrate hota hai jab Rabia Basri se kisi ne poocha ke aap Shaitan se nafr</w:t>
      </w:r>
    </w:p>
    <w:p>
      <w:pPr>
        <w:jc w:val="right"/>
      </w:pPr>
      <w:r>
        <w:t>گے۔ تو اسی وجہ سے ہمارے اندر جو ہے خدا کی سچی محبت پیدا ہی نہیں ہوتی۔ کیونکہ ہم دوسروں سے نفرت کر رہے ہیں۔ تو ایک بار یہ بات کو بہت اچھے طریقے سے illustrate ہوتا ہے جب رابعہ بصری سے کسی نے پوچھا کہ آپ شیطان سے نفر</w:t>
      </w:r>
    </w:p>
    <w:p>
      <w:r>
        <w:rPr>
          <w:b/>
        </w:rPr>
        <w:t xml:space="preserve">[27:39] </w:t>
      </w:r>
      <w:r>
        <w:t>at karti hain to unhon ne kaha main Rehman se mohabbat karne mein mere mere paas time hi nahi ke main Shaitan se nafrat karoon. to nafrat aap ko nahi karni hai.</w:t>
      </w:r>
    </w:p>
    <w:p>
      <w:pPr>
        <w:jc w:val="right"/>
      </w:pPr>
      <w:r>
        <w:t>ت کرتی ہیں تو انہوں نے کہا میں رحمان سے محبت کرنے میں میرے میرے پاس ٹائم ہی نہیں کہ میں شیطان سے نفرت کروں۔ تو نفرت آپ کو نہیں کرنی ہے۔</w:t>
      </w:r>
    </w:p>
    <w:p>
      <w:r>
        <w:rPr>
          <w:b/>
        </w:rPr>
        <w:t xml:space="preserve">[27:48] </w:t>
      </w:r>
      <w:r>
        <w:t>nafrat ke jazbat aayenge. yeh dunya ek competition ki dunya hai. jagah jagah aap ko aisa ehsas hoga ke doosra jo hai hamara interest is se collapse ho raha hai, doosra hamein aage nahi badhne de raha hai.</w:t>
      </w:r>
    </w:p>
    <w:p>
      <w:pPr>
        <w:jc w:val="right"/>
      </w:pPr>
      <w:r>
        <w:t>نفرت کے جذبات آئیں گے۔ یہ دنیا ایک competition کی دنیا ہے۔ جگہ جگہ آپ کو ایسا احساس ہوگا کہ دوسرا جو ہے ہمارا interest اس سے collapse ہو رہا ہے، دوسرا ہمیں آگے نہیں بڑھنے دے رہا ہے۔</w:t>
      </w:r>
    </w:p>
    <w:p>
      <w:r>
        <w:rPr>
          <w:b/>
        </w:rPr>
        <w:t xml:space="preserve">[28:01] </w:t>
      </w:r>
      <w:r>
        <w:t>to har us baat ko hum bhula dein aur is ko Khuda ke upar daal dein. Allah se dua karen, Allah har masle ko hal kar de ga</w:t>
      </w:r>
    </w:p>
    <w:p>
      <w:pPr>
        <w:jc w:val="right"/>
      </w:pPr>
      <w:r>
        <w:t>تو ہر اس بات کو ہم بھلا دیں اور اس کو خدا کے اوپر ڈال دیں۔ اللہ سے دعا کریں، اللہ ہر مسئلے کو حل کر دے گ</w:t>
      </w:r>
    </w:p>
    <w:p>
      <w:r>
        <w:rPr>
          <w:b/>
        </w:rPr>
        <w:t xml:space="preserve">[28:09] </w:t>
      </w:r>
      <w:r>
        <w:t>a. to har shikayat ko bhula dein, har ghalti ko maaf kar dein, aur har zulm par hum sabr karen. Prophet ki poori zindagi isi ki misaal hai ke har zulm par aap sabr karte the.</w:t>
      </w:r>
    </w:p>
    <w:p>
      <w:pPr>
        <w:jc w:val="right"/>
      </w:pPr>
      <w:r>
        <w:t>ا۔ تو ہر شکایت کو بھلا دیں، ہر غلطی کو معاف کر دیں، اور ہر ظلم پر ہم صبر کریں۔ Prophet کی پوری زندگی اسی کی مثال ہے کہ ہر ظلم پر آپ صبر کرتے تھے۔</w:t>
      </w:r>
    </w:p>
    <w:p>
      <w:r>
        <w:rPr>
          <w:b/>
        </w:rPr>
        <w:t xml:space="preserve">[28:21] </w:t>
      </w:r>
      <w:r>
        <w:t>isi liye ke woh woh dimagh mein baithe na, woh woh shikayat dimagh mein shikayat baithi to hum, kyunke shikayat baithne ka matlab kya hai</w:t>
      </w:r>
    </w:p>
    <w:p>
      <w:pPr>
        <w:jc w:val="right"/>
      </w:pPr>
      <w:r>
        <w:t>اسی لیے کہ وہ وہ دماغ میں بیٹھے نا، وہ وہ شکایت دماغ میں شکایت بیٹھی تو ہم، کیونکہ شکایت بیٹھنے کا مطلب کیا ہے</w:t>
      </w:r>
    </w:p>
    <w:p>
      <w:r>
        <w:rPr>
          <w:b/>
        </w:rPr>
        <w:t xml:space="preserve">[28:31] </w:t>
      </w:r>
      <w:r>
        <w:t>? Khuda ka jo hum shukr hamein karna hai poore dil o jaan se, to dimagh mein hamein shikayat bhari hui hai to hum kaise karenge? to isi liye jab jab bhi hum, hum log apne walid sahib se kabhi bhi baat karte the kisi ki ke is ne hamare sath aisa kiya, waisa kiya to woh sunte hi nahi the.</w:t>
      </w:r>
    </w:p>
    <w:p>
      <w:pPr>
        <w:jc w:val="right"/>
      </w:pPr>
      <w:r>
        <w:t>؟ خدا کا جو ہم شکر ہمیں کرنا ہے پورے دل و جان سے، تو دماغ میں ہمیں شکایت بھری ہوئی ہے تو ہم کیسے کریں گے؟ تو اسی لیے جب جب بھی ہم، ہم لوگ اپنے والد صاحب سے کبھی بھی بات کرتے تھے کسی کی کہ اس نے ہمارے ساتھ ایسا کیا، ویسا کیا تو وہ سنتے ہی نہیں تھے۔</w:t>
      </w:r>
    </w:p>
    <w:p>
      <w:r>
        <w:rPr>
          <w:b/>
        </w:rPr>
        <w:t xml:space="preserve">[28:47] </w:t>
      </w:r>
      <w:r>
        <w:t>kehte the main apne dimagh mein yeh sab baatein nahi rakhta hoon, kyunke agar main yeh sab baatein rakhoonga to hum Khuda se mohabbat karne ke qabil hi nahi rahenge.</w:t>
      </w:r>
    </w:p>
    <w:p>
      <w:pPr>
        <w:jc w:val="right"/>
      </w:pPr>
      <w:r>
        <w:t>کہتے تھے میں اپنے دماغ میں یہ سب باتیں نہیں رکھتا ہوں، کیونکہ اگر میں یہ سب باتیں رکھوں گا تو ہم خدا سے محبت کرنے کے قابل ہی نہیں رہیں گے۔</w:t>
      </w:r>
    </w:p>
    <w:p>
      <w:r>
        <w:rPr>
          <w:b/>
        </w:rPr>
        <w:t xml:space="preserve">[28:56] </w:t>
      </w:r>
      <w:r>
        <w:t>to wohi ek dimagh mein aayegi yeh baatein, lekin isi waqt us ko nikal dena chahiye. to yahi qeemat hai ke hum Khuda se mohabbat karen aur har ek se har har negative sentiments ko jo hai woh hum apne dimagh se nikal</w:t>
      </w:r>
    </w:p>
    <w:p>
      <w:pPr>
        <w:jc w:val="right"/>
      </w:pPr>
      <w:r>
        <w:t>تو وہی ایک دماغ میں آئے گی یہ باتیں، لیکن اسی وقت اس کو نکال دینا چاہیے۔ تو یہی قیمت ہے کہ ہم خدا سے محبت کریں اور ہر ایک سے ہر ہر negative sentiments کو جو ہے وہ ہم اپنے دماغ سے نکال</w:t>
      </w:r>
    </w:p>
    <w:p>
      <w:r>
        <w:rPr>
          <w:b/>
        </w:rPr>
        <w:t xml:space="preserve">[29:12] </w:t>
      </w:r>
      <w:r>
        <w:t>dein. kyunke log yahi kehte hain ke falan to yeh zulm kar raha hai, to hum kaise badla nahi len is ka? to yeh saare jo excuses hain, Maulana kehte hain ke koi excuse jo hai woh entertain nahi karen, kyunke is ko bhi Khuda ke upar daal dein ke Khuda ne hi is ko azadi di hai.</w:t>
      </w:r>
    </w:p>
    <w:p>
      <w:pPr>
        <w:jc w:val="right"/>
      </w:pPr>
      <w:r>
        <w:t>دیں۔ کیونکہ لوگ یہی کہتے ہیں کہ فلاں تو یہ ظلم کر رہا ہے، تو ہم کیسے بدلہ نہیں لیں اس کا؟ تو یہ سارے جو excuses ہیں، مولانا کہتے ہیں کہ کوئی excuse جو ہے وہ entertain نہیں کریں، کیونکہ اس کو بھی خدا کے اوپر ڈال دیں کہ خدا نے ہی اس کو آزادی دی ہے۔</w:t>
      </w:r>
    </w:p>
    <w:p>
      <w:r>
        <w:rPr>
          <w:b/>
        </w:rPr>
        <w:t xml:space="preserve">[29:30] </w:t>
      </w:r>
      <w:r>
        <w:t>Khuda ne hi is ke andar woh saare jazbat paida kiye hain, woh bhi aage badhna chahta hai. is ki wajah se interest ka clash hota hai. to woh woh sab kuch Khuda ka diya hua hai jo woh kar raha hai.</w:t>
      </w:r>
    </w:p>
    <w:p>
      <w:pPr>
        <w:jc w:val="right"/>
      </w:pPr>
      <w:r>
        <w:t>خدا نے ہی اس کے اندر وہ سارے جذبات پیدا کیے ہیں، وہ بھی آگے بڑھنا چاہتا ہے۔ اس کی وجہ سے interest کا clash ہوتا ہے۔ تو وہ وہ سب کچھ خدا کا دیا ہوا ہے جو وہ کر رہا ہے۔</w:t>
      </w:r>
    </w:p>
    <w:p>
      <w:r>
        <w:rPr>
          <w:b/>
        </w:rPr>
        <w:t xml:space="preserve">[29:42] </w:t>
      </w:r>
      <w:r>
        <w:t>Khuda ne is ko azadi di hai, woh kabhi azadi ka sahi istemal karega, kabhi</w:t>
      </w:r>
    </w:p>
    <w:p>
      <w:pPr>
        <w:jc w:val="right"/>
      </w:pPr>
      <w:r>
        <w:t>خدا نے اس کو آزادی دی ہے، وہ کبھی آزادی کا صحیح استعمال کرے گا، کبھی</w:t>
      </w:r>
    </w:p>
    <w:p>
      <w:r>
        <w:rPr>
          <w:b/>
        </w:rPr>
        <w:t xml:space="preserve">[29:46] </w:t>
      </w:r>
      <w:r>
        <w:t>ghalat istemal karega. to agar hum aisa nahi karenge to hum Khuda ki mohabbat se mehroom ho jayenge.</w:t>
      </w:r>
    </w:p>
    <w:p>
      <w:pPr>
        <w:jc w:val="right"/>
      </w:pPr>
      <w:r>
        <w:t>غلط استعمال کرے گا۔ تو اگر ہم ایسا نہیں کریں گے تو ہم خدا کی محبت سے محروم ہو جائیں گے۔</w:t>
      </w:r>
    </w:p>
    <w:p>
      <w:r>
        <w:rPr>
          <w:b/>
        </w:rPr>
        <w:t xml:space="preserve">[29:55] </w:t>
      </w:r>
      <w:r>
        <w:t>ji, ek comment parhna chahoonga, yeh Anas Abdullah sahib ne bheja hai, inka location nahi hai. inhone likha hai bohat hi ahem pehluon par apa ne roshni dali.</w:t>
      </w:r>
    </w:p>
    <w:p>
      <w:pPr>
        <w:jc w:val="right"/>
      </w:pPr>
      <w:r>
        <w:t>जी, एक comment पढ़ना चाहूँगा, यह अनस अब्दुल्ला साहब ने भेजा है, इनका location नहीं है। इन्होंने लिखा है بہت ہی اہم پہلوؤں پر آپا نے روشنی ڈالی۔</w:t>
      </w:r>
    </w:p>
    <w:p>
      <w:r>
        <w:rPr>
          <w:b/>
        </w:rPr>
        <w:t xml:space="preserve">[30:06] </w:t>
      </w:r>
      <w:r>
        <w:t>Allah hamein in cheezon ko apni zindagi mein utarne ki tofeeq de.</w:t>
      </w:r>
    </w:p>
    <w:p>
      <w:pPr>
        <w:jc w:val="right"/>
      </w:pPr>
      <w:r>
        <w:t>اللہ ہمیں ان چیزوں کو اپنی زندگی میں اتارنے کی توفیق دے۔</w:t>
      </w:r>
    </w:p>
    <w:p>
      <w:r>
        <w:rPr>
          <w:b/>
        </w:rPr>
        <w:t xml:space="preserve">[30:11] </w:t>
      </w:r>
      <w:r>
        <w:t>meri guzarish hai ke Dr. Maria Khan ke sath bhi ek session hona chahiye. apa, agla sawal yeh yeh bhi aata hai ke aap ne jis tareeqe se price bataya, price of love of God bataya, to what is the source of love of God?</w:t>
      </w:r>
    </w:p>
    <w:p>
      <w:pPr>
        <w:jc w:val="right"/>
      </w:pPr>
      <w:r>
        <w:t>میری گزارش ہے کہ ڈاکٹر ماریہ خان کے ساتھ بھی ایک session ہونا چاہیے۔ आपा, अगला सवाल यह यह भी आता है कि आपने जिस तरीके से price बताया, price of love of God बताया, तो what is the source of love of God?</w:t>
      </w:r>
    </w:p>
    <w:p>
      <w:r>
        <w:rPr>
          <w:b/>
        </w:rPr>
        <w:t xml:space="preserve">[30:30] </w:t>
      </w:r>
      <w:r>
        <w:t>is is ko bhi aap wazeh karen. So,</w:t>
      </w:r>
    </w:p>
    <w:p>
      <w:pPr>
        <w:jc w:val="right"/>
      </w:pPr>
      <w:r>
        <w:t>اس اس کو بھی آپ واضح کریں۔ So,</w:t>
      </w:r>
    </w:p>
    <w:p>
      <w:r>
        <w:rPr>
          <w:b/>
        </w:rPr>
        <w:t xml:space="preserve">[30:36] </w:t>
      </w:r>
      <w:r>
        <w:t>source of love of God wahi hai jo matlab sara aa kar wahin aata hai ke hum Khuda ki nematton par bohat gehra shukr ada karen.</w:t>
      </w:r>
    </w:p>
    <w:p>
      <w:pPr>
        <w:jc w:val="right"/>
      </w:pPr>
      <w:r>
        <w:t>source of love of God वही है जो مطلب سارا آ کر وہیں آتا ہے کہ ہم خدا کی نعمتوں پر بہت گہرا شکر ادا کریں۔</w:t>
      </w:r>
    </w:p>
    <w:p>
      <w:r>
        <w:rPr>
          <w:b/>
        </w:rPr>
        <w:t xml:space="preserve">[30:46] </w:t>
      </w:r>
      <w:r>
        <w:t>hum gehra shukr nahi ada karte, hum sirf Alhamdulillah woh lip service ke taur par kehte hain. to wohi jo hai jo nematton ka jitna gehra ehsas hoga, utna hi zyada Khuda se mohabbat paida hogi.</w:t>
      </w:r>
    </w:p>
    <w:p>
      <w:pPr>
        <w:jc w:val="right"/>
      </w:pPr>
      <w:r>
        <w:t>ہم گہرا شکر نہیں ادا کرتے، ہم صرف الحمدللہ وہ lip service کے طور پر کہتے ہیں۔ تو وہی جو ہے جو نعمتوں کا جتنا گہرا احساس ہوگا، اتنا ہی زیادہ خدا سے محبت پیدا ہوگی۔</w:t>
      </w:r>
    </w:p>
    <w:p>
      <w:r>
        <w:rPr>
          <w:b/>
        </w:rPr>
        <w:t xml:space="preserve">[31:01] </w:t>
      </w:r>
      <w:r>
        <w:t>to yani Khuda jo hai wohi mun</w:t>
      </w:r>
    </w:p>
    <w:p>
      <w:pPr>
        <w:jc w:val="right"/>
      </w:pPr>
      <w:r>
        <w:t>تو یعنی خدا جو ہے وہی من</w:t>
      </w:r>
    </w:p>
    <w:p>
      <w:r>
        <w:rPr>
          <w:b/>
        </w:rPr>
        <w:t xml:space="preserve">[31:04] </w:t>
      </w:r>
      <w:r>
        <w:t>hai. Kisi ne ek baar kaha tha ke hum Khuda ke inaamaat ko to khoob khoob istemaal kar rahe hain aur mannim ka kahin zikr bhi nahin.</w:t>
      </w:r>
    </w:p>
    <w:p>
      <w:pPr>
        <w:jc w:val="right"/>
      </w:pPr>
      <w:r>
        <w:t>یم ہے۔ کسی نے ایک بار کہا تھا کہ ہم خدا کے انعامات کو تو خوب خوب استعمال کر رہے ہیں اور منیم کا کہیں ذکر بھی نہیں۔</w:t>
      </w:r>
    </w:p>
    <w:p>
      <w:r>
        <w:rPr>
          <w:b/>
        </w:rPr>
        <w:t xml:space="preserve">[31:13] </w:t>
      </w:r>
      <w:r>
        <w:t>To Khuda mannim hai aur us ko har cheez ko Khuda se attribute karna chahiye ke Khuda ne hamein diya hua hai yeh cheezein, na ke hum khud is ke inventor hain, is ke discoverer hain.</w:t>
      </w:r>
    </w:p>
    <w:p>
      <w:pPr>
        <w:jc w:val="right"/>
      </w:pPr>
      <w:r>
        <w:t>تو خدا منیم ہے اور اس کو ہر چیز کو خدا سے attribute کرنا چاہیے کہ خدا نے ہمیں دیا ہوا ہے یہ چیزیں، نہ کہ ہم خود اس کے inventor ہیں، اس کے discoverer ہیں۔</w:t>
      </w:r>
    </w:p>
    <w:p>
      <w:r>
        <w:rPr>
          <w:b/>
        </w:rPr>
        <w:t xml:space="preserve">[31:27] </w:t>
      </w:r>
      <w:r>
        <w:t>To balkeh sab kuch Khuda ne is dunya mein rakh diya hai, isi ko insaan istemaal kar raha hai.</w:t>
      </w:r>
    </w:p>
    <w:p>
      <w:pPr>
        <w:jc w:val="right"/>
      </w:pPr>
      <w:r>
        <w:t>تو بلکہ سب کچھ خدا نے اس دنیا میں رکھ دیا ہے، اسی کو انسان استعمال کر رہا ہے۔</w:t>
      </w:r>
    </w:p>
    <w:p>
      <w:r>
        <w:rPr>
          <w:b/>
        </w:rPr>
        <w:t xml:space="preserve">[31:33] </w:t>
      </w:r>
      <w:r>
        <w:t>To jo hai gehra iqraar hi jo hai na, wahi wahi isi ko shukr, isi ka doosra naam jo hai na, woh shukr hai. Is shukr mein woh gehra iqraar dhal jaata hai.</w:t>
      </w:r>
    </w:p>
    <w:p>
      <w:pPr>
        <w:jc w:val="right"/>
      </w:pPr>
      <w:r>
        <w:t>تو جو ہے گہرا اعتراف ہی جو ہے نا، وہی وہی اسی کو شکر، اسی کا دوسرا نام جو ہے نا، وہ شکر ہے۔ اس شکر میں وہ گہرا اعتراف ڈھل جاتا ہے۔</w:t>
      </w:r>
    </w:p>
    <w:p>
      <w:r>
        <w:rPr>
          <w:b/>
        </w:rPr>
        <w:t xml:space="preserve">[31:44] </w:t>
      </w:r>
      <w:r>
        <w:t>To ek hadees hai ke tum Allah se muhabbat karo us ki in nematon ki bina par jo us ne tumhein di hain. To yeh jo nematein Allah ne di hain, woh be hisaab ne</w:t>
      </w:r>
    </w:p>
    <w:p>
      <w:pPr>
        <w:jc w:val="right"/>
      </w:pPr>
      <w:r>
        <w:t>تو ایک حدیث ہے کہ تم اللہ سے محبت کرو اس کی ان نعمتوں کی بنا پر جو اس نے تمہیں دی ہیں۔ تو یہ جو نعمتیں اللہ نے دی ہیں، وہ بے حساب نع</w:t>
      </w:r>
    </w:p>
    <w:p>
      <w:r>
        <w:rPr>
          <w:b/>
        </w:rPr>
        <w:t xml:space="preserve">[31:55] </w:t>
      </w:r>
      <w:r>
        <w:t>matein hain. Aap roz nayi nayi nematon ko discover karte rahiye aur aap ka shukr jo hai na, us ke items kabhi khatm nahin honge.</w:t>
      </w:r>
    </w:p>
    <w:p>
      <w:pPr>
        <w:jc w:val="right"/>
      </w:pPr>
      <w:r>
        <w:t>متیں ہیں۔ آپ روز نئی نئی نعمتوں کو discover کرتے رہیے اور آپ کا شکر جو ہے نا، اس کے items کبھی ختم نہیں ہوں گے۔</w:t>
      </w:r>
    </w:p>
    <w:p>
      <w:r>
        <w:rPr>
          <w:b/>
        </w:rPr>
        <w:t xml:space="preserve">[32:05] </w:t>
      </w:r>
      <w:r>
        <w:t>To bas wahi hai ke thinking, thinking zaroori hai. Hum is baar is par koi bhi thinking nahin karte. Thinking na karne ki wajah se hamein bohat saari nematein jo hain, woh hamein hamein yaad hi nahin rehti.</w:t>
      </w:r>
    </w:p>
    <w:p>
      <w:pPr>
        <w:jc w:val="right"/>
      </w:pPr>
      <w:r>
        <w:t>تو بس وہی ہے کہ thinking, thinking ضروری ہے۔ ہم اس بار اس پر کوئی بھی thinking نہیں کرتے۔ Thinking نہ کرنے کی وجہ سے ہمیں بہت ساری نعمتیں جو ہیں، وہ ہمیں ہمیں یاد ہی نہیں رہتی۔</w:t>
      </w:r>
    </w:p>
    <w:p>
      <w:r>
        <w:rPr>
          <w:b/>
        </w:rPr>
        <w:t xml:space="preserve">[32:19] </w:t>
      </w:r>
      <w:r>
        <w:t>To jab hum thinking karenge, tab hamein yaad hoga aur tab hum Khuda ka sahi maani mein Khuda ka shukr ada karenge. To Maulana sahib har baat par sochte rehte the.</w:t>
      </w:r>
    </w:p>
    <w:p>
      <w:pPr>
        <w:jc w:val="right"/>
      </w:pPr>
      <w:r>
        <w:t>تو جب ہم thinking کریں گے، تب ہمیں یاد ہوگا اور تب ہم خدا کا صحیح معنی میں خدا کا شکر ادا کریں گے۔ تو مولانا صاحب ہر بات پر سوچتے رہتے تھے۔</w:t>
      </w:r>
    </w:p>
    <w:p>
      <w:r>
        <w:rPr>
          <w:b/>
        </w:rPr>
        <w:t xml:space="preserve">[32:32] </w:t>
      </w:r>
      <w:r>
        <w:t>Un ko jo madrasa jo education hui, to kyunke walid sahib ka intqaal ho gaya tha Maulana ke, to ek uncle ne un ko is madrasay mein dakhla karwaya tha.</w:t>
      </w:r>
    </w:p>
    <w:p>
      <w:pPr>
        <w:jc w:val="right"/>
      </w:pPr>
      <w:r>
        <w:t>ان کو جو مدرسہ جو education ہوئی، تو کیونکہ والد صاحب کا انتقال ہو گیا تھا مولانا کے، تو ایک انکل نے ان کو اس مدرسے میں داخلہ کروایا تھا۔</w:t>
      </w:r>
    </w:p>
    <w:p>
      <w:r>
        <w:rPr>
          <w:b/>
        </w:rPr>
        <w:t xml:space="preserve">[32:45] </w:t>
      </w:r>
      <w:r>
        <w:t>Lekin uncle jo the, un ke woh har waqt bas ibaadat karte rehte the aur un ke logon se achhe ta'alluqaat nahin the. To log un ko, us ko un se kuch, un ko achha nahin bohat samajhte the.</w:t>
      </w:r>
    </w:p>
    <w:p>
      <w:pPr>
        <w:jc w:val="right"/>
      </w:pPr>
      <w:r>
        <w:t>لیکن انکل جو تھے، ان کے وہ ہر وقت بس عبادت کرتے رہتے تھے اور ان کے لوگوں سے اچھے تعلقات نہیں تھے۔ تو لوگ ان کو، اس کو ان سے کچھ، ان کو اچھا نہیں بہت سمجھتے تھے۔</w:t>
      </w:r>
    </w:p>
    <w:p>
      <w:r>
        <w:rPr>
          <w:b/>
        </w:rPr>
        <w:t xml:space="preserve">[32:57] </w:t>
      </w:r>
      <w:r>
        <w:t>Kisi ke kaam nahin aate the, kisi ki madad nahin karte the. To log logon se un ke kuch jazbati ta'alluq hi nahin tha. To sab ki baat wahi sunte the, to un ko bhi kuch un se ta'alluq nahin bana.</w:t>
      </w:r>
    </w:p>
    <w:p>
      <w:pPr>
        <w:jc w:val="right"/>
      </w:pPr>
      <w:r>
        <w:t>کسی کے کام نہیں آتے تھے، کسی کی مدد نہیں کرتے تھے۔ تو لوگ لوگوں سے ان کے کچھ جذباتی تعلق ہی نہیں تھا۔ تو سب کی بات وہی سنتے تھے، تو ان کو بھی کچھ ان سے تعلق نہیں بنا۔</w:t>
      </w:r>
    </w:p>
    <w:p>
      <w:r>
        <w:rPr>
          <w:b/>
        </w:rPr>
        <w:t xml:space="preserve">[33:09] </w:t>
      </w:r>
      <w:r>
        <w:t>Haalankeh unhon ne parhwaya</w:t>
      </w:r>
    </w:p>
    <w:p>
      <w:pPr>
        <w:jc w:val="right"/>
      </w:pPr>
      <w:r>
        <w:t>حالانکہ انہوں نے پڑھوایا</w:t>
      </w:r>
    </w:p>
    <w:p>
      <w:r>
        <w:rPr>
          <w:b/>
        </w:rPr>
        <w:t xml:space="preserve">[33:11] </w:t>
      </w:r>
      <w:r>
        <w:t>. To abhi abhi Maulana ke intqaal ke do chaar saal pehle ki baat hai, unhon ne un ko discover kiya, socha ke agar unhon ne mujhe school madrasay na bhi bheja hota to main aaj is mission ko utha hi nahin sakta tha.</w:t>
      </w:r>
    </w:p>
    <w:p>
      <w:pPr>
        <w:jc w:val="right"/>
      </w:pPr>
      <w:r>
        <w:t>۔ تو ابھی ابھی مولانا کے انتقال کے دو چار سال پہلے کی بات ہے، انہوں نے ان کو discover کیا، سوچا کہ اگر انہوں نے مجھے اسکول مدرسے نہ بھیجا ہوتا تو میں آج اس مشن کو اٹھا ہی نہیں سکتا تھا۔</w:t>
      </w:r>
    </w:p>
    <w:p>
      <w:r>
        <w:rPr>
          <w:b/>
        </w:rPr>
        <w:t xml:space="preserve">[33:27] </w:t>
      </w:r>
      <w:r>
        <w:t>To phir un ke liye duaen karna shuru kar diya ke unhon ne itna bada kaam hamare liye kiya hai. To ek baat dekhi ke nauve saal tak woh us ko bhoolay rahe. To soch soch kar, soch soch kar ke falan shakhs ne hamare saath yeh kaam kiya, to soch soch kar</w:t>
      </w:r>
    </w:p>
    <w:p>
      <w:pPr>
        <w:jc w:val="right"/>
      </w:pPr>
      <w:r>
        <w:t>تو پھر ان کے لیے دعائیں کرنا شروع کر دیا کہ انہوں نے اتنا بڑا کام ہمارے لیے کیا ہے۔ تو ایک بات دیکھی کہ نوے سال تک وہ اس کو بھولے رہے۔ تو سوچ سوچ کر، سوچ سوچ کر کہ فلاں شخص نے ہمارے ساتھ یہ کام کیا، تو سوچ سوچ کر</w:t>
      </w:r>
    </w:p>
    <w:p>
      <w:r>
        <w:rPr>
          <w:b/>
        </w:rPr>
        <w:t xml:space="preserve">[33:42] </w:t>
      </w:r>
      <w:r>
        <w:t>hum us ko yaad karein aur phir woh us isi ke tareeqay se Allah taala ki nematon ko hum soch soch kar yaad karein.</w:t>
      </w:r>
    </w:p>
    <w:p>
      <w:pPr>
        <w:jc w:val="right"/>
      </w:pPr>
      <w:r>
        <w:t>ہم اس کو یاد کریں اور پھر وہ اس اسی کے طریقے سے اللہ تعالی کی نعمتوں کو ہم سوچ سوچ کر یاد کریں۔</w:t>
      </w:r>
    </w:p>
    <w:p>
      <w:r>
        <w:rPr>
          <w:b/>
        </w:rPr>
        <w:t xml:space="preserve">[33:51] </w:t>
      </w:r>
      <w:r>
        <w:t>Aur phir wahi zikr aur shukr log samajhte hain ke koi chand woh hain duaen hain, us ko bohat saare log duaen rat lete hain.</w:t>
      </w:r>
    </w:p>
    <w:p>
      <w:pPr>
        <w:jc w:val="right"/>
      </w:pPr>
      <w:r>
        <w:t>اور پھر وہی ذکر اور شکر لوگ سمجھتے ہیں کہ کوئی چند وہ ہیں دعائیں ہیں، اس کو بہت سارے لوگ دعائیں رٹ لیتے ہیں۔</w:t>
      </w:r>
    </w:p>
    <w:p>
      <w:r>
        <w:rPr>
          <w:b/>
        </w:rPr>
        <w:t xml:space="preserve">[34:02] </w:t>
      </w:r>
      <w:r>
        <w:t>Ab hajj karne jaate hain, tab duaen rat lete hain. Woh duaen jo hain, woh ratnay wali cheezein nahin hain,</w:t>
      </w:r>
    </w:p>
    <w:p>
      <w:pPr>
        <w:jc w:val="right"/>
      </w:pPr>
      <w:r>
        <w:t>اب حج کرنے جاتے ہیں، تب دعائیں رٹ لیتے ہیں۔ وہ دعائیں جو ہیں، وہ رٹنے والی چیزیں نہیں ہیں،</w:t>
      </w:r>
    </w:p>
    <w:p>
      <w:r>
        <w:rPr>
          <w:b/>
        </w:rPr>
        <w:t xml:space="preserve">[34:09] </w:t>
      </w:r>
      <w:r>
        <w:t>balkeh jo paighambar ki duaen hain, woh koi khaas mawaqe par un ke munh se kuch alfaaz nikle poore jazbaat ke saath.</w:t>
      </w:r>
    </w:p>
    <w:p>
      <w:pPr>
        <w:jc w:val="right"/>
      </w:pPr>
      <w:r>
        <w:t>بلکہ جو پیغمبر کی دعائیں ہیں، وہ کوئی خاص مواقع پر ان کے منہ سے کچھ الفاظ نکلے پورے جذبات کے ساتھ۔</w:t>
      </w:r>
    </w:p>
    <w:p>
      <w:r>
        <w:rPr>
          <w:b/>
        </w:rPr>
        <w:t xml:space="preserve">[34:18] </w:t>
      </w:r>
      <w:r>
        <w:t>To woh woh dua ki shakal ban gayi us ki. To wahi hamein bhi karna hai ke poore jazbaat ke saath hamein kuch alfaaz hamare munh se nikalenge, to woh dua hogi.</w:t>
      </w:r>
    </w:p>
    <w:p>
      <w:pPr>
        <w:jc w:val="right"/>
      </w:pPr>
      <w:r>
        <w:t>تو وہ وہ دعا کی شکل بن گئی اس کی۔ تو وہی ہمیں بھی کرنا ہے کہ پورے جذبات کے ساتھ ہمیں کچھ الفاظ ہمارے منہ سے نکلیں گے، تو وہ دعا ہوگی۔</w:t>
      </w:r>
    </w:p>
    <w:p>
      <w:r>
        <w:rPr>
          <w:b/>
        </w:rPr>
        <w:t xml:space="preserve">[34:30] </w:t>
      </w:r>
      <w:r>
        <w:t>Asli dua wahi hai.</w:t>
      </w:r>
    </w:p>
    <w:p>
      <w:pPr>
        <w:jc w:val="right"/>
      </w:pPr>
      <w:r>
        <w:t>اصلی دعا وہی ہے۔</w:t>
      </w:r>
    </w:p>
    <w:p>
      <w:r>
        <w:rPr>
          <w:b/>
        </w:rPr>
        <w:t xml:space="preserve">[34:32] </w:t>
      </w:r>
      <w:r>
        <w:t>To jo hamare andar jab hum Khuda ki nematon ka bohat ziyada charcha karenge, bohat ziyada zikr karenge, to hamare andar jo muhabbat ilahi paida hogi, wahi us waqt jo hum alfaaz bolenge zikr ke aur shukr ke Khuda ke, to woh woh Khuda ke liye acceptable hain, na ke ratay rataye alfaaz.</w:t>
      </w:r>
    </w:p>
    <w:p>
      <w:pPr>
        <w:jc w:val="right"/>
      </w:pPr>
      <w:r>
        <w:t>تو جو ہمارے اندر جب ہم خدا کی نعمتوں کا بہت زیادہ چرچا کریں گے، بہت زیادہ ذکر کریں گے، تو ہمارے اندر جو محبت الہی پیدا ہوگی، وہی اس وقت جو ہم الفاظ بولیں گے ذکر کے اور شکر کے خدا کے، تو وہ وہ خدا کے لیے acceptable ہیں، نہ کہ رٹے رٹائے الفاظ۔</w:t>
      </w:r>
    </w:p>
    <w:p>
      <w:r>
        <w:rPr>
          <w:b/>
        </w:rPr>
        <w:t xml:space="preserve">[34:56] </w:t>
      </w:r>
      <w:r>
        <w:t>Jee, apa, yeh aap ne bohat sahi kaha ke soch soch ke agar hum nematon ke bare mein charcha karein, to hamein yeh realize hoga ke har chhoti badi cheez ek unilateral andaaz mein sab ko mil rahi hai, without you know us giving any contribution.</w:t>
      </w:r>
    </w:p>
    <w:p>
      <w:pPr>
        <w:jc w:val="right"/>
      </w:pPr>
      <w:r>
        <w:t>जी, आपा, यह आपने बहुत सही कहा कि सोच सोच के अगर हम नعمتों के बारे में चर्चा करें, तो हमें यह realize होगा कि हर छोटी बड़ी चीज़ एक unilateral अंदाज़ में सबको मिल रही है, without you know us giving any contribution.</w:t>
      </w:r>
    </w:p>
    <w:p>
      <w:r>
        <w:rPr>
          <w:b/>
        </w:rPr>
        <w:t xml:space="preserve">[35:14] </w:t>
      </w:r>
      <w:r>
        <w:t>In fact, mujhe yaad aaya ke ek baari Maulana kisi se baat kar rahe the, to zakat</w:t>
      </w:r>
    </w:p>
    <w:p>
      <w:pPr>
        <w:jc w:val="right"/>
      </w:pPr>
      <w:r>
        <w:t>In fact, मुझे याद आया कि एक बारी مولانا किसी से बात कर रहे थे, तो زکوٰۃ</w:t>
      </w:r>
    </w:p>
    <w:p>
      <w:r>
        <w:rPr>
          <w:b/>
        </w:rPr>
        <w:t xml:space="preserve">[35:20] </w:t>
      </w:r>
      <w:r>
        <w:t>pe baat ho rahi thi, to Maulana ne kaha ke sirf dhai percent dena hota hai, jabke hona ulta chahiye ke aap dhai percent nahin, aap dhai percent rakhein aur ninety-seven point five percent aap Khuda ke raaste mein laga dein. Kyunke jis tareeqay se Khuda ki blessings toot kar aati hain, sunlight, water, oxygen, air, poora life support system, agar yeh na ho to insaan ek lamha bhi nahin zinda reh sakta. Lekin hum log baat karte hain sirf dhai percent ki, to</w:t>
      </w:r>
    </w:p>
    <w:p>
      <w:pPr>
        <w:jc w:val="right"/>
      </w:pPr>
      <w:r>
        <w:t>पे बात हो रही थी, तो مولانا ने कहा कि सिर्फढाई percent देना होता है, जबकि होना उल्टा चाहिए कि आपढाई percent नहीं, आपढाई percent रखें और ninety-seven point five percent आप खुदा के रास्ते में लगा दें। क्योंकि जिस तरीके से खुदा की blessings टूट कर आती हैं, sunlight, water, oxygen, air, पूरा life support system, अगर यह ना हो तो इंसान एक लम्हा भी नहीं जिंदा रह सकता। लेकिन हम लोग बात करते हैं सिर्फढाई percent की, तो</w:t>
      </w:r>
    </w:p>
    <w:p>
      <w:r>
        <w:rPr>
          <w:b/>
        </w:rPr>
        <w:t xml:space="preserve">[35:49] </w:t>
      </w:r>
      <w:r>
        <w:t>bilkul aap ne jis tareeqay se explain kiya, mujhe Maulana sahib ki woh baat ekdam yaad aa gayi. Apa, aap soch ke soch ke bare mein bhi aap ne jaise jitna emphasize kiya, to mera agla sawal remembrance of God par hi hai. Quran mein bhi aata hai ke truly the hearts find comfort in remembrance of God.</w:t>
      </w:r>
    </w:p>
    <w:p>
      <w:pPr>
        <w:jc w:val="right"/>
      </w:pPr>
      <w:r>
        <w:t>बिल्कुल आपने जिस तरीके से explain किया, मुझे مولانا صاحب की वो बात एकदम याद आ गई। आपा, आप सोच के सोच के बारे में भी आपने जैसे जितना emphasize किया, तो मेरा अगला सवाल remembrance of God पर ही है। कुरान में भी आता है कि truly the hearts find comfort in remembrance of God.</w:t>
      </w:r>
    </w:p>
    <w:p>
      <w:r>
        <w:rPr>
          <w:b/>
        </w:rPr>
        <w:t xml:space="preserve">[36:10] </w:t>
      </w:r>
      <w:r>
        <w:t>lekin aksar hum dekhte hain ke log is cheez ko emphasize karte hain form ko ke aap bas ab ek mala le len aur aap jap l</w:t>
      </w:r>
    </w:p>
    <w:p>
      <w:pPr>
        <w:jc w:val="right"/>
      </w:pPr>
      <w:r>
        <w:t>लेकिन अक्सर हम देखते हैं कि लोग इस चीज़ को emphasize करते हैं form को कि आप बस अब एक माला ले लें और आप जप ल</w:t>
      </w:r>
    </w:p>
    <w:p>
      <w:r>
        <w:rPr>
          <w:b/>
        </w:rPr>
        <w:t xml:space="preserve">[36:17] </w:t>
      </w:r>
      <w:r>
        <w:t>en usko. To remembrance of God ke bare mein main chahunga aap zaroor hum sabko bataen. Remembrance of God jo hai, Khuda ki yaad jo hai, wo log jo hain, usko tasbeeh padhte hain aur bagair soche samjhe padhte hain. Tasbeeh padhna koi galat kaam nahi hai, lekin soch samajhkar padhen. Jo bhi hum dua kar rahe hon, usko sochen, uske mayne ko sochen, usko apni zindagi mein apply karen,</w:t>
      </w:r>
    </w:p>
    <w:p>
      <w:pPr>
        <w:jc w:val="right"/>
      </w:pPr>
      <w:r>
        <w:t>ें उसको। तो remembrance of God के बारे में मैं चाहूँगा आप ज़रूर हम सबको बताएँ। Remembrance of God जो है, खुदा की याद जो है, वो लोग जो हैं, उसको तस्बीह पढ़ते हैं और बगैर सोचे समझे पढ़ते हैं। तस्बीह पढ़ना कोई गलत काम नहीं है, लेकिन सोच समझकर पढ़ें। जो भी हम दुआ कर रहे हों, उसको सोचें, उसके मायने को सोचें, उसको अपनी ज़िंदगी में apply करें,</w:t>
      </w:r>
    </w:p>
    <w:p>
      <w:r>
        <w:rPr>
          <w:b/>
        </w:rPr>
        <w:t xml:space="preserve">[36:46] </w:t>
      </w:r>
      <w:r>
        <w:t>uske zariye se hum Khuda ki yaad karen, tab wo true sense mein tasbeeh padhna hai. To Khuda chunchi invisible hai, to is wajah se humein Khuda ki makhlooqat mein hi Khuda ko dekhna padega. To Maulana ne likha hai ke wo jo point of reference hota hai,</w:t>
      </w:r>
    </w:p>
    <w:p>
      <w:pPr>
        <w:jc w:val="right"/>
      </w:pPr>
      <w:r>
        <w:t>उसके ज़रिए से हम खुदा की याद करें, तब वो true sense में तस्बीह पढ़ना है। तो खुदा चूँकि invisible है, तो इस वजह से हमें खुदा की मखलूकात में ही खुदा को देखना पड़ेगा। तो مولانا ने लिखा है कि वो जो point of reference होता है,</w:t>
      </w:r>
    </w:p>
    <w:p>
      <w:r>
        <w:rPr>
          <w:b/>
        </w:rPr>
        <w:t xml:space="preserve">[37:06] </w:t>
      </w:r>
      <w:r>
        <w:t>us se hum Khuda ko yaad karte hain.</w:t>
      </w:r>
    </w:p>
    <w:p>
      <w:pPr>
        <w:jc w:val="right"/>
      </w:pPr>
      <w:r>
        <w:t>उससे हम खुदा को याद करते हैं।</w:t>
      </w:r>
    </w:p>
    <w:p>
      <w:r>
        <w:rPr>
          <w:b/>
        </w:rPr>
        <w:t xml:space="preserve">[37:08] </w:t>
      </w:r>
      <w:r>
        <w:t>To usmein ek kitab-e-marifat mein ek article hai ke ek baar kisi ke saath ja rahe the, to wo jab ek khilone ki dukaan se wo guzre, to unki aankhon mein aansu aa gaye. To poocha ke aisa kyun hua?</w:t>
      </w:r>
    </w:p>
    <w:p>
      <w:pPr>
        <w:jc w:val="right"/>
      </w:pPr>
      <w:r>
        <w:t>तो उसमें एक किताब-ए-मعرفت में एक article है कि एक बार किसी के साथ जा रहे थे, तो वो जब एक खिलौने की दुकान से वो गुज़रे, तो उनकी आँखों में आँसू आ गए। तो पूछा कि ऐसा क्यों हुआ?</w:t>
      </w:r>
    </w:p>
    <w:p>
      <w:r>
        <w:rPr>
          <w:b/>
        </w:rPr>
        <w:t xml:space="preserve">[37:24] </w:t>
      </w:r>
      <w:r>
        <w:t>Kehne lage, "Mera ek hi beta tha aur wo is dukaan se guzra, kahin usko bahar jaana tha doosre sheher mein, to usne ek khilona manga</w:t>
      </w:r>
    </w:p>
    <w:p>
      <w:pPr>
        <w:jc w:val="right"/>
      </w:pPr>
      <w:r>
        <w:t>कहने लगे, "मेरा एक ही बेटा था और वो इस दुकान से गुज़रा, कहीं उसको बाहर जाना था दूसरे शहर में, तो उसने एक खिलौना माँगा</w:t>
      </w:r>
    </w:p>
    <w:p>
      <w:r>
        <w:rPr>
          <w:b/>
        </w:rPr>
        <w:t xml:space="preserve">[37:35] </w:t>
      </w:r>
      <w:r>
        <w:t>। To inhone kaha, 'Abhi tum ja rahe ho, tum jab wapas aaoge, tab main dila doonga.' To ittefaq aisa hua ke accident ho gaya aur wo mar gaya. Ab wo jab bhi us khilone ki dukaan se guzarte the, unko apna beta yaad aa jata tha aur wo rona rone lagte the, aankhon mein aansu aa jate the. To wahi kehte hain ke har mauqe par,</w:t>
      </w:r>
    </w:p>
    <w:p>
      <w:pPr>
        <w:jc w:val="right"/>
      </w:pPr>
      <w:r>
        <w:t>। तो इन्होंने कहा, 'अभी तुम जा रहे हो, तुम जब वापस आओगे, तब मैं दिला दूँगा।' तो इत्तेफाक ऐसा हुआ कि accident हो गया और वो मर गया। अब वो जब भी उस खिलौने की दुकान से गुज़रते थे, उनको अपना बेटा याद आ जाता था और वो रोना रोने लगते थे, आँखों में आँसू आ जाते थे। तो वही कहते हैं कि हर मौके पर,</w:t>
      </w:r>
    </w:p>
    <w:p>
      <w:r>
        <w:rPr>
          <w:b/>
        </w:rPr>
        <w:t xml:space="preserve">[37:58] </w:t>
      </w:r>
      <w:r>
        <w:t>matlab abstract sense mein tasbeeh padhna nahi, balki har mauqe par Khuda ki yaad, ye asal jo hai na, yehi yehi zikr hai.</w:t>
      </w:r>
    </w:p>
    <w:p>
      <w:pPr>
        <w:jc w:val="right"/>
      </w:pPr>
      <w:r>
        <w:t>मतलब abstract sense में तस्बीह पढ़ना नहीं, बल्कि हर मौके पर खुदा की याद, ये असल जो है ना, यही यही ज़िक्र है।</w:t>
      </w:r>
    </w:p>
    <w:p>
      <w:r>
        <w:rPr>
          <w:b/>
        </w:rPr>
        <w:t xml:space="preserve">[38:09] </w:t>
      </w:r>
      <w:r>
        <w:t>Har mauqe par aap Khuda ki yaad karen. To insaan ka jo wajood hai, uske aas paas ki duniya hai, to har waqt aapko aisi aisi cheezein milti rahengi jo aapke liye point of reference ka kaam dengi. To har cheez mein aap Khuda ki jhalak dekhenge, har cheez mein aap yaad ilahi ki gaza lene lagenge.</w:t>
      </w:r>
    </w:p>
    <w:p>
      <w:pPr>
        <w:jc w:val="right"/>
      </w:pPr>
      <w:r>
        <w:t>हर मौके पर आप खुदा की याद करें। तो इंसान का जो वजूद है, उसके आसपास की दुनिया है, तो हर वक्त आपको ऐसी ऐसी चीज़ें मिलती रहेंगी जो आपके लिए point of reference का काम देंगी। तो हर चीज़ में आप खुदा की झलक देखेंगे, हर चीज़ में आप याद इलाही की गज़ा लेने लगेंगे।</w:t>
      </w:r>
    </w:p>
    <w:p>
      <w:r>
        <w:rPr>
          <w:b/>
        </w:rPr>
        <w:t xml:space="preserve">[38:31] </w:t>
      </w:r>
      <w:r>
        <w:t>To is tareeqe se Maulana ne baar baar isko likha hai ke har cheez aapke andar jo hai na, Khuda ki yaad kar aap karne lagen, har cheez Khuda ki yaad mein dhal jaye. To wo ekdum yehi bilkul isi ka wo poori tareeqe se wo namoona the ke har baat mein wo Khuda ko yaad karte the aur yehi humein bhi karna hai aur yehi Rasoolullah sallallahu alaihi wasallam aur aapke ashaab yehi karte</w:t>
      </w:r>
    </w:p>
    <w:p>
      <w:pPr>
        <w:jc w:val="right"/>
      </w:pPr>
      <w:r>
        <w:t>तो इस तरीके से मौलाना ने बार-बार इसको लिखा है कि हर चीज़ आपके अंदर जो है ना, खुदा की याद कर आप करने लगें, हर चीज़ खुदा की याद मेंढल जाए। तो वो एकदम यही बिल्कुल इसी का वो पूरी तरीके से वो नमूना थे कि हर बात में वो खुदा को याद करते थे और यही हमें भी करना है और यही रसूलल्लाह सल्लल्लाहु अलैहि वसल्लम और आपके असहाब यही करते</w:t>
      </w:r>
    </w:p>
    <w:p>
      <w:r>
        <w:rPr>
          <w:b/>
        </w:rPr>
        <w:t xml:space="preserve">[38:58] </w:t>
      </w:r>
      <w:r>
        <w:t>the. Abu Hazrat Abu Darda ne kaha hai ke Rasoolullah sallallahu alaihi wasallam ek chidiya ko bhi udte dekhte the, to uske zariye se humein kuch na kuch baat batate the Allah taala ki inamat ki. To yehi humein karna hai, har apne shor ko itna zyada jagana hai ke har mauqe par humein Khuda ki yaad aane lage. To yehi asal mohabbat ilahi hai. Ji, in fact apa,</w:t>
      </w:r>
    </w:p>
    <w:p>
      <w:pPr>
        <w:jc w:val="right"/>
      </w:pPr>
      <w:r>
        <w:t>थे। अबू हजरत अबू दर्दा ने कहा है कि रसूलल्लाह सल्लल्लाहु अलैहि वसल्लम एक चिड़िया को भी उड़ते देखते थे, तो उसके ज़रिए से हमें कुछ ना कुछ बात बताते थे अल्लाह ताला की इनामात की। तो यही हमें करना है, हर अपने शोर को इतना ज्यादा जगाना है कि हर मौके पर हमें खुदा की याद आने लगे। तो यही असल मोहब्बत इलाही है। जी, इनफैक्ट आपा,</w:t>
      </w:r>
    </w:p>
    <w:p>
      <w:r>
        <w:rPr>
          <w:b/>
        </w:rPr>
        <w:t xml:space="preserve">[39:25] </w:t>
      </w:r>
      <w:r>
        <w:t>Hazrat Aisha ki taraf se bhi ek</w:t>
      </w:r>
    </w:p>
    <w:p>
      <w:pPr>
        <w:jc w:val="right"/>
      </w:pPr>
      <w:r>
        <w:t>हजरत आयशा की तरफ से भी एक</w:t>
      </w:r>
    </w:p>
    <w:p>
      <w:r>
        <w:rPr>
          <w:b/>
        </w:rPr>
        <w:t xml:space="preserve">[39:28] </w:t>
      </w:r>
      <w:r>
        <w:t>tradition bhi hai. She said that Prophet Muhammad used to remember God in every situation. So if a person is able to do that, then not only you know that strengthens one's faith, but it also brings one closer to God.</w:t>
      </w:r>
    </w:p>
    <w:p>
      <w:pPr>
        <w:jc w:val="right"/>
      </w:pPr>
      <w:r>
        <w:t>ट्रेडिशन भी है। She said that Prophet Muhammad used to remember God in every situation. So if a person is able to do that, then not only you know that strengthens one's faith, but it also brings one closer to God.</w:t>
      </w:r>
    </w:p>
    <w:p>
      <w:r>
        <w:rPr>
          <w:b/>
        </w:rPr>
        <w:t xml:space="preserve">[39:41] </w:t>
      </w:r>
      <w:r>
        <w:t>To aapne bahut acche se isko apa wazeh kiya, bahut hi important ye point tha. Apa, kuch comments padhna chahunga agla sawal lene se pehle. Ye comment bheja hai Tariq Badar sahab ne Pakistan se</w:t>
      </w:r>
    </w:p>
    <w:p>
      <w:pPr>
        <w:jc w:val="right"/>
      </w:pPr>
      <w:r>
        <w:t>तो आपने बहुत अच्छे से इसको आपा वाज़े किया, बहुत ही इम्पोर्टेन्ट ये पॉइंट था। आपा, कुछ कमेंट्स पढ़ना चाहूँगा अगला सवाल लेने से पहले। ये कमेंट भेजा है तारीक बदर साहब ने पाकिस्तान से</w:t>
      </w:r>
    </w:p>
    <w:p>
      <w:r>
        <w:rPr>
          <w:b/>
        </w:rPr>
        <w:t xml:space="preserve">[39:55] </w:t>
      </w:r>
      <w:r>
        <w:t>। Unhone likha hai, "I am blessed that I am part of CPS team. CPS mission has a clarity of Islam which is very rare in current times and theright priorities that is marifat and dawat.</w:t>
      </w:r>
    </w:p>
    <w:p>
      <w:pPr>
        <w:jc w:val="right"/>
      </w:pPr>
      <w:r>
        <w:t>। उन्होंने लिखा है, "I am blessed that I am part of CPS team. CPS mission has a clarity of Islam which is very rare in current times and theright priorities that is marifat and dawat.</w:t>
      </w:r>
    </w:p>
    <w:p>
      <w:r>
        <w:rPr>
          <w:b/>
        </w:rPr>
        <w:t xml:space="preserve">[40:09] </w:t>
      </w:r>
      <w:r>
        <w:t>Process is simple too, as explained by Farida Apa, that first connect with Allah and then Allah will guide and provide support of angels." Mr. Satish Bhatia jo program Punjab se dekh rahe hain, unhone likha hai ki "You are doing this work</w:t>
      </w:r>
    </w:p>
    <w:p>
      <w:pPr>
        <w:jc w:val="right"/>
      </w:pPr>
      <w:r>
        <w:t>Process is simple too, as explained by Farida Apa, that first connect with Allah and then Allah will guide and provide support of angels." मिस्टर सतीश भाटिया जो प्रोग्राम पंजाब से देख रहे हैं, उन्होंने लिखा है कि "You are doing this work</w:t>
      </w:r>
    </w:p>
    <w:p>
      <w:r>
        <w:rPr>
          <w:b/>
        </w:rPr>
        <w:t xml:space="preserve">[40:25] </w:t>
      </w:r>
      <w:r>
        <w:t>, may Allah have mercy on you and I pray for you." Shahad Hussain sahab ne Srinagar se likha hai, "There can't be any better topic than the love of God our sustainer.</w:t>
      </w:r>
    </w:p>
    <w:p>
      <w:pPr>
        <w:jc w:val="right"/>
      </w:pPr>
      <w:r>
        <w:t>, may Allah have mercy on you and I pray for you." शाहद हुसैन साहब ने श्रीनगर से लिखा है, "There can't be any better topic than the love of God our sustainer.</w:t>
      </w:r>
    </w:p>
    <w:p>
      <w:r>
        <w:rPr>
          <w:b/>
        </w:rPr>
        <w:t xml:space="preserve">[40:36] </w:t>
      </w:r>
      <w:r>
        <w:t>Well explained, God bless you. Prophet service is a model for this love, so we need to follow the role model."</w:t>
      </w:r>
    </w:p>
    <w:p>
      <w:pPr>
        <w:jc w:val="right"/>
      </w:pPr>
      <w:r>
        <w:t>Well explained, God bless you. Prophet service is a model for this love, so we need to follow the role model."</w:t>
      </w:r>
    </w:p>
    <w:p>
      <w:r>
        <w:rPr>
          <w:b/>
        </w:rPr>
        <w:t xml:space="preserve">[40:46] </w:t>
      </w:r>
      <w:r>
        <w:t>Apa, kyunki love of God ki baat kar rahe hain aur aapne remembrance of God ke bare mein bhi bataya, aapne God realization ke aspects ko wazeh kiya. Ek bahut important cheez hai jispe Maulana sahab bhi bahut zikr karte the, helplessness. To main chahunga ke aap power of helplessness ke bare mein ab hum sabko bataen.</w:t>
      </w:r>
    </w:p>
    <w:p>
      <w:pPr>
        <w:jc w:val="right"/>
      </w:pPr>
      <w:r>
        <w:t>आपा, क्योंकि love of God की बात कर रहे हैं और आपने remembrance of God के बारे में भी बताया, आपने God realization के aspects को वाज़े किया। एक बहुत इम्पोर्टेन्ट चीज़ है जिसपे मौलाना साहब भी बहुत ज़िक्र करते थे, helplessness। तो मैं चाहूँगा कि आप power of helplessness के बारे में अब हम सबको बताएँ।</w:t>
      </w:r>
    </w:p>
    <w:p>
      <w:r>
        <w:rPr>
          <w:b/>
        </w:rPr>
        <w:t xml:space="preserve">[41:09] </w:t>
      </w:r>
      <w:r>
        <w:t>Helplessness ka matlab hai izzat. Ussi ko hum modesty bhi keh sakte hain. To izzat jo hai, wo Khuda se qurbat ka sabse bada zariya hai.</w:t>
      </w:r>
    </w:p>
    <w:p>
      <w:pPr>
        <w:jc w:val="right"/>
      </w:pPr>
      <w:r>
        <w:t>Helplessness का मतलब है इज्ज़त। उसी को हम modesty भी कह सकते हैं। तो इज्ज़त जो है, वो खुदा से क़ुरबत का सबसे बड़ा ज़रिया है।</w:t>
      </w:r>
    </w:p>
    <w:p>
      <w:r>
        <w:rPr>
          <w:b/>
        </w:rPr>
        <w:t xml:space="preserve">[41:21] </w:t>
      </w:r>
      <w:r>
        <w:t>Kyunki agar hamare andar arrogance hogi, to misaal ke taur par aap le lijiye Shaitan ko. Shaitan arrogant tha, to wo jo hai, us Khuda ki qurbat nahi pa saka aur farishton ne surrender kiya. Aur izzat ke saath to wo Khuda ki qurbat unko mili. To wo ek Allah taala ne ekdum shuru mein hi ek example set kar di thi. To Quran mein bhi aaya hai, "وسجد وقترب"</w:t>
      </w:r>
    </w:p>
    <w:p>
      <w:pPr>
        <w:jc w:val="right"/>
      </w:pPr>
      <w:r>
        <w:t>क्योंकि अगर हमारे अंदर arrogance होगी, तो मिसाल के तौर पर आप ले लीजिए शैतान को। शैतान arrogant था, तो वो जो है, उस खुदा की क़ुरबत नहीं पा सका और फ़रिश्तों ने surrender किया। और इज्ज़त के साथ तो वो खुदा की क़ुरबत उनको मिली। तो वो एक अल्लाह ताला ने एकदम शुरू में ही एक example set कर दी थी। तो कुरान में भी आया है, "وسجد وقترب"</w:t>
      </w:r>
    </w:p>
    <w:p>
      <w:r>
        <w:rPr>
          <w:b/>
        </w:rPr>
        <w:t xml:space="preserve">[41:48] </w:t>
      </w:r>
      <w:r>
        <w:t>। To sajda jo hai, hum apne aakhiri taur par apne aap ko Khuda ke aage daal dete hain. To is se zyada bada koi posture nahi ho sakta ke humne apne aap ko poore tareeqe se Khuda ke liye surrender kar diya hai. To chapter ninety-six mein aaya hai, "وسجد وقترب" । To isi liye kyunki kaha gaya hai ke sajde mein laqa-e-rabb ka experience hota hai, Khuda se mulaqat ka wo lamha hota hai.</w:t>
      </w:r>
    </w:p>
    <w:p>
      <w:pPr>
        <w:jc w:val="right"/>
      </w:pPr>
      <w:r>
        <w:t>। तो सजदा जो है, हम अपने आख़िरी तौर पर अपने आप को खुदा के आगे डाल देते हैं। तो इससे ज्यादा बड़ा कोई posture नहीं हो सकता कि हमने अपने आप को पूरे तरीके से खुदा के लिए surrender कर दिया है। तो chapter ninety-six में आया है, "وسجد وقترب" । तो इसीलिए क्योंकि कहा गया है कि सजदे में लक़ाए रब का experience होता है, खुदा से मुलाकात का वो लम्हा होता है।</w:t>
      </w:r>
    </w:p>
    <w:p>
      <w:r>
        <w:rPr>
          <w:b/>
        </w:rPr>
        <w:t xml:space="preserve">[42:15] </w:t>
      </w:r>
      <w:r>
        <w:t>Lekin wahi hai ke Khuda se mulaqat usi ke liye banegi jo jiska sajda jo real sense mein sajda ho. To wahi aadmi jo hai, Khuda se usko connection kayam hoga. To is tareeqe se wo kyunki dekhiye, kibriaai jo hai na, wo hai ke Khuda ki chadar hai.</w:t>
      </w:r>
    </w:p>
    <w:p>
      <w:pPr>
        <w:jc w:val="right"/>
      </w:pPr>
      <w:r>
        <w:t>लेकिन वही है कि खुदा से मुलाकात उसी के लिए बनेगी जो जिसका सजदा जो real sense में सजदा हो। तो वही आदमी जो है, खुदा से उसको connection कायम होगा। तो इस तरीके से वो क्योंकि देखिए, किब्रियाई जो है ना, वो है कि खुदा की चादर है।</w:t>
      </w:r>
    </w:p>
    <w:p>
      <w:r>
        <w:rPr>
          <w:b/>
        </w:rPr>
        <w:t xml:space="preserve">[42:39] </w:t>
      </w:r>
      <w:r>
        <w:t>Khuda ko sadabhaar hai ke wo apne aap ko, uska uska jo hai, ego hai, wo uske liye hai. Us jo hai, sab kuch Khuda ke liye hai ke Khuda dene wala hai, poora universe ka creator hai, insaan ka creator hai. Insaan ko to sab kuch uske dene se mila hua hai. Insaan to taker hai.</w:t>
      </w:r>
    </w:p>
    <w:p>
      <w:pPr>
        <w:jc w:val="right"/>
      </w:pPr>
      <w:r>
        <w:t>खुदा को सदाबार है कि वो अपने आप को, उसका उसका जो है, ego है, वो उसके लिए है। उस जो है, सब कुछ खुदा के लिए है कि खुदा देने वाला है, पूरा universe का creator है, इंसान का creator है। इंसान को तो सब कुछ उसके देने से मिला हुआ है। इंसान तो taker है।</w:t>
      </w:r>
    </w:p>
    <w:p>
      <w:r>
        <w:rPr>
          <w:b/>
        </w:rPr>
        <w:t xml:space="preserve">[43:03] </w:t>
      </w:r>
      <w:r>
        <w:t>To wo jab apne aap ko, apni haisiyat ko, waqai haisiyat ko pehchanta hai, to uske andar izzat paida hota hai. Aur jab izzat paida hota hai, tabhi uske andar wo Khuda se taalluq kayam hota hai. Aap isko ek misaal se samjhiye ke koi boss hai aur koi hai jo uske under mein kaam kar raha hai. To wo har waqt akda rahega, to boss se uska taalluq kayam nahi ho</w:t>
      </w:r>
    </w:p>
    <w:p>
      <w:pPr>
        <w:jc w:val="right"/>
      </w:pPr>
      <w:r>
        <w:t>तो वो जब अपने आप को, अपनी हैसियत को, वाकई हैसियत को पहचानता है, तो उसके अंदर इज्ज़त पैदा होता है। और जब इज्ज़त पैदा होता है, तभी उसके अंदर वो खुदा से ताल्लुक कायम होता है। आप इसको एक मिसाल से समझिए कि कोई बॉस है और कोई है जो उसके अंडर में काम कर रहा है। तो वो हर वक्त अकड़ा रहेगा, तो बॉस से उसका ताल्लुक कायम नहीं हो</w:t>
      </w:r>
    </w:p>
    <w:p>
      <w:r>
        <w:rPr>
          <w:b/>
        </w:rPr>
        <w:t xml:space="preserve">[43:30] </w:t>
      </w:r>
      <w:r>
        <w:t>ga. to aap samajh lijiye ke khuda to boss of all bosses hai. to khuda se hum akad kar, arrogant ho karke kaise khuda se talluq qaim kar sakte hain?</w:t>
      </w:r>
    </w:p>
    <w:p>
      <w:pPr>
        <w:jc w:val="right"/>
      </w:pPr>
      <w:r>
        <w:t>गा। तो आप समझ लीजिए कि खुदा तो बॉस ऑफ ऑल बॉसेस है। तो खुदा से हम अकड़ कर, arrogant हो करके कैसे खुदा से ताल्लुक कायम कर सकते हैं?</w:t>
      </w:r>
    </w:p>
    <w:p>
      <w:r>
        <w:rPr>
          <w:b/>
        </w:rPr>
        <w:t xml:space="preserve">[43:39] </w:t>
      </w:r>
      <w:r>
        <w:t>to hamari jo asal haisiyat hai, usko jab tak hum discover nahi karenge, jab tak hamare andar sachcha izzat nahi aayega, to aur jab tak hum usko samajh nahi sakte hain, to insaan jo hai, wo aajiz-e-mutlaq hai aur khuda qadir-e-mut</w:t>
      </w:r>
    </w:p>
    <w:p>
      <w:pPr>
        <w:jc w:val="right"/>
      </w:pPr>
      <w:r>
        <w:t>तो हमारी जो असल हैसियत है, उसको जब तक हम discover नहीं करेंगे, जब तक हमारे अंदर सच्चा इज्ज़त नहीं आएगा, तो और जब तक हम उसको समझ नहीं सकते हैं, तो इंसान जो है, वो आजिज़-ए-मुतलक है और खुदा कादिर-ए-मुत</w:t>
      </w:r>
    </w:p>
    <w:p>
      <w:r>
        <w:rPr>
          <w:b/>
        </w:rPr>
        <w:t xml:space="preserve">[43:57] </w:t>
      </w:r>
      <w:r>
        <w:t>laq hai. ye ek reality hai jisko hamein apni poori personality mein, usko apne andar shamil karna hai. to yahi izzat hai jo khuda se hamein qareeb karta hai aur khuda se qurbat ka jo hai, wahi zariya hai. to iska bahut zyada iske liye hamein koshish karna chahiye aur hamein shareer taur par ye samajhna chahiye ke hamari koi haisiyat nahi. humko jo kuch bhi mila hua hai, wo khuda ke dene se mila hua hai.</w:t>
      </w:r>
    </w:p>
    <w:p>
      <w:pPr>
        <w:jc w:val="right"/>
      </w:pPr>
      <w:r>
        <w:t>लक है। ये एक reality है जिसको हमें अपनी पूरी personality में, उसको अपने अंदर शामिल करना है। तो यही इज्ज़त है जो खुदा से हमें करीब करता है और खुदा से क़ुरबत का जो है, वही ज़रिया है। तो इसका बहुत ज्यादा इसके लिए हमें कोशिश करना चाहिए और हमें शरीर तौर पर ये समझना चाहिए कि हमारी कोई हैसियत नहीं। हमको जो कुछ भी मिला हुआ है, वो खुदा के देने से मिला हुआ है।</w:t>
      </w:r>
    </w:p>
    <w:p>
      <w:r>
        <w:rPr>
          <w:b/>
        </w:rPr>
        <w:t xml:space="preserve">[44:26] </w:t>
      </w:r>
      <w:r>
        <w:t>to ye jab hum shareer taur par samajh lenge, to hamare andar izzat paida ho jayega. aur izzat jab paida hoga, to wo insano ke level par uska expression hoga. hum insano se kis tarah deal karte hain,</w:t>
      </w:r>
    </w:p>
    <w:p>
      <w:pPr>
        <w:jc w:val="right"/>
      </w:pPr>
      <w:r>
        <w:t>तो ये जब हम शरीर तौर पर समझ लेंगे, तो हमारे अंदर इज्ज़त पैदा हो जाएगा। और इज्ज़त जब पैदा होगा, तो वो इंसानों के level पर उसका expression होगा। हम इंसानों से किस तरह deal करते हैं,</w:t>
      </w:r>
    </w:p>
    <w:p>
      <w:r>
        <w:rPr>
          <w:b/>
        </w:rPr>
        <w:t xml:space="preserve">[44:41] </w:t>
      </w:r>
      <w:r>
        <w:t>wahan pata chalega ke hamare andar sahi mayne mein izzat paida hua hai ke nahi paida hua hai.</w:t>
      </w:r>
    </w:p>
    <w:p>
      <w:pPr>
        <w:jc w:val="right"/>
      </w:pPr>
      <w:r>
        <w:t>वहाँ पता चलेगा कि हमारे अंदर सही मायने में इज्ज़त पैदा हुआ है कि नहीं पैदा हुआ है।</w:t>
      </w:r>
    </w:p>
    <w:p>
      <w:r>
        <w:rPr>
          <w:b/>
        </w:rPr>
        <w:t xml:space="preserve">[44:49] </w:t>
      </w:r>
      <w:r>
        <w:t>ji, apa, ye comment padhna chahunga jo faiz qadri sahab ne bheja hai chennai se. unhone likha hai, "soofiya ka ek call mujhe yaad aata hai ke ek bartan mein aag aur pani jama nahi ho sakte. isi tarah ek dil mein khuda ki mohabbat aur duniya ki mohabbat jama nahi ho sakti. isi tarah main kehna chahunga ke hubbe shadeed ke sath shikayat jama nahi ho sakti."</w:t>
      </w:r>
    </w:p>
    <w:p>
      <w:pPr>
        <w:jc w:val="right"/>
      </w:pPr>
      <w:r>
        <w:t>जी, आपा, ये comment पढ़ना चाहूँगा जो फ़ैज़ क़ादरी साहब ने भेजा है चेन्नई से। उन्होंने लिखा है, "सूफ़िया का एक call मुझे याद आता है कि एक बर्तन में आग और पानी जमा नहीं हो सकते। इसी तरह एक दिल में खुदा की मोहब्बत और दुनिया की मोहब्बत जमा नहीं हो सकती। इसी तरह मैं कहना चाहूँगा कि हुब्बे शदीद के साथ शिकायत जमा नहीं हो सकती।"</w:t>
      </w:r>
    </w:p>
    <w:p>
      <w:r>
        <w:rPr>
          <w:b/>
        </w:rPr>
        <w:t xml:space="preserve">[45:18] </w:t>
      </w:r>
      <w:r>
        <w:t>bahut achha comment hai apa inka. riyaz bhatt sahab ne srinagar se likha hai, "Love of God is depicted when we start a journey on path to God realization.</w:t>
      </w:r>
    </w:p>
    <w:p>
      <w:pPr>
        <w:jc w:val="right"/>
      </w:pPr>
      <w:r>
        <w:t>बहुत अच्छा comment है आपा इनका। रियाज़ भट्ट साहब ने श्रीनगर से लिखा है, "Love of God is depicted when we start a journey on path to God realization.</w:t>
      </w:r>
    </w:p>
    <w:p>
      <w:r>
        <w:rPr>
          <w:b/>
        </w:rPr>
        <w:t xml:space="preserve">[45:31] </w:t>
      </w:r>
      <w:r>
        <w:t>We try to take our brethren along with us by sensitizing them to read the word of God."</w:t>
      </w:r>
    </w:p>
    <w:p>
      <w:pPr>
        <w:jc w:val="right"/>
      </w:pPr>
      <w:r>
        <w:t>We try to take our brethren along with us by sensitizing them to read the word of God."</w:t>
      </w:r>
    </w:p>
    <w:p>
      <w:r>
        <w:rPr>
          <w:b/>
        </w:rPr>
        <w:t xml:space="preserve">[45:39] </w:t>
      </w:r>
      <w:r>
        <w:t>miss farida kamran ne karachi se likha hai pakistan se, "Shukr is the crux of all worship in Islam, which is what Maulana sahab said.</w:t>
      </w:r>
    </w:p>
    <w:p>
      <w:pPr>
        <w:jc w:val="right"/>
      </w:pPr>
      <w:r>
        <w:t>मिस फ़रीदा कामरान ने कराची से लिखा है पाकिस्तान से, "Shukr is the crux of all worship in Islam, which is what मौलाना साहब said.</w:t>
      </w:r>
    </w:p>
    <w:p>
      <w:r>
        <w:rPr>
          <w:b/>
        </w:rPr>
        <w:t xml:space="preserve">[45:50] </w:t>
      </w:r>
      <w:r>
        <w:t>I love Maulana sahab so much. May Allah grant him highest rank in Jannah." rohit kumar ne amritsar se sawal kiya hai,</w:t>
      </w:r>
    </w:p>
    <w:p>
      <w:pPr>
        <w:jc w:val="right"/>
      </w:pPr>
      <w:r>
        <w:t>I love मौलाना साहब so much. May Allah grant him highest rank in Jannah." रोहित कुमार ने अमृतसर से सवाल किया है,</w:t>
      </w:r>
    </w:p>
    <w:p>
      <w:r>
        <w:rPr>
          <w:b/>
        </w:rPr>
        <w:t xml:space="preserve">[46:03] </w:t>
      </w:r>
      <w:r>
        <w:t>"pyari apa ji, jo log apne kisi teacher ya guru ko hi itna mohabbat kar lete hain aur samajhte hain ke inke andar bhi khuda ki bani hui rooh hai, jo khuda ki taraf se aayi hai aur marne ke baad bhi khuda mein mil jayegi. aur jo mohabbat khuda ke liye hai, wo kisi insaan se karne lagte hain. hamein iske bare mein samjhaiye."</w:t>
      </w:r>
    </w:p>
    <w:p>
      <w:pPr>
        <w:jc w:val="right"/>
      </w:pPr>
      <w:r>
        <w:t>"प्यारी आपा जी, जो लोग अपने किसी टीचर या गुरु को ही इतना मोहब्बत कर लेते हैं और समझते हैं कि इनके अंदर भी खुदा की बनी हुई रूह है, जो खुदा की तरफ से आई है और मरने के बाद भी खुदा में मिल जाएगी। और जो मोहब्बत खुदा के लिए है, वो किसी इंसान से करने लगते हैं। हमें इसके बारे में समझाइए।"</w:t>
      </w:r>
    </w:p>
    <w:p>
      <w:r>
        <w:rPr>
          <w:b/>
        </w:rPr>
        <w:t xml:space="preserve">[46:32] </w:t>
      </w:r>
      <w:r>
        <w:t>to yahi to wajah hai ke insaan khuda se gehra talluq qaim nahi kar pata. kyunke insaan ka jo mind hai, wo ek hi cheez par focus karta hai.</w:t>
      </w:r>
    </w:p>
    <w:p>
      <w:pPr>
        <w:jc w:val="right"/>
      </w:pPr>
      <w:r>
        <w:t>तो यही तो वजह है कि इंसान खुदा से गहरा ताल्लुक कायम नहीं कर पाता। क्योंकि इंसान का जो mind है, वो एक ही चीज़ पर focus करता है।</w:t>
      </w:r>
    </w:p>
    <w:p>
      <w:r>
        <w:rPr>
          <w:b/>
        </w:rPr>
        <w:t xml:space="preserve">[46:44] </w:t>
      </w:r>
      <w:r>
        <w:t>wo do jagah focus nahi kar sakta ke wo in duniya ki kisi cheez ko bhi bahut zyada chahta ho aur bahut gehra talluq qaim rak karta ho usse. to aur khuda se bhi gehra talluq qaim kare, to ye ho nahi pata. kyunke insaan ke quran mein aaya hai na ke allah ne insaan ke andar do dil nahi banaye. to isi se related jo hai, wo doosra bhi sawal hai.</w:t>
      </w:r>
    </w:p>
    <w:p>
      <w:pPr>
        <w:jc w:val="right"/>
      </w:pPr>
      <w:r>
        <w:t>वो दो जगह focus नहीं कर सकता कि वो इन दुनिया की किसी चीज़ को भी बहुत ज्यादा चाहता हो और बहुत गहरा ताल्लुक कायम रख करता हो उससे। तो और खुदा से भी गहरा ताल्लुक कायम करे, तो ये हो नहीं पाता। क्योंकि इंसान के कुरान में आया है ना कि अल्लाह ने इंसान के अंदर दो दिल नहीं बनाए। तो इसी से related जो है, वो दूसरा भी सवाल है।</w:t>
      </w:r>
    </w:p>
    <w:p>
      <w:r>
        <w:rPr>
          <w:b/>
        </w:rPr>
        <w:t xml:space="preserve">[47:09] </w:t>
      </w:r>
      <w:r>
        <w:t>dekhiye. haan, apa, ek ye abhi sawal isi se related main poochna chahunga ke aisa kyun hota hai ke insaan haar jata hai ya fail ho jata hai love of God mein?</w:t>
      </w:r>
    </w:p>
    <w:p>
      <w:pPr>
        <w:jc w:val="right"/>
      </w:pPr>
      <w:r>
        <w:t>देखिए। हाँ, आपा, एक ये अभी सवाल इसी से related मैं पूछना चाहूँगा कि ऐसा क्यों होता है कि इंसान हार जाता है या fail हो जाता है love of God में?</w:t>
      </w:r>
    </w:p>
    <w:p>
      <w:r>
        <w:rPr>
          <w:b/>
        </w:rPr>
        <w:t xml:space="preserve">[47:19] </w:t>
      </w:r>
      <w:r>
        <w:t>to isko bhi aap wazeh karen. to ye jo gehra talluq hota hai, wo tabhi ho sakta hai jab insaan focused mind ho uska. to jab tak uska focused mind nahi hoga, tab tak wo gehra talluq usko nahi ho sakta hai. to</w:t>
      </w:r>
    </w:p>
    <w:p>
      <w:pPr>
        <w:jc w:val="right"/>
      </w:pPr>
      <w:r>
        <w:t>तो इसको भी आप वाज़े करें। तो ये जो गहरा ताल्लुक होता है, वो तभी हो सकता है जब इंसान focused mind हो उसका। तो जब तक उसका focused mind नहीं होगा, तब तक वो गहरा ताल्लुक उसको नहीं हो सकता है। तो</w:t>
      </w:r>
    </w:p>
    <w:p>
      <w:r>
        <w:rPr>
          <w:b/>
        </w:rPr>
        <w:t xml:space="preserve">[47:37] </w:t>
      </w:r>
      <w:r>
        <w:t>aur jab gehra talluq hoga, tabhi wo khuda se hubbe shadeed ka talluq usko qaim ho sakega. asal mein kya hai ke insaan is duniya mein rehta hai, wo tarah tarah se uske connections qaim hote hain aur wo duniya ki kisi cheez ko wo bahut zyada value de deta hai. ab misal ke taur par hamare yahan akabir ka jo jo darja ban gaya hai, wo bahut zyada hai.</w:t>
      </w:r>
    </w:p>
    <w:p>
      <w:pPr>
        <w:jc w:val="right"/>
      </w:pPr>
      <w:r>
        <w:t>और जब गहरा ताल्लुक होगा, तभी वो खुदा से हुब्बे शदीद का ताल्लुक उसको कायम हो सकेगा। असल में क्या है कि इंसान इस दुनिया में रहता है, वो तरह-तरह से उसके connections कायम होते हैं और वो दुनिया की किसी चीज़ को वो बहुत ज्यादा value दे देता है। अब मिसाल के तौर पर हमारे यहाँ अकाबिर का जो जो दर्जा बन गया है, वो बहुत ज्यादा है।</w:t>
      </w:r>
    </w:p>
    <w:p>
      <w:r>
        <w:rPr>
          <w:b/>
        </w:rPr>
        <w:t xml:space="preserve">[48:06] </w:t>
      </w:r>
      <w:r>
        <w:t>ek baar main apni class mein imam abu hanifa ne koi rasoolullah sallallahu alaihi wasallam ki koi hadith thi, uska maine zikr kiya. to ek student ne kaha, "imam abu hanifa ne to aise kaha hai." to imam abu hanifa aur is tarah ke beshumar akabir hain, jinko unhone khuda aur rasool se bhi zyada ooncha darja de diya hai. to dimagh jo hamara hai, focused hota hai, mind hota hai.</w:t>
      </w:r>
    </w:p>
    <w:p>
      <w:pPr>
        <w:jc w:val="right"/>
      </w:pPr>
      <w:r>
        <w:t>एक बार मैं अपनी क्लास में इमाम अबू हनीफा ने कोई रसूलल्लाह सल्लल्लाहु अलैहि वसल्लम की कोई हदीस थी, उसका मैंने ज़िक्र किया। तो एक student ने कहा, "इमाम अबू हनीफा ने तो ऐसे कहा है।" तो इमाम अबू हनीफा और इस तरह के बेशुमार अकाबिर हैं, जिनको उन्होंने खुदा और रसूल से भी ज्यादा ऊँचा दर्जा दे दिया है। तो दिमाग जो हमारा है, focused होता है, mind होता है।</w:t>
      </w:r>
    </w:p>
    <w:p>
      <w:r>
        <w:rPr>
          <w:b/>
        </w:rPr>
        <w:t xml:space="preserve">[48:36] </w:t>
      </w:r>
      <w:r>
        <w:t>ab wo har cheez ko bahut zyada strong affection har cheez ke liye ho, ye hota nahi hai. to akabir se jo gehra talluq qaim ho gaya hai musalmano ka aur soofiya se, akabir se, to uska jo hai, aapko usse maloom hota hai ke unke upar wo tanqeed bardasht nahi karte. kyunke tanqeed to dekhiye, sahaba khoob aapas mein ek doosre mein tanqeed karte the aur koi bura nahi manta tha.</w:t>
      </w:r>
    </w:p>
    <w:p>
      <w:pPr>
        <w:jc w:val="right"/>
      </w:pPr>
      <w:r>
        <w:t>अब वो हर चीज़ को बहुत ज्यादा strong affection हर चीज़ के लिए हो, ये होता नहीं है। तो अकाबिर से जो गहरा ताल्लुक कायम हो गया है मुसलमानों का और सूफ़िया से, अकाबिर से, तो उसका जो है, आपको उससे मालूम होता है कि उनके ऊपर वो तनकीद बर्दाश्त नहीं करते। क्योंकि तनकीद तो देखिए, सहाबा खूब आपस में एक दूसरे में तनकीद करते थे और कोई बुरा नहीं मानता था।</w:t>
      </w:r>
    </w:p>
    <w:p>
      <w:r>
        <w:rPr>
          <w:b/>
        </w:rPr>
        <w:t xml:space="preserve">[49:02] </w:t>
      </w:r>
      <w:r>
        <w:t>lekin aaj aap kisi akabir par tanqeed kar dijiye, to wo bahut zyada bura manta hai. to Maulana se zyada tar log isi par gussa the ke wo akabir par tanqeed karte hain. to yahan ye dekhna hota hai ke kya haq hai, kya nahak hai. ye nahi ke wo akabir hai ya ghair-akabir hai. to ye isi wajah se hai ke unka talluq khuda se utna gehra nahi bana hai jitna unke akabir se bana hua hai. to</w:t>
      </w:r>
    </w:p>
    <w:p>
      <w:pPr>
        <w:jc w:val="right"/>
      </w:pPr>
      <w:r>
        <w:t>लेकिन आज आप किसी अकाबिर पर तनकीद कर दीजिए, तो वो बहुत ज्यादा बुरा मानता है। तो मौलाना से ज्यादातर लोग इसी पर गुस्सा थे कि वो अकाबिर पर तनकीद करते हैं। तो यहाँ ये देखना होता है कि क्या हक़ है, क्या नाहक़ है। ये नहीं कि वो अकाबिर है या गैर-अकाबिर है। तो ये इसी वजह से है कि उनका ताल्लुक खुदा से उतना गहरा नहीं बना है जितना उनके अकाबिर से बना हुआ है। तो</w:t>
      </w:r>
    </w:p>
    <w:p>
      <w:r>
        <w:rPr>
          <w:b/>
        </w:rPr>
        <w:t xml:space="preserve">[49:29] </w:t>
      </w:r>
      <w:r>
        <w:t>jo hai, hum log rasmi ibadat karte hain, marifat wali ibadat karte nahi hain. to is wajah se wo gehra talluq khuda se qaim hi nahi hota hai. aur uski wajah wahi hai ke doosri doosri cheezon, duniya ki cheezen, apne ahbab hain, apne rishtedar hain, apne family hai, apna business hai. doosri doosri cheezon se wo gehra talluq qaim kar lete hain. to</w:t>
      </w:r>
    </w:p>
    <w:p>
      <w:pPr>
        <w:jc w:val="right"/>
      </w:pPr>
      <w:r>
        <w:t>जो है, हम लोग रस्मी इबादत करते हैं, मारिफ़त वाली इबादत करते नहीं हैं। तो इस वजह से वो गहरा ताल्लुक खुदा से कायम ही नहीं होता है। और उसकी वजह वही है कि दूसरी-दूसरी चीज़ों, दुनिया की चीज़ें, अपने अहबाब हैं, अपने रिश्तेदार हैं, अपने family है, अपना business है। दूसरी-दूसरी चीज़ों से वो गहरा ताल्लुक कायम कर लेते हैं। तो</w:t>
      </w:r>
    </w:p>
    <w:p>
      <w:r>
        <w:rPr>
          <w:b/>
        </w:rPr>
        <w:t xml:space="preserve">[49:53] </w:t>
      </w:r>
      <w:r>
        <w:t>is wajah se khuda ke liye phir wahi rasmi ibadat reh jati hai aur wo khuda se gehra talluq qaim nahi hota hai. aur hum in is khuda ki mohabbat se hum mahroom hi reh jate hain. ji, apa, to phir how can one love God iske bare mein bhi bataen phir. ek baar ek Maulana ne ek article likha hai kitab-e-marifat mein. to usmein likha hai ke ek kisi se Maulana ne baat ki, khuda ki mohabbat ki.</w:t>
      </w:r>
    </w:p>
    <w:p>
      <w:pPr>
        <w:jc w:val="right"/>
      </w:pPr>
      <w:r>
        <w:t>इस वजह से खुदा के लिए फिर वही रस्मी इबादत रह जाती है और वो खुदा से गहरा ताल्लुक कायम नहीं होता है। और हम इन इस खुदा की मोहब्बत से हम महरूम ही रह जाते हैं। जी, आपा, तो फिर how can one love God इसके बारे में भी बताएँ फिर। एक बार एक मौलाना ने एक article लिखा है किताब-ए-मारीफ़त में। तो उसमें लिखा है कि एक किसी से मौलाना ने बात की, खुदा की मोहब्बत की।</w:t>
      </w:r>
    </w:p>
    <w:p>
      <w:r>
        <w:rPr>
          <w:b/>
        </w:rPr>
        <w:t xml:space="preserve">[50:22] </w:t>
      </w:r>
      <w:r>
        <w:t>ji, to usne kaha ke bataiye, khuda se mohabbat kaise ki jaye? to Maulana ne kaha ke aapke jab beta paida hua tha, to aap jaakar poocha tha aapne mohalle walon se ke bete se mohabbat kaise ki jaye?</w:t>
      </w:r>
    </w:p>
    <w:p>
      <w:pPr>
        <w:jc w:val="right"/>
      </w:pPr>
      <w:r>
        <w:t>जी, तो उसने कहा कि बताइए, खुदा से मोहब्बत कैसे की जाए? तो मौलाना ने कहा कि आपके जब बेटा पैदा हुआ था, तो आप जाकर पूछा था आपने मोहल्ले वालों से कि बेटे से मोहब्बत कैसे की जाए?</w:t>
      </w:r>
    </w:p>
    <w:p>
      <w:r>
        <w:rPr>
          <w:b/>
        </w:rPr>
        <w:t xml:space="preserve">[50:36] </w:t>
      </w:r>
      <w:r>
        <w:t>to beta ko baap apna extension samajhta hai aur khud-ba-khud wo mohabbat karne lagta hai.</w:t>
      </w:r>
    </w:p>
    <w:p>
      <w:pPr>
        <w:jc w:val="right"/>
      </w:pPr>
      <w:r>
        <w:t>तो बेटा को बाप अपना extension समझता है और खुद-ब-खुद वो मोहब्बत करने लगता है।</w:t>
      </w:r>
    </w:p>
    <w:p>
      <w:r>
        <w:rPr>
          <w:b/>
        </w:rPr>
        <w:t xml:space="preserve">[50:43] </w:t>
      </w:r>
      <w:r>
        <w:t>to khuda jo hamara khaliq hai, raziq hai, har cheez hamein khuda ne diya hai. aur sabse badi cheez ye hai ke allah taala ne jannat banai ke is duniya mein apna aadmi mahdood muddat ke liye test karke jab aakhirat mein jaye, to usko jannat mein entry mile, hamesha-hamesha ki ek eternal life mile wahan par. to wo sab yaad hi nahi karta insaan. bas isi duniya mein jo immediate gain hai, usi mein wo khoya reh</w:t>
      </w:r>
    </w:p>
    <w:p>
      <w:pPr>
        <w:jc w:val="right"/>
      </w:pPr>
      <w:r>
        <w:t>तो खुदा जो हमारा खालिक है, राज़िक है, हर चीज़ हमें खुदा ने दिया है। और सबसे बड़ी चीज़ ये है कि अल्लाह ताला ने जन्नत बनाई कि इस दुनिया में अपना आदमी महदूद मुद्दत के लिए test करके जब आख़िरत में जाए, तो उसको जन्नत में entry मिले, हमेशा-हमेशा की एक eternal life मिले वहाँ पर। तो वो सब याद ही नहीं करता इंसान। बस इसी दुनिया में जो immediate gain है, उसी में वो खोया रह</w:t>
      </w:r>
    </w:p>
    <w:p>
      <w:r>
        <w:rPr>
          <w:b/>
        </w:rPr>
        <w:t xml:space="preserve">[51:13] </w:t>
      </w:r>
      <w:r>
        <w:t>ta hai. wo samajhta hai ke mera beta jo hai, mere kaam aayega, mere liye mera support banega. to ye sab cheezen hain na, ye sari cheezon ko hamein zimmedari samajhna chahiye. wo hamari zimmedari hai. aur baqi jo strong affection hai, wo sirf khuda se hona chahiye. to</w:t>
      </w:r>
    </w:p>
    <w:p>
      <w:pPr>
        <w:jc w:val="right"/>
      </w:pPr>
      <w:r>
        <w:t>ता है। वो समझता है कि मेरा बेटा जो है, मेरे काम आएगा, मेरे लिए मेरा support बनेगा। तो ये सब चीज़ें हैं ना, ये सारी चीज़ों को हमें जिम्मेदारी समझना चाहिए। वो हमारी जिम्मेदारी है। और बाकी जो strong affection है, वो सिर्फ खुदा से होना चाहिए। तो</w:t>
      </w:r>
    </w:p>
    <w:p>
      <w:r>
        <w:rPr>
          <w:b/>
        </w:rPr>
        <w:t xml:space="preserve">[51:31] </w:t>
      </w:r>
      <w:r>
        <w:t>ye jo hai, hamari fitrat hi ki pukaar hai ke hum Khuda se strong affection karein. lekin jo conditioning ho jaati hai, hum ek duniya mein paida hote hain, tarah tarah ke hamein experiences hote hain, tarah tarah ke talluqaat qaayam ho jaate hain. to usse hum jo deviation hamare andar ho jaata hai,</w:t>
      </w:r>
    </w:p>
    <w:p>
      <w:pPr>
        <w:jc w:val="right"/>
      </w:pPr>
      <w:r>
        <w:t>ये जो है, हमारी फितरत ही की पुकार है कि हम खुदा से strong affection करें। लेकिन जो conditioning हो जाती है, हम एक दुनिया में पैदा होते हैं, तरह-तरह के हमें experiences होते हैं, तरह-तरह के ताल्लुकात कायम हो जाते हैं। तो उससे हम जो deviation हमारे अंदर हो जाता है,</w:t>
      </w:r>
    </w:p>
    <w:p>
      <w:r>
        <w:rPr>
          <w:b/>
        </w:rPr>
        <w:t xml:space="preserve">[51:52] </w:t>
      </w:r>
      <w:r>
        <w:t>to us conditioning ko khatm karna hai. to phir hum apni fitrat par, hamari fitrat jaag jaayegi. aur fitrat mein to Allah taala ne sab kuch daalkar hi hamein bheja hai. hum khud-ba-khud ye cheez jo hum kisi doosre se bohat zyada mohabbat karne lagte hain na, ye Khuda se mohabbat ka jazba hai jo hamare andar hai. isi jazbe ka diversion hai.</w:t>
      </w:r>
    </w:p>
    <w:p>
      <w:pPr>
        <w:jc w:val="right"/>
      </w:pPr>
      <w:r>
        <w:t>तो उस conditioning को खत्म करना है। तो फिर हम अपनी फितरत पर, हमारी फितरत जाग जाएगी। और फितरत में तो अल्लाह ताला ने सब कुछ डालकर ही हमें भेजा है। हम खुद-ब-खुद ये चीज़ जो हम किसी दूसरे से बहुत ज्यादा मोहब्बत करने लगते हैं ना, ये खुदा से मोहब्बत का जज़्बा है जो हमारे अंदर है। इसी जज़्बे का diversion है।</w:t>
      </w:r>
    </w:p>
    <w:p>
      <w:r>
        <w:rPr>
          <w:b/>
        </w:rPr>
        <w:t xml:space="preserve">[52:19] </w:t>
      </w:r>
      <w:r>
        <w:t>Maulana ne likha hai ke isi jazbe ka ye diversion hai ke hum kisi doosre se utni mohabbat karne lag jaate hain. to isko hum samjhein aur apni conditioning ko khatm karein. to wo to hamari fitrat mein hai, hum khud-ba-khud Khuda se mohabbat karne lagenge. ji, apa, aksar log ye bhi ek sawaal karte hain ke can we experience God to iske baare mein aap kya kaheengi?</w:t>
      </w:r>
    </w:p>
    <w:p>
      <w:pPr>
        <w:jc w:val="right"/>
      </w:pPr>
      <w:r>
        <w:t>मौलाना ने लिखा है कि इसी जज़्बे का ये diversion है कि हम किसी दूसरे से उतनी मोहब्बत करने लग जाते हैं। तो इसको हम समझें और अपनी conditioning को खत्म करें। तो वो तो हमारी फितरत में है, हम खुद-ब-खुद खुदा से मोहब्बत करने लगेंगे। जी, आपा, अक्सर लोग ये भी एक सवाल करते हैं कि can we experience God तो इसके बारे में आप क्या कहेंगी?</w:t>
      </w:r>
    </w:p>
    <w:p>
      <w:r>
        <w:rPr>
          <w:b/>
        </w:rPr>
        <w:t xml:space="preserve">[52:46] </w:t>
      </w:r>
      <w:r>
        <w:t>dekhiye, ye Sufiya kehte hain ke hum experience kar sakte hain God ko. to isiliye bohat zyada muraqba karte hain, meditation karte hain, din raat ibaadat mein rehte hain. to wo kehte hain ke unko ek tajalli hoti hai. us tajalli mein wo unko Khuda se connection qaayam hota hai. lekin ye Islam mein aisa nahi</w:t>
      </w:r>
    </w:p>
    <w:p>
      <w:pPr>
        <w:jc w:val="right"/>
      </w:pPr>
      <w:r>
        <w:t>देखिए, ये सूफ़िया कहते हैं कि हम experience कर सकते हैं God को। तो इसीलिए बहुत ज्यादा मराकबा करते हैं, meditation करते हैं, दिन-रात इबादत में रहते हैं। तो वो कहते हैं कि उनको एक तजल्ली होती है। उस तजल्ली में वो उनको खुदा से connection कायम होता है। लेकिन ये इस्लाम में ऐसा नहीं</w:t>
      </w:r>
    </w:p>
    <w:p>
      <w:r>
        <w:rPr>
          <w:b/>
        </w:rPr>
        <w:t xml:space="preserve">[53:11] </w:t>
      </w:r>
      <w:r>
        <w:t>hai. Islam mein Khuda se jo connection qaayam hota hai, wo Khuda ki jo kaaynaat mein jo Khuda ki nishaniyan hain, unke zariye se Khuda se connection qaayam hota hai. Khuda ne kaaynaat banayi, Khuda ne solar system banaya, Khuda ne ye duniya banayi, life support system qaayam kiya. ek ek cheez Khuda provide kar raha</w:t>
      </w:r>
    </w:p>
    <w:p>
      <w:pPr>
        <w:jc w:val="right"/>
      </w:pPr>
      <w:r>
        <w:t>है। इस्लाम में खुदा से जो connection कायम होता है, वो खुदा की जो कायनात में जो खुदा की निशानियाँ हैं, उनके ज़रिए से खुदा से connection कायम होता है। खुदा ने कायनात बनाई, खुदा ने solar system बनाया, खुदा ने ये दुनिया बनाई, life support system कायम किया। एक-एक चीज़ खुदा provide कर रहा</w:t>
      </w:r>
    </w:p>
    <w:p>
      <w:r>
        <w:rPr>
          <w:b/>
        </w:rPr>
        <w:t xml:space="preserve">[53:32] </w:t>
      </w:r>
      <w:r>
        <w:t>hai. to un cheezon ke realization se hamein Khuda se talluq qaayam hota hai. aur Khuda is duniya mein invisible hai. aur aakhirat mein ye hai ke Rasoolullah sallallahu alaihi wasallam ne farmaya ke tum wahaan Khuda ko isi tareeqe se dekhoge jaise tum chand ko dekhte ho. yaani Khuda aise, Khuda koi chhoti si cheez to hai nahi ke aake yahaan kursi pe baith jaayega.</w:t>
      </w:r>
    </w:p>
    <w:p>
      <w:pPr>
        <w:jc w:val="right"/>
      </w:pPr>
      <w:r>
        <w:t>है। तो उन चीज़ों के realization से हमें खुदा से ताल्लुक कायम होता है। और खुदा इस दुनिया में invisible है। और आख़िरत में ये है कि रसूलल्लाह सल्लल्लाहु अलैहि वसल्लम ने फरमाया कि तुम वहाँ खुदा को इसी तरीके से देखोगे जैसे तुम चाँद को देखते हो। यानी खुदा ऐसे, खुदा कोई छोटी सी चीज़ तो है नहीं कि आके यहाँ कुर्सी पे बैठ जाएगा।</w:t>
      </w:r>
    </w:p>
    <w:p>
      <w:r>
        <w:rPr>
          <w:b/>
        </w:rPr>
        <w:t xml:space="preserve">[53:58] </w:t>
      </w:r>
      <w:r>
        <w:t>balki Khuda ke jo izhaar hai, wo Khuda ka noor wahaan par zaahir hoga. Khuda ki jhalak dikhayi jaayegi. poora Khuda ki poori poori being jo hai, wo hum ek saath kabhi dekh nahi paayenge. Khuda ki jhalak, khaastaur par jo Jannatul Firdaus hai, wahaan par Khuda apni jhalakiyan dikhayega.</w:t>
      </w:r>
    </w:p>
    <w:p>
      <w:pPr>
        <w:jc w:val="right"/>
      </w:pPr>
      <w:r>
        <w:t>बल्कि खुदा के जो इज़हार है, वो खुदा का नूर वहाँ पर जाहिर होगा। खुदा की झलक दिखाई जाएगी। पूरा खुदा की पूरी-पूरी being जो है, वो हम एक साथ कभी देख नहीं पाएंगे। खुदा की झलक, खासतौर पर जो जन्नतुल फिरदौस है, वहाँ पर खुदा अपनी झलकियाँ दिखाएगा।</w:t>
      </w:r>
    </w:p>
    <w:p>
      <w:r>
        <w:rPr>
          <w:b/>
        </w:rPr>
        <w:t xml:space="preserve">[54:19] </w:t>
      </w:r>
      <w:r>
        <w:t>to hamein hamesha yahi dua karni chahiye ke hamein Allah taala Jannatul Firdaus mein jagah dein. kyunke hamein jab Khuda hi nahi milega, aakhirat mein bhi sirf khaane peene ko milega, to hamein kya mila?</w:t>
      </w:r>
    </w:p>
    <w:p>
      <w:pPr>
        <w:jc w:val="right"/>
      </w:pPr>
      <w:r>
        <w:t>तो हमें हमेशा यही दुआ करनी चाहिए कि हमें अल्लाह ताला जन्नतुल फिरदौस में जगह दें। क्योंकि हमें जब खुदा ही नहीं मिलेगा, आख़िरत में भी सिर्फ खाने-पीने को मिलेगा, तो हमें क्या मिला?</w:t>
      </w:r>
    </w:p>
    <w:p>
      <w:r>
        <w:rPr>
          <w:b/>
        </w:rPr>
        <w:t xml:space="preserve">[54:31] </w:t>
      </w:r>
      <w:r>
        <w:t>to hamein wahaan par poori dua karni chahiye ke hamein Khuda se wahaan talluq qaayam ho. Khuda ki jannat ko Khuda ki neighborhood kaha gaya hai. lekin Khuda ki neighborhood wahi hai jo Jannatul Firdaus hai. baaqi aam logon ko to khaane peene ko milega.</w:t>
      </w:r>
    </w:p>
    <w:p>
      <w:pPr>
        <w:jc w:val="right"/>
      </w:pPr>
      <w:r>
        <w:t>तो हमें वहाँ पर पूरी दुआ करनी चाहिए कि हमें खुदा से वहाँ ताल्लुक कायम हो। खुदा की जन्नत को खुदा की neighborhood कहा गया है। लेकिन खुदा की neighborhood वही है जो जन्नतुल फिरदौस है। बाकी आम लोगों को तो खाने-पीने को मिलेगा।</w:t>
      </w:r>
    </w:p>
    <w:p>
      <w:r>
        <w:rPr>
          <w:b/>
        </w:rPr>
        <w:t xml:space="preserve">[54:48] </w:t>
      </w:r>
      <w:r>
        <w:t>wo Khuda ki jo jhalakiyan hain, wo khawaas ke liye hain.</w:t>
      </w:r>
    </w:p>
    <w:p>
      <w:pPr>
        <w:jc w:val="right"/>
      </w:pPr>
      <w:r>
        <w:t>वो खुदा की जो झलकियाँ हैं, वो खवास के लिए हैं।</w:t>
      </w:r>
    </w:p>
    <w:p>
      <w:r>
        <w:rPr>
          <w:b/>
        </w:rPr>
        <w:t xml:space="preserve">[54:56] </w:t>
      </w:r>
      <w:r>
        <w:t>ji, apa, ek sawaal ye bhi hai. aksar log ye samajhte hain ke love of God aur obedience to God is one and the same thing.</w:t>
      </w:r>
    </w:p>
    <w:p>
      <w:pPr>
        <w:jc w:val="right"/>
      </w:pPr>
      <w:r>
        <w:t>जी, आपा, एक सवाल ये भी है। अक्सर लोग ये समझते हैं कि love of God और obedience to God is one and the same thing.</w:t>
      </w:r>
    </w:p>
    <w:p>
      <w:r>
        <w:rPr>
          <w:b/>
        </w:rPr>
        <w:t xml:space="preserve">[55:06] </w:t>
      </w:r>
      <w:r>
        <w:t>In fact, they derive this understanding from one of the verses of the Quran, which says that, "Say if you love God, follow me, and God will love you."</w:t>
      </w:r>
    </w:p>
    <w:p>
      <w:pPr>
        <w:jc w:val="right"/>
      </w:pPr>
      <w:r>
        <w:t>In fact, they derive this understanding from one of the verses of the Quran, which says that, "Say if you love God, follow me, and God will love you."</w:t>
      </w:r>
    </w:p>
    <w:p>
      <w:r>
        <w:rPr>
          <w:b/>
        </w:rPr>
        <w:t xml:space="preserve">[55:16] </w:t>
      </w:r>
      <w:r>
        <w:t>to is ko bhi aap wazeh karen ke kya love of God aur obedience to God is it the</w:t>
      </w:r>
    </w:p>
    <w:p>
      <w:pPr>
        <w:jc w:val="right"/>
      </w:pPr>
      <w:r>
        <w:t>तो इसको भी आप वाज़े करें कि क्या love of God और obedience to God is it the</w:t>
      </w:r>
    </w:p>
    <w:p>
      <w:r>
        <w:rPr>
          <w:b/>
        </w:rPr>
        <w:t xml:space="preserve">[55:21] </w:t>
      </w:r>
      <w:r>
        <w:t>same thing? to following jo hai na, woh koi literal sense mein log le lete hain ke woh</w:t>
      </w:r>
    </w:p>
    <w:p>
      <w:pPr>
        <w:jc w:val="right"/>
      </w:pPr>
      <w:r>
        <w:t>same thing? तो following जो है ना, वो कोई literal sense में लोग ले लेते हैं कि वो</w:t>
      </w:r>
    </w:p>
    <w:p>
      <w:r>
        <w:rPr>
          <w:b/>
        </w:rPr>
        <w:t xml:space="preserve">[55:29] </w:t>
      </w:r>
      <w:r>
        <w:t>alfaaz ada kar diye, following ho gayi.</w:t>
      </w:r>
    </w:p>
    <w:p>
      <w:pPr>
        <w:jc w:val="right"/>
      </w:pPr>
      <w:r>
        <w:t>अल्फाज़ अदा कर दिए, following हो गई।</w:t>
      </w:r>
    </w:p>
    <w:p>
      <w:r>
        <w:rPr>
          <w:b/>
        </w:rPr>
        <w:t xml:space="preserve">[55:32] </w:t>
      </w:r>
      <w:r>
        <w:t>to hamare jo hamare grandfather the, un ke paas gaon mein ek ladki aayi, woh susral ja rahi thi.</w:t>
      </w:r>
    </w:p>
    <w:p>
      <w:pPr>
        <w:jc w:val="right"/>
      </w:pPr>
      <w:r>
        <w:t>तो हमारे जो हमारे grandfather थे, उनके पास गाँव में एक लड़की आई, वो ससुराल जा रही थी।</w:t>
      </w:r>
    </w:p>
    <w:p>
      <w:r>
        <w:rPr>
          <w:b/>
        </w:rPr>
        <w:t xml:space="preserve">[55:40] </w:t>
      </w:r>
      <w:r>
        <w:t>to us ko kuch naseehat karni thi.</w:t>
      </w:r>
    </w:p>
    <w:p>
      <w:pPr>
        <w:jc w:val="right"/>
      </w:pPr>
      <w:r>
        <w:t>तो उसको कुछ नसीहत करनी थी।</w:t>
      </w:r>
    </w:p>
    <w:p>
      <w:r>
        <w:rPr>
          <w:b/>
        </w:rPr>
        <w:t xml:space="preserve">[55:42] </w:t>
      </w:r>
      <w:r>
        <w:t>to grandfather ne naseehat ki ke dekho, namaz mein kabhi deri mat karna.</w:t>
      </w:r>
    </w:p>
    <w:p>
      <w:pPr>
        <w:jc w:val="right"/>
      </w:pPr>
      <w:r>
        <w:t>तो grandfather ने नसीहत की कि देखो, नमाज़ में कभी देरी मत करना।</w:t>
      </w:r>
    </w:p>
    <w:p>
      <w:r>
        <w:rPr>
          <w:b/>
        </w:rPr>
        <w:t xml:space="preserve">[55:46] </w:t>
      </w:r>
      <w:r>
        <w:t>ab woh parhi likhi to thi nahi, bas woh namaz jo hai, khata-khata-khata padhne lagi, uthak-baithak ke andaaz mein.</w:t>
      </w:r>
    </w:p>
    <w:p>
      <w:pPr>
        <w:jc w:val="right"/>
      </w:pPr>
      <w:r>
        <w:t>अब वो पढ़ी-लिखी तो थी नहीं, बस वो नमाज़ जो है, खटाखट-खटाखट पढ़ने लगी, उठक-बैठक के अंदाज़ में।</w:t>
      </w:r>
    </w:p>
    <w:p>
      <w:r>
        <w:rPr>
          <w:b/>
        </w:rPr>
        <w:t xml:space="preserve">[55:52] </w:t>
      </w:r>
      <w:r>
        <w:t>to us se kisi ne poocha ke tum itni jaldi-jaldi kyun namaz padhti ho?</w:t>
      </w:r>
    </w:p>
    <w:p>
      <w:pPr>
        <w:jc w:val="right"/>
      </w:pPr>
      <w:r>
        <w:t>तो उससे किसी ने पूछा कि तुम इतनी जल्दी-जल्दी क्यों नमाज़ पढ़ती हो?</w:t>
      </w:r>
    </w:p>
    <w:p>
      <w:r>
        <w:rPr>
          <w:b/>
        </w:rPr>
        <w:t xml:space="preserve">[55:56] </w:t>
      </w:r>
      <w:r>
        <w:t>usne kaha, "Hafiz ji ne kaha hai ke namaz mein deri mat karna."</w:t>
      </w:r>
    </w:p>
    <w:p>
      <w:pPr>
        <w:jc w:val="right"/>
      </w:pPr>
      <w:r>
        <w:t>उसने कहा, "हाफिज जी ने कहा है कि नमाज़ में देरी मत करना।"</w:t>
      </w:r>
    </w:p>
    <w:p>
      <w:r>
        <w:rPr>
          <w:b/>
        </w:rPr>
        <w:t xml:space="preserve">[56:01] </w:t>
      </w:r>
      <w:r>
        <w:t>to wo hai ke ek wo level hota hai aur ek hota hai gehraayi se baaton ko samajhna. to jo following hai, following ka ye matlab nahi hai ke sirf alfaaz ko dohra dena. following wo hai jo Prophet sallallahu alaihi wasallam aur ashaab ne jis tareeqe se Islam ko follow kiya, unke liye Islam ko follow karna ye tha ke uske liye apne jaan bhi de dete the,</w:t>
      </w:r>
    </w:p>
    <w:p>
      <w:pPr>
        <w:jc w:val="right"/>
      </w:pPr>
      <w:r>
        <w:t>तो वो है कि एक वो लेवल होता है और एक होता है गहराई से बातों को समझना। तो जो following है, following का ये मतलब नहीं है कि सिर्फ अल्फाज़ को दोहरा देना। Following वो है जो Prophet सल्लल्लाहु अलैहि वसल्लम और असहाब ने जिस तरीके से इस्लाम को follow किया, उनके लिए इस्लाम को follow करना ये था कि उसके लिए अपने जान भी दे देते थे,</w:t>
      </w:r>
    </w:p>
    <w:p>
      <w:r>
        <w:rPr>
          <w:b/>
        </w:rPr>
        <w:t xml:space="preserve">[56:28] </w:t>
      </w:r>
      <w:r>
        <w:t>saara asaasa de dete the. aur ek ek aayat ko wo padhte the, samajhte the, apni zindagi mein apply karte the. to namaz padhte the, to namaz ke baad jab wo ghar jaate the, to bilkul khamoshi se chale jaate the, baat nahi karte the. usi par sochte the, unhone kya padha hai. to following ko aaj har aadmi, har cheez ko bas literal le raha hai. har cheez ke do darje hote hain. ab exam aap dete hain, koi kisi ko sirf pass marks milta hai,</w:t>
      </w:r>
    </w:p>
    <w:p>
      <w:pPr>
        <w:jc w:val="right"/>
      </w:pPr>
      <w:r>
        <w:t>सारा असासा दे देते थे। और एक-एक आयत को वो पढ़ते थे, समझते थे, अपनी जिंदगी में apply करते थे। तो नमाज़ पढ़ते थे, तो नमाज़ के बाद जब वो घर जाते थे, तो बिल्कुल खामोशी से चले जाते थे, बात नहीं करते थे। उसी पर सोचते थे, उन्होंने क्या पढ़ा है। तो following को आज हर आदमी, हर चीज़ को बस literal ले रहा है। हर चीज़ के दो दर्जे होते हैं। अब exam आप देते हैं, कोई किसी को सिर्फ pass marks मिलता है,</w:t>
      </w:r>
    </w:p>
    <w:p>
      <w:r>
        <w:rPr>
          <w:b/>
        </w:rPr>
        <w:t xml:space="preserve">[56:57] </w:t>
      </w:r>
      <w:r>
        <w:t>koi top karta hai. to wahi hai, wo pass marks hai ke bas usko literal sense mein usko dohra liya. aur ek hai, jab Khuda ki khushnoodi aapko chahiye, to aapko oonche darje ki ibaadat karni padegi, spirit wali ibaadat karni padegi.</w:t>
      </w:r>
    </w:p>
    <w:p>
      <w:pPr>
        <w:jc w:val="right"/>
      </w:pPr>
      <w:r>
        <w:t>कोई top करता है। तो वही है, वो pass marks है कि बस उसको literal sense में उसको दोहरा लिया। और एक है, जब खुदा की खुशनूदी आपको चाहिए, तो आपको ऊँचे दर्जे की इबादत करनी पड़ेगी, spirit वाली इबादत करनी पड़ेगी।</w:t>
      </w:r>
    </w:p>
    <w:p>
      <w:r>
        <w:rPr>
          <w:b/>
        </w:rPr>
        <w:t xml:space="preserve">[57:17] </w:t>
      </w:r>
      <w:r>
        <w:t>ji, apa, ek ye sawaal aaya hai Pakistan se, Miss Nawab Khatun, unhone kiya hai.</w:t>
      </w:r>
    </w:p>
    <w:p>
      <w:pPr>
        <w:jc w:val="right"/>
      </w:pPr>
      <w:r>
        <w:t>जी, आपा, एक ये सवाल आया है पाकिस्तान से, Miss Nawab Khatun, उन्होंने किया है।</w:t>
      </w:r>
    </w:p>
    <w:p>
      <w:r>
        <w:rPr>
          <w:b/>
        </w:rPr>
        <w:t xml:space="preserve">[57:23] </w:t>
      </w:r>
      <w:r>
        <w:t>unhone likha hai ke ma'am actually mere bohat questions hain, but due to shortage of time, I am asking one only. main ek school mein padhaati hoon, grade two ki teacher hoon, but wahaan majority of teachers deen se, Islam se bohat door hain, aur Quran fahmi se bhi. kyunke maine Quran fahmi ke bohat courses kiye hue hain, mera dil Allah taala se bohat attached hai.</w:t>
      </w:r>
    </w:p>
    <w:p>
      <w:pPr>
        <w:jc w:val="right"/>
      </w:pPr>
      <w:r>
        <w:t>उन्होंने लिखा है कि ma'am actually मेरे बहुत questions हैं, but due to shortage of time, I am asking one only. मैं एक school में पढ़ाती हूँ, grade two की teacher हूँ, but वहाँ majority of teachers दीन से, इस्लाम से बहुत दूर हैं, और कुरान फहमी से भी। क्योंकि मैंने कुरान फहमी के बहुत courses किए हुए हैं, मेरा दिल अल्लाह ताला से बहुत attached है।</w:t>
      </w:r>
    </w:p>
    <w:p>
      <w:r>
        <w:rPr>
          <w:b/>
        </w:rPr>
        <w:t xml:space="preserve">[57:50] </w:t>
      </w:r>
      <w:r>
        <w:t>lekin jab aisi situation hai jahaan hamara environment deen wala na ho, aur log humse friendship bhi na karein, kyunke wo duniya ke life mein khush hain aur unse friendship karna chahte hain, to is situation mein kya karoon?</w:t>
      </w:r>
    </w:p>
    <w:p>
      <w:pPr>
        <w:jc w:val="right"/>
      </w:pPr>
      <w:r>
        <w:t>लेकिन जब ऐसी situation है जहाँ हमारा environment दीन वाला न हो, और लोग हमसे friendship भी न करें, क्योंकि वो दुनिया के life में खुश हैं और उनसे friendship करना चाहते हैं, तो इस situation में क्या करूँ?</w:t>
      </w:r>
    </w:p>
    <w:p>
      <w:r>
        <w:rPr>
          <w:b/>
        </w:rPr>
        <w:t xml:space="preserve">[58:05] </w:t>
      </w:r>
      <w:r>
        <w:t>kuch aisa bataein ke mera dil bhi Allah taala se attached rahe, imaan bhi mazboot rahe, aur saath saath wo mere colleagues bhi mere saath theek rahein. to koi ek practical advice mujhe bataiye.</w:t>
      </w:r>
    </w:p>
    <w:p>
      <w:pPr>
        <w:jc w:val="right"/>
      </w:pPr>
      <w:r>
        <w:t>कुछ ऐसा बताएँ कि मेरा दिल भी अल्लाह ताला से attached रहे, ईमान भी मजबूत रहे, और साथ-साथ वो मेरे colleagues भी मेरे साथठीक रहें। तो कोई एक practical advice मुझे बताइए।</w:t>
      </w:r>
    </w:p>
    <w:p>
      <w:r>
        <w:rPr>
          <w:b/>
        </w:rPr>
        <w:t xml:space="preserve">[58:21] </w:t>
      </w:r>
      <w:r>
        <w:t>ab jitna mumkin hai, utna aap un par kaam karein, mauqa ba mauqa unko batate rahein. chhoti chhoti kitaabein hoti hain, booklets hoti hain, pamphlets hote hain, wo unko dete rahein, unko batate rahein. aur dekhiye, ye to Khuda ki taufeeq se hota hai ke wo kitna maante hain. bas aapke dil mein unke khilaaf kuch nahi hona chahiye.</w:t>
      </w:r>
    </w:p>
    <w:p>
      <w:pPr>
        <w:jc w:val="right"/>
      </w:pPr>
      <w:r>
        <w:t>अब जितना मुमकिन है, उतना आप उन पर काम करें, मौका-ब-मौका उनको बताते रहें। छोटी-छोटी किताबें होती हैं, booklets होती हैं, pamphlets होते हैं, वो उनको देते रहें, उनको बताते रहें। और देखिए, ये तो खुदा की तौफीक से होता है कि वो कितना मानते हैं। बस आपके दिल में उनके खिलाफ कुछ नहीं होना चाहिए।</w:t>
      </w:r>
    </w:p>
    <w:p>
      <w:r>
        <w:rPr>
          <w:b/>
        </w:rPr>
        <w:t xml:space="preserve">[58:45] </w:t>
      </w:r>
      <w:r>
        <w:t>jaise Rasoolullah sallallahu alaihi wasallam har mauqe par kaise bhi negative response aapko milta tha, lekin aap uske liye duaen karte the. to aap bhi uske liye duaen karein, aur jitna mauqa mile, usko batate rahein. aur ye na sochein ke wo hamesha aise hi rahega. kyunke aakhir waqt tak Allah taala mauqa dete hain usko sudharne ka, usko sachchai paane ka. to aakhir waqt tak aap koshish</w:t>
      </w:r>
    </w:p>
    <w:p>
      <w:pPr>
        <w:jc w:val="right"/>
      </w:pPr>
      <w:r>
        <w:t>जैसे रसूलल्लाह सल्लल्लाहु अलैहि वसल्लम हर मौके पर कैसे भी negative response आपको मिलता था, लेकिन आप उसके लिए दुआएँ करते थे। तो आप भी उसके लिए दुआएँ करें, और जितना मौका मिले, उसको बताते रहें। और ये न सोचें कि वो हमेशा ऐसे ही रहेगा। क्योंकि आख़िर वक्त तक अल्लाह ताला मौका देते हैं उसको सुधरने का, उसको सच्चाई पाने का। तो आख़िर वक्त तक आप कोशिश</w:t>
      </w:r>
    </w:p>
    <w:p>
      <w:r>
        <w:rPr>
          <w:b/>
        </w:rPr>
        <w:t xml:space="preserve">[59:11] </w:t>
      </w:r>
      <w:r>
        <w:t>karte rahiye. kyunke jitna bhi aap koshish karenge, aapko to uska reward mile hi kya milega? aur baaqi uske liye ab wo Allah taala ka faisla hota hai, usko kab usko baat samajh mein aayegi, wo Allah ki marzi par wo chhod dijiye usko.</w:t>
      </w:r>
    </w:p>
    <w:p>
      <w:pPr>
        <w:jc w:val="right"/>
      </w:pPr>
      <w:r>
        <w:t>करते रहिए। क्योंकि जितना भी आप कोशिश करेंगे, आपको तो उसका reward मिले ही क्या मिलेगा? और बाकी उसके लिए अब वो अल्लाह ताला का फैसला होता है, उसको कब उसको बात समझ में आएगी, वो अल्लाह की मर्ज़ी पर वो छोड़ दीजिए उसको।</w:t>
      </w:r>
    </w:p>
    <w:p>
      <w:r>
        <w:rPr>
          <w:b/>
        </w:rPr>
        <w:t xml:space="preserve">[59:27] </w:t>
      </w:r>
      <w:r>
        <w:t>ji, aur apa, ye bhi hota hai ke interaction mein aisa zaroor hota hai ke kuch opportunities aati hain, window of opportunity ke aap deal karte karte aap kabhi aise situation mein aa jaate hain ke saamne wala jo hai, wo naram pad jaata hai. to aisi situation ko aap capitalize kar sakte hain. aur Maulana hamesha kehte the ke agar aap kabhi kahin phans jaayen ya aapko aage ka raasta na samajh aaye, to aap dua mein chale jaayen. to</w:t>
      </w:r>
    </w:p>
    <w:p>
      <w:pPr>
        <w:jc w:val="right"/>
      </w:pPr>
      <w:r>
        <w:t>जी, और आपा, ये भी होता है कि interaction में ऐसा ज़रूर होता है कि कुछ opportunities आती हैं, window of opportunity कि आप deal करते-करते आप कभी ऐसे situation में आ जाते हैं कि सामने वाला जो है, वो नरम पड़ जाता है। तो ऐसी situation को आप capitalize कर सकते हैं। और मौलाना हमेशा कहते थे कि अगर आप कभी कहीं फँस जाएँ या आपको आगे का रास्ता न समझ आए, तो आप दुआ में चले जाएँ। तो</w:t>
      </w:r>
    </w:p>
    <w:p>
      <w:r>
        <w:rPr>
          <w:b/>
        </w:rPr>
        <w:t xml:space="preserve">[59:54] </w:t>
      </w:r>
      <w:r>
        <w:t>dua se zaroor darwazay band, darwazay khul jatay hain. So I think what you should really do is pray and wait for aright opportunity to convince the other person aur soften the other person towards theright path.</w:t>
      </w:r>
    </w:p>
    <w:p>
      <w:pPr>
        <w:jc w:val="right"/>
      </w:pPr>
      <w:r>
        <w:t>दुआ से ज़रूर दरवाज़े बंद, दरवाज़े खुल जाते हैं। So I think what you should really do is pray and wait for aright opportunity to convince the other person और soften the other person towards theright path.</w:t>
      </w:r>
    </w:p>
    <w:p>
      <w:r>
        <w:rPr>
          <w:b/>
        </w:rPr>
        <w:t xml:space="preserve">[1:00:10] </w:t>
      </w:r>
      <w:r>
        <w:t>apa, ek sawal main ye bhi poochna chahunga ke rabbani shakhsiyat kaise develop ho sakti hai, iske bare mein bhi bataein.</w:t>
      </w:r>
    </w:p>
    <w:p>
      <w:pPr>
        <w:jc w:val="right"/>
      </w:pPr>
      <w:r>
        <w:t>आपा, एक सवाल मैं ये भी पूछना चाहूँगा कि रब्बानी शख्सियत कैसे develop हो सकती है, इसके बारे में भी बताएँ।</w:t>
      </w:r>
    </w:p>
    <w:p>
      <w:r>
        <w:rPr>
          <w:b/>
        </w:rPr>
        <w:t xml:space="preserve">[1:00:20] </w:t>
      </w:r>
      <w:r>
        <w:t>dekhiye, jis tareeqay se dunya mein koi cheez paanay ke liye bohat mehnat karni parti hai, usi tareeqay se ye ek eternal life ke liye hum apni personality ko develop kar rahay hain. To aap samajh saktay hain, uske liye bhi baghair mehnat ke kaise milegi aapko?</w:t>
      </w:r>
    </w:p>
    <w:p>
      <w:pPr>
        <w:jc w:val="right"/>
      </w:pPr>
      <w:r>
        <w:t>देखिए, जिस तरीके से दुनिया में कोई चीज़ पाने के लिए बहुत मेहनत करनी पड़ती है, उसी तरीके से ये एक eternal life के लिए हम अपनी personality को develop कर रहे हैं। तो आप समझ सकते हैं, उसके लिए भी बगैर मेहनत के कैसे मिलेगी आपको?</w:t>
      </w:r>
    </w:p>
    <w:p>
      <w:r>
        <w:rPr>
          <w:b/>
        </w:rPr>
        <w:t xml:space="preserve">[1:00:36] </w:t>
      </w:r>
      <w:r>
        <w:t>sirf paanch-das minute namaz parhne se nahi mil jayega, balkay uske liye aapko mehnat karni padegi. Waise hi aapke andar soch, apne andar develop karni padegi. Aur Khuda ki charcha karein</w:t>
      </w:r>
    </w:p>
    <w:p>
      <w:pPr>
        <w:jc w:val="right"/>
      </w:pPr>
      <w:r>
        <w:t>सिर्फ पाँच-दस मिनट नमाज़ पढ़ने से नहीं मिल जाएगा, बल्कि उसके लिए आपको मेहनत करनी पड़ेगी। वैसे ही आपके अंदर सोच, अपने अंदर develop करनी पड़ेगी। और खुदा की चर्चा करें</w:t>
      </w:r>
    </w:p>
    <w:p>
      <w:r>
        <w:rPr>
          <w:b/>
        </w:rPr>
        <w:t xml:space="preserve">[1:00:49] </w:t>
      </w:r>
      <w:r>
        <w:t>. Maine kabhi nahi dekha ke jab chand log baithe hain, to Khuda ki baatein karein. Kabhi nahi dekha. Bas dunya ki baatein karte rehtay hain. To halankay Khuda ka charcha karna, khas tor par kuch log mil kar karein, to ye Khuda ko bohat zyada pasand hai. Hadees hai ke aisa kahin charcha hota hai, to farishtay bilkul hujoom kar ke atay hain. To</w:t>
      </w:r>
    </w:p>
    <w:p>
      <w:pPr>
        <w:jc w:val="right"/>
      </w:pPr>
      <w:r>
        <w:t>। मैंने कभी नहीं देखा कि जब चंद लोग बैठे हैं, तो खुदा की बातें करें। कभी नहीं देखा। बस दुनिया की बातें करते रहते हैं। तो हालाँकि खुदा का चर्चा करना, खासतौर पर कुछ लोग मिलकर करें, तो ये खुदा को बहुत ज्यादा पसंद है। हदीस है कि ऐसा कहीं चर्चा होता है, तो फरिश्ते बिल्कुल हुजूम करके आते हैं। तो</w:t>
      </w:r>
    </w:p>
    <w:p>
      <w:r>
        <w:rPr>
          <w:b/>
        </w:rPr>
        <w:t xml:space="preserve">[1:01:11] </w:t>
      </w:r>
      <w:r>
        <w:t>aap log jahan baithe hain, wahan Khuda ka charcha karein. Aur us se hamare andar dheere-dheere hamari personality mein changes atay hain. Hamari personality jo hai, rabbani personality dheere-dheere banti hai. Ek din mein wo nahi ban sakti ke koi pill hai, aapne pill kha liya, ban gayi. To wo poora jo khushbu, khushbu wali ibadat hoti hai, aansuon ke sath ibadat hoti hai,</w:t>
      </w:r>
    </w:p>
    <w:p>
      <w:pPr>
        <w:jc w:val="right"/>
      </w:pPr>
      <w:r>
        <w:t>आप लोग जहाँ बैठे हैं, वहाँ खुदा का चर्चा करें। और उससे हमारे अंदर धीरे-धीरे हमारी personality में changes आते हैं। हमारी personality जो है, रब्बानी personality धीरे-धीरे बनती है। एक दिन में वो नहीं बन सकती कि कोई pill है, आपने pill खा लिया, बन गई। तो वो पूरा जो खुशबू, खुशबू वाली इबादत होती है, आँसुओं के साथ इबादत होती है,</w:t>
      </w:r>
    </w:p>
    <w:p>
      <w:r>
        <w:rPr>
          <w:b/>
        </w:rPr>
        <w:t xml:space="preserve">[1:01:34] </w:t>
      </w:r>
      <w:r>
        <w:t>us se hamari personality mein change aata hai.</w:t>
      </w:r>
    </w:p>
    <w:p>
      <w:pPr>
        <w:jc w:val="right"/>
      </w:pPr>
      <w:r>
        <w:t>उससे हमारी personality में change आता है।</w:t>
      </w:r>
    </w:p>
    <w:p>
      <w:r>
        <w:rPr>
          <w:b/>
        </w:rPr>
        <w:t xml:space="preserve">[1:01:37] </w:t>
      </w:r>
      <w:r>
        <w:t>to jab change ayega, to hum har mamlay mein dekhenge, kya ye baat hum jo kaam kar rahay hain, Khuda ki pasand ke mutabiq kar rahay hain ya Khuda ko ye baat pasand nahi hai. To usi waqt hum us kaam ko chhod dein. Agar hum kaam ko chhod na paayein, ye jantay-boojhtay ke ye Khuda ki pasand ke mutabiq nahi hai, to samajh lein ke abhi hamare andar bohat zyada kaam karne ki hamein zarurat hai.</w:t>
      </w:r>
    </w:p>
    <w:p>
      <w:pPr>
        <w:jc w:val="right"/>
      </w:pPr>
      <w:r>
        <w:t>तो जब change आएगा, तो हम हर मामले में देखेंगे, क्या ये बात हम जो काम कर रहे हैं, खुदा की पसंद के मुताबिक कर रहे हैं या खुदा को ये बात पसंद नहीं है। तो उसी वक्त हम उस काम को छोड़ दें। अगर हम काम को छोड़ न पाएँ, ये जानते-बूझते कि ये खुदा की पसंद के मुताबिक नहीं है, तो समझ लें कि अभी हमारे अंदर बहुत ज्यादा काम करने की हमें ज़रूरत है।</w:t>
      </w:r>
    </w:p>
    <w:p>
      <w:r>
        <w:rPr>
          <w:b/>
        </w:rPr>
        <w:t xml:space="preserve">[1:02:01] </w:t>
      </w:r>
      <w:r>
        <w:t>kyun ke aaya hai تخلّقوا بأخلاق الله adopt divine ethics to ye jo divine ethics hai, ye ek din mein nahi ati, balkay musalsal aapko uske liye kaam karna hoga. Aur dunya ke jo interest hain, usko side mein rakhna pare</w:t>
      </w:r>
    </w:p>
    <w:p>
      <w:pPr>
        <w:jc w:val="right"/>
      </w:pPr>
      <w:r>
        <w:t>क्योंकि आया है تخلّقوا بأخلاق الله adopt divine ethics तो ये जो divine ethics है, ये एक दिन में नहीं आती, बल्कि मुसलसल आपको उसके लिए काम करना होगा। और दुनिया के जो interest हैं, उसको side में रखना पड़े</w:t>
      </w:r>
    </w:p>
    <w:p>
      <w:r>
        <w:rPr>
          <w:b/>
        </w:rPr>
        <w:t xml:space="preserve">[1:02:20] </w:t>
      </w:r>
      <w:r>
        <w:t>ga. Duniya mein hum zarurat ke mutabiq apne liye kaam karein, aur baqi sara time jo hai na, wo Khuda ke liye waqt kar dein. To tabhi hamare andar wo personality jo nahi ban rahi hai, wo isi liye nahi ban rahi hai. Kyun ke hum to musalsal dunya mein lagay hue hain. Hum akhirat ka zyada sochtay bhi nahi hain, siway namaz-roze ke. To hamein apni soch ko bedaar karna padega.</w:t>
      </w:r>
    </w:p>
    <w:p>
      <w:pPr>
        <w:jc w:val="right"/>
      </w:pPr>
      <w:r>
        <w:t>गा। दुनिया में हम ज़रूरत के मुताबिक अपने लिए काम करें, और बाकी सारा time जो है ना, वो खुदा के लिए वक़्त कर दें। तो तभी हमारे अंदर वो personality जो नहीं बन रही है, वो इसीलिए नहीं बन रही है। क्योंकि हम तो मुसलसल दुनिया में लगे हुए हैं। हम आख़िरत का ज्यादा सोचते भी नहीं हैं, सिवाय नमाज़-रोजे के। तो हमें अपनी सोच को बेदार करना पड़ेगा।</w:t>
      </w:r>
    </w:p>
    <w:p>
      <w:r>
        <w:rPr>
          <w:b/>
        </w:rPr>
        <w:t xml:space="preserve">[1:02:47] </w:t>
      </w:r>
      <w:r>
        <w:t>usi-usi matlab hamari poori zindagi jo hai, wo mold ho jaye Khuda-rukhi zindagi mein, jisko God-oriented life mein. To Maulana ne ek qissa batatay thay ke jab Sanjay Gandhi election jeetay thay, to us waqt ek kisi aadmi ne, jo bohat zyada parha-likha nahi tha, unki party mein bohat zyada usne kaam kiya tha.</w:t>
      </w:r>
    </w:p>
    <w:p>
      <w:pPr>
        <w:jc w:val="right"/>
      </w:pPr>
      <w:r>
        <w:t>उसी-उसी मतलब हमारी पूरी ज़िंदगी जो है, वो mold हो जाए खुदा-रुखी ज़िंदगी में, जिसको God-oriented life में। तो मौलाना ने एक किस्सा बताते थे कि जब संजय गांधी election जीते थे, तो उस वक्त एक किसी आदमी ने, जो बहुत ज्यादा पढ़ा-लिखा नहीं था, उनकी party में बहुत ज्यादा उसने काम किया था।</w:t>
      </w:r>
    </w:p>
    <w:p>
      <w:r>
        <w:rPr>
          <w:b/>
        </w:rPr>
        <w:t xml:space="preserve">[1:03:13] </w:t>
      </w:r>
      <w:r>
        <w:t>to jab wo election jeet liya unhone, to unhone usko Rajya Sabha ka member bana diya. Wo ek aam aadmi tha, to member bana diya.</w:t>
      </w:r>
    </w:p>
    <w:p>
      <w:pPr>
        <w:jc w:val="right"/>
      </w:pPr>
      <w:r>
        <w:t>तो जब वो election जीत लिया उन्होंने, तो उन्होंने उसको राज्यसभा का member बना दिया। वो एक आम आदमी था, तो member बना दिया।</w:t>
      </w:r>
    </w:p>
    <w:p>
      <w:r>
        <w:rPr>
          <w:b/>
        </w:rPr>
        <w:t xml:space="preserve">[1:03:23] </w:t>
      </w:r>
      <w:r>
        <w:t>ab wo usne kabhi socha bhi nahi tha ke main Rajya Sabha ka member banunga aur mujhe sari facilities milengi. To ek baar unse koi milne gaya, wo hamare ittefaq se rishtedar hi thay, milne gaya. To unhone kaha ke wo to aisa sarshar tha, har baat mein kehta, "ye Sanjay babu ki den hai, ye Sanjay babu ki den hai." To is par Maulana ne likha hai ke dekhiye,</w:t>
      </w:r>
    </w:p>
    <w:p>
      <w:pPr>
        <w:jc w:val="right"/>
      </w:pPr>
      <w:r>
        <w:t>अब वो उसने कभी सोचा भी नहीं था कि मैं राज्यसभा का member बनूँगा और मुझे सारी facilities मिलेंगी। तो एक बार उनसे कोई मिलने गया, वो हमारे इत्तेफाक से रिश्तेदार ही थे, मिलने गया। तो उन्होंने कहा कि वो तो ऐसा सरशार था, हर बात में कहता, "ये संजय बाबू की देन है, ये संजय बाबू की देन है।" तो इस पर मौलाना ने लिखा है कि देखिए,</w:t>
      </w:r>
    </w:p>
    <w:p>
      <w:r>
        <w:rPr>
          <w:b/>
        </w:rPr>
        <w:t xml:space="preserve">[1:03:47] </w:t>
      </w:r>
      <w:r>
        <w:t>usko to ek chand saal ke liye ek jagah di thi Sanjay babu ne, aur wo usmein itna sarshar tha. Aur hamein jo sari zindagi Allah taala hamein apne inamat se nawaz raha hai,</w:t>
      </w:r>
    </w:p>
    <w:p>
      <w:pPr>
        <w:jc w:val="right"/>
      </w:pPr>
      <w:r>
        <w:t>उसको तो एक चंद साल के लिए एक जगह दी थी संजय बाबू ने, और वो उसमें इतना सरशार था। और हमें जो सारी ज़िंदगी अल्लाह ताला हमें अपने इनामात से नवाज़ रहा है,</w:t>
      </w:r>
    </w:p>
    <w:p>
      <w:r>
        <w:rPr>
          <w:b/>
        </w:rPr>
        <w:t xml:space="preserve">[1:04:00] </w:t>
      </w:r>
      <w:r>
        <w:t>aur uske baad jannat bhi Allah taala ne banai hai,</w:t>
      </w:r>
    </w:p>
    <w:p>
      <w:pPr>
        <w:jc w:val="right"/>
      </w:pPr>
      <w:r>
        <w:t>और उसके बाद जन्नत भी अल्लाह ताला ने बनाई है,</w:t>
      </w:r>
    </w:p>
    <w:p>
      <w:r>
        <w:rPr>
          <w:b/>
        </w:rPr>
        <w:t xml:space="preserve">[1:04:05] </w:t>
      </w:r>
      <w:r>
        <w:t>phir hum ye sochein hi nahi ke ye hamare Khuda ki den hai, to hum kaise apni rabbani personality ko develop karenge. To ek baar taqreeban shayad nineteen eighty-two ki baat hai, jab Maulana ko electric burn ho gaya tha,</w:t>
      </w:r>
    </w:p>
    <w:p>
      <w:pPr>
        <w:jc w:val="right"/>
      </w:pPr>
      <w:r>
        <w:t>फिर हम ये सोचें ही नहीं कि ये हमारे खुदा की देन है, तो हम कैसे अपनी रब्बानी personality को develop करेंगे। तो एक बार तकरीबन शायद nineteen eighty-two की बात है, जब मौलाना को electric burn हो गया था,</w:t>
      </w:r>
    </w:p>
    <w:p>
      <w:r>
        <w:rPr>
          <w:b/>
        </w:rPr>
        <w:t xml:space="preserve">[1:04:23] </w:t>
      </w:r>
      <w:r>
        <w:t>to usmein wo wahan wo heal healing nahi ho rahi thi, zyada tendon jal gaya tha.</w:t>
      </w:r>
    </w:p>
    <w:p>
      <w:pPr>
        <w:jc w:val="right"/>
      </w:pPr>
      <w:r>
        <w:t>तो उसमें वो वहाँ वो heal healing नहीं हो रही थी, ज्यादा tendon जल गया था।</w:t>
      </w:r>
    </w:p>
    <w:p>
      <w:r>
        <w:rPr>
          <w:b/>
        </w:rPr>
        <w:t xml:space="preserve">[1:04:29] </w:t>
      </w:r>
      <w:r>
        <w:t>to wo Safdarjung hospital gaye, aur wahan par unhon ne doctoron ne bataya ke ye antibiotic-biotic se nahi hoga, balkay isko autografting karni padegi. To skin grafting karte hain, to skin jo hai, usi insaan ki yahan se kahin se bhi le kar ke phir wo yahan lagai jati hai, phir uske baad wo healing ho jati hai. To Maulana to har baat par parhtay thay, unhon ne koi kitab usi is par is topic par padhi</w:t>
      </w:r>
    </w:p>
    <w:p>
      <w:pPr>
        <w:jc w:val="right"/>
      </w:pPr>
      <w:r>
        <w:t>तो वो सफदरजंग hospital गए, और वहाँ पर उन्होंने डॉक्टरों ने बताया कि ये antibiotic-biotic से नहीं होगा, बल्कि इसको autografting करनी पड़ेगी। तो skin grafting करते हैं, तो skin जो है, उसी इंसान की यहाँ से कहीं से भी लेकर के फिर वो यहाँ लगाई जाती है, फिर उसके बाद वो healing हो जाती है। तो मौलाना तो हर बात पर पढ़ते थे, उन्होंने कोई किताब उसी इस पर इस topic पर पढ़ी</w:t>
      </w:r>
    </w:p>
    <w:p>
      <w:r>
        <w:rPr>
          <w:b/>
        </w:rPr>
        <w:t xml:space="preserve">[1:04:58] </w:t>
      </w:r>
      <w:r>
        <w:t>, to us kitab mein likha hua tha ke self will not accept not self yani agar aap kisi doosray ki skin laga dein, to wo chand hi dinon mein wo reject kar degi body.</w:t>
      </w:r>
    </w:p>
    <w:p>
      <w:pPr>
        <w:jc w:val="right"/>
      </w:pPr>
      <w:r>
        <w:t>, तो उस किताब में लिखा हुआ था कि self will not accept not self यानी अगर आप किसी दूसरे की skin लगा दें, तो वो चंद ही दिनों में वो reject कर देगी body।</w:t>
      </w:r>
    </w:p>
    <w:p>
      <w:r>
        <w:rPr>
          <w:b/>
        </w:rPr>
        <w:t xml:space="preserve">[1:05:11] </w:t>
      </w:r>
      <w:r>
        <w:t>to isi tarah se unhon ne kaha ke jis tarah se doosray ki skin hamari skin qabool nahi karti, hamari body qabool nahi karti, usi tarah se jo hai Khuda, jo ke greater self hai, aur hum hum smaller self hain, Khuda greater self hai, to wo hamein accept hi nahi karega. Wo hamein hum reject ho jayenge wahan par. Jannat hamein accept nahi karegi. To</w:t>
      </w:r>
    </w:p>
    <w:p>
      <w:pPr>
        <w:jc w:val="right"/>
      </w:pPr>
      <w:r>
        <w:t>तो इसी तरीके से उन्होंने कहा कि जिस तरीके से दूसरे की skin हमारी skin कबूल नहीं करती, हमारी body कबूल नहीं करती, उसी तरीके से जो है खुदा, जो कि greater self है, और हम हम smaller self हैं, खुदा greater self है, तो वो हमें accept ही नहीं करेगा। वो हमें हम reject हो जाएंगे वहाँ पर। जन्नत हमें accept नहीं करेगी। तो</w:t>
      </w:r>
    </w:p>
    <w:p>
      <w:r>
        <w:rPr>
          <w:b/>
        </w:rPr>
        <w:t xml:space="preserve">[1:05:37] </w:t>
      </w:r>
      <w:r>
        <w:t>humein divine ethics ko adopt karna padega, aur Khuda se taluq qaim karna padega, tabhi hum jannat mein</w:t>
      </w:r>
    </w:p>
    <w:p>
      <w:pPr>
        <w:jc w:val="right"/>
      </w:pPr>
      <w:r>
        <w:t>हमें divine ethics को adopt करना पड़ेगा, और खुदा से ताल्लुक कायम करना पड़ेगा, तभी हम जन्नत में</w:t>
      </w:r>
    </w:p>
    <w:p>
      <w:r>
        <w:rPr>
          <w:b/>
        </w:rPr>
        <w:t xml:space="preserve">[1:05:45] </w:t>
      </w:r>
      <w:r>
        <w:t>entry pa sakte hain.</w:t>
      </w:r>
    </w:p>
    <w:p>
      <w:pPr>
        <w:jc w:val="right"/>
      </w:pPr>
      <w:r>
        <w:t>entry पा सकते हैं।</w:t>
      </w:r>
    </w:p>
    <w:p>
      <w:r>
        <w:rPr>
          <w:b/>
        </w:rPr>
        <w:t xml:space="preserve">[1:05:48] </w:t>
      </w:r>
      <w:r>
        <w:t>ji, apa, aap program ke aakhiri sawal ki taraf rukh karte hain, lekin usse pehle ek comment padhna</w:t>
      </w:r>
    </w:p>
    <w:p>
      <w:pPr>
        <w:jc w:val="right"/>
      </w:pPr>
      <w:r>
        <w:t>जी, आपा, आप program के आख़िरी सवाल की तरफ रुख करते हैं, लेकिन उससे पहले एक comment पढ़ना</w:t>
      </w:r>
    </w:p>
    <w:p>
      <w:r>
        <w:rPr>
          <w:b/>
        </w:rPr>
        <w:t xml:space="preserve">[1:05:55] </w:t>
      </w:r>
      <w:r>
        <w:t>chahunga. ye Maulana Abdul Basit Umri ne likha hai, Gulbarga se unhone likha hai, "apa, aaj aap dubara</w:t>
      </w:r>
    </w:p>
    <w:p>
      <w:pPr>
        <w:jc w:val="right"/>
      </w:pPr>
      <w:r>
        <w:t>चाहूँगा। ये मौलाना अब्दुल बासित उमरी ने लिखा है, गुलबर्गा से उन्होंने लिखा है, "आपा, आज आप दुबारा</w:t>
      </w:r>
    </w:p>
    <w:p>
      <w:r>
        <w:rPr>
          <w:b/>
        </w:rPr>
        <w:t xml:space="preserve">[1:06:03] </w:t>
      </w:r>
      <w:r>
        <w:t>humein God-oriented thinking ki taraf le gayin.</w:t>
      </w:r>
    </w:p>
    <w:p>
      <w:pPr>
        <w:jc w:val="right"/>
      </w:pPr>
      <w:r>
        <w:t>हमें God-oriented thinking की तरफ ले गईं।</w:t>
      </w:r>
    </w:p>
    <w:p>
      <w:r>
        <w:rPr>
          <w:b/>
        </w:rPr>
        <w:t xml:space="preserve">[1:06:07] </w:t>
      </w:r>
      <w:r>
        <w:t>Shaitan bar bar Khuda se hamara focus hatata hai taake hamari islami zindagi spiritless ho jaye. Hamein Shaitan se bachane ke liye dobara shukriya." Apa, aakhri sawal poochne se pehle ye ek sawal main aapse poochna chahunga. Ye Syed Haseeb Shah Naqvi ne Pakistan se poocha hai. Inhon ne likha hai ke I am teaching the children the Quran.</w:t>
      </w:r>
    </w:p>
    <w:p>
      <w:pPr>
        <w:jc w:val="right"/>
      </w:pPr>
      <w:r>
        <w:t>शैतान बार-बार खुदा से हमारा focus हटाता है ताकि हमारी इस्लामी ज़िंदगी spiritless हो जाए। हमें शैतान से बचाने के लिए दुबारा शुक्रिया।" आपा, आख़िरी सवाल पूछने से पहले ये एक सवाल मैं आपसे पूछना चाहूँगा। ये सैयद हसीब शाह नकवी ने पाकिस्तान से पूछा है। इन्होंने लिखा है कि I am teaching the children the Quran.</w:t>
      </w:r>
    </w:p>
    <w:p>
      <w:r>
        <w:rPr>
          <w:b/>
        </w:rPr>
        <w:t xml:space="preserve">[1:06:33] </w:t>
      </w:r>
      <w:r>
        <w:t>So which book of Maulana Wahiduddin Khan sahib should I</w:t>
      </w:r>
    </w:p>
    <w:p>
      <w:pPr>
        <w:jc w:val="right"/>
      </w:pPr>
      <w:r>
        <w:t>So which book of मौलाना वैदुद्दीन खान साहब should I</w:t>
      </w:r>
    </w:p>
    <w:p>
      <w:r>
        <w:rPr>
          <w:b/>
        </w:rPr>
        <w:t xml:space="preserve">[1:06:36] </w:t>
      </w:r>
      <w:r>
        <w:t>start with? Iske bare mein bataein.</w:t>
      </w:r>
    </w:p>
    <w:p>
      <w:pPr>
        <w:jc w:val="right"/>
      </w:pPr>
      <w:r>
        <w:t>start with? इसके बारे में बताएँ।</w:t>
      </w:r>
    </w:p>
    <w:p>
      <w:r>
        <w:rPr>
          <w:b/>
        </w:rPr>
        <w:t xml:space="preserve">[1:06:40] </w:t>
      </w:r>
      <w:r>
        <w:t>mere khayal se Quranic Wisdom, apa, achi kitab hai, jo aap CPS se download kar sakte hain, aur Goodwill Book se bhi aap le sakte hain. Ek Doctor Sane Stain Khan sahib ne bhi Goodnight Stories from Quran likhi hai, jo bohat popular hai, khas kar bachon mein,</w:t>
      </w:r>
    </w:p>
    <w:p>
      <w:pPr>
        <w:jc w:val="right"/>
      </w:pPr>
      <w:r>
        <w:t>मेरे ख्याल से Quranic Wisdom, आपा, अच्छी किताब है, जो आप सीपीएस से डाउनलोड कर सकते हैं, और Goodwill Book से भी आप ले सकते हैं। एक डॉक्टर साने स्टेन खान साहब ने भी Goodnight Stories from Quran लिखी है, जो बहुत popular है, खासकर बच्चों में,</w:t>
      </w:r>
    </w:p>
    <w:p>
      <w:r>
        <w:rPr>
          <w:b/>
        </w:rPr>
        <w:t xml:space="preserve">[1:06:57] </w:t>
      </w:r>
      <w:r>
        <w:t>aur wo bohat widely parhi jati hai dunya bhar mein. aap usko bhi Goodwill Book se le sakte hain.</w:t>
      </w:r>
    </w:p>
    <w:p>
      <w:pPr>
        <w:jc w:val="right"/>
      </w:pPr>
      <w:r>
        <w:t>और वो बहुत widely पढ़ी जाती है दुनिया भर में। आप उसको भी Goodwill Book से ले सकते हैं।</w:t>
      </w:r>
    </w:p>
    <w:p>
      <w:r>
        <w:rPr>
          <w:b/>
        </w:rPr>
        <w:t xml:space="preserve">[1:07:03] </w:t>
      </w:r>
      <w:r>
        <w:t>to you can log on to either CPS Global website aur Goodwill Books website to get these books. apa, jaise ki hum jante hain ki it's a month of festival Diwali is being celebrated. to festivals mein aksar aisa hota hai ki bohat zyada greetings exchange hoti hain, ek mahaul hi bilkul alag ho jata hai. to mera ye aakhri sawal aapse yahi hai ki how does festival help in bringing about communal harmony?</w:t>
      </w:r>
    </w:p>
    <w:p>
      <w:pPr>
        <w:jc w:val="right"/>
      </w:pPr>
      <w:r>
        <w:t>तो you can log on to either सीपीएस ग्लोबल वेबसाइट और Goodwill Books वेबसाइट to get these books. आपा, जैसे कि हम जानते हैं कि it's a month of festival दिवाली is being celebrated। तो festivals में अक्सर ऐसा होता है कि बहुत ज्यादा greetings exchange होती हैं, एक माहौल ही बिल्कुल अलग हो जाता है। तो मेरा ये आख़िरी सवाल आपसे यही है कि how does festival help in bringing about communal harmony?</w:t>
      </w:r>
    </w:p>
    <w:p>
      <w:r>
        <w:rPr>
          <w:b/>
        </w:rPr>
        <w:t xml:space="preserve">[1:07:31] </w:t>
      </w:r>
      <w:r>
        <w:t>iske bare mein bataein.</w:t>
      </w:r>
    </w:p>
    <w:p>
      <w:pPr>
        <w:jc w:val="right"/>
      </w:pPr>
      <w:r>
        <w:t>इसके बारे में बताएँ।</w:t>
      </w:r>
    </w:p>
    <w:p>
      <w:r>
        <w:rPr>
          <w:b/>
        </w:rPr>
        <w:t xml:space="preserve">[1:07:33] </w:t>
      </w:r>
      <w:r>
        <w:t>haan, khas taur par hamare mulk mein, jahan ke bohat sare firqe, bohat sare religion ke log rehte hain, to wahan festival ki bohat bada role hai sabko unite karne mein. kyunki festival hi ek aisa mauka hai. aaj ki dunya mein dekhiye, aaj ki dunya ab pehle zamane ki dunya se bohat farq hai. pehle logon ke paas bohat time tha. ab hum log pehle gaon mein rehte the, to rozana raat ko kai-kai ladies jo hain, wo aati</w:t>
      </w:r>
    </w:p>
    <w:p>
      <w:pPr>
        <w:jc w:val="right"/>
      </w:pPr>
      <w:r>
        <w:t>हाँ, खासतौर पर हमारे मुल्क में, जहाँ के बहुत सारे फिरके, बहुत सारे religion के लोग रहते हैं, तो वहाँ festival की बहुत बड़ा role है सबको unite करने में। क्योंकि festival ही एक ऐसा मौका है। आज की दुनिया में देखिए, आज की दुनिया अब पहले ज़माने की दुनिया से बहुत फर्क है। पहले लोगों के पास बहुत time था। अब हम लोग पहले गाँव में रहते थे, तो रोज़ाना रात को कई-कई ladies जो हैं, वो आती</w:t>
      </w:r>
    </w:p>
    <w:p>
      <w:r>
        <w:rPr>
          <w:b/>
        </w:rPr>
        <w:t xml:space="preserve">[1:08:02] </w:t>
      </w:r>
      <w:r>
        <w:t>thin ghoomne ke liye. yun hi ghoomne aati thin. gaon ki ladies, gaon ki baatein karti thin. aaj kisi ke paas time nahi hai, sab log busy hain. to aaj jo hai na, festivals ki bohat zyada value hai ki festival ko chuttiyan hoti hain, holidays hote hain, sabke paas time hota hai, aur festivities hoti hain. to sab logon ko mil-jul kar festival milana,</w:t>
      </w:r>
    </w:p>
    <w:p>
      <w:pPr>
        <w:jc w:val="right"/>
      </w:pPr>
      <w:r>
        <w:t>थीं घूमने के लिए। यूँ ही घूमने आती थीं। गाँव की ladies, गाँव की बातें करती थीं। आज किसी के पास time नहीं है, सब लोग busy हैं। तो आज जो है ना, festivals की बहुत ज्यादा value है कि festival को छुट्टियाँ होती हैं, holidays होते हैं, सबके पास time होता है, और festivities होती हैं। तो सब लोगों को मिल-जुलकर festival मिलाना,</w:t>
      </w:r>
    </w:p>
    <w:p>
      <w:r>
        <w:rPr>
          <w:b/>
        </w:rPr>
        <w:t xml:space="preserve">[1:08:25] </w:t>
      </w:r>
      <w:r>
        <w:t>manana chahiye.</w:t>
      </w:r>
    </w:p>
    <w:p>
      <w:pPr>
        <w:jc w:val="right"/>
      </w:pPr>
      <w:r>
        <w:t>मनाना चाहिए।</w:t>
      </w:r>
    </w:p>
    <w:p>
      <w:r>
        <w:rPr>
          <w:b/>
        </w:rPr>
        <w:t xml:space="preserve">[1:08:27] </w:t>
      </w:r>
      <w:r>
        <w:t>to iski wajah se hamare andar jo hai, hamare mulk mein, hamari society mein communal harmony aayegi, aur ek-doosre se achhe ta'alluqat banenge, jo ki bohat zyada zaroori hain mulk ki tarakki ke liye.</w:t>
      </w:r>
    </w:p>
    <w:p>
      <w:pPr>
        <w:jc w:val="right"/>
      </w:pPr>
      <w:r>
        <w:t>तो इसकी वजह से हमारे अंदर जो है, हमारे मुल्क में, हमारी society में communal harmony आएगी, और एक-दूसरे से अच्छे ताल्लुकात बनेंगे, जो कि बहुत ज्यादा ज़रूरी हैं मुल्क की तरक्की के लिए।</w:t>
      </w:r>
    </w:p>
    <w:p>
      <w:r>
        <w:rPr>
          <w:b/>
        </w:rPr>
        <w:t xml:space="preserve">[1:08:41] </w:t>
      </w:r>
      <w:r>
        <w:t>to isko Maulana ne bohat likha, is par bohat sari unki articles hain ki sab log mil-jul kar manayein har tyohar ko, aur isse bohat achhe ta'alluqat qaim honge, jo ki progress ke liye bohat zaroori hain. aman qaim hoga, usse progress aayegi, sab log mil-jul kar kaam karenge. ji,</w:t>
      </w:r>
    </w:p>
    <w:p>
      <w:pPr>
        <w:jc w:val="right"/>
      </w:pPr>
      <w:r>
        <w:t>तो इसको मौलाना ने बहुत लिखा, इस पर बहुत सारी उनकी articles हैं कि सब लोग मिल-जुलकर मनाएँ हर त्योहार को, और इससे बहुत अच्छे ताल्लुकात कायम होंगे, जो कि progress के लिए बहुत ज़रूरी हैं। अमन कायम होगा, उससे progress आएगी, सब लोग मिल-जुलकर काम करेंगे। जी,</w:t>
      </w:r>
    </w:p>
    <w:p>
      <w:r>
        <w:rPr>
          <w:b/>
        </w:rPr>
        <w:t xml:space="preserve">[1:09:03] </w:t>
      </w:r>
      <w:r>
        <w:t>jaisa ki Allah apa, aaj aapne bohat hi important subject bohat achhe se wazeh kiya, aur bohat logon ne pasand bhi kiya. in</w:t>
      </w:r>
    </w:p>
    <w:p>
      <w:pPr>
        <w:jc w:val="right"/>
      </w:pPr>
      <w:r>
        <w:t>जैसा कि अल्लाह आपा, आज आपने बहुत ही important subject बहुत अच्छे से वाज़े किया, और बहुत लोगों ने पसंद भी किया। In</w:t>
      </w:r>
    </w:p>
    <w:p>
      <w:r>
        <w:rPr>
          <w:b/>
        </w:rPr>
        <w:t xml:space="preserve">[1:09:11] </w:t>
      </w:r>
      <w:r>
        <w:t>fact, bohat sare aur bhi comments aur questions main nahi le pa raha hoon kyunki waqt bohat zyada ho gaya hai. maybe we will take those questions in subsequent sessions.</w:t>
      </w:r>
    </w:p>
    <w:p>
      <w:pPr>
        <w:jc w:val="right"/>
      </w:pPr>
      <w:r>
        <w:t>fact, बहुत सारे और भी comments और questions मैं नहीं ले पा रहा हूँ क्योंकि वक्त बहुत ज्यादा हो गया है। Maybe we will take those questions in subsequent sessions.</w:t>
      </w:r>
    </w:p>
    <w:p>
      <w:r>
        <w:rPr>
          <w:b/>
        </w:rPr>
        <w:t xml:space="preserve">[1:09:22] </w:t>
      </w:r>
      <w:r>
        <w:t>so thank you, apa. so before we end today's session, a very important announcement: we are very happy to launch three new books of Maulana Wahiduddin Khan sahib</w:t>
      </w:r>
    </w:p>
    <w:p>
      <w:pPr>
        <w:jc w:val="right"/>
      </w:pPr>
      <w:r>
        <w:t>So thank you, आपा। So before we end today's session, a very important announcement: we are very happy to launch three new books of मौलाना वैदुद्दीन खान साहब</w:t>
      </w:r>
    </w:p>
    <w:p>
      <w:r>
        <w:rPr>
          <w:b/>
        </w:rPr>
        <w:t xml:space="preserve">[1:09:33] </w:t>
      </w:r>
      <w:r>
        <w:t>। ismein se do kitabein to Tamil zaban mein translate hui hain, jinke titles hain Calling People to God aur Aakhirat ka Safar. in dono kitabon ko Tamil zaban mein Faiz Qadri sahib ne translate kiya hai.</w:t>
      </w:r>
    </w:p>
    <w:p>
      <w:pPr>
        <w:jc w:val="right"/>
      </w:pPr>
      <w:r>
        <w:t>। इसमें से दो किताबें तो तमिल ज़बान में translate हुई हैं, जिनके titles हैं Calling People to God and आख़िरत का सफर। इन दोनों किताबों को तमिल ज़बान में फ़ैज़ क़ादरी साहब ने translate किया है।</w:t>
      </w:r>
    </w:p>
    <w:p>
      <w:r>
        <w:rPr>
          <w:b/>
        </w:rPr>
        <w:t xml:space="preserve">[1:09:51] </w:t>
      </w:r>
      <w:r>
        <w:t>aap sab logon ko yaad hoga ki pichhle session mein Maulana Iqbal, Maulana Syed Iqbal Umri aur Maulana Khatib Israr Umri aaye the, aur humne unke sath ek conversation kiya tha. to unhone bataya tha ki kis tarah Tamil mein kaam bohat tezi se kiya ja raha hai. to ye aaj do aur nayi kitabein mukammal ho gayi hain. isko humne CPS website pe bhi upload kar diya hai. aap wahan se bhi usko download kar sakte hain aur share kar sakte hain Tamil Speaking Circle mein.</w:t>
      </w:r>
    </w:p>
    <w:p>
      <w:pPr>
        <w:jc w:val="right"/>
      </w:pPr>
      <w:r>
        <w:t>आप सब लोगों को याद होगा कि पिछले session में मौलाना इक़बाल, मौलाना सैयद इक़बाल उमरी और मौलाना ख़तीब इसरार उमरी आए थे, और हमने उनके साथ एक conversation किया था। तो उन्होंने बताया था कि किस तरह तमिल में काम बहुत तेज़ी से किया जा रहा है। तो ये आज दो और नई किताबें मुकम्मल हो गई हैं। इसको हमने सीपीएस website पे भी upload कर दिया है। आप वहाँ से भी उसको download कर सकते हैं और share कर सकते हैं Tamil Speaking Circle में।</w:t>
      </w:r>
    </w:p>
    <w:p>
      <w:r>
        <w:rPr>
          <w:b/>
        </w:rPr>
        <w:t xml:space="preserve">[1:10:20] </w:t>
      </w:r>
      <w:r>
        <w:t>to sabse pehle main request karunga Doctor Sane Stein Khan sahib ko ki ye do kitabein wo launch karein.</w:t>
      </w:r>
    </w:p>
    <w:p>
      <w:pPr>
        <w:jc w:val="right"/>
      </w:pPr>
      <w:r>
        <w:t>तो सबसे पहले मैं request करूँगा डॉक्टर साने स्टेन खान साहब को कि ये दो किताबें वो launch करें।</w:t>
      </w:r>
    </w:p>
    <w:p>
      <w:r>
        <w:rPr>
          <w:b/>
        </w:rPr>
        <w:t xml:space="preserve">[1:10:31] </w:t>
      </w:r>
      <w:r>
        <w:t>bismillah-rahman-ur-rahim. mujhe behad khushi ho rahi hai ki ye do books, balki booklets, jo ki Tamil mein translate</w:t>
      </w:r>
    </w:p>
    <w:p>
      <w:pPr>
        <w:jc w:val="right"/>
      </w:pPr>
      <w:r>
        <w:t>بسم اللہ الرحمن الرحیم۔ مجھے بے حد خوشی ہو رہی ہے کہ یہ دو books، بلکہ booklets، جو کہ تمل میں translate</w:t>
      </w:r>
    </w:p>
    <w:p>
      <w:r>
        <w:rPr>
          <w:b/>
        </w:rPr>
        <w:t xml:space="preserve">[1:10:43] </w:t>
      </w:r>
      <w:r>
        <w:t>hui hain, Faiz Qadri sahib ne translation kiya hai Chennai se, aur iska title hai Calling People to God aur Aakhirat ka Safar.</w:t>
      </w:r>
    </w:p>
    <w:p>
      <w:pPr>
        <w:jc w:val="right"/>
      </w:pPr>
      <w:r>
        <w:t>ہوئی ہیں، फ़ैज़ क़ादरी صاحب نے translation کیا ہے چنئی سے، اور اس کا title ہے Calling People to God اور آخرت کا سفر۔</w:t>
      </w:r>
    </w:p>
    <w:p>
      <w:r>
        <w:rPr>
          <w:b/>
        </w:rPr>
        <w:t xml:space="preserve">[1:10:54] </w:t>
      </w:r>
      <w:r>
        <w:t>to ye bohat zaroori hai ki Maulana ka literature South India ki zabanon mein translate ho taake log is se faida utha saken।</w:t>
      </w:r>
    </w:p>
    <w:p>
      <w:pPr>
        <w:jc w:val="right"/>
      </w:pPr>
      <w:r>
        <w:t>تو یہ بہت ضروری ہے کہ مولانا کا literature ساؤتھ انڈیا کی زبانوں میں translate ہو تاکہ لوگ اس سے فائدہ اٹھا سکیں۔</w:t>
      </w:r>
    </w:p>
    <w:p>
      <w:r>
        <w:rPr>
          <w:b/>
        </w:rPr>
        <w:t xml:space="preserve">[1:11:06] </w:t>
      </w:r>
      <w:r>
        <w:t>aaj jaise topic Professor Farida Khanam ne Love of God pe liya</w:t>
      </w:r>
    </w:p>
    <w:p>
      <w:pPr>
        <w:jc w:val="right"/>
      </w:pPr>
      <w:r>
        <w:t>آج جیسے topic پروفیسر فریدہ خانم نے Love of God پہ لیا</w:t>
      </w:r>
    </w:p>
    <w:p>
      <w:r>
        <w:rPr>
          <w:b/>
        </w:rPr>
        <w:t xml:space="preserve">[1:11:11] </w:t>
      </w:r>
      <w:r>
        <w:t>tha, to alhamdulillah aaj hi hum ek Maulana sahib ki nayi kitab Love of God ko launch karne ja rahe hain. ye unki Urdu kitab, Kitab-e-Marifat ke kuch chapters mein se English mein translate ki gayi hai.</w:t>
      </w:r>
    </w:p>
    <w:p>
      <w:pPr>
        <w:jc w:val="right"/>
      </w:pPr>
      <w:r>
        <w:t>تھا، تو الحمدللہ آج ہی ہم ایک مولانا صاحب کی نئی کتاب Love of God کو launch کرنے جا رہے ہیں۔ یہ ان کی اردو کتاب، کتاب معرفت کے کچھ chapters میں سے انگلش میں translate کی گئی ہے۔</w:t>
      </w:r>
    </w:p>
    <w:p>
      <w:r>
        <w:rPr>
          <w:b/>
        </w:rPr>
        <w:t xml:space="preserve">[1:11:24] </w:t>
      </w:r>
      <w:r>
        <w:t>translation Professor Farida Khanam ne hi kiya hai, aur ab ye book available hai for distribution and for your personal reading.</w:t>
      </w:r>
    </w:p>
    <w:p>
      <w:pPr>
        <w:jc w:val="right"/>
      </w:pPr>
      <w:r>
        <w:t>Translation پروفیسر فریدہ خانم نے ہی کیا ہے، اور اب یہ book available ہے for distribution and for your personal reading.</w:t>
      </w:r>
    </w:p>
    <w:p>
      <w:r>
        <w:rPr>
          <w:b/>
        </w:rPr>
        <w:t xml:space="preserve">[1:11:34] </w:t>
      </w:r>
      <w:r>
        <w:t>yakeenan is kitab ko padhne se marifat zaroor hasil hogi. to main</w:t>
      </w:r>
    </w:p>
    <w:p>
      <w:pPr>
        <w:jc w:val="right"/>
      </w:pPr>
      <w:r>
        <w:t>یقینا اس کتاب کو پڑھنے سے معرفت ضرور حاصل ہوگی۔ تو میں</w:t>
      </w:r>
    </w:p>
    <w:p>
      <w:r>
        <w:rPr>
          <w:b/>
        </w:rPr>
        <w:t xml:space="preserve">[1:11:40] </w:t>
      </w:r>
      <w:r>
        <w:t>Doctor Sane Stein Khan sahib se request karunga ki wo is kitab ko bhi launch karein.</w:t>
      </w:r>
    </w:p>
    <w:p>
      <w:pPr>
        <w:jc w:val="right"/>
      </w:pPr>
      <w:r>
        <w:t>ڈاکٹر سانے سٹین خان صاحب سے request کروں گا کہ وہ اس کتاب کو بھی launch کریں۔</w:t>
      </w:r>
    </w:p>
    <w:p>
      <w:r>
        <w:rPr>
          <w:b/>
        </w:rPr>
        <w:t xml:space="preserve">[1:11:49] </w:t>
      </w:r>
      <w:r>
        <w:t>mujhe behad khushi ho rahi hai is kitab ko launch karte hue, karte hue Love of God: Develop Strong Attachment to God.</w:t>
      </w:r>
    </w:p>
    <w:p>
      <w:pPr>
        <w:jc w:val="right"/>
      </w:pPr>
      <w:r>
        <w:t>مجھے بے حد خوشی ہو رہی ہے اس کتاب کو launch کرتے ہوئے، کرتے ہوئے Love of God: Develop Strong Attachment to God.</w:t>
      </w:r>
    </w:p>
    <w:p>
      <w:r>
        <w:rPr>
          <w:b/>
        </w:rPr>
        <w:t xml:space="preserve">[1:11:59] </w:t>
      </w:r>
      <w:r>
        <w:t>Maulana ka ye sabse mehboob topic hai, aur jaisa abhi Doctor Rajat Nawlotra ne bataya ki ye translation hai Kitab-e-Marifat ke kuch hisson ka.</w:t>
      </w:r>
    </w:p>
    <w:p>
      <w:pPr>
        <w:jc w:val="right"/>
      </w:pPr>
      <w:r>
        <w:t>مولانا کا یہ سب سے محبوب topic ہے، اور جیسا ابھی ڈاکٹر رجت نولوترا نے بتایا کہ یہ translation ہے کتاب معرفت کے کچھ حصوں کا۔</w:t>
      </w:r>
    </w:p>
    <w:p>
      <w:r>
        <w:rPr>
          <w:b/>
        </w:rPr>
        <w:t xml:space="preserve">[1:12:10] </w:t>
      </w:r>
      <w:r>
        <w:t>aur bohat hi umda kitab hai ye, aur isko padh ke zaroor jo iska subject hai Love of God, inshallah logon ko bohat faida hoga.</w:t>
      </w:r>
    </w:p>
    <w:p>
      <w:pPr>
        <w:jc w:val="right"/>
      </w:pPr>
      <w:r>
        <w:t>اور بہت ہی عمدہ کتاب ہے یہ، اور اس کو پڑھ کے ضرور جو اس کا subject ہے Love of God، انشاءاللہ لوگوں کو بہت فائدہ ہوگا۔</w:t>
      </w:r>
    </w:p>
    <w:p>
      <w:r>
        <w:rPr>
          <w:b/>
        </w:rPr>
        <w:t xml:space="preserve">[1:12:20] </w:t>
      </w:r>
      <w:r>
        <w:t>mujhe ek hadith yaad aa rahi hai is waqt ke hadith mein aata hai ke Prophet Muhammad sallallahu alaihi wasallam ne farmaya ke Day of Judgment mein, qayamat mein, kuch aise log honge jin ko dekh kar peghambar bhi rashk karenge.</w:t>
      </w:r>
    </w:p>
    <w:p>
      <w:pPr>
        <w:jc w:val="right"/>
      </w:pPr>
      <w:r>
        <w:t>مجھے ایک حدیث یاد آ رہی ہے اس وقت کہ حدیث میں آتا ہے کہ Prophet محمد صلی اللہ علیہ وسلم نے فرمایا کہ Day of Judgment میں، قیامت میں، کچھ ایسے لوگ ہوں گے جن کو دیکھ کر پیغمبر بھی رشک کریں گے۔</w:t>
      </w:r>
    </w:p>
    <w:p>
      <w:r>
        <w:rPr>
          <w:b/>
        </w:rPr>
        <w:t xml:space="preserve">[1:12:42] </w:t>
      </w:r>
      <w:r>
        <w:t>kyunke un ke bohat bare darje honge.</w:t>
      </w:r>
    </w:p>
    <w:p>
      <w:pPr>
        <w:jc w:val="right"/>
      </w:pPr>
      <w:r>
        <w:t>کیونکہ ان کے بہت بڑے درجے ہوں گے۔</w:t>
      </w:r>
    </w:p>
    <w:p>
      <w:r>
        <w:rPr>
          <w:b/>
        </w:rPr>
        <w:t xml:space="preserve">[1:12:46] </w:t>
      </w:r>
      <w:r>
        <w:t>hadith mein aata hai ke woh pulpat pe baithe honge, noor is mein se nikal raha hoga. Yaani Allah taala ke noor ki kuch aisi jaghein hongi, platform ya koi stage ke jo Khuda ke noor se chamak rahe honge.</w:t>
      </w:r>
    </w:p>
    <w:p>
      <w:pPr>
        <w:jc w:val="right"/>
      </w:pPr>
      <w:r>
        <w:t>حدیث میں آتا ہے کہ وہ پلپٹ پہ بیٹھے ہوں گے، نور اس میں سے نکل رہا ہوگا۔ یعنی اللہ تعالیٰ کے نور کی کچھ ایسی جگہیں ہوں گی، پلیٹ فارم یا کوئی stage کہ جو خدا کے نور سے چمک رہے ہوں گے۔</w:t>
      </w:r>
    </w:p>
    <w:p>
      <w:r>
        <w:rPr>
          <w:b/>
        </w:rPr>
        <w:t xml:space="preserve">[1:13:05] </w:t>
      </w:r>
      <w:r>
        <w:t>wahan woh baithe hue honge. To sahaba ne poocha Prophet se ke yeh kaun log honge?</w:t>
      </w:r>
    </w:p>
    <w:p>
      <w:pPr>
        <w:jc w:val="right"/>
      </w:pPr>
      <w:r>
        <w:t>وہاں وہ بیٹھے ہوئے ہوں گے۔ تو صحابہ نے پوچھا Prophet سے کہ یہ کون لوگ ہوں گے؟</w:t>
      </w:r>
    </w:p>
    <w:p>
      <w:r>
        <w:rPr>
          <w:b/>
        </w:rPr>
        <w:t xml:space="preserve">[1:13:15] </w:t>
      </w:r>
      <w:r>
        <w:t>to Prophet ne teen baatein bataein ke woh aise log honge jinhone insano ke dil mein Khuda ki mohabbat paida ki, aur</w:t>
      </w:r>
    </w:p>
    <w:p>
      <w:pPr>
        <w:jc w:val="right"/>
      </w:pPr>
      <w:r>
        <w:t>تو Prophet نے تین باتیں بتائیں کہ وہ ایسے لوگ ہوں گے جنہوں نے انسانوں کے دل میں خدا کی محبت پیدا کی، اور</w:t>
      </w:r>
    </w:p>
    <w:p>
      <w:r>
        <w:rPr>
          <w:b/>
        </w:rPr>
        <w:t xml:space="preserve">[1:13:28] </w:t>
      </w:r>
      <w:r>
        <w:t>unhone un logon ke andar mohabbat paida ki aur aisa banaya ke Khuda un se mohabbat kare.</w:t>
      </w:r>
    </w:p>
    <w:p>
      <w:pPr>
        <w:jc w:val="right"/>
      </w:pPr>
      <w:r>
        <w:t>انہوں نے ان لوگوں کے اندر محبت پیدا کی اور ایسا بنایا کہ خدا ان سے محبت کرے۔</w:t>
      </w:r>
    </w:p>
    <w:p>
      <w:r>
        <w:rPr>
          <w:b/>
        </w:rPr>
        <w:t xml:space="preserve">[1:13:39] </w:t>
      </w:r>
      <w:r>
        <w:t>aur teesri baat yeh batai ke woh log aise is duniya mein rahe ke insano ke liye well-wisher ban kar rahe.</w:t>
      </w:r>
    </w:p>
    <w:p>
      <w:pPr>
        <w:jc w:val="right"/>
      </w:pPr>
      <w:r>
        <w:t>اور تیسری بات یہ بتائی کہ وہ لوگ ایسے اس دنیا میں رہے کہ انسانوں کے لیے well-wisher بن کر رہے۔</w:t>
      </w:r>
    </w:p>
    <w:p>
      <w:r>
        <w:rPr>
          <w:b/>
        </w:rPr>
        <w:t xml:space="preserve">[1:13:49] </w:t>
      </w:r>
      <w:r>
        <w:t>to yeh teen baatein agar hum ghor karein to Maulana ne bhi hum sab ke andar yahi teen cheezein paida ki theen. Yaqeen. Bohat hi zabardast hadith hai.</w:t>
      </w:r>
    </w:p>
    <w:p>
      <w:pPr>
        <w:jc w:val="right"/>
      </w:pPr>
      <w:r>
        <w:t>تو یہ تین باتیں اگر ہم غور کریں تو مولانا نے بھی ہم سب کے اندر یہی تین چیزیں پیدا کی تھیں۔ یقینا۔ بہت ہی زبردست حدیث ہے۔</w:t>
      </w:r>
    </w:p>
    <w:p>
      <w:r>
        <w:rPr>
          <w:b/>
        </w:rPr>
        <w:t xml:space="preserve">[1:13:59] </w:t>
      </w:r>
      <w:r>
        <w:t>aur ek aur hadith yaad aa rahi hai ke ek koi insaan tha, woh bohat takleef mein tha, pareshan tha.</w:t>
      </w:r>
    </w:p>
    <w:p>
      <w:pPr>
        <w:jc w:val="right"/>
      </w:pPr>
      <w:r>
        <w:t>اور ایک اور حدیث یاد آ رہی ہے کہ ایک کوئی انسان تھا، وہ بہت تکلیف میں تھا، پریشان تھا۔</w:t>
      </w:r>
    </w:p>
    <w:p>
      <w:r>
        <w:rPr>
          <w:b/>
        </w:rPr>
        <w:t xml:space="preserve">[1:14:09] </w:t>
      </w:r>
      <w:r>
        <w:t>to woh Khuda se dua kar raha tha apni takleef ke liye, gudguda raha tha.</w:t>
      </w:r>
    </w:p>
    <w:p>
      <w:pPr>
        <w:jc w:val="right"/>
      </w:pPr>
      <w:r>
        <w:t>تو وہ خدا سے دعا کر رہا تھا اپنی تکلیف کے لیے، گڑگڑا رہا تھا۔</w:t>
      </w:r>
    </w:p>
    <w:p>
      <w:r>
        <w:rPr>
          <w:b/>
        </w:rPr>
        <w:t xml:space="preserve">[1:14:16] </w:t>
      </w:r>
      <w:r>
        <w:t>to Allah ne farishte Jibraeel se kaha ke us ki takleef ko door karne mein der karo.</w:t>
      </w:r>
    </w:p>
    <w:p>
      <w:pPr>
        <w:jc w:val="right"/>
      </w:pPr>
      <w:r>
        <w:t>تو اللہ نے فرشتے جبرائیل سے کہا کہ اس کی تکلیف کو دور کرنے میں دیر کرو۔</w:t>
      </w:r>
    </w:p>
    <w:p>
      <w:r>
        <w:rPr>
          <w:b/>
        </w:rPr>
        <w:t xml:space="preserve">[1:14:30] </w:t>
      </w:r>
      <w:r>
        <w:t>aur kaha ke إِنِّي أُحِبُّهُ وَأُحِبُّ صَوْتَهُ ke mujhe is se mohabbat hai, aur us ki awaaz se mohabbat hai.</w:t>
      </w:r>
    </w:p>
    <w:p>
      <w:pPr>
        <w:jc w:val="right"/>
      </w:pPr>
      <w:r>
        <w:t>اور کہا کہ إِنِّي أُحِبُّهُ وَأُحِبُّ صَوْتَهُ کہ مجھے اس سے محبت ہے، اور اس کی آواز سے محبت ہے۔</w:t>
      </w:r>
    </w:p>
    <w:p>
      <w:r>
        <w:rPr>
          <w:b/>
        </w:rPr>
        <w:t xml:space="preserve">[1:14:44] </w:t>
      </w:r>
      <w:r>
        <w:t>to bazahir lagta hai ke jis se mohabbat hogi Allah ki, foran us ko takleef door karna chahiye. Ji.</w:t>
      </w:r>
    </w:p>
    <w:p>
      <w:pPr>
        <w:jc w:val="right"/>
      </w:pPr>
      <w:r>
        <w:t>تو بظاہر لگتا ہے کہ جس سے محبت ہوگی اللہ کی، فوراً اس کو تکلیف دور کرنا چاہیے۔ جی۔</w:t>
      </w:r>
    </w:p>
    <w:p>
      <w:r>
        <w:rPr>
          <w:b/>
        </w:rPr>
        <w:t xml:space="preserve">[1:14:53] </w:t>
      </w:r>
      <w:r>
        <w:t>lekin yahan doosri baat hai. Maqsad yeh hai ke jab insaan takleef mein hota hai, pareshani mein hota hai, aur Khuda ki taraf rujoo hota hai,</w:t>
      </w:r>
    </w:p>
    <w:p>
      <w:pPr>
        <w:jc w:val="right"/>
      </w:pPr>
      <w:r>
        <w:t>لیکن یہاں دوسری بات ہے۔ مقصد یہ ہے کہ جب انسان تکلیف میں ہوتا ہے، پریشانی میں ہوتا ہے، اور خدا کی طرف رجوع ہوتا ہے،</w:t>
      </w:r>
    </w:p>
    <w:p>
      <w:r>
        <w:rPr>
          <w:b/>
        </w:rPr>
        <w:t xml:space="preserve">[1:15:11] </w:t>
      </w:r>
      <w:r>
        <w:t>aur gudgudata hai, to usi waqt uska spiritual development ho raha hota hai. To Allah chahta hai ke jo woh process hai woh jaari rahe, foran khatam na ho jaye.</w:t>
      </w:r>
    </w:p>
    <w:p>
      <w:pPr>
        <w:jc w:val="right"/>
      </w:pPr>
      <w:r>
        <w:t>اور گڑگڑاتا ہے، تو اسی وقت اس کا spiritual development ہو رہا ہوتا ہے۔ تو اللہ چاہتا ہے کہ جو وہ process ہے وہ جاری رہے، فوراً ختم نہ ہو جائے۔</w:t>
      </w:r>
    </w:p>
    <w:p>
      <w:r>
        <w:rPr>
          <w:b/>
        </w:rPr>
        <w:t xml:space="preserve">[1:15:23] </w:t>
      </w:r>
      <w:r>
        <w:t>to aam taur se log dua karte hain pareshani ke alam mein, aur un ki dua qabool nahi hoti, woh samajhte hain Allah hum se naraz hai. Balke ulti baat hai.</w:t>
      </w:r>
    </w:p>
    <w:p>
      <w:pPr>
        <w:jc w:val="right"/>
      </w:pPr>
      <w:r>
        <w:t>تو عام طور سے لوگ دعا کرتے ہیں پریشانی کے عالم میں، اور ان کی دعا قبول نہیں ہوتی، وہ سمجھتے ہیں اللہ ہم سے ناراض ہے۔ بلکہ الٹی بات ہے۔</w:t>
      </w:r>
    </w:p>
    <w:p>
      <w:r>
        <w:rPr>
          <w:b/>
        </w:rPr>
        <w:t xml:space="preserve">[1:15:32] </w:t>
      </w:r>
      <w:r>
        <w:t>Ji. To yeh kitaab isi tarah ke bohat achhe is ke andar mazameen hain. Main samajhta hoon ke jo log padhenge unhein inshallah bohat faida hoga.</w:t>
      </w:r>
    </w:p>
    <w:p>
      <w:pPr>
        <w:jc w:val="right"/>
      </w:pPr>
      <w:r>
        <w:t>جی۔ تو یہ کتاب اسی طرح کے بہت اچھے اس کے اندر مضامین ہیں۔ میں سمجھتا ہوں کہ جو لوگ پڑھیں گے انہیں انشاءاللہ بہت فائدہ ہوگا۔</w:t>
      </w:r>
    </w:p>
    <w:p>
      <w:r>
        <w:rPr>
          <w:b/>
        </w:rPr>
        <w:t xml:space="preserve">[1:15:41] </w:t>
      </w:r>
      <w:r>
        <w:t>aur jin logon ne is ka is mein taawun kiya hai, Dr. Fareeda Khanam ne is ka translation kiya hai, aur Dr. Naghma Siddiqui ne is ki editing waghera ki hai, Allah taala un sab ko ajr e azeem ata farmaye.</w:t>
      </w:r>
    </w:p>
    <w:p>
      <w:pPr>
        <w:jc w:val="right"/>
      </w:pPr>
      <w:r>
        <w:t>اور جن لوگوں نے اس کا اس میں تعاون کیا ہے، ڈاکٹر فریدہ خانم نے اس کا translation کیا ہے، اور ڈاکٹر نغمہ صدیقی نے اس کی editing وغیرہ کی ہے، اللہ تعالیٰ ان سب کو اجر عظیم عطا فرمائے۔</w:t>
      </w:r>
    </w:p>
    <w:p>
      <w:r>
        <w:rPr>
          <w:b/>
        </w:rPr>
        <w:t xml:space="preserve">[1:15:54] </w:t>
      </w:r>
      <w:r>
        <w:t>Ameen. Thank you, Doctor Sahab. So we will end</w:t>
      </w:r>
    </w:p>
    <w:p>
      <w:pPr>
        <w:jc w:val="right"/>
      </w:pPr>
      <w:r>
        <w:t>آمین۔ Thank you, ڈاکٹر صاحب۔ So we will end</w:t>
      </w:r>
    </w:p>
    <w:p>
      <w:r>
        <w:rPr>
          <w:b/>
        </w:rPr>
        <w:t xml:space="preserve">[1:15:59] </w:t>
      </w:r>
      <w:r>
        <w:t>today's session. We will be back next Sunday at 10:30 AM. Thank you.</w:t>
      </w:r>
    </w:p>
    <w:p>
      <w:pPr>
        <w:jc w:val="right"/>
      </w:pPr>
      <w:r>
        <w:t>today's session. We will be back next Sunday at 10:30 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