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Place of Woman in Islam (Part-I) March 5, 2006 Maulana Wahiduddin Khan</w:t>
      </w:r>
    </w:p>
    <w:p>
      <w:r>
        <w:t>https://www.youtube.com/watch?v=RNUl6ahQsXA</w:t>
      </w:r>
    </w:p>
    <w:p>
      <w:r>
        <w:rPr>
          <w:b/>
        </w:rPr>
        <w:t xml:space="preserve">[00:14] </w:t>
      </w:r>
      <w:r>
        <w:t>bismillah rehman rehim, wa salla Allahu ala nabi al kareem.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[00:36] </w:t>
      </w:r>
      <w:r>
        <w:t>aaj jo baat karna hai to is ka topic hai عورت, yani women.</w:t>
      </w:r>
    </w:p>
    <w:p>
      <w:pPr>
        <w:jc w:val="right"/>
      </w:pPr>
      <w:r>
        <w:t>آج جو بات کرنا ہے تو اس کا ٹاپک ہے عورت، یعنی وومن۔</w:t>
      </w:r>
    </w:p>
    <w:p>
      <w:r>
        <w:rPr>
          <w:b/>
        </w:rPr>
        <w:t xml:space="preserve">[00:50] </w:t>
      </w:r>
      <w:r>
        <w:t>place of women in the creation plan of god.</w:t>
      </w:r>
    </w:p>
    <w:p>
      <w:pPr>
        <w:jc w:val="right"/>
      </w:pPr>
      <w:r>
        <w:t>پلیس آف وومن ان دا کریشن پلان آف گاڈ۔</w:t>
      </w:r>
    </w:p>
    <w:p>
      <w:r>
        <w:rPr>
          <w:b/>
        </w:rPr>
        <w:t xml:space="preserve">[00:58] </w:t>
      </w:r>
      <w:r>
        <w:t>aurat ka maqam khuda ke takhleeqi nizam mein yeh hai aaj ka topic.</w:t>
      </w:r>
    </w:p>
    <w:p>
      <w:pPr>
        <w:jc w:val="right"/>
      </w:pPr>
      <w:r>
        <w:t>عورت کا مقام خدا کے تخلیقی نظام میں یہ ہے آج کا ٹاپک۔</w:t>
      </w:r>
    </w:p>
    <w:p>
      <w:r>
        <w:rPr>
          <w:b/>
        </w:rPr>
        <w:t xml:space="preserve">[01:13] </w:t>
      </w:r>
      <w:r>
        <w:t>aik bohat mashhoor saying hai, aap is ko jante honge zaroor ke "there is a woman at the beginning of all great things".</w:t>
      </w:r>
    </w:p>
    <w:p>
      <w:pPr>
        <w:jc w:val="right"/>
      </w:pPr>
      <w:r>
        <w:t>ایک بہت مشہور سیئنگ ہے، آپ اس کو جانتے ہوں گے ضرور کہ "دیر از ا وومن ایٹ دا بگننگ آف آل گریٹ تھنگز"۔</w:t>
      </w:r>
    </w:p>
    <w:p>
      <w:r>
        <w:rPr>
          <w:b/>
        </w:rPr>
        <w:t xml:space="preserve">[01:26] </w:t>
      </w:r>
      <w:r>
        <w:t>mein ne is saying mein potentially barhaya hai,</w:t>
      </w:r>
    </w:p>
    <w:p>
      <w:pPr>
        <w:jc w:val="right"/>
      </w:pPr>
      <w:r>
        <w:t>میں نے اس سیئنگ میں پوٹینشیلی بڑھایا ہے،</w:t>
      </w:r>
    </w:p>
    <w:p>
      <w:r>
        <w:rPr>
          <w:b/>
        </w:rPr>
        <w:t xml:space="preserve">[01:33] </w:t>
      </w:r>
      <w:r>
        <w:t>potentially. "there is a woman at the beginning of all great things" ka matlab yeh hai ke aurat yeh potential rakhti hai.</w:t>
      </w:r>
    </w:p>
    <w:p>
      <w:pPr>
        <w:jc w:val="right"/>
      </w:pPr>
      <w:r>
        <w:t>پوٹینشیلی۔ "دیر از ا وومن ایٹ دا بگننگ آف آل گریٹ تھنگز" کا مطلب یہ ہے کہ عورت یہ پوٹینشل رکھتی ہے۔</w:t>
      </w:r>
    </w:p>
    <w:p>
      <w:r>
        <w:rPr>
          <w:b/>
        </w:rPr>
        <w:t xml:space="preserve">[01:44] </w:t>
      </w:r>
      <w:r>
        <w:t>by nature, aurat ke andar yeh potential hota hai ke woh great things ki base ban sake. is ke zariye great things wajood mein aayen.</w:t>
      </w:r>
    </w:p>
    <w:p>
      <w:pPr>
        <w:jc w:val="right"/>
      </w:pPr>
      <w:r>
        <w:t>بائی نیچر، عورت کے اندر یہ پوٹینشل ہوتا ہے کہ وہ گریٹ تھنگز کی بیس بن سکے۔ اس کے ذریعے گریٹ تھنگز وجود میں آئیں۔</w:t>
      </w:r>
    </w:p>
    <w:p>
      <w:r>
        <w:rPr>
          <w:b/>
        </w:rPr>
        <w:t xml:space="preserve">[01:58] </w:t>
      </w:r>
      <w:r>
        <w:t>to is saying mein potential ka zikr hai. is ka matlab nahin ke har aurat actual sense mein aisi hoti hai. is par mein ne bohat socha to mein ne paya ke poori history mein bohat thori عورتen aisi hain jo is saying par poori utren.</w:t>
      </w:r>
    </w:p>
    <w:p>
      <w:pPr>
        <w:jc w:val="right"/>
      </w:pPr>
      <w:r>
        <w:t>تو اس سیئنگ میں پوٹینشل کا ذکر ہے۔ اس کا مطلب نہیں کہ ہر عورت ایکچوئل سینس میں ایسی ہوتی ہے۔ اس پر میں نے بہت سوچا تو میں نے پایا کہ پوری ہسٹری میں بہت تھوڑی عورتیں ایسی ہیں جو اس سیئنگ پر پوری اتریں۔</w:t>
      </w:r>
    </w:p>
    <w:p>
      <w:r>
        <w:rPr>
          <w:b/>
        </w:rPr>
        <w:t xml:space="preserve">[02:20] </w:t>
      </w:r>
      <w:r>
        <w:t>billion trillion عورتen paida hu'een. lekin is saying ka application bohat thori عورتon par ho saka.</w:t>
      </w:r>
    </w:p>
    <w:p>
      <w:pPr>
        <w:jc w:val="right"/>
      </w:pPr>
      <w:r>
        <w:t>بلین ٹریلین عورتیں پیدا ہوئیں۔ لیکن اس سیئنگ کا ایپلیکیشن بہت تھوڑی عورتوں پر ہو سکا۔</w:t>
      </w:r>
    </w:p>
    <w:p>
      <w:r>
        <w:rPr>
          <w:b/>
        </w:rPr>
        <w:t xml:space="preserve">[02:33] </w:t>
      </w:r>
      <w:r>
        <w:t>agarche potentially har woman aisi hi thi.</w:t>
      </w:r>
    </w:p>
    <w:p>
      <w:pPr>
        <w:jc w:val="right"/>
      </w:pPr>
      <w:r>
        <w:t>اگرچہ پوٹینشیلی ہر وومن ایسی ہی تھی۔</w:t>
      </w:r>
    </w:p>
    <w:p>
      <w:r>
        <w:rPr>
          <w:b/>
        </w:rPr>
        <w:t xml:space="preserve">[02:39] </w:t>
      </w:r>
      <w:r>
        <w:t>potentially har woman aisi hi thi. to kyun aisa hua, yeh mein bohat sochta raha hoon. aaj mujhe times of India mein aaj hi aik report chapi hai.</w:t>
      </w:r>
    </w:p>
    <w:p>
      <w:pPr>
        <w:jc w:val="right"/>
      </w:pPr>
      <w:r>
        <w:t>پوٹینشیلی ہر وومن ایسی ہی تھی۔ تو کیوں ایسا ہوا، یہ میں بہت سوچتا رہا ہوں۔ آج مجھے ٹائمز آف انڈیا میں آج ہی ایک رپورٹ چھپی ہے۔</w:t>
      </w:r>
    </w:p>
    <w:p>
      <w:r>
        <w:rPr>
          <w:b/>
        </w:rPr>
        <w:t xml:space="preserve">[02:49] </w:t>
      </w:r>
      <w:r>
        <w:t>is mein mujhe is ka jawab mila. yeh hai aaj ka times of India, delhi times. is mein aap dekh rahe hain ke mashhoor jo film star hai madhuri dikshit, is ka photo chapa hua hai.</w:t>
      </w:r>
    </w:p>
    <w:p>
      <w:pPr>
        <w:jc w:val="right"/>
      </w:pPr>
      <w:r>
        <w:t>اس میں مجھے اس کا جواب ملا۔ یہ ہے آج کا ٹائمز آف انڈیا، ڈلی ٹائمز۔ اس میں آپ دیکھ رہے ہیں کہ مشہور جو فلم اسٹار ہے مادھوری دکشٹ، اس کا فوٹو چھپا ہوا ہے۔</w:t>
      </w:r>
    </w:p>
    <w:p>
      <w:r>
        <w:rPr>
          <w:b/>
        </w:rPr>
        <w:t xml:space="preserve">[03:09] </w:t>
      </w:r>
      <w:r>
        <w:t>aur is ka aik interview is mein aaya hai, madhuri dikshit ka. aik bohat hi</w:t>
      </w:r>
    </w:p>
    <w:p>
      <w:pPr>
        <w:jc w:val="right"/>
      </w:pPr>
      <w:r>
        <w:t>اور اس کا ایک انٹرویو اس میں آیا ہے، مادھوری دکشٹ کا۔ ایک بہت ہی</w:t>
      </w:r>
    </w:p>
    <w:p>
      <w:r>
        <w:rPr>
          <w:b/>
        </w:rPr>
        <w:t xml:space="preserve">[03:17] </w:t>
      </w:r>
      <w:r>
        <w:t>۔۔۔ chuke yeh log jo hain, mera tajurba yeh hai ke jo film actor aur film actress hotay hain na, yeh hypocrite nahi hotay. Jo baat hai wohi keh detay hain.</w:t>
      </w:r>
    </w:p>
    <w:p>
      <w:pPr>
        <w:jc w:val="right"/>
      </w:pPr>
      <w:r>
        <w:t>۔۔۔ چونکہ یہ لوگ جو ہیں، میرا تجربہ یہ ہے کہ جو فلم ایکٹر اور فلم ایکٹرس ہوتے ہیں نا، یہ ہپوکریٹ نہیں ہوتے۔ جو بات ہے وہی کہہ دیتے ہیں۔</w:t>
      </w:r>
    </w:p>
    <w:p>
      <w:r>
        <w:rPr>
          <w:b/>
        </w:rPr>
        <w:t xml:space="preserve">[03:30] </w:t>
      </w:r>
      <w:r>
        <w:t>Aam tor par mera tajurba hai, mera experience hai ke log hotay hain hypocrite. Baat kuch hoti hai, boltay hain kuch. Khaas kar jo intellectuals hain, jo educated community hai,</w:t>
      </w:r>
    </w:p>
    <w:p>
      <w:pPr>
        <w:jc w:val="right"/>
      </w:pPr>
      <w:r>
        <w:t>عام طور پر میرا تجربہ ہے، میرا ایکسپیرئینس ہے کہ لوگ ہوتے ہیں ہپوکریٹ۔ بات کچھ ہوتی ہے، بولتے ہیں کچھ۔ خاص کر جو انٹلیکچوئلز ہیں، جو ایجوکیٹڈ کمیونٹی ہے،</w:t>
      </w:r>
    </w:p>
    <w:p>
      <w:r>
        <w:rPr>
          <w:b/>
        </w:rPr>
        <w:t xml:space="preserve">[03:44] </w:t>
      </w:r>
      <w:r>
        <w:t>woh toh sab ki sab double talk karti hai.</w:t>
      </w:r>
    </w:p>
    <w:p>
      <w:pPr>
        <w:jc w:val="right"/>
      </w:pPr>
      <w:r>
        <w:t>وہ تو سب کی سب ڈبل ٹاک کرتی ہے۔</w:t>
      </w:r>
    </w:p>
    <w:p>
      <w:r>
        <w:rPr>
          <w:b/>
        </w:rPr>
        <w:t xml:space="preserve">[03:50] </w:t>
      </w:r>
      <w:r>
        <w:t>Saaf saaf nahi bolti hai. Lekin yeh jo film ki dunya hai, wahan ke logon mein maine yeh baat paai hai ke woh jhoot nahi boltay.</w:t>
      </w:r>
    </w:p>
    <w:p>
      <w:pPr>
        <w:jc w:val="right"/>
      </w:pPr>
      <w:r>
        <w:t>صاف صاف نہیں بولتی ہے۔ لیکن یہ جو فلم کی دنیا ہے، وہاں کے لوگوں میں میں نے یہ بات پائی ہے کہ وہ جھوٹ نہیں بولتے۔</w:t>
      </w:r>
    </w:p>
    <w:p>
      <w:r>
        <w:rPr>
          <w:b/>
        </w:rPr>
        <w:t xml:space="preserve">[04:02] </w:t>
      </w:r>
      <w:r>
        <w:t>Woh hypocrite nahi hotay. Woh kabhi double talk nahi kartay. Jo baat un ke dil mein hoti hai, wohi un ki zabaan par hoti hai.</w:t>
      </w:r>
    </w:p>
    <w:p>
      <w:pPr>
        <w:jc w:val="right"/>
      </w:pPr>
      <w:r>
        <w:t>وہ ہپوکریٹ نہیں ہوتے۔ وہ کبھی ڈبل ٹاک نہیں کرتے۔ جو بات ان کے دل میں ہوتی ہے، وہی ان کی زبان پر ہوتی ہے۔</w:t>
      </w:r>
    </w:p>
    <w:p>
      <w:r>
        <w:rPr>
          <w:b/>
        </w:rPr>
        <w:t xml:space="preserve">[04:13] </w:t>
      </w:r>
      <w:r>
        <w:t>Toh Madhuri Dixit ne is mein aisi baat kahi jis se mere sawal ka jawab mil gaya.</w:t>
      </w:r>
    </w:p>
    <w:p>
      <w:pPr>
        <w:jc w:val="right"/>
      </w:pPr>
      <w:r>
        <w:t>تو مادھوری دکشٹ نے اس میں ایسی بات کہی جس سے میرے سوال کا جواب مل گیا۔</w:t>
      </w:r>
    </w:p>
    <w:p>
      <w:r>
        <w:rPr>
          <w:b/>
        </w:rPr>
        <w:t xml:space="preserve">[04:27] </w:t>
      </w:r>
      <w:r>
        <w:t>Woh kehti hai ke aaj ka Times of India, yani paanch firovari</w:t>
      </w:r>
    </w:p>
    <w:p>
      <w:pPr>
        <w:jc w:val="right"/>
      </w:pPr>
      <w:r>
        <w:t>وہ کہتی ہے کہ آج کا ٹائمز آف انڈیا، یعنی پانچ فروری</w:t>
      </w:r>
    </w:p>
    <w:p>
      <w:r>
        <w:rPr>
          <w:b/>
        </w:rPr>
        <w:t xml:space="preserve">[04:33] </w:t>
      </w:r>
      <w:r>
        <w:t>ka. Paanch... haan, nahi, paanch March ka. Aaj ka Times of India, paanch March ka. Is ka jo hota hai page, Daily Times, us mein aap is ko dekh saktay hain.</w:t>
      </w:r>
    </w:p>
    <w:p>
      <w:pPr>
        <w:jc w:val="right"/>
      </w:pPr>
      <w:r>
        <w:t>کا۔ پانچ۔۔۔ ہاں، نہیں، پانچ مارچ کا۔ آج کا ٹائمز آف انڈیا، پانچ مارچ کا۔ اس کا جو ہوتا ہے پیج، ڈلی ٹائمز، اس میں آپ اس کو دیکھ سکتے ہیں۔</w:t>
      </w:r>
    </w:p>
    <w:p>
      <w:r>
        <w:rPr>
          <w:b/>
        </w:rPr>
        <w:t xml:space="preserve">[04:45] </w:t>
      </w:r>
      <w:r>
        <w:t>Toh woh kehti hai ke "When I was unmarried, I was living in my own universe."</w:t>
      </w:r>
    </w:p>
    <w:p>
      <w:pPr>
        <w:jc w:val="right"/>
      </w:pPr>
      <w:r>
        <w:t>تو وہ کہتی ہے کہ "وین آئی واز ان میریٹ، آئی واز لیونگ ان مائی اون یونیورس۔"</w:t>
      </w:r>
    </w:p>
    <w:p>
      <w:r>
        <w:rPr>
          <w:b/>
        </w:rPr>
        <w:t xml:space="preserve">[04:58] </w:t>
      </w:r>
      <w:r>
        <w:t>Jab mein shadi meri nahi hui thi toh mein apni hi dunya mein jeeti thi. "When I was unmarried, I was living in my own universe."</w:t>
      </w:r>
    </w:p>
    <w:p>
      <w:pPr>
        <w:jc w:val="right"/>
      </w:pPr>
      <w:r>
        <w:t>جب میں شادی میری نہیں ہوئی تھی تو میں اپنی ہی دنیا میں جیتی تھی۔ "وین آئی واز ان میریٹ، آئی واز لیونگ ان مائی اون یونیورس۔"</w:t>
      </w:r>
    </w:p>
    <w:p>
      <w:r>
        <w:rPr>
          <w:b/>
        </w:rPr>
        <w:t xml:space="preserve">[05:13] </w:t>
      </w:r>
      <w:r>
        <w:t>Ab is ke do bachay ho chukay hain. Ab do bachon ke baad woh kehti hai ke mein bilkul badal chuki hoon.</w:t>
      </w:r>
    </w:p>
    <w:p>
      <w:pPr>
        <w:jc w:val="right"/>
      </w:pPr>
      <w:r>
        <w:t>اب اس کے دو بچے ہو چکے ہیں۔ اب دو بچوں کے بعد وہ کہتی ہے کہ میں بالکل بدل چکی ہوں۔</w:t>
      </w:r>
    </w:p>
    <w:p>
      <w:r>
        <w:rPr>
          <w:b/>
        </w:rPr>
        <w:t xml:space="preserve">[05:24] </w:t>
      </w:r>
      <w:r>
        <w:t>Khud apne munh se bolti hai. Ab ke baray mein kehti hai woh ke ab kya hai?</w:t>
      </w:r>
    </w:p>
    <w:p>
      <w:pPr>
        <w:jc w:val="right"/>
      </w:pPr>
      <w:r>
        <w:t>خود اپنے منہ سے بولتی ہے۔ اب کے بارے میں کہتی ہے وہ کہ اب کیا ہے؟</w:t>
      </w:r>
    </w:p>
    <w:p>
      <w:r>
        <w:rPr>
          <w:b/>
        </w:rPr>
        <w:t xml:space="preserve">[05:33] </w:t>
      </w:r>
      <w:r>
        <w:t>"My kids are everything for me." Everything is determined by my kids, by their needs.</w:t>
      </w:r>
    </w:p>
    <w:p>
      <w:pPr>
        <w:jc w:val="right"/>
      </w:pPr>
      <w:r>
        <w:t>"مائی کڈز آر ایوری تھنگ فار می۔" ایوری تھنگ از ڈیٹرمنڈ بائی مائی کڈز، بائی دیر نیڈز۔</w:t>
      </w:r>
    </w:p>
    <w:p>
      <w:r>
        <w:rPr>
          <w:b/>
        </w:rPr>
        <w:t xml:space="preserve">[05:48] </w:t>
      </w:r>
      <w:r>
        <w:t>In do sentences mein aap sochein toh poori kahani aurat ki chupi hui hai. Poori history ki kahani. Poori history ki kahani.</w:t>
      </w:r>
    </w:p>
    <w:p>
      <w:pPr>
        <w:jc w:val="right"/>
      </w:pPr>
      <w:r>
        <w:t>ان دو سنٹنسز میں آپ سوچیں تو پوری کہانی عورت کی چھپی ہوئی ہے۔ پوری ہسٹری کی کہانی۔ پوری ہسٹری کی کہانی۔</w:t>
      </w:r>
    </w:p>
    <w:p>
      <w:r>
        <w:rPr>
          <w:b/>
        </w:rPr>
        <w:t xml:space="preserve">[05:59] </w:t>
      </w:r>
      <w:r>
        <w:t>Yaani yeh kahani ke kyun aisa hota hai ya aisa hua ke aurat apne potential ko avail nahi kar saki. Woh marti chali gayi history mein.</w:t>
      </w:r>
    </w:p>
    <w:p>
      <w:pPr>
        <w:jc w:val="right"/>
      </w:pPr>
      <w:r>
        <w:t>یعنی یہ کہانی کہ کیوں ایسا ہوتا ہے یا ایسا ہوا کہ عورت اپنے پوٹینشل کو اویل نہیں کر سکی۔ وہ مرتی چلی گئی ہسٹری میں۔</w:t>
      </w:r>
    </w:p>
    <w:p>
      <w:r>
        <w:rPr>
          <w:b/>
        </w:rPr>
        <w:t xml:space="preserve">[06:10] </w:t>
      </w:r>
      <w:r>
        <w:t>Woh kya? Marriage se pehle yeh hota hai ke woh jeeti hai body display mein. Apnay aap mein.</w:t>
      </w:r>
    </w:p>
    <w:p>
      <w:pPr>
        <w:jc w:val="right"/>
      </w:pPr>
      <w:r>
        <w:t>وہ کیا؟ میریج سے پہلے یہ ہوتا ہے کہ وہ جیتی ہے باڈی ڈسپلے میں۔ اپنے آپ میں۔</w:t>
      </w:r>
    </w:p>
    <w:p>
      <w:r>
        <w:rPr>
          <w:b/>
        </w:rPr>
        <w:t xml:space="preserve">[06:20] </w:t>
      </w:r>
      <w:r>
        <w:t>Apnay aap ko banana, sanwarna, fashion karna. Beauty parlor mein ja kar ke apnay ko beautify karna.</w:t>
      </w:r>
    </w:p>
    <w:p>
      <w:pPr>
        <w:jc w:val="right"/>
      </w:pPr>
      <w:r>
        <w:t>اپنے آپ کو بنانا، سنوارنا، فیشن کرنا۔ بیوٹی پارلر میں جا کر کے اپنے کو بیوٹیفائی کرنا۔</w:t>
      </w:r>
    </w:p>
    <w:p>
      <w:r>
        <w:rPr>
          <w:b/>
        </w:rPr>
        <w:t xml:space="preserve">[06:29] </w:t>
      </w:r>
      <w:r>
        <w:t>Jisko mein kehta hoon body display. Toh marriage se pehle aurat jeeti hai is mein ke doosron ko woh achi lagay.</w:t>
      </w:r>
    </w:p>
    <w:p>
      <w:pPr>
        <w:jc w:val="right"/>
      </w:pPr>
      <w:r>
        <w:t>جس کو میں کہتا ہوں باڈی ڈسپلے۔ تو میریج سے پہلے عورت جیتی ہے اس میں کہ دوسروں کو وہ اچھی لگے۔</w:t>
      </w:r>
    </w:p>
    <w:p>
      <w:r>
        <w:rPr>
          <w:b/>
        </w:rPr>
        <w:t xml:space="preserve">[06:41] </w:t>
      </w:r>
      <w:r>
        <w:t>Beautification kya hai? Ke aap doosron ko achi lagain. Yahi beautification hai. Toh woh kehti hai ke "When I was unmarried, I was living in my own universe." Apnay aap mein jeeti thi.</w:t>
      </w:r>
    </w:p>
    <w:p>
      <w:pPr>
        <w:jc w:val="right"/>
      </w:pPr>
      <w:r>
        <w:t>بیوٹیفیکیشن کیا ہے؟ کہ آپ دوسروں کو اچھی لگیں۔ یہی بیوٹیفیکیشن ہے۔ تو وہ کہتی ہے کہ "وین آئی واز ان میریٹ، آئی واز لیونگ ان مائی اون یونیورس۔" اپنے آپ میں جیتی تھی۔</w:t>
      </w:r>
    </w:p>
    <w:p>
      <w:r>
        <w:rPr>
          <w:b/>
        </w:rPr>
        <w:t xml:space="preserve">[06:56] </w:t>
      </w:r>
      <w:r>
        <w:t>Ab jab bachay ho gaye toh kya hua? Ke ab bachon mein jee rahi hai woh. "My kids are ev-</w:t>
      </w:r>
    </w:p>
    <w:p>
      <w:pPr>
        <w:jc w:val="right"/>
      </w:pPr>
      <w:r>
        <w:t>اب جب بچے ہو گئے تو کیا ہوا؟ کہ اب بچوں میں جی رہی ہے وہ۔ "مائی کڈز آر ای</w:t>
      </w:r>
    </w:p>
    <w:p>
      <w:r>
        <w:rPr>
          <w:b/>
        </w:rPr>
        <w:t xml:space="preserve">[07:07] </w:t>
      </w:r>
      <w:r>
        <w:t>erything for me." Everything is determined by their needs. Ab is mein aap dekhiye</w:t>
      </w:r>
    </w:p>
    <w:p>
      <w:pPr>
        <w:jc w:val="right"/>
      </w:pPr>
      <w:r>
        <w:t>وری تھنگ فار می۔" ایوری تھنگ از ڈیٹرمنڈ بائی دیر نیڈز۔ اب اس میں آپ دیکھئے</w:t>
      </w:r>
    </w:p>
    <w:p>
      <w:r>
        <w:rPr>
          <w:b/>
        </w:rPr>
        <w:t xml:space="preserve">[07:17] </w:t>
      </w:r>
      <w:r>
        <w:t>ke jisko mein kehta hoon break in history. Aap jantay hain ke aik term bola jata hai government services mein.</w:t>
      </w:r>
    </w:p>
    <w:p>
      <w:pPr>
        <w:jc w:val="right"/>
      </w:pPr>
      <w:r>
        <w:t>کہ جس کو میں کہتا ہوں بریک ان ہسٹری۔ آپ جانتے ہیں کہ ایک ٹرم بولا جاتا ہے گورنمنٹ سروسز میں۔</w:t>
      </w:r>
    </w:p>
    <w:p>
      <w:r>
        <w:rPr>
          <w:b/>
        </w:rPr>
        <w:t xml:space="preserve">[07:27] </w:t>
      </w:r>
      <w:r>
        <w:t>Break in service. Agar aap ki service, aap kisi service mein hain aur bila chutti liye hue</w:t>
      </w:r>
    </w:p>
    <w:p>
      <w:pPr>
        <w:jc w:val="right"/>
      </w:pPr>
      <w:r>
        <w:t>بریک ان سروس۔ اگر آپ کی سروس، آپ کسی سروس میں ہیں اور بلا چھٹی لیے ہوئے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