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(Prophetic Wisdom) 8, 2015</w:t>
      </w:r>
    </w:p>
    <w:p>
      <w:r>
        <w:t>https://www.youtube.com/watch?v=Fp2qEALpbUY</w:t>
      </w:r>
    </w:p>
    <w:p>
      <w:r>
        <w:rPr>
          <w:b/>
        </w:rPr>
        <w:t xml:space="preserve">[00:10] </w:t>
      </w:r>
      <w:r>
        <w:t>bismillah-hir-rahman-nir-rahim, wa salla-llahu ala-n-nabiyyi-l-karim.</w:t>
      </w:r>
    </w:p>
    <w:p>
      <w:pPr>
        <w:jc w:val="right"/>
      </w:pPr>
      <w:r>
        <w:t>بسم اللہ الرحمن الرحیم، و صلی اللہ علی النبی الکریم۔</w:t>
      </w:r>
    </w:p>
    <w:p>
      <w:r>
        <w:rPr>
          <w:b/>
        </w:rPr>
        <w:t xml:space="preserve">[00:24] </w:t>
      </w:r>
      <w:r>
        <w:t>yeh dars-e-hadith ka silsila hai.</w:t>
      </w:r>
    </w:p>
    <w:p>
      <w:pPr>
        <w:jc w:val="right"/>
      </w:pPr>
      <w:r>
        <w:t>یہ درسِ حدیث کا سلسلہ ہے۔</w:t>
      </w:r>
    </w:p>
    <w:p>
      <w:r>
        <w:rPr>
          <w:b/>
        </w:rPr>
        <w:t xml:space="preserve">[00:30] </w:t>
      </w:r>
      <w:r>
        <w:t>ek hadith rasul-ullah salla-llahu alayhi wa sallam ki ishtiraqi hai ke: "al-fiqhu min al-iman".</w:t>
      </w:r>
    </w:p>
    <w:p>
      <w:pPr>
        <w:jc w:val="right"/>
      </w:pPr>
      <w:r>
        <w:t>ایک حدیث رسول اللہ صلی اللہ علیہ وسلم کی اشتراعی ہے کہ: "الفقہ من الایمان"۔</w:t>
      </w:r>
    </w:p>
    <w:p>
      <w:r>
        <w:rPr>
          <w:b/>
        </w:rPr>
        <w:t xml:space="preserve">[00:43] </w:t>
      </w:r>
      <w:r>
        <w:t>fiqh iman mein se hai, fiqh iman ka hissa hai. fiqh ka matlab kya hai? fiqh ka matlab hai, urdu mein hum kahengay faham-o-baseerat.</w:t>
      </w:r>
    </w:p>
    <w:p>
      <w:pPr>
        <w:jc w:val="right"/>
      </w:pPr>
      <w:r>
        <w:t>فقہ ایمان میں سے ہے، فقہ ایمان کا حصہ ہے۔ فقہ کا مطلب کیا ہے؟ فقہ کا مطلب ہے، اردو میں ہم کہیں گے فہم و بصیرت۔</w:t>
      </w:r>
    </w:p>
    <w:p>
      <w:r>
        <w:rPr>
          <w:b/>
        </w:rPr>
        <w:t xml:space="preserve">[00:58] </w:t>
      </w:r>
      <w:r>
        <w:t>english mein fiqh ka matlab hai understanding, learning, realization.</w:t>
      </w:r>
    </w:p>
    <w:p>
      <w:pPr>
        <w:jc w:val="right"/>
      </w:pPr>
      <w:r>
        <w:t>انگلش میں فقہ کا مطلب ہے understanding، learning، realization۔</w:t>
      </w:r>
    </w:p>
    <w:p>
      <w:r>
        <w:rPr>
          <w:b/>
        </w:rPr>
        <w:t xml:space="preserve">[01:06] </w:t>
      </w:r>
      <w:r>
        <w:t>ab is se dekhen ek bohat hi zyada important baat maloom hoti hai ke iman jo hai kisi qism ke</w:t>
      </w:r>
    </w:p>
    <w:p>
      <w:pPr>
        <w:jc w:val="right"/>
      </w:pPr>
      <w:r>
        <w:t>اب اس سے دیکھیں ایک بہت ہی زیادہ important بات معلوم ہوتی ہے کہ ایمان جو ہے کسی قسم کے</w:t>
      </w:r>
    </w:p>
    <w:p>
      <w:r>
        <w:rPr>
          <w:b/>
        </w:rPr>
        <w:t xml:space="preserve">[01:18] </w:t>
      </w:r>
      <w:r>
        <w:t>harkat-e-lisani yani lip service ka naam nahi hai. kuch words hain, kuch shabd hain, un ko aap zaban se dohra dein to mysteriously aap ko iman mil jayega.</w:t>
      </w:r>
    </w:p>
    <w:p>
      <w:pPr>
        <w:jc w:val="right"/>
      </w:pPr>
      <w:r>
        <w:t>حرکتِ لسانی یعنی lip service کا نام نہیں ہے۔ کچھ words ہیں، کچھ शब्द ہیں، ان کو آپ زبان سے دہرا دیں تو mysteriously آپ کو ایمان مل جائے گا۔</w:t>
      </w:r>
    </w:p>
    <w:p>
      <w:r>
        <w:rPr>
          <w:b/>
        </w:rPr>
        <w:t xml:space="preserve">[01:33] </w:t>
      </w:r>
      <w:r>
        <w:t>aisa nahi hai. yani iman koi mantar ki cheez nahi hai. iman fiqh ka naam hai, yani iman samajh ka naam hai, understand karne ka naam hai,</w:t>
      </w:r>
    </w:p>
    <w:p>
      <w:pPr>
        <w:jc w:val="right"/>
      </w:pPr>
      <w:r>
        <w:t>ایسا نہیں ہے۔ یعنی ایمان کوئی منتر کی چیز نہیں ہے۔ ایمان فقہ کا نام ہے، یعنی ایمان سمجھ کا نام ہے، understand کرنے کا نام ہے،</w:t>
      </w:r>
    </w:p>
    <w:p>
      <w:r>
        <w:rPr>
          <w:b/>
        </w:rPr>
        <w:t xml:space="preserve">[01:46] </w:t>
      </w:r>
      <w:r>
        <w:t>realize karne ka naam hai. kyunke iman ki jo beginning hai woh is tarah nahi hoti ke kuch lafz ko aap zaban se dohra dein.</w:t>
      </w:r>
    </w:p>
    <w:p>
      <w:pPr>
        <w:jc w:val="right"/>
      </w:pPr>
      <w:r>
        <w:t>realize کرنے کا نام ہے۔ کیونکہ ایمان کی جو beginning ہے وہ اس طرح نہیں ہوتی کہ کچھ لفظ کو آپ زبان سے دہرا دیں۔</w:t>
      </w:r>
    </w:p>
    <w:p>
      <w:r>
        <w:rPr>
          <w:b/>
        </w:rPr>
        <w:t xml:space="preserve">[01:59] </w:t>
      </w:r>
      <w:r>
        <w:t>iman ki beginning hoti hai ke aap divine reality ko samajhne lagain. divine truth ko aap understand karen.</w:t>
      </w:r>
    </w:p>
    <w:p>
      <w:pPr>
        <w:jc w:val="right"/>
      </w:pPr>
      <w:r>
        <w:t>ایمان کی beginning ہوتی ہے کہ آپ divine reality کو سمجھنے لگیں۔ Divine truth کو آپ understand کریں۔</w:t>
      </w:r>
    </w:p>
    <w:p>
      <w:r>
        <w:rPr>
          <w:b/>
        </w:rPr>
        <w:t xml:space="preserve">[02:14] </w:t>
      </w:r>
      <w:r>
        <w:t>khuda ki jo sachai hai, eternal sachai, us ko aap realize kar len. yahan se iman shuru hota hai.</w:t>
      </w:r>
    </w:p>
    <w:p>
      <w:pPr>
        <w:jc w:val="right"/>
      </w:pPr>
      <w:r>
        <w:t>خدا کی جو سچائی ہے، eternal سچائی، اس کو آپ realize کر لیں۔ یہاں سے ایمان شروع ہوتا ہے۔</w:t>
      </w:r>
    </w:p>
    <w:p>
      <w:r>
        <w:rPr>
          <w:b/>
        </w:rPr>
        <w:t xml:space="preserve">[02:25] </w:t>
      </w:r>
      <w:r>
        <w:t>al-fiqhu min al-iman.</w:t>
      </w:r>
    </w:p>
    <w:p>
      <w:pPr>
        <w:jc w:val="right"/>
      </w:pPr>
      <w:r>
        <w:t>الفقہ من الایمان۔</w:t>
      </w:r>
    </w:p>
    <w:p>
      <w:r>
        <w:rPr>
          <w:b/>
        </w:rPr>
        <w:t xml:space="preserve">[02:30] </w:t>
      </w:r>
      <w:r>
        <w:t>fiqh, iman jo hai woh fiqh se shuru hota hai, na ke talaffuz-e-lisani se, na ke lip service se.</w:t>
      </w:r>
    </w:p>
    <w:p>
      <w:pPr>
        <w:jc w:val="right"/>
      </w:pPr>
      <w:r>
        <w:t>فقہ، ایمان جو ہے وہ فقہ سے شروع ہوتا ہے، نہ کہ تلفظِ لسانی سے، نہ کہ lip service سے۔</w:t>
      </w:r>
    </w:p>
    <w:p>
      <w:r>
        <w:rPr>
          <w:b/>
        </w:rPr>
        <w:t xml:space="preserve">[02:43] </w:t>
      </w:r>
      <w:r>
        <w:t>yeh bohat important baat hai. iman ka taalluq yahan par samajh se jod diya gaya. yani intellectual awakening se jod diya gaya.</w:t>
      </w:r>
    </w:p>
    <w:p>
      <w:pPr>
        <w:jc w:val="right"/>
      </w:pPr>
      <w:r>
        <w:t>یہ بہت important بات ہے۔ ایمان کا تعلق یہاں پر سمجھ سے جوڑ دیا گیا۔ یعنی intellectual awakening سے جوڑ دیا گیا۔</w:t>
      </w:r>
    </w:p>
    <w:p>
      <w:r>
        <w:rPr>
          <w:b/>
        </w:rPr>
        <w:t xml:space="preserve">[02:55] </w:t>
      </w:r>
      <w:r>
        <w:t>intellectual revolution se jod diya gaya.</w:t>
      </w:r>
    </w:p>
    <w:p>
      <w:pPr>
        <w:jc w:val="right"/>
      </w:pPr>
      <w:r>
        <w:t>Intellectual revolution سے جوڑ دیا گیا۔</w:t>
      </w:r>
    </w:p>
    <w:p>
      <w:r>
        <w:rPr>
          <w:b/>
        </w:rPr>
        <w:t xml:space="preserve">[03:01] </w:t>
      </w:r>
      <w:r>
        <w:t>yeh kitni bari baat hai. yani jab aap khuda ki kitab ko padhte hain, khuda ki creation mein sochte hain,</w:t>
      </w:r>
    </w:p>
    <w:p>
      <w:pPr>
        <w:jc w:val="right"/>
      </w:pPr>
      <w:r>
        <w:t>یہ کتنی بڑی بات ہے۔ یعنی جب آپ خدا کی کتاب کو پڑھتے ہیں، خدا کی creation میں سوچتے ہیں،</w:t>
      </w:r>
    </w:p>
    <w:p>
      <w:r>
        <w:rPr>
          <w:b/>
        </w:rPr>
        <w:t xml:space="preserve">[03:18] </w:t>
      </w:r>
      <w:r>
        <w:t>universe mein phaili hui khuda ke jo signs hain, S-I-G-N-S, us ko sochte hain to aap par ek haqeeqat khulti hai.</w:t>
      </w:r>
    </w:p>
    <w:p>
      <w:pPr>
        <w:jc w:val="right"/>
      </w:pPr>
      <w:r>
        <w:t>universe میں پھیلی ہوئی خدا کے جو signs ہیں، S-I-G-N-S، اس کو سوچتے ہیں تو آپ پر ایک حقیقت کھلتی ہے۔</w:t>
      </w:r>
    </w:p>
    <w:p>
      <w:r>
        <w:rPr>
          <w:b/>
        </w:rPr>
        <w:t xml:space="preserve">[03:28] </w:t>
      </w:r>
      <w:r>
        <w:t>ek eternal sachai ko aap realize karte hain, us ko discover karte hain. is ka naam hai iman. to is sachai ko jaan lene ke baad aap ke munh se nikalta hai ke: "There is no God but one God." "There is no God but one God." to yeh jo bol hai,</w:t>
      </w:r>
    </w:p>
    <w:p>
      <w:pPr>
        <w:jc w:val="right"/>
      </w:pPr>
      <w:r>
        <w:t>ایک eternal سچائی کو آپ realize کرتے ہیں، اس کو discover کرتے ہیں۔ اس کا نام ہے ایمان۔ تو اس سچائی کو جان لینے کے بعد آپ کے منہ سے نکلتا ہے کہ: "There is no God but one God." "There is no God but one God." تو یہ جو بول ہے،</w:t>
      </w:r>
    </w:p>
    <w:p>
      <w:r>
        <w:rPr>
          <w:b/>
        </w:rPr>
        <w:t xml:space="preserve">[03:53] </w:t>
      </w:r>
      <w:r>
        <w:t>yeh ek sachai ko pa lene ke baad</w:t>
      </w:r>
    </w:p>
    <w:p>
      <w:pPr>
        <w:jc w:val="right"/>
      </w:pPr>
      <w:r>
        <w:t>یہ ایک سچائی کو پا لینے کے بعد</w:t>
      </w:r>
    </w:p>
    <w:p>
      <w:r>
        <w:rPr>
          <w:b/>
        </w:rPr>
        <w:t xml:space="preserve">[03:58] </w:t>
      </w:r>
      <w:r>
        <w:t>aap ke munh se spontaneously nikle.</w:t>
      </w:r>
    </w:p>
    <w:p>
      <w:pPr>
        <w:jc w:val="right"/>
      </w:pPr>
      <w:r>
        <w:t>آپ کے منہ سے spontaneously نکلے۔</w:t>
      </w:r>
    </w:p>
    <w:p>
      <w:r>
        <w:rPr>
          <w:b/>
        </w:rPr>
        <w:t xml:space="preserve">[04:11] </w:t>
      </w:r>
      <w:r>
        <w:t>yeh hai iman.</w:t>
      </w:r>
    </w:p>
    <w:p>
      <w:pPr>
        <w:jc w:val="right"/>
      </w:pPr>
      <w:r>
        <w:t>یہ ہے ایمان۔</w:t>
      </w:r>
    </w:p>
    <w:p>
      <w:r>
        <w:rPr>
          <w:b/>
        </w:rPr>
        <w:t xml:space="preserve">[04:15] </w:t>
      </w:r>
      <w:r>
        <w:t>to agar hum kahen to yeh sahi hoga ke intellectual awakening se shuru hota hai iman ka mamla.</w:t>
      </w:r>
    </w:p>
    <w:p>
      <w:pPr>
        <w:jc w:val="right"/>
      </w:pPr>
      <w:r>
        <w:t>تو اگر ہم کہیں تو یہ صحیح ہوگا کہ intellectual awakening سے شروع ہوتا ہے ایمان کا معاملہ۔</w:t>
      </w:r>
    </w:p>
    <w:p>
      <w:r>
        <w:rPr>
          <w:b/>
        </w:rPr>
        <w:t xml:space="preserve">[04:27] </w:t>
      </w:r>
      <w:r>
        <w:t>zehan ki bedari.</w:t>
      </w:r>
    </w:p>
    <w:p>
      <w:pPr>
        <w:jc w:val="right"/>
      </w:pPr>
      <w:r>
        <w:t>ذہن کی بیداری۔</w:t>
      </w:r>
    </w:p>
    <w:p>
      <w:r>
        <w:rPr>
          <w:b/>
        </w:rPr>
        <w:t xml:space="preserve">[04:31] </w:t>
      </w:r>
      <w:r>
        <w:t>sachai ki daryaft. Eternal truth ko jaan lena, us ko understand karna, us ko realize karna.</w:t>
      </w:r>
    </w:p>
    <w:p>
      <w:pPr>
        <w:jc w:val="right"/>
      </w:pPr>
      <w:r>
        <w:t>سچائی کی دریافت۔ Eternal truth کو جان لینا، اس کو understand کرنا، اس کو realize کرنا۔</w:t>
      </w:r>
    </w:p>
    <w:p>
      <w:r>
        <w:rPr>
          <w:b/>
        </w:rPr>
        <w:t xml:space="preserve">[04:43] </w:t>
      </w:r>
      <w:r>
        <w:t>to learning se shuru hota hai iman. Lip service se iman shuru nahi hota. Aur aap jante hain ke jab</w:t>
      </w:r>
    </w:p>
    <w:p>
      <w:pPr>
        <w:jc w:val="right"/>
      </w:pPr>
      <w:r>
        <w:t>تو learning سے شروع ہوتا ہے ایمان۔ Lip service سے ایمان شروع نہیں ہوتا۔ اور آپ جانتے ہیں کہ جب</w:t>
      </w:r>
    </w:p>
    <w:p>
      <w:r>
        <w:rPr>
          <w:b/>
        </w:rPr>
        <w:t xml:space="preserve">[04:56] </w:t>
      </w:r>
      <w:r>
        <w:t>itni bari baat, itni bari baat ke aap is universe ke creator ko jaan len to zahir hai ke yeh aap ki zindagi mein koi temporary phase nahi hoga.</w:t>
      </w:r>
    </w:p>
    <w:p>
      <w:pPr>
        <w:jc w:val="right"/>
      </w:pPr>
      <w:r>
        <w:t>اتنی بڑی بات، اتنی بڑی بات کہ آپ اس universe کے creator کو جان لیں تو ظاہر ہے کہ یہ آپ کی زندگی میں کوئی temporary phase نہیں ہوگا۔</w:t>
      </w:r>
    </w:p>
    <w:p>
      <w:r>
        <w:rPr>
          <w:b/>
        </w:rPr>
        <w:t xml:space="preserve">[05:12] </w:t>
      </w:r>
      <w:r>
        <w:t>yeh to aap ki poori zindagi ka ek muamla ban jayega.</w:t>
      </w:r>
    </w:p>
    <w:p>
      <w:pPr>
        <w:jc w:val="right"/>
      </w:pPr>
      <w:r>
        <w:t>یہ تو آپ کی پوری زندگی کا ایک معاملہ بن جائے گا۔</w:t>
      </w:r>
    </w:p>
    <w:p>
      <w:r>
        <w:rPr>
          <w:b/>
        </w:rPr>
        <w:t xml:space="preserve">[05:26] </w:t>
      </w:r>
      <w:r>
        <w:t>aap ki poori zindagi par chha jayega. Yeh jo farmaya ke: "al-fiqhu min al-iman".</w:t>
      </w:r>
    </w:p>
    <w:p>
      <w:pPr>
        <w:jc w:val="right"/>
      </w:pPr>
      <w:r>
        <w:t>آپ کی پوری زندگی پر چھا جائے گا۔ یہ جو فرمایا کہ: "الفقہ من الایمان"۔</w:t>
      </w:r>
    </w:p>
    <w:p>
      <w:r>
        <w:rPr>
          <w:b/>
        </w:rPr>
        <w:t xml:space="preserve">[05:35] </w:t>
      </w:r>
      <w:r>
        <w:t>yani goya ke iman ko beej ka darja de diya gaya. Jis tarah se ek bohat bara darakht</w:t>
      </w:r>
    </w:p>
    <w:p>
      <w:pPr>
        <w:jc w:val="right"/>
      </w:pPr>
      <w:r>
        <w:t>یعنی گویا کہ ایمان کو بیج کا درجہ دے دیا گیا۔ جس طرح سے ایک بہت بڑا درخت</w:t>
      </w:r>
    </w:p>
    <w:p>
      <w:r>
        <w:rPr>
          <w:b/>
        </w:rPr>
        <w:t xml:space="preserve">[05:45] </w:t>
      </w:r>
      <w:r>
        <w:t>shuru mein ek chhota sa beej hota hai. Ek beej, ek seed. S-E-E-D seed. Isi liye quran mein hai ke: "mathal kalimatin tayyibatin kashajaratin tayyibatin atharuha thabitun wa faruha fi as-samaa".</w:t>
      </w:r>
    </w:p>
    <w:p>
      <w:pPr>
        <w:jc w:val="right"/>
      </w:pPr>
      <w:r>
        <w:t>شروع میں ایک چھوٹا سا بیج ہوتا ہے۔ ایک بیج، ایک seed۔ S-E-E-D seed۔ اسی لیے قرآن میں ہے کہ: "مثل کلمة طيبة كشجرة طيبة أثرها ثابت وفرحها في السماء"۔</w:t>
      </w:r>
    </w:p>
    <w:p>
      <w:r>
        <w:rPr>
          <w:b/>
        </w:rPr>
        <w:t xml:space="preserve">[06:04] </w:t>
      </w:r>
      <w:r>
        <w:t>yani ek chhota seed hota hai jo barhte barhte barhte ek poora darakht ban jata hai jo fiza mein phaila hua ho. To yeh kaha gaya ke yahi iman hai.</w:t>
      </w:r>
    </w:p>
    <w:p>
      <w:pPr>
        <w:jc w:val="right"/>
      </w:pPr>
      <w:r>
        <w:t>یعنی ایک چھوٹا seed ہوتا ہے جو بڑھتے بڑھتے بڑھتے ایک پورا درخت بن جاتا ہے جو فضا میں پھیلا ہوا ہو۔ تو یہ کہا گیا کہ یہی ایمان ہے۔</w:t>
      </w:r>
    </w:p>
    <w:p>
      <w:r>
        <w:rPr>
          <w:b/>
        </w:rPr>
        <w:t xml:space="preserve">[06:18] </w:t>
      </w:r>
      <w:r>
        <w:t>iman shuru mein ek seed hai aur phir jab woh aadmi ki shakhsiyat mein shamil hota hai to aadmi ki shakhsiyat ko ek darakht ki tarah se bohat bara hara bhara bana deta hai.</w:t>
      </w:r>
    </w:p>
    <w:p>
      <w:pPr>
        <w:jc w:val="right"/>
      </w:pPr>
      <w:r>
        <w:t>ایمان شروع میں ایک seed ہے اور پھر جب وہ آدمی کی شخصیت میں شامل ہوتا ہے تو آدمی کی شخصیت کو ایک درخت کی طرح سے بہت بڑا ہرا بھرا بنا دیتا ہے۔</w:t>
      </w:r>
    </w:p>
    <w:p>
      <w:r>
        <w:rPr>
          <w:b/>
        </w:rPr>
        <w:t xml:space="preserve">[06:30] </w:t>
      </w:r>
      <w:r>
        <w:t>jis mein saya ho, jis mein sar sabzi ho, jis mein phool ho, jis mein phal ho. Jis mein sankron cheezen hon.</w:t>
      </w:r>
    </w:p>
    <w:p>
      <w:pPr>
        <w:jc w:val="right"/>
      </w:pPr>
      <w:r>
        <w:t>جس میں سایہ ہو، جس میں سرسبزی ہو، جس میں پھول ہو، جس میں پھل ہو۔ جس میں سینکڑوں چیزیں ہوں۔</w:t>
      </w:r>
    </w:p>
    <w:p>
      <w:r>
        <w:rPr>
          <w:b/>
        </w:rPr>
        <w:t xml:space="preserve">[06:43] </w:t>
      </w:r>
      <w:r>
        <w:t>to iman ka aghaz hota hai is tarah ke aap ki aqal ko activate karta hai.</w:t>
      </w:r>
    </w:p>
    <w:p>
      <w:pPr>
        <w:jc w:val="right"/>
      </w:pPr>
      <w:r>
        <w:t>تو ایمان کا آغاز ہوتا ہے اس طرح کہ آپ کی عقل کو activate کرتا ہے۔</w:t>
      </w:r>
    </w:p>
    <w:p>
      <w:r>
        <w:rPr>
          <w:b/>
        </w:rPr>
        <w:t xml:space="preserve">[06:54] </w:t>
      </w:r>
      <w:r>
        <w:t>aap ki samajh jo hai activate hoti hai. Ek intellectual awakening ki kaifiyat aap par aati hai.</w:t>
      </w:r>
    </w:p>
    <w:p>
      <w:pPr>
        <w:jc w:val="right"/>
      </w:pPr>
      <w:r>
        <w:t>آپ کی سمجھ جو ہے activate ہوتی ہے۔ ایک intellectual awakening کی کیفیت آپ پر آتی ہے۔</w:t>
      </w:r>
    </w:p>
    <w:p>
      <w:r>
        <w:rPr>
          <w:b/>
        </w:rPr>
        <w:t xml:space="preserve">[07:05] </w:t>
      </w:r>
      <w:r>
        <w:t>phir woh iman banti hai aur phir woh iman jo hai ek bohat bara darakht ban jata hai. Ek shakhsiyat banti hai jis ko hum kehte hain mominana shakhsiyat.</w:t>
      </w:r>
    </w:p>
    <w:p>
      <w:pPr>
        <w:jc w:val="right"/>
      </w:pPr>
      <w:r>
        <w:t>پھر وہ ایمان بنتی ہے اور پھر وہ ایمان جو ہے ایک بہت بڑا درخت بن جاتا ہے۔ ایک شخصیت بنتی ہے جس کو ہم کہتے ہیں مومنانہ شخصیت۔</w:t>
      </w:r>
    </w:p>
    <w:p>
      <w:r>
        <w:rPr>
          <w:b/>
        </w:rPr>
        <w:t xml:space="preserve">[07:17] </w:t>
      </w:r>
      <w:r>
        <w:t>to yeh hai iman. Ek hadith hai ke:</w:t>
      </w:r>
    </w:p>
    <w:p>
      <w:pPr>
        <w:jc w:val="right"/>
      </w:pPr>
      <w:r>
        <w:t>تو یہ ہے ایمان۔ ایک حدیث ہے کہ:</w:t>
      </w:r>
    </w:p>
    <w:p>
      <w:r>
        <w:rPr>
          <w:b/>
        </w:rPr>
        <w:t xml:space="preserve">[07:24] </w:t>
      </w:r>
      <w:r>
        <w:t>"Innal-islama bada'a ghareeban wa sayau'du ghareeban".</w:t>
      </w:r>
    </w:p>
    <w:p>
      <w:pPr>
        <w:jc w:val="right"/>
      </w:pPr>
      <w:r>
        <w:t>"إن الإسلام بدأ غريباً وسيعود غريباً"۔</w:t>
      </w:r>
    </w:p>
    <w:p>
      <w:r>
        <w:rPr>
          <w:b/>
        </w:rPr>
        <w:t xml:space="preserve">[07:35] </w:t>
      </w:r>
      <w:r>
        <w:t>islam</w:t>
      </w:r>
    </w:p>
    <w:p>
      <w:pPr>
        <w:jc w:val="right"/>
      </w:pPr>
      <w:r>
        <w:t>اسلام</w:t>
      </w:r>
    </w:p>
    <w:p>
      <w:r>
        <w:rPr>
          <w:b/>
        </w:rPr>
        <w:t xml:space="preserve">[07:39] </w:t>
      </w:r>
      <w:r>
        <w:t>ghareeb se shuru hua, dobara woh ghareeb ban jayega. Yahan ghareeb ma'ni poor ke nahi hain. Ghareeb ma'ni strange ke hain, ajnabi ke hain.</w:t>
      </w:r>
    </w:p>
    <w:p>
      <w:pPr>
        <w:jc w:val="right"/>
      </w:pPr>
      <w:r>
        <w:t>غریب سے شروع ہوا، دوبارہ وہ غریب بن جائے گا۔ یہاں غریب معنی poor کے نہیں ہیں۔ غریب معنی strange کے ہیں، اجنبی کے ہیں۔</w:t>
      </w:r>
    </w:p>
    <w:p>
      <w:r>
        <w:rPr>
          <w:b/>
        </w:rPr>
        <w:t xml:space="preserve">[07:51] </w:t>
      </w:r>
      <w:r>
        <w:t>yani islam jab shuru hua to woh apne mahol mein ek ajnabi cheez ki hesiyat rakhta tha. Ajnabi tha. Aur dobara woh ajnabi ban jayega.</w:t>
      </w:r>
    </w:p>
    <w:p>
      <w:pPr>
        <w:jc w:val="right"/>
      </w:pPr>
      <w:r>
        <w:t>یعنی اسلام جب شروع ہوا تو وہ اپنے ماحول میں ایک اجنبی چیز کی حیثیت رکھتا تھا۔ اجنبی تھا۔ اور دوبارہ وہ اجنبی بن جائے گا۔</w:t>
      </w:r>
    </w:p>
    <w:p>
      <w:r>
        <w:rPr>
          <w:b/>
        </w:rPr>
        <w:t xml:space="preserve">[08:03] </w:t>
      </w:r>
      <w:r>
        <w:t>yeh bohat important baat hai. Aur woh dobara ajnabi ban jayega.</w:t>
      </w:r>
    </w:p>
    <w:p>
      <w:pPr>
        <w:jc w:val="right"/>
      </w:pPr>
      <w:r>
        <w:t>یہ بہت important بات ہے۔ اور وہ دوبارہ اجنبی بن جائے گا۔</w:t>
      </w:r>
    </w:p>
    <w:p>
      <w:r>
        <w:rPr>
          <w:b/>
        </w:rPr>
        <w:t xml:space="preserve">[08:12] </w:t>
      </w:r>
      <w:r>
        <w:t>futuhatul-ghurabaa' hai. To mubarak hain woh log jo is tarah se ajnabi ban jayen. Yani apne mahol mein islam ko qabool karne ke nateeje mein logon ko ajnabi dikhai den.</w:t>
      </w:r>
    </w:p>
    <w:p>
      <w:pPr>
        <w:jc w:val="right"/>
      </w:pPr>
      <w:r>
        <w:t>فتوح للغرباء ہے۔ تو مبارک ہیں وہ لوگ جو اس طرح سے اجنبی بن جائیں۔ یعنی اپنے ماحول میں اسلام کو قبول کرنے کے نتیجے میں لوگوں کو اجنبی دکھائی دیں۔</w:t>
      </w:r>
    </w:p>
    <w:p>
      <w:r>
        <w:rPr>
          <w:b/>
        </w:rPr>
        <w:t xml:space="preserve">[08:26] </w:t>
      </w:r>
      <w:r>
        <w:t>to babarkat hain woh log. Dekhiye yeh is muamle ko samjhiye. Islam jab shuru hua, yani makkah madinah mein jab shuru hua to woh ajnabi kyun tha?</w:t>
      </w:r>
    </w:p>
    <w:p>
      <w:pPr>
        <w:jc w:val="right"/>
      </w:pPr>
      <w:r>
        <w:t>تو بابرکت ہیں وہ لوگ۔ دیکھئے یہ اس معاملے کو سمجھئے۔ اسلام جب شروع ہوا، یعنی مکہ مدینے میں جب شروع ہوا تو وہ اجنبی کیوں تھا؟</w:t>
      </w:r>
    </w:p>
    <w:p>
      <w:r>
        <w:rPr>
          <w:b/>
        </w:rPr>
        <w:t xml:space="preserve">[08:41] </w:t>
      </w:r>
      <w:r>
        <w:t>kyun ke mahol mein</w:t>
      </w:r>
    </w:p>
    <w:p>
      <w:pPr>
        <w:jc w:val="right"/>
      </w:pPr>
      <w:r>
        <w:t>کیونکہ ماحول میں</w:t>
      </w:r>
    </w:p>
    <w:p>
      <w:r>
        <w:rPr>
          <w:b/>
        </w:rPr>
        <w:t xml:space="preserve">[08:46] </w:t>
      </w:r>
      <w:r>
        <w:t>doosri cheezen phaili hui thin. Yani log khuda ko chhod kar doosri cheezon ko apna concern banaye hue the.</w:t>
      </w:r>
    </w:p>
    <w:p>
      <w:pPr>
        <w:jc w:val="right"/>
      </w:pPr>
      <w:r>
        <w:t>دوسری چیزیں پھیلی ہوئی تھیں۔ یعنی لوگ خدا کو چھوڑ کر دوسری چیزوں کو اپنا concern بنائے ہوئے تھے۔</w:t>
      </w:r>
    </w:p>
    <w:p>
      <w:r>
        <w:rPr>
          <w:b/>
        </w:rPr>
        <w:t xml:space="preserve">[08:58] </w:t>
      </w:r>
      <w:r>
        <w:t>other than God ko woh apna God banaye hue the.</w:t>
      </w:r>
    </w:p>
    <w:p>
      <w:pPr>
        <w:jc w:val="right"/>
      </w:pPr>
      <w:r>
        <w:t>Other than God کو وہ اپنا God بنائے ہوئے تھے۔</w:t>
      </w:r>
    </w:p>
    <w:p>
      <w:r>
        <w:rPr>
          <w:b/>
        </w:rPr>
        <w:t xml:space="preserve">[09:04] </w:t>
      </w:r>
      <w:r>
        <w:t>un ka dil, un ka dimagh kisi other than God par latka hua tha.</w:t>
      </w:r>
    </w:p>
    <w:p>
      <w:pPr>
        <w:jc w:val="right"/>
      </w:pPr>
      <w:r>
        <w:t>ان کا دل، ان کا دماغ کسی other than God پر لٹکا ہوا تھا۔</w:t>
      </w:r>
    </w:p>
    <w:p>
      <w:r>
        <w:rPr>
          <w:b/>
        </w:rPr>
        <w:t xml:space="preserve">[09:14] </w:t>
      </w:r>
      <w:r>
        <w:t>to jab wahan par yeh kaha gaya ke: "There is no God but one God" to logon ko bara anokha laga yeh. Kyun ke woh jin cheezon ko Khuda banaye hue thay, jin cheezon par apna dil latkaye hue thay,</w:t>
      </w:r>
    </w:p>
    <w:p>
      <w:pPr>
        <w:jc w:val="right"/>
      </w:pPr>
      <w:r>
        <w:t>تو جب وہاں پر یہ کہا گیا کہ: "There is no God but one God" تو لوگوں کو بڑا انوکھا لگا یہ۔ کیونکہ وہ جن چیزوں کو خدا بنائے ہوئے تھے، جن چیزوں پر اپنا دل لٹکائے ہوئے تھے،</w:t>
      </w:r>
    </w:p>
    <w:p>
      <w:r>
        <w:rPr>
          <w:b/>
        </w:rPr>
        <w:t xml:space="preserve">[09:27] </w:t>
      </w:r>
      <w:r>
        <w:t>jin cheezon ko apna supreme concern banaye hue thay, woh to kuch aur tha.</w:t>
      </w:r>
    </w:p>
    <w:p>
      <w:pPr>
        <w:jc w:val="right"/>
      </w:pPr>
      <w:r>
        <w:t>جن چیزوں کو اپنا supreme concern بنائے ہوئے تھے، وہ تو کچھ اور تھا۔</w:t>
      </w:r>
    </w:p>
    <w:p>
      <w:r>
        <w:rPr>
          <w:b/>
        </w:rPr>
        <w:t xml:space="preserve">[09:33] </w:t>
      </w:r>
      <w:r>
        <w:t>to ab yeh anokhi baat lagi ke woh God nahi hai, yeh God hai jis ko Prophet Muhammad bata rahe hain.</w:t>
      </w:r>
    </w:p>
    <w:p>
      <w:pPr>
        <w:jc w:val="right"/>
      </w:pPr>
      <w:r>
        <w:t>تو اب یہ انوکھی بات لگی کہ وہ God نہیں ہے، یہ God ہے جس کو Prophet محمد بتا رہے ہیں۔</w:t>
      </w:r>
    </w:p>
    <w:p>
      <w:r>
        <w:rPr>
          <w:b/>
        </w:rPr>
        <w:t xml:space="preserve">[09:44] </w:t>
      </w:r>
      <w:r>
        <w:t>phir lambi koshish ke baad logon ka mind is se hta. Aur phir woh log other than God ko chor kar God ko unhon ne apna concern banaya.</w:t>
      </w:r>
    </w:p>
    <w:p>
      <w:pPr>
        <w:jc w:val="right"/>
      </w:pPr>
      <w:r>
        <w:t>پھر لمبی کوشش کے بعد لوگوں کا mind اس سے ہٹا۔ اور پھر وہ لوگ other than God کو چھوڑ کر God کو انہوں نے اپنا concern بنایا۔</w:t>
      </w:r>
    </w:p>
    <w:p>
      <w:r>
        <w:rPr>
          <w:b/>
        </w:rPr>
        <w:t xml:space="preserve">[09:57] </w:t>
      </w:r>
      <w:r>
        <w:t>yeh hua. To yeh jo فرمایا ke dobara aisa hoga ke Islam phir ajnabi ho jayega. To kyun?</w:t>
      </w:r>
    </w:p>
    <w:p>
      <w:pPr>
        <w:jc w:val="right"/>
      </w:pPr>
      <w:r>
        <w:t>یہ ہوا۔ تو یہ جو فرمایا کہ دوبارہ ایسا ہوگا کہ اسلام پھر اجنبی ہو جائے گا۔ تو کیوں؟</w:t>
      </w:r>
    </w:p>
    <w:p>
      <w:r>
        <w:rPr>
          <w:b/>
        </w:rPr>
        <w:t xml:space="preserve">[10:06] </w:t>
      </w:r>
      <w:r>
        <w:t>dekhiye Islam</w:t>
      </w:r>
    </w:p>
    <w:p>
      <w:pPr>
        <w:jc w:val="right"/>
      </w:pPr>
      <w:r>
        <w:t>دیکھئے اسلام</w:t>
      </w:r>
    </w:p>
    <w:p>
      <w:r>
        <w:rPr>
          <w:b/>
        </w:rPr>
        <w:t xml:space="preserve">[10:10] </w:t>
      </w:r>
      <w:r>
        <w:t>koi wirasat nahi hai.</w:t>
      </w:r>
    </w:p>
    <w:p>
      <w:pPr>
        <w:jc w:val="right"/>
      </w:pPr>
      <w:r>
        <w:t>کوئی وراثت نہیں ہے۔</w:t>
      </w:r>
    </w:p>
    <w:p>
      <w:r>
        <w:rPr>
          <w:b/>
        </w:rPr>
        <w:t xml:space="preserve">[10:14] </w:t>
      </w:r>
      <w:r>
        <w:t>yani hereditary tor par Islam in logon ko pohanchta. Ke pehli generation ne agar Islam ko paya tha to ab agli generation ko bhi woh wirasat tor par transfer hota rahe.</w:t>
      </w:r>
    </w:p>
    <w:p>
      <w:pPr>
        <w:jc w:val="right"/>
      </w:pPr>
      <w:r>
        <w:t>یعنی hereditary طور پر اسلام ان لوگوں کو پہنچتا۔ کہ پہلی generation نے اگر اسلام کو پایا تھا تو اب اگلی generation کو بھی وہ وراثت طور پر transfer ہوتا رہے۔</w:t>
      </w:r>
    </w:p>
    <w:p>
      <w:r>
        <w:rPr>
          <w:b/>
        </w:rPr>
        <w:t xml:space="preserve">[10:29] </w:t>
      </w:r>
      <w:r>
        <w:t>kyun ke property nahi hai yeh. Mere dada ne agar koi property banai ho to mere baap tak pohanche gi, mere baap se mujh tak pohanche gi, mujh se meri aulad tak pohanche gi.</w:t>
      </w:r>
    </w:p>
    <w:p>
      <w:pPr>
        <w:jc w:val="right"/>
      </w:pPr>
      <w:r>
        <w:t>کیونکہ property نہیں ہے یہ۔ میرے دادا نے اگر کوئی property بنائی ہو تو میرے باپ تک پہنچے گی، میرے باپ سے مجھ تک پہنچے گی، مجھ سے میری اولاد تک پہنچے گی۔</w:t>
      </w:r>
    </w:p>
    <w:p>
      <w:r>
        <w:rPr>
          <w:b/>
        </w:rPr>
        <w:t xml:space="preserve">[10:41] </w:t>
      </w:r>
      <w:r>
        <w:t>to Islam is tarah ki koi property nahi hai. Jo generation after generation logon ko pohanchti rahe.</w:t>
      </w:r>
    </w:p>
    <w:p>
      <w:pPr>
        <w:jc w:val="right"/>
      </w:pPr>
      <w:r>
        <w:t>تو اسلام اس طرح کی کوئی property نہیں ہے۔ جو generation after generation لوگوں کو پہنچتی رہے۔</w:t>
      </w:r>
    </w:p>
    <w:p>
      <w:r>
        <w:rPr>
          <w:b/>
        </w:rPr>
        <w:t xml:space="preserve">[10:51] </w:t>
      </w:r>
      <w:r>
        <w:t>Islam to kisi ek mind mein jagah pata hai. Woh mind mar gaya, woh shakhs mar gaya to us ka Islam bhi chala gaya.</w:t>
      </w:r>
    </w:p>
    <w:p>
      <w:pPr>
        <w:jc w:val="right"/>
      </w:pPr>
      <w:r>
        <w:t>اسلام تو کسی ایک mind میں جگہ پاتا ہے۔ وہ mind مر گیا، وہ شخص مر گیا تو اس کا اسلام بھی چلا گیا۔</w:t>
      </w:r>
    </w:p>
    <w:p>
      <w:r>
        <w:rPr>
          <w:b/>
        </w:rPr>
        <w:t xml:space="preserve">[11:02] </w:t>
      </w:r>
      <w:r>
        <w:t>ab agli generation jo hai, agla jo mind hai jo paida hua hai, us ko phir se batana pare ga ke Islam kya hai. Us ko phir se accept karna pare ga ke Islam kya hai.</w:t>
      </w:r>
    </w:p>
    <w:p>
      <w:pPr>
        <w:jc w:val="right"/>
      </w:pPr>
      <w:r>
        <w:t>اب اگلی generation جو ہے، اگلا جو mind ہے جو پیدا ہوا ہے، اس کو پھر سے بتانا پڑے گا کہ اسلام کیا ہے۔ اس کو پھر سے accept کرنا پڑے گا کہ اسلام کیا ہے۔</w:t>
      </w:r>
    </w:p>
    <w:p>
      <w:r>
        <w:rPr>
          <w:b/>
        </w:rPr>
        <w:t xml:space="preserve">[11:15] </w:t>
      </w:r>
      <w:r>
        <w:t>isi liye Quran mein hai ke: "Ya ayyuhal ladheena amanu amanu". Aye iman lane walo</w:t>
      </w:r>
    </w:p>
    <w:p>
      <w:pPr>
        <w:jc w:val="right"/>
      </w:pPr>
      <w:r>
        <w:t>اسی لیے قرآن میں ہے کہ: "یا ایہا الذین آمنوا آمنوا"۔ اے ایمان لانے والو</w:t>
      </w:r>
    </w:p>
    <w:p>
      <w:r>
        <w:rPr>
          <w:b/>
        </w:rPr>
        <w:t xml:space="preserve">[11:22] </w:t>
      </w:r>
      <w:r>
        <w:t>! Iman lao. Yani woh log jinhon ne wirasat ke tor par kalma parh liya hai, woh phir se intellectual awakening ke tor par Islam ko qabool karen.</w:t>
      </w:r>
    </w:p>
    <w:p>
      <w:pPr>
        <w:jc w:val="right"/>
      </w:pPr>
      <w:r>
        <w:t>! ایمان لاؤ۔ یعنی وہ لوگ جنہوں نے وراثت کے طور پر کلمہ پڑھ لیا ہے، وہ پھر سے intellectual awakening کے طور پر اسلام کو قبول کریں۔</w:t>
      </w:r>
    </w:p>
    <w:p>
      <w:r>
        <w:rPr>
          <w:b/>
        </w:rPr>
        <w:t xml:space="preserve">[11:35] </w:t>
      </w:r>
      <w:r>
        <w:t>apne zehan ko bidaar karen. Apne zehan mein dobara woh inqalab layen. Yani woh Islam ko rediscover karen.</w:t>
      </w:r>
    </w:p>
    <w:p>
      <w:pPr>
        <w:jc w:val="right"/>
      </w:pPr>
      <w:r>
        <w:t>اپنے ذہن کو بیدار کریں۔ اپنے ذہن میں دوبارہ وہ انقلاب لائیں۔ یعنی وہ اسلام کو rediscover کریں۔</w:t>
      </w:r>
    </w:p>
    <w:p>
      <w:r>
        <w:rPr>
          <w:b/>
        </w:rPr>
        <w:t xml:space="preserve">[11:45] </w:t>
      </w:r>
      <w:r>
        <w:t>mahaz is liye is tarah nahi ho sakta ke aap Musalman baap tha, us ke haan aap paida hue to aap ne aap automatically aap Musalman ho gaye.</w:t>
      </w:r>
    </w:p>
    <w:p>
      <w:pPr>
        <w:jc w:val="right"/>
      </w:pPr>
      <w:r>
        <w:t>محض اس لیے اس طرح نہیں ہو سکتا کہ آپ مسلمان باپ تھا، اس کے ہاں آپ پیدا ہوئے تو آپ نے آپ automatically آپ مسلمان ہو گئے۔</w:t>
      </w:r>
    </w:p>
    <w:p>
      <w:r>
        <w:rPr>
          <w:b/>
        </w:rPr>
        <w:t xml:space="preserve">[11:57] </w:t>
      </w:r>
      <w:r>
        <w:t>aisa nahi hai. To yeh jo فرمایا ke Islam dobara ajnabi ban jayega, is ka matlab yeh hai ke agli generation mein jo log paida honge,</w:t>
      </w:r>
    </w:p>
    <w:p>
      <w:pPr>
        <w:jc w:val="right"/>
      </w:pPr>
      <w:r>
        <w:t>ایسا نہیں ہے۔ تو یہ جو فرمایا کہ اسلام دوبارہ اجنبی بن جائے گا، اس کا مطلب یہ ہے کہ اگلی generation میں جو لوگ پیدا ہوں گے،</w:t>
      </w:r>
    </w:p>
    <w:p>
      <w:r>
        <w:rPr>
          <w:b/>
        </w:rPr>
        <w:t xml:space="preserve">[12:15] </w:t>
      </w:r>
      <w:r>
        <w:t>to woh phir se unhein Islam ko discover karna pare ga. Warna woh bhi agli generation tak pohanchte pohanchte halaat badal jayenge.</w:t>
      </w:r>
    </w:p>
    <w:p>
      <w:pPr>
        <w:jc w:val="right"/>
      </w:pPr>
      <w:r>
        <w:t>تو وہ پھر سے انہیں اسلام کو discover کرنا پڑے گا۔ ورنہ وہ بھی اگلی generation تک پہنچتے پہنچتے حالات بدل جائیں گے۔</w:t>
      </w:r>
    </w:p>
    <w:p>
      <w:r>
        <w:rPr>
          <w:b/>
        </w:rPr>
        <w:t xml:space="preserve">[12:26] </w:t>
      </w:r>
      <w:r>
        <w:t>dobara logon ko aisa hoga ke log other than God ko apna concern bana len ge. God ke siwa, Khuda ke siwa kisi aur cheez ko woh apna maabood bana len ge.</w:t>
      </w:r>
    </w:p>
    <w:p>
      <w:pPr>
        <w:jc w:val="right"/>
      </w:pPr>
      <w:r>
        <w:t>دوبارہ لوگوں کو ایسا ہوگا کہ لوگ other than God کو اپنا concern بنا لیں گے۔ God کے سوا، خدا کے سوا کسی اور چیز کو وہ اپنا معبود بنا لیں گے۔</w:t>
      </w:r>
    </w:p>
    <w:p>
      <w:r>
        <w:rPr>
          <w:b/>
        </w:rPr>
        <w:t xml:space="preserve">[12:38] </w:t>
      </w:r>
      <w:r>
        <w:t>to dobara aisa hoga ke: "There is no God but one God". Ek ajnabi cheez ban jayega. Matlab log lip service to karen ge lekin haqeeqat se bekhabar honge.</w:t>
      </w:r>
    </w:p>
    <w:p>
      <w:pPr>
        <w:jc w:val="right"/>
      </w:pPr>
      <w:r>
        <w:t>تو دوبارہ ایسا ہوگا کہ: "There is no God but one God"۔ ایک اجنبی چیز بن جائے گا۔ مطلب لوگ lip service تو کریں گے لیکن حقیقت سے بے خبر ہوں گے۔</w:t>
      </w:r>
    </w:p>
    <w:p>
      <w:r>
        <w:rPr>
          <w:b/>
        </w:rPr>
        <w:t xml:space="preserve">[12:52] </w:t>
      </w:r>
      <w:r>
        <w:t>yani pehle generation mein Islam ek reality hota hai. Baad ki naslon mein kya hota hai ke Islam ek lip service ban jata hai.</w:t>
      </w:r>
    </w:p>
    <w:p>
      <w:pPr>
        <w:jc w:val="right"/>
      </w:pPr>
      <w:r>
        <w:t>یعنی پہلے generation میں اسلام ایک reality ہوتا ہے۔ بعد کی نسلوں میں کیا ہوتا ہے کہ اسلام ایک lip service بن جاتا ہے۔</w:t>
      </w:r>
    </w:p>
    <w:p>
      <w:r>
        <w:rPr>
          <w:b/>
        </w:rPr>
        <w:t xml:space="preserve">[13:06] </w:t>
      </w:r>
      <w:r>
        <w:t>yun samajh lijiye aap. Ke pehli generation mein jin logon ne Islam ko samjha, us ko mana, apne mind ko us ke mutabiq dhala,</w:t>
      </w:r>
    </w:p>
    <w:p>
      <w:pPr>
        <w:jc w:val="right"/>
      </w:pPr>
      <w:r>
        <w:t>یوں سمجھ لیجیے آپ۔ کہ پہلی generation میں جن لوگوں نے اسلام کو سمجھا، اس کو مانا، اپنے mind کو اس کے مطابق ڈھالا،</w:t>
      </w:r>
    </w:p>
    <w:p>
      <w:r>
        <w:rPr>
          <w:b/>
        </w:rPr>
        <w:t xml:space="preserve">[13:21] </w:t>
      </w:r>
      <w:r>
        <w:t>to unhon ne samajh kar, yani pure shaoor ke sath Islam ko ikhtiyar kiya. Baad ko aisa hota hai ke woh shaoor to kisi mind mein tha, woh mind to mar gaya.</w:t>
      </w:r>
    </w:p>
    <w:p>
      <w:pPr>
        <w:jc w:val="right"/>
      </w:pPr>
      <w:r>
        <w:t>تو انہوں نے سمجھ کر، یعنی پورے شعور کے ساتھ اسلام کو اختیار کیا۔ بعد کو ایسا ہوتا ہے کہ وہ شعور تو کسی mind میں تھا، وہ mind تو مر گیا۔</w:t>
      </w:r>
    </w:p>
    <w:p>
      <w:r>
        <w:rPr>
          <w:b/>
        </w:rPr>
        <w:t xml:space="preserve">[13:34] </w:t>
      </w:r>
      <w:r>
        <w:t>to mind chala gaya apne sath le kar ke is shaoor ko. Ab jo log paida hue hain, woh kisi naye mahaul mein paida hue hain.</w:t>
      </w:r>
    </w:p>
    <w:p>
      <w:pPr>
        <w:jc w:val="right"/>
      </w:pPr>
      <w:r>
        <w:t>تو mind چلا گیا اپنے ساتھ لے کر کے اس شعور کو۔ اب جو لوگ پیدا ہوئے ہیں، وہ کسی نئے ماحول میں پیدا ہوئے ہیں۔</w:t>
      </w:r>
    </w:p>
    <w:p>
      <w:r>
        <w:rPr>
          <w:b/>
        </w:rPr>
        <w:t xml:space="preserve">[13:43] </w:t>
      </w:r>
      <w:r>
        <w:t>is mind ko unhon ne nahi paya hai jo pichle baap dada ke andar tha. To ab phir se unhein rediscover karna pare ga Islam ko.</w:t>
      </w:r>
    </w:p>
    <w:p>
      <w:pPr>
        <w:jc w:val="right"/>
      </w:pPr>
      <w:r>
        <w:t>اس mind کو انہوں نے نہیں پایا ہے جو پچھلے باپ دادا کے اندر تھا۔ تو اب پھر سے انہیں rediscover کرنا پڑے گا اسلام کو۔</w:t>
      </w:r>
    </w:p>
    <w:p>
      <w:r>
        <w:rPr>
          <w:b/>
        </w:rPr>
        <w:t xml:space="preserve">[13:56] </w:t>
      </w:r>
      <w:r>
        <w:t>phir se sachai ko apne shaoor mein utarna pare ga. phir se intellectual development ke satah par, intellectual development ke level par unhein islam ko paana pare ga.</w:t>
      </w:r>
    </w:p>
    <w:p>
      <w:pPr>
        <w:jc w:val="right"/>
      </w:pPr>
      <w:r>
        <w:t>پھر سے سچائی کو اپنے شعور میں اتارنا پڑے گا۔ پھر سے intellectual development کے سطح پر، intellectual development کے level پر انہیں اسلام کو پانا پڑے گا۔</w:t>
      </w:r>
    </w:p>
    <w:p>
      <w:r>
        <w:rPr>
          <w:b/>
        </w:rPr>
        <w:t xml:space="preserve">[14:12] </w:t>
      </w:r>
      <w:r>
        <w:t>warna islam in ko ajnabi bana de ga in ko. to yeh bohat hi important hadith hai jo historical process ko batati hai.</w:t>
      </w:r>
    </w:p>
    <w:p>
      <w:pPr>
        <w:jc w:val="right"/>
      </w:pPr>
      <w:r>
        <w:t>ورنہ اسلام ان کو اجنبی بنا دے گا ان کو۔ تو یہ بہت ہی important حدیث ہے جو historical process کو بتاتی ہے۔</w:t>
      </w:r>
    </w:p>
    <w:p>
      <w:r>
        <w:rPr>
          <w:b/>
        </w:rPr>
        <w:t xml:space="preserve">[14:25] </w:t>
      </w:r>
      <w:r>
        <w:t>islam ke historical process ko.</w:t>
      </w:r>
    </w:p>
    <w:p>
      <w:pPr>
        <w:jc w:val="right"/>
      </w:pPr>
      <w:r>
        <w:t>اسلام کے historical process کو۔</w:t>
      </w:r>
    </w:p>
    <w:p>
      <w:r>
        <w:rPr>
          <w:b/>
        </w:rPr>
        <w:t xml:space="preserve">[14:30] </w:t>
      </w:r>
      <w:r>
        <w:t>ke aik baar jin logon ne islam ko as a truth paaya to woh apne aap automatic tor par aage nahi, transfer hota rahe ga.</w:t>
      </w:r>
    </w:p>
    <w:p>
      <w:pPr>
        <w:jc w:val="right"/>
      </w:pPr>
      <w:r>
        <w:t>کہ ایک بار جن لوگوں نے اسلام کو as a truth پایا تو وہ اپنے آپ automatic طور پر آگے نہیں، transfer ہوتا رہے گا۔</w:t>
      </w:r>
    </w:p>
    <w:p>
      <w:r>
        <w:rPr>
          <w:b/>
        </w:rPr>
        <w:t xml:space="preserve">[14:43] </w:t>
      </w:r>
      <w:r>
        <w:t>har generation mein dobara logon ko islam ko realize karna pare ga. har generation mein.</w:t>
      </w:r>
    </w:p>
    <w:p>
      <w:pPr>
        <w:jc w:val="right"/>
      </w:pPr>
      <w:r>
        <w:t>ہر generation میں دوبارہ لوگوں کو اسلام کو realize کرنا پڑے گا۔ ہر generation میں۔</w:t>
      </w:r>
    </w:p>
    <w:p>
      <w:r>
        <w:rPr>
          <w:b/>
        </w:rPr>
        <w:t xml:space="preserve">[14:53] </w:t>
      </w:r>
      <w:r>
        <w:t>yani islam ko har generation mein dobara logon ko rediscover karna pare ga. tab woh janen ge ke islam kya hai, is ki sachai kya hai, eman kya hai, khuda ko manna kya hai.</w:t>
      </w:r>
    </w:p>
    <w:p>
      <w:pPr>
        <w:jc w:val="right"/>
      </w:pPr>
      <w:r>
        <w:t>یعنی اسلام کو ہر generation میں دوبارہ لوگوں کو rediscover کرنا پڑے گا۔ تب وہ جانیں گے کہ اسلام کیا ہے، اس کی سچائی کیا ہے، ایمان کیا ہے، خدا کو ماننا کیا ہے۔</w:t>
      </w:r>
    </w:p>
    <w:p>
      <w:r>
        <w:rPr>
          <w:b/>
        </w:rPr>
        <w:t xml:space="preserve">[15:08] </w:t>
      </w:r>
      <w:r>
        <w:t>in baaton ko shaoor ki gehrai ke sath phir se janen ge jabke woh islam ko rediscover karen ge.</w:t>
      </w:r>
    </w:p>
    <w:p>
      <w:pPr>
        <w:jc w:val="right"/>
      </w:pPr>
      <w:r>
        <w:t>ان باتوں کو شعور کی گہرائی کے ساتھ پھر سے جانیں گے جبکہ وہ اسلام کو rediscover کریں گے۔</w:t>
      </w:r>
    </w:p>
    <w:p>
      <w:r>
        <w:rPr>
          <w:b/>
        </w:rPr>
        <w:t xml:space="preserve">[15:24] </w:t>
      </w:r>
      <w:r>
        <w:t>rediscover kiye baghair islam in ke liye dobara ajnabi bana rahe ga. kyunke woh isi mahol ka product hon ge. pehli baar jin logon ke samne islam pesh kiya gaya tha to woh apne mahol ka, apne environment ka product the.</w:t>
      </w:r>
    </w:p>
    <w:p>
      <w:pPr>
        <w:jc w:val="right"/>
      </w:pPr>
      <w:r>
        <w:t>Rediscover کیے بغیر اسلام ان کے لیے دوبارہ اجنبی بنا رہے گا۔ کیونکہ وہ اسی ماحول کا product ہوں گے۔ پہلی بار جن لوگوں کے سامنے اسلام پیش کیا گیا تھا تو وہ اپنے ماحول کا، اپنے environment کا product تھے۔</w:t>
      </w:r>
    </w:p>
    <w:p>
      <w:r>
        <w:rPr>
          <w:b/>
        </w:rPr>
        <w:t xml:space="preserve">[15:43] </w:t>
      </w:r>
      <w:r>
        <w:t>ab dobara jo log aayen ge woh bhi apne environment ka, apne mahol ka product ban chuke hon ge. is liye unhein islam ajnabi dikhai pare ga.</w:t>
      </w:r>
    </w:p>
    <w:p>
      <w:pPr>
        <w:jc w:val="right"/>
      </w:pPr>
      <w:r>
        <w:t>اب دوبارہ جو لوگ آئیں گے وہ بھی اپنے environment کا، اپنے ماحول کا product بن چکے ہوں گے۔ اس لیے انہیں اسلام اجنبی دکھائی پڑے گا۔</w:t>
      </w:r>
    </w:p>
    <w:p>
      <w:r>
        <w:rPr>
          <w:b/>
        </w:rPr>
        <w:t xml:space="preserve">[15:54] </w:t>
      </w:r>
      <w:r>
        <w:t>is liye aik process hai, dua o work aik process hai jo barabar chalta rahe ga. aik baar chala diya gaya to is se kaam nahi chal sakta.</w:t>
      </w:r>
    </w:p>
    <w:p>
      <w:pPr>
        <w:jc w:val="right"/>
      </w:pPr>
      <w:r>
        <w:t>اس لیے ایک process ہے، دعا و ورک ایک process ہے جو برابر چلتا رہے گا۔ ایک بار چلا دیا گیا تو اس سے کام نہیں چل سکتا۔</w:t>
      </w:r>
    </w:p>
    <w:p>
      <w:r>
        <w:rPr>
          <w:b/>
        </w:rPr>
        <w:t xml:space="preserve">[16:03] </w:t>
      </w:r>
      <w:r>
        <w:t>har agli generation mein dobara dua o work ka process chalaya jata hai. taake agli baad ke log bhi dobara islam ko rediscover karen.</w:t>
      </w:r>
    </w:p>
    <w:p>
      <w:pPr>
        <w:jc w:val="right"/>
      </w:pPr>
      <w:r>
        <w:t>ہر اگلی generation میں دوبارہ دعا و ورک کا process چلایا جاتا ہے۔ تاکہ اگلی بعد کے لوگ بھی دوبارہ اسلام کو rediscover کریں۔</w:t>
      </w:r>
    </w:p>
    <w:p>
      <w:r>
        <w:rPr>
          <w:b/>
        </w:rPr>
        <w:t xml:space="preserve">[16:13] </w:t>
      </w:r>
      <w:r>
        <w:t>dobara un ke islam un ke mind ka hissa bane. warna phir ajnabi ban jaye ga baad ko. kuch samjhen ge nahi log ke kya hai islam, kya nahi.</w:t>
      </w:r>
    </w:p>
    <w:p>
      <w:pPr>
        <w:jc w:val="right"/>
      </w:pPr>
      <w:r>
        <w:t>دوبارہ ان کے اسلام ان کے mind کا حصہ بنے۔ ورنہ پھر اجنبی بن جائے گا بعد کو۔ کچھ سمجھیں گے نہیں لوگ کہ کیا ہے اسلام، کیا نہیں۔</w:t>
      </w:r>
    </w:p>
    <w:p>
      <w:r>
        <w:rPr>
          <w:b/>
        </w:rPr>
        <w:t xml:space="preserve">[16:24] </w:t>
      </w:r>
      <w:r>
        <w:t>lip service to karen ge. yani yun keh sakte hain hum ke baad ko islam aik culture ban jata hai. ideological position khatam ho jati hai.</w:t>
      </w:r>
    </w:p>
    <w:p>
      <w:pPr>
        <w:jc w:val="right"/>
      </w:pPr>
      <w:r>
        <w:t>Lip service تو کریں گے۔ یعنی یوں کہہ سکتے ہیں ہم کہ بعد کو اسلام ایک کلچر بن جاتا ہے۔ Ideological position ختم ہو جاتی ہے۔</w:t>
      </w:r>
    </w:p>
    <w:p>
      <w:r>
        <w:rPr>
          <w:b/>
        </w:rPr>
        <w:t xml:space="preserve">[16:36] </w:t>
      </w:r>
      <w:r>
        <w:t>yani pehle generation mein islam aik ideology tha. lekin dhire dhire dhire dhire islam aik culture ban jata hai.</w:t>
      </w:r>
    </w:p>
    <w:p>
      <w:pPr>
        <w:jc w:val="right"/>
      </w:pPr>
      <w:r>
        <w:t>یعنی پہلے generation میں اسلام ایک ideology تھا۔ لیکن دھیرے دھیرے دھیرے دھیرے اسلام ایک کلچر بن جاتا ہے۔</w:t>
      </w:r>
    </w:p>
    <w:p>
      <w:r>
        <w:rPr>
          <w:b/>
        </w:rPr>
        <w:t xml:space="preserve">[16:45] </w:t>
      </w:r>
      <w:r>
        <w:t>isi ko ajnabi se taabeer kiya gaya. to cultural islam se dobara lotna parta hai unhein ideological islam ki taraf.</w:t>
      </w:r>
    </w:p>
    <w:p>
      <w:pPr>
        <w:jc w:val="right"/>
      </w:pPr>
      <w:r>
        <w:t>اسی کو اجنبی سے تعبیر کیا گیا۔ تو cultural اسلام سے دوبارہ لوٹنا پڑتا ہے انہیں ideological اسلام کی طرف۔</w:t>
      </w:r>
    </w:p>
    <w:p>
      <w:r>
        <w:rPr>
          <w:b/>
        </w:rPr>
        <w:t xml:space="preserve">[16:55] </w:t>
      </w:r>
      <w:r>
        <w:t>yani baad ki generation mein log islam ke naam par aik culture ko apnae hue hote hain.</w:t>
      </w:r>
    </w:p>
    <w:p>
      <w:pPr>
        <w:jc w:val="right"/>
      </w:pPr>
      <w:r>
        <w:t>یعنی بعد کی generation میں لوگ اسلام کے نام پر ایک کلچر کو اپنائے ہوئے ہوتے ہیں۔</w:t>
      </w:r>
    </w:p>
    <w:p>
      <w:r>
        <w:rPr>
          <w:b/>
        </w:rPr>
        <w:t xml:space="preserve">[17:05] </w:t>
      </w:r>
      <w:r>
        <w:t>to yeh karna parta hai ke cultural islam se dobara loten woh aur ideological islam ko dobara daryaft karen woh. is ko janen. yeh hai matlab is hadith ka.</w:t>
      </w:r>
    </w:p>
    <w:p>
      <w:pPr>
        <w:jc w:val="right"/>
      </w:pPr>
      <w:r>
        <w:t>تو یہ کرنا پڑتا ہے کہ cultural اسلام سے دوبارہ لوٹیں وہ اور ideological اسلام کو دوبارہ دریافت کریں وہ۔ اس کو جانیں۔ یہ ہے مطلب اس حدیث کا۔</w:t>
      </w:r>
    </w:p>
    <w:p>
      <w:r>
        <w:rPr>
          <w:b/>
        </w:rPr>
        <w:t xml:space="preserve">[17:24] </w:t>
      </w:r>
      <w:r>
        <w:t>aik hadith hai: "al-bazazat min al-iman". bazazat eman ka hissa hai.</w:t>
      </w:r>
    </w:p>
    <w:p>
      <w:pPr>
        <w:jc w:val="right"/>
      </w:pPr>
      <w:r>
        <w:t>ایک حدیث ہے: "البزازة من الإيمان"۔ بزازة ایمان کا حصہ ہے۔</w:t>
      </w:r>
    </w:p>
    <w:p>
      <w:r>
        <w:rPr>
          <w:b/>
        </w:rPr>
        <w:t xml:space="preserve">[17:37] </w:t>
      </w:r>
      <w:r>
        <w:t>bazazat kya hai? bazazat wohi hai jis ko angrezi mein hum kehte hain rough. rough zindagi.</w:t>
      </w:r>
    </w:p>
    <w:p>
      <w:pPr>
        <w:jc w:val="right"/>
      </w:pPr>
      <w:r>
        <w:t>بزازة کیا ہے؟ بزازة وہی ہے جس کو انگریزی میں ہم کہتے ہیں rough۔ rough زندگی۔</w:t>
      </w:r>
    </w:p>
    <w:p>
      <w:r>
        <w:rPr>
          <w:b/>
        </w:rPr>
        <w:t xml:space="preserve">[17:48] </w:t>
      </w:r>
      <w:r>
        <w:t>rough zindagi ko bazazat kehte hain. yani momin ki zindagi rough zindagi hoti hai. rough life style is ka tareeqa hota hai.</w:t>
      </w:r>
    </w:p>
    <w:p>
      <w:pPr>
        <w:jc w:val="right"/>
      </w:pPr>
      <w:r>
        <w:t>rough زندگی کو بزازة کہتے ہیں۔ یعنی مومن کی زندگی rough زندگی ہوتی ہے۔ rough life style اس کا طریقہ ہوتا ہے۔</w:t>
      </w:r>
    </w:p>
    <w:p>
      <w:r>
        <w:rPr>
          <w:b/>
        </w:rPr>
        <w:t xml:space="preserve">[17:59] </w:t>
      </w:r>
      <w:r>
        <w:t>kyun? is liye ke momin kaun hai? true believer kaun hai? jo jis ka dil khuda ki taraf lag jaye.</w:t>
      </w:r>
    </w:p>
    <w:p>
      <w:pPr>
        <w:jc w:val="right"/>
      </w:pPr>
      <w:r>
        <w:t>کیوں؟ اس لیے کہ مومن کون ہے؟ true believer کون ہے؟ جو جس کا دل خدا کی طرف لگ جائے۔</w:t>
      </w:r>
    </w:p>
    <w:p>
      <w:r>
        <w:rPr>
          <w:b/>
        </w:rPr>
        <w:t xml:space="preserve">[18:10] </w:t>
      </w:r>
      <w:r>
        <w:t>jis ka target paradise ban jaye? jis ki sari tawajjah akhirat ki taraf chali jaye? jo day of judgment ki tayari mein masroof ho jaye?</w:t>
      </w:r>
    </w:p>
    <w:p>
      <w:pPr>
        <w:jc w:val="right"/>
      </w:pPr>
      <w:r>
        <w:t>جس کا target paradise بن جائے۔ جس کی ساری توجہ آخرت کی طرف چلی جائے۔ جو day of judgment کی تیاری میں مصروف ہو جائے۔</w:t>
      </w:r>
    </w:p>
    <w:p>
      <w:r>
        <w:rPr>
          <w:b/>
        </w:rPr>
        <w:t xml:space="preserve">[18:24] </w:t>
      </w:r>
      <w:r>
        <w:t>aisa insan jo hai maujooda dunya ke bare mein bilkul is ki simple life ho jaye gi. log rough zindagi ho jaye gi.</w:t>
      </w:r>
    </w:p>
    <w:p>
      <w:pPr>
        <w:jc w:val="right"/>
      </w:pPr>
      <w:r>
        <w:t>ایسا انسان جو ہے موجودہ دنیا کے بارے میں بالکل اس کی simple life ہو جائے گی۔ لوگ rough زندگی ہو جائے گی۔</w:t>
      </w:r>
    </w:p>
    <w:p>
      <w:r>
        <w:rPr>
          <w:b/>
        </w:rPr>
        <w:t xml:space="preserve">[18:34] </w:t>
      </w:r>
      <w:r>
        <w:t>koi dilchaspi is ko nahi rahe gi ke is dunya ki lazzaten hasil kare. is dunya ki yani mein woh enjoy kare.</w:t>
      </w:r>
    </w:p>
    <w:p>
      <w:pPr>
        <w:jc w:val="right"/>
      </w:pPr>
      <w:r>
        <w:t>کوئی دلچسپی اس کو نہیں رہے گی کہ اس دنیا کی لذتیں حاصل کرے۔ اس دنیا کی یعنی میں وہ enjoy کرے۔</w:t>
      </w:r>
    </w:p>
    <w:p>
      <w:r>
        <w:rPr>
          <w:b/>
        </w:rPr>
        <w:t xml:space="preserve">[18:47] </w:t>
      </w:r>
      <w:r>
        <w:t>kuch bhi nahi hoga. jaise aap jante hain ke aik musafir jo travel kar raha hai to safar ke douran, traveling ke douran woh kuch banau singar nahi kare ga.</w:t>
      </w:r>
    </w:p>
    <w:p>
      <w:pPr>
        <w:jc w:val="right"/>
      </w:pPr>
      <w:r>
        <w:t>کچھ بھی نہیں ہوگا۔ جیسے آپ جانتے ہیں کہ ایک مسافر جو travel کر رہا ہے تو سفر کے دوران، traveling کے دوران وہ کچھ بناؤ سگار نہیں کرے گا۔</w:t>
      </w:r>
    </w:p>
    <w:p>
      <w:r>
        <w:rPr>
          <w:b/>
        </w:rPr>
        <w:t xml:space="preserve">[19:01] </w:t>
      </w:r>
      <w:r>
        <w:t>kuch bhi nahin. aise hi safar tay karta rahe ga.</w:t>
      </w:r>
    </w:p>
    <w:p>
      <w:pPr>
        <w:jc w:val="right"/>
      </w:pPr>
      <w:r>
        <w:t>کچھ بھی نہیں۔ ایسے ہی سفر طے کرتا رہے گا۔</w:t>
      </w:r>
    </w:p>
    <w:p>
      <w:r>
        <w:rPr>
          <w:b/>
        </w:rPr>
        <w:t xml:space="preserve">[19:07] </w:t>
      </w:r>
      <w:r>
        <w:t>kyunke is ko to aage jana hai. is ki manzil aage hai. yahi haal musafir, yahi haal sachay momin ka hota hai.</w:t>
      </w:r>
    </w:p>
    <w:p>
      <w:pPr>
        <w:jc w:val="right"/>
      </w:pPr>
      <w:r>
        <w:t>کیونکہ اس کو تو آگے جانا ہے۔ اس کی منزل آگے ہے۔ یہی حال مسافر، یہی حال سچے مومن کا ہوتا ہے۔</w:t>
      </w:r>
    </w:p>
    <w:p>
      <w:r>
        <w:rPr>
          <w:b/>
        </w:rPr>
        <w:t xml:space="preserve">[19:17] </w:t>
      </w:r>
      <w:r>
        <w:t>sacha momin kya hai? aik musafir hai. kyunke woh janta hai ke manzil to maut ke baad aanay wali hai. abhi kya, abhi to mein safar mein hoon.</w:t>
      </w:r>
    </w:p>
    <w:p>
      <w:pPr>
        <w:jc w:val="right"/>
      </w:pPr>
      <w:r>
        <w:t>سچا مومن کیا ہے؟ ایک مسافر ہے۔ کیونکہ وہ جانتا ہے کہ منزل تو موت کے بعد آنے والی ہے۔ ابھی کیا، ابھی تو میں سفر میں ہوں۔</w:t>
      </w:r>
    </w:p>
    <w:p>
      <w:r>
        <w:rPr>
          <w:b/>
        </w:rPr>
        <w:t xml:space="preserve">[19:28] </w:t>
      </w:r>
      <w:r>
        <w:t>to is liye farmaya ke: "albazazat min al-iman". rough zindagi iman ka aik hissa hai.</w:t>
      </w:r>
    </w:p>
    <w:p>
      <w:pPr>
        <w:jc w:val="right"/>
      </w:pPr>
      <w:r>
        <w:t>تو اس لیے فرمایا کہ: "البزازة من الإيمان"۔ rough زندگی ایمان کا ایک حصہ ہے۔</w:t>
      </w:r>
    </w:p>
    <w:p>
      <w:r>
        <w:rPr>
          <w:b/>
        </w:rPr>
        <w:t xml:space="preserve">[19:37] </w:t>
      </w:r>
      <w:r>
        <w:t>yani jis aadmi ko sachai ki daryaft ho jaye, sachai ke mani kya hain? ki daryaft ho jaye, paradise ki daryaft ho jaye.</w:t>
      </w:r>
    </w:p>
    <w:p>
      <w:pPr>
        <w:jc w:val="right"/>
      </w:pPr>
      <w:r>
        <w:t>یعنی جس آدمی کو سچائی کی دریافت ہو جائے، سچائی کے معنی کیا ہیں؟ کی دریافت ہو جائے، paradise کی دریافت ہو جائے۔</w:t>
      </w:r>
    </w:p>
    <w:p>
      <w:r>
        <w:rPr>
          <w:b/>
        </w:rPr>
        <w:t xml:space="preserve">[19:48] </w:t>
      </w:r>
      <w:r>
        <w:t>ya is ko pata chal jaye ke marne ke baad day of judgment aanay wala hai. jahan mujhe hisab kitab dena hoga. accountability ka zehn ban jaye is ka.</w:t>
      </w:r>
    </w:p>
    <w:p>
      <w:pPr>
        <w:jc w:val="right"/>
      </w:pPr>
      <w:r>
        <w:t>یا اس کو پتہ چل جائے کہ مرنے کے بعد day of judgment آنے والا ہے۔ جہاں مجھے حساب کتاب دینا ہوگا۔ accountability کا ذہن بن جائے اس کا۔</w:t>
      </w:r>
    </w:p>
    <w:p>
      <w:r>
        <w:rPr>
          <w:b/>
        </w:rPr>
        <w:t xml:space="preserve">[20:00] </w:t>
      </w:r>
      <w:r>
        <w:t>to jab yeh sab kisi ke andar hota hai to sari dunyavi cheezain is ke liye secretary ban jati hain. kapra, bistar, furniture, ghar, sawari.</w:t>
      </w:r>
    </w:p>
    <w:p>
      <w:pPr>
        <w:jc w:val="right"/>
      </w:pPr>
      <w:r>
        <w:t>تو جب یہ سب کسی کے اندر ہوتا ہے تو ساری دنیاوی چیزیں اس کے لیے سیکرٹری بن جاتی ہیں۔ کپڑا، بستر، فرنیچر، گھر، سواری۔</w:t>
      </w:r>
    </w:p>
    <w:p>
      <w:r>
        <w:rPr>
          <w:b/>
        </w:rPr>
        <w:t xml:space="preserve">[20:13] </w:t>
      </w:r>
      <w:r>
        <w:t>har cheez is ke liye secretary ban jati hai. to sadgi aa jati hai. jab aap ki zindagi mein dunyavi cheezain secretary ban jayen to zahir hai ke phir woh sadgi to sadgi hi aaye gi.</w:t>
      </w:r>
    </w:p>
    <w:p>
      <w:pPr>
        <w:jc w:val="right"/>
      </w:pPr>
      <w:r>
        <w:t>ہر چیز اس کے لیے سیکرٹری بن جاتی ہے۔ تو سادگی آ جاتی ہے۔ جب آپ کی زندگی میں دنیاوی چیزیں سیکرٹری بن جائیں تو ظاہر ہے کہ پھر وہ سادگی تو سادگی ہی آئے گی۔</w:t>
      </w:r>
    </w:p>
    <w:p>
      <w:r>
        <w:rPr>
          <w:b/>
        </w:rPr>
        <w:t xml:space="preserve">[20:29] </w:t>
      </w:r>
      <w:r>
        <w:t>rough zindagi ban jaye gi aap ki.</w:t>
      </w:r>
    </w:p>
    <w:p>
      <w:pPr>
        <w:jc w:val="right"/>
      </w:pPr>
      <w:r>
        <w:t>rough زندگی بن جائے گی آپ کی۔</w:t>
      </w:r>
    </w:p>
    <w:p>
      <w:r>
        <w:rPr>
          <w:b/>
        </w:rPr>
        <w:t xml:space="preserve">[20:34] </w:t>
      </w:r>
      <w:r>
        <w:t>to rough zindagi ya simple life is baat ki pehchan hai ke aadmi ke</w:t>
      </w:r>
    </w:p>
    <w:p>
      <w:pPr>
        <w:jc w:val="right"/>
      </w:pPr>
      <w:r>
        <w:t>تو rough زندگی یا simple life اس بات کی پہچان ہے کہ آدمی کے</w:t>
      </w:r>
    </w:p>
    <w:p>
      <w:r>
        <w:rPr>
          <w:b/>
        </w:rPr>
        <w:t xml:space="preserve">[20:46] </w:t>
      </w:r>
      <w:r>
        <w:t>mind mein aik badlao aaya hai. aadmi ke andar yeh baat baith gayi hai ke asal duniya to woh hai.</w:t>
      </w:r>
    </w:p>
    <w:p>
      <w:pPr>
        <w:jc w:val="right"/>
      </w:pPr>
      <w:r>
        <w:t>mind میں ایک بدلاؤ آیا ہے۔ آدمی کے اندر یہ بات بیٹھ گئی ہے کہ اصل دنیا تو وہ ہے۔</w:t>
      </w:r>
    </w:p>
    <w:p>
      <w:r>
        <w:rPr>
          <w:b/>
        </w:rPr>
        <w:t xml:space="preserve">[21:03] </w:t>
      </w:r>
      <w:r>
        <w:t>asal kamyabi to maut ke baad wali hai.</w:t>
      </w:r>
    </w:p>
    <w:p>
      <w:pPr>
        <w:jc w:val="right"/>
      </w:pPr>
      <w:r>
        <w:t>اصل کامیابی تو موت کے بعد والی ہے۔</w:t>
      </w:r>
    </w:p>
    <w:p>
      <w:r>
        <w:rPr>
          <w:b/>
        </w:rPr>
        <w:t xml:space="preserve">[21:09] </w:t>
      </w:r>
      <w:r>
        <w:t>yeh baat dil mein baith janay hi ka aik phenomena hai. aik manifestation hai ke aadmi ki zindagi simple ho jaye, rough ho jaye.</w:t>
      </w:r>
    </w:p>
    <w:p>
      <w:pPr>
        <w:jc w:val="right"/>
      </w:pPr>
      <w:r>
        <w:t>یہ بات دل میں بیٹھ جانے ہی کا ایک phenomena ہے۔ ایک manifestation ہے کہ آدمی کی زندگی simple ہو جائے، rough ہو جائے۔</w:t>
      </w:r>
    </w:p>
    <w:p>
      <w:r>
        <w:rPr>
          <w:b/>
        </w:rPr>
        <w:t xml:space="preserve">[21:21] </w:t>
      </w:r>
      <w:r>
        <w:t>jitna ziyada</w:t>
      </w:r>
    </w:p>
    <w:p>
      <w:pPr>
        <w:jc w:val="right"/>
      </w:pPr>
      <w:r>
        <w:t>جتنا زیادہ</w:t>
      </w:r>
    </w:p>
    <w:p>
      <w:r>
        <w:rPr>
          <w:b/>
        </w:rPr>
        <w:t xml:space="preserve">[21:24] </w:t>
      </w:r>
      <w:r>
        <w:t>ziyada aisa hoga ke is ke mind mein Khuda ki pakar abhi nahin hui hogi. is ke mind mein abhi yeh baitha nahin hoga ke aage maut ke baad hamein hisab kitab dena hai.</w:t>
      </w:r>
    </w:p>
    <w:p>
      <w:pPr>
        <w:jc w:val="right"/>
      </w:pPr>
      <w:r>
        <w:t>زیادہ ایسا ہوگا کہ اس کے mind میں خدا کی پکڑ ابھی نہیں ہوئی ہوگی۔ اس کے mind میں ابھی یہ بیٹھا نہیں ہوگا کہ آگے موت کے بعد ہمیں حساب کتاب دینا ہے۔</w:t>
      </w:r>
    </w:p>
    <w:p>
      <w:r>
        <w:rPr>
          <w:b/>
        </w:rPr>
        <w:t xml:space="preserve">[21:40] </w:t>
      </w:r>
      <w:r>
        <w:t>jitna ziyada yeh ehsas kam hoga utni ziyada is ki zindagi mein kami hogi. aur jitna ziyada yeh pakar is ke zehn mein zinda ho,</w:t>
      </w:r>
    </w:p>
    <w:p>
      <w:pPr>
        <w:jc w:val="right"/>
      </w:pPr>
      <w:r>
        <w:t>جتنا زیادہ یہ احساس کم ہوگا اتنی زیادہ اس کی زندگی میں کمی ہوگی۔ اور جتنا زیادہ یہ پکڑ اس کے ذہن میں زندہ ہو،</w:t>
      </w:r>
    </w:p>
    <w:p>
      <w:r>
        <w:rPr>
          <w:b/>
        </w:rPr>
        <w:t xml:space="preserve">[21:54] </w:t>
      </w:r>
      <w:r>
        <w:t>accountability ka ehsas zinda ho utni ziyada woh is ki zindagi mein sadgi aa jayegi. simple life, rough life style ban jayega is ka.</w:t>
      </w:r>
    </w:p>
    <w:p>
      <w:pPr>
        <w:jc w:val="right"/>
      </w:pPr>
      <w:r>
        <w:t>accountability کا احساس زندہ ہو اتنی زیادہ وہ اس کی زندگی میں سادگی آ جائے گی۔ simple life، rough life style بن جائے گا اس کا۔</w:t>
      </w:r>
    </w:p>
    <w:p>
      <w:r>
        <w:rPr>
          <w:b/>
        </w:rPr>
        <w:t xml:space="preserve">[22:11] </w:t>
      </w:r>
      <w:r>
        <w:t>to rough life style jo hai iman ki aik kharji pehchan hai.</w:t>
      </w:r>
    </w:p>
    <w:p>
      <w:pPr>
        <w:jc w:val="right"/>
      </w:pPr>
      <w:r>
        <w:t>تو rough life style جو ہے ایمان کی ایک خارجی پہچان ہے۔</w:t>
      </w:r>
    </w:p>
    <w:p>
      <w:r>
        <w:rPr>
          <w:b/>
        </w:rPr>
        <w:t xml:space="preserve">[22:19] </w:t>
      </w:r>
      <w:r>
        <w:t>rough life style is baat ki pehchan hai ke aadmi ke andar iman utar aaya hai. aadmi ke andar Khuda ki roshni gehrai ke sath utar aayi hai.</w:t>
      </w:r>
    </w:p>
    <w:p>
      <w:pPr>
        <w:jc w:val="right"/>
      </w:pPr>
      <w:r>
        <w:t>rough life style اس بات کی پہچان ہے کہ آدمی کے اندر ایمان اتر آیا ہے۔ آدمی کے اندر خدا کی روشنی گہرائی کے ساتھ اتر آئی ہے۔</w:t>
      </w:r>
    </w:p>
    <w:p>
      <w:r>
        <w:rPr>
          <w:b/>
        </w:rPr>
        <w:t xml:space="preserve">[22:34] </w:t>
      </w:r>
      <w:r>
        <w:t>aik hadith mein Rasool Allah Sal Allahu Alaihi Wasallam ne dua ke andaz mein farmaya ke: "Allahumma habbib ilayna al-iman".</w:t>
      </w:r>
    </w:p>
    <w:p>
      <w:pPr>
        <w:jc w:val="right"/>
      </w:pPr>
      <w:r>
        <w:t>ایک حدیث میں رسول اللہ صلی اللہ علیہ وسلم نے دعا کے انداز میں فرمایا کہ: "اللہم حبب الینا الإيمان"۔</w:t>
      </w:r>
    </w:p>
    <w:p>
      <w:r>
        <w:rPr>
          <w:b/>
        </w:rPr>
        <w:t xml:space="preserve">[22:49] </w:t>
      </w:r>
      <w:r>
        <w:t>ae Khuda!</w:t>
      </w:r>
    </w:p>
    <w:p>
      <w:pPr>
        <w:jc w:val="right"/>
      </w:pPr>
      <w:r>
        <w:t>اے خدا!</w:t>
      </w:r>
    </w:p>
    <w:p>
      <w:r>
        <w:rPr>
          <w:b/>
        </w:rPr>
        <w:t xml:space="preserve">[22:53] </w:t>
      </w:r>
      <w:r>
        <w:t>hamare liye iman ko aik mehboob cheez bana de.</w:t>
      </w:r>
    </w:p>
    <w:p>
      <w:pPr>
        <w:jc w:val="right"/>
      </w:pPr>
      <w:r>
        <w:t>ہمارے لیے ایمان کو ایک محبوب چیز بنا دے۔</w:t>
      </w:r>
    </w:p>
    <w:p>
      <w:r>
        <w:rPr>
          <w:b/>
        </w:rPr>
        <w:t xml:space="preserve">[23:01] </w:t>
      </w:r>
      <w:r>
        <w:t>yani iman ke liye hamare dil mein mohabbat daal de.</w:t>
      </w:r>
    </w:p>
    <w:p>
      <w:pPr>
        <w:jc w:val="right"/>
      </w:pPr>
      <w:r>
        <w:t>یعنی ایمان کے لیے ہمارے دل میں محبت ڈال دے۔</w:t>
      </w:r>
    </w:p>
    <w:p>
      <w:r>
        <w:rPr>
          <w:b/>
        </w:rPr>
        <w:t xml:space="preserve">[23:08] </w:t>
      </w:r>
      <w:r>
        <w:t>aap jante hain ke do qism ka tareeqa hota hai. aik yeh hai ke aap kisi cheez ko len mahaz aik aik zaroorat ke liye.</w:t>
      </w:r>
    </w:p>
    <w:p>
      <w:pPr>
        <w:jc w:val="right"/>
      </w:pPr>
      <w:r>
        <w:t>آپ جانتے ہیں کہ دو قسم کا طریقہ ہوتا ہے۔ ایک یہ ہے کہ آپ کسی چیز کو لیں محض ایک ایک ضرورت کے لیے۔</w:t>
      </w:r>
    </w:p>
    <w:p>
      <w:r>
        <w:rPr>
          <w:b/>
        </w:rPr>
        <w:t xml:space="preserve">[23:22] </w:t>
      </w:r>
      <w:r>
        <w:t>jaise aap aik aik stick len, aik chhari len to aap us se mohabbat nahin hogi. woh to sirf aap ke liye aik zaroorat ke darje mein aik cheez hogi.</w:t>
      </w:r>
    </w:p>
    <w:p>
      <w:pPr>
        <w:jc w:val="right"/>
      </w:pPr>
      <w:r>
        <w:t>جیسے آپ ایک ایک stick لیں، ایک چھڑی لیں تو آپ اس سے محبت نہیں ہوگی۔ وہ تو صرف آپ کے لیے ایک ضرورت کے درجے میں ایک چیز ہوگی۔</w:t>
      </w:r>
    </w:p>
    <w:p>
      <w:r>
        <w:rPr>
          <w:b/>
        </w:rPr>
        <w:t xml:space="preserve">[23:37] </w:t>
      </w:r>
      <w:r>
        <w:t>lekin maa ko apne bete se muhabbat hoti hai. to ek hota hai muhabbat wala ta'alluq. to aap ne فرمایا کہ yeh sikhaya gaya aap ne کہ hum yeh dua karte rahen.</w:t>
      </w:r>
    </w:p>
    <w:p>
      <w:pPr>
        <w:jc w:val="right"/>
      </w:pPr>
      <w:r>
        <w:t>لیکن ماں کو اپنے بیٹے سے محبت ہوتی ہے۔ تو ایک ہوتا ہے محبت والا تعلق۔ تو آپ نے فرمایا کہ یہ سکھایا گیا آپ نے کہ ہم یہ دعا کرتے رہیں۔</w:t>
      </w:r>
    </w:p>
    <w:p>
      <w:r>
        <w:rPr>
          <w:b/>
        </w:rPr>
        <w:t xml:space="preserve">[23:53] </w:t>
      </w:r>
      <w:r>
        <w:t>kyunke aap jante hain ke Rasool Allah Sal Allahu Alaihi Wasallam ek namuna the. har cheez aap ki namuna hai. to humein yeh dua karte rehna chahiye ke: "Allahumma habbib ilaina al-iman".</w:t>
      </w:r>
    </w:p>
    <w:p>
      <w:pPr>
        <w:jc w:val="right"/>
      </w:pPr>
      <w:r>
        <w:t>کیونکہ آپ جانتے ہیں کہ رسول اللہ صلی اللہ علیہ وسلم ایک نمونہ تھے۔ ہر چیز آپ کی نمونہ ہے۔ تو ہمیں یہ دعا کرتے رہنا چاہیے کہ: "اللہم حبب الینا الإيمان"۔</w:t>
      </w:r>
    </w:p>
    <w:p>
      <w:r>
        <w:rPr>
          <w:b/>
        </w:rPr>
        <w:t xml:space="preserve">[24:04] </w:t>
      </w:r>
      <w:r>
        <w:t>ae kh</w:t>
      </w:r>
    </w:p>
    <w:p>
      <w:pPr>
        <w:jc w:val="right"/>
      </w:pPr>
      <w:r>
        <w:t>اے خ</w:t>
      </w:r>
    </w:p>
    <w:p>
      <w:r>
        <w:rPr>
          <w:b/>
        </w:rPr>
        <w:t xml:space="preserve">[24:05] </w:t>
      </w:r>
      <w:r>
        <w:t>da! hamare liye iman ko ek mehboob cheez bana de. woh mahaz ek etiquette na ho.</w:t>
      </w:r>
    </w:p>
    <w:p>
      <w:pPr>
        <w:jc w:val="right"/>
      </w:pPr>
      <w:r>
        <w:t>دا! ہمارے لیے ایمان کو ایک محبوب چیز بنا دے۔ وہ محض ایک etiquette نہ ہو۔</w:t>
      </w:r>
    </w:p>
    <w:p>
      <w:r>
        <w:rPr>
          <w:b/>
        </w:rPr>
        <w:t xml:space="preserve">[24:17] </w:t>
      </w:r>
      <w:r>
        <w:t>woh mahaz ek manual qism ki cheez na ho. mahaz woh ek kharji ravaiyya na ho.</w:t>
      </w:r>
    </w:p>
    <w:p>
      <w:pPr>
        <w:jc w:val="right"/>
      </w:pPr>
      <w:r>
        <w:t>وہ محض ایک manual قسم کی چیز نہ ہو۔ محض وہ ایک خارجی رویہ نہ ہو۔</w:t>
      </w:r>
    </w:p>
    <w:p>
      <w:r>
        <w:rPr>
          <w:b/>
        </w:rPr>
        <w:t xml:space="preserve">[24:25] </w:t>
      </w:r>
      <w:r>
        <w:t>hamare dil mein utra hua ho. yani muhabbat sab se bari cheez hoti hai kisi insaan ke paas. sab se bara jo ta'alluq hai woh muhabbat ka ta'alluq hai.</w:t>
      </w:r>
    </w:p>
    <w:p>
      <w:pPr>
        <w:jc w:val="right"/>
      </w:pPr>
      <w:r>
        <w:t>ہمارے دل میں اترا ہوا ہو۔ یعنی محبت سب سے بڑی چیز ہوتی ہے کسی انسان کے پاس۔ سب سے بڑا جو تعلق ہے وہ محبت کا تعلق ہے۔</w:t>
      </w:r>
    </w:p>
    <w:p>
      <w:r>
        <w:rPr>
          <w:b/>
        </w:rPr>
        <w:t xml:space="preserve">[24:39] </w:t>
      </w:r>
      <w:r>
        <w:t>iske aage koi aur ta'alluq nahin. jaise maa ko apne bete se muhabbat hoti hai to iske aage koi darja nahin hai ta'alluq ka.</w:t>
      </w:r>
    </w:p>
    <w:p>
      <w:pPr>
        <w:jc w:val="right"/>
      </w:pPr>
      <w:r>
        <w:t>اس کے آگے کوئی اور تعلق نہیں۔ جیسے ماں کو اپنے بیٹے سے محبت ہوتی ہے تو اس کے آگے کوئی درجہ نہیں ہے تعلق کا۔</w:t>
      </w:r>
    </w:p>
    <w:p>
      <w:r>
        <w:rPr>
          <w:b/>
        </w:rPr>
        <w:t xml:space="preserve">[24:49] </w:t>
      </w:r>
      <w:r>
        <w:t>kisi insaan ko sab se bara jo, sab se ooncha jo ta'alluq kisi se ho sakta hai usko love kehte hain, muhabbat kehte hain.</w:t>
      </w:r>
    </w:p>
    <w:p>
      <w:pPr>
        <w:jc w:val="right"/>
      </w:pPr>
      <w:r>
        <w:t>کسی انسان کو سب سے بڑا جو، سب سے اونچا جو تعلق کسی سے ہو سکتا ہے اس کو love کہتے ہیں، محبت کہتے ہیں۔</w:t>
      </w:r>
    </w:p>
    <w:p>
      <w:r>
        <w:rPr>
          <w:b/>
        </w:rPr>
        <w:t xml:space="preserve">[25:01] </w:t>
      </w:r>
      <w:r>
        <w:t>iske aage koi darja nahin ta'alluq ka. to فرمایا کہ is aala darje ka ta'alluq hona chahiye aadmi ko iman ke saath.</w:t>
      </w:r>
    </w:p>
    <w:p>
      <w:pPr>
        <w:jc w:val="right"/>
      </w:pPr>
      <w:r>
        <w:t>اس کے آگے کوئی درجہ نہیں تعلق کا۔ تو فرمایا کہ اس اعلیٰ درجے کا تعلق ہونا چاہیے آدمی کو ایمان کے ساتھ۔</w:t>
      </w:r>
    </w:p>
    <w:p>
      <w:r>
        <w:rPr>
          <w:b/>
        </w:rPr>
        <w:t xml:space="preserve">[25:12] </w:t>
      </w:r>
      <w:r>
        <w:t>sab se ooncha jo darja hai muhabbat ka is darje mein, is aala level par mujhe iman mil jaye, iski dua karna.</w:t>
      </w:r>
    </w:p>
    <w:p>
      <w:pPr>
        <w:jc w:val="right"/>
      </w:pPr>
      <w:r>
        <w:t>سب سے اونچا جو درجہ ہے محبت کا اس درجے میں، اس اعلیٰ level پر مجھے ایمان مل جائے، اس کی دعا کرنا۔</w:t>
      </w:r>
    </w:p>
    <w:p>
      <w:r>
        <w:rPr>
          <w:b/>
        </w:rPr>
        <w:t xml:space="preserve">[25:26] </w:t>
      </w:r>
      <w:r>
        <w:t>to yeh bohat bari baat hai. kyunke jis cheez se aap ko muhabbat ho jaye woh aap ka supreme concern ban jata hai.</w:t>
      </w:r>
    </w:p>
    <w:p>
      <w:pPr>
        <w:jc w:val="right"/>
      </w:pPr>
      <w:r>
        <w:t>تو یہ بہت بڑی بات ہے۔ کیونکہ جس چیز سے آپ کو محبت ہو جائے وہ آپ کا supreme concern بن جاتا ہے۔</w:t>
      </w:r>
    </w:p>
    <w:p>
      <w:r>
        <w:rPr>
          <w:b/>
        </w:rPr>
        <w:t xml:space="preserve">[25:38] </w:t>
      </w:r>
      <w:r>
        <w:t>usko aap priority ke taur par lene lagte hain. iske siwa doosri tamam cheezein jo hain woh aap ke liye secretary ban jati hain.</w:t>
      </w:r>
    </w:p>
    <w:p>
      <w:pPr>
        <w:jc w:val="right"/>
      </w:pPr>
      <w:r>
        <w:t>اس کو آپ priority کے طور پر لینے لگتے ہیں۔ اس کے سوا دوسری تمام چیزیں جو ہیں وہ آپ کے لیے سیکرٹری بن جاتی ہیں۔</w:t>
      </w:r>
    </w:p>
    <w:p>
      <w:r>
        <w:rPr>
          <w:b/>
        </w:rPr>
        <w:t xml:space="preserve">[25:52] </w:t>
      </w:r>
      <w:r>
        <w:t>to insaan ko iman mila hai ya nahin mila hai iski pehchan kya hai? ke iman iske liye</w:t>
      </w:r>
    </w:p>
    <w:p>
      <w:pPr>
        <w:jc w:val="right"/>
      </w:pPr>
      <w:r>
        <w:t>تو انسان کو ایمان ملا ہے یا نہیں ملا ہے اس کی پہچان کیا ہے؟ کہ ایمان اس کے لیے</w:t>
      </w:r>
    </w:p>
    <w:p>
      <w:r>
        <w:rPr>
          <w:b/>
        </w:rPr>
        <w:t xml:space="preserve">[26:03] </w:t>
      </w:r>
      <w:r>
        <w:t>mehboob bana hai ya nahin bana hai. muhabbat ke darje mein iske andar iman dakhil hua hai ya nahin dakhil hua hai. agar iman</w:t>
      </w:r>
    </w:p>
    <w:p>
      <w:pPr>
        <w:jc w:val="right"/>
      </w:pPr>
      <w:r>
        <w:t>محبوب بنا ہے یا نہیں بنا ہے۔ محبت کے درجے میں اس کے اندر ایمان داخل ہوا ہے یا نہیں داخل ہوا ہے۔ اگر ایمان</w:t>
      </w:r>
    </w:p>
    <w:p>
      <w:r>
        <w:rPr>
          <w:b/>
        </w:rPr>
        <w:t xml:space="preserve">[26:14] </w:t>
      </w:r>
      <w:r>
        <w:t>dekhein ek baat yeh bhi arz kar doon ke log yani people don't know the difference between iman aur josh.</w:t>
      </w:r>
    </w:p>
    <w:p>
      <w:pPr>
        <w:jc w:val="right"/>
      </w:pPr>
      <w:r>
        <w:t>دیکھیں ایک بات یہ بھی عرض کر دوں کہ لوگ یعنی people don't know the difference between ایمان اور جوش۔</w:t>
      </w:r>
    </w:p>
    <w:p>
      <w:r>
        <w:rPr>
          <w:b/>
        </w:rPr>
        <w:t xml:space="preserve">[26:29] </w:t>
      </w:r>
      <w:r>
        <w:t>yani josh ka naam muhabbat nahin hai.</w:t>
      </w:r>
    </w:p>
    <w:p>
      <w:pPr>
        <w:jc w:val="right"/>
      </w:pPr>
      <w:r>
        <w:t>یعنی جوش کا نام محبت نہیں ہے۔</w:t>
      </w:r>
    </w:p>
    <w:p>
      <w:r>
        <w:rPr>
          <w:b/>
        </w:rPr>
        <w:t xml:space="preserve">[26:34] </w:t>
      </w:r>
      <w:r>
        <w:t>yani Rasool Allah Sal Allahu Alaihi Wasallam ke saath koi koi farz kiye gustakhi kar de aur woh ladne ke khade ho jayen iska naam muhabbat nahin hai.</w:t>
      </w:r>
    </w:p>
    <w:p>
      <w:pPr>
        <w:jc w:val="right"/>
      </w:pPr>
      <w:r>
        <w:t>یعنی رسول اللہ صلی اللہ علیہ وسلم کے ساتھ کوئی کوئی فرض کیے گستاخی کر دے اور وہ لڑنے کے کھڑے ہو جائیں اس کا نام محبت نہیں ہے۔</w:t>
      </w:r>
    </w:p>
    <w:p>
      <w:r>
        <w:rPr>
          <w:b/>
        </w:rPr>
        <w:t xml:space="preserve">[26:50] </w:t>
      </w:r>
      <w:r>
        <w:t>is baat ko achhe se samajh lijiye ke muhabbat mein aur josh mein farq hai.</w:t>
      </w:r>
    </w:p>
    <w:p>
      <w:pPr>
        <w:jc w:val="right"/>
      </w:pPr>
      <w:r>
        <w:t>اس بات کو اچھے سے سمجھ لیئے کہ محبت میں اور جوش میں فرق ہے۔</w:t>
      </w:r>
    </w:p>
    <w:p>
      <w:r>
        <w:rPr>
          <w:b/>
        </w:rPr>
        <w:t xml:space="preserve">[26:57] </w:t>
      </w:r>
      <w:r>
        <w:t>is naam par ke Rasool Allah ke saath gustakhi ki gayi hai. Rasool Allah ka naam galat tareeqe se liya gaya hai. aap ladne ko khade ho jayen to yeh hargiz muhabbat Rasool nahin hai.</w:t>
      </w:r>
    </w:p>
    <w:p>
      <w:pPr>
        <w:jc w:val="right"/>
      </w:pPr>
      <w:r>
        <w:t>اس نام پر کہ رسول اللہ کے ساتھ گستاخی کی گئی ہے۔ رسول اللہ کا نام غلط طریقے سے لیا گیا ہے۔ آپ لڑنے کو کھڑے ہو جائیں تو یہ ہرگز محبت رسول نہیں ہے۔</w:t>
      </w:r>
    </w:p>
    <w:p>
      <w:r>
        <w:rPr>
          <w:b/>
        </w:rPr>
        <w:t xml:space="preserve">[27:11] </w:t>
      </w:r>
      <w:r>
        <w:t>yeh to ek josh hai, emotional outburst hai. yeh bohat hi alag dhang ki cheez hai.</w:t>
      </w:r>
    </w:p>
    <w:p>
      <w:pPr>
        <w:jc w:val="right"/>
      </w:pPr>
      <w:r>
        <w:t>یہ تو ایک جوش ہے، emotional outburst ہے۔ یہ بہت ہی الگ ڈھنگ کی چیز ہے۔</w:t>
      </w:r>
    </w:p>
    <w:p>
      <w:r>
        <w:rPr>
          <w:b/>
        </w:rPr>
        <w:t xml:space="preserve">[27:21] </w:t>
      </w:r>
      <w:r>
        <w:t>yaad rakhiye emotional outburst hota hai qaumi jazbe ke tehat. mili jazbe ke tehat. aap ko mehsoos hota hai ke mera pride jo hai woh hit ho gaya hai.</w:t>
      </w:r>
    </w:p>
    <w:p>
      <w:pPr>
        <w:jc w:val="right"/>
      </w:pPr>
      <w:r>
        <w:t>یاد رکھیئے emotional outburst ہوتا ہے قومی جذبے کے تحت۔ ملی جذبے کے تحت۔ آپ کو محسوس ہوتا ہے کہ میرا pride جو ہے وہ hit ہو گیا ہے۔</w:t>
      </w:r>
    </w:p>
    <w:p>
      <w:r>
        <w:rPr>
          <w:b/>
        </w:rPr>
        <w:t xml:space="preserve">[27:36] </w:t>
      </w:r>
      <w:r>
        <w:t>mere pride ko is ne tod diya hai. to is qism ka jo purjosh izhaar hota hai woh haqeeqat mein apne pride ko mehfooz rakhne ke liye hota hai.</w:t>
      </w:r>
    </w:p>
    <w:p>
      <w:pPr>
        <w:jc w:val="right"/>
      </w:pPr>
      <w:r>
        <w:t>میرے pride کو اس نے توڑ دیا ہے۔ تو اس قسم کا جو پرجوش اظہار ہوتا ہے وہ حقیقت میں اپنے pride کو محفوظ رکھنے کے لیے ہوتا ہے۔</w:t>
      </w:r>
    </w:p>
    <w:p>
      <w:r>
        <w:rPr>
          <w:b/>
        </w:rPr>
        <w:t xml:space="preserve">[27:47] </w:t>
      </w:r>
      <w:r>
        <w:t>apne qaumi</w:t>
      </w:r>
    </w:p>
    <w:p>
      <w:pPr>
        <w:jc w:val="right"/>
      </w:pPr>
      <w:r>
        <w:t>اپنے قومی</w:t>
      </w:r>
    </w:p>
    <w:p>
      <w:r>
        <w:rPr>
          <w:b/>
        </w:rPr>
        <w:t xml:space="preserve">[27:51] </w:t>
      </w:r>
      <w:r>
        <w:t>supremacy ko baqi rakhne ke liye hota hai. iska muhabbat Rasool se koi ta'alluq nahin.</w:t>
      </w:r>
    </w:p>
    <w:p>
      <w:pPr>
        <w:jc w:val="right"/>
      </w:pPr>
      <w:r>
        <w:t>supremacy کو باقی رکھنے کے لیے ہوتا ہے۔ اس کا محبت رسول سے کوئی تعلق نہیں۔</w:t>
      </w:r>
    </w:p>
    <w:p>
      <w:r>
        <w:rPr>
          <w:b/>
        </w:rPr>
        <w:t xml:space="preserve">[28:00] </w:t>
      </w:r>
      <w:r>
        <w:t>yani qaumi nakhwat lagta hai aap ko ke toot gayi. qaumi pride jo hai woh khatre mein pad gaya. iske liye aap, iske liye log josh mein aa kar ke ladna shuru kar dete hain.</w:t>
      </w:r>
    </w:p>
    <w:p>
      <w:pPr>
        <w:jc w:val="right"/>
      </w:pPr>
      <w:r>
        <w:t>یعنی قومی نخوت لگتا ہے آپ کو کہ ٹوٹ گئی۔ قومی pride جو ہے وہ خطرے میں پڑ گیا۔ اس کے لیے آپ، اس کے لیے لوگ جوش میں آ کر کے لڑنا شروع کر دیتے ہیں۔</w:t>
      </w:r>
    </w:p>
    <w:p>
      <w:r>
        <w:rPr>
          <w:b/>
        </w:rPr>
        <w:t xml:space="preserve">[28:14] </w:t>
      </w:r>
      <w:r>
        <w:t>woh kuch bhi mohabbat, yaani mohabbat rasool kisi darjay mein bhi mohabbat rasool nahi hai. mohabbat rasool toh ek positive sifat ka naam hai.</w:t>
      </w:r>
    </w:p>
    <w:p>
      <w:pPr>
        <w:jc w:val="right"/>
      </w:pPr>
      <w:r>
        <w:t>وہ کچھ بھی محبت، یعنی محبت رسول کسی درجے میں بھی محبت رسول نہیں ہے۔ محبت رسول تو ایک positive صفت کا نام ہے۔</w:t>
      </w:r>
    </w:p>
    <w:p>
      <w:r>
        <w:rPr>
          <w:b/>
        </w:rPr>
        <w:t xml:space="preserve">[28:27] </w:t>
      </w:r>
      <w:r>
        <w:t>ek bohat hi</w:t>
      </w:r>
    </w:p>
    <w:p>
      <w:pPr>
        <w:jc w:val="right"/>
      </w:pPr>
      <w:r>
        <w:t>ایک بہت ہی</w:t>
      </w:r>
    </w:p>
    <w:p>
      <w:r>
        <w:rPr>
          <w:b/>
        </w:rPr>
        <w:t xml:space="preserve">[28:28] </w:t>
      </w:r>
      <w:r>
        <w:t>ek dusron se, dusron ka well-wisher banata hai. agar aap ko Allah se mohabbat hai, imaan se mohabbat hai, rasool se mohabbat hai toh kya hoga?</w:t>
      </w:r>
    </w:p>
    <w:p>
      <w:pPr>
        <w:jc w:val="right"/>
      </w:pPr>
      <w:r>
        <w:t>۔ یعنی دوسروں سے، دوسروں کا well-wisher بناتا ہے۔ اگر آپ کو اللہ سے محبت ہے، ایمان سے محبت ہے، رسول سے محبت ہے تو کیا ہوگا؟</w:t>
      </w:r>
    </w:p>
    <w:p>
      <w:r>
        <w:rPr>
          <w:b/>
        </w:rPr>
        <w:t xml:space="preserve">[28:39] </w:t>
      </w:r>
      <w:r>
        <w:t>aap dusron ke well-wisher ban jayenge. dusron ke khair khwah ban jayenge. aap ke andar narmi aayegi, tawazu aayegi, modesty aayegi.</w:t>
      </w:r>
    </w:p>
    <w:p>
      <w:pPr>
        <w:jc w:val="right"/>
      </w:pPr>
      <w:r>
        <w:t>آپ دوسروں کے well-wisher بن جائیں گے۔ دوسروں کے خیر خواہ بن جائیں گے۔ آپ کے اندر نرمی آئے گی، تواضع آئے گی، modesty آئے گی۔</w:t>
      </w:r>
    </w:p>
    <w:p>
      <w:r>
        <w:rPr>
          <w:b/>
        </w:rPr>
        <w:t xml:space="preserve">[28:54] </w:t>
      </w:r>
      <w:r>
        <w:t>josh o kharosh wali baat kab</w:t>
      </w:r>
    </w:p>
    <w:p>
      <w:pPr>
        <w:jc w:val="right"/>
      </w:pPr>
      <w:r>
        <w:t>جوش و خروش والی بات کب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