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Life and Death | July 24, 2011</w:t>
      </w:r>
    </w:p>
    <w:p>
      <w:r>
        <w:t>https://www.youtube.com/watch?v=72dTEA3bXTU</w:t>
      </w:r>
    </w:p>
    <w:p>
      <w:r>
        <w:rPr>
          <w:b/>
        </w:rPr>
        <w:t xml:space="preserve">[00:13] </w:t>
      </w:r>
      <w:r>
        <w:t>bismillah hir rahman nir rahim. wa sali Allahu ala nabiyyil karim. rab ishrah li sadri, wa yassir li amri, wah lul uqdatan min lisani yafqahu qawli. aaj ka topic hai "in life and death", yaani zindagi aur</w:t>
      </w:r>
    </w:p>
    <w:p>
      <w:pPr>
        <w:jc w:val="right"/>
      </w:pPr>
      <w:r>
        <w:t>بسم اللہ الرحمن الرحیم۔ وصلی اللہ علی النبی الکریم۔ رب اشرح لی صدری، ویسر لی امری، واحل النقطۃ من لسانی یفقہ قولی۔ آج کا ٹاپک ہے "ان لائف اینڈ ڈیتھ"، یعنی زندگی اور</w:t>
      </w:r>
    </w:p>
    <w:p>
      <w:r>
        <w:rPr>
          <w:b/>
        </w:rPr>
        <w:t xml:space="preserve">[00:43] </w:t>
      </w:r>
      <w:r>
        <w:t>maut ke baray mein.</w:t>
      </w:r>
    </w:p>
    <w:p>
      <w:pPr>
        <w:jc w:val="right"/>
      </w:pPr>
      <w:r>
        <w:t>موت کے بارے میں۔</w:t>
      </w:r>
    </w:p>
    <w:p>
      <w:r>
        <w:rPr>
          <w:b/>
        </w:rPr>
        <w:t xml:space="preserve">[00:54] </w:t>
      </w:r>
      <w:r>
        <w:t>kal aisa hua ke yahan mujhe aik function mein shareek hone ka ittefaq hua.</w:t>
      </w:r>
    </w:p>
    <w:p>
      <w:pPr>
        <w:jc w:val="right"/>
      </w:pPr>
      <w:r>
        <w:t>کل ایسا ہوا کہ یہاں مجھے ایک فنکشن میں شریک ہونے کا اتفاق ہوا۔</w:t>
      </w:r>
    </w:p>
    <w:p>
      <w:r>
        <w:rPr>
          <w:b/>
        </w:rPr>
        <w:t xml:space="preserve">[01:04] </w:t>
      </w:r>
      <w:r>
        <w:t>hamari colony ke ek senior member, mr pramod kumar bhutra ki mrs,</w:t>
      </w:r>
    </w:p>
    <w:p>
      <w:pPr>
        <w:jc w:val="right"/>
      </w:pPr>
      <w:r>
        <w:t>ہماری کالونی کے ایک سینئر ممبر، مسٹر پرمود کمار بھترا کی مسز،</w:t>
      </w:r>
    </w:p>
    <w:p>
      <w:r>
        <w:rPr>
          <w:b/>
        </w:rPr>
        <w:t xml:space="preserve">[01:15] </w:t>
      </w:r>
      <w:r>
        <w:t>miss adarsh bhutra, ki death ho gayi.</w:t>
      </w:r>
    </w:p>
    <w:p>
      <w:pPr>
        <w:jc w:val="right"/>
      </w:pPr>
      <w:r>
        <w:t>مس آدرش بھترا، کی ڈیتھ ہو گئی۔</w:t>
      </w:r>
    </w:p>
    <w:p>
      <w:r>
        <w:rPr>
          <w:b/>
        </w:rPr>
        <w:t xml:space="preserve">[01:22] </w:t>
      </w:r>
      <w:r>
        <w:t>to is mein main un ke ghar par gaya aur phir un ka jo function hota hai us mein gaya.</w:t>
      </w:r>
    </w:p>
    <w:p>
      <w:pPr>
        <w:jc w:val="right"/>
      </w:pPr>
      <w:r>
        <w:t>تو اس میں میں ان کے گھر پر گیا اور پھر ان کا جو فنکشن ہوتا ہے اس میں گیا۔</w:t>
      </w:r>
    </w:p>
    <w:p>
      <w:r>
        <w:rPr>
          <w:b/>
        </w:rPr>
        <w:t xml:space="preserve">[01:30] </w:t>
      </w:r>
      <w:r>
        <w:t>to un ki jo beti hain, unhon ne mujhe kai baar ek sawal kiya ke "Where my mother</w:t>
      </w:r>
    </w:p>
    <w:p>
      <w:pPr>
        <w:jc w:val="right"/>
      </w:pPr>
      <w:r>
        <w:t>تو ان کی جو بیٹی ہیں، انہوں نے مجھے کئی بار ایک سوال کیا کہ "Where my mother</w:t>
      </w:r>
    </w:p>
    <w:p>
      <w:r>
        <w:rPr>
          <w:b/>
        </w:rPr>
        <w:t xml:space="preserve">[01:38] </w:t>
      </w:r>
      <w:r>
        <w:t>has gone?" meri maan kahan chali gayi?</w:t>
      </w:r>
    </w:p>
    <w:p>
      <w:pPr>
        <w:jc w:val="right"/>
      </w:pPr>
      <w:r>
        <w:t>has gone؟" میری ماں کہاں چلی گئی؟</w:t>
      </w:r>
    </w:p>
    <w:p>
      <w:r>
        <w:rPr>
          <w:b/>
        </w:rPr>
        <w:t xml:space="preserve">[01:46] </w:t>
      </w:r>
      <w:r>
        <w:t>ek beti ko zahir hai ek bohat zyada attachment hota hai apni maan se.</w:t>
      </w:r>
    </w:p>
    <w:p>
      <w:pPr>
        <w:jc w:val="right"/>
      </w:pPr>
      <w:r>
        <w:t>ایک بیٹی کو ظاہر ہے ایک بہت زیادہ اٹیچمنٹ ہوتا ہے اپنی ماں سے۔</w:t>
      </w:r>
    </w:p>
    <w:p>
      <w:r>
        <w:rPr>
          <w:b/>
        </w:rPr>
        <w:t xml:space="preserve">[01:52] </w:t>
      </w:r>
      <w:r>
        <w:t>to baar baar yeh sawal un ke zehn mein aa raha tha ke meri maan jo abhi zinda</w:t>
      </w:r>
    </w:p>
    <w:p>
      <w:pPr>
        <w:jc w:val="right"/>
      </w:pPr>
      <w:r>
        <w:t>تو بار بار یہ سوال ان کے ذہن میں آ رہا تھا کہ میری ماں جو ابھی زندہ</w:t>
      </w:r>
    </w:p>
    <w:p>
      <w:r>
        <w:rPr>
          <w:b/>
        </w:rPr>
        <w:t xml:space="preserve">[01:59] </w:t>
      </w:r>
      <w:r>
        <w:t>thi, chal phir rahi thi, mere sath thi, ab woh nahi hai, to kahan gayi woh? "Where my</w:t>
      </w:r>
    </w:p>
    <w:p>
      <w:pPr>
        <w:jc w:val="right"/>
      </w:pPr>
      <w:r>
        <w:t>تھی، چل پھر رہی تھی، میرے ساتھ تھی، اب وہ نہیں ہے، تو کہاں گئی وہ؟ "Where my</w:t>
      </w:r>
    </w:p>
    <w:p>
      <w:r>
        <w:rPr>
          <w:b/>
        </w:rPr>
        <w:t xml:space="preserve">[02:05] </w:t>
      </w:r>
      <w:r>
        <w:t>mother has gone?" yeh masla har ek ka hai, khud apne baray mein bhi ke main kahan chala</w:t>
      </w:r>
    </w:p>
    <w:p>
      <w:pPr>
        <w:jc w:val="right"/>
      </w:pPr>
      <w:r>
        <w:t>mother has gone؟" یہ مسئلہ ہر ایک کا ہے، خود اپنے بارے میں بھی کہ میں کہاں چلا</w:t>
      </w:r>
    </w:p>
    <w:p>
      <w:r>
        <w:rPr>
          <w:b/>
        </w:rPr>
        <w:t xml:space="preserve">[02:12] </w:t>
      </w:r>
      <w:r>
        <w:t>jaunga? mout ke baad main kahan chala jata hoon?</w:t>
      </w:r>
    </w:p>
    <w:p>
      <w:pPr>
        <w:jc w:val="right"/>
      </w:pPr>
      <w:r>
        <w:t>جاؤں گا؟ موت کے بعد میں کہاں چلا جاتا ہوں؟</w:t>
      </w:r>
    </w:p>
    <w:p>
      <w:r>
        <w:rPr>
          <w:b/>
        </w:rPr>
        <w:t xml:space="preserve">[02:18] </w:t>
      </w:r>
      <w:r>
        <w:t>to yeh aisa masla hai jo har aadmi ko sochna chahiye.</w:t>
      </w:r>
    </w:p>
    <w:p>
      <w:pPr>
        <w:jc w:val="right"/>
      </w:pPr>
      <w:r>
        <w:t>تو یہ ایسا مسئلہ ہے جو ہر آدمی کو سوچنا چاہیے۔</w:t>
      </w:r>
    </w:p>
    <w:p>
      <w:r>
        <w:rPr>
          <w:b/>
        </w:rPr>
        <w:t xml:space="preserve">[02:24] </w:t>
      </w:r>
      <w:r>
        <w:t>to unhon ne mujh se poocha ke aap Islam ko mante hain to Islam mein is ke baray</w:t>
      </w:r>
    </w:p>
    <w:p>
      <w:pPr>
        <w:jc w:val="right"/>
      </w:pPr>
      <w:r>
        <w:t>تو انہوں نے مجھ سے پوچھا کہ آپ اسلام کو مانتے ہیں تو اسلام میں اس کے بارے</w:t>
      </w:r>
    </w:p>
    <w:p>
      <w:r>
        <w:rPr>
          <w:b/>
        </w:rPr>
        <w:t xml:space="preserve">[02:30] </w:t>
      </w:r>
      <w:r>
        <w:t>mein kya bataya gaya hai? to main ne un se kaha ke Islam ke mutabiq har aadmi ek</w:t>
      </w:r>
    </w:p>
    <w:p>
      <w:pPr>
        <w:jc w:val="right"/>
      </w:pPr>
      <w:r>
        <w:t>میں کیا بتایا گیا ہے؟ تو میں نے ان سے کہا کہ اسلام کے مطابق ہر آدمی ایک</w:t>
      </w:r>
    </w:p>
    <w:p>
      <w:r>
        <w:rPr>
          <w:b/>
        </w:rPr>
        <w:t xml:space="preserve">[02:36] </w:t>
      </w:r>
      <w:r>
        <w:t>eternal being hai.</w:t>
      </w:r>
    </w:p>
    <w:p>
      <w:pPr>
        <w:jc w:val="right"/>
      </w:pPr>
      <w:r>
        <w:t>ایٹرنل بینگ ہے۔</w:t>
      </w:r>
    </w:p>
    <w:p>
      <w:r>
        <w:rPr>
          <w:b/>
        </w:rPr>
        <w:t xml:space="preserve">[02:42] </w:t>
      </w:r>
      <w:r>
        <w:t>paida hone ke baad woh hamesha ke liye</w:t>
      </w:r>
    </w:p>
    <w:p>
      <w:pPr>
        <w:jc w:val="right"/>
      </w:pPr>
      <w:r>
        <w:t>پیدا ہونے کے بعد وہ ہمیشہ کے لیے</w:t>
      </w:r>
    </w:p>
    <w:p>
      <w:r>
        <w:rPr>
          <w:b/>
        </w:rPr>
        <w:t xml:space="preserve">[02:49] </w:t>
      </w:r>
      <w:r>
        <w:t>ho gaya hai.</w:t>
      </w:r>
    </w:p>
    <w:p>
      <w:pPr>
        <w:jc w:val="right"/>
      </w:pPr>
      <w:r>
        <w:t>ہو گیا ہے۔</w:t>
      </w:r>
    </w:p>
    <w:p>
      <w:r>
        <w:rPr>
          <w:b/>
        </w:rPr>
        <w:t xml:space="preserve">[02:53] </w:t>
      </w:r>
      <w:r>
        <w:t>is ka wajood hamesha ke liye ho gaya hai.</w:t>
      </w:r>
    </w:p>
    <w:p>
      <w:pPr>
        <w:jc w:val="right"/>
      </w:pPr>
      <w:r>
        <w:t>اس کا وجود ہمیشہ کے لیے ہو گیا ہے۔</w:t>
      </w:r>
    </w:p>
    <w:p>
      <w:r>
        <w:rPr>
          <w:b/>
        </w:rPr>
        <w:t xml:space="preserve">[02:57] </w:t>
      </w:r>
      <w:r>
        <w:t>lekin Khuda ne hamari life span ko do hissay mein bant diya hai.</w:t>
      </w:r>
    </w:p>
    <w:p>
      <w:pPr>
        <w:jc w:val="right"/>
      </w:pPr>
      <w:r>
        <w:t>لیکن خدا نے ہماری لائف اسپین کو دو حصے میں بانٹ دیا ہے۔</w:t>
      </w:r>
    </w:p>
    <w:p>
      <w:r>
        <w:rPr>
          <w:b/>
        </w:rPr>
        <w:t xml:space="preserve">[03:01] </w:t>
      </w:r>
      <w:r>
        <w:t>pre-death period aur post-death period.</w:t>
      </w:r>
    </w:p>
    <w:p>
      <w:pPr>
        <w:jc w:val="right"/>
      </w:pPr>
      <w:r>
        <w:t>پری ڈیتھ پیریڈ اور پوسٹ ڈیتھ پیریڈ۔</w:t>
      </w:r>
    </w:p>
    <w:p>
      <w:r>
        <w:rPr>
          <w:b/>
        </w:rPr>
        <w:t xml:space="preserve">[03:06] </w:t>
      </w:r>
      <w:r>
        <w:t>to pre-death period mein hum test par hain.</w:t>
      </w:r>
    </w:p>
    <w:p>
      <w:pPr>
        <w:jc w:val="right"/>
      </w:pPr>
      <w:r>
        <w:t>تو پری ڈیتھ پیریڈ میں ہم ٹیسٹ پر ہیں۔</w:t>
      </w:r>
    </w:p>
    <w:p>
      <w:r>
        <w:rPr>
          <w:b/>
        </w:rPr>
        <w:t xml:space="preserve">[03:10] </w:t>
      </w:r>
      <w:r>
        <w:t>selection ho raha hai yahan par.</w:t>
      </w:r>
    </w:p>
    <w:p>
      <w:pPr>
        <w:jc w:val="right"/>
      </w:pPr>
      <w:r>
        <w:t>سلیکشن ہو رہا ہے یہاں پر۔</w:t>
      </w:r>
    </w:p>
    <w:p>
      <w:r>
        <w:rPr>
          <w:b/>
        </w:rPr>
        <w:t xml:space="preserve">[03:14] </w:t>
      </w:r>
      <w:r>
        <w:t>yani insaan ko</w:t>
      </w:r>
    </w:p>
    <w:p>
      <w:pPr>
        <w:jc w:val="right"/>
      </w:pPr>
      <w:r>
        <w:t>یعنی انسان کو</w:t>
      </w:r>
    </w:p>
    <w:p>
      <w:r>
        <w:rPr>
          <w:b/>
        </w:rPr>
        <w:t xml:space="preserve">[03:19] </w:t>
      </w:r>
      <w:r>
        <w:t>azaadi di gayi hai, freedom.</w:t>
      </w:r>
    </w:p>
    <w:p>
      <w:pPr>
        <w:jc w:val="right"/>
      </w:pPr>
      <w:r>
        <w:t>آزادی دی گئی ہے، فریڈم۔</w:t>
      </w:r>
    </w:p>
    <w:p>
      <w:r>
        <w:rPr>
          <w:b/>
        </w:rPr>
        <w:t xml:space="preserve">[03:23] </w:t>
      </w:r>
      <w:r>
        <w:t>total freedom di gayi hai.</w:t>
      </w:r>
    </w:p>
    <w:p>
      <w:pPr>
        <w:jc w:val="right"/>
      </w:pPr>
      <w:r>
        <w:t>ٹوٹل فریڈم دی گئی ہے۔</w:t>
      </w:r>
    </w:p>
    <w:p>
      <w:r>
        <w:rPr>
          <w:b/>
        </w:rPr>
        <w:t xml:space="preserve">[03:28] </w:t>
      </w:r>
      <w:r>
        <w:t>to Khuda watch kar raha hai ke hum apni freedom ko misuse karte hain ya is ko</w:t>
      </w:r>
    </w:p>
    <w:p>
      <w:pPr>
        <w:jc w:val="right"/>
      </w:pPr>
      <w:r>
        <w:t>تو خدا واچ کر رہا ہے کہ ہم اپنی فریڈم کو مس یوز کرتے ہیں یا اس کو</w:t>
      </w:r>
    </w:p>
    <w:p>
      <w:r>
        <w:rPr>
          <w:b/>
        </w:rPr>
        <w:t xml:space="preserve">[03:32] </w:t>
      </w:r>
      <w:r>
        <w:t>theek theek istemaal karte hain.</w:t>
      </w:r>
    </w:p>
    <w:p>
      <w:pPr>
        <w:jc w:val="right"/>
      </w:pPr>
      <w:r>
        <w:t>ٹھیک ٹھیک استعمال کرتے ہیں۔</w:t>
      </w:r>
    </w:p>
    <w:p>
      <w:r>
        <w:rPr>
          <w:b/>
        </w:rPr>
        <w:t xml:space="preserve">[03:37] </w:t>
      </w:r>
      <w:r>
        <w:t>isi par decide decision le ga Allah taala.</w:t>
      </w:r>
    </w:p>
    <w:p>
      <w:pPr>
        <w:jc w:val="right"/>
      </w:pPr>
      <w:r>
        <w:t>اسی پر ڈیسائیڈ ڈیسیژن لے گا اللہ تعالیٰ۔</w:t>
      </w:r>
    </w:p>
    <w:p>
      <w:r>
        <w:rPr>
          <w:b/>
        </w:rPr>
        <w:t xml:space="preserve">[03:41] </w:t>
      </w:r>
      <w:r>
        <w:t>agli zindagi ke liye.</w:t>
      </w:r>
    </w:p>
    <w:p>
      <w:pPr>
        <w:jc w:val="right"/>
      </w:pPr>
      <w:r>
        <w:t>اگلی زندگی کے لیے۔</w:t>
      </w:r>
    </w:p>
    <w:p>
      <w:r>
        <w:rPr>
          <w:b/>
        </w:rPr>
        <w:t xml:space="preserve">[03:46] </w:t>
      </w:r>
      <w:r>
        <w:t>to main ne bataya ke jo aadmi</w:t>
      </w:r>
    </w:p>
    <w:p>
      <w:pPr>
        <w:jc w:val="right"/>
      </w:pPr>
      <w:r>
        <w:t>تو میں نے بتایا کہ جو آدمی</w:t>
      </w:r>
    </w:p>
    <w:p>
      <w:r>
        <w:rPr>
          <w:b/>
        </w:rPr>
        <w:t xml:space="preserve">[03:50] </w:t>
      </w:r>
      <w:r>
        <w:t>is test par poora utre, yaani apni freedom ko woh theek Allah ke gardens ke mutabiq use kare. jo Allah ne garden di hai prophet ke zariye se. theek theek is par woh chale toh is ke liye eternal paradise hai. aur jo aadmi misuse kare apni freedom ko toh us ko reward nahi milega agli zindagi mein. yeh baat main</w:t>
      </w:r>
    </w:p>
    <w:p>
      <w:pPr>
        <w:jc w:val="right"/>
      </w:pPr>
      <w:r>
        <w:t>اس ٹیسٹ پر پورا اترے، یعنی اپنی فریڈم کو وہ ٹھیک اللہ کے گارڈنز کے مطابق یوز کرے۔ جو اللہ نے گارڈن دی ہے پرافٹ کے ذریعے سے۔ ٹھیک ٹھیک اس پر وہ چلے تو اس کے لیے ایٹرنل پارائیڈائز ہے۔ اور جو آدمی مس یوز کرے اپنی فریڈم کو تو اس کو ریوارڈ نہیں ملے گا اگلی زندگی میں۔ یہ بات میں</w:t>
      </w:r>
    </w:p>
    <w:p>
      <w:r>
        <w:rPr>
          <w:b/>
        </w:rPr>
        <w:t xml:space="preserve">[04:20] </w:t>
      </w:r>
      <w:r>
        <w:t>ne un ko kahi.</w:t>
      </w:r>
    </w:p>
    <w:p>
      <w:pPr>
        <w:jc w:val="right"/>
      </w:pPr>
      <w:r>
        <w:t>نے ان کو کہی۔</w:t>
      </w:r>
    </w:p>
    <w:p>
      <w:r>
        <w:rPr>
          <w:b/>
        </w:rPr>
        <w:t xml:space="preserve">[04:25] </w:t>
      </w:r>
      <w:r>
        <w:t>phir main ne socha ke yeh baat koi saada baat nahi hai.</w:t>
      </w:r>
    </w:p>
    <w:p>
      <w:pPr>
        <w:jc w:val="right"/>
      </w:pPr>
      <w:r>
        <w:t>پھر میں نے سوچا کہ یہ بات کوئی سادہ بات نہیں ہے۔</w:t>
      </w:r>
    </w:p>
    <w:p>
      <w:r>
        <w:rPr>
          <w:b/>
        </w:rPr>
        <w:t xml:space="preserve">[04:29] </w:t>
      </w:r>
      <w:r>
        <w:t>haqeeqat hai har aadmi ko sochna hai.</w:t>
      </w:r>
    </w:p>
    <w:p>
      <w:pPr>
        <w:jc w:val="right"/>
      </w:pPr>
      <w:r>
        <w:t>حقیقت ہے ہر آدمی کو سوچنا ہے۔</w:t>
      </w:r>
    </w:p>
    <w:p>
      <w:r>
        <w:rPr>
          <w:b/>
        </w:rPr>
        <w:t xml:space="preserve">[04:33] </w:t>
      </w:r>
      <w:r>
        <w:t>har aadmi ko sochna hai.</w:t>
      </w:r>
    </w:p>
    <w:p>
      <w:pPr>
        <w:jc w:val="right"/>
      </w:pPr>
      <w:r>
        <w:t>ہر آدمی کو سوچنا ہے۔</w:t>
      </w:r>
    </w:p>
    <w:p>
      <w:r>
        <w:rPr>
          <w:b/>
        </w:rPr>
        <w:t xml:space="preserve">[04:38] </w:t>
      </w:r>
      <w:r>
        <w:t>har aadmi ko sochna hai.</w:t>
      </w:r>
    </w:p>
    <w:p>
      <w:pPr>
        <w:jc w:val="right"/>
      </w:pPr>
      <w:r>
        <w:t>ہر آدمی کو سوچنا ہے۔</w:t>
      </w:r>
    </w:p>
    <w:p>
      <w:r>
        <w:rPr>
          <w:b/>
        </w:rPr>
        <w:t xml:space="preserve">[04:42] </w:t>
      </w:r>
      <w:r>
        <w:t>kyun ke har aadmi ko jo zinda hai woh mare ga.</w:t>
      </w:r>
    </w:p>
    <w:p>
      <w:pPr>
        <w:jc w:val="right"/>
      </w:pPr>
      <w:r>
        <w:t>کیوں کہ ہر آدمی کو جو زندہ ہے وہ مرے گا۔</w:t>
      </w:r>
    </w:p>
    <w:p>
      <w:r>
        <w:rPr>
          <w:b/>
        </w:rPr>
        <w:t xml:space="preserve">[04:46] </w:t>
      </w:r>
      <w:r>
        <w:t>maut ke bare mein aik martaba main sochta raha, soch raha tha to mere zehan mein aik word aaya</w:t>
      </w:r>
    </w:p>
    <w:p>
      <w:pPr>
        <w:jc w:val="right"/>
      </w:pPr>
      <w:r>
        <w:t>موت کے بارے میں ایک مرتبہ میں سوچتا رہا، سوچ رہا تھا تو میرے ذہن میں ایک ورڈ آیا</w:t>
      </w:r>
    </w:p>
    <w:p>
      <w:r>
        <w:rPr>
          <w:b/>
        </w:rPr>
        <w:t xml:space="preserve">[04:51] </w:t>
      </w:r>
      <w:r>
        <w:t>ke "compulsory explosion".</w:t>
      </w:r>
    </w:p>
    <w:p>
      <w:pPr>
        <w:jc w:val="right"/>
      </w:pPr>
      <w:r>
        <w:t>کہ "کمپلسری ایکسپلژن"۔</w:t>
      </w:r>
    </w:p>
    <w:p>
      <w:r>
        <w:rPr>
          <w:b/>
        </w:rPr>
        <w:t xml:space="preserve">[04:56] </w:t>
      </w:r>
      <w:r>
        <w:t>yeh duniya mein hum hain to dekhen sab kuch hum ko mila hua hai.</w:t>
      </w:r>
    </w:p>
    <w:p>
      <w:pPr>
        <w:jc w:val="right"/>
      </w:pPr>
      <w:r>
        <w:t>یہ دنیا میں ہم ہیں تو دیکھیں سب کچھ ہم کو ملا ہوا ہے۔</w:t>
      </w:r>
    </w:p>
    <w:p>
      <w:r>
        <w:rPr>
          <w:b/>
        </w:rPr>
        <w:t xml:space="preserve">[05:01] </w:t>
      </w:r>
      <w:r>
        <w:t>yeh planet earth hai, yeh life support system hai, yeh family hai, yeh friends hain, yeh saathi hain,</w:t>
      </w:r>
    </w:p>
    <w:p>
      <w:pPr>
        <w:jc w:val="right"/>
      </w:pPr>
      <w:r>
        <w:t>یہ پلینٹ ارتھ ہے، یہ لائف سپورٹ سسٹم ہے، یہ فیملی ہے، یہ فرینڈز ہیں، یہ ساتھی ہیں،</w:t>
      </w:r>
    </w:p>
    <w:p>
      <w:r>
        <w:rPr>
          <w:b/>
        </w:rPr>
        <w:t xml:space="preserve">[05:06] </w:t>
      </w:r>
      <w:r>
        <w:t>infrastructure hai, sab kuch hai, sab kuch hai. ghar hai.</w:t>
      </w:r>
    </w:p>
    <w:p>
      <w:pPr>
        <w:jc w:val="right"/>
      </w:pPr>
      <w:r>
        <w:t>انفراسٹرکچر ہے، سب کچھ ہے، سب کچھ ہے۔ گھر ہے۔</w:t>
      </w:r>
    </w:p>
    <w:p>
      <w:r>
        <w:rPr>
          <w:b/>
        </w:rPr>
        <w:t xml:space="preserve">[05:11] </w:t>
      </w:r>
      <w:r>
        <w:t>phir achanak maut aik dam alag kar deti hai hum ko.</w:t>
      </w:r>
    </w:p>
    <w:p>
      <w:pPr>
        <w:jc w:val="right"/>
      </w:pPr>
      <w:r>
        <w:t>پھر اچانک موت ایک دم الگ کر دیتی ہے ہم کو۔</w:t>
      </w:r>
    </w:p>
    <w:p>
      <w:r>
        <w:rPr>
          <w:b/>
        </w:rPr>
        <w:t xml:space="preserve">[05:16] </w:t>
      </w:r>
      <w:r>
        <w:t>detach kar deti hai. to yeh</w:t>
      </w:r>
    </w:p>
    <w:p>
      <w:pPr>
        <w:jc w:val="right"/>
      </w:pPr>
      <w:r>
        <w:t>ڈیٹیچ کر دیتی ہے۔ تو یہ</w:t>
      </w:r>
    </w:p>
    <w:p>
      <w:r>
        <w:rPr>
          <w:b/>
        </w:rPr>
        <w:t xml:space="preserve">[05:21] </w:t>
      </w:r>
      <w:r>
        <w:t>kya hai? yeh hai "compulsory explosion".</w:t>
      </w:r>
    </w:p>
    <w:p>
      <w:pPr>
        <w:jc w:val="right"/>
      </w:pPr>
      <w:r>
        <w:t>کیا ہے؟ یہ ہے "کمپلسری ایکسپلژن"۔</w:t>
      </w:r>
    </w:p>
    <w:p>
      <w:r>
        <w:rPr>
          <w:b/>
        </w:rPr>
        <w:t xml:space="preserve">[05:27] </w:t>
      </w:r>
      <w:r>
        <w:t>is duniya se nikal dena.</w:t>
      </w:r>
    </w:p>
    <w:p>
      <w:pPr>
        <w:jc w:val="right"/>
      </w:pPr>
      <w:r>
        <w:t>اس دنیا سے نکال دینا۔</w:t>
      </w:r>
    </w:p>
    <w:p>
      <w:r>
        <w:rPr>
          <w:b/>
        </w:rPr>
        <w:t xml:space="preserve">[05:33] </w:t>
      </w:r>
      <w:r>
        <w:t>to is ke baad kya hota hai? sab cheezain, sab cheezain chhin chuki hoti hain.</w:t>
      </w:r>
    </w:p>
    <w:p>
      <w:pPr>
        <w:jc w:val="right"/>
      </w:pPr>
      <w:r>
        <w:t>تو اس کے بعد کیا ہوتا ہے؟ سب چیزیں، سب چیزیں چھن چکی ہوتی ہیں۔</w:t>
      </w:r>
    </w:p>
    <w:p>
      <w:r>
        <w:rPr>
          <w:b/>
        </w:rPr>
        <w:t xml:space="preserve">[05:39] </w:t>
      </w:r>
      <w:r>
        <w:t>is ke baad kya hota hai? kya future hai is ke baad? yeh sochna, yeh sochna, yeh sochna.</w:t>
      </w:r>
    </w:p>
    <w:p>
      <w:pPr>
        <w:jc w:val="right"/>
      </w:pPr>
      <w:r>
        <w:t>اس کے بعد کیا ہوتا ہے؟ کیا فیوچر ہے اس کے بعد؟ یہ سوچنا، یہ سوچنا، یہ سوچنا۔</w:t>
      </w:r>
    </w:p>
    <w:p>
      <w:r>
        <w:rPr>
          <w:b/>
        </w:rPr>
        <w:t xml:space="preserve">[05:46] </w:t>
      </w:r>
      <w:r>
        <w:t>yeh main sochta hoon ke har aadmi ka</w:t>
      </w:r>
    </w:p>
    <w:p>
      <w:pPr>
        <w:jc w:val="right"/>
      </w:pPr>
      <w:r>
        <w:t>یہ میں سوچتا ہوں کہ ہر آدمی کا</w:t>
      </w:r>
    </w:p>
    <w:p>
      <w:r>
        <w:rPr>
          <w:b/>
        </w:rPr>
        <w:t xml:space="preserve">[05:52] </w:t>
      </w:r>
      <w:r>
        <w:t>sab se bara muamla hai jis ko usay sochna chahiye.</w:t>
      </w:r>
    </w:p>
    <w:p>
      <w:pPr>
        <w:jc w:val="right"/>
      </w:pPr>
      <w:r>
        <w:t>سب سے بڑا معاملہ ہے جس کو اسے سوچنا چاہیے۔</w:t>
      </w:r>
    </w:p>
    <w:p>
      <w:r>
        <w:rPr>
          <w:b/>
        </w:rPr>
        <w:t xml:space="preserve">[05:58] </w:t>
      </w:r>
      <w:r>
        <w:t>mere paas abhi telephone aaya ittefaq se isi din jis din yeh maut hui.</w:t>
      </w:r>
    </w:p>
    <w:p>
      <w:pPr>
        <w:jc w:val="right"/>
      </w:pPr>
      <w:r>
        <w:t>میرے پاس ابھی ٹیلی فون آیا اتفاق سے اسی دن جس دن یہ موت ہوئی۔</w:t>
      </w:r>
    </w:p>
    <w:p>
      <w:r>
        <w:rPr>
          <w:b/>
        </w:rPr>
        <w:t xml:space="preserve">[06:04] </w:t>
      </w:r>
      <w:r>
        <w:t>Hyderabad se Habib bhai ka.</w:t>
      </w:r>
    </w:p>
    <w:p>
      <w:pPr>
        <w:jc w:val="right"/>
      </w:pPr>
      <w:r>
        <w:t>حیدرآباد سے حبیب بھائی کا۔</w:t>
      </w:r>
    </w:p>
    <w:p>
      <w:r>
        <w:rPr>
          <w:b/>
        </w:rPr>
        <w:t xml:space="preserve">[06:10] </w:t>
      </w:r>
      <w:r>
        <w:t>to habib bhai ke jo father the un ka naam bao bhai kehlati the wo.</w:t>
      </w:r>
    </w:p>
    <w:p>
      <w:pPr>
        <w:jc w:val="right"/>
      </w:pPr>
      <w:r>
        <w:t>تو حبیب بھائی کے جو فادر تھے ان کا نام باؤ بھائی کہلاتے تھے وہ۔</w:t>
      </w:r>
    </w:p>
    <w:p>
      <w:r>
        <w:rPr>
          <w:b/>
        </w:rPr>
        <w:t xml:space="preserve">[06:16] </w:t>
      </w:r>
      <w:r>
        <w:t>wo hamare mission se juray huay</w:t>
      </w:r>
    </w:p>
    <w:p>
      <w:pPr>
        <w:jc w:val="right"/>
      </w:pPr>
      <w:r>
        <w:t>وہ ہمارے مشن سے جڑے ہوئے</w:t>
      </w:r>
    </w:p>
    <w:p>
      <w:r>
        <w:rPr>
          <w:b/>
        </w:rPr>
        <w:t xml:space="preserve">[06:22] </w:t>
      </w:r>
      <w:r>
        <w:t>the. toh nineteen eighty seven mein un ka inteqal ho gaya. abhi zyada umar nahi thi un ki. yaani mujh se chhote the woh. toh chobees saal ho gaye. yeh Bao bhai ne kaha ke aaj chobees saal ho gaye. yaani 21 July ko chobees saal ho gaye. kyun ke 21 July nineteen eighty seven ko un ki wafat</w:t>
      </w:r>
    </w:p>
    <w:p>
      <w:pPr>
        <w:jc w:val="right"/>
      </w:pPr>
      <w:r>
        <w:t>تھے۔ تو نائنٹین ایٹی سیون میں ان کا انتقال ہو گیا۔ ابھی زیادہ عمر نہیں تھی ان کی۔ یعنی مجھ سے چھوٹے تھے وہ۔ تو چوبیس سال ہو گئے۔ یہ آؤ بھائی نے کہا کہ آج چوبیس سال ہو گئے۔ یعنی اکیس جولائی کو چوبیس سال ہو گئے۔ کیوں کہ اکیس جولائی نائنٹین ایٹی سیون کو ان کی وفات</w:t>
      </w:r>
    </w:p>
    <w:p>
      <w:r>
        <w:rPr>
          <w:b/>
        </w:rPr>
        <w:t xml:space="preserve">[06:52] </w:t>
      </w:r>
      <w:r>
        <w:t>hui thi.</w:t>
      </w:r>
    </w:p>
    <w:p>
      <w:pPr>
        <w:jc w:val="right"/>
      </w:pPr>
      <w:r>
        <w:t>ہوئی تھی۔</w:t>
      </w:r>
    </w:p>
    <w:p>
      <w:r>
        <w:rPr>
          <w:b/>
        </w:rPr>
        <w:t xml:space="preserve">[06:55] </w:t>
      </w:r>
      <w:r>
        <w:t>to unhon ne kuch baatein bataein.</w:t>
      </w:r>
    </w:p>
    <w:p>
      <w:pPr>
        <w:jc w:val="right"/>
      </w:pPr>
      <w:r>
        <w:t>تو انہوں نے کچھ باتیں بتائیں۔</w:t>
      </w:r>
    </w:p>
    <w:p>
      <w:r>
        <w:rPr>
          <w:b/>
        </w:rPr>
        <w:t xml:space="preserve">[06:58] </w:t>
      </w:r>
      <w:r>
        <w:t>unhon ne kaha ke wo hamari aik kitab hai is ka naam hai "aakhirat ka safar".</w:t>
      </w:r>
    </w:p>
    <w:p>
      <w:pPr>
        <w:jc w:val="right"/>
      </w:pPr>
      <w:r>
        <w:t>انہوں نے کہا کہ وہ ہماری ایک کتاب ہے اس کا نام ہے "آخرت کا سفر"۔</w:t>
      </w:r>
    </w:p>
    <w:p>
      <w:r>
        <w:rPr>
          <w:b/>
        </w:rPr>
        <w:t xml:space="preserve">[07:01] </w:t>
      </w:r>
      <w:r>
        <w:t>is ko bohat parhte the wo.</w:t>
      </w:r>
    </w:p>
    <w:p>
      <w:pPr>
        <w:jc w:val="right"/>
      </w:pPr>
      <w:r>
        <w:t>اس کو بہت پڑھتے تھے وہ۔</w:t>
      </w:r>
    </w:p>
    <w:p>
      <w:r>
        <w:rPr>
          <w:b/>
        </w:rPr>
        <w:t xml:space="preserve">[07:05] </w:t>
      </w:r>
      <w:r>
        <w:t>is mein ye maut ki baatein hain.</w:t>
      </w:r>
    </w:p>
    <w:p>
      <w:pPr>
        <w:jc w:val="right"/>
      </w:pPr>
      <w:r>
        <w:t>اس میں یہ موت کی باتیں ہیں۔</w:t>
      </w:r>
    </w:p>
    <w:p>
      <w:r>
        <w:rPr>
          <w:b/>
        </w:rPr>
        <w:t xml:space="preserve">[07:08] </w:t>
      </w:r>
      <w:r>
        <w:t>zindagi aur maut ki.</w:t>
      </w:r>
    </w:p>
    <w:p>
      <w:pPr>
        <w:jc w:val="right"/>
      </w:pPr>
      <w:r>
        <w:t>زندگی اور موت کی۔</w:t>
      </w:r>
    </w:p>
    <w:p>
      <w:r>
        <w:rPr>
          <w:b/>
        </w:rPr>
        <w:t xml:space="preserve">[07:11] </w:t>
      </w:r>
      <w:r>
        <w:t>aakhirat ka safar.</w:t>
      </w:r>
    </w:p>
    <w:p>
      <w:pPr>
        <w:jc w:val="right"/>
      </w:pPr>
      <w:r>
        <w:t>آخرت کا سفر۔</w:t>
      </w:r>
    </w:p>
    <w:p>
      <w:r>
        <w:rPr>
          <w:b/>
        </w:rPr>
        <w:t xml:space="preserve">[07:14] </w:t>
      </w:r>
      <w:r>
        <w:t>choti si pamphlet hai pachas safhe ka.</w:t>
      </w:r>
    </w:p>
    <w:p>
      <w:pPr>
        <w:jc w:val="right"/>
      </w:pPr>
      <w:r>
        <w:t>چھوٹی سی پمفلٹ ہے پچاس صفحے کا۔</w:t>
      </w:r>
    </w:p>
    <w:p>
      <w:r>
        <w:rPr>
          <w:b/>
        </w:rPr>
        <w:t xml:space="preserve">[07:18] </w:t>
      </w:r>
      <w:r>
        <w:t>alex mein bhi chapa hai aur Allah Akbar mein bhi shamil hai wo.</w:t>
      </w:r>
    </w:p>
    <w:p>
      <w:pPr>
        <w:jc w:val="right"/>
      </w:pPr>
      <w:r>
        <w:t>الیکس میں بھی چھپا ہے اور اللہ اکبر میں بھی شامل ہے وہ۔</w:t>
      </w:r>
    </w:p>
    <w:p>
      <w:r>
        <w:rPr>
          <w:b/>
        </w:rPr>
        <w:t xml:space="preserve">[07:21] </w:t>
      </w:r>
      <w:r>
        <w:t>to unhon ne bataya ke wo barabar parhte rehte the is ko.</w:t>
      </w:r>
    </w:p>
    <w:p>
      <w:pPr>
        <w:jc w:val="right"/>
      </w:pPr>
      <w:r>
        <w:t>تو انہوں نے بتایا کہ وہ برابر پڑھتے رہتے تھے اس کو۔</w:t>
      </w:r>
    </w:p>
    <w:p>
      <w:r>
        <w:rPr>
          <w:b/>
        </w:rPr>
        <w:t xml:space="preserve">[07:24] </w:t>
      </w:r>
      <w:r>
        <w:t>is ke baray mein ke wo maut par bohat sochte the.</w:t>
      </w:r>
    </w:p>
    <w:p>
      <w:pPr>
        <w:jc w:val="right"/>
      </w:pPr>
      <w:r>
        <w:t>اس کے بارے میں کہ وہ موت پر بہت سوچتے تھے۔</w:t>
      </w:r>
    </w:p>
    <w:p>
      <w:r>
        <w:rPr>
          <w:b/>
        </w:rPr>
        <w:t xml:space="preserve">[07:29] </w:t>
      </w:r>
      <w:r>
        <w:t>maut ke baray mein bohat sochte the.</w:t>
      </w:r>
    </w:p>
    <w:p>
      <w:pPr>
        <w:jc w:val="right"/>
      </w:pPr>
      <w:r>
        <w:t>موت کے بارے میں بہت سوچتے تھے۔</w:t>
      </w:r>
    </w:p>
    <w:p>
      <w:r>
        <w:rPr>
          <w:b/>
        </w:rPr>
        <w:t xml:space="preserve">[07:34] </w:t>
      </w:r>
      <w:r>
        <w:t>to unhon ne bataya ke main ne aik bar aik aik project banaya apni company ko.</w:t>
      </w:r>
    </w:p>
    <w:p>
      <w:pPr>
        <w:jc w:val="right"/>
      </w:pPr>
      <w:r>
        <w:t>تو انہوں نے بتایا کہ میں نے ایک بار ایک ایک پروجیکٹ بنایا اپنی کمپنی کو۔</w:t>
      </w:r>
    </w:p>
    <w:p>
      <w:r>
        <w:rPr>
          <w:b/>
        </w:rPr>
        <w:t xml:space="preserve">[07:39] </w:t>
      </w:r>
      <w:r>
        <w:t>un ki company jo thi kapre ka business tha un ka.</w:t>
      </w:r>
    </w:p>
    <w:p>
      <w:pPr>
        <w:jc w:val="right"/>
      </w:pPr>
      <w:r>
        <w:t>ان کی کمپنی جو تھی کپڑے کا بزنس تھا ان کا۔</w:t>
      </w:r>
    </w:p>
    <w:p>
      <w:r>
        <w:rPr>
          <w:b/>
        </w:rPr>
        <w:t xml:space="preserve">[07:44] </w:t>
      </w:r>
      <w:r>
        <w:t>to is ko is ke liye unhon ne aik aik project banaya.</w:t>
      </w:r>
    </w:p>
    <w:p>
      <w:pPr>
        <w:jc w:val="right"/>
      </w:pPr>
      <w:r>
        <w:t>تو اس کو اس کے لیے انہوں نے ایک ایک پروجیکٹ بنایا۔</w:t>
      </w:r>
    </w:p>
    <w:p>
      <w:r>
        <w:rPr>
          <w:b/>
        </w:rPr>
        <w:t xml:space="preserve">[07:49] </w:t>
      </w:r>
      <w:r>
        <w:t>is ke exp</w:t>
      </w:r>
    </w:p>
    <w:p>
      <w:pPr>
        <w:jc w:val="right"/>
      </w:pPr>
      <w:r>
        <w:t>اس کے ایکسپ</w:t>
      </w:r>
    </w:p>
    <w:p>
      <w:r>
        <w:rPr>
          <w:b/>
        </w:rPr>
        <w:t xml:space="preserve">[07:54] </w:t>
      </w:r>
      <w:r>
        <w:t>inshen ka. is ko develop karne ka mazeed. to is ke liye woh chalis lakh ka project tha woh. chalis lakh rupay ka. to bao bhai ko maloom hua to unhon ne bulaya habib bhai ko. aur poocha ke tum jo chalis lakh rupay laga rahe ho is kaam mein to kitna return tum samajhte ho ke mile ga tum ko is se? unhon ne kaha kam az kam double to zaroor mile</w:t>
      </w:r>
    </w:p>
    <w:p>
      <w:pPr>
        <w:jc w:val="right"/>
      </w:pPr>
      <w:r>
        <w:t>ینشن کا۔ اس کو ڈیولپ کرنے کا مزید۔ تو اس کے لیے وہ چالیس لاکھ کا پروجیکٹ تھا وہ۔ چالیس لاکھ روپے کا۔ تو باؤ بھائی کو معلوم ہوا تو انہوں نے بلایا حبیب بھائی کو۔ اور پوچھا کہ تم جو چالیس لاکھ روپے لگا رہے ہو اس کام میں تو کتنا ریٹرن تم سمجھتے ہو کہ ملے گا تم کو اس سے؟ انہوں نے کہا کم از کم ڈبل تو ضرور ملے</w:t>
      </w:r>
    </w:p>
    <w:p>
      <w:r>
        <w:rPr>
          <w:b/>
        </w:rPr>
        <w:t xml:space="preserve">[08:24] </w:t>
      </w:r>
      <w:r>
        <w:t>ga.</w:t>
      </w:r>
    </w:p>
    <w:p>
      <w:pPr>
        <w:jc w:val="right"/>
      </w:pPr>
      <w:r>
        <w:t>گا۔</w:t>
      </w:r>
    </w:p>
    <w:p>
      <w:r>
        <w:rPr>
          <w:b/>
        </w:rPr>
        <w:t xml:space="preserve">[08:28] </w:t>
      </w:r>
      <w:r>
        <w:t>double faida zaroor ho ga.</w:t>
      </w:r>
    </w:p>
    <w:p>
      <w:pPr>
        <w:jc w:val="right"/>
      </w:pPr>
      <w:r>
        <w:t>ڈبل فائدہ ضرور ہو گا۔</w:t>
      </w:r>
    </w:p>
    <w:p>
      <w:r>
        <w:rPr>
          <w:b/>
        </w:rPr>
        <w:t xml:space="preserve">[08:33] </w:t>
      </w:r>
      <w:r>
        <w:t>to bao bhai ne kaha ke main tum ko aik aur investment batata hoon.</w:t>
      </w:r>
    </w:p>
    <w:p>
      <w:pPr>
        <w:jc w:val="right"/>
      </w:pPr>
      <w:r>
        <w:t>تو باؤ بھائی نے کہا کہ میں تم کو ایک اور انویسٹمنٹ بتاتا ہوں۔</w:t>
      </w:r>
    </w:p>
    <w:p>
      <w:r>
        <w:rPr>
          <w:b/>
        </w:rPr>
        <w:t xml:space="preserve">[08:37] </w:t>
      </w:r>
      <w:r>
        <w:t>jis mein double se bhi bohat ziyada mile ga.</w:t>
      </w:r>
    </w:p>
    <w:p>
      <w:pPr>
        <w:jc w:val="right"/>
      </w:pPr>
      <w:r>
        <w:t>جس میں ڈبل سے بھی بہت زیادہ ملے گا۔</w:t>
      </w:r>
    </w:p>
    <w:p>
      <w:r>
        <w:rPr>
          <w:b/>
        </w:rPr>
        <w:t xml:space="preserve">[08:42] </w:t>
      </w:r>
      <w:r>
        <w:t>saat so guna tak mil sakta hai.</w:t>
      </w:r>
    </w:p>
    <w:p>
      <w:pPr>
        <w:jc w:val="right"/>
      </w:pPr>
      <w:r>
        <w:t>سات سو گنا تک مل سکتا ہے۔</w:t>
      </w:r>
    </w:p>
    <w:p>
      <w:r>
        <w:rPr>
          <w:b/>
        </w:rPr>
        <w:t xml:space="preserve">[08:46] </w:t>
      </w:r>
      <w:r>
        <w:t>to unhon ne kaha ke wo kon sa investment hai? aisa to hum jante nahi.</w:t>
      </w:r>
    </w:p>
    <w:p>
      <w:pPr>
        <w:jc w:val="right"/>
      </w:pPr>
      <w:r>
        <w:t>تو انہوں نے کہا کہ وہ کون سا انویسٹمنٹ ہے؟ ایسا تو ہم جانتے نہیں۔</w:t>
      </w:r>
    </w:p>
    <w:p>
      <w:r>
        <w:rPr>
          <w:b/>
        </w:rPr>
        <w:t xml:space="preserve">[08:51] </w:t>
      </w:r>
      <w:r>
        <w:t>to unhon ne kaha bao bhai ne quran ki ayat parh kar ke</w:t>
      </w:r>
    </w:p>
    <w:p>
      <w:pPr>
        <w:jc w:val="right"/>
      </w:pPr>
      <w:r>
        <w:t>تو انہوں نے کہا باؤ بھائی نے قرآن کی آیت پڑھ کر کہ</w:t>
      </w:r>
    </w:p>
    <w:p>
      <w:r>
        <w:rPr>
          <w:b/>
        </w:rPr>
        <w:t xml:space="preserve">[08:55] </w:t>
      </w:r>
      <w:r>
        <w:t>allah ke raste mein paisa lagao.</w:t>
      </w:r>
    </w:p>
    <w:p>
      <w:pPr>
        <w:jc w:val="right"/>
      </w:pPr>
      <w:r>
        <w:t>اللہ کے راستے میں پیسہ لگاؤ۔</w:t>
      </w:r>
    </w:p>
    <w:p>
      <w:r>
        <w:rPr>
          <w:b/>
        </w:rPr>
        <w:t xml:space="preserve">[08:59] </w:t>
      </w:r>
      <w:r>
        <w:t>yeh chalis lakh rupay to allah ke raste mein laga do.</w:t>
      </w:r>
    </w:p>
    <w:p>
      <w:pPr>
        <w:jc w:val="right"/>
      </w:pPr>
      <w:r>
        <w:t>یہ چالیس لاکھ روپے تو اللہ کے راستے میں لگا دو۔</w:t>
      </w:r>
    </w:p>
    <w:p>
      <w:r>
        <w:rPr>
          <w:b/>
        </w:rPr>
        <w:t xml:space="preserve">[09:04] </w:t>
      </w:r>
      <w:r>
        <w:t>khudai mission mein laga do.</w:t>
      </w:r>
    </w:p>
    <w:p>
      <w:pPr>
        <w:jc w:val="right"/>
      </w:pPr>
      <w:r>
        <w:t>خدائی مشن میں لگا دو۔</w:t>
      </w:r>
    </w:p>
    <w:p>
      <w:r>
        <w:rPr>
          <w:b/>
        </w:rPr>
        <w:t xml:space="preserve">[09:08] </w:t>
      </w:r>
      <w:r>
        <w:t>to baao bhai jo the bohat hi ajeeb insan thay.</w:t>
      </w:r>
    </w:p>
    <w:p>
      <w:pPr>
        <w:jc w:val="right"/>
      </w:pPr>
      <w:r>
        <w:t>تو باؤ بھائی جو تھے بہت ہی عجیب انسان تھے۔</w:t>
      </w:r>
    </w:p>
    <w:p>
      <w:r>
        <w:rPr>
          <w:b/>
        </w:rPr>
        <w:t xml:space="preserve">[09:12] </w:t>
      </w:r>
      <w:r>
        <w:t>bohat ajeeb insan thay.</w:t>
      </w:r>
    </w:p>
    <w:p>
      <w:pPr>
        <w:jc w:val="right"/>
      </w:pPr>
      <w:r>
        <w:t>بہت عجیب انسان تھے۔</w:t>
      </w:r>
    </w:p>
    <w:p>
      <w:r>
        <w:rPr>
          <w:b/>
        </w:rPr>
        <w:t xml:space="preserve">[09:17] </w:t>
      </w:r>
      <w:r>
        <w:t>aur hamare mission ko se bohat zyada juray hue thay woh.</w:t>
      </w:r>
    </w:p>
    <w:p>
      <w:pPr>
        <w:jc w:val="right"/>
      </w:pPr>
      <w:r>
        <w:t>اور ہمارے مشن کو سے بہت زیادہ جڑے ہوئے تھے وہ۔</w:t>
      </w:r>
    </w:p>
    <w:p>
      <w:r>
        <w:rPr>
          <w:b/>
        </w:rPr>
        <w:t xml:space="preserve">[09:21] </w:t>
      </w:r>
      <w:r>
        <w:t>unki jab khabar mili mujhe telephone se to mein yahan se gaya haiderabad</w:t>
      </w:r>
    </w:p>
    <w:p>
      <w:pPr>
        <w:jc w:val="right"/>
      </w:pPr>
      <w:r>
        <w:t>ان کی جب خبر ملی مجھے ٹیلی فون سے تو میں یہاں سے گیا حیدرآباد</w:t>
      </w:r>
    </w:p>
    <w:p>
      <w:r>
        <w:rPr>
          <w:b/>
        </w:rPr>
        <w:t xml:space="preserve">[09:25] </w:t>
      </w:r>
      <w:r>
        <w:t>—</w:t>
      </w:r>
    </w:p>
    <w:p>
      <w:pPr>
        <w:jc w:val="right"/>
      </w:pPr>
      <w:r>
        <w:t>۔</w:t>
      </w:r>
    </w:p>
    <w:p>
      <w:r>
        <w:rPr>
          <w:b/>
        </w:rPr>
        <w:t xml:space="preserve">[09:29] </w:t>
      </w:r>
      <w:r>
        <w:t>to jab mein pohancha wahan to habib bhai jo unke bete thay aik dam deewangi ke alam</w:t>
      </w:r>
    </w:p>
    <w:p>
      <w:pPr>
        <w:jc w:val="right"/>
      </w:pPr>
      <w:r>
        <w:t>تو جب میں پہنچا وہاں تو حبیب بھائی جو ان کے بیٹے تھے ایک دم دیوانگی کے عالم</w:t>
      </w:r>
    </w:p>
    <w:p>
      <w:r>
        <w:rPr>
          <w:b/>
        </w:rPr>
        <w:t xml:space="preserve">[09:33] </w:t>
      </w:r>
      <w:r>
        <w:t>mein thay is waqt.</w:t>
      </w:r>
    </w:p>
    <w:p>
      <w:pPr>
        <w:jc w:val="right"/>
      </w:pPr>
      <w:r>
        <w:t>میں تھے اس وقت۔</w:t>
      </w:r>
    </w:p>
    <w:p>
      <w:r>
        <w:rPr>
          <w:b/>
        </w:rPr>
        <w:t xml:space="preserve">[09:37] </w:t>
      </w:r>
      <w:r>
        <w:t>baap mar gaya tha.</w:t>
      </w:r>
    </w:p>
    <w:p>
      <w:pPr>
        <w:jc w:val="right"/>
      </w:pPr>
      <w:r>
        <w:t>باپ مر گیا تھا۔</w:t>
      </w:r>
    </w:p>
    <w:p>
      <w:r>
        <w:rPr>
          <w:b/>
        </w:rPr>
        <w:t xml:space="preserve">[09:41] </w:t>
      </w:r>
      <w:r>
        <w:t>to pehla jumla jo unki zuban se nikla woh yeh tha ke aap ka aik aashiq chala gaya.</w:t>
      </w:r>
    </w:p>
    <w:p>
      <w:pPr>
        <w:jc w:val="right"/>
      </w:pPr>
      <w:r>
        <w:t>تو پہلا جملہ جو ان کی زبان سے نکلا وہ یہ تھا کہ آپ کا ایک عاشق چلا گیا۔</w:t>
      </w:r>
    </w:p>
    <w:p>
      <w:r>
        <w:rPr>
          <w:b/>
        </w:rPr>
        <w:t xml:space="preserve">[09:45] </w:t>
      </w:r>
      <w:r>
        <w:t>aap ka aik aashiq chala gaya.</w:t>
      </w:r>
    </w:p>
    <w:p>
      <w:pPr>
        <w:jc w:val="right"/>
      </w:pPr>
      <w:r>
        <w:t>آپ کا ایک عاشق چلا گیا۔</w:t>
      </w:r>
    </w:p>
    <w:p>
      <w:r>
        <w:rPr>
          <w:b/>
        </w:rPr>
        <w:t xml:space="preserve">[09:49] </w:t>
      </w:r>
      <w:r>
        <w:t>is mission ko bohat zyada woh juray hue thay is se.</w:t>
      </w:r>
    </w:p>
    <w:p>
      <w:pPr>
        <w:jc w:val="right"/>
      </w:pPr>
      <w:r>
        <w:t>اس مشن کو بہت زیادہ وہ جڑے ہوئے تھے اس سے۔</w:t>
      </w:r>
    </w:p>
    <w:p>
      <w:r>
        <w:rPr>
          <w:b/>
        </w:rPr>
        <w:t xml:space="preserve">[09:53] </w:t>
      </w:r>
      <w:r>
        <w:t>lekin sath sath woh</w:t>
      </w:r>
    </w:p>
    <w:p>
      <w:pPr>
        <w:jc w:val="right"/>
      </w:pPr>
      <w:r>
        <w:t>لیکن ساتھ ساتھ وہ</w:t>
      </w:r>
    </w:p>
    <w:p>
      <w:r>
        <w:rPr>
          <w:b/>
        </w:rPr>
        <w:t xml:space="preserve">[09:57] </w:t>
      </w:r>
      <w:r>
        <w:t>businessman thay agarchay lekin maut ke baray mein bohat sochte rehte thay woh.</w:t>
      </w:r>
    </w:p>
    <w:p>
      <w:pPr>
        <w:jc w:val="right"/>
      </w:pPr>
      <w:r>
        <w:t>بزنس مین تھے اگرچہ لیکن موت کے بارے میں بہت سوچتے رہتے تھے وہ۔</w:t>
      </w:r>
    </w:p>
    <w:p>
      <w:r>
        <w:rPr>
          <w:b/>
        </w:rPr>
        <w:t xml:space="preserve">[10:02] </w:t>
      </w:r>
      <w:r>
        <w:t>sab ko kehte thay ke zindagi zyada bara masla hai, maut ka masla hai.</w:t>
      </w:r>
    </w:p>
    <w:p>
      <w:pPr>
        <w:jc w:val="right"/>
      </w:pPr>
      <w:r>
        <w:t>سب کو کہتے تھے کہ زندگی زیادہ بڑا مسئلہ ہے، موت کا مسئلہ ہے۔</w:t>
      </w:r>
    </w:p>
    <w:p>
      <w:r>
        <w:rPr>
          <w:b/>
        </w:rPr>
        <w:t xml:space="preserve">[10:07] </w:t>
      </w:r>
      <w:r>
        <w:t>is par is ko le kar ghor karo.</w:t>
      </w:r>
    </w:p>
    <w:p>
      <w:pPr>
        <w:jc w:val="right"/>
      </w:pPr>
      <w:r>
        <w:t>اس پر اس کو لے کر غور کرو۔</w:t>
      </w:r>
    </w:p>
    <w:p>
      <w:r>
        <w:rPr>
          <w:b/>
        </w:rPr>
        <w:t xml:space="preserve">[10:12] </w:t>
      </w:r>
      <w:r>
        <w:t>to mein samajhta hoon ke yeh bohat hi sahi mizaj tha unka.</w:t>
      </w:r>
    </w:p>
    <w:p>
      <w:pPr>
        <w:jc w:val="right"/>
      </w:pPr>
      <w:r>
        <w:t>تو میں سمجھتا ہوں کہ یہ بہت ہی صحیح مزاج تھا ان کا۔</w:t>
      </w:r>
    </w:p>
    <w:p>
      <w:r>
        <w:rPr>
          <w:b/>
        </w:rPr>
        <w:t xml:space="preserve">[10:17] </w:t>
      </w:r>
      <w:r>
        <w:t>aur yeh mizaj matloob hai hadith ke mutabiq.</w:t>
      </w:r>
    </w:p>
    <w:p>
      <w:pPr>
        <w:jc w:val="right"/>
      </w:pPr>
      <w:r>
        <w:t>اور یہ مزاج مطلوب ہے حدیث کے مطابق۔</w:t>
      </w:r>
    </w:p>
    <w:p>
      <w:r>
        <w:rPr>
          <w:b/>
        </w:rPr>
        <w:t xml:space="preserve">[10:22] </w:t>
      </w:r>
      <w:r>
        <w:t>dekhein hadith mein aata hai.</w:t>
      </w:r>
    </w:p>
    <w:p>
      <w:pPr>
        <w:jc w:val="right"/>
      </w:pPr>
      <w:r>
        <w:t>دیکھیں حدیث میں آتا ہے۔</w:t>
      </w:r>
    </w:p>
    <w:p>
      <w:r>
        <w:rPr>
          <w:b/>
        </w:rPr>
        <w:t xml:space="preserve">[10:27] </w:t>
      </w:r>
      <w:r>
        <w:t>quran mein hai ke "kal nafsun za'iqatul maut". har aadmi ko zaroor marna hai. "kal nafsun za'iqatul maut". aur hadith mein aata hai ke "aksir zikr zati al maut". yani maut ko bohat yaad karo. "Remember death much". "Remember death much". maut ko bohat yaad karo. ab</w:t>
      </w:r>
    </w:p>
    <w:p>
      <w:pPr>
        <w:jc w:val="right"/>
      </w:pPr>
      <w:r>
        <w:t>قرآن میں ہے کہ "کل نفس ذائقۃ الموت"۔ ہر آدمی کو ضرور مرنا ہے۔ "کل نفس ذائقۃ الموت"۔ اور حدیث میں آتا ہے کہ "اکثر الذکر ذات الموت"۔ یعنی موت کو بہت یاد کرو۔ "Remember death much"۔ "Remember death much"۔ موت کو بہت یاد کرو۔ اب</w:t>
      </w:r>
    </w:p>
    <w:p>
      <w:r>
        <w:rPr>
          <w:b/>
        </w:rPr>
        <w:t xml:space="preserve">[10:57] </w:t>
      </w:r>
      <w:r>
        <w:t>mein soch raha tha ke aakhir maut ko yaad karo ka matlab kya hai? "aksar al dhikr".</w:t>
      </w:r>
    </w:p>
    <w:p>
      <w:pPr>
        <w:jc w:val="right"/>
      </w:pPr>
      <w:r>
        <w:t>میں سوچ رہا تھا کہ آخر موت کو یاد کرو کا مطلب کیا ہے؟ "اکثر الذکر"۔</w:t>
      </w:r>
    </w:p>
    <w:p>
      <w:r>
        <w:rPr>
          <w:b/>
        </w:rPr>
        <w:t xml:space="preserve">[11:02] </w:t>
      </w:r>
      <w:r>
        <w:t>yani dhikr, maut ka dhikr ko bohat zyada.</w:t>
      </w:r>
    </w:p>
    <w:p>
      <w:pPr>
        <w:jc w:val="right"/>
      </w:pPr>
      <w:r>
        <w:t>یعنی ذکر، موت کا ذکر کو بہت زیادہ۔</w:t>
      </w:r>
    </w:p>
    <w:p>
      <w:r>
        <w:rPr>
          <w:b/>
        </w:rPr>
        <w:t xml:space="preserve">[11:07] </w:t>
      </w:r>
      <w:r>
        <w:t>maut ka bohat dhikr karo.</w:t>
      </w:r>
    </w:p>
    <w:p>
      <w:pPr>
        <w:jc w:val="right"/>
      </w:pPr>
      <w:r>
        <w:t>موت کا بہت ذکر کرو۔</w:t>
      </w:r>
    </w:p>
    <w:p>
      <w:r>
        <w:rPr>
          <w:b/>
        </w:rPr>
        <w:t xml:space="preserve">[11:12] </w:t>
      </w:r>
      <w:r>
        <w:t>to allah ke dhikr ke baray mein bhi ahkam aaye hain.</w:t>
      </w:r>
    </w:p>
    <w:p>
      <w:pPr>
        <w:jc w:val="right"/>
      </w:pPr>
      <w:r>
        <w:t>تو اللہ کے ذکر کے بارے میں بھی احکام آئے ہیں۔</w:t>
      </w:r>
    </w:p>
    <w:p>
      <w:r>
        <w:rPr>
          <w:b/>
        </w:rPr>
        <w:t xml:space="preserve">[11:17] </w:t>
      </w:r>
      <w:r>
        <w:t>allah ka bohat zikr karo.</w:t>
      </w:r>
    </w:p>
    <w:p>
      <w:pPr>
        <w:jc w:val="right"/>
      </w:pPr>
      <w:r>
        <w:t>اللہ کا بہت ذکر کرو۔</w:t>
      </w:r>
    </w:p>
    <w:p>
      <w:r>
        <w:rPr>
          <w:b/>
        </w:rPr>
        <w:t xml:space="preserve">[11:22] </w:t>
      </w:r>
      <w:r>
        <w:t>to is ka to zikr log is tarah karte hain ke allah allah allah allah allah allah kehte hain.</w:t>
      </w:r>
    </w:p>
    <w:p>
      <w:pPr>
        <w:jc w:val="right"/>
      </w:pPr>
      <w:r>
        <w:t>تو اس کا تو ذکر لوگ اس طرح کرتے ہیں کہ اللہ اللہ اللہ اللہ اللہ اللہ کہتے ہیں۔</w:t>
      </w:r>
    </w:p>
    <w:p>
      <w:r>
        <w:rPr>
          <w:b/>
        </w:rPr>
        <w:t xml:space="preserve">[11:27] </w:t>
      </w:r>
      <w:r>
        <w:t>sofi log.</w:t>
      </w:r>
    </w:p>
    <w:p>
      <w:pPr>
        <w:jc w:val="right"/>
      </w:pPr>
      <w:r>
        <w:t>صوفی لوگ۔</w:t>
      </w:r>
    </w:p>
    <w:p>
      <w:r>
        <w:rPr>
          <w:b/>
        </w:rPr>
        <w:t xml:space="preserve">[11:32] </w:t>
      </w:r>
      <w:r>
        <w:t>to kiya yeh matlab yahan bhi hai ke maut maut maut maut maut maut kar rahe hain aap?</w:t>
      </w:r>
    </w:p>
    <w:p>
      <w:pPr>
        <w:jc w:val="right"/>
      </w:pPr>
      <w:r>
        <w:t>تو کیا یہ مطلب یہاں بھی ہے کہ موت موت موت موت موت موت کر رہے ہیں آپ؟</w:t>
      </w:r>
    </w:p>
    <w:p>
      <w:r>
        <w:rPr>
          <w:b/>
        </w:rPr>
        <w:t xml:space="preserve">[11:38] </w:t>
      </w:r>
      <w:r>
        <w:t>zahair hai ke yeh matlab nahi ho sakta.</w:t>
      </w:r>
    </w:p>
    <w:p>
      <w:pPr>
        <w:jc w:val="right"/>
      </w:pPr>
      <w:r>
        <w:t>ظاہر ہے کہ یہ مطلب نہیں ہو سکتا۔</w:t>
      </w:r>
    </w:p>
    <w:p>
      <w:r>
        <w:rPr>
          <w:b/>
        </w:rPr>
        <w:t xml:space="preserve">[11:43] </w:t>
      </w:r>
      <w:r>
        <w:t>"remember death much" ka matlab yeh nahi ho sakta hai ke aap maut maut maut maut maut karen.</w:t>
      </w:r>
    </w:p>
    <w:p>
      <w:pPr>
        <w:jc w:val="right"/>
      </w:pPr>
      <w:r>
        <w:t>"Remember death much" کا مطلب یہ نہیں ہو سکتا ہے کہ آپ موت موت موت موت موت کریں۔</w:t>
      </w:r>
    </w:p>
    <w:p>
      <w:r>
        <w:rPr>
          <w:b/>
        </w:rPr>
        <w:t xml:space="preserve">[11:48] </w:t>
      </w:r>
      <w:r>
        <w:t>phir kiya matlab hai is ka? is ka kiya matlab hai? bohat ziyada sochne ki baat hai.</w:t>
      </w:r>
    </w:p>
    <w:p>
      <w:pPr>
        <w:jc w:val="right"/>
      </w:pPr>
      <w:r>
        <w:t>پھر کیا مطلب ہے اس کا؟ اس کا کیا مطلب ہے؟ بہت زیادہ سوچنے کی بات ہے۔</w:t>
      </w:r>
    </w:p>
    <w:p>
      <w:r>
        <w:rPr>
          <w:b/>
        </w:rPr>
        <w:t xml:space="preserve">[11:53] </w:t>
      </w:r>
      <w:r>
        <w:t>is ka matlab yeh hai ke bohat ziyada maut ke baray mein</w:t>
      </w:r>
    </w:p>
    <w:p>
      <w:pPr>
        <w:jc w:val="right"/>
      </w:pPr>
      <w:r>
        <w:t>اس کا مطلب یہ ہے کہ بہت زیادہ موت کے بارے میں</w:t>
      </w:r>
    </w:p>
    <w:p>
      <w:r>
        <w:rPr>
          <w:b/>
        </w:rPr>
        <w:t xml:space="preserve">[11:58] </w:t>
      </w:r>
      <w:r>
        <w:t>socho.</w:t>
      </w:r>
    </w:p>
    <w:p>
      <w:pPr>
        <w:jc w:val="right"/>
      </w:pPr>
      <w:r>
        <w:t>سوچو۔</w:t>
      </w:r>
    </w:p>
    <w:p>
      <w:r>
        <w:rPr>
          <w:b/>
        </w:rPr>
        <w:t xml:space="preserve">[12:03] </w:t>
      </w:r>
      <w:r>
        <w:t>tumhari jo planning ho zindagi ki woh maut ko le kar ho.</w:t>
      </w:r>
    </w:p>
    <w:p>
      <w:pPr>
        <w:jc w:val="right"/>
      </w:pPr>
      <w:r>
        <w:t>تمہاری جو پلاننگ ہو زندگی کی وہ موت کو لے کر ہو۔</w:t>
      </w:r>
    </w:p>
    <w:p>
      <w:r>
        <w:rPr>
          <w:b/>
        </w:rPr>
        <w:t xml:space="preserve">[12:08] </w:t>
      </w:r>
      <w:r>
        <w:t>har aadmi dekhen zindagi ki planning karta hai to to money ko le kar karta hai.</w:t>
      </w:r>
    </w:p>
    <w:p>
      <w:pPr>
        <w:jc w:val="right"/>
      </w:pPr>
      <w:r>
        <w:t>ہر آدمی دیکھیں زندگی کی پلاننگ کرتا ہے تو تو منی کو لے کر کرتا ہے۔</w:t>
      </w:r>
    </w:p>
    <w:p>
      <w:r>
        <w:rPr>
          <w:b/>
        </w:rPr>
        <w:t xml:space="preserve">[12:13] </w:t>
      </w:r>
      <w:r>
        <w:t>money oriented planning.</w:t>
      </w:r>
    </w:p>
    <w:p>
      <w:pPr>
        <w:jc w:val="right"/>
      </w:pPr>
      <w:r>
        <w:t>منی اورینٹڈ پلاننگ۔</w:t>
      </w:r>
    </w:p>
    <w:p>
      <w:r>
        <w:rPr>
          <w:b/>
        </w:rPr>
        <w:t xml:space="preserve">[12:18] </w:t>
      </w:r>
      <w:r>
        <w:t>yeh har aadmi ka goal hota hai.</w:t>
      </w:r>
    </w:p>
    <w:p>
      <w:pPr>
        <w:jc w:val="right"/>
      </w:pPr>
      <w:r>
        <w:t>یہ ہر آدمی کا گول ہوتا ہے۔</w:t>
      </w:r>
    </w:p>
    <w:p>
      <w:r>
        <w:rPr>
          <w:b/>
        </w:rPr>
        <w:t xml:space="preserve">[12:23] </w:t>
      </w:r>
      <w:r>
        <w:t>to yeh hadith kehti hai ke tumhari planning jo hai death oriented honi chahiye.</w:t>
      </w:r>
    </w:p>
    <w:p>
      <w:pPr>
        <w:jc w:val="right"/>
      </w:pPr>
      <w:r>
        <w:t>تو یہ حدیث کہتی ہے کہ تمہاری پلاننگ جو ہے ڈیتھ اورینٹڈ ہونی چاہیے۔</w:t>
      </w:r>
    </w:p>
    <w:p>
      <w:r>
        <w:rPr>
          <w:b/>
        </w:rPr>
        <w:t xml:space="preserve">[12:28] </w:t>
      </w:r>
      <w:r>
        <w:t>death oriented planning of your life.</w:t>
      </w:r>
    </w:p>
    <w:p>
      <w:pPr>
        <w:jc w:val="right"/>
      </w:pPr>
      <w:r>
        <w:t>ڈیتھ اورینٹڈ پلاننگ آف یور لائف۔</w:t>
      </w:r>
    </w:p>
    <w:p>
      <w:r>
        <w:rPr>
          <w:b/>
        </w:rPr>
        <w:t xml:space="preserve">[12:32] </w:t>
      </w:r>
      <w:r>
        <w:t>to mujhe aik qissa yaad aata hai.</w:t>
      </w:r>
    </w:p>
    <w:p>
      <w:pPr>
        <w:jc w:val="right"/>
      </w:pPr>
      <w:r>
        <w:t>تو مجھے ایک قصہ یاد آتا ہے۔</w:t>
      </w:r>
    </w:p>
    <w:p>
      <w:r>
        <w:rPr>
          <w:b/>
        </w:rPr>
        <w:t xml:space="preserve">[12:36] </w:t>
      </w:r>
      <w:r>
        <w:t>mein lucknow mein tha kuch kuch saalon ke liye.</w:t>
      </w:r>
    </w:p>
    <w:p>
      <w:pPr>
        <w:jc w:val="right"/>
      </w:pPr>
      <w:r>
        <w:t>میں لکھنؤ میں تھا کچھ کچھ سالوں کے لیے۔</w:t>
      </w:r>
    </w:p>
    <w:p>
      <w:r>
        <w:rPr>
          <w:b/>
        </w:rPr>
        <w:t xml:space="preserve">[12:40] </w:t>
      </w:r>
      <w:r>
        <w:t>to nadwa mein aik talib-e-ilm thay.</w:t>
      </w:r>
    </w:p>
    <w:p>
      <w:pPr>
        <w:jc w:val="right"/>
      </w:pPr>
      <w:r>
        <w:t>تو ندوہ میں ایک طالب علم تھے۔</w:t>
      </w:r>
    </w:p>
    <w:p>
      <w:r>
        <w:rPr>
          <w:b/>
        </w:rPr>
        <w:t xml:space="preserve">[12:44] </w:t>
      </w:r>
      <w:r>
        <w:t>kuch majzoob qism ke aadmi thay woh.</w:t>
      </w:r>
    </w:p>
    <w:p>
      <w:pPr>
        <w:jc w:val="right"/>
      </w:pPr>
      <w:r>
        <w:t>کچھ مجذوب قسم کے آدمی تھے وہ۔</w:t>
      </w:r>
    </w:p>
    <w:p>
      <w:r>
        <w:rPr>
          <w:b/>
        </w:rPr>
        <w:t xml:space="preserve">[12:48] </w:t>
      </w:r>
      <w:r>
        <w:t>to woh kiya karte thay? kabhi kabhi woh qabristan chalate thay.</w:t>
      </w:r>
    </w:p>
    <w:p>
      <w:pPr>
        <w:jc w:val="right"/>
      </w:pPr>
      <w:r>
        <w:t>تو وہ کیا کرتے تھے؟ کبھی کبھی وہ قبرستان چلاتے تھے۔</w:t>
      </w:r>
    </w:p>
    <w:p>
      <w:r>
        <w:rPr>
          <w:b/>
        </w:rPr>
        <w:t xml:space="preserve">[12:52] </w:t>
      </w:r>
      <w:r>
        <w:t>graveyard mein. akele.</w:t>
      </w:r>
    </w:p>
    <w:p>
      <w:pPr>
        <w:jc w:val="right"/>
      </w:pPr>
      <w:r>
        <w:t>گریو یارڈ میں۔ اکیلے۔</w:t>
      </w:r>
    </w:p>
    <w:p>
      <w:r>
        <w:rPr>
          <w:b/>
        </w:rPr>
        <w:t xml:space="preserve">[12:56] </w:t>
      </w:r>
      <w:r>
        <w:t>wahan par qabar mein lait jatay thay.</w:t>
      </w:r>
    </w:p>
    <w:p>
      <w:pPr>
        <w:jc w:val="right"/>
      </w:pPr>
      <w:r>
        <w:t>وہاں پر قبر میں لیٹ جاتے تھے۔</w:t>
      </w:r>
    </w:p>
    <w:p>
      <w:r>
        <w:rPr>
          <w:b/>
        </w:rPr>
        <w:t xml:space="preserve">[13:00] </w:t>
      </w:r>
      <w:r>
        <w:t>qabar ke andar dakhil ho kar phir lait jatay thay akele.</w:t>
      </w:r>
    </w:p>
    <w:p>
      <w:pPr>
        <w:jc w:val="right"/>
      </w:pPr>
      <w:r>
        <w:t>قبر کے اندر داخل ہو کر پھر لیٹ جاتے تھے اکیلے۔</w:t>
      </w:r>
    </w:p>
    <w:p>
      <w:r>
        <w:rPr>
          <w:b/>
        </w:rPr>
        <w:t xml:space="preserve">[13:05] </w:t>
      </w:r>
      <w:r>
        <w:t>to un se poocha gaya ke bhai kyun aisa karte hain aap? unhon ne kaha mein ja kar</w:t>
      </w:r>
    </w:p>
    <w:p>
      <w:pPr>
        <w:jc w:val="right"/>
      </w:pPr>
      <w:r>
        <w:t>تو ان سے پوچھا گیا کہ بھئی کیوں ایسا کرتے ہیں آپ؟ انہوں نے کہا میں جا کر</w:t>
      </w:r>
    </w:p>
    <w:p>
      <w:r>
        <w:rPr>
          <w:b/>
        </w:rPr>
        <w:t xml:space="preserve">[13:10] </w:t>
      </w:r>
      <w:r>
        <w:t>ke sochta hoon ke yahin mujhe aana hai.</w:t>
      </w:r>
    </w:p>
    <w:p>
      <w:pPr>
        <w:jc w:val="right"/>
      </w:pPr>
      <w:r>
        <w:t>کے سوچتا ہوں کہ یہیں مجھے آنا ہے۔</w:t>
      </w:r>
    </w:p>
    <w:p>
      <w:r>
        <w:rPr>
          <w:b/>
        </w:rPr>
        <w:t xml:space="preserve">[13:15] </w:t>
      </w:r>
      <w:r>
        <w:t>lekin yeh tareeqa mein samajhta hoon ke yaani kisi sahabi ne aisa nahi kiya.</w:t>
      </w:r>
    </w:p>
    <w:p>
      <w:pPr>
        <w:jc w:val="right"/>
      </w:pPr>
      <w:r>
        <w:t>لیکن یہ طریقہ میں سمجھتا ہوں کہ یعنی کسی صحابی نے ایسا نہیں کیا۔</w:t>
      </w:r>
    </w:p>
    <w:p>
      <w:r>
        <w:rPr>
          <w:b/>
        </w:rPr>
        <w:t xml:space="preserve">[13:20] </w:t>
      </w:r>
      <w:r>
        <w:t>kisi sahabi ke baray mein nahi hum ne suna ke woh ja kar qabar mein leta tha.</w:t>
      </w:r>
    </w:p>
    <w:p>
      <w:pPr>
        <w:jc w:val="right"/>
      </w:pPr>
      <w:r>
        <w:t>کسی صحابی کے بارے میں نہیں ہم نے سنا کہ وہ جا کر قبر میں لیٹتا تھا۔</w:t>
      </w:r>
    </w:p>
    <w:p>
      <w:r>
        <w:rPr>
          <w:b/>
        </w:rPr>
        <w:t xml:space="preserve">[13:25] </w:t>
      </w:r>
      <w:r>
        <w:t>to yeh un ki aik mein samajhta hoon ke inteha pasandana soch ka nateeja ho ga shayad.</w:t>
      </w:r>
    </w:p>
    <w:p>
      <w:pPr>
        <w:jc w:val="right"/>
      </w:pPr>
      <w:r>
        <w:t>تو یہ ان کی ایک میں سمجھتا ہوں کہ انتہا پسندانہ سوچ کا نتیجہ ہو گا شاید۔</w:t>
      </w:r>
    </w:p>
    <w:p>
      <w:r>
        <w:rPr>
          <w:b/>
        </w:rPr>
        <w:t xml:space="preserve">[13:30] </w:t>
      </w:r>
      <w:r>
        <w:t>asal cheez yeh nahi ke aap qabar mein ja kar letay.</w:t>
      </w:r>
    </w:p>
    <w:p>
      <w:pPr>
        <w:jc w:val="right"/>
      </w:pPr>
      <w:r>
        <w:t>اصل چیز یہ نہیں کہ آپ قبر میں جا کر لیٹیں۔</w:t>
      </w:r>
    </w:p>
    <w:p>
      <w:r>
        <w:rPr>
          <w:b/>
        </w:rPr>
        <w:t xml:space="preserve">[13:35] </w:t>
      </w:r>
      <w:r>
        <w:t>asal cheez hai qabar ko le kar sochay.</w:t>
      </w:r>
    </w:p>
    <w:p>
      <w:pPr>
        <w:jc w:val="right"/>
      </w:pPr>
      <w:r>
        <w:t>اصل چیز ہے قبر کو لے کر سوچیں۔</w:t>
      </w:r>
    </w:p>
    <w:p>
      <w:r>
        <w:rPr>
          <w:b/>
        </w:rPr>
        <w:t xml:space="preserve">[13:40] </w:t>
      </w:r>
      <w:r>
        <w:t>qabar ko le kar sochay.</w:t>
      </w:r>
    </w:p>
    <w:p>
      <w:pPr>
        <w:jc w:val="right"/>
      </w:pPr>
      <w:r>
        <w:t>قبر کو لے کر سوچیں۔</w:t>
      </w:r>
    </w:p>
    <w:p>
      <w:r>
        <w:rPr>
          <w:b/>
        </w:rPr>
        <w:t xml:space="preserve">[13:45] </w:t>
      </w:r>
      <w:r>
        <w:t>jaise dekhen mein jab kisi ka intiqal hota hai to aap jantay hain ke tajdeed o takfeen hoti hai.</w:t>
      </w:r>
    </w:p>
    <w:p>
      <w:pPr>
        <w:jc w:val="right"/>
      </w:pPr>
      <w:r>
        <w:t>جیسے دیکھیں میں جب کسی کا انتقال ہوتا ہے تو آپ جانتے ہیں کہ تجدید و تکفین ہوتی ہے۔</w:t>
      </w:r>
    </w:p>
    <w:p>
      <w:r>
        <w:rPr>
          <w:b/>
        </w:rPr>
        <w:t xml:space="preserve">[13:50] </w:t>
      </w:r>
      <w:r>
        <w:t>murday ko qabristan le atay hain.</w:t>
      </w:r>
    </w:p>
    <w:p>
      <w:pPr>
        <w:jc w:val="right"/>
      </w:pPr>
      <w:r>
        <w:t>مردے کو قبرستان لے آتے ہیں۔</w:t>
      </w:r>
    </w:p>
    <w:p>
      <w:r>
        <w:rPr>
          <w:b/>
        </w:rPr>
        <w:t xml:space="preserve">[13:55] </w:t>
      </w:r>
      <w:r>
        <w:t>to mein bohat ziyada jata raha hoon qabristan mein is</w:t>
      </w:r>
    </w:p>
    <w:p>
      <w:pPr>
        <w:jc w:val="right"/>
      </w:pPr>
      <w:r>
        <w:t>تو میں بہت زیادہ جاتا رہا ہوں قبرستان میں اس</w:t>
      </w:r>
    </w:p>
    <w:p>
      <w:r>
        <w:rPr>
          <w:b/>
        </w:rPr>
        <w:t xml:space="preserve">[14:00] </w:t>
      </w:r>
      <w:r>
        <w:t>tareeqe se. to main ne paya hai ke wahan par jo log hote hain har aik idhar udhar ki baaten karta hai. idhar udhar ki baaten. business ki baat, job ki baat, market ki baat, politics ki baat. kabhi bhi apne tajrube mein main ne nahin paya ke log jo hain zikr karte hon maut ka. mera haal kya hota hai? main bol chup ho jata hoon. mujhe bol nahin nikalti</w:t>
      </w:r>
    </w:p>
    <w:p>
      <w:pPr>
        <w:jc w:val="right"/>
      </w:pPr>
      <w:r>
        <w:t>طریقے سے۔ تو میں نے پایا ہے کہ وہاں پر جو لوگ ہوتے ہیں ہر ایک ادھر ادھر کی باتیں کرتا ہے۔ ادھر ادھر کی باتیں۔ بزنس کی بات، جاب کی بات، مارکیٹ کی بات، پولیٹکس کی بات۔ کبھی بھی اپنے تجربے میں میں نے نہیں پایا کہ لوگ جو ہیں ذکر کرتے ہوں موت کا۔ میرا حال کیا ہوتا ہے؟ میں بول چپ ہو جاتا ہوں۔ مجھے بول نہیں نکل</w:t>
      </w:r>
    </w:p>
    <w:p>
      <w:r>
        <w:rPr>
          <w:b/>
        </w:rPr>
        <w:t xml:space="preserve">[14:30] </w:t>
      </w:r>
      <w:r>
        <w:t>ti.</w:t>
      </w:r>
    </w:p>
    <w:p>
      <w:pPr>
        <w:jc w:val="right"/>
      </w:pPr>
      <w:r>
        <w:t>تی۔</w:t>
      </w:r>
    </w:p>
    <w:p>
      <w:r>
        <w:rPr>
          <w:b/>
        </w:rPr>
        <w:t xml:space="preserve">[14:35] </w:t>
      </w:r>
      <w:r>
        <w:t>jab mein jata hoon qabristan mein kisi mayyat ke sath tajdeed o takfeen ke liye to bol nahi</w:t>
      </w:r>
    </w:p>
    <w:p>
      <w:pPr>
        <w:jc w:val="right"/>
      </w:pPr>
      <w:r>
        <w:t>جب میں جاتا ہوں قبرستان میں کسی میت کے ساتھ تجدید و تکفین کے لیے تو بول نہیں</w:t>
      </w:r>
    </w:p>
    <w:p>
      <w:r>
        <w:rPr>
          <w:b/>
        </w:rPr>
        <w:t xml:space="preserve">[14:39] </w:t>
      </w:r>
      <w:r>
        <w:t>nikalti mujh se.</w:t>
      </w:r>
    </w:p>
    <w:p>
      <w:pPr>
        <w:jc w:val="right"/>
      </w:pPr>
      <w:r>
        <w:t>نکلتی مجھ سے۔</w:t>
      </w:r>
    </w:p>
    <w:p>
      <w:r>
        <w:rPr>
          <w:b/>
        </w:rPr>
        <w:t xml:space="preserve">[14:44] </w:t>
      </w:r>
      <w:r>
        <w:t>mein sochta rehta hoon ke yahin mujhe bhi isi qabar mein dafan kiya jaye ga aik din.</w:t>
      </w:r>
    </w:p>
    <w:p>
      <w:pPr>
        <w:jc w:val="right"/>
      </w:pPr>
      <w:r>
        <w:t>میں سوچتا رہتا ہوں کہ یہیں مجھے بھی اسی قبر میں دفن کیا جائے گا ایک دن۔</w:t>
      </w:r>
    </w:p>
    <w:p>
      <w:r>
        <w:rPr>
          <w:b/>
        </w:rPr>
        <w:t xml:space="preserve">[14:49] </w:t>
      </w:r>
      <w:r>
        <w:t>yaani body jo aaj zinda hai aik waqt ho ga ke us ki zindagi nikal chuki ho gi.</w:t>
      </w:r>
    </w:p>
    <w:p>
      <w:pPr>
        <w:jc w:val="right"/>
      </w:pPr>
      <w:r>
        <w:t>یعنی باڈی جو آج زندہ ہے ایک وقت ہو گا کہ اس کی زندگی نکل چکی ہو گی۔</w:t>
      </w:r>
    </w:p>
    <w:p>
      <w:r>
        <w:rPr>
          <w:b/>
        </w:rPr>
        <w:t xml:space="preserve">[14:53] </w:t>
      </w:r>
      <w:r>
        <w:t>phir us body ki koi value nahi ho gi.</w:t>
      </w:r>
    </w:p>
    <w:p>
      <w:pPr>
        <w:jc w:val="right"/>
      </w:pPr>
      <w:r>
        <w:t>پھر اس باڈی کی کوئی ویلیو نہیں ہو گی۔</w:t>
      </w:r>
    </w:p>
    <w:p>
      <w:r>
        <w:rPr>
          <w:b/>
        </w:rPr>
        <w:t xml:space="preserve">[14:58] </w:t>
      </w:r>
      <w:r>
        <w:t>us ko kafan mein lapait kar ke isi mein daal diya jaye ga.</w:t>
      </w:r>
    </w:p>
    <w:p>
      <w:pPr>
        <w:jc w:val="right"/>
      </w:pPr>
      <w:r>
        <w:t>اس کو کفن میں لپیٹ کر کے اسی میں ڈال دیا جائے گا۔</w:t>
      </w:r>
    </w:p>
    <w:p>
      <w:r>
        <w:rPr>
          <w:b/>
        </w:rPr>
        <w:t xml:space="preserve">[15:02] </w:t>
      </w:r>
      <w:r>
        <w:t>kal bhi jab mein gaya tha function mein to bohat saray aadmi thay wahan par.</w:t>
      </w:r>
    </w:p>
    <w:p>
      <w:pPr>
        <w:jc w:val="right"/>
      </w:pPr>
      <w:r>
        <w:t>کل بھی جب میں گیا تھا فنکشن میں تو بہت سارے آدمی تھے وہاں پر۔</w:t>
      </w:r>
    </w:p>
    <w:p>
      <w:r>
        <w:rPr>
          <w:b/>
        </w:rPr>
        <w:t xml:space="preserve">[15:09] </w:t>
      </w:r>
      <w:r>
        <w:t>to log apnay apnay is mein thay.</w:t>
      </w:r>
    </w:p>
    <w:p>
      <w:pPr>
        <w:jc w:val="right"/>
      </w:pPr>
      <w:r>
        <w:t>تو لوگ اپنے اپنے اس میں تھے۔</w:t>
      </w:r>
    </w:p>
    <w:p>
      <w:r>
        <w:rPr>
          <w:b/>
        </w:rPr>
        <w:t xml:space="preserve">[15:15] </w:t>
      </w:r>
      <w:r>
        <w:t>mein to musalsal ro raha tha bas.</w:t>
      </w:r>
    </w:p>
    <w:p>
      <w:pPr>
        <w:jc w:val="right"/>
      </w:pPr>
      <w:r>
        <w:t>میں تو مسلسل رو رہا تھا بس۔</w:t>
      </w:r>
    </w:p>
    <w:p>
      <w:r>
        <w:rPr>
          <w:b/>
        </w:rPr>
        <w:t xml:space="preserve">[15:21] </w:t>
      </w:r>
      <w:r>
        <w:t>ke jo anjam is lady ka hua hai wahi anjam mera bhi honay wala hai.</w:t>
      </w:r>
    </w:p>
    <w:p>
      <w:pPr>
        <w:jc w:val="right"/>
      </w:pPr>
      <w:r>
        <w:t>کہ جو انجام اس لیڈی کا ہوا ہے وہی انجام میرا بھی ہونے والا ہے۔</w:t>
      </w:r>
    </w:p>
    <w:p>
      <w:r>
        <w:rPr>
          <w:b/>
        </w:rPr>
        <w:t xml:space="preserve">[15:28] </w:t>
      </w:r>
      <w:r>
        <w:t>to "aksar tazkir-e-maut" ka matlab hai ke aadmi ke andar</w:t>
      </w:r>
    </w:p>
    <w:p>
      <w:pPr>
        <w:jc w:val="right"/>
      </w:pPr>
      <w:r>
        <w:t>تو "اکثر الذکر ذات الموت" کا مطلب ہے کہ آدمی کے اندر</w:t>
      </w:r>
    </w:p>
    <w:p>
      <w:r>
        <w:rPr>
          <w:b/>
        </w:rPr>
        <w:t xml:space="preserve">[15:34] </w:t>
      </w:r>
      <w:r>
        <w:t>death oriented thinking ho. death oriented planning ho. poori zindagi jo hai death ko le kar soche woh. kyun ke aakhir kar to marna hi to hai aakhir kar. jaise aik british singer satayees saal ki umar mein mar gayi. aaj ke akhbar mein hai. to yeh to sochna hai</w:t>
      </w:r>
    </w:p>
    <w:p>
      <w:pPr>
        <w:jc w:val="right"/>
      </w:pPr>
      <w:r>
        <w:t>ڈیتھ اورینٹڈ تھنکنگ ہو۔ ڈیتھ اورینٹڈ پلاننگ ہو۔ پوری زندگی جو ہے ڈیتھ کو لے کر سوچے وہ۔ کیوں کہ آخر کار تو مرنا ہی تو ہے آخر کار۔ جیسے ایک برٹش سنگر ستائیس سال کی عمر میں مر گئی۔ آج کے اخبار میں ہے۔ تو یہ تو سوچنا ہے</w:t>
      </w:r>
    </w:p>
    <w:p>
      <w:r>
        <w:rPr>
          <w:b/>
        </w:rPr>
        <w:t xml:space="preserve">[16:04] </w:t>
      </w:r>
      <w:r>
        <w:t>koi satayees saal mein mare ga. koi kam mein, koi zyada mein. lekin marna to hai bahar haal. marne ke baad eternal life hai. to un ki beti ne jab mujh se poocha tha to main ne kaha ke dekhen unhon ne kaha tha ke "Where my mother has gone" jab kaha tha unhon ne. to main ne kaha ke dekhen kuch log yeh mante hain ke yeh body jo hai yeh kuch nahin hai. mara to aadmi khatam. jaise chuck bis aik shair</w:t>
      </w:r>
    </w:p>
    <w:p>
      <w:pPr>
        <w:jc w:val="right"/>
      </w:pPr>
      <w:r>
        <w:t>کوئی ستائیس سال میں مرے گا۔ کوئی کم میں، کوئی زیادہ میں۔ لیکن مرنا تو ہے بہرحال۔ مرنے کے بعد ایٹرنل لائف ہے۔ تو ان کی بیٹی نے جب مجھ سے پوچھا تھا تو میں نے کہا کہ دیکھیں انہوں نے کہا تھا کہ "Where my mother has gone" جب کہا تھا انہوں نے۔ تو میں نے کہا کہ دیکھیں کچھ لوگ یہ مانتے ہیں کہ یہ باڈی جو ہے یہ کچھ نہیں ہے۔ مرا تو آدمی ختم۔ جیسے چک بس ایک شاع</w:t>
      </w:r>
    </w:p>
    <w:p>
      <w:r>
        <w:rPr>
          <w:b/>
        </w:rPr>
        <w:t xml:space="preserve">[16:34] </w:t>
      </w:r>
      <w:r>
        <w:t>re thay unhon ne kaha tha ke zindagi kya hai anasir mein zahoor tarteeb maut kya hai inhi</w:t>
      </w:r>
    </w:p>
    <w:p>
      <w:pPr>
        <w:jc w:val="right"/>
      </w:pPr>
      <w:r>
        <w:t>ر تھے انہوں نے کہا تھا کہ زندگی کیا ہے عناصر میں ظہور ترتیب موت کیا ہے انہی</w:t>
      </w:r>
    </w:p>
    <w:p>
      <w:r>
        <w:rPr>
          <w:b/>
        </w:rPr>
        <w:t xml:space="preserve">[16:38] </w:t>
      </w:r>
      <w:r>
        <w:t>ajza ka pareshan hona.</w:t>
      </w:r>
    </w:p>
    <w:p>
      <w:pPr>
        <w:jc w:val="right"/>
      </w:pPr>
      <w:r>
        <w:t>اجزاء کا پریشاں ہونا۔</w:t>
      </w:r>
    </w:p>
    <w:p>
      <w:r>
        <w:rPr>
          <w:b/>
        </w:rPr>
        <w:t xml:space="preserve">[16:42] </w:t>
      </w:r>
      <w:r>
        <w:t>matlab kuch element hain jo mil gaye to hamara wahi yeh ban gaya hai.</w:t>
      </w:r>
    </w:p>
    <w:p>
      <w:pPr>
        <w:jc w:val="right"/>
      </w:pPr>
      <w:r>
        <w:t>مطلب کچھ ایلیمنٹ ہیں جو مل گئے تو ہمارا وہی یہ بن گیا ہے۔</w:t>
      </w:r>
    </w:p>
    <w:p>
      <w:r>
        <w:rPr>
          <w:b/>
        </w:rPr>
        <w:t xml:space="preserve">[16:47] </w:t>
      </w:r>
      <w:r>
        <w:t>wajood ban gaya hai hamara.</w:t>
      </w:r>
    </w:p>
    <w:p>
      <w:pPr>
        <w:jc w:val="right"/>
      </w:pPr>
      <w:r>
        <w:t>وجود بن گیا ہے ہمارا۔</w:t>
      </w:r>
    </w:p>
    <w:p>
      <w:r>
        <w:rPr>
          <w:b/>
        </w:rPr>
        <w:t xml:space="preserve">[16:51] </w:t>
      </w:r>
      <w:r>
        <w:t>woh disintegrate ho jayen ge to wajood khatam.</w:t>
      </w:r>
    </w:p>
    <w:p>
      <w:pPr>
        <w:jc w:val="right"/>
      </w:pPr>
      <w:r>
        <w:t>وہ ڈس انٹیگریٹ ہو جائیں گے تو وجود ختم۔</w:t>
      </w:r>
    </w:p>
    <w:p>
      <w:r>
        <w:rPr>
          <w:b/>
        </w:rPr>
        <w:t xml:space="preserve">[16:55] </w:t>
      </w:r>
      <w:r>
        <w:t>to mein ne kaha ke aisa nahi hai.</w:t>
      </w:r>
    </w:p>
    <w:p>
      <w:pPr>
        <w:jc w:val="right"/>
      </w:pPr>
      <w:r>
        <w:t>تو میں نے کہا کہ ایسا نہیں ہے۔</w:t>
      </w:r>
    </w:p>
    <w:p>
      <w:r>
        <w:rPr>
          <w:b/>
        </w:rPr>
        <w:t xml:space="preserve">[17:00] </w:t>
      </w:r>
      <w:r>
        <w:t>aisa nahi hai.</w:t>
      </w:r>
    </w:p>
    <w:p>
      <w:pPr>
        <w:jc w:val="right"/>
      </w:pPr>
      <w:r>
        <w:t>ایسا نہیں ہے۔</w:t>
      </w:r>
    </w:p>
    <w:p>
      <w:r>
        <w:rPr>
          <w:b/>
        </w:rPr>
        <w:t xml:space="preserve">[17:04] </w:t>
      </w:r>
      <w:r>
        <w:t>mein aik misaal bhi doon un ko.</w:t>
      </w:r>
    </w:p>
    <w:p>
      <w:pPr>
        <w:jc w:val="right"/>
      </w:pPr>
      <w:r>
        <w:t>میں ایک مثال بھی دوں ان کو۔</w:t>
      </w:r>
    </w:p>
    <w:p>
      <w:r>
        <w:rPr>
          <w:b/>
        </w:rPr>
        <w:t xml:space="preserve">[17:12] </w:t>
      </w:r>
      <w:r>
        <w:t>ke dekhen aik bohat bara expert tha psychology mein. Sigmund Freud.</w:t>
      </w:r>
    </w:p>
    <w:p>
      <w:pPr>
        <w:jc w:val="right"/>
      </w:pPr>
      <w:r>
        <w:t>کہ دیکھیں ایک بہت بڑا ایکسپرٹ تھا سائیکالوجی میں۔ سگمنٹ فرائیڈ۔</w:t>
      </w:r>
    </w:p>
    <w:p>
      <w:r>
        <w:rPr>
          <w:b/>
        </w:rPr>
        <w:t xml:space="preserve">[17:19] </w:t>
      </w:r>
      <w:r>
        <w:t>us ne memory par research kiya. memory par.</w:t>
      </w:r>
    </w:p>
    <w:p>
      <w:pPr>
        <w:jc w:val="right"/>
      </w:pPr>
      <w:r>
        <w:t>اس نے میموری پر ریسرچ کیا۔ میموری پر۔</w:t>
      </w:r>
    </w:p>
    <w:p>
      <w:r>
        <w:rPr>
          <w:b/>
        </w:rPr>
        <w:t xml:space="preserve">[17:27] </w:t>
      </w:r>
      <w:r>
        <w:t>to us ne likha hai ke yeh prove hota hai ke memory aadmi ki woh hamesha baqi rehti hai.</w:t>
      </w:r>
    </w:p>
    <w:p>
      <w:pPr>
        <w:jc w:val="right"/>
      </w:pPr>
      <w:r>
        <w:t>تو اس نے لکھا ہے کہ یہ پروف ہوتا ہے کہ میموری آدمی کی وہ ہمیشہ باقی رہتی ہے۔</w:t>
      </w:r>
    </w:p>
    <w:p>
      <w:r>
        <w:rPr>
          <w:b/>
        </w:rPr>
        <w:t xml:space="preserve">[17:34] </w:t>
      </w:r>
      <w:r>
        <w:t>kabhi khatam nahi hoti.</w:t>
      </w:r>
    </w:p>
    <w:p>
      <w:pPr>
        <w:jc w:val="right"/>
      </w:pPr>
      <w:r>
        <w:t>کبھی ختم نہیں ہوتی۔</w:t>
      </w:r>
    </w:p>
    <w:p>
      <w:r>
        <w:rPr>
          <w:b/>
        </w:rPr>
        <w:t xml:space="preserve">[17:38] </w:t>
      </w:r>
      <w:r>
        <w:t>misalan mein ne apne baray mein bataya ke mein jab shayad chhay saal ka tha ya paanch chhay</w:t>
      </w:r>
    </w:p>
    <w:p>
      <w:pPr>
        <w:jc w:val="right"/>
      </w:pPr>
      <w:r>
        <w:t>مثلاً میں نے اپنے بارے میں بتایا کہ میں جب شاید چھ سال کا تھا یا پانچ چھ</w:t>
      </w:r>
    </w:p>
    <w:p>
      <w:r>
        <w:rPr>
          <w:b/>
        </w:rPr>
        <w:t xml:space="preserve">[17:41] </w:t>
      </w:r>
      <w:r>
        <w:t>saal ka aisa kuch tha to mere sir par yahan phora ho gaya.</w:t>
      </w:r>
    </w:p>
    <w:p>
      <w:pPr>
        <w:jc w:val="right"/>
      </w:pPr>
      <w:r>
        <w:t>سال کا ایسا کچھ تھا تو میرے سر پر یہاں پھوڑا ہو گیا۔</w:t>
      </w:r>
    </w:p>
    <w:p>
      <w:r>
        <w:rPr>
          <w:b/>
        </w:rPr>
        <w:t xml:space="preserve">[17:45] </w:t>
      </w:r>
      <w:r>
        <w:t>abhi bhi is ka nishan hai.</w:t>
      </w:r>
    </w:p>
    <w:p>
      <w:pPr>
        <w:jc w:val="right"/>
      </w:pPr>
      <w:r>
        <w:t>ابھی بھی اس کا نشان ہے۔</w:t>
      </w:r>
    </w:p>
    <w:p>
      <w:r>
        <w:rPr>
          <w:b/>
        </w:rPr>
        <w:t xml:space="preserve">[17:48] </w:t>
      </w:r>
      <w:r>
        <w:t>to jarrah ne is ko dashta chalaya tha.</w:t>
      </w:r>
    </w:p>
    <w:p>
      <w:pPr>
        <w:jc w:val="right"/>
      </w:pPr>
      <w:r>
        <w:t>تو جراح نے اس کو ڈشتہ چلایا تھا۔</w:t>
      </w:r>
    </w:p>
    <w:p>
      <w:r>
        <w:rPr>
          <w:b/>
        </w:rPr>
        <w:t xml:space="preserve">[17:51] </w:t>
      </w:r>
      <w:r>
        <w:t>abhi bhi x ka nishan yahan par hai.</w:t>
      </w:r>
    </w:p>
    <w:p>
      <w:pPr>
        <w:jc w:val="right"/>
      </w:pPr>
      <w:r>
        <w:t>ابھی بھی ایکس کا نشان یہاں پر ہے۔</w:t>
      </w:r>
    </w:p>
    <w:p>
      <w:r>
        <w:rPr>
          <w:b/>
        </w:rPr>
        <w:t xml:space="preserve">[17:55] </w:t>
      </w:r>
      <w:r>
        <w:t>to mere baap jo thay us waqt zinda thay.</w:t>
      </w:r>
    </w:p>
    <w:p>
      <w:pPr>
        <w:jc w:val="right"/>
      </w:pPr>
      <w:r>
        <w:t>تو میرے باپ جو تھے اس وقت زندہ تھے۔</w:t>
      </w:r>
    </w:p>
    <w:p>
      <w:r>
        <w:rPr>
          <w:b/>
        </w:rPr>
        <w:t xml:space="preserve">[17:58] </w:t>
      </w:r>
      <w:r>
        <w:t>to apne god mein le kar mujh ko bethe.</w:t>
      </w:r>
    </w:p>
    <w:p>
      <w:pPr>
        <w:jc w:val="right"/>
      </w:pPr>
      <w:r>
        <w:t>تو اپنے گود میں لے کر مجھ کو بیٹھے۔</w:t>
      </w:r>
    </w:p>
    <w:p>
      <w:r>
        <w:rPr>
          <w:b/>
        </w:rPr>
        <w:t xml:space="preserve">[18:01] </w:t>
      </w:r>
      <w:r>
        <w:t>mein chhota tha us waqt.</w:t>
      </w:r>
    </w:p>
    <w:p>
      <w:pPr>
        <w:jc w:val="right"/>
      </w:pPr>
      <w:r>
        <w:t>میں چھوٹا تھا اس وقت۔</w:t>
      </w:r>
    </w:p>
    <w:p>
      <w:r>
        <w:rPr>
          <w:b/>
        </w:rPr>
        <w:t xml:space="preserve">[18:05] </w:t>
      </w:r>
      <w:r>
        <w:t>aur idhar jarrah tha.</w:t>
      </w:r>
    </w:p>
    <w:p>
      <w:pPr>
        <w:jc w:val="right"/>
      </w:pPr>
      <w:r>
        <w:t>اور ادھر جراح تھا۔</w:t>
      </w:r>
    </w:p>
    <w:p>
      <w:r>
        <w:rPr>
          <w:b/>
        </w:rPr>
        <w:t xml:space="preserve">[18:08] </w:t>
      </w:r>
      <w:r>
        <w:t>idhar mein to baap ki god mein mein tha aur jarrah ne is ko kiya to mein ne</w:t>
      </w:r>
    </w:p>
    <w:p>
      <w:pPr>
        <w:jc w:val="right"/>
      </w:pPr>
      <w:r>
        <w:t>ادھر میں تو باپ کی گود میں میں تھا اور جراح نے اس کو کیا تو میں نے</w:t>
      </w:r>
    </w:p>
    <w:p>
      <w:r>
        <w:rPr>
          <w:b/>
        </w:rPr>
        <w:t xml:space="preserve">[18:11] </w:t>
      </w:r>
      <w:r>
        <w:t>kaha ke aaj tak woh naqsha mere zehan mein hai.</w:t>
      </w:r>
    </w:p>
    <w:p>
      <w:pPr>
        <w:jc w:val="right"/>
      </w:pPr>
      <w:r>
        <w:t>کہا کہ آج تک وہ نقشہ میرے ذہن میں ہے۔</w:t>
      </w:r>
    </w:p>
    <w:p>
      <w:r>
        <w:rPr>
          <w:b/>
        </w:rPr>
        <w:t xml:space="preserve">[18:14] </w:t>
      </w:r>
      <w:r>
        <w:t>abhi bhi yaad hai mujh ko.</w:t>
      </w:r>
    </w:p>
    <w:p>
      <w:pPr>
        <w:jc w:val="right"/>
      </w:pPr>
      <w:r>
        <w:t>ابھی بھی یاد ہے مجھ کو۔</w:t>
      </w:r>
    </w:p>
    <w:p>
      <w:r>
        <w:rPr>
          <w:b/>
        </w:rPr>
        <w:t xml:space="preserve">[18:17] </w:t>
      </w:r>
      <w:r>
        <w:t>woh jagah yaad hai.</w:t>
      </w:r>
    </w:p>
    <w:p>
      <w:pPr>
        <w:jc w:val="right"/>
      </w:pPr>
      <w:r>
        <w:t>وہ جگہ یاد ہے۔</w:t>
      </w:r>
    </w:p>
    <w:p>
      <w:r>
        <w:rPr>
          <w:b/>
        </w:rPr>
        <w:t xml:space="preserve">[18:20] </w:t>
      </w:r>
      <w:r>
        <w:t>kis tarah baap le kar bethe hue thay.</w:t>
      </w:r>
    </w:p>
    <w:p>
      <w:pPr>
        <w:jc w:val="right"/>
      </w:pPr>
      <w:r>
        <w:t>کس طرح باپ لے کر بیٹھے ہوئے تھے۔</w:t>
      </w:r>
    </w:p>
    <w:p>
      <w:r>
        <w:rPr>
          <w:b/>
        </w:rPr>
        <w:t xml:space="preserve">[18:23] </w:t>
      </w:r>
      <w:r>
        <w:t>kis tarah jarrah ne dashta lagaya.</w:t>
      </w:r>
    </w:p>
    <w:p>
      <w:pPr>
        <w:jc w:val="right"/>
      </w:pPr>
      <w:r>
        <w:t>کس طرح جراح نے ڈشتہ لگایا۔</w:t>
      </w:r>
    </w:p>
    <w:p>
      <w:r>
        <w:rPr>
          <w:b/>
        </w:rPr>
        <w:t xml:space="preserve">[18:26] </w:t>
      </w:r>
      <w:r>
        <w:t>sab aankhon ke samnay sab dikhai parta hai mujhe.</w:t>
      </w:r>
    </w:p>
    <w:p>
      <w:pPr>
        <w:jc w:val="right"/>
      </w:pPr>
      <w:r>
        <w:t>سب آنکھوں کے سامنے سب دکھائی پڑتا ہے مجھے۔</w:t>
      </w:r>
    </w:p>
    <w:p>
      <w:r>
        <w:rPr>
          <w:b/>
        </w:rPr>
        <w:t xml:space="preserve">[18:29] </w:t>
      </w:r>
      <w:r>
        <w:t>aisi beshumar aur cheezen hain, doosri cheezen.</w:t>
      </w:r>
    </w:p>
    <w:p>
      <w:pPr>
        <w:jc w:val="right"/>
      </w:pPr>
      <w:r>
        <w:t>ایسی بے شمار اور چیزیں ہیں، دوسری چیزیں۔</w:t>
      </w:r>
    </w:p>
    <w:p>
      <w:r>
        <w:rPr>
          <w:b/>
        </w:rPr>
        <w:t xml:space="preserve">[18:32] </w:t>
      </w:r>
      <w:r>
        <w:t>to yeh memory mein hai. lekin</w:t>
      </w:r>
    </w:p>
    <w:p>
      <w:pPr>
        <w:jc w:val="right"/>
      </w:pPr>
      <w:r>
        <w:t>تو یہ میموری میں ہے۔ لیکن</w:t>
      </w:r>
    </w:p>
    <w:p>
      <w:r>
        <w:rPr>
          <w:b/>
        </w:rPr>
        <w:t xml:space="preserve">[18:35] </w:t>
      </w:r>
      <w:r>
        <w:t>yeh bhi sabit hua hai ke hamari yeh body jo hai barabar degeneration hota rehta hai is ke andar.</w:t>
      </w:r>
    </w:p>
    <w:p>
      <w:pPr>
        <w:jc w:val="right"/>
      </w:pPr>
      <w:r>
        <w:t>یہ بھی ثابت ہوا ہے کہ ہماری یہ باڈی جو ہے برابر ڈی جنریشن ہوتا رہتا ہے اس کے اندر۔</w:t>
      </w:r>
    </w:p>
    <w:p>
      <w:r>
        <w:rPr>
          <w:b/>
        </w:rPr>
        <w:t xml:space="preserve">[18:40] </w:t>
      </w:r>
      <w:r>
        <w:t>hamare cells hain, cell jo cells hain sab toot'te rehte hain.</w:t>
      </w:r>
    </w:p>
    <w:p>
      <w:pPr>
        <w:jc w:val="right"/>
      </w:pPr>
      <w:r>
        <w:t>ہمارے سیلز ہیں، سیل جو سیلز ہیں سب ٹوٹتے رہتے ہیں۔</w:t>
      </w:r>
    </w:p>
    <w:p>
      <w:r>
        <w:rPr>
          <w:b/>
        </w:rPr>
        <w:t xml:space="preserve">[18:45] </w:t>
      </w:r>
      <w:r>
        <w:t>dead ho kar ke.</w:t>
      </w:r>
    </w:p>
    <w:p>
      <w:pPr>
        <w:jc w:val="right"/>
      </w:pPr>
      <w:r>
        <w:t>ڈیڈ ہو کر کے۔</w:t>
      </w:r>
    </w:p>
    <w:p>
      <w:r>
        <w:rPr>
          <w:b/>
        </w:rPr>
        <w:t xml:space="preserve">[18:50] </w:t>
      </w:r>
      <w:r>
        <w:t>to yeh hisab lagaya gaya hai ke yaani bachche ke cell kam toot'te hain.</w:t>
      </w:r>
    </w:p>
    <w:p>
      <w:pPr>
        <w:jc w:val="right"/>
      </w:pPr>
      <w:r>
        <w:t>تو یہ حساب لگایا گیا ہے کہ یعنی بچے کے سیل کم ٹوٹتے ہیں۔</w:t>
      </w:r>
    </w:p>
    <w:p>
      <w:r>
        <w:rPr>
          <w:b/>
        </w:rPr>
        <w:t xml:space="preserve">[18:55] </w:t>
      </w:r>
      <w:r>
        <w:t>zyada umar barhti hai to zyada toot'te hain.</w:t>
      </w:r>
    </w:p>
    <w:p>
      <w:pPr>
        <w:jc w:val="right"/>
      </w:pPr>
      <w:r>
        <w:t>زیادہ عمر بڑھتی ہے تو زیادہ ٹوٹتے ہیں۔</w:t>
      </w:r>
    </w:p>
    <w:p>
      <w:r>
        <w:rPr>
          <w:b/>
        </w:rPr>
        <w:t xml:space="preserve">[19:00] </w:t>
      </w:r>
      <w:r>
        <w:t>lekin agar is ko majmooi aitbar se dekha jaye to das saal mein poora body hum badal jata hai hamara.</w:t>
      </w:r>
    </w:p>
    <w:p>
      <w:pPr>
        <w:jc w:val="right"/>
      </w:pPr>
      <w:r>
        <w:t>لیکن اگر اس کو مجموعی اعتبار سے دیکھا جائے تو دس سال میں پورا باڈی ہم بدل جاتا ہے ہمارا۔</w:t>
      </w:r>
    </w:p>
    <w:p>
      <w:r>
        <w:rPr>
          <w:b/>
        </w:rPr>
        <w:t xml:space="preserve">[19:06] </w:t>
      </w:r>
      <w:r>
        <w:t>yaani pehle jo cell the woh khatam, naye cell aa gaye.</w:t>
      </w:r>
    </w:p>
    <w:p>
      <w:pPr>
        <w:jc w:val="right"/>
      </w:pPr>
      <w:r>
        <w:t>یعنی پہلے جو سیل تھے وہ ختم، نئے سیل آ گئے۔</w:t>
      </w:r>
    </w:p>
    <w:p>
      <w:r>
        <w:rPr>
          <w:b/>
        </w:rPr>
        <w:t xml:space="preserve">[19:12] </w:t>
      </w:r>
      <w:r>
        <w:t>to kaha ke agar kisi ko phir isi saal hai to isi baar badh chuka hai woh.</w:t>
      </w:r>
    </w:p>
    <w:p>
      <w:pPr>
        <w:jc w:val="right"/>
      </w:pPr>
      <w:r>
        <w:t>تو کہا کہ اگر کسی کو پھر اسی سال ہے تو اسی بار بڑھ چکا ہے وہ۔</w:t>
      </w:r>
    </w:p>
    <w:p>
      <w:r>
        <w:rPr>
          <w:b/>
        </w:rPr>
        <w:t xml:space="preserve">[19:18] </w:t>
      </w:r>
      <w:r>
        <w:t>yaani body jo hai isi baar badh chuki hai is ki.</w:t>
      </w:r>
    </w:p>
    <w:p>
      <w:pPr>
        <w:jc w:val="right"/>
      </w:pPr>
      <w:r>
        <w:t>یعنی باڈی جو ہے اسی بار بڑھ چکی ہے اس کی۔</w:t>
      </w:r>
    </w:p>
    <w:p>
      <w:r>
        <w:rPr>
          <w:b/>
        </w:rPr>
        <w:t xml:space="preserve">[19:24] </w:t>
      </w:r>
      <w:r>
        <w:t>to woh kehta hai ke agar memory kisi body ka function ho to us ko mar jana chahiye</w:t>
      </w:r>
    </w:p>
    <w:p>
      <w:pPr>
        <w:jc w:val="right"/>
      </w:pPr>
      <w:r>
        <w:t>تو وہ کہتا ہے کہ اگر میموری کسی باڈی کا فنکشن ہو تو اس کو مر جانا چاہیے</w:t>
      </w:r>
    </w:p>
    <w:p>
      <w:r>
        <w:rPr>
          <w:b/>
        </w:rPr>
        <w:t xml:space="preserve">[19:30] </w:t>
      </w:r>
      <w:r>
        <w:t>kyun ke baqi hai woh.</w:t>
      </w:r>
    </w:p>
    <w:p>
      <w:pPr>
        <w:jc w:val="right"/>
      </w:pPr>
      <w:r>
        <w:t>کیوں کہ باقی ہے وہ۔</w:t>
      </w:r>
    </w:p>
    <w:p>
      <w:r>
        <w:rPr>
          <w:b/>
        </w:rPr>
        <w:t xml:space="preserve">[19:36] </w:t>
      </w:r>
      <w:r>
        <w:t>jis body mein woh exist kar rahi thi memory woh to body khatam ho gaya.</w:t>
      </w:r>
    </w:p>
    <w:p>
      <w:pPr>
        <w:jc w:val="right"/>
      </w:pPr>
      <w:r>
        <w:t>جس باڈی میں وہ ایگزسٹ کر رہی تھی میموری وہ تو باڈی ختم ہو گیا۔</w:t>
      </w:r>
    </w:p>
    <w:p>
      <w:r>
        <w:rPr>
          <w:b/>
        </w:rPr>
        <w:t xml:space="preserve">[19:42] </w:t>
      </w:r>
      <w:r>
        <w:t>yaani baar baar khatam hota rehta hai.</w:t>
      </w:r>
    </w:p>
    <w:p>
      <w:pPr>
        <w:jc w:val="right"/>
      </w:pPr>
      <w:r>
        <w:t>یعنی بار بار ختم ہوتا رہتا ہے۔</w:t>
      </w:r>
    </w:p>
    <w:p>
      <w:r>
        <w:rPr>
          <w:b/>
        </w:rPr>
        <w:t xml:space="preserve">[19:48] </w:t>
      </w:r>
      <w:r>
        <w:t>cell marte hain aur doosre cell replace karte hain.</w:t>
      </w:r>
    </w:p>
    <w:p>
      <w:pPr>
        <w:jc w:val="right"/>
      </w:pPr>
      <w:r>
        <w:t>سیل مرتے ہیں اور دوسرے سیل ریپلیس کرتے ہیں۔</w:t>
      </w:r>
    </w:p>
    <w:p>
      <w:r>
        <w:rPr>
          <w:b/>
        </w:rPr>
        <w:t xml:space="preserve">[19:54] </w:t>
      </w:r>
      <w:r>
        <w:t>aur yeh body khatam hota rehta hai.</w:t>
      </w:r>
    </w:p>
    <w:p>
      <w:pPr>
        <w:jc w:val="right"/>
      </w:pPr>
      <w:r>
        <w:t>اور یہ باڈی ختم ہوتا رہتا ہے۔</w:t>
      </w:r>
    </w:p>
    <w:p>
      <w:r>
        <w:rPr>
          <w:b/>
        </w:rPr>
        <w:t xml:space="preserve">[20:00] </w:t>
      </w:r>
      <w:r>
        <w:t>to agar woh memory jo hai isi body ka hissa ho jaise kuch logon ne</w:t>
      </w:r>
    </w:p>
    <w:p>
      <w:pPr>
        <w:jc w:val="right"/>
      </w:pPr>
      <w:r>
        <w:t>تو اگر وہ میموری جو ہے اسی باڈی کا حصہ ہو جیسے کچھ لوگوں نے</w:t>
      </w:r>
    </w:p>
    <w:p>
      <w:r>
        <w:rPr>
          <w:b/>
        </w:rPr>
        <w:t xml:space="preserve">[20:06] </w:t>
      </w:r>
      <w:r>
        <w:t>yeh likha hai ke jaise drakht ke do branch aise takrate hain jab to awaz nikalti hai.</w:t>
      </w:r>
    </w:p>
    <w:p>
      <w:pPr>
        <w:jc w:val="right"/>
      </w:pPr>
      <w:r>
        <w:t>یہ لکھا ہے کہ جیسے درخت کے دو برانچ ایسے ٹکراتے ہیں جب تو آواز نکلتی ہے۔</w:t>
      </w:r>
    </w:p>
    <w:p>
      <w:r>
        <w:rPr>
          <w:b/>
        </w:rPr>
        <w:t xml:space="preserve">[20:10] </w:t>
      </w:r>
      <w:r>
        <w:t>hawa chalti hai branch se takrate hain, hawa nikalti hai.</w:t>
      </w:r>
    </w:p>
    <w:p>
      <w:pPr>
        <w:jc w:val="right"/>
      </w:pPr>
      <w:r>
        <w:t>ہوا چلتی ہے برانچ سے ٹکراتے ہیں، ہوا نکلتی ہے۔</w:t>
      </w:r>
    </w:p>
    <w:p>
      <w:r>
        <w:rPr>
          <w:b/>
        </w:rPr>
        <w:t xml:space="preserve">[20:14] </w:t>
      </w:r>
      <w:r>
        <w:t>to woh kehte hain ke aise hi hai zindagi.</w:t>
      </w:r>
    </w:p>
    <w:p>
      <w:pPr>
        <w:jc w:val="right"/>
      </w:pPr>
      <w:r>
        <w:t>تو وہ کہتے ہیں کہ ایسے ہی ہے زندگی۔</w:t>
      </w:r>
    </w:p>
    <w:p>
      <w:r>
        <w:rPr>
          <w:b/>
        </w:rPr>
        <w:t xml:space="preserve">[20:17] </w:t>
      </w:r>
      <w:r>
        <w:t>is awaz jaisi hai.</w:t>
      </w:r>
    </w:p>
    <w:p>
      <w:pPr>
        <w:jc w:val="right"/>
      </w:pPr>
      <w:r>
        <w:t>اس آواز جیسی ہے۔</w:t>
      </w:r>
    </w:p>
    <w:p>
      <w:r>
        <w:rPr>
          <w:b/>
        </w:rPr>
        <w:t xml:space="preserve">[20:21] </w:t>
      </w:r>
      <w:r>
        <w:t>alag se koi wajood nahi hai is ka.</w:t>
      </w:r>
    </w:p>
    <w:p>
      <w:pPr>
        <w:jc w:val="right"/>
      </w:pPr>
      <w:r>
        <w:t>الگ سے کوئی وجود نہیں ہے اس کا۔</w:t>
      </w:r>
    </w:p>
    <w:p>
      <w:r>
        <w:rPr>
          <w:b/>
        </w:rPr>
        <w:t xml:space="preserve">[20:25] </w:t>
      </w:r>
      <w:r>
        <w:t>lekin yeh bilkul kahani ki baat hai.</w:t>
      </w:r>
    </w:p>
    <w:p>
      <w:pPr>
        <w:jc w:val="right"/>
      </w:pPr>
      <w:r>
        <w:t>لیکن یہ بالکل کہانی کی بات ہے۔</w:t>
      </w:r>
    </w:p>
    <w:p>
      <w:r>
        <w:rPr>
          <w:b/>
        </w:rPr>
        <w:t xml:space="preserve">[20:29] </w:t>
      </w:r>
      <w:r>
        <w:t>absurd baat hai.</w:t>
      </w:r>
    </w:p>
    <w:p>
      <w:pPr>
        <w:jc w:val="right"/>
      </w:pPr>
      <w:r>
        <w:t>ایبسورڈ بات ہے۔</w:t>
      </w:r>
    </w:p>
    <w:p>
      <w:r>
        <w:rPr>
          <w:b/>
        </w:rPr>
        <w:t xml:space="preserve">[20:32] </w:t>
      </w:r>
      <w:r>
        <w:t>to research jo hai hui hai, jo research jo yeh yeh</w:t>
      </w:r>
    </w:p>
    <w:p>
      <w:pPr>
        <w:jc w:val="right"/>
      </w:pPr>
      <w:r>
        <w:t>تو ریسرچ جو ہے ہوئی ہے، جو ریسرچ جو یہ یہ</w:t>
      </w:r>
    </w:p>
    <w:p>
      <w:r>
        <w:rPr>
          <w:b/>
        </w:rPr>
        <w:t xml:space="preserve">[20:36] </w:t>
      </w:r>
      <w:r>
        <w:t>sabit karti hai ke memory jo hai hamari hamari body ke independent hamesha rehti hai, exist karti hai.</w:t>
      </w:r>
    </w:p>
    <w:p>
      <w:pPr>
        <w:jc w:val="right"/>
      </w:pPr>
      <w:r>
        <w:t>ثابت کرتی ہے کہ میموری جو ہے ہماری ہماری باڈی کے انٹیپیڈنٹ ہمیشہ رہتی ہے، ایگزسٹ کرتی ہے۔</w:t>
      </w:r>
    </w:p>
    <w:p>
      <w:r>
        <w:rPr>
          <w:b/>
        </w:rPr>
        <w:t xml:space="preserve">[20:40] </w:t>
      </w:r>
      <w:r>
        <w:t>to is ke mani ke koi aur cheez honi chahiye.</w:t>
      </w:r>
    </w:p>
    <w:p>
      <w:pPr>
        <w:jc w:val="right"/>
      </w:pPr>
      <w:r>
        <w:t>تو اس کے معنی کہ کوئی اور چیز ہونی چاہیے۔</w:t>
      </w:r>
    </w:p>
    <w:p>
      <w:r>
        <w:rPr>
          <w:b/>
        </w:rPr>
        <w:t xml:space="preserve">[20:44] </w:t>
      </w:r>
      <w:r>
        <w:t>wo kahan hai wo? to wo soul hai.</w:t>
      </w:r>
    </w:p>
    <w:p>
      <w:pPr>
        <w:jc w:val="right"/>
      </w:pPr>
      <w:r>
        <w:t>وہ کہاں ہے وہ؟ تو وہ سول ہے۔</w:t>
      </w:r>
    </w:p>
    <w:p>
      <w:r>
        <w:rPr>
          <w:b/>
        </w:rPr>
        <w:t xml:space="preserve">[20:47] </w:t>
      </w:r>
      <w:r>
        <w:t>wo mind hai.</w:t>
      </w:r>
    </w:p>
    <w:p>
      <w:pPr>
        <w:jc w:val="right"/>
      </w:pPr>
      <w:r>
        <w:t>وہ مائنڈ ہے۔</w:t>
      </w:r>
    </w:p>
    <w:p>
      <w:r>
        <w:rPr>
          <w:b/>
        </w:rPr>
        <w:t xml:space="preserve">[20:51] </w:t>
      </w:r>
      <w:r>
        <w:t>hamara mind body se alag hai.</w:t>
      </w:r>
    </w:p>
    <w:p>
      <w:pPr>
        <w:jc w:val="right"/>
      </w:pPr>
      <w:r>
        <w:t>ہمارا مائنڈ باڈی سے الگ ہے۔</w:t>
      </w:r>
    </w:p>
    <w:p>
      <w:r>
        <w:rPr>
          <w:b/>
        </w:rPr>
        <w:t xml:space="preserve">[20:55] </w:t>
      </w:r>
      <w:r>
        <w:t>body vehicle hai sirf.</w:t>
      </w:r>
    </w:p>
    <w:p>
      <w:pPr>
        <w:jc w:val="right"/>
      </w:pPr>
      <w:r>
        <w:t>باڈی وہیکل ہے صرف۔</w:t>
      </w:r>
    </w:p>
    <w:p>
      <w:r>
        <w:rPr>
          <w:b/>
        </w:rPr>
        <w:t xml:space="preserve">[20:59] </w:t>
      </w:r>
      <w:r>
        <w:t>ye body vehicle hai mind ka.</w:t>
      </w:r>
    </w:p>
    <w:p>
      <w:pPr>
        <w:jc w:val="right"/>
      </w:pPr>
      <w:r>
        <w:t>یہ باڈی وہیکل ہے مائنڈ کا۔</w:t>
      </w:r>
    </w:p>
    <w:p>
      <w:r>
        <w:rPr>
          <w:b/>
        </w:rPr>
        <w:t xml:space="preserve">[21:02] </w:t>
      </w:r>
      <w:r>
        <w:t>wohi ek hi cheez hai jis ko aap kabhi mind kahiye, soul kahiye, par</w:t>
      </w:r>
    </w:p>
    <w:p>
      <w:pPr>
        <w:jc w:val="right"/>
      </w:pPr>
      <w:r>
        <w:t>وہی ایک ہی چیز ہے جس کو آپ کبھی مائنڈ کہیے، سول کہیے، پر</w:t>
      </w:r>
    </w:p>
    <w:p>
      <w:r>
        <w:rPr>
          <w:b/>
        </w:rPr>
        <w:t xml:space="preserve">[21:06] </w:t>
      </w:r>
      <w:r>
        <w:t>personality kahiye.</w:t>
      </w:r>
    </w:p>
    <w:p>
      <w:pPr>
        <w:jc w:val="right"/>
      </w:pPr>
      <w:r>
        <w:t>سنیلٹی کہیے۔</w:t>
      </w:r>
    </w:p>
    <w:p>
      <w:r>
        <w:rPr>
          <w:b/>
        </w:rPr>
        <w:t xml:space="preserve">[21:11] </w:t>
      </w:r>
      <w:r>
        <w:t>ek hi cheez hai.</w:t>
      </w:r>
    </w:p>
    <w:p>
      <w:pPr>
        <w:jc w:val="right"/>
      </w:pPr>
      <w:r>
        <w:t>ایک ہی چیز ہے۔</w:t>
      </w:r>
    </w:p>
    <w:p>
      <w:r>
        <w:rPr>
          <w:b/>
        </w:rPr>
        <w:t xml:space="preserve">[21:15] </w:t>
      </w:r>
      <w:r>
        <w:t>is body ke beyond ek hamari ek personality hai.</w:t>
      </w:r>
    </w:p>
    <w:p>
      <w:pPr>
        <w:jc w:val="right"/>
      </w:pPr>
      <w:r>
        <w:t>اس باڈی کے بیونڈ ایک ہماری ایک پرسنیلٹی ہے۔</w:t>
      </w:r>
    </w:p>
    <w:p>
      <w:r>
        <w:rPr>
          <w:b/>
        </w:rPr>
        <w:t xml:space="preserve">[21:20] </w:t>
      </w:r>
      <w:r>
        <w:t>is body ke beyond ek soul hai.</w:t>
      </w:r>
    </w:p>
    <w:p>
      <w:pPr>
        <w:jc w:val="right"/>
      </w:pPr>
      <w:r>
        <w:t>اس باڈی کے بیونڈ ایک سول ہے۔</w:t>
      </w:r>
    </w:p>
    <w:p>
      <w:r>
        <w:rPr>
          <w:b/>
        </w:rPr>
        <w:t xml:space="preserve">[21:24] </w:t>
      </w:r>
      <w:r>
        <w:t>is body ke beyond ek mind hai.</w:t>
      </w:r>
    </w:p>
    <w:p>
      <w:pPr>
        <w:jc w:val="right"/>
      </w:pPr>
      <w:r>
        <w:t>اس باڈی کے بیونڈ ایک مائنڈ ہے۔</w:t>
      </w:r>
    </w:p>
    <w:p>
      <w:r>
        <w:rPr>
          <w:b/>
        </w:rPr>
        <w:t xml:space="preserve">[21:28] </w:t>
      </w:r>
      <w:r>
        <w:t>to body sirf is ka vehicle hai.</w:t>
      </w:r>
    </w:p>
    <w:p>
      <w:pPr>
        <w:jc w:val="right"/>
      </w:pPr>
      <w:r>
        <w:t>تو باڈی صرف اس کا وہیکل ہے۔</w:t>
      </w:r>
    </w:p>
    <w:p>
      <w:r>
        <w:rPr>
          <w:b/>
        </w:rPr>
        <w:t xml:space="preserve">[21:33] </w:t>
      </w:r>
      <w:r>
        <w:t>to ye baqayda proof ho chuka hai ke memory ke bare mein</w:t>
      </w:r>
    </w:p>
    <w:p>
      <w:pPr>
        <w:jc w:val="right"/>
      </w:pPr>
      <w:r>
        <w:t>تو یہ باقاعدہ پروف ہو چکا ہے کہ میموری کے بارے میں</w:t>
      </w:r>
    </w:p>
    <w:p>
      <w:r>
        <w:rPr>
          <w:b/>
        </w:rPr>
        <w:t xml:space="preserve">[21:37] </w:t>
      </w:r>
      <w:r>
        <w:t>ke body se alag memory exist kar rahi hai.</w:t>
      </w:r>
    </w:p>
    <w:p>
      <w:pPr>
        <w:jc w:val="right"/>
      </w:pPr>
      <w:r>
        <w:t>کہ باڈی سے الگ میموری ایگزسٹ کر رہی ہے۔</w:t>
      </w:r>
    </w:p>
    <w:p>
      <w:r>
        <w:rPr>
          <w:b/>
        </w:rPr>
        <w:t xml:space="preserve">[21:42] </w:t>
      </w:r>
      <w:r>
        <w:t>to kahan exist kar rahi hai wo? wahi wahi exist kar rahi hai.</w:t>
      </w:r>
    </w:p>
    <w:p>
      <w:pPr>
        <w:jc w:val="right"/>
      </w:pPr>
      <w:r>
        <w:t>تو کہاں ایگزسٹ کر رہی ہے وہ؟ وہی وہی ایگزسٹ کر رہی ہے۔</w:t>
      </w:r>
    </w:p>
    <w:p>
      <w:r>
        <w:rPr>
          <w:b/>
        </w:rPr>
        <w:t xml:space="preserve">[21:46] </w:t>
      </w:r>
      <w:r>
        <w:t>hamari jo asal personality hai wahan pe exist kar rahi hai wo.</w:t>
      </w:r>
    </w:p>
    <w:p>
      <w:pPr>
        <w:jc w:val="right"/>
      </w:pPr>
      <w:r>
        <w:t>ہماری جو اصل پرسنیلٹی ہے وہاں پہ ایگزسٹ کر رہی ہے وہ۔</w:t>
      </w:r>
    </w:p>
    <w:p>
      <w:r>
        <w:rPr>
          <w:b/>
        </w:rPr>
        <w:t xml:space="preserve">[21:51] </w:t>
      </w:r>
      <w:r>
        <w:t>to jab mout aati hai to sirf kya hota hai? vehicle badal jata hai bas.</w:t>
      </w:r>
    </w:p>
    <w:p>
      <w:pPr>
        <w:jc w:val="right"/>
      </w:pPr>
      <w:r>
        <w:t>تو جب موت آتی ہے تو صرف کیا ہوتا ہے؟ وہیکل بدل جاتا ہے بس۔</w:t>
      </w:r>
    </w:p>
    <w:p>
      <w:r>
        <w:rPr>
          <w:b/>
        </w:rPr>
        <w:t xml:space="preserve">[21:55] </w:t>
      </w:r>
      <w:r>
        <w:t>hamari jo personality hai, hamari jo soul hai is vehicle mein ab tak thi.</w:t>
      </w:r>
    </w:p>
    <w:p>
      <w:pPr>
        <w:jc w:val="right"/>
      </w:pPr>
      <w:r>
        <w:t>ہماری جو پرسنیلٹی ہے، ہماری جو سول ہے اس وہیکل میں اب تک تھی۔</w:t>
      </w:r>
    </w:p>
    <w:p>
      <w:r>
        <w:rPr>
          <w:b/>
        </w:rPr>
        <w:t xml:space="preserve">[21:59] </w:t>
      </w:r>
      <w:r>
        <w:t>ab ek aur vehicle le leti hai wo.</w:t>
      </w:r>
    </w:p>
    <w:p>
      <w:pPr>
        <w:jc w:val="right"/>
      </w:pPr>
      <w:r>
        <w:t>اب ایک اور وہیکل لے لیتی ہے وہ۔</w:t>
      </w:r>
    </w:p>
    <w:p>
      <w:r>
        <w:rPr>
          <w:b/>
        </w:rPr>
        <w:t xml:space="preserve">[22:04] </w:t>
      </w:r>
      <w:r>
        <w:t>isi ka naam hai</w:t>
      </w:r>
    </w:p>
    <w:p>
      <w:pPr>
        <w:jc w:val="right"/>
      </w:pPr>
      <w:r>
        <w:t>اسی کا نام ہے</w:t>
      </w:r>
    </w:p>
    <w:p>
      <w:r>
        <w:rPr>
          <w:b/>
        </w:rPr>
        <w:t xml:space="preserve">[22:08] </w:t>
      </w:r>
      <w:r>
        <w:t>aakhirat. isi ka naam hai world hereafter. isi ka naam hai agli dunya. to yeh jo ayat hai ke yeh jo hadith hai ke mout ko bohat yaad karo. Remember death much. is ka matlab yeh nahi ke mout mout mout mout karo. nahi. jis tarah aadmi ka soul concern money hota hai masalan. business hota hai mis</w:t>
      </w:r>
    </w:p>
    <w:p>
      <w:pPr>
        <w:jc w:val="right"/>
      </w:pPr>
      <w:r>
        <w:t>آخرت۔ اسی کا نام ہے ورلڈ ہیئر آفٹر۔ اسی کا نام ہے اگلی دنیا۔ تو یہ جو آیت ہے کہ یہ جو حدیث ہے کہ موت کو بہت یاد کرو۔ Remember death much۔ اس کا مطلب یہ نہیں کہ موت موت موت موت کرو۔ نہیں۔ جس طرح آدمی کا سول کنسرن منی ہوتا ہے مثلاً۔ بزنس ہوتا ہے مث</w:t>
      </w:r>
    </w:p>
    <w:p>
      <w:r>
        <w:rPr>
          <w:b/>
        </w:rPr>
        <w:t xml:space="preserve">[22:38] </w:t>
      </w:r>
      <w:r>
        <w:t>qayamat.</w:t>
      </w:r>
    </w:p>
    <w:p>
      <w:pPr>
        <w:jc w:val="right"/>
      </w:pPr>
      <w:r>
        <w:t>لاً۔</w:t>
      </w:r>
    </w:p>
    <w:p>
      <w:r>
        <w:rPr>
          <w:b/>
        </w:rPr>
        <w:t xml:space="preserve">[22:42] </w:t>
      </w:r>
      <w:r>
        <w:t>to bas isi ko le kar sochta rehta hai.</w:t>
      </w:r>
    </w:p>
    <w:p>
      <w:pPr>
        <w:jc w:val="right"/>
      </w:pPr>
      <w:r>
        <w:t>تو بس اسی کو لے کر سوچتا رہتا ہے۔</w:t>
      </w:r>
    </w:p>
    <w:p>
      <w:r>
        <w:rPr>
          <w:b/>
        </w:rPr>
        <w:t xml:space="preserve">[22:46] </w:t>
      </w:r>
      <w:r>
        <w:t>subah sham raat din.</w:t>
      </w:r>
    </w:p>
    <w:p>
      <w:pPr>
        <w:jc w:val="right"/>
      </w:pPr>
      <w:r>
        <w:t>صبح شام رات دن۔</w:t>
      </w:r>
    </w:p>
    <w:p>
      <w:r>
        <w:rPr>
          <w:b/>
        </w:rPr>
        <w:t xml:space="preserve">[22:50] </w:t>
      </w:r>
      <w:r>
        <w:t>isi tarah planning karta hai.</w:t>
      </w:r>
    </w:p>
    <w:p>
      <w:pPr>
        <w:jc w:val="right"/>
      </w:pPr>
      <w:r>
        <w:t>اسی طرح پلاننگ کرتا ہے۔</w:t>
      </w:r>
    </w:p>
    <w:p>
      <w:r>
        <w:rPr>
          <w:b/>
        </w:rPr>
        <w:t xml:space="preserve">[22:54] </w:t>
      </w:r>
      <w:r>
        <w:t>isi ko analysis karta hai.</w:t>
      </w:r>
    </w:p>
    <w:p>
      <w:pPr>
        <w:jc w:val="right"/>
      </w:pPr>
      <w:r>
        <w:t>اسی کو اینالیسز کرتا ہے۔</w:t>
      </w:r>
    </w:p>
    <w:p>
      <w:r>
        <w:rPr>
          <w:b/>
        </w:rPr>
        <w:t xml:space="preserve">[22:59] </w:t>
      </w:r>
      <w:r>
        <w:t>to maut ko le kar ke sochte rehne ka matlab yahi hai.</w:t>
      </w:r>
    </w:p>
    <w:p>
      <w:pPr>
        <w:jc w:val="right"/>
      </w:pPr>
      <w:r>
        <w:t>تو موت کو لے کر کے سوچتے رہنے کا مطلب یہی ہے۔</w:t>
      </w:r>
    </w:p>
    <w:p>
      <w:r>
        <w:rPr>
          <w:b/>
        </w:rPr>
        <w:t xml:space="preserve">[23:03] </w:t>
      </w:r>
      <w:r>
        <w:t>maut ko le kar sochte rehne ka matlab yahi hai.</w:t>
      </w:r>
    </w:p>
    <w:p>
      <w:pPr>
        <w:jc w:val="right"/>
      </w:pPr>
      <w:r>
        <w:t>موت کو لے کر سوچتے رہنے کا مطلب یہی ہے۔</w:t>
      </w:r>
    </w:p>
    <w:p>
      <w:r>
        <w:rPr>
          <w:b/>
        </w:rPr>
        <w:t xml:space="preserve">[23:07] </w:t>
      </w:r>
      <w:r>
        <w:t>to hadith mein aata hai ke "aksar al-zikr dhat al-maut" yaani maut ko yaad karna jo hai kya ho ga?</w:t>
      </w:r>
    </w:p>
    <w:p>
      <w:pPr>
        <w:jc w:val="right"/>
      </w:pPr>
      <w:r>
        <w:t>تو حدیث میں آتا ہے کہ "اکثر الذکر ذات الموت" یعنی موت کو یاد کرنا جو ہے کیا ہو گا؟</w:t>
      </w:r>
    </w:p>
    <w:p>
      <w:r>
        <w:rPr>
          <w:b/>
        </w:rPr>
        <w:t xml:space="preserve">[23:11] </w:t>
      </w:r>
      <w:r>
        <w:t>khwahishen de-malish ho jayengi.</w:t>
      </w:r>
    </w:p>
    <w:p>
      <w:pPr>
        <w:jc w:val="right"/>
      </w:pPr>
      <w:r>
        <w:t>خواہشیں ڈی مالش ہو جائیں گی۔</w:t>
      </w:r>
    </w:p>
    <w:p>
      <w:r>
        <w:rPr>
          <w:b/>
        </w:rPr>
        <w:t xml:space="preserve">[23:17] </w:t>
      </w:r>
      <w:r>
        <w:t>khwahishen yaani khwahishon ko kill kar de.</w:t>
      </w:r>
    </w:p>
    <w:p>
      <w:pPr>
        <w:jc w:val="right"/>
      </w:pPr>
      <w:r>
        <w:t>خواہشیں یعنی خواہشوں کو کل کر دے۔</w:t>
      </w:r>
    </w:p>
    <w:p>
      <w:r>
        <w:rPr>
          <w:b/>
        </w:rPr>
        <w:t xml:space="preserve">[23:23] </w:t>
      </w:r>
      <w:r>
        <w:t>yaani maut ki yaad khwahishon ko, desire ko kill karne wali hai.</w:t>
      </w:r>
    </w:p>
    <w:p>
      <w:pPr>
        <w:jc w:val="right"/>
      </w:pPr>
      <w:r>
        <w:t>یعنی موت کی یاد خواہشوں کو، ڈیزائر کو کل کرنے والی ہے۔</w:t>
      </w:r>
    </w:p>
    <w:p>
      <w:r>
        <w:rPr>
          <w:b/>
        </w:rPr>
        <w:t xml:space="preserve">[23:29] </w:t>
      </w:r>
      <w:r>
        <w:t>ab yeh kitni bari baat hai.</w:t>
      </w:r>
    </w:p>
    <w:p>
      <w:pPr>
        <w:jc w:val="right"/>
      </w:pPr>
      <w:r>
        <w:t>اب یہ کتنی بڑی بات ہے۔</w:t>
      </w:r>
    </w:p>
    <w:p>
      <w:r>
        <w:rPr>
          <w:b/>
        </w:rPr>
        <w:t xml:space="preserve">[23:35] </w:t>
      </w:r>
      <w:r>
        <w:t>jaise mani ki yaad jo hai aap ko kya karti hai? Aap ke andar se ek cheez kill karti hai. Woh</w:t>
      </w:r>
    </w:p>
    <w:p>
      <w:pPr>
        <w:jc w:val="right"/>
      </w:pPr>
      <w:r>
        <w:t>جیسے منی کی یاد جو ہے آپ کو کیا کرتی ہے؟ آپ کے اندر سے ایک چیز کل کرتی ہے۔ وہ</w:t>
      </w:r>
    </w:p>
    <w:p>
      <w:r>
        <w:rPr>
          <w:b/>
        </w:rPr>
        <w:t xml:space="preserve">[23:41] </w:t>
      </w:r>
      <w:r>
        <w:t>kya hai? susti. kaam na karna. dullness. agar aap sach much money ko yaad karenge to to dullness ko kill kar degi wo. phir aap dull nahi rahenge aap. aap active ho jayenge. koi sach much money ko ki value samjhe aur samjhe ke money ke baghair meri zindagi kuch nahi hai. main, mere bachche, mera ghar sab kuch money ke baghair kuch nahi hai. aur phir money ko soche wo. money ko le kar planning kare.</w:t>
      </w:r>
    </w:p>
    <w:p>
      <w:pPr>
        <w:jc w:val="right"/>
      </w:pPr>
      <w:r>
        <w:t>کیا ہے؟ سستی۔ کام نہ کرنا۔ ڈلنس۔ اگر آپ سچ مچ منی کو یاد کریں گے تو تو ڈلنس کو کل کر دے گی وہ۔ پھر آپ ڈل نہیں رہیں گے آپ۔ آپ ایکٹیو ہو جائیں گے۔ کوئی سچ مچ منی کو کی ویلیو سمجھے اور سمجھے کہ منی کے بغیر میری زندگی کچھ نہیں ہے۔ میں، میرے بچے، میرا گھر سب کچھ منی کے بغیر کچھ نہیں ہے۔ اور پھر منی کو سوچے وہ۔ منی کو لے کر پلاننگ کرے۔</w:t>
      </w:r>
    </w:p>
    <w:p>
      <w:r>
        <w:rPr>
          <w:b/>
        </w:rPr>
        <w:t xml:space="preserve">[24:11] </w:t>
      </w:r>
      <w:r>
        <w:t>to is ko mani ko le kar sochna is ka jo hai woh kill kar dega bohat</w:t>
      </w:r>
    </w:p>
    <w:p>
      <w:pPr>
        <w:jc w:val="right"/>
      </w:pPr>
      <w:r>
        <w:t>تو اس کو منی کو لے کر سوچنا اس کا جو ہے وہ کل کر دے گا بہت</w:t>
      </w:r>
    </w:p>
    <w:p>
      <w:r>
        <w:rPr>
          <w:b/>
        </w:rPr>
        <w:t xml:space="preserve">[24:14] </w:t>
      </w:r>
      <w:r>
        <w:t>si cheezon ko.</w:t>
      </w:r>
    </w:p>
    <w:p>
      <w:pPr>
        <w:jc w:val="right"/>
      </w:pPr>
      <w:r>
        <w:t>سی چیزوں کو۔</w:t>
      </w:r>
    </w:p>
    <w:p>
      <w:r>
        <w:rPr>
          <w:b/>
        </w:rPr>
        <w:t xml:space="preserve">[24:18] </w:t>
      </w:r>
      <w:r>
        <w:t>kyun ke woh rukawat hai mani ko hasil karne mein.</w:t>
      </w:r>
    </w:p>
    <w:p>
      <w:pPr>
        <w:jc w:val="right"/>
      </w:pPr>
      <w:r>
        <w:t>کیوں کہ وہ رکاوٹ ہے منی کو حاصل کرنے میں۔</w:t>
      </w:r>
    </w:p>
    <w:p>
      <w:r>
        <w:rPr>
          <w:b/>
        </w:rPr>
        <w:t xml:space="preserve">[24:22] </w:t>
      </w:r>
      <w:r>
        <w:t>aise hi jo aadmi maut ko le kar sochega to woh kya ho ga? Lazaten kill.</w:t>
      </w:r>
    </w:p>
    <w:p>
      <w:pPr>
        <w:jc w:val="right"/>
      </w:pPr>
      <w:r>
        <w:t>ایسے ہی جو آدمی موت کو لے کر سوچے گا تو وہ کیا ہو گا؟ لذتیں کل۔</w:t>
      </w:r>
    </w:p>
    <w:p>
      <w:r>
        <w:rPr>
          <w:b/>
        </w:rPr>
        <w:t xml:space="preserve">[24:26] </w:t>
      </w:r>
      <w:r>
        <w:t>lazaton ko kill kar degi yaad.</w:t>
      </w:r>
    </w:p>
    <w:p>
      <w:pPr>
        <w:jc w:val="right"/>
      </w:pPr>
      <w:r>
        <w:t>لذتوں کو کل کر دے گی یاد۔</w:t>
      </w:r>
    </w:p>
    <w:p>
      <w:r>
        <w:rPr>
          <w:b/>
        </w:rPr>
        <w:t xml:space="preserve">[24:30] </w:t>
      </w:r>
      <w:r>
        <w:t>koi lazat kya hai? Lazat yeh hai ke hum isi duniya ko asal samjhein.</w:t>
      </w:r>
    </w:p>
    <w:p>
      <w:pPr>
        <w:jc w:val="right"/>
      </w:pPr>
      <w:r>
        <w:t>کوئی لذت کیا ہے؟ لذت یہ ہے کہ ہم اسی دنیا کو اصل سمجھیں۔</w:t>
      </w:r>
    </w:p>
    <w:p>
      <w:r>
        <w:rPr>
          <w:b/>
        </w:rPr>
        <w:t xml:space="preserve">[24:33] </w:t>
      </w:r>
      <w:r>
        <w:t>lazat kya hai? Isi duniya ko hum asal samjhein.</w:t>
      </w:r>
    </w:p>
    <w:p>
      <w:pPr>
        <w:jc w:val="right"/>
      </w:pPr>
      <w:r>
        <w:t>لذت کیا ہے؟ اسی دنیا کو ہم اصل سمجھیں۔</w:t>
      </w:r>
    </w:p>
    <w:p>
      <w:r>
        <w:rPr>
          <w:b/>
        </w:rPr>
        <w:t xml:space="preserve">[24:37] </w:t>
      </w:r>
      <w:r>
        <w:t>yeh duniya ki taf</w:t>
      </w:r>
    </w:p>
    <w:p>
      <w:pPr>
        <w:jc w:val="right"/>
      </w:pPr>
      <w:r>
        <w:t>یہ دنیا کی تف</w:t>
      </w:r>
    </w:p>
    <w:p>
      <w:r>
        <w:rPr>
          <w:b/>
        </w:rPr>
        <w:t xml:space="preserve">[24:41] </w:t>
      </w:r>
      <w:r>
        <w:t>reeh.</w:t>
      </w:r>
    </w:p>
    <w:p>
      <w:pPr>
        <w:jc w:val="right"/>
      </w:pPr>
      <w:r>
        <w:t>ریح۔</w:t>
      </w:r>
    </w:p>
    <w:p>
      <w:r>
        <w:rPr>
          <w:b/>
        </w:rPr>
        <w:t xml:space="preserve">[24:44] </w:t>
      </w:r>
      <w:r>
        <w:t>yeh duniya ka jua.</w:t>
      </w:r>
    </w:p>
    <w:p>
      <w:pPr>
        <w:jc w:val="right"/>
      </w:pPr>
      <w:r>
        <w:t>یہ دنیا کا جوئے۔</w:t>
      </w:r>
    </w:p>
    <w:p>
      <w:r>
        <w:rPr>
          <w:b/>
        </w:rPr>
        <w:t xml:space="preserve">[24:47] </w:t>
      </w:r>
      <w:r>
        <w:t>yeh duniya ki khushiyan.</w:t>
      </w:r>
    </w:p>
    <w:p>
      <w:pPr>
        <w:jc w:val="right"/>
      </w:pPr>
      <w:r>
        <w:t>یہ دنیا کی خوشیاں۔</w:t>
      </w:r>
    </w:p>
    <w:p>
      <w:r>
        <w:rPr>
          <w:b/>
        </w:rPr>
        <w:t xml:space="preserve">[24:51] </w:t>
      </w:r>
      <w:r>
        <w:t>yeh duniya ki izzat.</w:t>
      </w:r>
    </w:p>
    <w:p>
      <w:pPr>
        <w:jc w:val="right"/>
      </w:pPr>
      <w:r>
        <w:t>یہ دنیا کی عزت۔</w:t>
      </w:r>
    </w:p>
    <w:p>
      <w:r>
        <w:rPr>
          <w:b/>
        </w:rPr>
        <w:t xml:space="preserve">[24:54] </w:t>
      </w:r>
      <w:r>
        <w:t>yeh duniya ka power.</w:t>
      </w:r>
    </w:p>
    <w:p>
      <w:pPr>
        <w:jc w:val="right"/>
      </w:pPr>
      <w:r>
        <w:t>یہ دنیا کا پاور۔</w:t>
      </w:r>
    </w:p>
    <w:p>
      <w:r>
        <w:rPr>
          <w:b/>
        </w:rPr>
        <w:t xml:space="preserve">[24:58] </w:t>
      </w:r>
      <w:r>
        <w:t>yeh duniya ka status.</w:t>
      </w:r>
    </w:p>
    <w:p>
      <w:pPr>
        <w:jc w:val="right"/>
      </w:pPr>
      <w:r>
        <w:t>یہ دنیا کا اسٹیٹس۔</w:t>
      </w:r>
    </w:p>
    <w:p>
      <w:r>
        <w:rPr>
          <w:b/>
        </w:rPr>
        <w:t xml:space="preserve">[25:01] </w:t>
      </w:r>
      <w:r>
        <w:t>yeh yeh logon ki duniya mein chhaya rehta hai.</w:t>
      </w:r>
    </w:p>
    <w:p>
      <w:pPr>
        <w:jc w:val="right"/>
      </w:pPr>
      <w:r>
        <w:t>یہ یہ لوگوں کی دنیا میں چھایا رہتا ہے۔</w:t>
      </w:r>
    </w:p>
    <w:p>
      <w:r>
        <w:rPr>
          <w:b/>
        </w:rPr>
        <w:t xml:space="preserve">[25:04] </w:t>
      </w:r>
      <w:r>
        <w:t>koi chhaya rehta hai ke woh maut ko sochte nahin.</w:t>
      </w:r>
    </w:p>
    <w:p>
      <w:pPr>
        <w:jc w:val="right"/>
      </w:pPr>
      <w:r>
        <w:t>کوئی چھایا رہتا ہے کہ وہ موت کو سوچتے نہیں۔</w:t>
      </w:r>
    </w:p>
    <w:p>
      <w:r>
        <w:rPr>
          <w:b/>
        </w:rPr>
        <w:t xml:space="preserve">[25:08] </w:t>
      </w:r>
      <w:r>
        <w:t>maut ko le kar sochein to woh is ko kal kar de ga is soch ko.</w:t>
      </w:r>
    </w:p>
    <w:p>
      <w:pPr>
        <w:jc w:val="right"/>
      </w:pPr>
      <w:r>
        <w:t>موت کو لے کر سوچیں تو وہ اس کو کل کر دے گا اس سوچ کو۔</w:t>
      </w:r>
    </w:p>
    <w:p>
      <w:r>
        <w:rPr>
          <w:b/>
        </w:rPr>
        <w:t xml:space="preserve">[25:11] </w:t>
      </w:r>
      <w:r>
        <w:t>kyun ke abhi mein mar jaon ga to sab khatam.</w:t>
      </w:r>
    </w:p>
    <w:p>
      <w:pPr>
        <w:jc w:val="right"/>
      </w:pPr>
      <w:r>
        <w:t>کیوں کہ ابھی میں مر جاؤں گا تو سب ختم۔</w:t>
      </w:r>
    </w:p>
    <w:p>
      <w:r>
        <w:rPr>
          <w:b/>
        </w:rPr>
        <w:t xml:space="preserve">[25:14] </w:t>
      </w:r>
      <w:r>
        <w:t>abhi mar jaon ga to sab khatam.</w:t>
      </w:r>
    </w:p>
    <w:p>
      <w:pPr>
        <w:jc w:val="right"/>
      </w:pPr>
      <w:r>
        <w:t>ابھی مر جاؤں گا تو سب ختم۔</w:t>
      </w:r>
    </w:p>
    <w:p>
      <w:r>
        <w:rPr>
          <w:b/>
        </w:rPr>
        <w:t xml:space="preserve">[25:17] </w:t>
      </w:r>
      <w:r>
        <w:t>mein ne bohat si aisi cheezein dekhi hain.</w:t>
      </w:r>
    </w:p>
    <w:p>
      <w:pPr>
        <w:jc w:val="right"/>
      </w:pPr>
      <w:r>
        <w:t>میں نے بہت سی ایسی چیزیں دیکھی ہیں۔</w:t>
      </w:r>
    </w:p>
    <w:p>
      <w:r>
        <w:rPr>
          <w:b/>
        </w:rPr>
        <w:t xml:space="preserve">[25:20] </w:t>
      </w:r>
      <w:r>
        <w:t>mislan mein aik aik zamanay mein johan pur mein tha.</w:t>
      </w:r>
    </w:p>
    <w:p>
      <w:pPr>
        <w:jc w:val="right"/>
      </w:pPr>
      <w:r>
        <w:t>مثلاً میں ایک ایک زمانے میں جوہان پور میں تھا۔</w:t>
      </w:r>
    </w:p>
    <w:p>
      <w:r>
        <w:rPr>
          <w:b/>
        </w:rPr>
        <w:t xml:space="preserve">[25:24] </w:t>
      </w:r>
      <w:r>
        <w:t>to wahan aik nawab sahib thay.</w:t>
      </w:r>
    </w:p>
    <w:p>
      <w:pPr>
        <w:jc w:val="right"/>
      </w:pPr>
      <w:r>
        <w:t>تو وہاں ایک نواب صاحب تھے۔</w:t>
      </w:r>
    </w:p>
    <w:p>
      <w:r>
        <w:rPr>
          <w:b/>
        </w:rPr>
        <w:t xml:space="preserve">[25:27] </w:t>
      </w:r>
      <w:r>
        <w:t>yeh baat hai yani azadi se pehle ki.</w:t>
      </w:r>
    </w:p>
    <w:p>
      <w:pPr>
        <w:jc w:val="right"/>
      </w:pPr>
      <w:r>
        <w:t>یہ بات ہے یعنی آزادی سے پہلے کی۔</w:t>
      </w:r>
    </w:p>
    <w:p>
      <w:r>
        <w:rPr>
          <w:b/>
        </w:rPr>
        <w:t xml:space="preserve">[25:30] </w:t>
      </w:r>
      <w:r>
        <w:t>anees so ahtalis se pehle ki baat hai.</w:t>
      </w:r>
    </w:p>
    <w:p>
      <w:pPr>
        <w:jc w:val="right"/>
      </w:pPr>
      <w:r>
        <w:t>انیس سو اٹھتالیس سے پہلے کی بات ہے۔</w:t>
      </w:r>
    </w:p>
    <w:p>
      <w:r>
        <w:rPr>
          <w:b/>
        </w:rPr>
        <w:t xml:space="preserve">[25:33] </w:t>
      </w:r>
      <w:r>
        <w:t>kuch din mein johan pur mein tha.</w:t>
      </w:r>
    </w:p>
    <w:p>
      <w:pPr>
        <w:jc w:val="right"/>
      </w:pPr>
      <w:r>
        <w:t>کچھ دن میں جوہان پور میں تھا۔</w:t>
      </w:r>
    </w:p>
    <w:p>
      <w:r>
        <w:rPr>
          <w:b/>
        </w:rPr>
        <w:t xml:space="preserve">[25:36] </w:t>
      </w:r>
      <w:r>
        <w:t>to wahan aik nawab sahib thay.</w:t>
      </w:r>
    </w:p>
    <w:p>
      <w:pPr>
        <w:jc w:val="right"/>
      </w:pPr>
      <w:r>
        <w:t>تو وہاں ایک نواب صاحب تھے۔</w:t>
      </w:r>
    </w:p>
    <w:p>
      <w:r>
        <w:rPr>
          <w:b/>
        </w:rPr>
        <w:t xml:space="preserve">[25:40] </w:t>
      </w:r>
      <w:r>
        <w:t>unhon ne un ki kothi thi to us mein bohat shandar lawn banaya tha unhon ne. lawn.</w:t>
      </w:r>
    </w:p>
    <w:p>
      <w:pPr>
        <w:jc w:val="right"/>
      </w:pPr>
      <w:r>
        <w:t>انہوں نے ان کی کوٹھی تھی تو اس میں بہت شاندار لان بنایا تھا انہوں نے۔ لان۔</w:t>
      </w:r>
    </w:p>
    <w:p>
      <w:r>
        <w:rPr>
          <w:b/>
        </w:rPr>
        <w:t xml:space="preserve">[25:43] </w:t>
      </w:r>
      <w:r>
        <w:t>abhi main is ki tasweer mere zehn mein chhai hui hai. bohat umda lawn tha wo. bas subah shaam wo lawn ko acha banane mein lage rehte thay wo. us ke baad kya hua? 1948 jo partition hua to wo chhod kar bhag gaye Pakistan aur wahan ja ke jaldi mar gaye. na kothi hai na lawn. us ke baad main ek martaba gaya wahan par Johar Pur. main ne pata kiya to maloom hua ke kisi ne khareed liya is ko. kh</w:t>
      </w:r>
    </w:p>
    <w:p>
      <w:pPr>
        <w:jc w:val="right"/>
      </w:pPr>
      <w:r>
        <w:t>ابھی میں اس کی تصویر میرے ذہن میں چھائی ہوئی ہے۔ بہت عمدہ لان تھا وہ۔ بس صبح شام وہ لان کو اچھا بنانے میں لگے رہتے تھے وہ۔ اس کے بعد کیا ہوا؟ انیس سو اٹھتالیس جو پارٹیشن ہوا تو وہ چھوڑ کر بھاگ گئے پاکستان اور وہاں جا کے جلدی مر گئے۔ نہ کوٹھی ہے نہ لان۔ اس کے بعد میں ایک مرتبہ گیا وہاں پر جوہان پور۔ میں نے پتہ کیا تو معلوم ہوا کہ کسی نے خرید لیا اس کو۔ خ</w:t>
      </w:r>
    </w:p>
    <w:p>
      <w:r>
        <w:rPr>
          <w:b/>
        </w:rPr>
        <w:t xml:space="preserve">[26:13] </w:t>
      </w:r>
      <w:r>
        <w:t>reed kar ke woh khet bana diya.</w:t>
      </w:r>
    </w:p>
    <w:p>
      <w:pPr>
        <w:jc w:val="right"/>
      </w:pPr>
      <w:r>
        <w:t>رید کر کے وہ کھیت بنا دیا۔</w:t>
      </w:r>
    </w:p>
    <w:p>
      <w:r>
        <w:rPr>
          <w:b/>
        </w:rPr>
        <w:t xml:space="preserve">[26:17] </w:t>
      </w:r>
      <w:r>
        <w:t>ab shayad kisi builder ne le liya us ne wahan ghar bana diya.</w:t>
      </w:r>
    </w:p>
    <w:p>
      <w:pPr>
        <w:jc w:val="right"/>
      </w:pPr>
      <w:r>
        <w:t>اب شاید کسی بلڈر نے لے لیا اس نے وہاں گھر بنا دیا۔</w:t>
      </w:r>
    </w:p>
    <w:p>
      <w:r>
        <w:rPr>
          <w:b/>
        </w:rPr>
        <w:t xml:space="preserve">[26:21] </w:t>
      </w:r>
      <w:r>
        <w:t>to agar woh sochte ke bohat jald mein mar jaon ga.</w:t>
      </w:r>
    </w:p>
    <w:p>
      <w:pPr>
        <w:jc w:val="right"/>
      </w:pPr>
      <w:r>
        <w:t>تو اگر وہ سوچتے کہ بہت جلد میں مر جاؤں گا۔</w:t>
      </w:r>
    </w:p>
    <w:p>
      <w:r>
        <w:rPr>
          <w:b/>
        </w:rPr>
        <w:t xml:space="preserve">[26:25] </w:t>
      </w:r>
      <w:r>
        <w:t>yeh lawn mere sath nahin jaye ga.</w:t>
      </w:r>
    </w:p>
    <w:p>
      <w:pPr>
        <w:jc w:val="right"/>
      </w:pPr>
      <w:r>
        <w:t>یہ لان میرے ساتھ نہیں جائے گا۔</w:t>
      </w:r>
    </w:p>
    <w:p>
      <w:r>
        <w:rPr>
          <w:b/>
        </w:rPr>
        <w:t xml:space="preserve">[26:29] </w:t>
      </w:r>
      <w:r>
        <w:t>to kabhi bhi is mein woh hamare adam garh mein aik thay raja.</w:t>
      </w:r>
    </w:p>
    <w:p>
      <w:pPr>
        <w:jc w:val="right"/>
      </w:pPr>
      <w:r>
        <w:t>تو کبھی بھی اس میں وہ ہمارے آدم گڑھ میں ایک تھے راجہ۔</w:t>
      </w:r>
    </w:p>
    <w:p>
      <w:r>
        <w:rPr>
          <w:b/>
        </w:rPr>
        <w:t xml:space="preserve">[26:33] </w:t>
      </w:r>
      <w:r>
        <w:t>unhon ne kothi banwai thi.</w:t>
      </w:r>
    </w:p>
    <w:p>
      <w:pPr>
        <w:jc w:val="right"/>
      </w:pPr>
      <w:r>
        <w:t>انہوں نے کوٹھی بنوائی تھی۔</w:t>
      </w:r>
    </w:p>
    <w:p>
      <w:r>
        <w:rPr>
          <w:b/>
        </w:rPr>
        <w:t xml:space="preserve">[26:37] </w:t>
      </w:r>
      <w:r>
        <w:t>bohat hi bari kothi.</w:t>
      </w:r>
    </w:p>
    <w:p>
      <w:pPr>
        <w:jc w:val="right"/>
      </w:pPr>
      <w:r>
        <w:t>بہت ہی بڑی کوٹھی۔</w:t>
      </w:r>
    </w:p>
    <w:p>
      <w:r>
        <w:rPr>
          <w:b/>
        </w:rPr>
        <w:t xml:space="preserve">[26:41] </w:t>
      </w:r>
      <w:r>
        <w:t>lekin jis saal kothi ban kar</w:t>
      </w:r>
    </w:p>
    <w:p>
      <w:pPr>
        <w:jc w:val="right"/>
      </w:pPr>
      <w:r>
        <w:t>لیکن جس سال کوٹھی بن کر</w:t>
      </w:r>
    </w:p>
    <w:p>
      <w:r>
        <w:rPr>
          <w:b/>
        </w:rPr>
        <w:t xml:space="preserve">[26:45] </w:t>
      </w:r>
      <w:r>
        <w:t>poori hui hone wali thi usi saal mar gaye woh.</w:t>
      </w:r>
    </w:p>
    <w:p>
      <w:pPr>
        <w:jc w:val="right"/>
      </w:pPr>
      <w:r>
        <w:t>پوری ہوئی ہونے والی تھی اسی سال مر گئے وہ۔</w:t>
      </w:r>
    </w:p>
    <w:p>
      <w:r>
        <w:rPr>
          <w:b/>
        </w:rPr>
        <w:t xml:space="preserve">[26:48] </w:t>
      </w:r>
      <w:r>
        <w:t>yani is ki finishing stages ho rahi theen is mein.</w:t>
      </w:r>
    </w:p>
    <w:p>
      <w:pPr>
        <w:jc w:val="right"/>
      </w:pPr>
      <w:r>
        <w:t>یعنی اس کی فنشنگ ٹیجز ہو رہی تھیں اس میں۔</w:t>
      </w:r>
    </w:p>
    <w:p>
      <w:r>
        <w:rPr>
          <w:b/>
        </w:rPr>
        <w:t xml:space="preserve">[26:52] </w:t>
      </w:r>
      <w:r>
        <w:t>is mein rang roghan ho raha tha waghera waghera.</w:t>
      </w:r>
    </w:p>
    <w:p>
      <w:pPr>
        <w:jc w:val="right"/>
      </w:pPr>
      <w:r>
        <w:t>اس میں رنگ روغن ہو رہا تھا وغیرہ وغیرہ۔</w:t>
      </w:r>
    </w:p>
    <w:p>
      <w:r>
        <w:rPr>
          <w:b/>
        </w:rPr>
        <w:t xml:space="preserve">[26:56] </w:t>
      </w:r>
      <w:r>
        <w:t>jis saal khatam hua woh usi saal mar gaye woh.</w:t>
      </w:r>
    </w:p>
    <w:p>
      <w:pPr>
        <w:jc w:val="right"/>
      </w:pPr>
      <w:r>
        <w:t>جس سال ختم ہوا وہ اسی سال مر گئے وہ۔</w:t>
      </w:r>
    </w:p>
    <w:p>
      <w:r>
        <w:rPr>
          <w:b/>
        </w:rPr>
        <w:t xml:space="preserve">[27:00] </w:t>
      </w:r>
      <w:r>
        <w:t>ab woh sochte hain agar to kehte hain ke bhai kya kothi hai aur kya chota ghar. kya flat.</w:t>
      </w:r>
    </w:p>
    <w:p>
      <w:pPr>
        <w:jc w:val="right"/>
      </w:pPr>
      <w:r>
        <w:t>اب وہ سوچتے ہیں اگر تو کہتے ہیں کہ بھئی کیا کوٹھی ہے اور کیا چھوٹا گھر۔ کیا فلیٹ۔</w:t>
      </w:r>
    </w:p>
    <w:p>
      <w:r>
        <w:rPr>
          <w:b/>
        </w:rPr>
        <w:t xml:space="preserve">[27:03] </w:t>
      </w:r>
      <w:r>
        <w:t>flat mein raho tab bhi wahi baat hai.</w:t>
      </w:r>
    </w:p>
    <w:p>
      <w:pPr>
        <w:jc w:val="right"/>
      </w:pPr>
      <w:r>
        <w:t>فلیٹ میں رہو تب بھی وہی بات ہے۔</w:t>
      </w:r>
    </w:p>
    <w:p>
      <w:r>
        <w:rPr>
          <w:b/>
        </w:rPr>
        <w:t xml:space="preserve">[27:07] </w:t>
      </w:r>
      <w:r>
        <w:t>kothi mein raho tab bhi wahi baat hai.</w:t>
      </w:r>
    </w:p>
    <w:p>
      <w:pPr>
        <w:jc w:val="right"/>
      </w:pPr>
      <w:r>
        <w:t>کوٹھی میں رہو تب بھی وہی بات ہے۔</w:t>
      </w:r>
    </w:p>
    <w:p>
      <w:r>
        <w:rPr>
          <w:b/>
        </w:rPr>
        <w:t xml:space="preserve">[27:11] </w:t>
      </w:r>
      <w:r>
        <w:t>kyun ke chand saal rehna hai phir mar jaana hai. to m</w:t>
      </w:r>
    </w:p>
    <w:p>
      <w:pPr>
        <w:jc w:val="right"/>
      </w:pPr>
      <w:r>
        <w:t>کیوں کہ چند سال رہنا ہے پھر مر جانا ہے۔ تو م</w:t>
      </w:r>
    </w:p>
    <w:p>
      <w:r>
        <w:rPr>
          <w:b/>
        </w:rPr>
        <w:t xml:space="preserve">[27:15] </w:t>
      </w:r>
      <w:r>
        <w:t>aut se kya hota hai? aakhirat overthinking aati hai.</w:t>
      </w:r>
    </w:p>
    <w:p>
      <w:pPr>
        <w:jc w:val="right"/>
      </w:pPr>
      <w:r>
        <w:t>وت سے کیا ہوتا ہے؟ آخرت اوور تھنکنگ آتی ہے۔</w:t>
      </w:r>
    </w:p>
    <w:p>
      <w:r>
        <w:rPr>
          <w:b/>
        </w:rPr>
        <w:t xml:space="preserve">[27:19] </w:t>
      </w:r>
      <w:r>
        <w:t>desire khatam hoti hain.</w:t>
      </w:r>
    </w:p>
    <w:p>
      <w:pPr>
        <w:jc w:val="right"/>
      </w:pPr>
      <w:r>
        <w:t>ڈیزائر ختم ہوتی ہیں۔</w:t>
      </w:r>
    </w:p>
    <w:p>
      <w:r>
        <w:rPr>
          <w:b/>
        </w:rPr>
        <w:t xml:space="preserve">[27:23] </w:t>
      </w:r>
      <w:r>
        <w:t>negative thought khatam hote hain.</w:t>
      </w:r>
    </w:p>
    <w:p>
      <w:pPr>
        <w:jc w:val="right"/>
      </w:pPr>
      <w:r>
        <w:t>نیگیٹیو تھاٹ ختم ہوتے ہیں۔</w:t>
      </w:r>
    </w:p>
    <w:p>
      <w:r>
        <w:rPr>
          <w:b/>
        </w:rPr>
        <w:t xml:space="preserve">[27:28] </w:t>
      </w:r>
      <w:r>
        <w:t>bohat si cheezein jo aadmi ko ghere rehti hain woh sab khatam hoti hain.</w:t>
      </w:r>
    </w:p>
    <w:p>
      <w:pPr>
        <w:jc w:val="right"/>
      </w:pPr>
      <w:r>
        <w:t>بہت سی چیزیں جو آدمی کو گھیرے رہتی ہیں وہ سب ختم ہوتی ہیں۔</w:t>
      </w:r>
    </w:p>
    <w:p>
      <w:r>
        <w:rPr>
          <w:b/>
        </w:rPr>
        <w:t xml:space="preserve">[27:32] </w:t>
      </w:r>
      <w:r>
        <w:t>soch kisi aati hai.</w:t>
      </w:r>
    </w:p>
    <w:p>
      <w:pPr>
        <w:jc w:val="right"/>
      </w:pPr>
      <w:r>
        <w:t>سوچ کسی آتی ہے۔</w:t>
      </w:r>
    </w:p>
    <w:p>
      <w:r>
        <w:rPr>
          <w:b/>
        </w:rPr>
        <w:t xml:space="preserve">[27:36] </w:t>
      </w:r>
      <w:r>
        <w:t>soch aati hai ke idhar mare aur phir Allah ke saamne haazri.</w:t>
      </w:r>
    </w:p>
    <w:p>
      <w:pPr>
        <w:jc w:val="right"/>
      </w:pPr>
      <w:r>
        <w:t>سوچ آتی ہے کہ ادھر مرے اور پھر اللہ کے سامنے حاضری۔</w:t>
      </w:r>
    </w:p>
    <w:p>
      <w:r>
        <w:rPr>
          <w:b/>
        </w:rPr>
        <w:t xml:space="preserve">[27:41] </w:t>
      </w:r>
      <w:r>
        <w:t>idhar mare idhar Allah ke saamne</w:t>
      </w:r>
    </w:p>
    <w:p>
      <w:pPr>
        <w:jc w:val="right"/>
      </w:pPr>
      <w:r>
        <w:t>ادھر مرے ادھر اللہ کے سامنے</w:t>
      </w:r>
    </w:p>
    <w:p>
      <w:r>
        <w:rPr>
          <w:b/>
        </w:rPr>
        <w:t xml:space="preserve">[27:45] </w:t>
      </w:r>
      <w:r>
        <w:t>humein khara hona hai.</w:t>
      </w:r>
    </w:p>
    <w:p>
      <w:pPr>
        <w:jc w:val="right"/>
      </w:pPr>
      <w:r>
        <w:t>ہمیں کھڑا ہونا ہے۔</w:t>
      </w:r>
    </w:p>
    <w:p>
      <w:r>
        <w:rPr>
          <w:b/>
        </w:rPr>
        <w:t xml:space="preserve">[27:49] </w:t>
      </w:r>
      <w:r>
        <w:t>pooch gach ho gi hamari.</w:t>
      </w:r>
    </w:p>
    <w:p>
      <w:pPr>
        <w:jc w:val="right"/>
      </w:pPr>
      <w:r>
        <w:t>پوچھ گچھ ہو گی ہماری۔</w:t>
      </w:r>
    </w:p>
    <w:p>
      <w:r>
        <w:rPr>
          <w:b/>
        </w:rPr>
        <w:t xml:space="preserve">[27:54] </w:t>
      </w:r>
      <w:r>
        <w:t>is ke baad faisla ho ga jannat ka aur jahannum ka.</w:t>
      </w:r>
    </w:p>
    <w:p>
      <w:pPr>
        <w:jc w:val="right"/>
      </w:pPr>
      <w:r>
        <w:t>اس کے بعد فیصلہ ہو گا جنت کا اور جہنم کا۔</w:t>
      </w:r>
    </w:p>
    <w:p>
      <w:r>
        <w:rPr>
          <w:b/>
        </w:rPr>
        <w:t xml:space="preserve">[27:58] </w:t>
      </w:r>
      <w:r>
        <w:t>to yeh sab jab soche ga aadmi to ek ek dam hi zindagi badal jaye gi.</w:t>
      </w:r>
    </w:p>
    <w:p>
      <w:pPr>
        <w:jc w:val="right"/>
      </w:pPr>
      <w:r>
        <w:t>تو یہ سب جب سوچے گا آدمی تو ایک ایک دم ہی زندگی بدل جائے گی۔</w:t>
      </w:r>
    </w:p>
    <w:p>
      <w:r>
        <w:rPr>
          <w:b/>
        </w:rPr>
        <w:t xml:space="preserve">[28:03] </w:t>
      </w:r>
      <w:r>
        <w:t>kuch ka kuch ho jaye ga.</w:t>
      </w:r>
    </w:p>
    <w:p>
      <w:pPr>
        <w:jc w:val="right"/>
      </w:pPr>
      <w:r>
        <w:t>کچھ کا کچھ ہو جائے گا۔</w:t>
      </w:r>
    </w:p>
    <w:p>
      <w:r>
        <w:rPr>
          <w:b/>
        </w:rPr>
        <w:t xml:space="preserve">[28:08] </w:t>
      </w:r>
      <w:r>
        <w:t>kuch ka kuch ho jaye ga.</w:t>
      </w:r>
    </w:p>
    <w:p>
      <w:pPr>
        <w:jc w:val="right"/>
      </w:pPr>
      <w:r>
        <w:t>کچھ کا کچھ ہو جائے گا۔</w:t>
      </w:r>
    </w:p>
    <w:p>
      <w:r>
        <w:rPr>
          <w:b/>
        </w:rPr>
        <w:t xml:space="preserve">[28:12] </w:t>
      </w:r>
      <w:r>
        <w:t>to mein samajhta hoon ke</w:t>
      </w:r>
    </w:p>
    <w:p>
      <w:pPr>
        <w:jc w:val="right"/>
      </w:pPr>
      <w:r>
        <w:t>تو میں سمجھتا ہوں کہ</w:t>
      </w:r>
    </w:p>
    <w:p>
      <w:r>
        <w:rPr>
          <w:b/>
        </w:rPr>
        <w:t xml:space="preserve">[28:17] </w:t>
      </w:r>
      <w:r>
        <w:t>bohat hi ajeeb baat hai ke jis ko dekhiye koi bohat apni koi apni mout ko yaad nahi karta. rozana akhbar mein padhte hain ke yeh mar gaya wo mar gaya. accident hota hai. kisi ko kisi ko heart fail ho jata hai. rozana log marte rehte hain. ajeeb baat hai koi apni apni mout ko le kar sochta nahi. main main bohat ghor karta raha ke aakhir kya wajah hai ke log doosron ko mart</w:t>
      </w:r>
    </w:p>
    <w:p>
      <w:pPr>
        <w:jc w:val="right"/>
      </w:pPr>
      <w:r>
        <w:t>بہت ہی عجیب بات ہے کہ جس کو دیکھیے کوئی بہت اپنی کوئی اپنی موت کو یاد نہیں کرتا۔ روزانہ اخبار میں پڑھتے ہیں کہ یہ مر گیا وہ مر گیا۔ ایکسیڈنٹ ہوتا ہے۔ کسی کو کسی کو ہارٹ فیل ہو جاتا ہے۔ روزانہ لوگ مرتے رہتے ہیں۔ عجیب بات ہے کوئی اپنی اپنی موت کو لے کر سوچتا نہیں۔ میں میں بہت غور کرتا رہا کہ آخر کیا وجہ ہے کہ لوگ دوسروں کو مرت</w:t>
      </w:r>
    </w:p>
    <w:p>
      <w:r>
        <w:rPr>
          <w:b/>
        </w:rPr>
        <w:t xml:space="preserve">[28:47] </w:t>
      </w:r>
      <w:r>
        <w:t>e hue dekhte hain.</w:t>
      </w:r>
    </w:p>
    <w:p>
      <w:pPr>
        <w:jc w:val="right"/>
      </w:pPr>
      <w:r>
        <w:t>ے ہوئے دیکھتے ہیں۔</w:t>
      </w:r>
    </w:p>
    <w:p>
      <w:r>
        <w:rPr>
          <w:b/>
        </w:rPr>
        <w:t xml:space="preserve">[28:51] </w:t>
      </w:r>
      <w:r>
        <w:t>apni maut ke liye kyun nahi sochte? jo marne ke baad jo jo function hote hain.</w:t>
      </w:r>
    </w:p>
    <w:p>
      <w:pPr>
        <w:jc w:val="right"/>
      </w:pPr>
      <w:r>
        <w:t>اپنی موت کے لئے کیوں نہیں سوچتے؟ جو مرنے کے بعد جو جو فنکشن ہوتے ہیں۔</w:t>
      </w:r>
    </w:p>
    <w:p>
      <w:r>
        <w:rPr>
          <w:b/>
        </w:rPr>
        <w:t xml:space="preserve">[28:55] </w:t>
      </w:r>
      <w:r>
        <w:t>har mazhab mein marne ke baad kuch na kuch hota hai.</w:t>
      </w:r>
    </w:p>
    <w:p>
      <w:pPr>
        <w:jc w:val="right"/>
      </w:pPr>
      <w:r>
        <w:t>ہر مذہب میں مرنے کے بعد کچھ نہ کچھ ہوتا ہے۔</w:t>
      </w:r>
    </w:p>
    <w:p>
      <w:r>
        <w:rPr>
          <w:b/>
        </w:rPr>
        <w:t xml:space="preserve">[28:59] </w:t>
      </w:r>
      <w:r>
        <w:t>mein shareek hua hoon musalmanon ke qabristan mein bhi aur doosre mazhabon mein bhi.</w:t>
      </w:r>
    </w:p>
    <w:p>
      <w:pPr>
        <w:jc w:val="right"/>
      </w:pPr>
      <w:r>
        <w:t>میں شریک ہوا ہوں مسلمانوں کے قبرستان میں بھی اور دوسرے مذہبوں میں بھی۔</w:t>
      </w:r>
    </w:p>
    <w:p>
      <w:r>
        <w:rPr>
          <w:b/>
        </w:rPr>
        <w:t xml:space="preserve">[29:04] </w:t>
      </w:r>
      <w:r>
        <w:t>to kahin mein ne nahi dekha ke log apni maut ko sochte hon.</w:t>
      </w:r>
    </w:p>
    <w:p>
      <w:pPr>
        <w:jc w:val="right"/>
      </w:pPr>
      <w:r>
        <w:t>تو کہیں میں نے نہیں دیکھا کہ لوگ اپنی موت کو سوچتے ہوں۔</w:t>
      </w:r>
    </w:p>
    <w:p>
      <w:r>
        <w:rPr>
          <w:b/>
        </w:rPr>
        <w:t xml:space="preserve">[29:08] </w:t>
      </w:r>
      <w:r>
        <w:t>kahin bhi nahi.</w:t>
      </w:r>
    </w:p>
    <w:p>
      <w:pPr>
        <w:jc w:val="right"/>
      </w:pPr>
      <w:r>
        <w:t>کہیں بھی نہیں۔</w:t>
      </w:r>
    </w:p>
    <w:p>
      <w:r>
        <w:rPr>
          <w:b/>
        </w:rPr>
        <w:t xml:space="preserve">[29:12] </w:t>
      </w:r>
      <w:r>
        <w:t>na musalmanon mein na n</w:t>
      </w:r>
    </w:p>
    <w:p>
      <w:pPr>
        <w:jc w:val="right"/>
      </w:pPr>
      <w:r>
        <w:t>نہ مسلمانوں میں نہ ن</w:t>
      </w:r>
    </w:p>
    <w:p>
      <w:r>
        <w:rPr>
          <w:b/>
        </w:rPr>
        <w:t xml:space="preserve">[29:17] </w:t>
      </w:r>
      <w:r>
        <w:t>non-muslim mein. halan ke ek shakhs ki mout jo hai wo yaad dila rahi ho ke yeh to bas aaj aise hi hone wala hai. magar koi sochta nahi is tarah se. is ki wajah ghaleban yeh hai ke log jo hain bohat zyada condition ho jate hain dheere dheere dheere dheere. kyun ke hum paida hue to dunya ki jo cheezein hain wo hamari soch mein barkat ban gayi hain. mujhe pani chahiye. mujhe khana chahiye. mujhe kapda chahiye. mujhe ghar chahiye. mujhe</w:t>
      </w:r>
    </w:p>
    <w:p>
      <w:pPr>
        <w:jc w:val="right"/>
      </w:pPr>
      <w:r>
        <w:t>ان مسلم میں۔ حالانکہ ایک شخص کی موت جو ہے وہ یاد دلا رہی ہو کہ یہ تو بس آج ایسے ہی ہونے والا ہے۔ مگر کوئی سوچتا نہیں اس طریقے سے۔ اس کی وجہ غالباً یہ ہے کہ لوگ جو ہیں بہت زیادہ کنڈیشن ہو جاتے ہیں دھیرے دھیرے دھیرے دھیرے۔ کیوں کہ ہم پیدا ہوئے تو دنیا کی جو چیزیں ہیں وہ ہماری سوچ میں برکت بن گئی ہیں۔ مجھے پانی چاہیے۔ مجھے کھانا چاہیے۔ مجھے کپڑا چاہیے۔ مجھے گھر چاہیے۔ مجھے</w:t>
      </w:r>
    </w:p>
    <w:p>
      <w:r>
        <w:rPr>
          <w:b/>
        </w:rPr>
        <w:t xml:space="preserve">[29:47] </w:t>
      </w:r>
      <w:r>
        <w:t>education chahiye.</w:t>
      </w:r>
    </w:p>
    <w:p>
      <w:pPr>
        <w:jc w:val="right"/>
      </w:pPr>
      <w:r>
        <w:t>ایجوکیشن چاہیے۔</w:t>
      </w:r>
    </w:p>
    <w:p>
      <w:r>
        <w:rPr>
          <w:b/>
        </w:rPr>
        <w:t xml:space="preserve">[29:50] </w:t>
      </w:r>
      <w:r>
        <w:t>mujhe job chahiye.</w:t>
      </w:r>
    </w:p>
    <w:p>
      <w:pPr>
        <w:jc w:val="right"/>
      </w:pPr>
      <w:r>
        <w:t>مجھے جاب چاہیے۔</w:t>
      </w:r>
    </w:p>
    <w:p>
      <w:r>
        <w:rPr>
          <w:b/>
        </w:rPr>
        <w:t xml:space="preserve">[29:54] </w:t>
      </w:r>
      <w:r>
        <w:t>mujhe business chahiye.</w:t>
      </w:r>
    </w:p>
    <w:p>
      <w:pPr>
        <w:jc w:val="right"/>
      </w:pPr>
      <w:r>
        <w:t>مجھے بزنس چاہیے۔</w:t>
      </w:r>
    </w:p>
    <w:p>
      <w:r>
        <w:rPr>
          <w:b/>
        </w:rPr>
        <w:t xml:space="preserve">[29:58] </w:t>
      </w:r>
      <w:r>
        <w:t>raat din yahi sochta hai aadmi.</w:t>
      </w:r>
    </w:p>
    <w:p>
      <w:pPr>
        <w:jc w:val="right"/>
      </w:pPr>
      <w:r>
        <w:t>رات دن یہی سوچتا ہے آدمی۔</w:t>
      </w:r>
    </w:p>
    <w:p>
      <w:r>
        <w:rPr>
          <w:b/>
        </w:rPr>
        <w:t xml:space="preserve">[30:01] </w:t>
      </w:r>
      <w:r>
        <w:t>yaani aaj ki duniya ko le kar ke jo masail hain woh is dua par chhaye rehte hain.</w:t>
      </w:r>
    </w:p>
    <w:p>
      <w:pPr>
        <w:jc w:val="right"/>
      </w:pPr>
      <w:r>
        <w:t>یعنی آج کی دنیا کو لے کر کے جو مسائل ہیں وہ اس دعا پر چھائے رہتے ہیں۔</w:t>
      </w:r>
    </w:p>
    <w:p>
      <w:r>
        <w:rPr>
          <w:b/>
        </w:rPr>
        <w:t xml:space="preserve">[30:05] </w:t>
      </w:r>
      <w:r>
        <w:t>toh isi mein iski conditioning ho jaati hai.</w:t>
      </w:r>
    </w:p>
    <w:p>
      <w:pPr>
        <w:jc w:val="right"/>
      </w:pPr>
      <w:r>
        <w:t>تو اسی میں اس کی کنڈیشننگ ہو جاتی ہے۔</w:t>
      </w:r>
    </w:p>
    <w:p>
      <w:r>
        <w:rPr>
          <w:b/>
        </w:rPr>
        <w:t xml:space="preserve">[30:09] </w:t>
      </w:r>
      <w:r>
        <w:t>is wajah se woh soch nahi paata maut ke bare mein.</w:t>
      </w:r>
    </w:p>
    <w:p>
      <w:pPr>
        <w:jc w:val="right"/>
      </w:pPr>
      <w:r>
        <w:t>اس وجہ سے وہ سوچ نہیں پاتا موت کے بارے میں۔</w:t>
      </w:r>
    </w:p>
    <w:p>
      <w:r>
        <w:rPr>
          <w:b/>
        </w:rPr>
        <w:t xml:space="preserve">[30:12] </w:t>
      </w:r>
      <w:r>
        <w:t>woh is waqt sochta hai jab ke sach much maut aa jaye.</w:t>
      </w:r>
    </w:p>
    <w:p>
      <w:pPr>
        <w:jc w:val="right"/>
      </w:pPr>
      <w:r>
        <w:t>وہ اس وقت سوچتا ہے جب کہ سچ مچ موت آ جائے۔</w:t>
      </w:r>
    </w:p>
    <w:p>
      <w:r>
        <w:rPr>
          <w:b/>
        </w:rPr>
        <w:t xml:space="preserve">[30:16] </w:t>
      </w:r>
      <w:r>
        <w:t>tab achaanak iski aankh khulti hai.</w:t>
      </w:r>
    </w:p>
    <w:p>
      <w:pPr>
        <w:jc w:val="right"/>
      </w:pPr>
      <w:r>
        <w:t>تب اچانک اس کی آنکھ کھلتی ہے۔</w:t>
      </w:r>
    </w:p>
    <w:p>
      <w:r>
        <w:rPr>
          <w:b/>
        </w:rPr>
        <w:t xml:space="preserve">[30:20] </w:t>
      </w:r>
      <w:r>
        <w:t>hadees mein aata hai ke log so rahe hain.</w:t>
      </w:r>
    </w:p>
    <w:p>
      <w:pPr>
        <w:jc w:val="right"/>
      </w:pPr>
      <w:r>
        <w:t>حدیث میں آتا ہے کہ لوگ سو رہے ہیں۔</w:t>
      </w:r>
    </w:p>
    <w:p>
      <w:r>
        <w:rPr>
          <w:b/>
        </w:rPr>
        <w:t xml:space="preserve">[30:24] </w:t>
      </w:r>
      <w:r>
        <w:t>jab maut aayegi tab woh jaagenge.</w:t>
      </w:r>
    </w:p>
    <w:p>
      <w:pPr>
        <w:jc w:val="right"/>
      </w:pPr>
      <w:r>
        <w:t>جب موت آئے گی تب وہ جاگیں گے۔</w:t>
      </w:r>
    </w:p>
    <w:p>
      <w:r>
        <w:rPr>
          <w:b/>
        </w:rPr>
        <w:t xml:space="preserve">[30:29] </w:t>
      </w:r>
      <w:r>
        <w:t>log so rahe hain jab maut aa gayi tab woh jaagenge.</w:t>
      </w:r>
    </w:p>
    <w:p>
      <w:pPr>
        <w:jc w:val="right"/>
      </w:pPr>
      <w:r>
        <w:t>لوگ سو رہے ہیں جب موت آ گئی تب وہ جاگیں گے۔</w:t>
      </w:r>
    </w:p>
    <w:p>
      <w:r>
        <w:rPr>
          <w:b/>
        </w:rPr>
        <w:t xml:space="preserve">[30:33] </w:t>
      </w:r>
      <w:r>
        <w:t>toh yeh yeh haalat sochne ki sone ki haalat hai yeh.</w:t>
      </w:r>
    </w:p>
    <w:p>
      <w:pPr>
        <w:jc w:val="right"/>
      </w:pPr>
      <w:r>
        <w:t>تو یہ یہ حالت سوچنے کی سونے کی حالت ہے یہ۔</w:t>
      </w:r>
    </w:p>
    <w:p>
      <w:r>
        <w:rPr>
          <w:b/>
        </w:rPr>
        <w:t xml:space="preserve">[30:38] </w:t>
      </w:r>
      <w:r>
        <w:t>jab asal baat ko hum na sochein.</w:t>
      </w:r>
    </w:p>
    <w:p>
      <w:pPr>
        <w:jc w:val="right"/>
      </w:pPr>
      <w:r>
        <w:t>جب اصل بات کو ہم نہ سوچیں۔</w:t>
      </w:r>
    </w:p>
    <w:p>
      <w:r>
        <w:rPr>
          <w:b/>
        </w:rPr>
        <w:t xml:space="preserve">[30:42] </w:t>
      </w:r>
      <w:r>
        <w:t>asal zindagi jo saamne aane wali hai eternal life us par na sochein tab so rahe hain goya ke.</w:t>
      </w:r>
    </w:p>
    <w:p>
      <w:pPr>
        <w:jc w:val="right"/>
      </w:pPr>
      <w:r>
        <w:t>اصل زندگی جو سامنے آنے والی ہے ایٹرنل لائف اس پر نہ سوچیں تب سو رہے ہیں گویا کہ۔</w:t>
      </w:r>
    </w:p>
    <w:p>
      <w:r>
        <w:rPr>
          <w:b/>
        </w:rPr>
        <w:t xml:space="preserve">[30:47] </w:t>
      </w:r>
      <w:r>
        <w:t>lekin Rasool Allah salla Allahu alaihi wasallam ki jo dawat thi</w:t>
      </w:r>
    </w:p>
    <w:p>
      <w:pPr>
        <w:jc w:val="right"/>
      </w:pPr>
      <w:r>
        <w:t>لیکن رسول اللہ صلی اللہ علیہ وسلم کی جو دعوت تھی</w:t>
      </w:r>
    </w:p>
    <w:p>
      <w:r>
        <w:rPr>
          <w:b/>
        </w:rPr>
        <w:t xml:space="preserve">[30:51] </w:t>
      </w:r>
      <w:r>
        <w:t>is dawat ka beshak nuqta hi yahi hua karta tha.</w:t>
      </w:r>
    </w:p>
    <w:p>
      <w:pPr>
        <w:jc w:val="right"/>
      </w:pPr>
      <w:r>
        <w:t>اس دعوت کا بے شک نقطہ ہی یہی ہوا کرتا تھا۔</w:t>
      </w:r>
    </w:p>
    <w:p>
      <w:r>
        <w:rPr>
          <w:b/>
        </w:rPr>
        <w:t xml:space="preserve">[30:55] </w:t>
      </w:r>
      <w:r>
        <w:t>jo utri aayat shuru zamane mein.</w:t>
      </w:r>
    </w:p>
    <w:p>
      <w:pPr>
        <w:jc w:val="right"/>
      </w:pPr>
      <w:r>
        <w:t>جو اتری آیت شروع زمانے میں۔</w:t>
      </w:r>
    </w:p>
    <w:p>
      <w:r>
        <w:rPr>
          <w:b/>
        </w:rPr>
        <w:t xml:space="preserve">[30:59] </w:t>
      </w:r>
      <w:r>
        <w:t>ya ya al muddathir qoom fa anzir.</w:t>
      </w:r>
    </w:p>
    <w:p>
      <w:pPr>
        <w:jc w:val="right"/>
      </w:pPr>
      <w:r>
        <w:t>یا یا المدثر قوم فانزر۔</w:t>
      </w:r>
    </w:p>
    <w:p>
      <w:r>
        <w:rPr>
          <w:b/>
        </w:rPr>
        <w:t xml:space="preserve">[31:02] </w:t>
      </w:r>
      <w:r>
        <w:t>utho aur logon ko dara do.</w:t>
      </w:r>
    </w:p>
    <w:p>
      <w:pPr>
        <w:jc w:val="right"/>
      </w:pPr>
      <w:r>
        <w:t>اٹھو اور لوگوں کو ڈرا دو۔</w:t>
      </w:r>
    </w:p>
    <w:p>
      <w:r>
        <w:rPr>
          <w:b/>
        </w:rPr>
        <w:t xml:space="preserve">[31:06] </w:t>
      </w:r>
      <w:r>
        <w:t>inzaar ka matlab darana. aagah karna.</w:t>
      </w:r>
    </w:p>
    <w:p>
      <w:pPr>
        <w:jc w:val="right"/>
      </w:pPr>
      <w:r>
        <w:t>انظار کا معنی ڈرانا۔ آگاہ کرنا۔</w:t>
      </w:r>
    </w:p>
    <w:p>
      <w:r>
        <w:rPr>
          <w:b/>
        </w:rPr>
        <w:t xml:space="preserve">[31:10] </w:t>
      </w:r>
      <w:r>
        <w:t>kis baat se? yeh maut se. aakhirat se.</w:t>
      </w:r>
    </w:p>
    <w:p>
      <w:pPr>
        <w:jc w:val="right"/>
      </w:pPr>
      <w:r>
        <w:t>کس بات سے؟ یہ موت سے۔ آخرت سے۔</w:t>
      </w:r>
    </w:p>
    <w:p>
      <w:r>
        <w:rPr>
          <w:b/>
        </w:rPr>
        <w:t xml:space="preserve">[31:14] </w:t>
      </w:r>
      <w:r>
        <w:t>maut ke baad peshi se.</w:t>
      </w:r>
    </w:p>
    <w:p>
      <w:pPr>
        <w:jc w:val="right"/>
      </w:pPr>
      <w:r>
        <w:t>موت کے بعد پیشی سے۔</w:t>
      </w:r>
    </w:p>
    <w:p>
      <w:r>
        <w:rPr>
          <w:b/>
        </w:rPr>
        <w:t xml:space="preserve">[31:17] </w:t>
      </w:r>
      <w:r>
        <w:t>jannat aur jahannum se. jab makkah</w:t>
      </w:r>
    </w:p>
    <w:p>
      <w:pPr>
        <w:jc w:val="right"/>
      </w:pPr>
      <w:r>
        <w:t>جنت اور جہنم سے۔ جب مکے</w:t>
      </w:r>
    </w:p>
    <w:p>
      <w:r>
        <w:rPr>
          <w:b/>
        </w:rPr>
        <w:t xml:space="preserve">[31:21] </w:t>
      </w:r>
      <w:r>
        <w:t>mein aap jaante hain ke 610 isvi mein Rasool Allah ne nubuwwat ka ailaan kiya.</w:t>
      </w:r>
    </w:p>
    <w:p>
      <w:pPr>
        <w:jc w:val="right"/>
      </w:pPr>
      <w:r>
        <w:t>میں آپ جانتے ہیں کہ چھ سو دس عیسوی میں رسول اللہ نے نبوت کا اعلان کیا۔</w:t>
      </w:r>
    </w:p>
    <w:p>
      <w:r>
        <w:rPr>
          <w:b/>
        </w:rPr>
        <w:t xml:space="preserve">[31:27] </w:t>
      </w:r>
      <w:r>
        <w:t>us waqt logon ko ikattha kiya aap ne.</w:t>
      </w:r>
    </w:p>
    <w:p>
      <w:pPr>
        <w:jc w:val="right"/>
      </w:pPr>
      <w:r>
        <w:t>اس وقت لوگوں کو اکٹھا کیا آپ نے۔</w:t>
      </w:r>
    </w:p>
    <w:p>
      <w:r>
        <w:rPr>
          <w:b/>
        </w:rPr>
        <w:t xml:space="preserve">[31:32] </w:t>
      </w:r>
      <w:r>
        <w:t>apne qareeb ke logon ko.</w:t>
      </w:r>
    </w:p>
    <w:p>
      <w:pPr>
        <w:jc w:val="right"/>
      </w:pPr>
      <w:r>
        <w:t>اپنے قریب کے لوگوں کو۔</w:t>
      </w:r>
    </w:p>
    <w:p>
      <w:r>
        <w:rPr>
          <w:b/>
        </w:rPr>
        <w:t xml:space="preserve">[31:38] </w:t>
      </w:r>
      <w:r>
        <w:t>aur is waqt jo aap ne taqreer ki thi woh taqreer aaj bhi maujood hai kitaab maujood hai.</w:t>
      </w:r>
    </w:p>
    <w:p>
      <w:pPr>
        <w:jc w:val="right"/>
      </w:pPr>
      <w:r>
        <w:t>اور اس وقت جو آپ نے تقریر کی تھی وہ تقریر آج بھی موجود ہے کتاب موجود ہے۔</w:t>
      </w:r>
    </w:p>
    <w:p>
      <w:r>
        <w:rPr>
          <w:b/>
        </w:rPr>
        <w:t xml:space="preserve">[31:43] </w:t>
      </w:r>
      <w:r>
        <w:t>main ne is ko jumaaraat o khutab al-arab mein parha is is poori taqreer ko.</w:t>
      </w:r>
    </w:p>
    <w:p>
      <w:pPr>
        <w:jc w:val="right"/>
      </w:pPr>
      <w:r>
        <w:t>میں نے اس کو جمعرات و خطب العرب میں پڑھا اس اس پوری تقریر کو۔</w:t>
      </w:r>
    </w:p>
    <w:p>
      <w:r>
        <w:rPr>
          <w:b/>
        </w:rPr>
        <w:t xml:space="preserve">[31:48] </w:t>
      </w:r>
      <w:r>
        <w:t>jumaaraat o khutab al-arab.</w:t>
      </w:r>
    </w:p>
    <w:p>
      <w:pPr>
        <w:jc w:val="right"/>
      </w:pPr>
      <w:r>
        <w:t>جمعرات و خطب العرب۔</w:t>
      </w:r>
    </w:p>
    <w:p>
      <w:r>
        <w:rPr>
          <w:b/>
        </w:rPr>
        <w:t xml:space="preserve">[31:54] </w:t>
      </w:r>
      <w:r>
        <w:t>to is mein aap ne farmaaya tha is waqt.</w:t>
      </w:r>
    </w:p>
    <w:p>
      <w:pPr>
        <w:jc w:val="right"/>
      </w:pPr>
      <w:r>
        <w:t>تو اس میں آپ نے فرمایا تھا اس وقت۔</w:t>
      </w:r>
    </w:p>
    <w:p>
      <w:r>
        <w:rPr>
          <w:b/>
        </w:rPr>
        <w:t xml:space="preserve">[32:00] </w:t>
      </w:r>
      <w:r>
        <w:t>ke is taqreer ka jo khulasa tha woh yeh tha.</w:t>
      </w:r>
    </w:p>
    <w:p>
      <w:pPr>
        <w:jc w:val="right"/>
      </w:pPr>
      <w:r>
        <w:t>کہ اس تقریر کا جو خلاصہ تھا وہ یہ تھا۔</w:t>
      </w:r>
    </w:p>
    <w:p>
      <w:r>
        <w:rPr>
          <w:b/>
        </w:rPr>
        <w:t xml:space="preserve">[32:06] </w:t>
      </w:r>
      <w:r>
        <w:t>ke khuda ki qasam tum maro ge jis tarah tum sote ho.</w:t>
      </w:r>
    </w:p>
    <w:p>
      <w:pPr>
        <w:jc w:val="right"/>
      </w:pPr>
      <w:r>
        <w:t>کہ خدا کی قسم تم مرو گے جس طرح تم سوتے ہو۔</w:t>
      </w:r>
    </w:p>
    <w:p>
      <w:r>
        <w:rPr>
          <w:b/>
        </w:rPr>
        <w:t xml:space="preserve">[32:13] </w:t>
      </w:r>
      <w:r>
        <w:t>aur dobara tum jiyo ge jis tarah tum uthte ho.</w:t>
      </w:r>
    </w:p>
    <w:p>
      <w:pPr>
        <w:jc w:val="right"/>
      </w:pPr>
      <w:r>
        <w:t>اور دوبارہ تم جیو گے جس طرح تم اٹھتے ہو۔</w:t>
      </w:r>
    </w:p>
    <w:p>
      <w:r>
        <w:rPr>
          <w:b/>
        </w:rPr>
        <w:t xml:space="preserve">[32:19] </w:t>
      </w:r>
      <w:r>
        <w:t>aur is ke baad ya to aag hai ya jannat hai. wallah</w:t>
      </w:r>
    </w:p>
    <w:p>
      <w:pPr>
        <w:jc w:val="right"/>
      </w:pPr>
      <w:r>
        <w:t>اور اس کے بعد یا تو آگ ہے یا جنت ہے۔ واللہ</w:t>
      </w:r>
    </w:p>
    <w:p>
      <w:r>
        <w:rPr>
          <w:b/>
        </w:rPr>
        <w:t xml:space="preserve">[32:25] </w:t>
      </w:r>
      <w:r>
        <w:t>latamootunna kama tanaamoona wasatuḥyoonna kama tastahiqqoona wa innaha lajannatun 'abdan awun naarun 'abdan.</w:t>
      </w:r>
    </w:p>
    <w:p>
      <w:pPr>
        <w:jc w:val="right"/>
      </w:pPr>
      <w:r>
        <w:t>لتموتن کما تنامون وستحیون کما تستحقون وانہا لجنت عبدا اور اول نار عبدا۔</w:t>
      </w:r>
    </w:p>
    <w:p>
      <w:r>
        <w:rPr>
          <w:b/>
        </w:rPr>
        <w:t xml:space="preserve">[32:30] </w:t>
      </w:r>
      <w:r>
        <w:t>yeh aaj yeh yeh dawat ka khulasa tha aap ka.</w:t>
      </w:r>
    </w:p>
    <w:p>
      <w:pPr>
        <w:jc w:val="right"/>
      </w:pPr>
      <w:r>
        <w:t>یہ آج یہ یہ دعوت کا خلاصہ تھا آپ کا۔</w:t>
      </w:r>
    </w:p>
    <w:p>
      <w:r>
        <w:rPr>
          <w:b/>
        </w:rPr>
        <w:t xml:space="preserve">[32:35] </w:t>
      </w:r>
      <w:r>
        <w:t>ae logon jo dunya ki zindagi mein phanse hue ho asal baat ko bhoolay hue ho to asal</w:t>
      </w:r>
    </w:p>
    <w:p>
      <w:pPr>
        <w:jc w:val="right"/>
      </w:pPr>
      <w:r>
        <w:t>اے لوگوں جو دنیا کی زندگی میں پھنسے ہوئے ہو اصل بات کو بھولے ہوئے ہو تو اصل</w:t>
      </w:r>
    </w:p>
    <w:p>
      <w:r>
        <w:rPr>
          <w:b/>
        </w:rPr>
        <w:t xml:space="preserve">[32:40] </w:t>
      </w:r>
      <w:r>
        <w:t>baat ko bhool socho.</w:t>
      </w:r>
    </w:p>
    <w:p>
      <w:pPr>
        <w:jc w:val="right"/>
      </w:pPr>
      <w:r>
        <w:t>بات کو بھول سوچو۔</w:t>
      </w:r>
    </w:p>
    <w:p>
      <w:r>
        <w:rPr>
          <w:b/>
        </w:rPr>
        <w:t xml:space="preserve">[32:45] </w:t>
      </w:r>
      <w:r>
        <w:t>dunya to zaroorat ke liye hai.</w:t>
      </w:r>
    </w:p>
    <w:p>
      <w:pPr>
        <w:jc w:val="right"/>
      </w:pPr>
      <w:r>
        <w:t>دنیا تو ضرورت کے لیے ہے۔</w:t>
      </w:r>
    </w:p>
    <w:p>
      <w:r>
        <w:rPr>
          <w:b/>
        </w:rPr>
        <w:t xml:space="preserve">[32:50] </w:t>
      </w:r>
      <w:r>
        <w:t>yeh dunya sirf jeene ke</w:t>
      </w:r>
    </w:p>
    <w:p>
      <w:pPr>
        <w:jc w:val="right"/>
      </w:pPr>
      <w:r>
        <w:t>یہ دنیا صرف جینے کے</w:t>
      </w:r>
    </w:p>
    <w:p>
      <w:r>
        <w:rPr>
          <w:b/>
        </w:rPr>
        <w:t xml:space="preserve">[32:55] </w:t>
      </w:r>
      <w:r>
        <w:t>liye hai.</w:t>
      </w:r>
    </w:p>
    <w:p>
      <w:pPr>
        <w:jc w:val="right"/>
      </w:pPr>
      <w:r>
        <w:t>لیے ہے۔</w:t>
      </w:r>
    </w:p>
    <w:p>
      <w:r>
        <w:rPr>
          <w:b/>
        </w:rPr>
        <w:t xml:space="preserve">[33:00] </w:t>
      </w:r>
      <w:r>
        <w:t>zaroorat ki cheezein hon hum jee sakein taake jab yahan rehna nahi hai mustaqil to yeh hamara goal</w:t>
      </w:r>
    </w:p>
    <w:p>
      <w:pPr>
        <w:jc w:val="right"/>
      </w:pPr>
      <w:r>
        <w:t>ضرورت کی چیزیں ہوں ہم جی سکیں تاکہ جب یہاں رہنا نہیں ہے مستقل تو یہ ہمارا گول</w:t>
      </w:r>
    </w:p>
    <w:p>
      <w:r>
        <w:rPr>
          <w:b/>
        </w:rPr>
        <w:t xml:space="preserve">[33:05] </w:t>
      </w:r>
      <w:r>
        <w:t>kaise ho sakta hai? aap ghore kijiye jahan aap rehna nahi hai hum ko woh goal kaise ho</w:t>
      </w:r>
    </w:p>
    <w:p>
      <w:pPr>
        <w:jc w:val="right"/>
      </w:pPr>
      <w:r>
        <w:t>کیسے ہو سکتا ہے؟ آپ غور کیجیے جہاں آپ رہنا نہیں ہے ہم کو وہ گول کیسے ہو</w:t>
      </w:r>
    </w:p>
    <w:p>
      <w:r>
        <w:rPr>
          <w:b/>
        </w:rPr>
        <w:t xml:space="preserve">[33:10] </w:t>
      </w:r>
      <w:r>
        <w:t>jaayega? hum mein se aksar ka aisa hota hai ke hum mislan train se ja rahe hain</w:t>
      </w:r>
    </w:p>
    <w:p>
      <w:pPr>
        <w:jc w:val="right"/>
      </w:pPr>
      <w:r>
        <w:t>جائے گا؟ ہم میں سے اکثر کا ایسا ہوتا ہے کہ ہم مثلاً ٹرین سے جا رہے ہیں</w:t>
      </w:r>
    </w:p>
    <w:p>
      <w:r>
        <w:rPr>
          <w:b/>
        </w:rPr>
        <w:t xml:space="preserve">[33:15] </w:t>
      </w:r>
      <w:r>
        <w:t>aur train chhoot gayi ab hum pade hue hain platform par.</w:t>
      </w:r>
    </w:p>
    <w:p>
      <w:pPr>
        <w:jc w:val="right"/>
      </w:pPr>
      <w:r>
        <w:t>اور ٹرین چھوٹ گئی اب ہم پڑے ہوئے ہیں پلیٹ فارم پر۔</w:t>
      </w:r>
    </w:p>
    <w:p>
      <w:r>
        <w:rPr>
          <w:b/>
        </w:rPr>
        <w:t xml:space="preserve">[33:20] </w:t>
      </w:r>
      <w:r>
        <w:t>abhi main ne ek waqea parha tha ke ek aadmi hawai jahaz se jaana tha is ko.</w:t>
      </w:r>
    </w:p>
    <w:p>
      <w:pPr>
        <w:jc w:val="right"/>
      </w:pPr>
      <w:r>
        <w:t>ابھی میں نے ایک واقعہ پڑھا تھا کہ ایک آدمی ہوائی جہاز سے جانا تھا اس کو۔</w:t>
      </w:r>
    </w:p>
    <w:p>
      <w:r>
        <w:rPr>
          <w:b/>
        </w:rPr>
        <w:t xml:space="preserve">[33:25] </w:t>
      </w:r>
      <w:r>
        <w:t>abhi abhi abhi ki baat hai umrah karne ke liye.</w:t>
      </w:r>
    </w:p>
    <w:p>
      <w:pPr>
        <w:jc w:val="right"/>
      </w:pPr>
      <w:r>
        <w:t>ابھی ابھی ابھی کی بات ہے عمرہ کرنے کے لیے۔</w:t>
      </w:r>
    </w:p>
    <w:p>
      <w:r>
        <w:rPr>
          <w:b/>
        </w:rPr>
        <w:t xml:space="preserve">[33:30] </w:t>
      </w:r>
      <w:r>
        <w:t>to jab woh pohncha wahan to maloom hua ke woh woh bhool gaya tha aur woh jahaz to chala gaya.</w:t>
      </w:r>
    </w:p>
    <w:p>
      <w:pPr>
        <w:jc w:val="right"/>
      </w:pPr>
      <w:r>
        <w:t>تو جب وہ پہنچا وہاں تو معلوم ہوا کہ وہ وہ بھول گیا تھا اور وہ جہاز تو چلا گیا۔</w:t>
      </w:r>
    </w:p>
    <w:p>
      <w:r>
        <w:rPr>
          <w:b/>
        </w:rPr>
        <w:t xml:space="preserve">[33:34] </w:t>
      </w:r>
      <w:r>
        <w:t>is ka is ka time bhool gaya tha woh.</w:t>
      </w:r>
    </w:p>
    <w:p>
      <w:pPr>
        <w:jc w:val="right"/>
      </w:pPr>
      <w:r>
        <w:t>اس کا اس کا ٹائم بھول گیا تھا وہ۔</w:t>
      </w:r>
    </w:p>
    <w:p>
      <w:r>
        <w:rPr>
          <w:b/>
        </w:rPr>
        <w:t xml:space="preserve">[33:38] </w:t>
      </w:r>
      <w:r>
        <w:t>to phir is ko daur daur kar ke naye naya reservation lena para.</w:t>
      </w:r>
    </w:p>
    <w:p>
      <w:pPr>
        <w:jc w:val="right"/>
      </w:pPr>
      <w:r>
        <w:t>تو پھر اس کو دوڑ دوڑ کر کے نئے نیا ریزرویشن لینا پڑا۔</w:t>
      </w:r>
    </w:p>
    <w:p>
      <w:r>
        <w:rPr>
          <w:b/>
        </w:rPr>
        <w:t xml:space="preserve">[33:42] </w:t>
      </w:r>
      <w:r>
        <w:t>to yeh jo yeh jo thora sa time milta hai wahan par aadmi kya karega? kuch bhi</w:t>
      </w:r>
    </w:p>
    <w:p>
      <w:pPr>
        <w:jc w:val="right"/>
      </w:pPr>
      <w:r>
        <w:t>تو یہ جو یہ جو تھوڑا سا ٹائم ملتا ہے وہاں پر آدمی کیا کرے گا؟ کچھ بھی</w:t>
      </w:r>
    </w:p>
    <w:p>
      <w:r>
        <w:rPr>
          <w:b/>
        </w:rPr>
        <w:t xml:space="preserve">[33:47] </w:t>
      </w:r>
      <w:r>
        <w:t>nahi karega.</w:t>
      </w:r>
    </w:p>
    <w:p>
      <w:pPr>
        <w:jc w:val="right"/>
      </w:pPr>
      <w:r>
        <w:t>نہیں کرے گا۔</w:t>
      </w:r>
    </w:p>
    <w:p>
      <w:r>
        <w:rPr>
          <w:b/>
        </w:rPr>
        <w:t xml:space="preserve">[33:51] </w:t>
      </w:r>
      <w:r>
        <w:t>platform par ya airport par agar is ko</w:t>
      </w:r>
    </w:p>
    <w:p>
      <w:pPr>
        <w:jc w:val="right"/>
      </w:pPr>
      <w:r>
        <w:t>پلیٹ فارم پر یا ایئرپورٹ پر اگر اس کو</w:t>
      </w:r>
    </w:p>
    <w:p>
      <w:r>
        <w:rPr>
          <w:b/>
        </w:rPr>
        <w:t xml:space="preserve">[33:55] </w:t>
      </w:r>
      <w:r>
        <w:t>thori dair rehna hai to bas aise hi rahega ke kuch zaroorat ke waqt aur kuch pani</w:t>
      </w:r>
    </w:p>
    <w:p>
      <w:pPr>
        <w:jc w:val="right"/>
      </w:pPr>
      <w:r>
        <w:t>تھوڑی دیر رہنا ہے تو بس ایسے ہی رہے گا کہ کچھ ضرورت کے وقت اور کچھ پانی</w:t>
      </w:r>
    </w:p>
    <w:p>
      <w:r>
        <w:rPr>
          <w:b/>
        </w:rPr>
        <w:t xml:space="preserve">[34:00] </w:t>
      </w:r>
      <w:r>
        <w:t>pi lega kuch kha lega.</w:t>
      </w:r>
    </w:p>
    <w:p>
      <w:pPr>
        <w:jc w:val="right"/>
      </w:pPr>
      <w:r>
        <w:t>پی لے گا کچھ کھا لے گا۔</w:t>
      </w:r>
    </w:p>
    <w:p>
      <w:r>
        <w:rPr>
          <w:b/>
        </w:rPr>
        <w:t xml:space="preserve">[34:04] </w:t>
      </w:r>
      <w:r>
        <w:t>kuch kahin let jayega kahin.</w:t>
      </w:r>
    </w:p>
    <w:p>
      <w:pPr>
        <w:jc w:val="right"/>
      </w:pPr>
      <w:r>
        <w:t>کچھ کہیں لیٹ جائے گا کہیں۔</w:t>
      </w:r>
    </w:p>
    <w:p>
      <w:r>
        <w:rPr>
          <w:b/>
        </w:rPr>
        <w:t xml:space="preserve">[34:08] </w:t>
      </w:r>
      <w:r>
        <w:t>isi liye hadith mein aata hai ke kun fi al-dunya kaan ghareeb aur aabir sabil.</w:t>
      </w:r>
    </w:p>
    <w:p>
      <w:pPr>
        <w:jc w:val="right"/>
      </w:pPr>
      <w:r>
        <w:t>اسی لیے حدیث میں آتا ہے کہ کن فی الدنیا کانٹ غریب اور عابر سبیل۔</w:t>
      </w:r>
    </w:p>
    <w:p>
      <w:r>
        <w:rPr>
          <w:b/>
        </w:rPr>
        <w:t xml:space="preserve">[34:12] </w:t>
      </w:r>
      <w:r>
        <w:t>dunya mein is tarah raho jaise ke tum bas ek rasta chalne wale musafir ho.</w:t>
      </w:r>
    </w:p>
    <w:p>
      <w:pPr>
        <w:jc w:val="right"/>
      </w:pPr>
      <w:r>
        <w:t>دنیا میں اس طرح رہو جیسے کہ تم بس ایک راستہ چلنے والے مسافر ہو۔</w:t>
      </w:r>
    </w:p>
    <w:p>
      <w:r>
        <w:rPr>
          <w:b/>
        </w:rPr>
        <w:t xml:space="preserve">[34:17] </w:t>
      </w:r>
      <w:r>
        <w:t>thori dair ke liye hai yeh.</w:t>
      </w:r>
    </w:p>
    <w:p>
      <w:pPr>
        <w:jc w:val="right"/>
      </w:pPr>
      <w:r>
        <w:t>تھوڑی دیر کے لیے ہے یہ۔</w:t>
      </w:r>
    </w:p>
    <w:p>
      <w:r>
        <w:rPr>
          <w:b/>
        </w:rPr>
        <w:t xml:space="preserve">[34:21] </w:t>
      </w:r>
      <w:r>
        <w:t>to agar aadmi jaane ke Khuda ki</w:t>
      </w:r>
    </w:p>
    <w:p>
      <w:pPr>
        <w:jc w:val="right"/>
      </w:pPr>
      <w:r>
        <w:t>تو اگر آدمی جانے کہ خدا کی کرسچن</w:t>
      </w:r>
    </w:p>
    <w:p>
      <w:r>
        <w:rPr>
          <w:b/>
        </w:rPr>
        <w:t xml:space="preserve">[34:25] </w:t>
      </w:r>
      <w:r>
        <w:t>پلانٹ کیا ہے؟ اصل مسئلہ یہ ہے کہ خدا کے Christian plan کو جاننا۔</w:t>
      </w:r>
    </w:p>
    <w:p>
      <w:pPr>
        <w:jc w:val="right"/>
      </w:pPr>
      <w:r>
        <w:t>پلانٹ کیا ہے؟ اصل مسئلہ یہ ہے کہ خدا کے کرسچن پلانٹ کو جاننا۔</w:t>
      </w:r>
    </w:p>
    <w:p>
      <w:r>
        <w:rPr>
          <w:b/>
        </w:rPr>
        <w:t xml:space="preserve">[34:30] </w:t>
      </w:r>
      <w:r>
        <w:t>paida kiya hai Allah taala ne woh isi liye muqarrar kiya hai ke hum hamare sath kya pesh</w:t>
      </w:r>
    </w:p>
    <w:p>
      <w:pPr>
        <w:jc w:val="right"/>
      </w:pPr>
      <w:r>
        <w:t>پیدا کیا ہے اللہ تعالیٰ نے وہ اسی لیے مقرر کیا ہے کہ ہم ہمارے ساتھ کیا پیش</w:t>
      </w:r>
    </w:p>
    <w:p>
      <w:r>
        <w:rPr>
          <w:b/>
        </w:rPr>
        <w:t xml:space="preserve">[34:35] </w:t>
      </w:r>
      <w:r>
        <w:t>aane wala hai.</w:t>
      </w:r>
    </w:p>
    <w:p>
      <w:pPr>
        <w:jc w:val="right"/>
      </w:pPr>
      <w:r>
        <w:t>آنے والا ہے۔</w:t>
      </w:r>
    </w:p>
    <w:p>
      <w:r>
        <w:rPr>
          <w:b/>
        </w:rPr>
        <w:t xml:space="preserve">[34:40] </w:t>
      </w:r>
      <w:r>
        <w:t>to Allah ke plan ke mutabiq hum paida hue hain thori muddat ke liye.</w:t>
      </w:r>
    </w:p>
    <w:p>
      <w:pPr>
        <w:jc w:val="right"/>
      </w:pPr>
      <w:r>
        <w:t>تو اللہ کے کرسچن پلانٹ کے مطابق ہم پیدا ہوئے ہیں تھوڑی مدت کے لیے۔</w:t>
      </w:r>
    </w:p>
    <w:p>
      <w:r>
        <w:rPr>
          <w:b/>
        </w:rPr>
        <w:t xml:space="preserve">[34:45] </w:t>
      </w:r>
      <w:r>
        <w:t>koi pachas saal koi sattar saal.</w:t>
      </w:r>
    </w:p>
    <w:p>
      <w:pPr>
        <w:jc w:val="right"/>
      </w:pPr>
      <w:r>
        <w:t>کوئی پچاس سال کوئی ستر سال۔</w:t>
      </w:r>
    </w:p>
    <w:p>
      <w:r>
        <w:rPr>
          <w:b/>
        </w:rPr>
        <w:t xml:space="preserve">[34:50] </w:t>
      </w:r>
      <w:r>
        <w:t>koi kam ya zyada</w:t>
      </w:r>
    </w:p>
    <w:p>
      <w:pPr>
        <w:jc w:val="right"/>
      </w:pPr>
      <w:r>
        <w:t>کوئی کم یا زیادہ</w:t>
      </w:r>
    </w:p>
    <w:p>
      <w:r>
        <w:rPr>
          <w:b/>
        </w:rPr>
        <w:t xml:space="preserve">[34:55] </w:t>
      </w:r>
      <w:r>
        <w:t>.</w:t>
      </w:r>
    </w:p>
    <w:p>
      <w:pPr>
        <w:jc w:val="right"/>
      </w:pPr>
      <w:r>
        <w:t>۔</w:t>
      </w:r>
    </w:p>
    <w:p>
      <w:r>
        <w:rPr>
          <w:b/>
        </w:rPr>
        <w:t xml:space="preserve">[34:59] </w:t>
      </w:r>
      <w:r>
        <w:t>is ke baad to hum jate hain agli dunya mein jo eternal hai.</w:t>
      </w:r>
    </w:p>
    <w:p>
      <w:pPr>
        <w:jc w:val="right"/>
      </w:pPr>
      <w:r>
        <w:t>اس کے بعد تو ہم جاتے ہیں اگلی دنیا میں جو ایٹرنل ہے۔</w:t>
      </w:r>
    </w:p>
    <w:p>
      <w:r>
        <w:rPr>
          <w:b/>
        </w:rPr>
        <w:t xml:space="preserve">[35:03] </w:t>
      </w:r>
      <w:r>
        <w:t>yeh hai Allah ke plan ke mutabiq zindagi ka mamla.</w:t>
      </w:r>
    </w:p>
    <w:p>
      <w:pPr>
        <w:jc w:val="right"/>
      </w:pPr>
      <w:r>
        <w:t>یہ ہے اللہ کے کرسچن پلانٹ کے مطابق زندگی کا معاملہ۔</w:t>
      </w:r>
    </w:p>
    <w:p>
      <w:r>
        <w:rPr>
          <w:b/>
        </w:rPr>
        <w:t xml:space="preserve">[35:07] </w:t>
      </w:r>
      <w:r>
        <w:t>to is ke mutabiq sochna.</w:t>
      </w:r>
    </w:p>
    <w:p>
      <w:pPr>
        <w:jc w:val="right"/>
      </w:pPr>
      <w:r>
        <w:t>تو اس کے مطابق سوچنا۔</w:t>
      </w:r>
    </w:p>
    <w:p>
      <w:r>
        <w:rPr>
          <w:b/>
        </w:rPr>
        <w:t xml:space="preserve">[35:10] </w:t>
      </w:r>
      <w:r>
        <w:t>is ke mutabiq sochna yeh hai matlab.</w:t>
      </w:r>
    </w:p>
    <w:p>
      <w:pPr>
        <w:jc w:val="right"/>
      </w:pPr>
      <w:r>
        <w:t>اس کے مطابق سوچنا یہ ہے مطلوب۔</w:t>
      </w:r>
    </w:p>
    <w:p>
      <w:r>
        <w:rPr>
          <w:b/>
        </w:rPr>
        <w:t xml:space="preserve">[35:14] </w:t>
      </w:r>
      <w:r>
        <w:t>lekin koi sochta hi nahi.</w:t>
      </w:r>
    </w:p>
    <w:p>
      <w:pPr>
        <w:jc w:val="right"/>
      </w:pPr>
      <w:r>
        <w:t>لیکن کوئی سوچتا ہی نہیں۔</w:t>
      </w:r>
    </w:p>
    <w:p>
      <w:r>
        <w:rPr>
          <w:b/>
        </w:rPr>
        <w:t xml:space="preserve">[35:18] </w:t>
      </w:r>
      <w:r>
        <w:t>itna halak itna zyada log conditioned ho gaye hain dunya ki cheezon mein.</w:t>
      </w:r>
    </w:p>
    <w:p>
      <w:pPr>
        <w:jc w:val="right"/>
      </w:pPr>
      <w:r>
        <w:t>اتنا ہلاک اتنا زیادہ لوگ کنڈیشنڈ ہو گئے ہیں دنیا کی چیزوں میں۔</w:t>
      </w:r>
    </w:p>
    <w:p>
      <w:r>
        <w:rPr>
          <w:b/>
        </w:rPr>
        <w:t xml:space="preserve">[35:22] </w:t>
      </w:r>
      <w:r>
        <w:t>dunya ki zarooraton mein dunya ke taqaz</w:t>
      </w:r>
    </w:p>
    <w:p>
      <w:pPr>
        <w:jc w:val="right"/>
      </w:pPr>
      <w:r>
        <w:t>دنیا کی ضرورتوں میں دنیا کے تقاض</w:t>
      </w:r>
    </w:p>
    <w:p>
      <w:r>
        <w:rPr>
          <w:b/>
        </w:rPr>
        <w:t xml:space="preserve">[35:25] </w:t>
      </w:r>
      <w:r>
        <w:t>on mein.</w:t>
      </w:r>
    </w:p>
    <w:p>
      <w:pPr>
        <w:jc w:val="right"/>
      </w:pPr>
      <w:r>
        <w:t>وں میں۔</w:t>
      </w:r>
    </w:p>
    <w:p>
      <w:r>
        <w:rPr>
          <w:b/>
        </w:rPr>
        <w:t xml:space="preserve">[35:29] </w:t>
      </w:r>
      <w:r>
        <w:t>dunya ki khwahishon mein.</w:t>
      </w:r>
    </w:p>
    <w:p>
      <w:pPr>
        <w:jc w:val="right"/>
      </w:pPr>
      <w:r>
        <w:t>دنیا کی خواہشوں میں۔</w:t>
      </w:r>
    </w:p>
    <w:p>
      <w:r>
        <w:rPr>
          <w:b/>
        </w:rPr>
        <w:t xml:space="preserve">[35:33] </w:t>
      </w:r>
      <w:r>
        <w:t>kyun ke soch hi nahi paate.</w:t>
      </w:r>
    </w:p>
    <w:p>
      <w:pPr>
        <w:jc w:val="right"/>
      </w:pPr>
      <w:r>
        <w:t>کیوں کہ سوچ ہی نہیں پاتے۔</w:t>
      </w:r>
    </w:p>
    <w:p>
      <w:r>
        <w:rPr>
          <w:b/>
        </w:rPr>
        <w:t xml:space="preserve">[35:37] </w:t>
      </w:r>
      <w:r>
        <w:t>to yeh main samajhta hoon ke conditioning ka maamla hai yeh.</w:t>
      </w:r>
    </w:p>
    <w:p>
      <w:pPr>
        <w:jc w:val="right"/>
      </w:pPr>
      <w:r>
        <w:t>تو یہ میں سمجھتا ہوں کہ کنڈیشننگ کا معاملہ ہے یہ۔</w:t>
      </w:r>
    </w:p>
    <w:p>
      <w:r>
        <w:rPr>
          <w:b/>
        </w:rPr>
        <w:t xml:space="preserve">[35:40] </w:t>
      </w:r>
      <w:r>
        <w:t>jo bachpan se shuru ho jata hai.</w:t>
      </w:r>
    </w:p>
    <w:p>
      <w:pPr>
        <w:jc w:val="right"/>
      </w:pPr>
      <w:r>
        <w:t>جو بچپن سے شروع ہو جاتا ہے۔</w:t>
      </w:r>
    </w:p>
    <w:p>
      <w:r>
        <w:rPr>
          <w:b/>
        </w:rPr>
        <w:t xml:space="preserve">[35:44] </w:t>
      </w:r>
      <w:r>
        <w:t>aadmi paida hota hai to kya chahiye is ko? doodh chahiye pani chahiye khana chahiye.</w:t>
      </w:r>
    </w:p>
    <w:p>
      <w:pPr>
        <w:jc w:val="right"/>
      </w:pPr>
      <w:r>
        <w:t>آدمی پیدا ہوتا ہے تو کیا چاہیے اس کو؟ دودھ چاہیے پانی چاہیے کھانا چاہیے۔</w:t>
      </w:r>
    </w:p>
    <w:p>
      <w:r>
        <w:rPr>
          <w:b/>
        </w:rPr>
        <w:t xml:space="preserve">[35:48] </w:t>
      </w:r>
      <w:r>
        <w:t>bara hota hai to phir ghar chahiye job chahiye business chahiye.</w:t>
      </w:r>
    </w:p>
    <w:p>
      <w:pPr>
        <w:jc w:val="right"/>
      </w:pPr>
      <w:r>
        <w:t>بڑا ہوتا ہے تو پھر گھر چاہیے جاب چاہیے بزنس چاہیے۔</w:t>
      </w:r>
    </w:p>
    <w:p>
      <w:r>
        <w:rPr>
          <w:b/>
        </w:rPr>
        <w:t xml:space="preserve">[35:51] </w:t>
      </w:r>
      <w:r>
        <w:t>subah shaam yahi sab sochta hai.</w:t>
      </w:r>
    </w:p>
    <w:p>
      <w:pPr>
        <w:jc w:val="right"/>
      </w:pPr>
      <w:r>
        <w:t>صبح شام یہی سب سوچتا ہے۔</w:t>
      </w:r>
    </w:p>
    <w:p>
      <w:r>
        <w:rPr>
          <w:b/>
        </w:rPr>
        <w:t xml:space="preserve">[35:55] </w:t>
      </w:r>
      <w:r>
        <w:t>to woh condition ho jata hai isi duniya ke cheezon mein.</w:t>
      </w:r>
    </w:p>
    <w:p>
      <w:pPr>
        <w:jc w:val="right"/>
      </w:pPr>
      <w:r>
        <w:t>تو وہ کنڈیشن ہو جاتا ہے اسی دنیا کے چیزوں میں۔</w:t>
      </w:r>
    </w:p>
    <w:p>
      <w:r>
        <w:rPr>
          <w:b/>
        </w:rPr>
        <w:t xml:space="preserve">[35:59] </w:t>
      </w:r>
      <w:r>
        <w:t>dunya ki cheezon mein condition ho jata hai woh. to is conditioning ki wajah se woh uske aage uske bayan kiya hai woh woh soch nahi pata woh. ab main aksar sochta hoon ke meri umar itni ho gayi. aur mere jitne bhi age group ke log the woh sab mar chuke.</w:t>
      </w:r>
    </w:p>
    <w:p>
      <w:pPr>
        <w:jc w:val="right"/>
      </w:pPr>
      <w:r>
        <w:t>دنیا کی چیزوں میں کنڈیشن ہو جاتا ہے وہ۔ تو اس کنڈیشننگ کی وجہ سے وہ اس کے آگے اس کے بیان کیا ہے وہ وہ سوچ نہیں پاتا وہ۔ اب میں اکثر سوچتا ہوں کہ میری عمر اتنی ہو گئی۔ اور میرے جتنے بھی ایج گروپ کے لوگ تھے وہ سب مر چکے۔</w:t>
      </w:r>
    </w:p>
    <w:p>
      <w:r>
        <w:rPr>
          <w:b/>
        </w:rPr>
        <w:t xml:space="preserve">[36:29] </w:t>
      </w:r>
      <w:r>
        <w:t>jo bhi mere janne wale the main meri age group ke ab koi mujhe yaad nahi ke koi zinda ho.</w:t>
      </w:r>
    </w:p>
    <w:p>
      <w:pPr>
        <w:jc w:val="right"/>
      </w:pPr>
      <w:r>
        <w:t>جو بھی میرے جاننے والے تھے میں میری ایج گروپ کے اب کوئی مجھے یاد نہیں کہ کوئی زندہ ہو۔</w:t>
      </w:r>
    </w:p>
    <w:p>
      <w:r>
        <w:rPr>
          <w:b/>
        </w:rPr>
        <w:t xml:space="preserve">[36:34] </w:t>
      </w:r>
      <w:r>
        <w:t>sab mar chuke.</w:t>
      </w:r>
    </w:p>
    <w:p>
      <w:pPr>
        <w:jc w:val="right"/>
      </w:pPr>
      <w:r>
        <w:t>سب مر چکے۔</w:t>
      </w:r>
    </w:p>
    <w:p>
      <w:r>
        <w:rPr>
          <w:b/>
        </w:rPr>
        <w:t xml:space="preserve">[36:39] </w:t>
      </w:r>
      <w:r>
        <w:t>to zahir hai ke mujhe bhi marna hai.</w:t>
      </w:r>
    </w:p>
    <w:p>
      <w:pPr>
        <w:jc w:val="right"/>
      </w:pPr>
      <w:r>
        <w:t>تو ظاہر ہے کہ مجھے بھی مرنا ہے۔</w:t>
      </w:r>
    </w:p>
    <w:p>
      <w:r>
        <w:rPr>
          <w:b/>
        </w:rPr>
        <w:t xml:space="preserve">[36:44] </w:t>
      </w:r>
      <w:r>
        <w:t>is tarah sochna chahiye.</w:t>
      </w:r>
    </w:p>
    <w:p>
      <w:pPr>
        <w:jc w:val="right"/>
      </w:pPr>
      <w:r>
        <w:t>اس طرح سوچنا چاہیے۔</w:t>
      </w:r>
    </w:p>
    <w:p>
      <w:r>
        <w:rPr>
          <w:b/>
        </w:rPr>
        <w:t xml:space="preserve">[36:49] </w:t>
      </w:r>
      <w:r>
        <w:t>ke doosre ki maut ko le kar apni maut ke bare mein sochna.</w:t>
      </w:r>
    </w:p>
    <w:p>
      <w:pPr>
        <w:jc w:val="right"/>
      </w:pPr>
      <w:r>
        <w:t>کہ دوسرے کی موت کو لے کر اپنی موت کے بارے میں سوچنا۔</w:t>
      </w:r>
    </w:p>
    <w:p>
      <w:r>
        <w:rPr>
          <w:b/>
        </w:rPr>
        <w:t xml:space="preserve">[36:54] </w:t>
      </w:r>
      <w:r>
        <w:t>yani ek hai ke aap christian plant jo hai Allah taala is ko le kar sochen aap.</w:t>
      </w:r>
    </w:p>
    <w:p>
      <w:pPr>
        <w:jc w:val="right"/>
      </w:pPr>
      <w:r>
        <w:t>یعنی ایک ہے کہ آپ کرسچن پلانٹ جو ہے اللہ تعالیٰ اس کو لے کر سوچیں آپ۔</w:t>
      </w:r>
    </w:p>
    <w:p>
      <w:r>
        <w:rPr>
          <w:b/>
        </w:rPr>
        <w:t xml:space="preserve">[36:59] </w:t>
      </w:r>
      <w:r>
        <w:t>doosre ki maut ko le kar sochen aap. akhbaron mein khabrein aati rehti hain. marne ki us ko le kar sochen aap. yani bar bar aise waqiat pesh aate hain jo aap ko maut ki yaad dilate hain. bar bar. us ko le kar sochen. kyun ke bohat hi bhayanak mamla hai yeh. yeh maut ke baad jo hai</w:t>
      </w:r>
    </w:p>
    <w:p>
      <w:pPr>
        <w:jc w:val="right"/>
      </w:pPr>
      <w:r>
        <w:t>دوسرے کی موت کو لے کر سوچیں آپ۔ اخباروں میں خبریں آتی رہتی ہیں۔ مرنے کی اس کو لے کر سوچیں آپ۔ یعنی بار بار ایسے واقعات پیش آتے ہیں جو آپ کو موت کی یاد دلاتے ہیں۔ بار بار۔ اس کو لے کر سوچیں۔ کیوں کہ بہت ہی بھیانک معاملہ ہے یہ۔ یہ موت کے بعد جو ہے</w:t>
      </w:r>
    </w:p>
    <w:p>
      <w:r>
        <w:rPr>
          <w:b/>
        </w:rPr>
        <w:t xml:space="preserve">[37:29] </w:t>
      </w:r>
      <w:r>
        <w:t>achanak aadmi aise halat mein pahunchega. ke dunya ki cheezon mein se koi cheez us ke sath nahi ho gi. yani yeh yeh ghar yeh family yeh sathi yeh business yeh job. jo kuch bhi le kar ke hum dunya mein jee rahe hain achanak woh sab chhoot jayega. kaisa a</w:t>
      </w:r>
    </w:p>
    <w:p>
      <w:pPr>
        <w:jc w:val="right"/>
      </w:pPr>
      <w:r>
        <w:t>اچانک آدمی ایسے حالت میں پہنچے گا۔ کہ دنیا کی چیزوں میں سے کوئی چیز اس کے ساتھ نہیں ہو گی۔ یعنی یہ یہ گھر یہ فیملی یہ ساتھی یہ بزنس یہ جاب۔ جو کچھ بھی لے کر کے ہم دنیا میں جی رہے ہیں اچانک وہ سب چھوٹ جائے گا۔ کیسا ع</w:t>
      </w:r>
    </w:p>
    <w:p>
      <w:r>
        <w:rPr>
          <w:b/>
        </w:rPr>
        <w:t xml:space="preserve">[37:59] </w:t>
      </w:r>
      <w:r>
        <w:t>jeeb haalat hogi.</w:t>
      </w:r>
    </w:p>
    <w:p>
      <w:pPr>
        <w:jc w:val="right"/>
      </w:pPr>
      <w:r>
        <w:t>جیب حالت ہو گی۔</w:t>
      </w:r>
    </w:p>
    <w:p>
      <w:r>
        <w:rPr>
          <w:b/>
        </w:rPr>
        <w:t xml:space="preserve">[38:05] </w:t>
      </w:r>
      <w:r>
        <w:t>mujh par chand baar aise lamhaat guzre hain ke jise laga ke mujhe ek dum cut gaya hoon.</w:t>
      </w:r>
    </w:p>
    <w:p>
      <w:pPr>
        <w:jc w:val="right"/>
      </w:pPr>
      <w:r>
        <w:t>مجھ پر چند بار ایسے لمحات گزرے ہیں کہ جسے لگا کہ مجھے ایک دم کٹ گیا ہوں۔</w:t>
      </w:r>
    </w:p>
    <w:p>
      <w:r>
        <w:rPr>
          <w:b/>
        </w:rPr>
        <w:t xml:space="preserve">[38:11] </w:t>
      </w:r>
      <w:r>
        <w:t>chand baar aisa hua jaise moscow mein ek baar maine maine bataya is se pehle ke</w:t>
      </w:r>
    </w:p>
    <w:p>
      <w:pPr>
        <w:jc w:val="right"/>
      </w:pPr>
      <w:r>
        <w:t>چند بار ایسا ہوا جیسے ماسکو میں ایک بار میں نے میں نے بتایا اس سے پہلے کہ</w:t>
      </w:r>
    </w:p>
    <w:p>
      <w:r>
        <w:rPr>
          <w:b/>
        </w:rPr>
        <w:t xml:space="preserve">[38:17] </w:t>
      </w:r>
      <w:r>
        <w:t>moscow mein jab main gaya tha to ek baar aisa hua jaise main cut gaya sab se.</w:t>
      </w:r>
    </w:p>
    <w:p>
      <w:pPr>
        <w:jc w:val="right"/>
      </w:pPr>
      <w:r>
        <w:t>ماسکو میں جب میں گیا تھا تو ایک بار ایسا ہوا جیسے میں کٹ گیا سب سے۔</w:t>
      </w:r>
    </w:p>
    <w:p>
      <w:r>
        <w:rPr>
          <w:b/>
        </w:rPr>
        <w:t xml:space="preserve">[38:23] </w:t>
      </w:r>
      <w:r>
        <w:t>main hotel ke kamre mein tha lekin wahan haalat yeh thi ke sab roosi roosi zaban bolte</w:t>
      </w:r>
    </w:p>
    <w:p>
      <w:pPr>
        <w:jc w:val="right"/>
      </w:pPr>
      <w:r>
        <w:t>میں ہوٹل کے کمرے میں تھا لیکن وہاں حالت یہ تھی کہ سب روسی روسی زبان بولتے</w:t>
      </w:r>
    </w:p>
    <w:p>
      <w:r>
        <w:rPr>
          <w:b/>
        </w:rPr>
        <w:t xml:space="preserve">[38:29] </w:t>
      </w:r>
      <w:r>
        <w:t>the.</w:t>
      </w:r>
    </w:p>
    <w:p>
      <w:pPr>
        <w:jc w:val="right"/>
      </w:pPr>
      <w:r>
        <w:t>تھے۔</w:t>
      </w:r>
    </w:p>
    <w:p>
      <w:r>
        <w:rPr>
          <w:b/>
        </w:rPr>
        <w:t xml:space="preserve">[38:33] </w:t>
      </w:r>
      <w:r>
        <w:t>main un se baat nahi kar sakta tha.</w:t>
      </w:r>
    </w:p>
    <w:p>
      <w:pPr>
        <w:jc w:val="right"/>
      </w:pPr>
      <w:r>
        <w:t>میں ان سے بات نہیں کر سکتا تھا۔</w:t>
      </w:r>
    </w:p>
    <w:p>
      <w:r>
        <w:rPr>
          <w:b/>
        </w:rPr>
        <w:t xml:space="preserve">[38:36] </w:t>
      </w:r>
      <w:r>
        <w:t>mera jo guide tha woh chala gaya tha apni maan is ki bimari se chala gaya tha.</w:t>
      </w:r>
    </w:p>
    <w:p>
      <w:pPr>
        <w:jc w:val="right"/>
      </w:pPr>
      <w:r>
        <w:t>میرا جو گائیڈ تھا وہ چلا گیا تھا اپنی ماں اس کی بیماری سے چلا گیا تھا۔</w:t>
      </w:r>
    </w:p>
    <w:p>
      <w:r>
        <w:rPr>
          <w:b/>
        </w:rPr>
        <w:t xml:space="preserve">[38:39] </w:t>
      </w:r>
      <w:r>
        <w:t>maan ke paas milne ke liye.</w:t>
      </w:r>
    </w:p>
    <w:p>
      <w:pPr>
        <w:jc w:val="right"/>
      </w:pPr>
      <w:r>
        <w:t>ماں کے پاس ملنے کے لیے۔</w:t>
      </w:r>
    </w:p>
    <w:p>
      <w:r>
        <w:rPr>
          <w:b/>
        </w:rPr>
        <w:t xml:space="preserve">[38:43] </w:t>
      </w:r>
      <w:r>
        <w:t>to mere paas khane ka coupon bhi nahi tha.</w:t>
      </w:r>
    </w:p>
    <w:p>
      <w:pPr>
        <w:jc w:val="right"/>
      </w:pPr>
      <w:r>
        <w:t>تو میرے پاس کھانے کا کوپن بھی نہیں تھا۔</w:t>
      </w:r>
    </w:p>
    <w:p>
      <w:r>
        <w:rPr>
          <w:b/>
        </w:rPr>
        <w:t xml:space="preserve">[38:46] </w:t>
      </w:r>
      <w:r>
        <w:t>khane ka coupon isi guide ke paas hua karta tha roos mein.</w:t>
      </w:r>
    </w:p>
    <w:p>
      <w:pPr>
        <w:jc w:val="right"/>
      </w:pPr>
      <w:r>
        <w:t>کھانے کا کوپن اسی گائیڈ کے پاس ہوا کرتا تھا روس میں۔</w:t>
      </w:r>
    </w:p>
    <w:p>
      <w:r>
        <w:rPr>
          <w:b/>
        </w:rPr>
        <w:t xml:space="preserve">[38:50] </w:t>
      </w:r>
      <w:r>
        <w:t>main gaya tha us waqt jab ke abhi community nizam toota nahi tha tab.</w:t>
      </w:r>
    </w:p>
    <w:p>
      <w:pPr>
        <w:jc w:val="right"/>
      </w:pPr>
      <w:r>
        <w:t>میں گیا تھا اس وقت جب کہ ابھی کمیونٹی نظام ٹوٹا نہیں تھا تب۔</w:t>
      </w:r>
    </w:p>
    <w:p>
      <w:r>
        <w:rPr>
          <w:b/>
        </w:rPr>
        <w:t xml:space="preserve">[38:53] </w:t>
      </w:r>
      <w:r>
        <w:t>hum direct ja kar hotel mein nahi kha sakte the.</w:t>
      </w:r>
    </w:p>
    <w:p>
      <w:pPr>
        <w:jc w:val="right"/>
      </w:pPr>
      <w:r>
        <w:t>ہم ڈائریکٹ جا کر ہوٹل میں نہیں کھا سکتے تھے۔</w:t>
      </w:r>
    </w:p>
    <w:p>
      <w:r>
        <w:rPr>
          <w:b/>
        </w:rPr>
        <w:t xml:space="preserve">[38:56] </w:t>
      </w:r>
      <w:r>
        <w:t>woh hamara guide hota tha is ka coupon hota tha woh coupon se khana</w:t>
      </w:r>
    </w:p>
    <w:p>
      <w:pPr>
        <w:jc w:val="right"/>
      </w:pPr>
      <w:r>
        <w:t>وہ ہمارا گائیڈ ہوتا تھا اس کا کوپن ہوتا تھا وہ کوپن سے کھانا</w:t>
      </w:r>
    </w:p>
    <w:p>
      <w:r>
        <w:rPr>
          <w:b/>
        </w:rPr>
        <w:t xml:space="preserve">[39:00] </w:t>
      </w:r>
      <w:r>
        <w:t>milta tha.</w:t>
      </w:r>
    </w:p>
    <w:p>
      <w:pPr>
        <w:jc w:val="right"/>
      </w:pPr>
      <w:r>
        <w:t>ملتا تھا۔</w:t>
      </w:r>
    </w:p>
    <w:p>
      <w:r>
        <w:rPr>
          <w:b/>
        </w:rPr>
        <w:t xml:space="preserve">[39:03] </w:t>
      </w:r>
      <w:r>
        <w:t>toh ab maine socha yeh kya ajeeb halat hai.</w:t>
      </w:r>
    </w:p>
    <w:p>
      <w:pPr>
        <w:jc w:val="right"/>
      </w:pPr>
      <w:r>
        <w:t>تو اب میں نے سوچا یہ کیا عجیب حالت ہے۔</w:t>
      </w:r>
    </w:p>
    <w:p>
      <w:r>
        <w:rPr>
          <w:b/>
        </w:rPr>
        <w:t xml:space="preserve">[39:07] </w:t>
      </w:r>
      <w:r>
        <w:t>log jo aap ke aas pas reh rahe hain un se mein exchange nahi kar sakta kuch baat</w:t>
      </w:r>
    </w:p>
    <w:p>
      <w:pPr>
        <w:jc w:val="right"/>
      </w:pPr>
      <w:r>
        <w:t>لوگ جو آپ کے آس پاس رہ رہے ہیں ان سے میں ایکسچینج نہیں کر سکتا کچھ بات</w:t>
      </w:r>
    </w:p>
    <w:p>
      <w:r>
        <w:rPr>
          <w:b/>
        </w:rPr>
        <w:t xml:space="preserve">[39:11] </w:t>
      </w:r>
      <w:r>
        <w:t>nahi ho sakti.</w:t>
      </w:r>
    </w:p>
    <w:p>
      <w:pPr>
        <w:jc w:val="right"/>
      </w:pPr>
      <w:r>
        <w:t>نہیں ہو سکتی۔</w:t>
      </w:r>
    </w:p>
    <w:p>
      <w:r>
        <w:rPr>
          <w:b/>
        </w:rPr>
        <w:t xml:space="preserve">[39:15] </w:t>
      </w:r>
      <w:r>
        <w:t>agar mujhe khana peena ho toh mein hotel mein ja kar keh nahi kuch kar sakta is liye</w:t>
      </w:r>
    </w:p>
    <w:p>
      <w:pPr>
        <w:jc w:val="right"/>
      </w:pPr>
      <w:r>
        <w:t>اگر مجھے کھانا پینا ہو تو میں ہوٹل میں جا کر کہ نہیں کچھ کر سکتا اس لیے</w:t>
      </w:r>
    </w:p>
    <w:p>
      <w:r>
        <w:rPr>
          <w:b/>
        </w:rPr>
        <w:t xml:space="preserve">[39:18] </w:t>
      </w:r>
      <w:r>
        <w:t>keh coupon toh mere guide ke paas hai.</w:t>
      </w:r>
    </w:p>
    <w:p>
      <w:pPr>
        <w:jc w:val="right"/>
      </w:pPr>
      <w:r>
        <w:t>کہ کوپن تو میرے گائیڈ کے پاس ہے۔</w:t>
      </w:r>
    </w:p>
    <w:p>
      <w:r>
        <w:rPr>
          <w:b/>
        </w:rPr>
        <w:t xml:space="preserve">[39:22] </w:t>
      </w:r>
      <w:r>
        <w:t>toh kuch der ke liye aisa laga mujhe phir masla hal hua baat ko.</w:t>
      </w:r>
    </w:p>
    <w:p>
      <w:pPr>
        <w:jc w:val="right"/>
      </w:pPr>
      <w:r>
        <w:t>تو کچھ دیر کے لیے ایسا لگا مجھے پھر مسئلہ حل ہوا بات کو۔</w:t>
      </w:r>
    </w:p>
    <w:p>
      <w:r>
        <w:rPr>
          <w:b/>
        </w:rPr>
        <w:t xml:space="preserve">[39:26] </w:t>
      </w:r>
      <w:r>
        <w:t>kuch der ke liye aisa laga jaise ke mein ek dum cut gaya hoon duniya se.</w:t>
      </w:r>
    </w:p>
    <w:p>
      <w:pPr>
        <w:jc w:val="right"/>
      </w:pPr>
      <w:r>
        <w:t>کچھ دیر کے لیے ایسا لگا جیسے کہ میں ایک دم کٹ گیا ہوں دنیا سے۔</w:t>
      </w:r>
    </w:p>
    <w:p>
      <w:r>
        <w:rPr>
          <w:b/>
        </w:rPr>
        <w:t xml:space="preserve">[39:30] </w:t>
      </w:r>
      <w:r>
        <w:t>aur kuch bhi mere pas nahi hai. bilkul mutaqdat mahmul asbab ka mamla hai yeh. us waqt jo کیفیت mujhe guzri thi helplessness ki woh aaj tak mujhe yaad hai. us waqt maine yani jo alfaaz mere zuban se nikle the jo mera meri jo halat thi woh is tarah ki halat sirf ek hi bar hui. usi waqt phir</w:t>
      </w:r>
    </w:p>
    <w:p>
      <w:pPr>
        <w:jc w:val="right"/>
      </w:pPr>
      <w:r>
        <w:t>اور کچھ بھی میرے پاس نہیں ہے۔ بالکل متقدات محمول اسباب کا معاملہ ہے یہ۔ اس وقت جو کیفیت مجھے گزری تھی ہیلپ لیسنس کی وہ آج تک مجھے یاد ہے۔ اس وقت میں نے یعنی جو الفاظ میرے زبان سے نکلے تھے جو میرا میری جو حالت تھی وہ اس طرح کی حالت صرف ایک ہی بار ہوئی۔ اسی وقت پھر</w:t>
      </w:r>
    </w:p>
    <w:p>
      <w:r>
        <w:rPr>
          <w:b/>
        </w:rPr>
        <w:t xml:space="preserve">[40:00] </w:t>
      </w:r>
      <w:r>
        <w:t>nahi hui. kyun ke bohat zabardast jo yani helplessness jo ki کیفیت jo guzri thi mere upar woh. to woh bohat ajeeb thi woh. to main aksar sochta hoon ke woh jo temporary tor par hua tha woh yeh ho jayega eternal tor par. maut ke baad. yani helplessness ki jo کیفیت mujhe us par guzri</w:t>
      </w:r>
    </w:p>
    <w:p>
      <w:pPr>
        <w:jc w:val="right"/>
      </w:pPr>
      <w:r>
        <w:t>نہیں ہوئی۔ کیوں کہ بہت زبردست جو یعنی ہیلپ لیسنس جو کی کیفیت جو گزری تھی میرے اوپر وہ۔ تو وہ بہت عجیب تھی وہ۔ تو میں اکثر سوچتا ہوں کہ وہ جو ٹیمپرری طور پر ہوا تھا وہ یہ ہو جائے گا ایٹرنل طور پر۔ موت کے بعد۔ یعنی ہیلپ لیسنس کی جو کیفیت مجھے اس پر گزری</w:t>
      </w:r>
    </w:p>
    <w:p>
      <w:r>
        <w:rPr>
          <w:b/>
        </w:rPr>
        <w:t xml:space="preserve">[40:30] </w:t>
      </w:r>
      <w:r>
        <w:t>thi mere upar.</w:t>
      </w:r>
    </w:p>
    <w:p>
      <w:pPr>
        <w:jc w:val="right"/>
      </w:pPr>
      <w:r>
        <w:t>تھی میرے اوپر۔</w:t>
      </w:r>
    </w:p>
    <w:p>
      <w:r>
        <w:rPr>
          <w:b/>
        </w:rPr>
        <w:t xml:space="preserve">[40:33] </w:t>
      </w:r>
      <w:r>
        <w:t>temporary taur par.</w:t>
      </w:r>
    </w:p>
    <w:p>
      <w:pPr>
        <w:jc w:val="right"/>
      </w:pPr>
      <w:r>
        <w:t>ٹیمپرری طور پر۔</w:t>
      </w:r>
    </w:p>
    <w:p>
      <w:r>
        <w:rPr>
          <w:b/>
        </w:rPr>
        <w:t xml:space="preserve">[40:37] </w:t>
      </w:r>
      <w:r>
        <w:t>toh maut ke baad kya hoga ke wohi cheez eternal taur par ho jayegi.</w:t>
      </w:r>
    </w:p>
    <w:p>
      <w:pPr>
        <w:jc w:val="right"/>
      </w:pPr>
      <w:r>
        <w:t>تو موت کے بعد کیا ہو گا کہ وہی چیز ایٹرنل طور پر ہو جائے گی۔</w:t>
      </w:r>
    </w:p>
    <w:p>
      <w:r>
        <w:rPr>
          <w:b/>
        </w:rPr>
        <w:t xml:space="preserve">[40:40] </w:t>
      </w:r>
      <w:r>
        <w:t>toh kaisi ajeeb halat hogi.</w:t>
      </w:r>
    </w:p>
    <w:p>
      <w:pPr>
        <w:jc w:val="right"/>
      </w:pPr>
      <w:r>
        <w:t>تو کیسی عجیب حالت ہو گی۔</w:t>
      </w:r>
    </w:p>
    <w:p>
      <w:r>
        <w:rPr>
          <w:b/>
        </w:rPr>
        <w:t xml:space="preserve">[40:43] </w:t>
      </w:r>
      <w:r>
        <w:t>aap jante hain ke maut jo hai point of no return par aati hai.</w:t>
      </w:r>
    </w:p>
    <w:p>
      <w:pPr>
        <w:jc w:val="right"/>
      </w:pPr>
      <w:r>
        <w:t>آپ جانتے ہیں کہ موت جو ہے پوائنٹ آف نو ریٹرن پر آتی ہے۔</w:t>
      </w:r>
    </w:p>
    <w:p>
      <w:r>
        <w:rPr>
          <w:b/>
        </w:rPr>
        <w:t xml:space="preserve">[40:47] </w:t>
      </w:r>
      <w:r>
        <w:t>yani hum wapas nahi aa sakte is duniya mein.</w:t>
      </w:r>
    </w:p>
    <w:p>
      <w:pPr>
        <w:jc w:val="right"/>
      </w:pPr>
      <w:r>
        <w:t>یعنی ہم واپس نہیں آ سکتے اس دنیا میں۔</w:t>
      </w:r>
    </w:p>
    <w:p>
      <w:r>
        <w:rPr>
          <w:b/>
        </w:rPr>
        <w:t xml:space="preserve">[40:50] </w:t>
      </w:r>
      <w:r>
        <w:t>mar gaya toh mar gaya.</w:t>
      </w:r>
    </w:p>
    <w:p>
      <w:pPr>
        <w:jc w:val="right"/>
      </w:pPr>
      <w:r>
        <w:t>مر گیا تو مر گیا۔</w:t>
      </w:r>
    </w:p>
    <w:p>
      <w:r>
        <w:rPr>
          <w:b/>
        </w:rPr>
        <w:t xml:space="preserve">[40:54] </w:t>
      </w:r>
      <w:r>
        <w:t>hum kahin jate hain toh hamari jeb mein ticket hota hai.</w:t>
      </w:r>
    </w:p>
    <w:p>
      <w:pPr>
        <w:jc w:val="right"/>
      </w:pPr>
      <w:r>
        <w:t>ہم کہیں جاتے ہیں تو ہماری جیب میں ٹکٹ ہوتا ہے۔</w:t>
      </w:r>
    </w:p>
    <w:p>
      <w:r>
        <w:rPr>
          <w:b/>
        </w:rPr>
        <w:t xml:space="preserve">[40:57] </w:t>
      </w:r>
      <w:r>
        <w:t>yani return ticket hota hai.</w:t>
      </w:r>
    </w:p>
    <w:p>
      <w:pPr>
        <w:jc w:val="right"/>
      </w:pPr>
      <w:r>
        <w:t>یعنی ریٹرن ٹکٹ ہوتا ہے۔</w:t>
      </w:r>
    </w:p>
    <w:p>
      <w:r>
        <w:rPr>
          <w:b/>
        </w:rPr>
        <w:t xml:space="preserve">[41:00] </w:t>
      </w:r>
      <w:r>
        <w:t>ek taraf jane ka ticket hota hai phir wapsi ka ticket hota hai.</w:t>
      </w:r>
    </w:p>
    <w:p>
      <w:pPr>
        <w:jc w:val="right"/>
      </w:pPr>
      <w:r>
        <w:t>ایک طرف جانے کا ٹکٹ ہوتا ہے پھر واپسی کا ٹکٹ ہوتا ہے۔</w:t>
      </w:r>
    </w:p>
    <w:p>
      <w:r>
        <w:rPr>
          <w:b/>
        </w:rPr>
        <w:t xml:space="preserve">[41:06] </w:t>
      </w:r>
      <w:r>
        <w:t>toh yeh itminan hota hai ke ja rahe hain toh phir loot bhi aayenge.</w:t>
      </w:r>
    </w:p>
    <w:p>
      <w:pPr>
        <w:jc w:val="right"/>
      </w:pPr>
      <w:r>
        <w:t>تو یہ اطمینان ہوتا ہے کہ جا رہے ہیں تو پھر لوٹ بھی آئیں گے۔</w:t>
      </w:r>
    </w:p>
    <w:p>
      <w:r>
        <w:rPr>
          <w:b/>
        </w:rPr>
        <w:t xml:space="preserve">[41:11] </w:t>
      </w:r>
      <w:r>
        <w:t>ek jagah mein ek bar gaya ek wahan Africa ke ek mulk mein woh naya naya nayi jagah thi.</w:t>
      </w:r>
    </w:p>
    <w:p>
      <w:pPr>
        <w:jc w:val="right"/>
      </w:pPr>
      <w:r>
        <w:t>ایک جگہ میں ایک بار گیا ایک وہاں افریقہ کے ایک ملک میں وہ نیا نیا نئی جگہ تھی۔</w:t>
      </w:r>
    </w:p>
    <w:p>
      <w:r>
        <w:rPr>
          <w:b/>
        </w:rPr>
        <w:t xml:space="preserve">[41:16] </w:t>
      </w:r>
      <w:r>
        <w:t>toh airport par jab utra mein bahar toh conference mein bulaya gaya tha mujh ko toh wahan koi</w:t>
      </w:r>
    </w:p>
    <w:p>
      <w:pPr>
        <w:jc w:val="right"/>
      </w:pPr>
      <w:r>
        <w:t>تو ایئرپورٹ پر جب اترا میں باہر تو کانفرنس میں بلایا گیا تھا مجھ کو تو وہاں کوئی</w:t>
      </w:r>
    </w:p>
    <w:p>
      <w:r>
        <w:rPr>
          <w:b/>
        </w:rPr>
        <w:t xml:space="preserve">[41:21] </w:t>
      </w:r>
      <w:r>
        <w:t>aadmi nahi conference ka koi aadmi mujhe receive karne ke liye.</w:t>
      </w:r>
    </w:p>
    <w:p>
      <w:pPr>
        <w:jc w:val="right"/>
      </w:pPr>
      <w:r>
        <w:t>آدمی نہیں کانفرنس کا کوئی آدمی مجھے ریسیو کرنے کے لیے۔</w:t>
      </w:r>
    </w:p>
    <w:p>
      <w:r>
        <w:rPr>
          <w:b/>
        </w:rPr>
        <w:t xml:space="preserve">[41:27] </w:t>
      </w:r>
      <w:r>
        <w:t>aur woh sab wahan French bolte the log French zuban.</w:t>
      </w:r>
    </w:p>
    <w:p>
      <w:pPr>
        <w:jc w:val="right"/>
      </w:pPr>
      <w:r>
        <w:t>اور وہ سب وہاں فرینچ بولتے تھے لوگ فرینچ زبان۔</w:t>
      </w:r>
    </w:p>
    <w:p>
      <w:r>
        <w:rPr>
          <w:b/>
        </w:rPr>
        <w:t xml:space="preserve">[41:32] </w:t>
      </w:r>
      <w:r>
        <w:t>woh ilaqa tha jahan pehle kuch ki zubanein French ki hukoomat hua karti thi. France ki hukoomat. to ajeeb halat thi meri. jis se miloon to woh French bolta tha woh. aur jo main jo jis conference mein mujhe bulaya gaya tha us ke log mujhe receive karne ke liye aaye hue nahi the wahan par airport par. to ek ajeeb diwangi thori der ke liye hui lekin phir bhi yeh itminan tha ke meri jeb mein wapsi ka ticket hai.</w:t>
      </w:r>
    </w:p>
    <w:p>
      <w:pPr>
        <w:jc w:val="right"/>
      </w:pPr>
      <w:r>
        <w:t>وہ علاقہ تھا جہاں پہلے کچھ کی زبانیں فرینچ کی حکومت ہوا کرتی تھی۔ فرانس کی حکومت۔ تو عجیب حالت تھی میری۔ جس سے ملوں تو وہ فرینچ بولتا تھا وہ۔ اور جو میں جو جس کانفرنس میں مجھے بلایا گیا تھا اس کے لوگ مجھے ریسیو کرنے کے لیے آئے ہوئے نہیں تھے وہاں پر ایئرپورٹ پر۔ تو ایک عجیب دیوانگی تھوڑی دیر کے لیے ہوئی لیکن پھر بھی یہ اطمینان تھا کہ میری جیب میں واپسی کا ٹکٹ ہے۔</w:t>
      </w:r>
    </w:p>
    <w:p>
      <w:r>
        <w:rPr>
          <w:b/>
        </w:rPr>
        <w:t xml:space="preserve">[42:02] </w:t>
      </w:r>
      <w:r>
        <w:t>to achha jab main window par gaya ticket dikhaya is ko.</w:t>
      </w:r>
    </w:p>
    <w:p>
      <w:pPr>
        <w:jc w:val="right"/>
      </w:pPr>
      <w:r>
        <w:t>تو اچھا جب میں ونڈو پر گیا ٹکٹ دکھایا اس کو۔</w:t>
      </w:r>
    </w:p>
    <w:p>
      <w:r>
        <w:rPr>
          <w:b/>
        </w:rPr>
        <w:t xml:space="preserve">[42:06] </w:t>
      </w:r>
      <w:r>
        <w:t>mere pas first class ka ticket tha is waqt.</w:t>
      </w:r>
    </w:p>
    <w:p>
      <w:pPr>
        <w:jc w:val="right"/>
      </w:pPr>
      <w:r>
        <w:t>میرے پاس فرسٹ کلاس کا ٹکٹ تھا اس وقت۔</w:t>
      </w:r>
    </w:p>
    <w:p>
      <w:r>
        <w:rPr>
          <w:b/>
        </w:rPr>
        <w:t xml:space="preserve">[42:09] </w:t>
      </w:r>
      <w:r>
        <w:t>dikhaya ke bhai wapsi ke jahaz hai dilli jane ke liye.</w:t>
      </w:r>
    </w:p>
    <w:p>
      <w:pPr>
        <w:jc w:val="right"/>
      </w:pPr>
      <w:r>
        <w:t>دکھایا کہ بھئی واپسی کے جہاز ہے دہلی جانے کے لیے۔</w:t>
      </w:r>
    </w:p>
    <w:p>
      <w:r>
        <w:rPr>
          <w:b/>
        </w:rPr>
        <w:t xml:space="preserve">[42:13] </w:t>
      </w:r>
      <w:r>
        <w:t>to unhon ne kaha ke aaj to nahi kal ho sakta hai.</w:t>
      </w:r>
    </w:p>
    <w:p>
      <w:pPr>
        <w:jc w:val="right"/>
      </w:pPr>
      <w:r>
        <w:t>تو انہوں نے کہا کہ آج تو نہیں کل ہو سکتا ہے۔</w:t>
      </w:r>
    </w:p>
    <w:p>
      <w:r>
        <w:rPr>
          <w:b/>
        </w:rPr>
        <w:t xml:space="preserve">[42:17] </w:t>
      </w:r>
      <w:r>
        <w:t>wo lady thi wo kuch thori bohat angrezi bolti thi wo.</w:t>
      </w:r>
    </w:p>
    <w:p>
      <w:pPr>
        <w:jc w:val="right"/>
      </w:pPr>
      <w:r>
        <w:t>وہ لیڈی تھی وہ کچھ تھوڑی بہت انگریزی بولتی تھی وہ۔</w:t>
      </w:r>
    </w:p>
    <w:p>
      <w:r>
        <w:rPr>
          <w:b/>
        </w:rPr>
        <w:t xml:space="preserve">[42:21] </w:t>
      </w:r>
      <w:r>
        <w:t>to is dunya mein aap safar karte hain to is mein aap ko itminan rehta hai ke wapsi</w:t>
      </w:r>
    </w:p>
    <w:p>
      <w:pPr>
        <w:jc w:val="right"/>
      </w:pPr>
      <w:r>
        <w:t>تو اس دنیا میں آپ سفر کرتے ہیں تو اس میں آپ کو اطمینان رہتا ہے کہ واپسی</w:t>
      </w:r>
    </w:p>
    <w:p>
      <w:r>
        <w:rPr>
          <w:b/>
        </w:rPr>
        <w:t xml:space="preserve">[42:25] </w:t>
      </w:r>
      <w:r>
        <w:t>ka bhi ticket meri jeb mein hai.</w:t>
      </w:r>
    </w:p>
    <w:p>
      <w:pPr>
        <w:jc w:val="right"/>
      </w:pPr>
      <w:r>
        <w:t>کا بھی ٹکٹ میری جیب میں ہے۔</w:t>
      </w:r>
    </w:p>
    <w:p>
      <w:r>
        <w:rPr>
          <w:b/>
        </w:rPr>
        <w:t xml:space="preserve">[42:28] </w:t>
      </w:r>
      <w:r>
        <w:t>lekin maut ka safar ek</w:t>
      </w:r>
    </w:p>
    <w:p>
      <w:pPr>
        <w:jc w:val="right"/>
      </w:pPr>
      <w:r>
        <w:t>لیکن موت کا سفر ایک</w:t>
      </w:r>
    </w:p>
    <w:p>
      <w:r>
        <w:rPr>
          <w:b/>
        </w:rPr>
        <w:t xml:space="preserve">[42:32] </w:t>
      </w:r>
      <w:r>
        <w:t>aisa safar hai.</w:t>
      </w:r>
    </w:p>
    <w:p>
      <w:pPr>
        <w:jc w:val="right"/>
      </w:pPr>
      <w:r>
        <w:t>ایسا سفر ہے۔</w:t>
      </w:r>
    </w:p>
    <w:p>
      <w:r>
        <w:rPr>
          <w:b/>
        </w:rPr>
        <w:t xml:space="preserve">[42:37] </w:t>
      </w:r>
      <w:r>
        <w:t>jis ke baad aap wapsi ka ticket nahi.</w:t>
      </w:r>
    </w:p>
    <w:p>
      <w:pPr>
        <w:jc w:val="right"/>
      </w:pPr>
      <w:r>
        <w:t>جس کے بعد آپ واپسی کا ٹکٹ نہیں۔</w:t>
      </w:r>
    </w:p>
    <w:p>
      <w:r>
        <w:rPr>
          <w:b/>
        </w:rPr>
        <w:t xml:space="preserve">[42:42] </w:t>
      </w:r>
      <w:r>
        <w:t>aadmi hamesha ke liye chhod deta hai is dunya ko.</w:t>
      </w:r>
    </w:p>
    <w:p>
      <w:pPr>
        <w:jc w:val="right"/>
      </w:pPr>
      <w:r>
        <w:t>آدمی ہمیشہ کے لیے چھوڑ دیتا ہے اس دنیا کو۔</w:t>
      </w:r>
    </w:p>
    <w:p>
      <w:r>
        <w:rPr>
          <w:b/>
        </w:rPr>
        <w:t xml:space="preserve">[42:48] </w:t>
      </w:r>
      <w:r>
        <w:t>phir yahan wapsi nahi hone wali hai.</w:t>
      </w:r>
    </w:p>
    <w:p>
      <w:pPr>
        <w:jc w:val="right"/>
      </w:pPr>
      <w:r>
        <w:t>پھر یہاں واپسی نہیں ہونے والی ہے۔</w:t>
      </w:r>
    </w:p>
    <w:p>
      <w:r>
        <w:rPr>
          <w:b/>
        </w:rPr>
        <w:t xml:space="preserve">[42:53] </w:t>
      </w:r>
      <w:r>
        <w:t>aur hadith mein aata hai ke aaj tum aisi dunya mein ho jahan amal hai aur anjam nahi.</w:t>
      </w:r>
    </w:p>
    <w:p>
      <w:pPr>
        <w:jc w:val="right"/>
      </w:pPr>
      <w:r>
        <w:t>اور حدیث میں آتا ہے کہ آج تم ایسی دنیا میں ہو جہاں عمل ہے اور انجام نہیں۔</w:t>
      </w:r>
    </w:p>
    <w:p>
      <w:r>
        <w:rPr>
          <w:b/>
        </w:rPr>
        <w:t xml:space="preserve">[42:58] </w:t>
      </w:r>
      <w:r>
        <w:t>aur maut ke baad tum aisi dunya mein pahunchoge jahan anjam ho ga aur amal na ho ga.</w:t>
      </w:r>
    </w:p>
    <w:p>
      <w:pPr>
        <w:jc w:val="right"/>
      </w:pPr>
      <w:r>
        <w:t>اور موت کے بعد تم ایسی دنیا میں پہنچو گے جہاں انجام ہو گا اور عمل نہ ہو گا۔</w:t>
      </w:r>
    </w:p>
    <w:p>
      <w:r>
        <w:rPr>
          <w:b/>
        </w:rPr>
        <w:t xml:space="preserve">[43:03] </w:t>
      </w:r>
      <w:r>
        <w:t>aap ghor kijiye kaisi ajeeb baat hai ye.</w:t>
      </w:r>
    </w:p>
    <w:p>
      <w:pPr>
        <w:jc w:val="right"/>
      </w:pPr>
      <w:r>
        <w:t>آپ غور کیجیے کیسی عجیب بات ہے یہ۔</w:t>
      </w:r>
    </w:p>
    <w:p>
      <w:r>
        <w:rPr>
          <w:b/>
        </w:rPr>
        <w:t xml:space="preserve">[43:07] </w:t>
      </w:r>
      <w:r>
        <w:t>ke aaj jo hai hum is haal ye mauqa hamein hai ke hum amal karein.</w:t>
      </w:r>
    </w:p>
    <w:p>
      <w:pPr>
        <w:jc w:val="right"/>
      </w:pPr>
      <w:r>
        <w:t>کہ آج جو ہے ہم اس حال یہ موقع ہمیں ہے کہ ہم عمل کریں۔</w:t>
      </w:r>
    </w:p>
    <w:p>
      <w:r>
        <w:rPr>
          <w:b/>
        </w:rPr>
        <w:t xml:space="preserve">[43:11] </w:t>
      </w:r>
      <w:r>
        <w:t>aur is ka anjam payein.</w:t>
      </w:r>
    </w:p>
    <w:p>
      <w:pPr>
        <w:jc w:val="right"/>
      </w:pPr>
      <w:r>
        <w:t>اور اس کا انجام پائیں۔</w:t>
      </w:r>
    </w:p>
    <w:p>
      <w:r>
        <w:rPr>
          <w:b/>
        </w:rPr>
        <w:t xml:space="preserve">[43:15] </w:t>
      </w:r>
      <w:r>
        <w:t>lekin maut ke baad ek aisa yani hum par aisa waqt guzrega ke wahan sirf anjam hi</w:t>
      </w:r>
    </w:p>
    <w:p>
      <w:pPr>
        <w:jc w:val="right"/>
      </w:pPr>
      <w:r>
        <w:t>لیکن موت کے بعد ایک ایسا یعنی ہم پر ایسا وقت گزرے گا کہ وہاں صرف انجام ہی</w:t>
      </w:r>
    </w:p>
    <w:p>
      <w:r>
        <w:rPr>
          <w:b/>
        </w:rPr>
        <w:t xml:space="preserve">[43:18] </w:t>
      </w:r>
      <w:r>
        <w:t>pana ho ga.</w:t>
      </w:r>
    </w:p>
    <w:p>
      <w:pPr>
        <w:jc w:val="right"/>
      </w:pPr>
      <w:r>
        <w:t>پانا ہو گا۔</w:t>
      </w:r>
    </w:p>
    <w:p>
      <w:r>
        <w:rPr>
          <w:b/>
        </w:rPr>
        <w:t xml:space="preserve">[43:22] </w:t>
      </w:r>
      <w:r>
        <w:t>amal ka mauqa nahi ho ga.</w:t>
      </w:r>
    </w:p>
    <w:p>
      <w:pPr>
        <w:jc w:val="right"/>
      </w:pPr>
      <w:r>
        <w:t>عمل کا موقع نہیں ہو گا۔</w:t>
      </w:r>
    </w:p>
    <w:p>
      <w:r>
        <w:rPr>
          <w:b/>
        </w:rPr>
        <w:t xml:space="preserve">[43:26] </w:t>
      </w:r>
      <w:r>
        <w:t>ke phir se aap amal karein.</w:t>
      </w:r>
    </w:p>
    <w:p>
      <w:pPr>
        <w:jc w:val="right"/>
      </w:pPr>
      <w:r>
        <w:t>کہ پھر سے آپ عمل کریں۔</w:t>
      </w:r>
    </w:p>
    <w:p>
      <w:r>
        <w:rPr>
          <w:b/>
        </w:rPr>
        <w:t xml:space="preserve">[43:30] </w:t>
      </w:r>
      <w:r>
        <w:t>phir se apne ko durust karein.</w:t>
      </w:r>
    </w:p>
    <w:p>
      <w:pPr>
        <w:jc w:val="right"/>
      </w:pPr>
      <w:r>
        <w:t>پھر سے اپنے کو درست کریں۔</w:t>
      </w:r>
    </w:p>
    <w:p>
      <w:r>
        <w:rPr>
          <w:b/>
        </w:rPr>
        <w:t xml:space="preserve">[43:34] </w:t>
      </w:r>
      <w:r>
        <w:t>phir se aap Allah ke raste par chalein ye sirf mauqa nahi ho ga.</w:t>
      </w:r>
    </w:p>
    <w:p>
      <w:pPr>
        <w:jc w:val="right"/>
      </w:pPr>
      <w:r>
        <w:t>پھر سے آپ اللہ کے راستے پر چلیں یہ صرف موقع نہیں ہو گا۔</w:t>
      </w:r>
    </w:p>
    <w:p>
      <w:r>
        <w:rPr>
          <w:b/>
        </w:rPr>
        <w:t xml:space="preserve">[43:38] </w:t>
      </w:r>
      <w:r>
        <w:t>to kaisi ajeeb baat hai ye.</w:t>
      </w:r>
    </w:p>
    <w:p>
      <w:pPr>
        <w:jc w:val="right"/>
      </w:pPr>
      <w:r>
        <w:t>تو کیسی عجیب بات ہے یہ۔</w:t>
      </w:r>
    </w:p>
    <w:p>
      <w:r>
        <w:rPr>
          <w:b/>
        </w:rPr>
        <w:t xml:space="preserve">[43:42] </w:t>
      </w:r>
      <w:r>
        <w:t>kaisi anokhi baat hai ye aap ghor kijiye.</w:t>
      </w:r>
    </w:p>
    <w:p>
      <w:pPr>
        <w:jc w:val="right"/>
      </w:pPr>
      <w:r>
        <w:t>کیسی انوکھی بات ہے یہ آپ غور کیجیے۔</w:t>
      </w:r>
    </w:p>
    <w:p>
      <w:r>
        <w:rPr>
          <w:b/>
        </w:rPr>
        <w:t xml:space="preserve">[43:47] </w:t>
      </w:r>
      <w:r>
        <w:t>to hamari jo dawat hai dawat ka sach poochhein to barkat ka nuqta yahi hai.</w:t>
      </w:r>
    </w:p>
    <w:p>
      <w:pPr>
        <w:jc w:val="right"/>
      </w:pPr>
      <w:r>
        <w:t>تو ہماری جو دعوت ہے دعوت کا سچ پوچھیں تو برکت کا نقطہ یہی ہے۔</w:t>
      </w:r>
    </w:p>
    <w:p>
      <w:r>
        <w:rPr>
          <w:b/>
        </w:rPr>
        <w:t xml:space="preserve">[43:51] </w:t>
      </w:r>
      <w:r>
        <w:t>agar aadmi yeh na soche ke mujhe marna hai.</w:t>
      </w:r>
    </w:p>
    <w:p>
      <w:pPr>
        <w:jc w:val="right"/>
      </w:pPr>
      <w:r>
        <w:t>اگر آدمی یہ نہ سوچے کہ مجھے مرنا ہے۔</w:t>
      </w:r>
    </w:p>
    <w:p>
      <w:r>
        <w:rPr>
          <w:b/>
        </w:rPr>
        <w:t xml:space="preserve">[43:55] </w:t>
      </w:r>
      <w:r>
        <w:t>Allah ke samne pesh hona hai.</w:t>
      </w:r>
    </w:p>
    <w:p>
      <w:pPr>
        <w:jc w:val="right"/>
      </w:pPr>
      <w:r>
        <w:t>اللہ کے سامنے پیش ہونا ہے۔</w:t>
      </w:r>
    </w:p>
    <w:p>
      <w:r>
        <w:rPr>
          <w:b/>
        </w:rPr>
        <w:t xml:space="preserve">[43:59] </w:t>
      </w:r>
      <w:r>
        <w:t>to woh serious</w:t>
      </w:r>
    </w:p>
    <w:p>
      <w:pPr>
        <w:jc w:val="right"/>
      </w:pPr>
      <w:r>
        <w:t>تو وہ سیریس</w:t>
      </w:r>
    </w:p>
    <w:p>
      <w:r>
        <w:rPr>
          <w:b/>
        </w:rPr>
        <w:t xml:space="preserve">[44:04] </w:t>
      </w:r>
      <w:r>
        <w:t>le lega kyun aap ki dawat ko? aap ki dawat ko seriously kyun lega woh? jab</w:t>
      </w:r>
    </w:p>
    <w:p>
      <w:pPr>
        <w:jc w:val="right"/>
      </w:pPr>
      <w:r>
        <w:t>لی لے گا کیوں آپ کی دعوت کو؟ آپ کی دعوت کو سیریسلی کیوں لے گا وہ؟ جب</w:t>
      </w:r>
    </w:p>
    <w:p>
      <w:r>
        <w:rPr>
          <w:b/>
        </w:rPr>
        <w:t xml:space="preserve">[44:10] </w:t>
      </w:r>
      <w:r>
        <w:t>lega ke jab us ko maloom ho ke bhai agar maine is ko nahi mana.</w:t>
      </w:r>
    </w:p>
    <w:p>
      <w:pPr>
        <w:jc w:val="right"/>
      </w:pPr>
      <w:r>
        <w:t>لے گا کہ جب اس کو معلوم ہو کہ بھئی اگر میں نے اس کو نہیں مانا۔</w:t>
      </w:r>
    </w:p>
    <w:p>
      <w:r>
        <w:rPr>
          <w:b/>
        </w:rPr>
        <w:t xml:space="preserve">[44:16] </w:t>
      </w:r>
      <w:r>
        <w:t>to Allah ke samne jab main khada hounga to main kya jawab dunga? tab woh is</w:t>
      </w:r>
    </w:p>
    <w:p>
      <w:pPr>
        <w:jc w:val="right"/>
      </w:pPr>
      <w:r>
        <w:t>تو اللہ کے سامنے جب میں کھڑا ہوں گا تو میں کیا جواب دوں گا؟ تب وہ اس</w:t>
      </w:r>
    </w:p>
    <w:p>
      <w:r>
        <w:rPr>
          <w:b/>
        </w:rPr>
        <w:t xml:space="preserve">[44:22] </w:t>
      </w:r>
      <w:r>
        <w:t>ko seriously le sakta hai.</w:t>
      </w:r>
    </w:p>
    <w:p>
      <w:pPr>
        <w:jc w:val="right"/>
      </w:pPr>
      <w:r>
        <w:t>کو سیریسلی لے سکتا ہے۔</w:t>
      </w:r>
    </w:p>
    <w:p>
      <w:r>
        <w:rPr>
          <w:b/>
        </w:rPr>
        <w:t xml:space="preserve">[44:28] </w:t>
      </w:r>
      <w:r>
        <w:t>warna woh seriously le hi ga nahi.</w:t>
      </w:r>
    </w:p>
    <w:p>
      <w:pPr>
        <w:jc w:val="right"/>
      </w:pPr>
      <w:r>
        <w:t>ورنہ وہ سیریسلی لے ہی گا نہیں۔</w:t>
      </w:r>
    </w:p>
    <w:p>
      <w:r>
        <w:rPr>
          <w:b/>
        </w:rPr>
        <w:t xml:space="preserve">[44:34] </w:t>
      </w:r>
      <w:r>
        <w:t>hamare baap jo the woh bohat hi agarche zamindar the woh lekin bohat hi saada.</w:t>
      </w:r>
    </w:p>
    <w:p>
      <w:pPr>
        <w:jc w:val="right"/>
      </w:pPr>
      <w:r>
        <w:t>ہمارے باپ جو تھے وہ بہت ہی اگرچہ زمیندار تھے وہ لیکن بہت ہی سادہ۔</w:t>
      </w:r>
    </w:p>
    <w:p>
      <w:r>
        <w:rPr>
          <w:b/>
        </w:rPr>
        <w:t xml:space="preserve">[44:39] </w:t>
      </w:r>
      <w:r>
        <w:t>is zamane mein kafi bari zamindari thi lekin hamare baap jo the bohat hi saada bohat hi saada the woh.</w:t>
      </w:r>
    </w:p>
    <w:p>
      <w:pPr>
        <w:jc w:val="right"/>
      </w:pPr>
      <w:r>
        <w:t>اس زمانے میں کافی بڑی زمینداری تھی لیکن ہمارے باپ جو تھے بہت ہی سادہ بہت ہی سادہ تھے وہ۔</w:t>
      </w:r>
    </w:p>
    <w:p>
      <w:r>
        <w:rPr>
          <w:b/>
        </w:rPr>
        <w:t xml:space="preserve">[44:44] </w:t>
      </w:r>
      <w:r>
        <w:t>aur bohat sach poochhein pious aadmi the pious.</w:t>
      </w:r>
    </w:p>
    <w:p>
      <w:pPr>
        <w:jc w:val="right"/>
      </w:pPr>
      <w:r>
        <w:t>اور بہت سچ پوچھیں پائس آدمی تھے پائس۔</w:t>
      </w:r>
    </w:p>
    <w:p>
      <w:r>
        <w:rPr>
          <w:b/>
        </w:rPr>
        <w:t xml:space="preserve">[44:49] </w:t>
      </w:r>
      <w:r>
        <w:t>jitne maine un ke qisse sune hain to bohat hi pious aadmi the.</w:t>
      </w:r>
    </w:p>
    <w:p>
      <w:pPr>
        <w:jc w:val="right"/>
      </w:pPr>
      <w:r>
        <w:t>جتنے میں نے ان کے قصے سنے ہیں تو بہت ہی پائس آدمی تھے۔</w:t>
      </w:r>
    </w:p>
    <w:p>
      <w:r>
        <w:rPr>
          <w:b/>
        </w:rPr>
        <w:t xml:space="preserve">[44:54] </w:t>
      </w:r>
      <w:r>
        <w:t>to hamari maan batati hain ke woh kaha karte the aksar.</w:t>
      </w:r>
    </w:p>
    <w:p>
      <w:pPr>
        <w:jc w:val="right"/>
      </w:pPr>
      <w:r>
        <w:t>تو ہماری ماں بتاتی ہیں کہ وہ کہا کرتے تھے اکثر۔</w:t>
      </w:r>
    </w:p>
    <w:p>
      <w:r>
        <w:rPr>
          <w:b/>
        </w:rPr>
        <w:t xml:space="preserve">[44:59] </w:t>
      </w:r>
      <w:r>
        <w:t>ke Khuda ko munh dikhana hai.</w:t>
      </w:r>
    </w:p>
    <w:p>
      <w:pPr>
        <w:jc w:val="right"/>
      </w:pPr>
      <w:r>
        <w:t>کہ خدا کو منہ دکھانا ہے۔</w:t>
      </w:r>
    </w:p>
    <w:p>
      <w:r>
        <w:rPr>
          <w:b/>
        </w:rPr>
        <w:t xml:space="preserve">[45:04] </w:t>
      </w:r>
      <w:r>
        <w:t>yeh un ka aksar yeh kaha karte the.</w:t>
      </w:r>
    </w:p>
    <w:p>
      <w:pPr>
        <w:jc w:val="right"/>
      </w:pPr>
      <w:r>
        <w:t>یہ ان کا اکثر یہ کہا کرتے تھے۔</w:t>
      </w:r>
    </w:p>
    <w:p>
      <w:r>
        <w:rPr>
          <w:b/>
        </w:rPr>
        <w:t xml:space="preserve">[45:11] </w:t>
      </w:r>
      <w:r>
        <w:t>koi baat ho ke aaj hum agar aisa karein to kal Khuda ko kya jawab denge? aaj</w:t>
      </w:r>
    </w:p>
    <w:p>
      <w:pPr>
        <w:jc w:val="right"/>
      </w:pPr>
      <w:r>
        <w:t>کوئی بات ہو کہ آج ہم اگر ایسا کریں تو کل خدا کو کیا جواب دیں گے؟ آج</w:t>
      </w:r>
    </w:p>
    <w:p>
      <w:r>
        <w:rPr>
          <w:b/>
        </w:rPr>
        <w:t xml:space="preserve">[45:18] </w:t>
      </w:r>
      <w:r>
        <w:t>hum kuch gadbad karein.</w:t>
      </w:r>
    </w:p>
    <w:p>
      <w:pPr>
        <w:jc w:val="right"/>
      </w:pPr>
      <w:r>
        <w:t>ہم کچھ گڑبڑ کریں۔</w:t>
      </w:r>
    </w:p>
    <w:p>
      <w:r>
        <w:rPr>
          <w:b/>
        </w:rPr>
        <w:t xml:space="preserve">[45:24] </w:t>
      </w:r>
      <w:r>
        <w:t>kuch Allah ke raste ko chal ke chhod ke kisi aur raste par chalein kuch bhi karein.</w:t>
      </w:r>
    </w:p>
    <w:p>
      <w:pPr>
        <w:jc w:val="right"/>
      </w:pPr>
      <w:r>
        <w:t>کچھ اللہ کے راستے کو چل کے چھوڑ کے کسی اور راستے پر چلیں کچھ بھی کریں۔</w:t>
      </w:r>
    </w:p>
    <w:p>
      <w:r>
        <w:rPr>
          <w:b/>
        </w:rPr>
        <w:t xml:space="preserve">[45:31] </w:t>
      </w:r>
      <w:r>
        <w:t>to kal jo hoga woh Allah ke samne peshi to wahan kya karenge? aksar yeh kaha</w:t>
      </w:r>
    </w:p>
    <w:p>
      <w:pPr>
        <w:jc w:val="right"/>
      </w:pPr>
      <w:r>
        <w:t>تو کل جو ہو گا وہ اللہ کے سامنے پیشی تو وہاں کیا کریں گے؟ اکثر یہ کہا</w:t>
      </w:r>
    </w:p>
    <w:p>
      <w:r>
        <w:rPr>
          <w:b/>
        </w:rPr>
        <w:t xml:space="preserve">[45:38] </w:t>
      </w:r>
      <w:r>
        <w:t>karte the woh Khuda ko munh dikhana hai.</w:t>
      </w:r>
    </w:p>
    <w:p>
      <w:pPr>
        <w:jc w:val="right"/>
      </w:pPr>
      <w:r>
        <w:t>کرتے تھے وہ خدا کو منہ دکھانا ہے۔</w:t>
      </w:r>
    </w:p>
    <w:p>
      <w:r>
        <w:rPr>
          <w:b/>
        </w:rPr>
        <w:t xml:space="preserve">[45:44] </w:t>
      </w:r>
      <w:r>
        <w:t>to yeh yeh soch banti hai jo jo jo mani sahi maano mein maut ko. hadith mein aata hai ke la tazal qadam 'abd hatta yus'al 'an arba'in. yani insan ke paon Allah ke aage se hatenge nahi. jab tak woh char baaton ka jawab na de le. kaisi aji</w:t>
      </w:r>
    </w:p>
    <w:p>
      <w:pPr>
        <w:jc w:val="right"/>
      </w:pPr>
      <w:r>
        <w:t>تو یہ یہ سوچ بنتی ہے جو جو جو معنی صحیح معنوں میں موت کو۔ حدیث میں آتا ہے کہ لا تزال قدم عبد حتی اس اربعین۔ یعنی انسان کے پاؤں اللہ کے آگے سے ہٹیں گے نہیں۔ جب تک وہ چار باتوں کا جواب نہ دے لے۔ کیسی عجی</w:t>
      </w:r>
    </w:p>
    <w:p>
      <w:r>
        <w:rPr>
          <w:b/>
        </w:rPr>
        <w:t xml:space="preserve">[46:14] </w:t>
      </w:r>
      <w:r>
        <w:t>ba baat hai.</w:t>
      </w:r>
    </w:p>
    <w:p>
      <w:pPr>
        <w:jc w:val="right"/>
      </w:pPr>
      <w:r>
        <w:t>ب بات ہے۔</w:t>
      </w:r>
    </w:p>
    <w:p>
      <w:r>
        <w:rPr>
          <w:b/>
        </w:rPr>
        <w:t xml:space="preserve">[46:20] </w:t>
      </w:r>
      <w:r>
        <w:t>aur har insan Allah ke samne khada kiya jayega.</w:t>
      </w:r>
    </w:p>
    <w:p>
      <w:pPr>
        <w:jc w:val="right"/>
      </w:pPr>
      <w:r>
        <w:t>اور ہر انسان اللہ کے سامنے کھڑا کیا جائے گا۔</w:t>
      </w:r>
    </w:p>
    <w:p>
      <w:r>
        <w:rPr>
          <w:b/>
        </w:rPr>
        <w:t xml:space="preserve">[46:25] </w:t>
      </w:r>
      <w:r>
        <w:t>har har aadmi har individual.</w:t>
      </w:r>
    </w:p>
    <w:p>
      <w:pPr>
        <w:jc w:val="right"/>
      </w:pPr>
      <w:r>
        <w:t>ہر ہر آدمی ہر انڈیویجول۔</w:t>
      </w:r>
    </w:p>
    <w:p>
      <w:r>
        <w:rPr>
          <w:b/>
        </w:rPr>
        <w:t xml:space="preserve">[46:30] </w:t>
      </w:r>
      <w:r>
        <w:t>aur is mein ek is char baaton ka jawab dena padega.</w:t>
      </w:r>
    </w:p>
    <w:p>
      <w:pPr>
        <w:jc w:val="right"/>
      </w:pPr>
      <w:r>
        <w:t>اور اس میں ایک اس چار باتوں کا جواب دینا پڑے گا۔</w:t>
      </w:r>
    </w:p>
    <w:p>
      <w:r>
        <w:rPr>
          <w:b/>
        </w:rPr>
        <w:t xml:space="preserve">[46:35] </w:t>
      </w:r>
      <w:r>
        <w:t>ek yeh ke maal kahan se kamaya aur kahan kharch kiya is ko.</w:t>
      </w:r>
    </w:p>
    <w:p>
      <w:pPr>
        <w:jc w:val="right"/>
      </w:pPr>
      <w:r>
        <w:t>ایک یہ کہ مال کہاں سے کمایا اور کہاں خرچ کیا اس کو۔</w:t>
      </w:r>
    </w:p>
    <w:p>
      <w:r>
        <w:rPr>
          <w:b/>
        </w:rPr>
        <w:t xml:space="preserve">[46:41] </w:t>
      </w:r>
      <w:r>
        <w:t>maal kahan se kamaya yeh batana pare ga.</w:t>
      </w:r>
    </w:p>
    <w:p>
      <w:pPr>
        <w:jc w:val="right"/>
      </w:pPr>
      <w:r>
        <w:t>مال کہاں سے کمایا یہ بتانا پڑے گا۔</w:t>
      </w:r>
    </w:p>
    <w:p>
      <w:r>
        <w:rPr>
          <w:b/>
        </w:rPr>
        <w:t xml:space="preserve">[46:46] </w:t>
      </w:r>
      <w:r>
        <w:t>matlab chori kar ke kamaya ya tijarat kar ke kamaya. najayaz tareeqe se kamaya jaiz tareeqe se kamaya. corruption kar ke kamaya ya sahi tareeqe se kamaya. to ek yeh hai ke kahan se kamaya paisa. doosra yeh ke kahan kharch kiya is ko. aur is mein hai ke jawani kahan bitai. yeh jo Allah taala ne di hai aap ko jismani taqat. jo</w:t>
      </w:r>
    </w:p>
    <w:p>
      <w:pPr>
        <w:jc w:val="right"/>
      </w:pPr>
      <w:r>
        <w:t>مطلب چوری کر کے کمایا یا تجارت کر کے کمایا۔ ناجائز طریقے سے کمایا جائز طریقے سے کمایا۔ کرپشن کر کے کمایا یا صحیح طریقے سے کمایا۔ تو ایک یہ ہے کہ کہاں سے کمایا پیسہ۔ دوسرا یہ کہ کہاں خرچ کیا اس کو۔ اور اس میں ہے کہ جوانی کہاں بتائی۔ یہ جو اللہ تعالیٰ نے دی ہے آپ کو جسمانی طاقت۔ جو</w:t>
      </w:r>
    </w:p>
    <w:p>
      <w:r>
        <w:rPr>
          <w:b/>
        </w:rPr>
        <w:t xml:space="preserve">[47:16] </w:t>
      </w:r>
      <w:r>
        <w:t>ani ke adhar aadmi ka ek qata taqat hoti hai ghor ki jiye.</w:t>
      </w:r>
    </w:p>
    <w:p>
      <w:pPr>
        <w:jc w:val="right"/>
      </w:pPr>
      <w:r>
        <w:t>انی کے آدھر آدمی کا ایک قطع طاقت ہوتی ہے غور کیجیے۔</w:t>
      </w:r>
    </w:p>
    <w:p>
      <w:r>
        <w:rPr>
          <w:b/>
        </w:rPr>
        <w:t xml:space="preserve">[47:21] </w:t>
      </w:r>
      <w:r>
        <w:t>to yeh sab jo Allah taala ne diya hai aap ko is dunya mein.</w:t>
      </w:r>
    </w:p>
    <w:p>
      <w:pPr>
        <w:jc w:val="right"/>
      </w:pPr>
      <w:r>
        <w:t>تو یہ سب جو اللہ تعالیٰ نے دیا ہے آپ کو اس دنیا میں۔</w:t>
      </w:r>
    </w:p>
    <w:p>
      <w:r>
        <w:rPr>
          <w:b/>
        </w:rPr>
        <w:t xml:space="preserve">[47:26] </w:t>
      </w:r>
      <w:r>
        <w:t>in sab ke bare mein poocha jaye ga.</w:t>
      </w:r>
    </w:p>
    <w:p>
      <w:pPr>
        <w:jc w:val="right"/>
      </w:pPr>
      <w:r>
        <w:t>ان سب کے بارے میں پوچھا جائے گا۔</w:t>
      </w:r>
    </w:p>
    <w:p>
      <w:r>
        <w:rPr>
          <w:b/>
        </w:rPr>
        <w:t xml:space="preserve">[47:31] </w:t>
      </w:r>
      <w:r>
        <w:t>aap ghor ki jiye kaisi ajeeb hai yeh soch hai aadmi.</w:t>
      </w:r>
    </w:p>
    <w:p>
      <w:pPr>
        <w:jc w:val="right"/>
      </w:pPr>
      <w:r>
        <w:t>آپ غور کیجیے کیسی عجیب ہے یہ سوچ ہے آدمی۔</w:t>
      </w:r>
    </w:p>
    <w:p>
      <w:r>
        <w:rPr>
          <w:b/>
        </w:rPr>
        <w:t xml:space="preserve">[47:36] </w:t>
      </w:r>
      <w:r>
        <w:t>ke mujh se poocha jaye ga yeh zuban jo di hai bolne ke liye.</w:t>
      </w:r>
    </w:p>
    <w:p>
      <w:pPr>
        <w:jc w:val="right"/>
      </w:pPr>
      <w:r>
        <w:t>کہ مجھ سے پوچھا جائے گا یہ زبان جو دی ہے بولنے کے لیے۔</w:t>
      </w:r>
    </w:p>
    <w:p>
      <w:r>
        <w:rPr>
          <w:b/>
        </w:rPr>
        <w:t xml:space="preserve">[47:41] </w:t>
      </w:r>
      <w:r>
        <w:t>to is ko bhi poocha jaye ga ke tu apne apni zuban ko sach bolne ke liye istemal</w:t>
      </w:r>
    </w:p>
    <w:p>
      <w:pPr>
        <w:jc w:val="right"/>
      </w:pPr>
      <w:r>
        <w:t>تو اس کو بھی پوچھا جائے گا کہ تو اپنے اپنی زبان کو سچ بولنے کے لیے استعمال</w:t>
      </w:r>
    </w:p>
    <w:p>
      <w:r>
        <w:rPr>
          <w:b/>
        </w:rPr>
        <w:t xml:space="preserve">[47:46] </w:t>
      </w:r>
      <w:r>
        <w:t>kya hai jhoot bolne ke liye istemal kiya hai.</w:t>
      </w:r>
    </w:p>
    <w:p>
      <w:pPr>
        <w:jc w:val="right"/>
      </w:pPr>
      <w:r>
        <w:t>کیا ہے جھوٹ بولنے کے لیے استعمال کیا ہے۔</w:t>
      </w:r>
    </w:p>
    <w:p>
      <w:r>
        <w:rPr>
          <w:b/>
        </w:rPr>
        <w:t xml:space="preserve">[47:51] </w:t>
      </w:r>
      <w:r>
        <w:t>jo bhi mila hai hum ko dimagh mila hai sochne ke liye kaan mila hai sunne ke liye</w:t>
      </w:r>
    </w:p>
    <w:p>
      <w:pPr>
        <w:jc w:val="right"/>
      </w:pPr>
      <w:r>
        <w:t>جو بھی ملا ہے ہم کو دماغ ملا ہے سوچنے کے لیے کان ملا ہے سننے کے لیے</w:t>
      </w:r>
    </w:p>
    <w:p>
      <w:r>
        <w:rPr>
          <w:b/>
        </w:rPr>
        <w:t xml:space="preserve">[47:55] </w:t>
      </w:r>
      <w:r>
        <w:t>zuban mili hai bolne ke liye.</w:t>
      </w:r>
    </w:p>
    <w:p>
      <w:pPr>
        <w:jc w:val="right"/>
      </w:pPr>
      <w:r>
        <w:t>زبان ملی ہے بولنے کے لیے۔</w:t>
      </w:r>
    </w:p>
    <w:p>
      <w:r>
        <w:rPr>
          <w:b/>
        </w:rPr>
        <w:t xml:space="preserve">[47:58] </w:t>
      </w:r>
      <w:r>
        <w:t>paon mila hai chalne ke liye.</w:t>
      </w:r>
    </w:p>
    <w:p>
      <w:pPr>
        <w:jc w:val="right"/>
      </w:pPr>
      <w:r>
        <w:t>پاؤں ملا ہے چلنے کے لیے۔</w:t>
      </w:r>
    </w:p>
    <w:p>
      <w:r>
        <w:rPr>
          <w:b/>
        </w:rPr>
        <w:t xml:space="preserve">[48:02] </w:t>
      </w:r>
      <w:r>
        <w:t>paisa mila hai kharch karne ke liye.</w:t>
      </w:r>
    </w:p>
    <w:p>
      <w:pPr>
        <w:jc w:val="right"/>
      </w:pPr>
      <w:r>
        <w:t>پیسہ ملا ہے خرچ کرنے کے لیے۔</w:t>
      </w:r>
    </w:p>
    <w:p>
      <w:r>
        <w:rPr>
          <w:b/>
        </w:rPr>
        <w:t xml:space="preserve">[48:06] </w:t>
      </w:r>
      <w:r>
        <w:t>yeh sab chezen jo mili hui hain.</w:t>
      </w:r>
    </w:p>
    <w:p>
      <w:pPr>
        <w:jc w:val="right"/>
      </w:pPr>
      <w:r>
        <w:t>یہ سب چیزیں جو ملی ہوئی ہیں۔</w:t>
      </w:r>
    </w:p>
    <w:p>
      <w:r>
        <w:rPr>
          <w:b/>
        </w:rPr>
        <w:t xml:space="preserve">[48:10] </w:t>
      </w:r>
      <w:r>
        <w:t>in sab ke bare mein poocha jaye ga.</w:t>
      </w:r>
    </w:p>
    <w:p>
      <w:pPr>
        <w:jc w:val="right"/>
      </w:pPr>
      <w:r>
        <w:t>ان سب کے بارے میں پوچھا جائے گا۔</w:t>
      </w:r>
    </w:p>
    <w:p>
      <w:r>
        <w:rPr>
          <w:b/>
        </w:rPr>
        <w:t xml:space="preserve">[48:13] </w:t>
      </w:r>
      <w:r>
        <w:t>ke Khuda ki di hui chezen ko tum ne kahan kharch kiya? Khuda ki di hui chezen ko</w:t>
      </w:r>
    </w:p>
    <w:p>
      <w:pPr>
        <w:jc w:val="right"/>
      </w:pPr>
      <w:r>
        <w:t>کہ خدا کی دی ہوئی چیزوں کو تم نے کہاں خرچ کیا؟ خدا کی دی ہوئی چیزوں کو</w:t>
      </w:r>
    </w:p>
    <w:p>
      <w:r>
        <w:rPr>
          <w:b/>
        </w:rPr>
        <w:t xml:space="preserve">[48:17] </w:t>
      </w:r>
      <w:r>
        <w:t>tum ne kahan kharch kiya? j</w:t>
      </w:r>
    </w:p>
    <w:p>
      <w:pPr>
        <w:jc w:val="right"/>
      </w:pPr>
      <w:r>
        <w:t>تم نے کہاں خرچ کیا؟ ج</w:t>
      </w:r>
    </w:p>
    <w:p>
      <w:r>
        <w:rPr>
          <w:b/>
        </w:rPr>
        <w:t xml:space="preserve">[48:21] </w:t>
      </w:r>
      <w:r>
        <w:t>aise ek hadith hai dekhiye.</w:t>
      </w:r>
    </w:p>
    <w:p>
      <w:pPr>
        <w:jc w:val="right"/>
      </w:pPr>
      <w:r>
        <w:t>یسے ایک حدیث ہے دیکھیے۔</w:t>
      </w:r>
    </w:p>
    <w:p>
      <w:r>
        <w:rPr>
          <w:b/>
        </w:rPr>
        <w:t xml:space="preserve">[48:28] </w:t>
      </w:r>
      <w:r>
        <w:t>ke man kan yoman billahi wal yawm al akhir fal yaqul khair an yas mut.</w:t>
      </w:r>
    </w:p>
    <w:p>
      <w:pPr>
        <w:jc w:val="right"/>
      </w:pPr>
      <w:r>
        <w:t>کہ من کان یومن باللہ والیوم الآخر فلیقل خار اور لیثبت۔</w:t>
      </w:r>
    </w:p>
    <w:p>
      <w:r>
        <w:rPr>
          <w:b/>
        </w:rPr>
        <w:t xml:space="preserve">[48:36] </w:t>
      </w:r>
      <w:r>
        <w:t>jo aadmi Allah par aur akhirat ke din par yaqeen rakhta ho.</w:t>
      </w:r>
    </w:p>
    <w:p>
      <w:pPr>
        <w:jc w:val="right"/>
      </w:pPr>
      <w:r>
        <w:t>جو آدمی اللہ پر اور آخرت کے دن پر یقین رکھتا ہو۔</w:t>
      </w:r>
    </w:p>
    <w:p>
      <w:r>
        <w:rPr>
          <w:b/>
        </w:rPr>
        <w:t xml:space="preserve">[48:44] </w:t>
      </w:r>
      <w:r>
        <w:t>to us ko chahiye ke bole to theek theek baat bole ya chup</w:t>
      </w:r>
    </w:p>
    <w:p>
      <w:pPr>
        <w:jc w:val="right"/>
      </w:pPr>
      <w:r>
        <w:t>تو اس کو چاہیے کہ بولے تو ٹھیک ٹھیک بات بولے یا چپ</w:t>
      </w:r>
    </w:p>
    <w:p>
      <w:r>
        <w:rPr>
          <w:b/>
        </w:rPr>
        <w:t xml:space="preserve">[48:51] </w:t>
      </w:r>
      <w:r>
        <w:t>rahay. yani wohi bolay jo sach hai. kuch bhi nahi hai lekin kuch bhi bolay chala jaye kuch bhi bolay chala jaye. yeh kab hota hai? jab aap yeh samjhein ke main bol kar ke chhutti nahi mil gayi. har bola record hai. har bola hua mera jo record hai woh record pesh hoga Allah taala ke saamne. jaise ek qissa mein ne parha tha shuru</w:t>
      </w:r>
    </w:p>
    <w:p>
      <w:pPr>
        <w:jc w:val="right"/>
      </w:pPr>
      <w:r>
        <w:t>رہے۔ یعنی وہی بولے جو سچ ہے۔ کچھ بھی نہیں ہے لیکن کچھ بھی بولے چلا جائے کچھ بھی بولے چلا جائے۔ یہ کب ہوتا ہے؟ جب آپ یہ سمجھیں کہ میں بول کر کے چھٹی نہیں مل گئی۔ ہر بولا ریکارڈ ہے۔ ہر بولا ہوا میرا جو ریکارڈ ہے وہ ریکارڈ پیش ہوگا اللہ تعالیٰ کے سامنے۔ جیسے ایک قصہ میں نے پڑھا تھا شروع</w:t>
      </w:r>
    </w:p>
    <w:p>
      <w:r>
        <w:rPr>
          <w:b/>
        </w:rPr>
        <w:t xml:space="preserve">[49:21] </w:t>
      </w:r>
      <w:r>
        <w:t>zamane mein jab Delhi mein kenar police ke area mein woh lagaya gaya tha.</w:t>
      </w:r>
    </w:p>
    <w:p>
      <w:pPr>
        <w:jc w:val="right"/>
      </w:pPr>
      <w:r>
        <w:t>زمانے میں جب دہلی میں کنار پلیس کے ایریا میں وہ لگایا گیا تھا۔</w:t>
      </w:r>
    </w:p>
    <w:p>
      <w:r>
        <w:rPr>
          <w:b/>
        </w:rPr>
        <w:t xml:space="preserve">[49:26] </w:t>
      </w:r>
      <w:r>
        <w:t>video jo tha us ko kiya system kehte hain lagate hain sarkon par? surveillance.</w:t>
      </w:r>
    </w:p>
    <w:p>
      <w:pPr>
        <w:jc w:val="right"/>
      </w:pPr>
      <w:r>
        <w:t>ویڈیو جو تھا اس کو کیا سسٹم کہتے ہیں لگاتے ہیں سڑکوں پر؟ سرویلنس۔</w:t>
      </w:r>
    </w:p>
    <w:p>
      <w:r>
        <w:rPr>
          <w:b/>
        </w:rPr>
        <w:t xml:space="preserve">[49:31] </w:t>
      </w:r>
      <w:r>
        <w:t>hain? CCTV CCTV.</w:t>
      </w:r>
    </w:p>
    <w:p>
      <w:pPr>
        <w:jc w:val="right"/>
      </w:pPr>
      <w:r>
        <w:t>ہیں؟ سی سی ٹی وی سی سی ٹی وی۔</w:t>
      </w:r>
    </w:p>
    <w:p>
      <w:r>
        <w:rPr>
          <w:b/>
        </w:rPr>
        <w:t xml:space="preserve">[49:36] </w:t>
      </w:r>
      <w:r>
        <w:t>han woh camera lage rehte hain aane jane walon ko record karte rehte hain.</w:t>
      </w:r>
    </w:p>
    <w:p>
      <w:pPr>
        <w:jc w:val="right"/>
      </w:pPr>
      <w:r>
        <w:t>ہاں وہ کیمرے لگے رہتے ہیں آنے جانے والوں کو ریکارڈ کرتے رہتے ہیں۔</w:t>
      </w:r>
    </w:p>
    <w:p>
      <w:r>
        <w:rPr>
          <w:b/>
        </w:rPr>
        <w:t xml:space="preserve">[49:41] </w:t>
      </w:r>
      <w:r>
        <w:t>to ab woh control room mein aik aadmi bahar ko pass karta hai.</w:t>
      </w:r>
    </w:p>
    <w:p>
      <w:pPr>
        <w:jc w:val="right"/>
      </w:pPr>
      <w:r>
        <w:t>تو اب وہ کنٹرول روم میں ایک آدمی باہر کو پاس کرتا ہے۔</w:t>
      </w:r>
    </w:p>
    <w:p>
      <w:r>
        <w:rPr>
          <w:b/>
        </w:rPr>
        <w:t xml:space="preserve">[49:46] </w:t>
      </w:r>
      <w:r>
        <w:t>to aik scooter</w:t>
      </w:r>
    </w:p>
    <w:p>
      <w:pPr>
        <w:jc w:val="right"/>
      </w:pPr>
      <w:r>
        <w:t>تو ایک اسکوٹر</w:t>
      </w:r>
    </w:p>
    <w:p>
      <w:r>
        <w:rPr>
          <w:b/>
        </w:rPr>
        <w:t xml:space="preserve">[49:51] </w:t>
      </w:r>
      <w:r>
        <w:t>wala hai three wheeler wala aaya wahan no parking jahan likha hua tha wahan par khara kar diya</w:t>
      </w:r>
    </w:p>
    <w:p>
      <w:pPr>
        <w:jc w:val="right"/>
      </w:pPr>
      <w:r>
        <w:t>والا ہے تھری ویلر والا آیا وہاں نو پارکنگ جہاں لکھا ہوا تھا وہاں پر کھڑا کر دیا</w:t>
      </w:r>
    </w:p>
    <w:p>
      <w:r>
        <w:rPr>
          <w:b/>
        </w:rPr>
        <w:t xml:space="preserve">[49:56] </w:t>
      </w:r>
      <w:r>
        <w:t>us ne apna scooter.</w:t>
      </w:r>
    </w:p>
    <w:p>
      <w:pPr>
        <w:jc w:val="right"/>
      </w:pPr>
      <w:r>
        <w:t>اس نے اپنا اسکوٹر۔</w:t>
      </w:r>
    </w:p>
    <w:p>
      <w:r>
        <w:rPr>
          <w:b/>
        </w:rPr>
        <w:t xml:space="preserve">[50:00] </w:t>
      </w:r>
      <w:r>
        <w:t>kyun ke us ko koi dost mil gaya tha.</w:t>
      </w:r>
    </w:p>
    <w:p>
      <w:pPr>
        <w:jc w:val="right"/>
      </w:pPr>
      <w:r>
        <w:t>کیوں کہ اس کو کوئی دوست مل گیا تھا۔</w:t>
      </w:r>
    </w:p>
    <w:p>
      <w:r>
        <w:rPr>
          <w:b/>
        </w:rPr>
        <w:t xml:space="preserve">[50:04] </w:t>
      </w:r>
      <w:r>
        <w:t>to scooter khara kiya.</w:t>
      </w:r>
    </w:p>
    <w:p>
      <w:pPr>
        <w:jc w:val="right"/>
      </w:pPr>
      <w:r>
        <w:t>تو اسکوٹر کھڑا کیا۔</w:t>
      </w:r>
    </w:p>
    <w:p>
      <w:r>
        <w:rPr>
          <w:b/>
        </w:rPr>
        <w:t xml:space="preserve">[50:09] </w:t>
      </w:r>
      <w:r>
        <w:t>jeeb se cigarette nikala do.</w:t>
      </w:r>
    </w:p>
    <w:p>
      <w:pPr>
        <w:jc w:val="right"/>
      </w:pPr>
      <w:r>
        <w:t>جیب سے سگریٹ نکالا دو۔</w:t>
      </w:r>
    </w:p>
    <w:p>
      <w:r>
        <w:rPr>
          <w:b/>
        </w:rPr>
        <w:t xml:space="preserve">[50:13] </w:t>
      </w:r>
      <w:r>
        <w:t>aik khud piya aik apne dost ko diya ab yeh sab kar raha hai woh no parking par.</w:t>
      </w:r>
    </w:p>
    <w:p>
      <w:pPr>
        <w:jc w:val="right"/>
      </w:pPr>
      <w:r>
        <w:t>ایک خود پیا ایک اپنے دوست کو دیا اب یہ سب کر رہا ہے وہ نو پارکنگ پر۔</w:t>
      </w:r>
    </w:p>
    <w:p>
      <w:r>
        <w:rPr>
          <w:b/>
        </w:rPr>
        <w:t xml:space="preserve">[50:17] </w:t>
      </w:r>
      <w:r>
        <w:t>ab wahan par aa gaya police wala aik aadmi.</w:t>
      </w:r>
    </w:p>
    <w:p>
      <w:pPr>
        <w:jc w:val="right"/>
      </w:pPr>
      <w:r>
        <w:t>اب وہاں پر آ گیا پولیس والا ایک آدمی۔</w:t>
      </w:r>
    </w:p>
    <w:p>
      <w:r>
        <w:rPr>
          <w:b/>
        </w:rPr>
        <w:t xml:space="preserve">[50:22] </w:t>
      </w:r>
      <w:r>
        <w:t>yeh aik qissa chupa tha is zamanay mein Hindustan Times mein.</w:t>
      </w:r>
    </w:p>
    <w:p>
      <w:pPr>
        <w:jc w:val="right"/>
      </w:pPr>
      <w:r>
        <w:t>یہ ایک قصہ چھپا تھا اس زمانے میں ہندوستان ٹائمز میں۔</w:t>
      </w:r>
    </w:p>
    <w:p>
      <w:r>
        <w:rPr>
          <w:b/>
        </w:rPr>
        <w:t xml:space="preserve">[50:26] </w:t>
      </w:r>
      <w:r>
        <w:t>to police wale ne kaha ke tum ne khare kar rakhi hai gaari yeh yahan yeh to no parking hai.</w:t>
      </w:r>
    </w:p>
    <w:p>
      <w:pPr>
        <w:jc w:val="right"/>
      </w:pPr>
      <w:r>
        <w:t>تو پولیس والے نے کہا کہ تم نے کھڑے کر رکھی ہے گاڑی یہ یہاں یہ تو نو پارکنگ ہے۔</w:t>
      </w:r>
    </w:p>
    <w:p>
      <w:r>
        <w:rPr>
          <w:b/>
        </w:rPr>
        <w:t xml:space="preserve">[50:30] </w:t>
      </w:r>
      <w:r>
        <w:t>to us ne us ko suna nahi police ki baatein koi suna nahi us ko apne dost se</w:t>
      </w:r>
    </w:p>
    <w:p>
      <w:pPr>
        <w:jc w:val="right"/>
      </w:pPr>
      <w:r>
        <w:t>تو اس نے اس کو سنا نہیں پولیس کی باتیں کوئی سنا نہیں اس کو اپنے دوست سے</w:t>
      </w:r>
    </w:p>
    <w:p>
      <w:r>
        <w:rPr>
          <w:b/>
        </w:rPr>
        <w:t xml:space="preserve">[50:35] </w:t>
      </w:r>
      <w:r>
        <w:t>baatein karta raha cigarette peeta raha.</w:t>
      </w:r>
    </w:p>
    <w:p>
      <w:pPr>
        <w:jc w:val="right"/>
      </w:pPr>
      <w:r>
        <w:t>باتیں کرتا رہا سگریٹ پیتا رہا۔</w:t>
      </w:r>
    </w:p>
    <w:p>
      <w:r>
        <w:rPr>
          <w:b/>
        </w:rPr>
        <w:t xml:space="preserve">[50:39] </w:t>
      </w:r>
      <w:r>
        <w:t>to police ne kaha acha theek hai chalo hamare room mein chalo.</w:t>
      </w:r>
    </w:p>
    <w:p>
      <w:pPr>
        <w:jc w:val="right"/>
      </w:pPr>
      <w:r>
        <w:t>تو پولیس نے کہا اچھا ٹھیک ہے چلو ہمارے روم میں چلو۔</w:t>
      </w:r>
    </w:p>
    <w:p>
      <w:r>
        <w:rPr>
          <w:b/>
        </w:rPr>
        <w:t xml:space="preserve">[50:44] </w:t>
      </w:r>
      <w:r>
        <w:t>to us ko room mein le gaya wahan.</w:t>
      </w:r>
    </w:p>
    <w:p>
      <w:pPr>
        <w:jc w:val="right"/>
      </w:pPr>
      <w:r>
        <w:t>تو اس کو روم میں لے گیا وہاں۔</w:t>
      </w:r>
    </w:p>
    <w:p>
      <w:r>
        <w:rPr>
          <w:b/>
        </w:rPr>
        <w:t xml:space="preserve">[50:48] </w:t>
      </w:r>
      <w:r>
        <w:t>wahan afsar baitha hua tha</w:t>
      </w:r>
    </w:p>
    <w:p>
      <w:pPr>
        <w:jc w:val="right"/>
      </w:pPr>
      <w:r>
        <w:t>وہاں افسر بیٹھا ہوا تھا</w:t>
      </w:r>
    </w:p>
    <w:p>
      <w:r>
        <w:rPr>
          <w:b/>
        </w:rPr>
        <w:t xml:space="preserve">[50:52] </w:t>
      </w:r>
      <w:r>
        <w:t>control room mein.</w:t>
      </w:r>
    </w:p>
    <w:p>
      <w:pPr>
        <w:jc w:val="right"/>
      </w:pPr>
      <w:r>
        <w:t>کنٹرول روم میں۔</w:t>
      </w:r>
    </w:p>
    <w:p>
      <w:r>
        <w:rPr>
          <w:b/>
        </w:rPr>
        <w:t xml:space="preserve">[50:56] </w:t>
      </w:r>
      <w:r>
        <w:t>to us ne bataya police wale ne ke aisa kar raha tha yeh.</w:t>
      </w:r>
    </w:p>
    <w:p>
      <w:pPr>
        <w:jc w:val="right"/>
      </w:pPr>
      <w:r>
        <w:t>تو اس نے بتایا پولیس والے نے کہ ایسا کر رہا تھا یہ۔</w:t>
      </w:r>
    </w:p>
    <w:p>
      <w:r>
        <w:rPr>
          <w:b/>
        </w:rPr>
        <w:t xml:space="preserve">[51:00] </w:t>
      </w:r>
      <w:r>
        <w:t>aur woh to khud hi dekh dekh raha tha is par andar woh screen par.</w:t>
      </w:r>
    </w:p>
    <w:p>
      <w:pPr>
        <w:jc w:val="right"/>
      </w:pPr>
      <w:r>
        <w:t>اور وہ تو خود ہی دیکھ دیکھ رہا تھا اس پر اندر وہ سکرین پر۔</w:t>
      </w:r>
    </w:p>
    <w:p>
      <w:r>
        <w:rPr>
          <w:b/>
        </w:rPr>
        <w:t xml:space="preserve">[51:04] </w:t>
      </w:r>
      <w:r>
        <w:t>to wahan jo control room mein jo baitha hua tha us ne kaha ke dekho tum ne yeh</w:t>
      </w:r>
    </w:p>
    <w:p>
      <w:pPr>
        <w:jc w:val="right"/>
      </w:pPr>
      <w:r>
        <w:t>تو وہاں جو کنٹرول روم میں جو بیٹھا ہوا تھا اس نے کہا کہ دیکھو تم نے یہ</w:t>
      </w:r>
    </w:p>
    <w:p>
      <w:r>
        <w:rPr>
          <w:b/>
        </w:rPr>
        <w:t xml:space="preserve">[51:07] </w:t>
      </w:r>
      <w:r>
        <w:t>kya hai ke no parking par apni gaari khari ki.</w:t>
      </w:r>
    </w:p>
    <w:p>
      <w:pPr>
        <w:jc w:val="right"/>
      </w:pPr>
      <w:r>
        <w:t>کیا ہے کہ نو پارکنگ پر اپنی گاڑی کھڑی کی۔</w:t>
      </w:r>
    </w:p>
    <w:p>
      <w:r>
        <w:rPr>
          <w:b/>
        </w:rPr>
        <w:t xml:space="preserve">[51:11] </w:t>
      </w:r>
      <w:r>
        <w:t>wahan par baatein kar rahe ho tum wahan cigarette pi rahe ho.</w:t>
      </w:r>
    </w:p>
    <w:p>
      <w:pPr>
        <w:jc w:val="right"/>
      </w:pPr>
      <w:r>
        <w:t>وہاں پر باتیں کر رہے ہو تم وہاں سگریٹ پی رہے ہو۔</w:t>
      </w:r>
    </w:p>
    <w:p>
      <w:r>
        <w:rPr>
          <w:b/>
        </w:rPr>
        <w:t xml:space="preserve">[51:15] </w:t>
      </w:r>
      <w:r>
        <w:t>kaha nahi nahi main ne aisa kabhi nahi kiya yeh to galat baat hai.</w:t>
      </w:r>
    </w:p>
    <w:p>
      <w:pPr>
        <w:jc w:val="right"/>
      </w:pPr>
      <w:r>
        <w:t>کہا نہیں نہیں میں نے ایسا کبھی نہیں کیا یہ تو غلط بات ہے۔</w:t>
      </w:r>
    </w:p>
    <w:p>
      <w:r>
        <w:rPr>
          <w:b/>
        </w:rPr>
        <w:t xml:space="preserve">[51:19] </w:t>
      </w:r>
      <w:r>
        <w:t>yaani bilkul saaf inkar kar diya us ne</w:t>
      </w:r>
    </w:p>
    <w:p>
      <w:pPr>
        <w:jc w:val="right"/>
      </w:pPr>
      <w:r>
        <w:t>یعنی بالکل صاف انکار کر دیا اس نے</w:t>
      </w:r>
    </w:p>
    <w:p>
      <w:r>
        <w:rPr>
          <w:b/>
        </w:rPr>
        <w:t xml:space="preserve">[51:22] </w:t>
      </w:r>
      <w:r>
        <w:t>۔ to phir us ne screen par jo un ka record tha us ka us ko switch doaiyon replay hone laga woh. ab woh dekh raha hai ke main aata hoon apne ko dekh raha hai woh. ke main gaadi chalata hoon aata hoon. mera dost wahan mil jata hai. main gaadi rokta hoon. cigarette nikalta hoon us ko deta hoon. woh peeta hai main peeta hoon. aur mana kar raha hai woh nahi manta main. yeh sab</w:t>
      </w:r>
    </w:p>
    <w:p>
      <w:pPr>
        <w:jc w:val="right"/>
      </w:pPr>
      <w:r>
        <w:t>۔ تو پھر اس نے اسکرین پر جو ان کا ریکارڈ تھا اس کا اس کو سوئچ دوائیوں ری پلے ہونے لگا وہ۔ اب وہ دیکھ رہا ہے کہ میں آتا ہوں اپنے کو دیکھ رہا ہے وہ۔ کہ میں گاڑی چلاتا ہوں آتا ہوں۔ میرا دوست وہاں مل جاتا ہے۔ میں گاڑی روکتا ہوں۔ سگریٹ نکالتا ہوں اس کو دیتا ہوں۔ وہ پیتا ہے میں پیتا ہوں۔ اور منع کر رہا ہے وہ نہیں مانتا میں۔ یہ سب</w:t>
      </w:r>
    </w:p>
    <w:p>
      <w:r>
        <w:rPr>
          <w:b/>
        </w:rPr>
        <w:t xml:space="preserve">[51:52] </w:t>
      </w:r>
      <w:r>
        <w:t>dekha us ne.</w:t>
      </w:r>
    </w:p>
    <w:p>
      <w:pPr>
        <w:jc w:val="right"/>
      </w:pPr>
      <w:r>
        <w:t>دیکھا اس نے۔</w:t>
      </w:r>
    </w:p>
    <w:p>
      <w:r>
        <w:rPr>
          <w:b/>
        </w:rPr>
        <w:t xml:space="preserve">[51:57] </w:t>
      </w:r>
      <w:r>
        <w:t>to is ka is ka kaha tha ke is mein report karte hue ke bilkul wo chup ho</w:t>
      </w:r>
    </w:p>
    <w:p>
      <w:pPr>
        <w:jc w:val="right"/>
      </w:pPr>
      <w:r>
        <w:t>تو اس کا اس کا کہا تھا کہ اس میں رپورٹ کرتے ہوئے کہ بالکل وہ چپ ہو</w:t>
      </w:r>
    </w:p>
    <w:p>
      <w:r>
        <w:rPr>
          <w:b/>
        </w:rPr>
        <w:t xml:space="preserve">[52:01] </w:t>
      </w:r>
      <w:r>
        <w:t>gaya is bolti band ho gayi is ki.</w:t>
      </w:r>
    </w:p>
    <w:p>
      <w:pPr>
        <w:jc w:val="right"/>
      </w:pPr>
      <w:r>
        <w:t>گیا اس بولتی بند ہو گئی اس کی۔</w:t>
      </w:r>
    </w:p>
    <w:p>
      <w:r>
        <w:rPr>
          <w:b/>
        </w:rPr>
        <w:t xml:space="preserve">[52:06] </w:t>
      </w:r>
      <w:r>
        <w:t>yani jaise hi dekha apne aap ko screen par us ne is ki aik dam zaban khamosh ho</w:t>
      </w:r>
    </w:p>
    <w:p>
      <w:pPr>
        <w:jc w:val="right"/>
      </w:pPr>
      <w:r>
        <w:t>یعنی جیسے ہی دیکھا اپنے آپ کو سکرین پر اس نے اس کی ایک دم زبان خاموش ہو</w:t>
      </w:r>
    </w:p>
    <w:p>
      <w:r>
        <w:rPr>
          <w:b/>
        </w:rPr>
        <w:t xml:space="preserve">[52:10] </w:t>
      </w:r>
      <w:r>
        <w:t>gayi phir bol nahi nikli us ko kuch bhi nahi bol bol paya wo.</w:t>
      </w:r>
    </w:p>
    <w:p>
      <w:pPr>
        <w:jc w:val="right"/>
      </w:pPr>
      <w:r>
        <w:t>گئی پھر بول نہیں نکلی اس کو کچھ بھی نہیں بول بول پایا وہ۔</w:t>
      </w:r>
    </w:p>
    <w:p>
      <w:r>
        <w:rPr>
          <w:b/>
        </w:rPr>
        <w:t xml:space="preserve">[52:15] </w:t>
      </w:r>
      <w:r>
        <w:t>to yeh haal hum mein har shakhs ka hone wala hai.</w:t>
      </w:r>
    </w:p>
    <w:p>
      <w:pPr>
        <w:jc w:val="right"/>
      </w:pPr>
      <w:r>
        <w:t>تو یہ حال ہم میں ہر شخص کا ہونے والا ہے۔</w:t>
      </w:r>
    </w:p>
    <w:p>
      <w:r>
        <w:rPr>
          <w:b/>
        </w:rPr>
        <w:t xml:space="preserve">[52:19] </w:t>
      </w:r>
      <w:r>
        <w:t>mein aksar apne bare mein sochta hoon</w:t>
      </w:r>
    </w:p>
    <w:p>
      <w:pPr>
        <w:jc w:val="right"/>
      </w:pPr>
      <w:r>
        <w:t>میں اکثر اپنے بارے میں سوچتا ہوں</w:t>
      </w:r>
    </w:p>
    <w:p>
      <w:r>
        <w:rPr>
          <w:b/>
        </w:rPr>
        <w:t xml:space="preserve">[52:23] </w:t>
      </w:r>
      <w:r>
        <w:t>—</w:t>
      </w:r>
    </w:p>
    <w:p>
      <w:pPr>
        <w:jc w:val="right"/>
      </w:pPr>
      <w:r>
        <w:t>۔</w:t>
      </w:r>
    </w:p>
    <w:p>
      <w:r>
        <w:rPr>
          <w:b/>
        </w:rPr>
        <w:t xml:space="preserve">[52:28] </w:t>
      </w:r>
      <w:r>
        <w:t>rozana mujhe yeh khabrein milti hain ke mere upar choti baatein phailate rehte hain log.</w:t>
      </w:r>
    </w:p>
    <w:p>
      <w:pPr>
        <w:jc w:val="right"/>
      </w:pPr>
      <w:r>
        <w:t>روزانہ مجھے یہ خبریں ملتی ہیں کہ میرے اوپر چھوٹی باتیں پھیلاتے رہتے ہیں لوگ۔</w:t>
      </w:r>
    </w:p>
    <w:p>
      <w:r>
        <w:rPr>
          <w:b/>
        </w:rPr>
        <w:t xml:space="preserve">[52:32] </w:t>
      </w:r>
      <w:r>
        <w:t>abhi kal mere paas telephone aaya ke aik sahib mere bare mein phaila rahe hain ke mein</w:t>
      </w:r>
    </w:p>
    <w:p>
      <w:pPr>
        <w:jc w:val="right"/>
      </w:pPr>
      <w:r>
        <w:t>ابھی کل میرے پاس ٹیلی فون آیا کہ ایک صاحب میرے بارے میں پھیلا رہے ہیں کہ میں</w:t>
      </w:r>
    </w:p>
    <w:p>
      <w:r>
        <w:rPr>
          <w:b/>
        </w:rPr>
        <w:t xml:space="preserve">[52:36] </w:t>
      </w:r>
      <w:r>
        <w:t>yani islam dushman taqaton ka agent hoon.</w:t>
      </w:r>
    </w:p>
    <w:p>
      <w:pPr>
        <w:jc w:val="right"/>
      </w:pPr>
      <w:r>
        <w:t>یعنی اسلام دشمن طاقتوں کا ایجنٹ ہوں۔</w:t>
      </w:r>
    </w:p>
    <w:p>
      <w:r>
        <w:rPr>
          <w:b/>
        </w:rPr>
        <w:t xml:space="preserve">[52:40] </w:t>
      </w:r>
      <w:r>
        <w:t>dhoom se phaila rahe hain kai log is ko maan bhi rahe hain.</w:t>
      </w:r>
    </w:p>
    <w:p>
      <w:pPr>
        <w:jc w:val="right"/>
      </w:pPr>
      <w:r>
        <w:t>دھوم سے پھیلا رہے ہیں کئی لوگ اس کو مان بھی رہے ہیں۔</w:t>
      </w:r>
    </w:p>
    <w:p>
      <w:r>
        <w:rPr>
          <w:b/>
        </w:rPr>
        <w:t xml:space="preserve">[52:44] </w:t>
      </w:r>
      <w:r>
        <w:t>to mere bare mein saaye to ajeeb baat hai saaye abhi America gaya to wahan bhi yeh sab</w:t>
      </w:r>
    </w:p>
    <w:p>
      <w:pPr>
        <w:jc w:val="right"/>
      </w:pPr>
      <w:r>
        <w:t>تو میرے بارے میں سائے تو عجیب بات ہے سائے ابھی امریکہ گیا تو وہاں بھی یہ سب</w:t>
      </w:r>
    </w:p>
    <w:p>
      <w:r>
        <w:rPr>
          <w:b/>
        </w:rPr>
        <w:t xml:space="preserve">[52:49] </w:t>
      </w:r>
      <w:r>
        <w:t>phaili hui baatein.</w:t>
      </w:r>
    </w:p>
    <w:p>
      <w:pPr>
        <w:jc w:val="right"/>
      </w:pPr>
      <w:r>
        <w:t>پھیلی ہوئی باتیں۔</w:t>
      </w:r>
    </w:p>
    <w:p>
      <w:r>
        <w:rPr>
          <w:b/>
        </w:rPr>
        <w:t xml:space="preserve">[52:53] </w:t>
      </w:r>
      <w:r>
        <w:t>jahan jata hoon wahan phaili hui hoti hain baatein choti baatein bilkul base less baatein.</w:t>
      </w:r>
    </w:p>
    <w:p>
      <w:pPr>
        <w:jc w:val="right"/>
      </w:pPr>
      <w:r>
        <w:t>جہاں جاتا ہوں وہاں پھیلی ہوئی ہوتی ہیں باتیں چھوٹی باتیں بالکل بیس لیس باتیں۔</w:t>
      </w:r>
    </w:p>
    <w:p>
      <w:r>
        <w:rPr>
          <w:b/>
        </w:rPr>
        <w:t xml:space="preserve">[52:57] </w:t>
      </w:r>
      <w:r>
        <w:t>to agar in ko yeh pata ho ke yeh jo bol rahe hain jo yeh baatein phaila rahe hain.</w:t>
      </w:r>
    </w:p>
    <w:p>
      <w:pPr>
        <w:jc w:val="right"/>
      </w:pPr>
      <w:r>
        <w:t>تو اگر ان کو یہ پتہ ہو کہ یہ جو بول رہے ہیں جو یہ باتیں پھیلا رہے ہیں۔</w:t>
      </w:r>
    </w:p>
    <w:p>
      <w:r>
        <w:rPr>
          <w:b/>
        </w:rPr>
        <w:t xml:space="preserve">[53:03] </w:t>
      </w:r>
      <w:r>
        <w:t>yeh sab record ho rahi hain record jis tarah is is aadmi ki baat record ho rahi thi.</w:t>
      </w:r>
    </w:p>
    <w:p>
      <w:pPr>
        <w:jc w:val="right"/>
      </w:pPr>
      <w:r>
        <w:t>یہ سب ریکارڈ ہو رہی ہیں ریکارڈ جس طرح اس اس آدمی کی بات ریکارڈ ہو رہی تھی۔</w:t>
      </w:r>
    </w:p>
    <w:p>
      <w:r>
        <w:rPr>
          <w:b/>
        </w:rPr>
        <w:t xml:space="preserve">[53:10] </w:t>
      </w:r>
      <w:r>
        <w:t>three wheeler wala jo tha us ko pata nahi tha ke meri baat record ho rahi hai.</w:t>
      </w:r>
    </w:p>
    <w:p>
      <w:pPr>
        <w:jc w:val="right"/>
      </w:pPr>
      <w:r>
        <w:t>تھری ویلر والا جو تھا اس کو پتہ نہیں تھا کہ میری بات ریکارڈ ہو رہی ہے۔</w:t>
      </w:r>
    </w:p>
    <w:p>
      <w:r>
        <w:rPr>
          <w:b/>
        </w:rPr>
        <w:t xml:space="preserve">[53:16] </w:t>
      </w:r>
      <w:r>
        <w:t>to hum jo kuch bolte hain hadith quran majeed mein hai ke dono har aadmi ke dono kandhe</w:t>
      </w:r>
    </w:p>
    <w:p>
      <w:pPr>
        <w:jc w:val="right"/>
      </w:pPr>
      <w:r>
        <w:t>تو ہم جو کچھ بولتے ہیں حدیث قرآن مجید میں ہے کہ دونوں ہر آدمی کے دونوں کندھے</w:t>
      </w:r>
    </w:p>
    <w:p>
      <w:r>
        <w:rPr>
          <w:b/>
        </w:rPr>
        <w:t xml:space="preserve">[53:23] </w:t>
      </w:r>
      <w:r>
        <w:t>kandhe par farishtay hote hain.</w:t>
      </w:r>
    </w:p>
    <w:p>
      <w:pPr>
        <w:jc w:val="right"/>
      </w:pPr>
      <w:r>
        <w:t>کندھے پر فرشتے ہوتے ہیں۔</w:t>
      </w:r>
    </w:p>
    <w:p>
      <w:r>
        <w:rPr>
          <w:b/>
        </w:rPr>
        <w:t xml:space="preserve">[53:29] </w:t>
      </w:r>
      <w:r>
        <w:t>har aadmi ke saath do farishtay record karne ke liye. jo aadmi bolta hai jo kuch karta hai har cheez record kar raha hai woh. aap ghaur kijiye ke aadmi yeh soche ke kis tarah se main kisi ke khilaf jhooti jhooti baat phailata raha. baseless baatein phailata raha. kisi ko kisi ke khilaf na</w:t>
      </w:r>
    </w:p>
    <w:p>
      <w:pPr>
        <w:jc w:val="right"/>
      </w:pPr>
      <w:r>
        <w:t>ہر آدمی کے ساتھ دو فرشتے ریکارڈ کرنے کے لیے۔ جو آدمی بولتا ہے جو کچھ کرتا ہے ہر چیز ریکارڈ کر رہا ہے وہ۔ آپ غور کیجیے کہ آدمی یہ سوچے کہ کس طرح سے میں کسی کے خلاف جھوٹی جھوٹی بات پھیلاتا رہا۔ بیس لیس باتیں پھیلاتا رہا۔ کسی کو کسی کے خلاف نا</w:t>
      </w:r>
    </w:p>
    <w:p>
      <w:r>
        <w:rPr>
          <w:b/>
        </w:rPr>
        <w:t xml:space="preserve">[53:59] </w:t>
      </w:r>
      <w:r>
        <w:t>insaafi karta raha. to us waqt jab Allah taala ke saamne pahunchega wahan woh screen khol di jayegi wahan ke dekho yeh yeh tum karte rahe. wahan inkar karega wahan bhi inkar karega woh. lekin jab khol di jayegi wahan par wohi hoga.</w:t>
      </w:r>
    </w:p>
    <w:p>
      <w:pPr>
        <w:jc w:val="right"/>
      </w:pPr>
      <w:r>
        <w:t>انصافی کرتا رہا۔ تو اس وقت جب اللہ تعالیٰ کے سامنے پہنچے گا وہاں وہ سکرین کھول دی جائے گی وہاں کہ دیکھو یہ یہ تم کرتے رہے۔ وہاں انکار کرے گا وہاں بھی انکار کرے گا وہ۔ لیکن جب کھول دی جائے گی وہاں پر وہی ہو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