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God and Man (In Conversation with Maulana) 01 04 07</w:t>
      </w:r>
    </w:p>
    <w:p>
      <w:r>
        <w:t>https://www.youtube.com/watch?v=2HlIEnmDdPo</w:t>
      </w:r>
    </w:p>
    <w:p>
      <w:r>
        <w:rPr>
          <w:b/>
        </w:rPr>
        <w:t xml:space="preserve">[00:11] </w:t>
      </w:r>
      <w:r>
        <w:t>This question is from Aisha. What is Shukr and how can Shukr be inculcated within us?</w:t>
      </w:r>
    </w:p>
    <w:p>
      <w:pPr>
        <w:jc w:val="right"/>
      </w:pPr>
      <w:r>
        <w:t>This question is from Aisha. What is Shukr and how can Shukr be inculcated within us?</w:t>
      </w:r>
    </w:p>
    <w:p>
      <w:r>
        <w:rPr>
          <w:b/>
        </w:rPr>
        <w:t xml:space="preserve">[00:25] </w:t>
      </w:r>
      <w:r>
        <w:t>dekhye,</w:t>
      </w:r>
    </w:p>
    <w:p>
      <w:pPr>
        <w:jc w:val="right"/>
      </w:pPr>
      <w:r>
        <w:t>देखिये,</w:t>
      </w:r>
    </w:p>
    <w:p>
      <w:r>
        <w:rPr>
          <w:b/>
        </w:rPr>
        <w:t xml:space="preserve">[00:29] </w:t>
      </w:r>
      <w:r>
        <w:t>Shukr jo hai, ek to yeh hai ke log munh se bolte rehte hain, "Alhamdulillah, Alhamdulillah, Alhamdulillah." to main sochta hoon ke yeh bhi Shukr hai, lekin yeh lip service hai. bada Shukr nahi hai.</w:t>
      </w:r>
    </w:p>
    <w:p>
      <w:pPr>
        <w:jc w:val="right"/>
      </w:pPr>
      <w:r>
        <w:t>Shukr जो है, एक तो यह है कि लोग मुँह से बोलते रहते हैं, "अल्हम्दुलिल्लाह, अल्हम्दुलिल्लाह, अल्हम्दुलिल्लाह।" तो मैं सोचता हूँ कि यह भी Shukr है, लेकिन यह lip service है। बड़ा Shukr नहीं है।</w:t>
      </w:r>
    </w:p>
    <w:p>
      <w:r>
        <w:rPr>
          <w:b/>
        </w:rPr>
        <w:t xml:space="preserve">[00:45] </w:t>
      </w:r>
      <w:r>
        <w:t>Shukr ke liye dekhye, ek baat yeh arz karoon ke woh hadith mein hai, "Man lam yashkur al-nas lam yashkur Allah."</w:t>
      </w:r>
    </w:p>
    <w:p>
      <w:pPr>
        <w:jc w:val="right"/>
      </w:pPr>
      <w:r>
        <w:t>Shukr के लिए देखिये, एक बात यह अर्ज़ करूँ कि वो हदीस में है, "من لم يشكر الناس لم يشكر الله।"</w:t>
      </w:r>
    </w:p>
    <w:p>
      <w:r>
        <w:rPr>
          <w:b/>
        </w:rPr>
        <w:t xml:space="preserve">[00:55] </w:t>
      </w:r>
      <w:r>
        <w:t>jo aadmi insaan ko acknowledge nahi karega, woh Khuda ko bhi acknowledge nahi karega. to Shukr karna</w:t>
      </w:r>
    </w:p>
    <w:p>
      <w:pPr>
        <w:jc w:val="right"/>
      </w:pPr>
      <w:r>
        <w:t>जो आदमी इंसान को acknowledge नहीं करेगा, वह ख़ुदा को भी acknowledge नहीं करेगा। तो Shukr करना</w:t>
      </w:r>
    </w:p>
    <w:p>
      <w:r>
        <w:rPr>
          <w:b/>
        </w:rPr>
        <w:t xml:space="preserve">[01:03] </w:t>
      </w:r>
      <w:r>
        <w:t>kya hai? Acknowledge karna hai. jitna bada aap ko badi aap ko blessing hai, utni hi badi aap ko acknowledge karna chahiye. Blessing to bahut badi ho, aap kahein, "Alhamdulillah," to yeh kya hua?</w:t>
      </w:r>
    </w:p>
    <w:p>
      <w:pPr>
        <w:jc w:val="right"/>
      </w:pPr>
      <w:r>
        <w:t>क्या है? Acknowledge करना है। जितना बड़ा आपको बड़ी आपको blessing है, उतनी ही बड़ी आपको acknowledge करना चाहिए। Blessing तो बहुत बड़ी हो, आप कहें, "अल्हम्दुलिल्लाह," तो यह क्या हुआ?</w:t>
      </w:r>
    </w:p>
    <w:p>
      <w:r>
        <w:rPr>
          <w:b/>
        </w:rPr>
        <w:t xml:space="preserve">[01:24] </w:t>
      </w:r>
      <w:r>
        <w:t>to zyada tar main samjhaoon ke us ke liye aap ko intellectual base apne andar banani padegi. tab bada Shukr niklega.</w:t>
      </w:r>
    </w:p>
    <w:p>
      <w:pPr>
        <w:jc w:val="right"/>
      </w:pPr>
      <w:r>
        <w:t>तो ज्यादातर मैं समझाऊँ कि उसके लिए आपको intellectual base अपने अंदर बनानी पड़ेगी। तब बड़ा Shukr निकलेगा।</w:t>
      </w:r>
    </w:p>
    <w:p>
      <w:r>
        <w:rPr>
          <w:b/>
        </w:rPr>
        <w:t xml:space="preserve">[01:34] </w:t>
      </w:r>
      <w:r>
        <w:t>baghair intellectual base banaye hue, sirf "Alhamdulillah" yaad kar lein aap, to is se Shukr bada nahi nikal sakta. woh intellectual base kya hai?</w:t>
      </w:r>
    </w:p>
    <w:p>
      <w:pPr>
        <w:jc w:val="right"/>
      </w:pPr>
      <w:r>
        <w:t>बगैर intellectual base बनाए हुए, सिर्फ़ "अल्हम्दुलिल्लाह" याद कर लें आप, तो इससे Shukr बड़ा नहीं निकल सकता। वह intellectual base क्या है?</w:t>
      </w:r>
    </w:p>
    <w:p>
      <w:r>
        <w:rPr>
          <w:b/>
        </w:rPr>
        <w:t xml:space="preserve">[01:48] </w:t>
      </w:r>
      <w:r>
        <w:t>ek taraf to aap yeh sochein ke Khuda ka jo life support system hai, Khuda ne jo banaya hai duniya mein, life support system jo kaha jata hai, woh kitna bada hai.</w:t>
      </w:r>
    </w:p>
    <w:p>
      <w:pPr>
        <w:jc w:val="right"/>
      </w:pPr>
      <w:r>
        <w:t>एक तरफ़ तो आप यह सोचें कि ख़ुदा का जो life support system है, ख़ुदा ने जो बनाया है दुनिया में, life support system जो कहा जाता है, वह कितना बड़ा है।</w:t>
      </w:r>
    </w:p>
    <w:p>
      <w:r>
        <w:rPr>
          <w:b/>
        </w:rPr>
        <w:t xml:space="preserve">[02:01] </w:t>
      </w:r>
      <w:r>
        <w:t>suraj se lekar samundar tak,</w:t>
      </w:r>
    </w:p>
    <w:p>
      <w:pPr>
        <w:jc w:val="right"/>
      </w:pPr>
      <w:r>
        <w:t>सूरज से लेकर समुद्र तक,</w:t>
      </w:r>
    </w:p>
    <w:p>
      <w:r>
        <w:rPr>
          <w:b/>
        </w:rPr>
        <w:t xml:space="preserve">[02:05] </w:t>
      </w:r>
      <w:r>
        <w:t>billion-billion cheezain jo hain, mujhe support kar rahi hain.</w:t>
      </w:r>
    </w:p>
    <w:p>
      <w:pPr>
        <w:jc w:val="right"/>
      </w:pPr>
      <w:r>
        <w:t>बिलियन-बिलियन चीज़ें जो हैं, मुझे support कर रही हैं।</w:t>
      </w:r>
    </w:p>
    <w:p>
      <w:r>
        <w:rPr>
          <w:b/>
        </w:rPr>
        <w:t xml:space="preserve">[02:08] </w:t>
      </w:r>
      <w:r>
        <w:t>tab main zameen par chalta hoon, tab main koi kaam karta hoon.</w:t>
      </w:r>
    </w:p>
    <w:p>
      <w:pPr>
        <w:jc w:val="right"/>
      </w:pPr>
      <w:r>
        <w:t>तब मैं ज़मीन पर चलता हूँ, तब मैं कोई काम करता हूँ।</w:t>
      </w:r>
    </w:p>
    <w:p>
      <w:r>
        <w:rPr>
          <w:b/>
        </w:rPr>
        <w:t xml:space="preserve">[02:13] </w:t>
      </w:r>
      <w:r>
        <w:t>to jitna zyada aap life support system ki</w:t>
      </w:r>
    </w:p>
    <w:p>
      <w:pPr>
        <w:jc w:val="right"/>
      </w:pPr>
      <w:r>
        <w:t>तो जितना ज़्यादा आप life support system की</w:t>
      </w:r>
    </w:p>
    <w:p>
      <w:r>
        <w:rPr>
          <w:b/>
        </w:rPr>
        <w:t xml:space="preserve">[02:19] </w:t>
      </w:r>
      <w:r>
        <w:t>gehrai mein jayenge, utni zyada aapke andar Khuda ke bare mein</w:t>
      </w:r>
    </w:p>
    <w:p>
      <w:pPr>
        <w:jc w:val="right"/>
      </w:pPr>
      <w:r>
        <w:t>गहराई में जाएँगे, उतनी ज़्यादा आपके अंदर ख़ुदा के बारे में</w:t>
      </w:r>
    </w:p>
    <w:p>
      <w:r>
        <w:rPr>
          <w:b/>
        </w:rPr>
        <w:t xml:space="preserve">[02:24] </w:t>
      </w:r>
      <w:r>
        <w:t>paida hoga shukr ka, shukr ki spirit.</w:t>
      </w:r>
    </w:p>
    <w:p>
      <w:pPr>
        <w:jc w:val="right"/>
      </w:pPr>
      <w:r>
        <w:t>पैदा होगा Shukr का, Shukr की spirit।</w:t>
      </w:r>
    </w:p>
    <w:p>
      <w:r>
        <w:rPr>
          <w:b/>
        </w:rPr>
        <w:t xml:space="preserve">[02:28] </w:t>
      </w:r>
      <w:r>
        <w:t>tab jo aap kahenge, "Alhamdulillah," to woh bohat bada "Alhamdulillah" hoga.</w:t>
      </w:r>
    </w:p>
    <w:p>
      <w:pPr>
        <w:jc w:val="right"/>
      </w:pPr>
      <w:r>
        <w:t>तब जो आप कहेंगे, "अल्हम्दुलिल्लाह," तो वह बहुत बड़ा "अल्हम्दुलिल्लाह" होगा।</w:t>
      </w:r>
    </w:p>
    <w:p>
      <w:r>
        <w:rPr>
          <w:b/>
        </w:rPr>
        <w:t xml:space="preserve">[02:32] </w:t>
      </w:r>
      <w:r>
        <w:t>woh bohat bada hoga.</w:t>
      </w:r>
    </w:p>
    <w:p>
      <w:pPr>
        <w:jc w:val="right"/>
      </w:pPr>
      <w:r>
        <w:t>वह बहुत बड़ा होगा।</w:t>
      </w:r>
    </w:p>
    <w:p>
      <w:r>
        <w:rPr>
          <w:b/>
        </w:rPr>
        <w:t xml:space="preserve">[02:37] </w:t>
      </w:r>
      <w:r>
        <w:t>to isi tarah se insaan ke bare mein bhi,</w:t>
      </w:r>
    </w:p>
    <w:p>
      <w:pPr>
        <w:jc w:val="right"/>
      </w:pPr>
      <w:r>
        <w:t>तो इसी तरह से इंसान के बारे में भी,</w:t>
      </w:r>
    </w:p>
    <w:p>
      <w:r>
        <w:rPr>
          <w:b/>
        </w:rPr>
        <w:t xml:space="preserve">[02:40] </w:t>
      </w:r>
      <w:r>
        <w:t>jaisa ki isse pehle main keh chuka hoon ki insaan ke bare mein,</w:t>
      </w:r>
    </w:p>
    <w:p>
      <w:pPr>
        <w:jc w:val="right"/>
      </w:pPr>
      <w:r>
        <w:t>जैसा कि इससे पहले मैं कह चुका हूँ कि इंसान के बारे में,</w:t>
      </w:r>
    </w:p>
    <w:p>
      <w:r>
        <w:rPr>
          <w:b/>
        </w:rPr>
        <w:t xml:space="preserve">[02:44] </w:t>
      </w:r>
      <w:r>
        <w:t>ki aap sochein ki aap jo kuch bhi aaj kar rahe hain, to woh civilizational support hai jise aap kar pa rahe hain. jaise ek paper hai,</w:t>
      </w:r>
    </w:p>
    <w:p>
      <w:pPr>
        <w:jc w:val="right"/>
      </w:pPr>
      <w:r>
        <w:t>कि आप सोचें कि आप जो कुछ भी आज कर रहे हैं, तो वह civilizational support है जिसे आप कर पा रहे हैं। जैसे एक paper है,</w:t>
      </w:r>
    </w:p>
    <w:p>
      <w:r>
        <w:rPr>
          <w:b/>
        </w:rPr>
        <w:t xml:space="preserve">[03:00] </w:t>
      </w:r>
      <w:r>
        <w:t>yeh paper humne ek rupaye mein do rupaye mein khareed liya, halanki yeh billion rupaye ka, billion dollar</w:t>
      </w:r>
    </w:p>
    <w:p>
      <w:pPr>
        <w:jc w:val="right"/>
      </w:pPr>
      <w:r>
        <w:t>यह paper हमने एक रुपये में दो रुपये में ख़रीद लिया, हालाँकि यह बिलियन रुपये का, बिलियन डॉलर</w:t>
      </w:r>
    </w:p>
    <w:p>
      <w:r>
        <w:rPr>
          <w:b/>
        </w:rPr>
        <w:t xml:space="preserve">[03:06] </w:t>
      </w:r>
      <w:r>
        <w:t>ka hai. Yeh billion dollar bhi nahi mil sakta.</w:t>
      </w:r>
    </w:p>
    <w:p>
      <w:pPr>
        <w:jc w:val="right"/>
      </w:pPr>
      <w:r>
        <w:t>का है। यह बिलियन डॉलर भी नहीं मिल सकता।</w:t>
      </w:r>
    </w:p>
    <w:p>
      <w:r>
        <w:rPr>
          <w:b/>
        </w:rPr>
        <w:t xml:space="preserve">[03:08] </w:t>
      </w:r>
      <w:r>
        <w:t>yeh kyunki insaan ne bohat hazaron saal se struggle kiya hai.</w:t>
      </w:r>
    </w:p>
    <w:p>
      <w:pPr>
        <w:jc w:val="right"/>
      </w:pPr>
      <w:r>
        <w:t>यह क्योंकि इंसान ने बहुत हज़ारों साल से struggle किया है।</w:t>
      </w:r>
    </w:p>
    <w:p>
      <w:r>
        <w:rPr>
          <w:b/>
        </w:rPr>
        <w:t xml:space="preserve">[03:17] </w:t>
      </w:r>
      <w:r>
        <w:t>tab paper bana, tab ink bani, tab technology bani, tab printing press bana, tab communication bana.</w:t>
      </w:r>
    </w:p>
    <w:p>
      <w:pPr>
        <w:jc w:val="right"/>
      </w:pPr>
      <w:r>
        <w:t>तब paper बना, तब ink बनी, तब technology बनी, तब printing press बना, तब communication बना।</w:t>
      </w:r>
    </w:p>
    <w:p>
      <w:r>
        <w:rPr>
          <w:b/>
        </w:rPr>
        <w:t xml:space="preserve">[03:27] </w:t>
      </w:r>
      <w:r>
        <w:t>maine library mein jo pehle zamane ki book hoti thi, jo haath se likha jata tha,</w:t>
      </w:r>
    </w:p>
    <w:p>
      <w:pPr>
        <w:jc w:val="right"/>
      </w:pPr>
      <w:r>
        <w:t>मैंने library में जो पहले ज़माने की book होती थी, जो हाथ से लिखा जाता था,</w:t>
      </w:r>
    </w:p>
    <w:p>
      <w:r>
        <w:rPr>
          <w:b/>
        </w:rPr>
        <w:t xml:space="preserve">[03:33] </w:t>
      </w:r>
      <w:r>
        <w:t>haath se banta tha paper, to uska jo paper hota hai, woh kya hota hai?</w:t>
      </w:r>
    </w:p>
    <w:p>
      <w:pPr>
        <w:jc w:val="right"/>
      </w:pPr>
      <w:r>
        <w:t>हाथ से बनता था paper, तो उसका जो paper होता है, वह क्या होता है?</w:t>
      </w:r>
    </w:p>
    <w:p>
      <w:r>
        <w:rPr>
          <w:b/>
        </w:rPr>
        <w:t xml:space="preserve">[03:39] </w:t>
      </w:r>
      <w:r>
        <w:t>woh aisa thodi hota hai jaisa ki yeh paper hai. yeh paper ko banne ke liye hazaron saal lage.</w:t>
      </w:r>
    </w:p>
    <w:p>
      <w:pPr>
        <w:jc w:val="right"/>
      </w:pPr>
      <w:r>
        <w:t>वह ऐसा थोड़ी होता है जैसा कि यह paper है। यह paper को बनने के लिए हज़ारों साल लगे।</w:t>
      </w:r>
    </w:p>
    <w:p>
      <w:r>
        <w:rPr>
          <w:b/>
        </w:rPr>
        <w:t xml:space="preserve">[03:49] </w:t>
      </w:r>
      <w:r>
        <w:t>har cheez, har cheez, har cheez. to insaan ka jo jo woh hai, jo majmooi jo insaan ki koshish hai, usi ko kehte hain civilization. to isi ko main keh raha hoon ki civilizational support aapko mili hui hai. tab aapke paas ghar hai, tab aapke paas car hai, tab aap safar karte hain, tab aapke paas radio hai, tab aapke paas mobile hai,</w:t>
      </w:r>
    </w:p>
    <w:p>
      <w:pPr>
        <w:jc w:val="right"/>
      </w:pPr>
      <w:r>
        <w:t>हर चीज़, हर चीज़, हर चीज़। तो इंसान का जो जो वह है, जो مجموعी जो इंसान की कोशिश है, उसी को कहते हैं civilization। तो इसी को मैं कह रहा हूँ कि civilizational support आपको मिली हुई है। तब आपके पास घर है, तब आपके पास कार है, तब आप सफ़र करते हैं, तब आपके पास radio है, तब आपके पास मोबाइल है,</w:t>
      </w:r>
    </w:p>
    <w:p>
      <w:r>
        <w:rPr>
          <w:b/>
        </w:rPr>
        <w:t xml:space="preserve">[04:14] </w:t>
      </w:r>
      <w:r>
        <w:t>tab aapke paas yeh kapda, har cheez. to jab aap sochein ki itne saare insaan hazaron saal se mehnat karte rahe, tab mujhe yeh sab cheezein mili hain,</w:t>
      </w:r>
    </w:p>
    <w:p>
      <w:pPr>
        <w:jc w:val="right"/>
      </w:pPr>
      <w:r>
        <w:t>तब आपके पास यह कपड़ा, हर चीज़। तो जब आप सोचें कि इतने सारे इंसान हज़ारों साल से मेहनत करते रहे, तब मुझे यह सब चीज़ें मिली हैं,</w:t>
      </w:r>
    </w:p>
    <w:p>
      <w:r>
        <w:rPr>
          <w:b/>
        </w:rPr>
        <w:t xml:space="preserve">[04:27] </w:t>
      </w:r>
      <w:r>
        <w:t>to Khuda ka jo qaim kiya hua natural support system hai, usko aap jitna zyada sochenge, utna hi</w:t>
      </w:r>
    </w:p>
    <w:p>
      <w:pPr>
        <w:jc w:val="right"/>
      </w:pPr>
      <w:r>
        <w:t>तो ख़ुदा का जो कायम किया हुआ natural support system है, उसको आप जितना ज़्यादा सोचेंगे, उतना ही</w:t>
      </w:r>
    </w:p>
    <w:p>
      <w:r>
        <w:rPr>
          <w:b/>
        </w:rPr>
        <w:t xml:space="preserve">[04:33] </w:t>
      </w:r>
      <w:r>
        <w:t>Khuda ka shukr aapke andar aayega.</w:t>
      </w:r>
    </w:p>
    <w:p>
      <w:pPr>
        <w:jc w:val="right"/>
      </w:pPr>
      <w:r>
        <w:t>ख़ुदा का शुक्र आपके अंदर आएगा।</w:t>
      </w:r>
    </w:p>
    <w:p>
      <w:r>
        <w:rPr>
          <w:b/>
        </w:rPr>
        <w:t xml:space="preserve">[04:35] </w:t>
      </w:r>
      <w:r>
        <w:t>aur insaan ka jo banaya hua civilizational support system hai, usko jitna aap sochenge, utna hi insaan ke</w:t>
      </w:r>
    </w:p>
    <w:p>
      <w:pPr>
        <w:jc w:val="right"/>
      </w:pPr>
      <w:r>
        <w:t>और इंसान का जो बनाया हुआ civilizational support system है, उसको जितना आप सोचेंगे, उतना ही इंसान के</w:t>
      </w:r>
    </w:p>
    <w:p>
      <w:r>
        <w:rPr>
          <w:b/>
        </w:rPr>
        <w:t xml:space="preserve">[04:41] </w:t>
      </w:r>
      <w:r>
        <w:t>bare mein shukr paida hoga.</w:t>
      </w:r>
    </w:p>
    <w:p>
      <w:pPr>
        <w:jc w:val="right"/>
      </w:pPr>
      <w:r>
        <w:t>बारे में शुक्र पैदा होगा।</w:t>
      </w:r>
    </w:p>
    <w:p>
      <w:r>
        <w:rPr>
          <w:b/>
        </w:rPr>
        <w:t xml:space="preserve">[04:44] </w:t>
      </w:r>
      <w:r>
        <w:t>isiliye farmaya ki "man lam yashkur al-nas lam yashkur Allah."</w:t>
      </w:r>
    </w:p>
    <w:p>
      <w:pPr>
        <w:jc w:val="right"/>
      </w:pPr>
      <w:r>
        <w:t>इसीलिए फ़रमाया कि "من لم يشكر الناس لم يشكر الله।"</w:t>
      </w:r>
    </w:p>
    <w:p>
      <w:r>
        <w:rPr>
          <w:b/>
        </w:rPr>
        <w:t xml:space="preserve">[04:49] </w:t>
      </w:r>
      <w:r>
        <w:t>jo insaan ka shukr nahi karega, woh Khuda ka bhi shukr nahi karega.</w:t>
      </w:r>
    </w:p>
    <w:p>
      <w:pPr>
        <w:jc w:val="right"/>
      </w:pPr>
      <w:r>
        <w:t>जो इंसान का शुक्र नहीं करेगा, वह ख़ुदा का भी शुक्र नहीं करेगा।</w:t>
      </w:r>
    </w:p>
    <w:p>
      <w:r>
        <w:rPr>
          <w:b/>
        </w:rPr>
        <w:t xml:space="preserve">[04:54] </w:t>
      </w:r>
      <w:r>
        <w:t>to agar aap chahte hain ki woh super ibadat aap karein, jis ko shukr kaha gaya hai,</w:t>
      </w:r>
    </w:p>
    <w:p>
      <w:pPr>
        <w:jc w:val="right"/>
      </w:pPr>
      <w:r>
        <w:t>तो अगर आप चाहते हैं कि वह super عبادत आप करें, जिसको शुक्र कहा गया है,</w:t>
      </w:r>
    </w:p>
    <w:p>
      <w:r>
        <w:rPr>
          <w:b/>
        </w:rPr>
        <w:t xml:space="preserve">[04:59] </w:t>
      </w:r>
      <w:r>
        <w:t>shukr to bahut badi ibadat hai, to aapko apne andar uske liye intellectual base banani padegi. Intellectual preparedness banana, intellectually apne ko prepare karna padega. aapko tab jaakar ke woh shukr niklega aapke munh se.</w:t>
      </w:r>
    </w:p>
    <w:p>
      <w:pPr>
        <w:jc w:val="right"/>
      </w:pPr>
      <w:r>
        <w:t>शुक्र तो बहुत बड़ी عبادत है, तो आपको अपने अंदर उसके लिए intellectual base बनानी पड़ेगी। Intellectual preparedness बनाना, intellectually अपने को prepare करना पड़ेगा। आपको तब जाकर के वह शुक्र निकलेगा आपके मुँह से।</w:t>
      </w:r>
    </w:p>
    <w:p>
      <w:r>
        <w:rPr>
          <w:b/>
        </w:rPr>
        <w:t xml:space="preserve">[05:20] </w:t>
      </w:r>
      <w:r>
        <w:t>This question is from Idris. Today is Prophet's birthday. What is the appropriate way to observe this day?</w:t>
      </w:r>
    </w:p>
    <w:p>
      <w:pPr>
        <w:jc w:val="right"/>
      </w:pPr>
      <w:r>
        <w:t>This question is from Idris. Today is Prophet's birthday. What is the appropriate way to observe this day?</w:t>
      </w:r>
    </w:p>
    <w:p>
      <w:r>
        <w:rPr>
          <w:b/>
        </w:rPr>
        <w:t xml:space="preserve">[05:30] </w:t>
      </w:r>
      <w:r>
        <w:t>What is the? Appropriate way to observe? Way? Yes.</w:t>
      </w:r>
    </w:p>
    <w:p>
      <w:pPr>
        <w:jc w:val="right"/>
      </w:pPr>
      <w:r>
        <w:t>What is the? Appropriate way to observe? Way? Yes.</w:t>
      </w:r>
    </w:p>
    <w:p>
      <w:r>
        <w:rPr>
          <w:b/>
        </w:rPr>
        <w:t xml:space="preserve">[05:42] </w:t>
      </w:r>
      <w:r>
        <w:t>bhai, dekhie,</w:t>
      </w:r>
    </w:p>
    <w:p>
      <w:pPr>
        <w:jc w:val="right"/>
      </w:pPr>
      <w:r>
        <w:t>भाई, देखिये,</w:t>
      </w:r>
    </w:p>
    <w:p>
      <w:r>
        <w:rPr>
          <w:b/>
        </w:rPr>
        <w:t xml:space="preserve">[05:48] </w:t>
      </w:r>
      <w:r>
        <w:t>generally kya hota hai aaj ke din ki Prophet ka charcha karte hain log, usmein naatein padhte hain, fazail bayan karte hain, aur sarwar-e-kaenat, fakhr-e-maujudat,</w:t>
      </w:r>
    </w:p>
    <w:p>
      <w:pPr>
        <w:jc w:val="right"/>
      </w:pPr>
      <w:r>
        <w:t>generally क्या होता है आज के दिन कि Prophet का चर्चा करते हैं लोग, उसमें नातें पढ़ते हैं, فضائل بیان کرتے हैं, और سرور کائنات، فخر موجودات،</w:t>
      </w:r>
    </w:p>
    <w:p>
      <w:r>
        <w:rPr>
          <w:b/>
        </w:rPr>
        <w:t xml:space="preserve">[06:02] </w:t>
      </w:r>
      <w:r>
        <w:t>aur saare alam ka yani nizam ka Rasool Allah chala rahe hain. ab isko keh kar ke aap pride lete hain, pride, to yeh sab mein dekhein, bilkul baseless hai.</w:t>
      </w:r>
    </w:p>
    <w:p>
      <w:pPr>
        <w:jc w:val="right"/>
      </w:pPr>
      <w:r>
        <w:t>اور سارے عالم کا یعنی نظام کا رسول اللہ چلا رہے ہیں۔ اب اس کو کہہ کر کے آپ pride لیتے ہیں, pride, تو یہ سب میں دیکھیں, بالکل baseless ہے۔</w:t>
      </w:r>
    </w:p>
    <w:p>
      <w:r>
        <w:rPr>
          <w:b/>
        </w:rPr>
        <w:t xml:space="preserve">[06:15] </w:t>
      </w:r>
      <w:r>
        <w:t>ekdam hi baseless hai. koi Quran mein, na hadith mein, na is par koi reward milne wala hai. kuch bhi nahi. cheez yeh hai ki Rasool Allah ko bataya gaya Quran mein uswa.</w:t>
      </w:r>
    </w:p>
    <w:p>
      <w:pPr>
        <w:jc w:val="right"/>
      </w:pPr>
      <w:r>
        <w:t>ایکदम ہی baseless ہے۔ کوئی قرآن میں, نہ حدیث میں, نہ اس پر کوئی reward ملنے والا ہے۔ کچھ بھی نہیں۔ چیز یہ ہے کہ رسول اللہ کو بتایا گیا قرآن میں اسوہ۔</w:t>
      </w:r>
    </w:p>
    <w:p>
      <w:r>
        <w:rPr>
          <w:b/>
        </w:rPr>
        <w:t xml:space="preserve">[06:26] </w:t>
      </w:r>
      <w:r>
        <w:t>Laqad kana lakum fi Rasool Allah uswatun hasanah yani model. model. to main samajhta hoon ki aaj sabse zyada zaroori yeh hai ki hum compare karein apne aaj ki zindagi ko Rasool Allah ki zindagi se.</w:t>
      </w:r>
    </w:p>
    <w:p>
      <w:pPr>
        <w:jc w:val="right"/>
      </w:pPr>
      <w:r>
        <w:t>لقد کان لکم فی رسول اللہ اسوۃ حسنہ یعنی ماڈل۔ ماڈل۔ تو میں سمجھتا ہوں کہ آج سب سے زیادہ ضروری یہ ہے کہ ہم compare کریں اپنے آج کی زندگی کو رسول اللہ کی زندگی سے۔</w:t>
      </w:r>
    </w:p>
    <w:p>
      <w:r>
        <w:rPr>
          <w:b/>
        </w:rPr>
        <w:t xml:space="preserve">[06:43] </w:t>
      </w:r>
      <w:r>
        <w:t>yeh sabse bada kaam hai. matlab isko main kahunga ki aaj ka din hai introspection ka din hai. aaj ka din hai reassessment ka din hai.</w:t>
      </w:r>
    </w:p>
    <w:p>
      <w:pPr>
        <w:jc w:val="right"/>
      </w:pPr>
      <w:r>
        <w:t>یہ سب سے بڑا کام ہے۔ مطلب اس کو میں کہوں گا کہ آج کا دن ہے introspection کا دن ہے۔ آج کا دن ہے reassessment کا دن ہے۔</w:t>
      </w:r>
    </w:p>
    <w:p>
      <w:r>
        <w:rPr>
          <w:b/>
        </w:rPr>
        <w:t xml:space="preserve">[06:52] </w:t>
      </w:r>
      <w:r>
        <w:t>aaj ka din hai reexamination ka din hai. ki what was wrong with us?</w:t>
      </w:r>
    </w:p>
    <w:p>
      <w:pPr>
        <w:jc w:val="right"/>
      </w:pPr>
      <w:r>
        <w:t>آج کا دن ہے reexamination کا دن ہے۔ کہ what was wrong with us؟</w:t>
      </w:r>
    </w:p>
    <w:p>
      <w:r>
        <w:rPr>
          <w:b/>
        </w:rPr>
        <w:t xml:space="preserve">[06:59] </w:t>
      </w:r>
      <w:r>
        <w:t>kyun aisa hai ki Rasool Allah ke uswa ko pakad kar ke aur log jo the pehle, unhein kamyabi mili aur aaj hum duniya mein zaleel-o-khawar ho rahe hain?</w:t>
      </w:r>
    </w:p>
    <w:p>
      <w:pPr>
        <w:jc w:val="right"/>
      </w:pPr>
      <w:r>
        <w:t>کیوں ایسا ہے کہ رسول اللہ کے اسوہ کو پکڑ کر کے اور لوگ جو تھے پہلے، انہیں کامیابی ملی اور آج ہم دنیا میں ذلیل و خوار ہو رہے ہیں؟</w:t>
      </w:r>
    </w:p>
    <w:p>
      <w:r>
        <w:rPr>
          <w:b/>
        </w:rPr>
        <w:t xml:space="preserve">[07:08] </w:t>
      </w:r>
      <w:r>
        <w:t>to bajaye iske ki aap naatein padh kar ke aur Rasool Allah ke yani fazail bayan kar ke aur qisse kahaniyan, baseless kahaniyan bayan kar ke khush hon, yeh sab bilkul bekar hai.</w:t>
      </w:r>
    </w:p>
    <w:p>
      <w:pPr>
        <w:jc w:val="right"/>
      </w:pPr>
      <w:r>
        <w:t>تو بجائے اس کے کہ آپ نعتیں پڑھ کر کے اور رسول اللہ کے یعنی فضائل بیان کر کے اور قصے کہانیاں، baseless کہانیاں بیان کر کے خوش ہوں، یہ سب بالکل بیکار ہے۔</w:t>
      </w:r>
    </w:p>
    <w:p>
      <w:r>
        <w:rPr>
          <w:b/>
        </w:rPr>
        <w:t xml:space="preserve">[07:22] </w:t>
      </w:r>
      <w:r>
        <w:t>aap baithiye reassess karne ke liye. aur reassessment yahi hai ki apni zindagi ko aap compare kar ke dekhiye Rasool Allah ki zindagi se ki kya zindagi unki thi, kya zindagi hamari hai.</w:t>
      </w:r>
    </w:p>
    <w:p>
      <w:pPr>
        <w:jc w:val="right"/>
      </w:pPr>
      <w:r>
        <w:t>آپ بیٹھیے reassess کرنے کے لیے۔ اور reassessment یہی ہے کہ اپنی زندگی کو آپ compare کر کے دیکھیے رسول اللہ کی زندگی سے کہ کیا زندگی ان کی تھی، کیا زندگی ہماری ہے۔</w:t>
      </w:r>
    </w:p>
    <w:p>
      <w:r>
        <w:rPr>
          <w:b/>
        </w:rPr>
        <w:t xml:space="preserve">[07:37] </w:t>
      </w:r>
      <w:r>
        <w:t>jaise aaj maine bataya aap ko ki Rasool Allah ka tareeqa yeh tha ki negative situation ya negative experience aap ko hua to aap ne positive response diya.</w:t>
      </w:r>
    </w:p>
    <w:p>
      <w:pPr>
        <w:jc w:val="right"/>
      </w:pPr>
      <w:r>
        <w:t>جیسے آج میں نے بتایا آپ کو کہ رسول اللہ کا طریقہ یہ تھا کہ negative situation یا negative experience آپ کو ہوا تو آپ نے positive response دیا۔</w:t>
      </w:r>
    </w:p>
    <w:p>
      <w:r>
        <w:rPr>
          <w:b/>
        </w:rPr>
        <w:t xml:space="preserve">[07:49] </w:t>
      </w:r>
      <w:r>
        <w:t>aaj aap kya ulta kar rahe hain? aap</w:t>
      </w:r>
    </w:p>
    <w:p>
      <w:pPr>
        <w:jc w:val="right"/>
      </w:pPr>
      <w:r>
        <w:t>آج آپ کیا الٹا کر رہے ہیں؟ آپ</w:t>
      </w:r>
    </w:p>
    <w:p>
      <w:r>
        <w:rPr>
          <w:b/>
        </w:rPr>
        <w:t xml:space="preserve">[07:52] </w:t>
      </w:r>
      <w:r>
        <w:t>hum ulta kar rahe hain. har negative experience ka negative response hai. aap poori poori hamari is dauraniye ki yani main samajhta hoon kam az kam do sau saal ki jo history hai Musalmanon ki, woh kya hai</w:t>
      </w:r>
    </w:p>
    <w:p>
      <w:pPr>
        <w:jc w:val="right"/>
      </w:pPr>
      <w:r>
        <w:t>ہم الٹا کر رہے ہیں۔ ہر negative experience کا negative response ہے۔ آپ پوری پوری ہماری اس دورانیے کی یعنی میں سمجھتا ہوں کم از کم دو سو سال کی جو history ہے مسلمانوں کی، وہ کیا ہے</w:t>
      </w:r>
    </w:p>
    <w:p>
      <w:r>
        <w:rPr>
          <w:b/>
        </w:rPr>
        <w:t xml:space="preserve">[08:07] </w:t>
      </w:r>
      <w:r>
        <w:t>? sab jo hai negative reaction. bas aur kuch bhi nahi hai. to sabse zyada zaroori hai ki is baat ko hum yani maane.</w:t>
      </w:r>
    </w:p>
    <w:p>
      <w:pPr>
        <w:jc w:val="right"/>
      </w:pPr>
      <w:r>
        <w:t>؟ سب جو ہے negative reaction۔ بس اور کچھ بھی نہیں ہے۔ تو سب سے زیادہ ضروری ہے کہ اس بات کو ہم یعنی مانیں۔</w:t>
      </w:r>
    </w:p>
    <w:p>
      <w:r>
        <w:rPr>
          <w:b/>
        </w:rPr>
        <w:t xml:space="preserve">[08:19] </w:t>
      </w:r>
      <w:r>
        <w:t>mein samajhta hoon ke sab se bara tareeqa yeh hai ke aap keh sakein ke we were wrong. We were wrong.</w:t>
      </w:r>
    </w:p>
    <w:p>
      <w:pPr>
        <w:jc w:val="right"/>
      </w:pPr>
      <w:r>
        <w:t>میں سمجھتا ہوں کہ سب سے بڑا طریقہ یہ ہے کہ آپ کہہ سکیں کہ we were wrong۔ We were wrong۔</w:t>
      </w:r>
    </w:p>
    <w:p>
      <w:r>
        <w:rPr>
          <w:b/>
        </w:rPr>
        <w:t xml:space="preserve">[08:27] </w:t>
      </w:r>
      <w:r>
        <w:t>We are not followers of Muhammad. Yeh hum keh sakein aaj ke din. Tab mein samajhta hoon ke bar</w:t>
      </w:r>
    </w:p>
    <w:p>
      <w:pPr>
        <w:jc w:val="right"/>
      </w:pPr>
      <w:r>
        <w:t>We are not followers of محمد۔ یہ ہم کہہ سکیں آج کے دن۔ تب میں سمجھتا ہوں کہ بار بل بنایا ورنہ ہم اس سے pride کا وہ pride لیں اس سے اور خوش ہوں نعتیں پڑھ پڑھ کر کے اور آپ کے baseless کہانیاں بنا رکھی ہیں لوگوں نے بہت ساری۔</w:t>
      </w:r>
    </w:p>
    <w:p>
      <w:r>
        <w:rPr>
          <w:b/>
        </w:rPr>
        <w:t xml:space="preserve">[08:53] </w:t>
      </w:r>
      <w:r>
        <w:t>Is mein hum is ko khush hon is ko parh parh kar ke aur log speeches dete hain, fiery speeches.</w:t>
      </w:r>
    </w:p>
    <w:p>
      <w:pPr>
        <w:jc w:val="right"/>
      </w:pPr>
      <w:r>
        <w:t>اس میں ہم اس کو خوش ہوں اس کو پڑھ پڑھ کر کے اور لوگ speeches دیتے ہیں، fiery speeches۔</w:t>
      </w:r>
    </w:p>
    <w:p>
      <w:r>
        <w:rPr>
          <w:b/>
        </w:rPr>
        <w:t xml:space="preserve">[09:03] </w:t>
      </w:r>
      <w:r>
        <w:t>Yeh sab bilkul bekar kaam hai. To mein yeh kahoon ga ke aaj ke din musalman yeh karein to wahi sahi hoga bar reliable ke apne aap ko compare karein rasool Allah se ke rasool Allah model thay, us woh thay ke hum kahan ghalti kar rakhi hai hum ne aur is ka correction, apne ko theek karna.</w:t>
      </w:r>
    </w:p>
    <w:p>
      <w:pPr>
        <w:jc w:val="right"/>
      </w:pPr>
      <w:r>
        <w:t>یہ سب بالکل بیکار کام ہے۔ تو میں یہ کہوں گا کہ آج کے دن مسلمان یہ کریں تو وہی صحیح ہوگا bar reliable کہ اپنے آپ کو compare کریں رسول اللہ سے کہ رسول اللہ ماڈل تھے، اسوہ تھے کہ ہم کہاں غلطی کر رکھی ہے ہم نے اور اس کا correction، اپنے کو ٹھیک کرنا۔</w:t>
      </w:r>
    </w:p>
    <w:p>
      <w:r>
        <w:rPr>
          <w:b/>
        </w:rPr>
        <w:t xml:space="preserve">[09:32] </w:t>
      </w:r>
      <w:r>
        <w:t>Yehi hai sahi tor par bar reliable.</w:t>
      </w:r>
    </w:p>
    <w:p>
      <w:pPr>
        <w:jc w:val="right"/>
      </w:pPr>
      <w:r>
        <w:t>یہی ہے صحیح طور پر bar reliable۔</w:t>
      </w:r>
    </w:p>
    <w:p>
      <w:r>
        <w:rPr>
          <w:b/>
        </w:rPr>
        <w:t xml:space="preserve">[09:37] </w:t>
      </w:r>
      <w:r>
        <w:t>Maulana, many people believe that on the day of judgment, Prophets of different times will intercede for their ummah and save them from the hellfire.</w:t>
      </w:r>
    </w:p>
    <w:p>
      <w:pPr>
        <w:jc w:val="right"/>
      </w:pPr>
      <w:r>
        <w:t>مولانا، many people believe that on the day of judgment, Prophets of different times will intercede for their ummah and save them from the hellfire۔</w:t>
      </w:r>
    </w:p>
    <w:p>
      <w:r>
        <w:rPr>
          <w:b/>
        </w:rPr>
        <w:t xml:space="preserve">[09:47] </w:t>
      </w:r>
      <w:r>
        <w:t>How far is this true?</w:t>
      </w:r>
    </w:p>
    <w:p>
      <w:pPr>
        <w:jc w:val="right"/>
      </w:pPr>
      <w:r>
        <w:t>How far is this true؟</w:t>
      </w:r>
    </w:p>
    <w:p>
      <w:r>
        <w:rPr>
          <w:b/>
        </w:rPr>
        <w:t xml:space="preserve">[09:49] </w:t>
      </w:r>
      <w:r>
        <w:t>Achha, yeh bilkul baseless baat hai. Yeh baseless mein kahoon ke bilkul jhooti baat hai yeh. Yani is koi surprise ka nahi hai.</w:t>
      </w:r>
    </w:p>
    <w:p>
      <w:pPr>
        <w:jc w:val="right"/>
      </w:pPr>
      <w:r>
        <w:t>اچھا، یہ بالکل baseless بات ہے۔ یہ baseless میں کہوں کہ بالکل جھوٹی بات ہے یہ۔ یعنی اس کوئی سرپرائز کا نہیں ہے۔</w:t>
      </w:r>
    </w:p>
    <w:p>
      <w:r>
        <w:rPr>
          <w:b/>
        </w:rPr>
        <w:t xml:space="preserve">[09:59] </w:t>
      </w:r>
      <w:r>
        <w:t>Koi surprise nahi hai. Yani aap jo dekhiye ke itni bari baat logon ne garh rakhi hai aur is ko speeches mein batate hain, halanke very first chapter of the Quran is against this kind of notion.</w:t>
      </w:r>
    </w:p>
    <w:p>
      <w:pPr>
        <w:jc w:val="right"/>
      </w:pPr>
      <w:r>
        <w:t>کوئی سرپرائز نہیں ہے۔ یعنی آپ جو دیکھیے کہ اتنی بڑی بات لوگوں نے گڑھ رکھی ہے اور اس کو speeches میں بتاتے ہیں، حالانکہ very first chapter of the قرآن is against this kind of notion۔</w:t>
      </w:r>
    </w:p>
    <w:p>
      <w:r>
        <w:rPr>
          <w:b/>
        </w:rPr>
        <w:t xml:space="preserve">[10:16] </w:t>
      </w:r>
      <w:r>
        <w:t>Malik-e-Yumiddin, Khuda akela day of judgment ka malik hai. Lord of the day of jud</w:t>
      </w:r>
    </w:p>
    <w:p>
      <w:pPr>
        <w:jc w:val="right"/>
      </w:pPr>
      <w:r>
        <w:t>مالک یوم الدین، خدا اکیلا day of judgment کا مالک ہے۔ Lord of the day of jud</w:t>
      </w:r>
    </w:p>
    <w:p>
      <w:r>
        <w:rPr>
          <w:b/>
        </w:rPr>
        <w:t xml:space="preserve">[10:23] </w:t>
      </w:r>
      <w:r>
        <w:t>gment. Pehle hi pehle hi chapter mein. Pehle hi chapter jo hai Alhamdulillah Rabbil Alameen. Malik-e-Yumiddin.</w:t>
      </w:r>
    </w:p>
    <w:p>
      <w:pPr>
        <w:jc w:val="right"/>
      </w:pPr>
      <w:r>
        <w:t>gment۔ پہلے ہی پہلے ہی chapter میں۔ پہلے ہی chapter جو ہے الحمدللہ رب العالمین۔ مالک یوم الدین۔</w:t>
      </w:r>
    </w:p>
    <w:p>
      <w:r>
        <w:rPr>
          <w:b/>
        </w:rPr>
        <w:t xml:space="preserve">[10:34] </w:t>
      </w:r>
      <w:r>
        <w:t>Pehle hi chapter mein likha hua hai ke Khuda jo hai Lord of the day of judgment hai. Sahi ke yeh sab jo bana rakhe hain logon ne, yeh sab to baseless aqeeday hain aur kisi ko bhi, kisi bhi Prophet ko yeh haq nahi hai ke woh gate par khara ho jaye aur kahe ke chalo jo hamare sath, jis ko chahe andar kare, jis ko aap bahar karein.</w:t>
      </w:r>
    </w:p>
    <w:p>
      <w:pPr>
        <w:jc w:val="right"/>
      </w:pPr>
      <w:r>
        <w:t>پہلے ہی chapter میں لکھا ہوا ہے کہ خدا جو ہے Lord of the day of judgment ہے۔ صحیح کہ یہ سب جو بنا رکھے ہیں لوگوں نے، یہ سب تو baseless عقیدے ہیں اور کسی کو بھی، کسی بھی Prophet کو یہ حق نہیں ہے کہ وہ gate پر کھڑا ہو جائے اور کہے کہ چلو جو ہمارے ساتھ، جس کو چاہے اندر کرے، جس کو آپ باہر کریں۔</w:t>
      </w:r>
    </w:p>
    <w:p>
      <w:r>
        <w:rPr>
          <w:b/>
        </w:rPr>
        <w:t xml:space="preserve">[10:58] </w:t>
      </w:r>
      <w:r>
        <w:t>Yeh sab bilkul Khuda ko ko ghussa dilana hai. Khuda ko ghussa dilana hai. Jaise ke yeh log jo kehte hain, log kehte hain yeh coo kar liya hai, coo.</w:t>
      </w:r>
    </w:p>
    <w:p>
      <w:pPr>
        <w:jc w:val="right"/>
      </w:pPr>
      <w:r>
        <w:t>یہ سب بالکل خدا کو کو غصہ دلانا ہے۔ خدا کو غصہ دلانا ہے۔ جیسے کہ یہ لوگ جو کہتے ہیں، لوگ کہتے ہیں یہ coo کر لیا ہے، coo۔</w:t>
      </w:r>
    </w:p>
    <w:p>
      <w:r>
        <w:rPr>
          <w:b/>
        </w:rPr>
        <w:t xml:space="preserve">[11:12] </w:t>
      </w:r>
      <w:r>
        <w:t>Khuda ko dethrone kar ke qabza kar liya hai.</w:t>
      </w:r>
    </w:p>
    <w:p>
      <w:pPr>
        <w:jc w:val="right"/>
      </w:pPr>
      <w:r>
        <w:t>خدا کو dethrone کر کے قبضہ کر لیا ہے۔</w:t>
      </w:r>
    </w:p>
    <w:p>
      <w:r>
        <w:rPr>
          <w:b/>
        </w:rPr>
        <w:t xml:space="preserve">[11:17] </w:t>
      </w:r>
      <w:r>
        <w:t>Sahi hai, koi baat hai yeh?</w:t>
      </w:r>
    </w:p>
    <w:p>
      <w:pPr>
        <w:jc w:val="right"/>
      </w:pPr>
      <w:r>
        <w:t>صحیح ہے، کوئی بات ہے یہ؟</w:t>
      </w:r>
    </w:p>
    <w:p>
      <w:r>
        <w:rPr>
          <w:b/>
        </w:rPr>
        <w:t xml:space="preserve">[11:21] </w:t>
      </w:r>
      <w:r>
        <w:t>Kuch nahi, sab bilkul nahi. Sari Prophet jo thay, simply woh guide thay, bas guide. Aur kuch nahi. Koi power in ko Khuda ne nahi diya tha.</w:t>
      </w:r>
    </w:p>
    <w:p>
      <w:pPr>
        <w:jc w:val="right"/>
      </w:pPr>
      <w:r>
        <w:t>کچھ نہیں، سب بالکل نہیں۔ سارے Prophet جو تھے، simply وہ guide تھے، بس guide۔ اور کچھ نہیں۔ کوئی power ان کو خدا نے نہیں دیا تھا۔</w:t>
      </w:r>
    </w:p>
    <w:p>
      <w:r>
        <w:rPr>
          <w:b/>
        </w:rPr>
        <w:t xml:space="preserve">[11:32] </w:t>
      </w:r>
      <w:r>
        <w:t>Power sirf Khuda ke paas hai. Wal amru yawma idhin lillah. Yani day of judgment ke baray mein Quran mein aya hai ke wal amru yawma idhin lillah.</w:t>
      </w:r>
    </w:p>
    <w:p>
      <w:pPr>
        <w:jc w:val="right"/>
      </w:pPr>
      <w:r>
        <w:t>Power صرف خدا کے پاس ہے۔ والامر یومئذ لله۔ یعنی day of judgment کے بارے میں قرآن میں آیا ہے کہ والامر یومئذ لله۔</w:t>
      </w:r>
    </w:p>
    <w:p>
      <w:r>
        <w:rPr>
          <w:b/>
        </w:rPr>
        <w:t xml:space="preserve">[11:41] </w:t>
      </w:r>
      <w:r>
        <w:t>Is din sara amr Khuda ke hath mein hoga. Kis ke hath mein nahi hoga?</w:t>
      </w:r>
    </w:p>
    <w:p>
      <w:pPr>
        <w:jc w:val="right"/>
      </w:pPr>
      <w:r>
        <w:t>اس دن سارا امر خدا کے ہاتھ میں ہوگا۔ کس کے ہاتھ میں نہیں ہوگا؟</w:t>
      </w:r>
    </w:p>
    <w:p>
      <w:r>
        <w:rPr>
          <w:b/>
        </w:rPr>
        <w:t xml:space="preserve">[11:50] </w:t>
      </w:r>
      <w:r>
        <w:t>Man yashfa'u indahu illa bi idhnih. Yeh sab bilkul jhooti baatein hain. Koi bhi itna powerful nahi ke coo kar ke Khuda ke throat par qabza kar le. Aisa kabhi possible nahi hai.</w:t>
      </w:r>
    </w:p>
    <w:p>
      <w:pPr>
        <w:jc w:val="right"/>
      </w:pPr>
      <w:r>
        <w:t>منزل یشفعون دونا بالذی۔ یہ سب بالکل جھوٹی باتیں ہیں۔ کوئی بھی اتنا powerful نہیں کہ coo کر کے خدا کے throat پر قبضہ کر لے۔ ایسا کبھی possible نہیں ہے۔</w:t>
      </w:r>
    </w:p>
    <w:p>
      <w:r>
        <w:rPr>
          <w:b/>
        </w:rPr>
        <w:t xml:space="preserve">[12:02] </w:t>
      </w:r>
      <w:r>
        <w:t>Maulana, can you throw more light on the spiritual dimension of the Prophet's life? Ji? Can you throw more light on the spiritual dimension of the Prophet's life?</w:t>
      </w:r>
    </w:p>
    <w:p>
      <w:pPr>
        <w:jc w:val="right"/>
      </w:pPr>
      <w:r>
        <w:t>مولانا، can you throw more light on the spiritual dimension of the Prophet's life؟ جی؟ Can you throw more light on the spiritual dimension of the Prophet's life؟</w:t>
      </w:r>
    </w:p>
    <w:p>
      <w:r>
        <w:rPr>
          <w:b/>
        </w:rPr>
        <w:t xml:space="preserve">[12:12] </w:t>
      </w:r>
      <w:r>
        <w:t>Haan, yeh achha question hai. Azm spirituality ka jo definition hai, wahi ek nahi hai.</w:t>
      </w:r>
    </w:p>
    <w:p>
      <w:pPr>
        <w:jc w:val="right"/>
      </w:pPr>
      <w:r>
        <w:t>ہاں، یہ اچھا question ہے۔ عزم spirituality کا جو definition ہے، وہی ایک نہیں ہے۔</w:t>
      </w:r>
    </w:p>
    <w:p>
      <w:r>
        <w:rPr>
          <w:b/>
        </w:rPr>
        <w:t xml:space="preserve">[12:23] </w:t>
      </w:r>
      <w:r>
        <w:t>Jab tak aap spirituality ko define na kar lein, is question ko samajh nahi sakte hain.</w:t>
      </w:r>
    </w:p>
    <w:p>
      <w:pPr>
        <w:jc w:val="right"/>
      </w:pPr>
      <w:r>
        <w:t>جب تک آپ spirituality کو define نہ کر لیں، اس question کو سمجھ نہیں سکتے ہیں۔</w:t>
      </w:r>
    </w:p>
    <w:p>
      <w:r>
        <w:rPr>
          <w:b/>
        </w:rPr>
        <w:t xml:space="preserve">[12:34] </w:t>
      </w:r>
      <w:r>
        <w:t>To jahan tak mein samajhta hoon, there are two definitions of spirituality.</w:t>
      </w:r>
    </w:p>
    <w:p>
      <w:pPr>
        <w:jc w:val="right"/>
      </w:pPr>
      <w:r>
        <w:t>تو جہاں تک میں سمجھتا ہوں، there are two definitions of spirituality۔</w:t>
      </w:r>
    </w:p>
    <w:p>
      <w:r>
        <w:rPr>
          <w:b/>
        </w:rPr>
        <w:t xml:space="preserve">[12:46] </w:t>
      </w:r>
      <w:r>
        <w:t>Ek yeh hai ke</w:t>
      </w:r>
    </w:p>
    <w:p>
      <w:pPr>
        <w:jc w:val="right"/>
      </w:pPr>
      <w:r>
        <w:t>ایک یہ ہے کہ</w:t>
      </w:r>
    </w:p>
    <w:p>
      <w:r>
        <w:rPr>
          <w:b/>
        </w:rPr>
        <w:t xml:space="preserve">[12:50] </w:t>
      </w:r>
      <w:r>
        <w:t>Woh cheez jis ko hum kehte hain ecstasy ya wajd, woh woh cheez mil jaye. Aadmi ko yani sarmasti, wajd, ecstasy.</w:t>
      </w:r>
    </w:p>
    <w:p>
      <w:pPr>
        <w:jc w:val="right"/>
      </w:pPr>
      <w:r>
        <w:t>وہ چیز جس کو ہم کہتے ہیں ecstasy یا وجد، وہ وہ چیز مل جائے۔ آدمی کو یعنی سرمستی، وجد، ecstasy۔</w:t>
      </w:r>
    </w:p>
    <w:p>
      <w:r>
        <w:rPr>
          <w:b/>
        </w:rPr>
        <w:t xml:space="preserve">[13:03] </w:t>
      </w:r>
      <w:r>
        <w:t>aik spirituality ka yeh hai. yeh Islamic spirituality nahi hai. na Rasool Allah ki spirituality yeh thi. Rasool Allah ki jo spirituality thi, that is based on mind.</w:t>
      </w:r>
    </w:p>
    <w:p>
      <w:pPr>
        <w:jc w:val="right"/>
      </w:pPr>
      <w:r>
        <w:t>ایک spirituality کا یہ ہے۔ یہ Islamic spirituality نہیں ہے۔ نہ رسول اللہ کی spirituality یہ تھی۔ رسول اللہ کی جو spirituality تھی، that is based on mind۔</w:t>
      </w:r>
    </w:p>
    <w:p>
      <w:r>
        <w:rPr>
          <w:b/>
        </w:rPr>
        <w:t xml:space="preserve">[13:18] </w:t>
      </w:r>
      <w:r>
        <w:t>Intellectual spirituality thi woh. Intellectual spirituality. to is ka jo aik hi, main jahan tak maine samjha hai, is ka aik hi formula tha.</w:t>
      </w:r>
    </w:p>
    <w:p>
      <w:pPr>
        <w:jc w:val="right"/>
      </w:pPr>
      <w:r>
        <w:t>Intellectual spirituality تھی وہ۔ Intellectual spirituality۔ تو اس کا جو ایک ہی، میں جہاں تک میں نے سمجھا ہے، اس کا ایک ہی فارمولا تھا۔</w:t>
      </w:r>
    </w:p>
    <w:p>
      <w:r>
        <w:rPr>
          <w:b/>
        </w:rPr>
        <w:t xml:space="preserve">[13:33] </w:t>
      </w:r>
      <w:r>
        <w:t>woh tha distractions apnay ko bachana. bas. koi bhi cheez jo aap ke concentration mein rukawat daale.</w:t>
      </w:r>
    </w:p>
    <w:p>
      <w:pPr>
        <w:jc w:val="right"/>
      </w:pPr>
      <w:r>
        <w:t>وہ تھا distractions اپنے کو بچانا۔ بس۔ کوئی بھی چیز جو آپ کے concentration میں رکاوٹ ڈالے۔</w:t>
      </w:r>
    </w:p>
    <w:p>
      <w:r>
        <w:rPr>
          <w:b/>
        </w:rPr>
        <w:t xml:space="preserve">[13:43] </w:t>
      </w:r>
      <w:r>
        <w:t>Concentration kis baat ka?</w:t>
      </w:r>
    </w:p>
    <w:p>
      <w:pPr>
        <w:jc w:val="right"/>
      </w:pPr>
      <w:r>
        <w:t>Concentration کس بات کا؟</w:t>
      </w:r>
    </w:p>
    <w:p>
      <w:r>
        <w:rPr>
          <w:b/>
        </w:rPr>
        <w:t xml:space="preserve">[13:45] </w:t>
      </w:r>
      <w:r>
        <w:t>yani truth ka, Khuda ka, paradise ka. isi mein soch mein laga rahe aadmi. koi bhi jo usay distract kare, to isi wahi wahi spirituality wahan bug hoti hai.</w:t>
      </w:r>
    </w:p>
    <w:p>
      <w:pPr>
        <w:jc w:val="right"/>
      </w:pPr>
      <w:r>
        <w:t>یعنی truth کا، خدا کا، paradise کا۔ اسی میں سوچ میں لگا رہے آدمی۔ کوئی بھی جو اسے distract کرے، تو اسی وہی وہی spirituality وہاں bug ہوتی ہے۔</w:t>
      </w:r>
    </w:p>
    <w:p>
      <w:r>
        <w:rPr>
          <w:b/>
        </w:rPr>
        <w:t xml:space="preserve">[14:01] </w:t>
      </w:r>
      <w:r>
        <w:t>to main jahan tak samajh paya hoon Rasool Allah ki spirituality ka mamla, woh yeh hai ke aadmi ke andar spirituality ka bhandar hai, apnay aap.</w:t>
      </w:r>
    </w:p>
    <w:p>
      <w:pPr>
        <w:jc w:val="right"/>
      </w:pPr>
      <w:r>
        <w:t>تو میں جہاں تک سمجھ پایا ہوں رسول اللہ کی spirituality کا معاملہ، وہ یہ ہے کہ آدمی کے اندر spirituality کا بھنڈار ہے، اپنے آپ۔</w:t>
      </w:r>
    </w:p>
    <w:p>
      <w:r>
        <w:rPr>
          <w:b/>
        </w:rPr>
        <w:t xml:space="preserve">[14:10] </w:t>
      </w:r>
      <w:r>
        <w:t>bhandar is sense mein ke be-panah solace bhari hui hai is ke andar. solace.</w:t>
      </w:r>
    </w:p>
    <w:p>
      <w:pPr>
        <w:jc w:val="right"/>
      </w:pPr>
      <w:r>
        <w:t>بھنڈار اس sense میں کہ بے پناہ سولس بھری ہوئی ہے اس کے اندر۔ سولس۔</w:t>
      </w:r>
    </w:p>
    <w:p>
      <w:r>
        <w:rPr>
          <w:b/>
        </w:rPr>
        <w:t xml:space="preserve">[14:22] </w:t>
      </w:r>
      <w:r>
        <w:t>aur woh us ko unfold karna hai aap ko. bas. to main samajhta hoon ke poori life aap ki jo hai woh unfolding process mein chalna chahiye.</w:t>
      </w:r>
    </w:p>
    <w:p>
      <w:pPr>
        <w:jc w:val="right"/>
      </w:pPr>
      <w:r>
        <w:t>اور وہ اس کو unfold کرنا ہے آپ کو۔ بس۔ تو میں سمجھتا ہوں کہ پوری life آپ کی جو ہے وہ unfolding process میں چلنا چاہیے۔</w:t>
      </w:r>
    </w:p>
    <w:p>
      <w:r>
        <w:rPr>
          <w:b/>
        </w:rPr>
        <w:t xml:space="preserve">[14:32] </w:t>
      </w:r>
      <w:r>
        <w:t>Without any slightest distraction.</w:t>
      </w:r>
    </w:p>
    <w:p>
      <w:pPr>
        <w:jc w:val="right"/>
      </w:pPr>
      <w:r>
        <w:t>Without any slightest distraction۔</w:t>
      </w:r>
    </w:p>
    <w:p>
      <w:r>
        <w:rPr>
          <w:b/>
        </w:rPr>
        <w:t xml:space="preserve">[14:38] </w:t>
      </w:r>
      <w:r>
        <w:t>jaise main aik misaal deta hoon aap ko</w:t>
      </w:r>
    </w:p>
    <w:p>
      <w:pPr>
        <w:jc w:val="right"/>
      </w:pPr>
      <w:r>
        <w:t>جیسے میں ایک مثال دیتا ہوں آپ کو</w:t>
      </w:r>
    </w:p>
    <w:p>
      <w:r>
        <w:rPr>
          <w:b/>
        </w:rPr>
        <w:t xml:space="preserve">[14:43] </w:t>
      </w:r>
      <w:r>
        <w:t>ke Rasool Allah jis us mein rehte the, yani aaj kal ke lehaz se room kehna to galat hoga, is liye ke woh to hut hota tha, hut.</w:t>
      </w:r>
    </w:p>
    <w:p>
      <w:pPr>
        <w:jc w:val="right"/>
      </w:pPr>
      <w:r>
        <w:t>کہ رسول اللہ جس اس میں رہتے تھے، یعنی آج کل کے لحاظ سے روم کہنا تو غلط ہوگا، اس لیے کہ وہ تو hut ہوتا تھا، hut۔</w:t>
      </w:r>
    </w:p>
    <w:p>
      <w:r>
        <w:rPr>
          <w:b/>
        </w:rPr>
        <w:t xml:space="preserve">[14:57] </w:t>
      </w:r>
      <w:r>
        <w:t>to wahan Hazrat Umar gaye. to aap dekha ke unhone ke aap wahan par lety hue hain aur poore us mein sirf do cheez hain. aik hai khajoor ki chatai aur doosra yeh khajori ka bana hua aik takiya.</w:t>
      </w:r>
    </w:p>
    <w:p>
      <w:pPr>
        <w:jc w:val="right"/>
      </w:pPr>
      <w:r>
        <w:t>تو وہاں حضرت عمر گئے۔ تو آپ دیکھا کہ انہوں نے کہ آپ وہاں پر لیٹے ہوئے ہیں اور پورے اس میں صرف دو چیز ہیں۔ ایک ہے کھجور کی چٹائی اور دوسرا یہ کھجوری کا بنا ہوا ایک تکیہ۔</w:t>
      </w:r>
    </w:p>
    <w:p>
      <w:r>
        <w:rPr>
          <w:b/>
        </w:rPr>
        <w:t xml:space="preserve">[15:16] </w:t>
      </w:r>
      <w:r>
        <w:t>khajoor ke fibers ko lapait kar ke woh tha pillow aap ka aur is ka woh jo tha chatai. bas do hi cheezen, koi teesri item nahi wahan par.</w:t>
      </w:r>
    </w:p>
    <w:p>
      <w:pPr>
        <w:jc w:val="right"/>
      </w:pPr>
      <w:r>
        <w:t>کھجور کے fibers کو لپیٹ کر کے وہ تھا pillow آپ کا اور اس کا وہ جو تھا چٹائی۔ بس دو ہی چیزیں، کوئی تیسری item نہیں وہاں پر۔</w:t>
      </w:r>
    </w:p>
    <w:p>
      <w:r>
        <w:rPr>
          <w:b/>
        </w:rPr>
        <w:t xml:space="preserve">[15:28] </w:t>
      </w:r>
      <w:r>
        <w:t>to Hazrat Umar un ko dekh kar rone lage ke jo kitne log hain thath se rehte hain, bohat hi aaram ke sath aur Khuda ka Prophet jo hai us tareeqay se hai.</w:t>
      </w:r>
    </w:p>
    <w:p>
      <w:pPr>
        <w:jc w:val="right"/>
      </w:pPr>
      <w:r>
        <w:t>تو حضرت عمر ان کو دیکھ کر رونے لگے کہ جو کتنے لوگ ہیں ٹھاٹ سے رہتے ہیں، بہت ہی آرام کے ساتھ اور خدا کا Prophet جو ہے اس طریقے سے ہے۔</w:t>
      </w:r>
    </w:p>
    <w:p>
      <w:r>
        <w:rPr>
          <w:b/>
        </w:rPr>
        <w:t xml:space="preserve">[15:46] </w:t>
      </w:r>
      <w:r>
        <w:t>is waqt aap ne yeh bataya</w:t>
      </w:r>
    </w:p>
    <w:p>
      <w:pPr>
        <w:jc w:val="right"/>
      </w:pPr>
      <w:r>
        <w:t>اس وقت آپ نے یہ بتایا</w:t>
      </w:r>
    </w:p>
    <w:p>
      <w:r>
        <w:rPr>
          <w:b/>
        </w:rPr>
        <w:t xml:space="preserve">[15:51] </w:t>
      </w:r>
      <w:r>
        <w:t>ke koi bhi doosri cheez yani bare need ke siwa woh distraction hai</w:t>
      </w:r>
    </w:p>
    <w:p>
      <w:pPr>
        <w:jc w:val="right"/>
      </w:pPr>
      <w:r>
        <w:t>کہ کوئی بھی دوسری چیز یعنی bare need کے سوا وہ distraction ہے</w:t>
      </w:r>
    </w:p>
    <w:p>
      <w:r>
        <w:rPr>
          <w:b/>
        </w:rPr>
        <w:t xml:space="preserve">[16:02] </w:t>
      </w:r>
      <w:r>
        <w:t>jo meri bilkul hi zaroori need hai. bas wahan tak mujhe rehna chahiye. is se aagay main gaya to distraction ban jaye ga woh.</w:t>
      </w:r>
    </w:p>
    <w:p>
      <w:pPr>
        <w:jc w:val="right"/>
      </w:pPr>
      <w:r>
        <w:t>جو میری بالکل ہی ضروری need ہے۔ بس وہاں تک مجھے رہنا چاہیے۔ اس سے آگے میں گیا تو distraction بن جائے گا وہ۔</w:t>
      </w:r>
    </w:p>
    <w:p>
      <w:r>
        <w:rPr>
          <w:b/>
        </w:rPr>
        <w:t xml:space="preserve">[16:13] </w:t>
      </w:r>
      <w:r>
        <w:t>kisi aur ki dhyan chala jaye ga, kisi aur ki taraf. to dhyan mera jo hai rehna chahiye laga hua andar ka jo bhandar hai spirituality ka, us ko unfold karne mein.</w:t>
      </w:r>
    </w:p>
    <w:p>
      <w:pPr>
        <w:jc w:val="right"/>
      </w:pPr>
      <w:r>
        <w:t>کسی اور کی دھیان چلا جائے گا، کسی اور کی طرف۔ تو دھیان میرا جو ہے رہنا چاہیے لگا ہوا اندر کا جو بھنڈار ہے spirituality کا، اس کو unfold کرنے میں۔</w:t>
      </w:r>
    </w:p>
    <w:p>
      <w:r>
        <w:rPr>
          <w:b/>
        </w:rPr>
        <w:t xml:space="preserve">[16:24] </w:t>
      </w:r>
      <w:r>
        <w:t>sochna aur jo universe of fact hai, us se discover karna cheezon ko, realize karna cheezon ko.</w:t>
      </w:r>
    </w:p>
    <w:p>
      <w:pPr>
        <w:jc w:val="right"/>
      </w:pPr>
      <w:r>
        <w:t>سوچنا اور جو universe of fact ہے، اس سے discover کرنا چیزوں کو، realize کرنا چیزوں کو۔</w:t>
      </w:r>
    </w:p>
    <w:p>
      <w:r>
        <w:rPr>
          <w:b/>
        </w:rPr>
        <w:t xml:space="preserve">[16:35] </w:t>
      </w:r>
      <w:r>
        <w:t>yeh hai.</w:t>
      </w:r>
    </w:p>
    <w:p>
      <w:pPr>
        <w:jc w:val="right"/>
      </w:pPr>
      <w:r>
        <w:t>یہ ہے۔</w:t>
      </w:r>
    </w:p>
    <w:p>
      <w:r>
        <w:rPr>
          <w:b/>
        </w:rPr>
        <w:t xml:space="preserve">[16:39] </w:t>
      </w:r>
      <w:r>
        <w:t>to koi aap koi chota sa bhi aisa apni zindagi mein cheez nahi karte the jis se distraction ho aap ke andar aur spirituality ka jo process hai woh us mein bug ho jaye.</w:t>
      </w:r>
    </w:p>
    <w:p>
      <w:pPr>
        <w:jc w:val="right"/>
      </w:pPr>
      <w:r>
        <w:t>تو کوئی آپ کوئی چھوٹا سا بھی ایسا اپنی زندگی میں چیز نہیں کرتے تھے جس سے distraction ہو آپ کے اندر اور spirituality کا جو process ہے وہ اس میں bug ہو جائے۔</w:t>
      </w:r>
    </w:p>
    <w:p>
      <w:r>
        <w:rPr>
          <w:b/>
        </w:rPr>
        <w:t xml:space="preserve">[16:52] </w:t>
      </w:r>
      <w:r>
        <w:t>jaise maine aaj jo kaha woh bhi yahi hai ke har mauqa jahan aap hate karte, aap ne hate nahi kiya. jahan aap fight karte, fight nahi kiya aap ne.</w:t>
      </w:r>
    </w:p>
    <w:p>
      <w:pPr>
        <w:jc w:val="right"/>
      </w:pPr>
      <w:r>
        <w:t>جیسے میں نے آج جو کہا وہ بھی یہی ہے کہ ہر موقع جہاں آپ hate کرتے، آپ نے hate نہیں کیا۔ جہاں آپ fight کرتے، fight نہیں کیا آپ نے۔</w:t>
      </w:r>
    </w:p>
    <w:p>
      <w:r>
        <w:rPr>
          <w:b/>
        </w:rPr>
        <w:t xml:space="preserve">[17:01] </w:t>
      </w:r>
      <w:r>
        <w:t>jahan aap lad jatay, wahan aap lad nahi kiya. laday nahi aap. Avoid kiya, avoid kiya, avoid kiya. to kyun?</w:t>
      </w:r>
    </w:p>
    <w:p>
      <w:pPr>
        <w:jc w:val="right"/>
      </w:pPr>
      <w:r>
        <w:t>جہاں آپ لڑ جاتے، وہاں آپ لڑ نہیں کیا۔ لڑے نہیں آپ۔ Avoid کیا، avoid کیا، avoid کیا۔ تو کیوں؟</w:t>
      </w:r>
    </w:p>
    <w:p>
      <w:r>
        <w:rPr>
          <w:b/>
        </w:rPr>
        <w:t xml:space="preserve">[17:10] </w:t>
      </w:r>
      <w:r>
        <w:t>That was distraction. jahan aap uljhay, jahan aap ghussa hue, jahan aap hate karne lagay, jahan aap ke andar revenge aa gaya, jahan aap ne larai shuru kar di to bas aap hat gaye apnay us rastay se jahan ke spiritual process jo hai woh non-stop chalana hai aap ko.</w:t>
      </w:r>
    </w:p>
    <w:p>
      <w:pPr>
        <w:jc w:val="right"/>
      </w:pPr>
      <w:r>
        <w:t>That was distraction۔ جہاں آپ الجھے، جہاں آپ غصہ ہوئے، جہاں آپ hate کرنے لگے، جہاں آپ کے اندر revenge آ گیا، جہاں آپ نے لڑائی شروع کر دی تو بس آپ ہٹ گئے اپنے اس راستے سے جہاں کہ spiritual process جو ہے وہ non-stop چلانا ہے آپ کو۔</w:t>
      </w:r>
    </w:p>
    <w:p>
      <w:r>
        <w:rPr>
          <w:b/>
        </w:rPr>
        <w:t xml:space="preserve">[17:35] </w:t>
      </w:r>
      <w:r>
        <w:t>yeh spiritual development ka process chalana hai non-stop. woh kya cheez hai?</w:t>
      </w:r>
    </w:p>
    <w:p>
      <w:pPr>
        <w:jc w:val="right"/>
      </w:pPr>
      <w:r>
        <w:t>یہ spiritual development کا process چلانا ہے non-stop۔ وہ کیا چیز ہے؟</w:t>
      </w:r>
    </w:p>
    <w:p>
      <w:r>
        <w:rPr>
          <w:b/>
        </w:rPr>
        <w:t xml:space="preserve">[17:40] </w:t>
      </w:r>
      <w:r>
        <w:t>Unfolding. yani Khuda ka jo andar jo noor hai, Khuda ka jo gyan hai, Khuda ki jo marifat hai, isi ko main samajhta hoon ke Rasool Allah ke nazdeek wahi spirituality thi.</w:t>
      </w:r>
    </w:p>
    <w:p>
      <w:pPr>
        <w:jc w:val="right"/>
      </w:pPr>
      <w:r>
        <w:t>Unfolding۔ یعنی خدا کا جو اندر جو نور ہے، خدا کا جو گیان ہے، خدا کی جو معرفت ہے، اسی کو میں سمجھتا ہوں کہ رسول اللہ کے نزدیک وہی spirituality تھی۔</w:t>
      </w:r>
    </w:p>
    <w:p>
      <w:r>
        <w:rPr>
          <w:b/>
        </w:rPr>
        <w:t xml:space="preserve">[17:55] </w:t>
      </w:r>
      <w:r>
        <w:t>To woh hai potential tor par, potential. Is ko humein actual banana hai. Actual banane ka kya hai?</w:t>
      </w:r>
    </w:p>
    <w:p>
      <w:pPr>
        <w:jc w:val="right"/>
      </w:pPr>
      <w:r>
        <w:t>تو وہ ہے potential طور پر، potential۔ اس کو ہمیں actual بنانا ہے۔ Actual بنانے کا کیا ہے؟</w:t>
      </w:r>
    </w:p>
    <w:p>
      <w:r>
        <w:rPr>
          <w:b/>
        </w:rPr>
        <w:t xml:space="preserve">[18:04] </w:t>
      </w:r>
      <w:r>
        <w:t>Ke non-stop is ki unfolding hoti rahe. K</w:t>
      </w:r>
    </w:p>
    <w:p>
      <w:pPr>
        <w:jc w:val="right"/>
      </w:pPr>
      <w:r>
        <w:t>کہ non-stop اس کی unfolding ہوتی رہے۔ ک</w:t>
      </w:r>
    </w:p>
    <w:p>
      <w:r>
        <w:rPr>
          <w:b/>
        </w:rPr>
        <w:t xml:space="preserve">[18:08] </w:t>
      </w:r>
      <w:r>
        <w:t>b hogi? Jab hum har qism ke negative speech, negative thought, negative actions se apne ko jorein ge. Kisi aur cheez ko hum agar concern banayein apna, kisi bhi cheez ko apna concern banayein to bas distraction aa gaya woh.</w:t>
      </w:r>
    </w:p>
    <w:p>
      <w:pPr>
        <w:jc w:val="right"/>
      </w:pPr>
      <w:r>
        <w:t>ب ہوگی؟ جب ہم ہر قسم کے negative speech، negative thought، negative actions سے اپنے کو جوڑیں گے۔ کسی اور چیز کو ہم اگر concern بنائیں اپنا، کسی بھی چیز کو اپنا concern بنائیں تو بس distraction آ گیا وہ۔</w:t>
      </w:r>
    </w:p>
    <w:p>
      <w:r>
        <w:rPr>
          <w:b/>
        </w:rPr>
        <w:t xml:space="preserve">[18:25] </w:t>
      </w:r>
      <w:r>
        <w:t>To Rasool Allah ke bare mein parh kar ke aap dekhiye un ki zindagi, kisi bhi doosri cheez ko other than God, other than paradise, other than truth, aap ne is ko apna concern nahi banaya.</w:t>
      </w:r>
    </w:p>
    <w:p>
      <w:pPr>
        <w:jc w:val="right"/>
      </w:pPr>
      <w:r>
        <w:t>تو رسول اللہ کے بارے میں پڑھ کر کے آپ دیکھیے ان کی زندگی، کسی بھی دوسری چیز کو other than God، other than paradise، other than truth، آپ نے اس کو اپنا concern نہیں بنایا۔</w:t>
      </w:r>
    </w:p>
    <w:p>
      <w:r>
        <w:rPr>
          <w:b/>
        </w:rPr>
        <w:t xml:space="preserve">[18:40] </w:t>
      </w:r>
      <w:r>
        <w:t>Ek hi concern aap ka tha, wahi Khuda, paradise.</w:t>
      </w:r>
    </w:p>
    <w:p>
      <w:pPr>
        <w:jc w:val="right"/>
      </w:pPr>
      <w:r>
        <w:t>ایک ہی concern آپ کا تھا، وہی خدا، paradise۔</w:t>
      </w:r>
    </w:p>
    <w:p>
      <w:r>
        <w:rPr>
          <w:b/>
        </w:rPr>
        <w:t xml:space="preserve">[18:47] </w:t>
      </w:r>
      <w:r>
        <w:t>Bas. To is wajah se spirituality aage barhti rahi, barhti rahi, barhti rahi, barhti rahi. Main samajhta hoon spirituality ko acquire karna nahi hai, unfold karna hai.</w:t>
      </w:r>
    </w:p>
    <w:p>
      <w:pPr>
        <w:jc w:val="right"/>
      </w:pPr>
      <w:r>
        <w:t>بس۔ تو اس وجہ سے spirituality آگے بڑھتی رہی، بڑھتی رہی، بڑھتی رہی، بڑھتی رہی۔ میں سمجھتا ہوں spirituality کو acquire کرنا نہیں ہے، unfold کرنا ہے۔</w:t>
      </w:r>
    </w:p>
    <w:p>
      <w:r>
        <w:rPr>
          <w:b/>
        </w:rPr>
        <w:t xml:space="preserve">[18:59] </w:t>
      </w:r>
      <w:r>
        <w:t>Jahan tak maine samjha hai Rasool Allah ki ke spirituality aisi, yahi aisi, woh aisi cheez nahi hai ke is ko hum acquire karein bahar se. Is ko to unfold karna hai.</w:t>
      </w:r>
    </w:p>
    <w:p>
      <w:pPr>
        <w:jc w:val="right"/>
      </w:pPr>
      <w:r>
        <w:t>جہاں تک میں نے سمجھا ہے رسول اللہ کی کہ spirituality ایسی، یہی ایسی، وہ ایسی چیز نہیں ہے کہ اس کو ہم acquire کریں باہر سے۔ اس کو تو unfold کرنا ہے۔</w:t>
      </w:r>
    </w:p>
    <w:p>
      <w:r>
        <w:rPr>
          <w:b/>
        </w:rPr>
        <w:t xml:space="preserve">[19:10] </w:t>
      </w:r>
      <w:r>
        <w:t>Unfolding process ko non-stop chalate rehna. Sach poochein to yahi hai spiritual development.</w:t>
      </w:r>
    </w:p>
    <w:p>
      <w:pPr>
        <w:jc w:val="right"/>
      </w:pPr>
      <w:r>
        <w:t>Unfolding process کو non-stop چلاتے رہنا۔ سچ پوچھیں تو یہی ہے spiritual development۔</w:t>
      </w:r>
    </w:p>
    <w:p>
      <w:r>
        <w:rPr>
          <w:b/>
        </w:rPr>
        <w:t xml:space="preserve">[19:20] </w:t>
      </w:r>
      <w:r>
        <w:t>Maulana, isi ka ek aur part hai that yeh jo qualities theen Prophet ke andar, woh pehle se theen, bachpan se theen, that once he was declared as a Prophet, God intervened.</w:t>
      </w:r>
    </w:p>
    <w:p>
      <w:pPr>
        <w:jc w:val="right"/>
      </w:pPr>
      <w:r>
        <w:t>مولانا، اسی کا ایک اور part ہے that یہ جو qualities تھیں Prophet کے اندر، وہ پہلے سے تھیں، بچپن سے تھیں، that once he was declared as a Prophet, God intervened۔</w:t>
      </w:r>
    </w:p>
    <w:p>
      <w:r>
        <w:rPr>
          <w:b/>
        </w:rPr>
        <w:t xml:space="preserve">[19:31] </w:t>
      </w:r>
      <w:r>
        <w:t>Touch catch in. Jo aap ne qualities batayi hain Prophet ki, kya un ki bachpan se theen ya jab woh Prophet ban gaye to un ko Khuda ne intervene kar ke he was made spiritual or what is it?</w:t>
      </w:r>
    </w:p>
    <w:p>
      <w:pPr>
        <w:jc w:val="right"/>
      </w:pPr>
      <w:r>
        <w:t>Touch catch in۔ جو آپ نے qualities بتائی ہیں Prophet کی، کیا ان کی بچپن سے تھیں یا جب وہ Prophet بن گئے تو ان کو خدا نے intervene کر کے he was made spiritual or what is it؟</w:t>
      </w:r>
    </w:p>
    <w:p>
      <w:r>
        <w:rPr>
          <w:b/>
        </w:rPr>
        <w:t xml:space="preserve">[19:44] </w:t>
      </w:r>
      <w:r>
        <w:t>Why was he made a Prophet? Why was he chosen as a Prophet?</w:t>
      </w:r>
    </w:p>
    <w:p>
      <w:pPr>
        <w:jc w:val="right"/>
      </w:pPr>
      <w:r>
        <w:t>Why was he made a Prophet؟ Why was he chosen as a Prophet؟</w:t>
      </w:r>
    </w:p>
    <w:p>
      <w:r>
        <w:rPr>
          <w:b/>
        </w:rPr>
        <w:t xml:space="preserve">[19:50] </w:t>
      </w:r>
      <w:r>
        <w:t>Dekhiye, aaj Rasool Allah ne khud hi kaha: "إنّهِ النّورُ لا يغانُ على قلبي". Kya lafz hai sahib?</w:t>
      </w:r>
    </w:p>
    <w:p>
      <w:pPr>
        <w:jc w:val="right"/>
      </w:pPr>
      <w:r>
        <w:t>دیکھیے، آج رسول اللہ نے خود ہی کہا: "إنّهِ النّورُ لا يغانُ على قلبي"۔ کیا لفظ ہے صاحب؟</w:t>
      </w:r>
    </w:p>
    <w:p>
      <w:r>
        <w:rPr>
          <w:b/>
        </w:rPr>
        <w:t xml:space="preserve">[19:58] </w:t>
      </w:r>
      <w:r>
        <w:t>Yahi</w:t>
      </w:r>
    </w:p>
    <w:p>
      <w:pPr>
        <w:jc w:val="right"/>
      </w:pPr>
      <w:r>
        <w:t>یہی</w:t>
      </w:r>
    </w:p>
    <w:p>
      <w:r>
        <w:rPr>
          <w:b/>
        </w:rPr>
        <w:t xml:space="preserve">[19:59] </w:t>
      </w:r>
      <w:r>
        <w:t>hai. "إنّهِ النّورُ لا يغانُ على قلبي". Yani mere dil par bhi zaang aa jata hai, parda aa jata hai, darkness aa jata hai.</w:t>
      </w:r>
    </w:p>
    <w:p>
      <w:pPr>
        <w:jc w:val="right"/>
      </w:pPr>
      <w:r>
        <w:t>ہے۔ "إنّهِ النّورُ لا يغانُ على قلبي"۔ یعنی میرے دل پر بھی زنگ آ جاتا ہے، پردہ آ جاتا ہے، darkness آ جاتا ہے۔</w:t>
      </w:r>
    </w:p>
    <w:p>
      <w:r>
        <w:rPr>
          <w:b/>
        </w:rPr>
        <w:t xml:space="preserve">[20:09] </w:t>
      </w:r>
      <w:r>
        <w:t>To is maani mein ke aap aisa nahi tha ke Rasool Allah ne ko aap ne bilkul Khuda ne bilkul purify kar ke paida kiya ho, aisa nahi tha. Aap kehte hain ke main 70 baar rozana istighfar karta hoon, yani Khuda se woh kehta hoon: "Khuda mujhe forgive kar de".</w:t>
      </w:r>
    </w:p>
    <w:p>
      <w:pPr>
        <w:jc w:val="right"/>
      </w:pPr>
      <w:r>
        <w:t>تو اس معنی میں کہ آپ ایسا نہیں تھا کہ رسول اللہ نے کو آپ نے بالکل خدا نے بالکل purify کر کے پیدا کیا ہو، ایسا نہیں تھا۔ آپ کہتے ہیں کہ میں ستر بار روزانہ استغفار کرتا ہوں، یعنی خدا سے وہ کہتا ہوں: "خدا مجھے forgive کر دے"۔</w:t>
      </w:r>
    </w:p>
    <w:p>
      <w:r>
        <w:rPr>
          <w:b/>
        </w:rPr>
        <w:t xml:space="preserve">[20:27] </w:t>
      </w:r>
      <w:r>
        <w:t>Seventy times. Aap ki ek dua hai ke Khuda ya maine jis ko bhi gaali, gaali ka lafz is mein hai, jis ko maine gaali di ho, jis ko maine mara ho, jis ko maine takleef pahunchayi ho, to un sab ke liye meri taraf se to woh dua e khair likh de.</w:t>
      </w:r>
    </w:p>
    <w:p>
      <w:pPr>
        <w:jc w:val="right"/>
      </w:pPr>
      <w:r>
        <w:t>Seventy times۔ آپ کی ایک دعا ہے کہ خدایا میں نے جس کو بھی گالی، گالی کا لفظ اس میں ہے، جس کو میں نے گالی دی ہو، جس کو میں نے مارا ہو، جس کو میں نے تکلیف پہنچائی ہو، تو ان سب کے لیے میری طرف سے تو وہ دعائے خیر لکھ دے۔</w:t>
      </w:r>
    </w:p>
    <w:p>
      <w:r>
        <w:rPr>
          <w:b/>
        </w:rPr>
        <w:t xml:space="preserve">[20:47] </w:t>
      </w:r>
      <w:r>
        <w:t>To is maani mein ke Rasool Allah bhi ek insaan the, woh saare thought aap ke andar bhi the jo doosron mein hote hain, lekin aap ne apne ko intentionally bachaya un chaar cheezon se.</w:t>
      </w:r>
    </w:p>
    <w:p>
      <w:pPr>
        <w:jc w:val="right"/>
      </w:pPr>
      <w:r>
        <w:t>تو اس معنی میں کہ رسول اللہ بھی ایک انسان تھے، وہ سارے thought آپ کے اندر بھی تھے جو دوسروں میں ہوتے ہیں، لیکن آپ نے اپنے کو intentionally بچایا ان چار چیزوں سے۔</w:t>
      </w:r>
    </w:p>
    <w:p>
      <w:r>
        <w:rPr>
          <w:b/>
        </w:rPr>
        <w:t xml:space="preserve">[20:58] </w:t>
      </w:r>
      <w:r>
        <w:t>Intentionally bachaya. To aap self-control, aap ke andar yani self-control behavior jo tha, power ek tarah tha, woh har waqt apne ko control mein rakhte the, woh bhi yeh baat hai.</w:t>
      </w:r>
    </w:p>
    <w:p>
      <w:pPr>
        <w:jc w:val="right"/>
      </w:pPr>
      <w:r>
        <w:t>Intentionally بچایا۔ تو آپ self-control، آپ کے اندر یعنی self-control behavior جو تھا، پاور ایک طرح تھا، وہ ہر وقت اپنے کو کنٹرول میں رکھتے تھے، وہ بھی یہ بات ہے۔</w:t>
      </w:r>
    </w:p>
    <w:p>
      <w:r>
        <w:rPr>
          <w:b/>
        </w:rPr>
        <w:t xml:space="preserve">[21:15] </w:t>
      </w:r>
      <w:r>
        <w:t>Yeh yeh samajhna kuch Musalman aisa samajhte hain ke aap ka saya nahi hota tha, sirf jhooti baatein hain. Jaise hamara saya, woh Rasool Allah ka saya hota tha.</w:t>
      </w:r>
    </w:p>
    <w:p>
      <w:pPr>
        <w:jc w:val="right"/>
      </w:pPr>
      <w:r>
        <w:t>یہ یہ سمجھنا کچھ مسلمان ایسا سمجھتے ہیں کہ آپ کا سایہ نہیں ہوتا تھا، صرف جھوٹی باتیں ہیں۔ جیسے ہمارا سایہ، وہ رسول اللہ کا سایہ ہوتا تھا۔</w:t>
      </w:r>
    </w:p>
    <w:p>
      <w:r>
        <w:rPr>
          <w:b/>
        </w:rPr>
        <w:t xml:space="preserve">[21:25] </w:t>
      </w:r>
      <w:r>
        <w:t>Hum ko ghussa aata tha, Rasool Allah ko ghussa aata tha. Negative thought Rasool Allah ke andar bhi aate the. Lekin apne ko har waqt woh control mein rakhte the.</w:t>
      </w:r>
    </w:p>
    <w:p>
      <w:pPr>
        <w:jc w:val="right"/>
      </w:pPr>
      <w:r>
        <w:t>ہم کو غصہ آتا تھا، رسول اللہ کو غصہ آتا تھا۔ Negative thought رسول اللہ کے اندر بھی آتے تھے۔ لیکن اپنے کو ہر وقت وہ کنٹرول میں رکھتے تھے۔</w:t>
      </w:r>
    </w:p>
    <w:p>
      <w:r>
        <w:rPr>
          <w:b/>
        </w:rPr>
        <w:t xml:space="preserve">[21:37] </w:t>
      </w:r>
      <w:r>
        <w:t>Asal cheez yeh hai. Is ke bahut saare, main aap ko agar chahenge to main bata sakta hoon aap ki zindagi ke instances kis tarah se kya hua.</w:t>
      </w:r>
    </w:p>
    <w:p>
      <w:pPr>
        <w:jc w:val="right"/>
      </w:pPr>
      <w:r>
        <w:t>اصل چیز یہ ہے۔ اس کے بہت سارے، میں آپ کو اگر چاہیں گے تو میں بتا سکتا ہوں آپ کی زندگی کے instances کس طریقے سے کیا ہوا۔</w:t>
      </w:r>
    </w:p>
    <w:p>
      <w:r>
        <w:rPr>
          <w:b/>
        </w:rPr>
        <w:t xml:space="preserve">[21:46] </w:t>
      </w:r>
      <w:r>
        <w:t>Maulana, is ka ek ek last part aur bhi hai question ka that how come this dimension of the Prophet has not been brought out by most authors?</w:t>
      </w:r>
    </w:p>
    <w:p>
      <w:pPr>
        <w:jc w:val="right"/>
      </w:pPr>
      <w:r>
        <w:t>مولانا، اس کا ایک ایک last part اور بھی ہے question کا that how come this dimension of the Prophet has not been brought out by most authors؟</w:t>
      </w:r>
    </w:p>
    <w:p>
      <w:r>
        <w:rPr>
          <w:b/>
        </w:rPr>
        <w:t xml:space="preserve">[21:57] </w:t>
      </w:r>
      <w:r>
        <w:t>Hmm, kya kaha aap ne? Yeh jo spiritual dimension hai Prophet ka, yeh jo hum ne itni saari kitabein padhi hain, kisi kitaab mein khul kar kyun nahi aaya kabhi bhi?</w:t>
      </w:r>
    </w:p>
    <w:p>
      <w:pPr>
        <w:jc w:val="right"/>
      </w:pPr>
      <w:r>
        <w:t>ہمم، کیا کہا آپ نے؟ یہ جو spiritual dimension ہے Prophet کا، یہ جو ہم نے اتنی ساری کتابیں پڑھی ہیں، کسی کتاب میں کھل کر کیوں نہیں آیا کبھی بھی؟</w:t>
      </w:r>
    </w:p>
    <w:p>
      <w:r>
        <w:rPr>
          <w:b/>
        </w:rPr>
        <w:t xml:space="preserve">[22:07] </w:t>
      </w:r>
      <w:r>
        <w:t>Nahi, dekhein, kitabon mein hai, aisa nahi hai ke nahi hai, lekin is wahan woh caption yeh nahi hota ke spirituality yeh wahan tha, nahi.</w:t>
      </w:r>
    </w:p>
    <w:p>
      <w:pPr>
        <w:jc w:val="right"/>
      </w:pPr>
      <w:r>
        <w:t>نہیں، دیکھیں، کتابوں میں ہے، ایسا نہیں ہے کہ نہیں ہے، لیکن اس وہاں وہ caption یہ نہیں ہوتا کہ spirituality یہ وہاں تھا، نہیں۔</w:t>
      </w:r>
    </w:p>
    <w:p>
      <w:r>
        <w:rPr>
          <w:b/>
        </w:rPr>
        <w:t xml:space="preserve">[22:17] </w:t>
      </w:r>
      <w:r>
        <w:t>ab wahan pe doosra rahega, zahd o taqwa aur wara waghera doosre alfaaz rahenge. sab doosre rahenge, lekin spirituality ka word wahan use nahi hota tha.</w:t>
      </w:r>
    </w:p>
    <w:p>
      <w:pPr>
        <w:jc w:val="right"/>
      </w:pPr>
      <w:r>
        <w:t>اب وہاں پہ دوسرا رہے گا، زہد و تقویٰ اور ورا وغیرہ دوسرے الفاظ رہیں گے۔ سب دوسرے رہیں گے، لیکن spirituality کا word وہاں use نہیں ہوتا تھا۔</w:t>
      </w:r>
    </w:p>
    <w:p>
      <w:r>
        <w:rPr>
          <w:b/>
        </w:rPr>
        <w:t xml:space="preserve">[22:28] </w:t>
      </w:r>
      <w:r>
        <w:t>is matlab jo koi aaj kehte hain spirituality ke liye roohaniyat, to roohaniyat ka word arabik mein hota nahi tha. yeh to ab use hona shuru hua hai.</w:t>
      </w:r>
    </w:p>
    <w:p>
      <w:pPr>
        <w:jc w:val="right"/>
      </w:pPr>
      <w:r>
        <w:t>اس مطلب جو کوئی آج کہتے ہیں spirituality کے لیے روحانیت، تو روحانیت کا word عربک میں ہوتا نہیں تھا۔ یہ تو اب use ہونا شروع ہوا ہے۔</w:t>
      </w:r>
    </w:p>
    <w:p>
      <w:r>
        <w:rPr>
          <w:b/>
        </w:rPr>
        <w:t xml:space="preserve">[22:39] </w:t>
      </w:r>
      <w:r>
        <w:t>iran se aaya hai yeh. to spirituality ka word wahan par nahi hai, lekin woh sab kuch maujood hai. woh sab kuch hai is mein jis ko hum aaj kehte hain spirituality.</w:t>
      </w:r>
    </w:p>
    <w:p>
      <w:pPr>
        <w:jc w:val="right"/>
      </w:pPr>
      <w:r>
        <w:t>ایران سے آیا ہے یہ۔ تو spirituality کا word وہاں پر نہیں ہے، لیکن وہ سب کچھ موجود ہے۔ وہ سب کچھ ہے اس میں جس کو ہم آج کہتے ہیں spirituality۔</w:t>
      </w:r>
    </w:p>
    <w:p>
      <w:r>
        <w:rPr>
          <w:b/>
        </w:rPr>
        <w:t xml:space="preserve">[22:50] </w:t>
      </w:r>
      <w:r>
        <w:t>jaise ke misaal ke taur par dekhiye ke aisha kehti hain rasool Allah ke bare mein ke unhone apne apne apne bare mein koi revenge nahi liya, kisi se liya.</w:t>
      </w:r>
    </w:p>
    <w:p>
      <w:pPr>
        <w:jc w:val="right"/>
      </w:pPr>
      <w:r>
        <w:t>جیسے کہ مثال کے طور پر دیکھیے کہ عائشہ کہتی ہیں رسول اللہ کے بارے میں کہ انہوں نے اپنے اپنے اپنے بارے میں کوئی revenge نہیں لیا، کسی سے لیا۔</w:t>
      </w:r>
    </w:p>
    <w:p>
      <w:r>
        <w:rPr>
          <w:b/>
        </w:rPr>
        <w:t xml:space="preserve">[23:04] </w:t>
      </w:r>
      <w:r>
        <w:t>that is spirituality.</w:t>
      </w:r>
    </w:p>
    <w:p>
      <w:pPr>
        <w:jc w:val="right"/>
      </w:pPr>
      <w:r>
        <w:t>That is spirituality۔</w:t>
      </w:r>
    </w:p>
    <w:p>
      <w:r>
        <w:rPr>
          <w:b/>
        </w:rPr>
        <w:t xml:space="preserve">[23:09] </w:t>
      </w:r>
      <w:r>
        <w:t>ya jaise woh woh rasool Allah ne kaha apne us se ke mujh se mere saahibiyon ki burai mat bayan karo, kyunke mere dil mein un ke khilaaf yaani negative thought aa jayega.</w:t>
      </w:r>
    </w:p>
    <w:p>
      <w:pPr>
        <w:jc w:val="right"/>
      </w:pPr>
      <w:r>
        <w:t>یا جیسے وہ وہ رسول اللہ نے کہا اپنے اس سے کہ مجھ سے میرے ساتھیوں کی برائی مت بیان کرو، کیونکہ میرے دل میں ان کے خلاف یعنی negative thought آ جائے گا۔</w:t>
      </w:r>
    </w:p>
    <w:p>
      <w:r>
        <w:rPr>
          <w:b/>
        </w:rPr>
        <w:t xml:space="preserve">[23:24] </w:t>
      </w:r>
      <w:r>
        <w:t>yeh bhi wahi cheez hai, apni spirituality ko bachana. aisi aap thousand thousand cheezein paa sakte hain, lekin wahan par spirituality ka word likha hua nahi hoga.</w:t>
      </w:r>
    </w:p>
    <w:p>
      <w:pPr>
        <w:jc w:val="right"/>
      </w:pPr>
      <w:r>
        <w:t>یہ بھی وہی چیز ہے، اپنی spirituality کو بچانا۔ ایسی آپ thousand thousand چیزیں پا سکتے ہیں، لیکن وہاں پر spirituality کا word لکھا ہوا نہیں ہوگا۔</w:t>
      </w:r>
    </w:p>
    <w:p>
      <w:r>
        <w:rPr>
          <w:b/>
        </w:rPr>
        <w:t xml:space="preserve">[23:35] </w:t>
      </w:r>
      <w:r>
        <w:t>baqi essence wahi hoga.</w:t>
      </w:r>
    </w:p>
    <w:p>
      <w:pPr>
        <w:jc w:val="right"/>
      </w:pPr>
      <w:r>
        <w:t>باقی essence وہی ہوگا۔</w:t>
      </w:r>
    </w:p>
    <w:p>
      <w:r>
        <w:rPr>
          <w:b/>
        </w:rPr>
        <w:t xml:space="preserve">[23:39] </w:t>
      </w:r>
      <w:r>
        <w:t>maulana sahib, do you think there is a link between poverty and spirituality؟</w:t>
      </w:r>
    </w:p>
    <w:p>
      <w:pPr>
        <w:jc w:val="right"/>
      </w:pPr>
      <w:r>
        <w:t>مولانا صاحب، do you think there is a link between poverty and spirituality؟</w:t>
      </w:r>
    </w:p>
    <w:p>
      <w:r>
        <w:rPr>
          <w:b/>
        </w:rPr>
        <w:t xml:space="preserve">[23:44] </w:t>
      </w:r>
      <w:r>
        <w:t>because most of the sufiyya have emphasized upon this point that poverty and spirituality is the poverty and spirituality.</w:t>
      </w:r>
    </w:p>
    <w:p>
      <w:pPr>
        <w:jc w:val="right"/>
      </w:pPr>
      <w:r>
        <w:t>Because most of the صوفیاء have emphasized upon this point that poverty and spirituality is the poverty and spirituality.</w:t>
      </w:r>
    </w:p>
    <w:p>
      <w:r>
        <w:rPr>
          <w:b/>
        </w:rPr>
        <w:t xml:space="preserve">[23:54] </w:t>
      </w:r>
      <w:r>
        <w:t>is there any evidence in prophet's life? as you already mentioned that he had nothing in his life.</w:t>
      </w:r>
    </w:p>
    <w:p>
      <w:pPr>
        <w:jc w:val="right"/>
      </w:pPr>
      <w:r>
        <w:t>Is there any evidence in Prophet's life? As you already mentioned that he had nothing in his life.</w:t>
      </w:r>
    </w:p>
    <w:p>
      <w:r>
        <w:rPr>
          <w:b/>
        </w:rPr>
        <w:t xml:space="preserve">[24:03] </w:t>
      </w:r>
      <w:r>
        <w:t>poverty ka word mein nahi use karunga. simplicity ka word use karunga mein ke apne aap ko simple life par rakhna, chahe sab kuch ho aap ke paas tab bhi.</w:t>
      </w:r>
    </w:p>
    <w:p>
      <w:pPr>
        <w:jc w:val="right"/>
      </w:pPr>
      <w:r>
        <w:t>Poverty کا word میں نہیں use کروں گا۔ Simplicity کا word use کروں گا میں کہ اپنے آپ کو simple life پر رکھنا، چاہے سب کچھ ہو آپ کے پاس تب بھی۔</w:t>
      </w:r>
    </w:p>
    <w:p>
      <w:r>
        <w:rPr>
          <w:b/>
        </w:rPr>
        <w:t xml:space="preserve">[24:15] </w:t>
      </w:r>
      <w:r>
        <w:t>poverty ka to negative word hai woh. simplicity. simplicity direct taur par juri hui hai spirituality se. direct taur par.</w:t>
      </w:r>
    </w:p>
    <w:p>
      <w:pPr>
        <w:jc w:val="right"/>
      </w:pPr>
      <w:r>
        <w:t>Poverty کا تو negative word ہے وہ۔ Simplicity۔ Simplicity direct طور پر جڑی ہوئی ہے spirituality سے۔ Direct طور پر۔</w:t>
      </w:r>
    </w:p>
    <w:p>
      <w:r>
        <w:rPr>
          <w:b/>
        </w:rPr>
        <w:t xml:space="preserve">[24:26] </w:t>
      </w:r>
      <w:r>
        <w:t>simplicity jo hai woh direct taur par juri hui hai is se. yaani spirituality se. to jab tak aap ko yeh na ho ke apne aap ko need par aap aa jayen.</w:t>
      </w:r>
    </w:p>
    <w:p>
      <w:pPr>
        <w:jc w:val="right"/>
      </w:pPr>
      <w:r>
        <w:t>Simplicity جو ہے وہ direct طور پر جڑی ہوئی ہے اس سے۔ یعنی spirituality سے۔ تو جب تک آپ کو یہ نہ ہو کہ اپنے آپ کو need پر آپ آ جائیں۔</w:t>
      </w:r>
    </w:p>
    <w:p>
      <w:r>
        <w:rPr>
          <w:b/>
        </w:rPr>
        <w:t xml:space="preserve">[24:44] </w:t>
      </w:r>
      <w:r>
        <w:t>basic. is ko kehte hain basic need. basic need par jab tak na aa jayen. aap dekhiye, mein aap ko ek hadith sunata hoon, yeh bhi spirituality to hai yeh.</w:t>
      </w:r>
    </w:p>
    <w:p>
      <w:pPr>
        <w:jc w:val="right"/>
      </w:pPr>
      <w:r>
        <w:t>Basic۔ اس کو کہتے ہیں basic need۔ Basic need پر جب تک نہ آ جائیں۔ آپ دیکھیے، میں آپ کو ایک حدیث سناتا ہوں، یہ بھی spirituality تو ہے یہ۔</w:t>
      </w:r>
    </w:p>
    <w:p>
      <w:r>
        <w:rPr>
          <w:b/>
        </w:rPr>
        <w:t xml:space="preserve">[24:53] </w:t>
      </w:r>
      <w:r>
        <w:t>wahan par likha nahi rahega spirituality. lekin woh spirituality ka super formula hai yeh. hadith mein aata hai ke woh</w:t>
      </w:r>
    </w:p>
    <w:p>
      <w:pPr>
        <w:jc w:val="right"/>
      </w:pPr>
      <w:r>
        <w:t>وہاں پر لکھا نہیں رہے گا spirituality۔ لیکن وہ spirituality کا super فارمولا ہے یہ۔ حدیث میں آتا ہے کہ وہ</w:t>
      </w:r>
    </w:p>
    <w:p>
      <w:r>
        <w:rPr>
          <w:b/>
        </w:rPr>
        <w:t xml:space="preserve">[25:12] </w:t>
      </w:r>
      <w:r>
        <w:t>man kan lahu bait yaskunahu wa khadim yakhdimuhu wa jalf al-khubz wa al-ma' fakanama hu'iyat 'izzat ad-dunya bihi wa fi raha.</w:t>
      </w:r>
    </w:p>
    <w:p>
      <w:pPr>
        <w:jc w:val="right"/>
      </w:pPr>
      <w:r>
        <w:t>من کان لہ بیت یسکنہ وخادم یخدمہ وجلف الخبز والماع فکانما ہوئی عزت الدنیا بہضافی رہا۔</w:t>
      </w:r>
    </w:p>
    <w:p>
      <w:r>
        <w:rPr>
          <w:b/>
        </w:rPr>
        <w:t xml:space="preserve">[25:26] </w:t>
      </w:r>
      <w:r>
        <w:t>super formula hai yeh spirituality ka, lekin wahan likha nahi rahega spirituality ka. is ka translation yeh hai ke jis aadmi ke paas ek ghar ho jis mein reh sake.</w:t>
      </w:r>
    </w:p>
    <w:p>
      <w:pPr>
        <w:jc w:val="right"/>
      </w:pPr>
      <w:r>
        <w:t>Super فارمولا ہے یہ spirituality کا، لیکن وہاں لکھا نہیں رہے گا spirituality کا۔ اس کا translation یہ ہے کہ جس آدمی کے پاس ایک گھر ہو جس میں رہ سکے۔</w:t>
      </w:r>
    </w:p>
    <w:p>
      <w:r>
        <w:rPr>
          <w:b/>
        </w:rPr>
        <w:t xml:space="preserve">[25:40] </w:t>
      </w:r>
      <w:r>
        <w:t>zahiri hai ke ek chhota sa ghar, simple sa. jis aadmi ke paas ek ghar ho jis mein reh sake, bas rehne ke qabil ghar. without any comfort, without any luxury.</w:t>
      </w:r>
    </w:p>
    <w:p>
      <w:pPr>
        <w:jc w:val="right"/>
      </w:pPr>
      <w:r>
        <w:t>ظاہر ہے کہ ایک چھوٹا سا گھر، simple سا۔ جس آدمی کے پاس ایک گھر ہو جس میں رہ سکے، بس رہنے کے قابل گھر۔ Without any comfort, without any luxury۔</w:t>
      </w:r>
    </w:p>
    <w:p>
      <w:r>
        <w:rPr>
          <w:b/>
        </w:rPr>
        <w:t xml:space="preserve">[25:52] </w:t>
      </w:r>
      <w:r>
        <w:t>rehne ke qabil. jis ko urdu mein kehte hain sar chhipane ki jagah. to aap ne farmaya ke jis aadmi ke paas ek ghar ho jis mein woh reh sake.</w:t>
      </w:r>
    </w:p>
    <w:p>
      <w:pPr>
        <w:jc w:val="right"/>
      </w:pPr>
      <w:r>
        <w:t>رہنے کے قابل۔ جس کو اردو میں کہتے ہیں سر چھپانے کی جگہ۔ تو آپ نے فرمایا کہ جس آدمی کے پاس ایک گھر ہو جس میں وہ رہ سکے۔</w:t>
      </w:r>
    </w:p>
    <w:p>
      <w:r>
        <w:rPr>
          <w:b/>
        </w:rPr>
        <w:t xml:space="preserve">[26:04] </w:t>
      </w:r>
      <w:r>
        <w:t>aur ek servant ho jis se woh kuch kaam karwa sake. aur roti ka ek tukda aur ek glass pani.</w:t>
      </w:r>
    </w:p>
    <w:p>
      <w:pPr>
        <w:jc w:val="right"/>
      </w:pPr>
      <w:r>
        <w:t>اور ایک servant ہو جس سے وہ کچھ کام کروا سکے۔ اور روٹی کا ایک ٹکڑا اور ایک گلاس پانی۔</w:t>
      </w:r>
    </w:p>
    <w:p>
      <w:r>
        <w:rPr>
          <w:b/>
        </w:rPr>
        <w:t xml:space="preserve">[26:21] </w:t>
      </w:r>
      <w:r>
        <w:t>to goya ke us ko sari duniya mil gayi. yeh hai contentment. without contentment there is no spirituality at all.</w:t>
      </w:r>
    </w:p>
    <w:p>
      <w:pPr>
        <w:jc w:val="right"/>
      </w:pPr>
      <w:r>
        <w:t>تو گویا کہ اس کو ساری دنیا مل گئی۔ یہ ہے contentment۔ Without contentment there is no spirituality at all۔</w:t>
      </w:r>
    </w:p>
    <w:p>
      <w:r>
        <w:rPr>
          <w:b/>
        </w:rPr>
        <w:t xml:space="preserve">[26:35] </w:t>
      </w:r>
      <w:r>
        <w:t>aap ko apne aap ko contentment par lana padega. poverty aur yeh sab irrelevant shabd hain.</w:t>
      </w:r>
    </w:p>
    <w:p>
      <w:pPr>
        <w:jc w:val="right"/>
      </w:pPr>
      <w:r>
        <w:t>آپ کو اپنے آپ کو contentment پر لانا پڑے گا۔ Poverty اور یہ سب irrelevant शब्द ہیں۔</w:t>
      </w:r>
    </w:p>
    <w:p>
      <w:r>
        <w:rPr>
          <w:b/>
        </w:rPr>
        <w:t xml:space="preserve">[26:45] </w:t>
      </w:r>
      <w:r>
        <w:t>poverty ho tab bhi ek aadmi jalega hasad mein ke dekho un ke paas bohat hai. hum ko hamare paas kuch nahi hai. to apne ko peeche hatana padega.</w:t>
      </w:r>
    </w:p>
    <w:p>
      <w:pPr>
        <w:jc w:val="right"/>
      </w:pPr>
      <w:r>
        <w:t>Poverty ہو تب بھی ایک آدمی جلے گا حسد میں کہ دیکھو ان کے پاس بہت ہے۔ ہم کو ہمارے پاس کچھ نہیں ہے۔ تو اپنے کو پیچھے ہٹانا پڑے گا۔</w:t>
      </w:r>
    </w:p>
    <w:p>
      <w:r>
        <w:rPr>
          <w:b/>
        </w:rPr>
        <w:t xml:space="preserve">[26:54] </w:t>
      </w:r>
      <w:r>
        <w:t>bilkul simple life. bilkul saada khana. bilkul saada bed. bilkul saada ghar. isi mein apne ko isi mein woh karna padega.</w:t>
      </w:r>
    </w:p>
    <w:p>
      <w:pPr>
        <w:jc w:val="right"/>
      </w:pPr>
      <w:r>
        <w:t>بالکل simple life۔ بالکل سادہ کھانا۔ بالکل سادہ bed۔ بالکل سادہ گھر۔ اسی میں اپنے کو اسی میں وہ کرنا پڑے گا۔</w:t>
      </w:r>
    </w:p>
    <w:p>
      <w:r>
        <w:rPr>
          <w:b/>
        </w:rPr>
        <w:t xml:space="preserve">[27:04] </w:t>
      </w:r>
      <w:r>
        <w:t>yani contentment hona pare ga isi par. aisa nahi ke bhai kya karein, kuch hai nahi. Isi par khush hona pare ga aap ko. Isi par razi hona pare ga aap ko.</w:t>
      </w:r>
    </w:p>
    <w:p>
      <w:pPr>
        <w:jc w:val="right"/>
      </w:pPr>
      <w:r>
        <w:t>یعنی contentment ہونا پڑے گا اسی پر۔ ایسا نہیں کہ بھئی کیا کریں، کچھ ہے نہیں۔ اسی پر خوش ہونا پڑے گا آپ کو۔ اسی پر راضی ہونا پڑے گا آپ کو۔</w:t>
      </w:r>
    </w:p>
    <w:p>
      <w:r>
        <w:rPr>
          <w:b/>
        </w:rPr>
        <w:t xml:space="preserve">[27:14] </w:t>
      </w:r>
      <w:r>
        <w:t>tab bhi spirituality ki ki starting hoti hai. Matlab unfolding shuru hoti hai is ki. Nature mein jo bhari hui hai spirituality, us ki unfolding jab shuru hogi.</w:t>
      </w:r>
    </w:p>
    <w:p>
      <w:pPr>
        <w:jc w:val="right"/>
      </w:pPr>
      <w:r>
        <w:t>تب بھی spirituality کی کی starting ہوتی ہے۔ مطلب unfolding شروع ہوتی ہے اس کی۔ Nature میں جو بھری ہوئی ہے spirituality، اس کی unfolding جب شروع ہوگی۔</w:t>
      </w:r>
    </w:p>
    <w:p>
      <w:r>
        <w:rPr>
          <w:b/>
        </w:rPr>
        <w:t xml:space="preserve">[27:25] </w:t>
      </w:r>
      <w:r>
        <w:t>jab aap har cheez se cut apne aap ko, yani apne concern hata lein har cheez se. Concern logon ka bikhra hua hai, bikhra hua hai, bikhra hua hai.</w:t>
      </w:r>
    </w:p>
    <w:p>
      <w:pPr>
        <w:jc w:val="right"/>
      </w:pPr>
      <w:r>
        <w:t>جب آپ ہر چیز سے cut اپنے آپ کو، یعنی اپنے concern ہٹا لیں ہر چیز سے۔ Concern لوگوں کا بکھرا ہوا ہے، بکھرا ہوا ہے، بکھرا ہوا ہے۔</w:t>
      </w:r>
    </w:p>
    <w:p>
      <w:r>
        <w:rPr>
          <w:b/>
        </w:rPr>
        <w:t xml:space="preserve">[27:36] </w:t>
      </w:r>
      <w:r>
        <w:t>Concern. Ab dekhiye, mere sath ek sahib, ek molana sahib the. Baqayda madrasay ke parhe hue. To hum do ek safar mein hum dono the sath.</w:t>
      </w:r>
    </w:p>
    <w:p>
      <w:pPr>
        <w:jc w:val="right"/>
      </w:pPr>
      <w:r>
        <w:t>Concern۔ اب دیکھیے، میرے ساتھ ایک صاحب، ایک مولانا صاحب تھے۔ باقاعدہ مدرسے کے پڑھے ہوئے۔ تو ہم دو ایک سفر میں ہم دونوں تھے ساتھ۔</w:t>
      </w:r>
    </w:p>
    <w:p>
      <w:r>
        <w:rPr>
          <w:b/>
        </w:rPr>
        <w:t xml:space="preserve">[27:48] </w:t>
      </w:r>
      <w:r>
        <w:t>Aksar wo un ki wajah se program late ho jata tha. Aksar. Hum gaye the kehi. Kai deshon mein gaye the.</w:t>
      </w:r>
    </w:p>
    <w:p>
      <w:pPr>
        <w:jc w:val="right"/>
      </w:pPr>
      <w:r>
        <w:t>اکثر وہ ان کی وجہ سے program late ہو جاتا تھا۔ اکثر۔ ہم گئے تھے کہیں۔ کئی دیشوں میں گئے تھے۔</w:t>
      </w:r>
    </w:p>
    <w:p>
      <w:r>
        <w:rPr>
          <w:b/>
        </w:rPr>
        <w:t xml:space="preserve">[27:58] </w:t>
      </w:r>
      <w:r>
        <w:t>To kisi hotel mein theharte the. To kisi kisi ne is ko sponsor kiya tha. To gaye the. To baharhal, wo mere hote hain helper ke taur par gaye the wo.</w:t>
      </w:r>
    </w:p>
    <w:p>
      <w:pPr>
        <w:jc w:val="right"/>
      </w:pPr>
      <w:r>
        <w:t>تو کسی ہوٹل میں ٹھہرتے تھے۔ تو کسی کسی نے اس کو sponsor کیا تھا۔ تو گئے تھے۔ تو بہرحال، وہ میرے ہوتے ہیں helper کے طور پر گئے تھے وہ۔</w:t>
      </w:r>
    </w:p>
    <w:p>
      <w:r>
        <w:rPr>
          <w:b/>
        </w:rPr>
        <w:t xml:space="preserve">[28:09] </w:t>
      </w:r>
      <w:r>
        <w:t>To kya hota hai, ab hotel mein hum hain. Ab to hum tayyar ho gaye. Ab tayyar kiya, hamein to koi tayyar kiya, uthe rawana ho gaye chalne ke liye. Ab kya, ab wait kar rahe hain in ko bhi.</w:t>
      </w:r>
    </w:p>
    <w:p>
      <w:pPr>
        <w:jc w:val="right"/>
      </w:pPr>
      <w:r>
        <w:t>تو کیا ہوتا ہے، اب ہوٹل میں ہم ہیں۔ اب تو ہم تیار ہو گئے۔ اب تیار کیا، ہمیں تو کوئی تیار کیا، اٹھے روانہ ہو گئے چلنے کے لیے۔ اب کیا، اب wait کر رہے ہیں ان کو بھی۔</w:t>
      </w:r>
    </w:p>
    <w:p>
      <w:r>
        <w:rPr>
          <w:b/>
        </w:rPr>
        <w:t xml:space="preserve">[28:18] </w:t>
      </w:r>
      <w:r>
        <w:t>Chaliye, ab wo bethe hue hain. Kya hua bhai?</w:t>
      </w:r>
    </w:p>
    <w:p>
      <w:pPr>
        <w:jc w:val="right"/>
      </w:pPr>
      <w:r>
        <w:t>چلیے، اب وہ بیٹھے ہوئے ہیں۔ کیا ہوا بھئی؟</w:t>
      </w:r>
    </w:p>
    <w:p>
      <w:r>
        <w:rPr>
          <w:b/>
        </w:rPr>
        <w:t xml:space="preserve">[28:22] </w:t>
      </w:r>
      <w:r>
        <w:t>Wo is ke diya tha wo, kya kehte hain is ko, dry cleaning ke liye. Wo kapra abhi nahi aaya hai. Aur jab abhi press nahi hua hai.</w:t>
      </w:r>
    </w:p>
    <w:p>
      <w:pPr>
        <w:jc w:val="right"/>
      </w:pPr>
      <w:r>
        <w:t>وہ اس کے دیا تھا وہ، کیا کہتے ہیں اس کو، dry cleaning کے لیے۔ وہ کپڑا ابھی نہیں آیا ہے۔ اور جب ابھی press نہیں ہوا ہے۔</w:t>
      </w:r>
    </w:p>
    <w:p>
      <w:r>
        <w:rPr>
          <w:b/>
        </w:rPr>
        <w:t xml:space="preserve">[28:34] </w:t>
      </w:r>
      <w:r>
        <w:t>Isi kapre ka chakar rehta hai to un ka. Dhoya nahi gaya hai, press nahi hua hai. Aur isi mein hamesha late ho dete hain. To in ko spirituality kahan se aye gi in ke andar?</w:t>
      </w:r>
    </w:p>
    <w:p>
      <w:pPr>
        <w:jc w:val="right"/>
      </w:pPr>
      <w:r>
        <w:t>اسی کپڑے کا چکر رہتا ہے تو ان کا۔ دھویا نہیں گیا ہے، press نہیں ہوا ہے۔ اور اسی میں ہمیشہ late ہو دیتے ہیں۔ تو ان کو spirituality کہاں سے آئے گی ان کے اندر؟</w:t>
      </w:r>
    </w:p>
    <w:p>
      <w:r>
        <w:rPr>
          <w:b/>
        </w:rPr>
        <w:t xml:space="preserve">[28:45] </w:t>
      </w:r>
      <w:r>
        <w:t>Tumhare peeche rawana kar diya in ko, wapas kar diya ke bhai aap dekhein, hamare sath aap ka nahi chal sakta.</w:t>
      </w:r>
    </w:p>
    <w:p>
      <w:pPr>
        <w:jc w:val="right"/>
      </w:pPr>
      <w:r>
        <w:t>تمہارے پیچھے روانہ کر دیا ان کو، واپس کر دیا کہ بھئی آپ دیکھیں، ہمارے ساتھ آپ کا نہیں چل سکتا۔</w:t>
      </w:r>
    </w:p>
    <w:p>
      <w:r>
        <w:rPr>
          <w:b/>
        </w:rPr>
        <w:t xml:space="preserve">[28:53] </w:t>
      </w:r>
      <w:r>
        <w:t>Hamein kuch bhi nahi, uthe chale gaye, matlab uthe chale gaye. Jo hai wahi kha liya.</w:t>
      </w:r>
    </w:p>
    <w:p>
      <w:pPr>
        <w:jc w:val="right"/>
      </w:pPr>
      <w:r>
        <w:t>ہمیں کچھ بھی نہیں، اٹھے چلے گئے، مطلب اٹھے چلے گئے۔ جو ہے وہی کھا لیا۔</w:t>
      </w:r>
    </w:p>
    <w:p>
      <w:r>
        <w:rPr>
          <w:b/>
        </w:rPr>
        <w:t xml:space="preserve">[29:02] </w:t>
      </w:r>
      <w:r>
        <w:t>To yeh sab hai distraction. Log jo hain apna concern lagaye hue hain kahin, kahin, kahin, kahin lagaye hue hain.</w:t>
      </w:r>
    </w:p>
    <w:p>
      <w:pPr>
        <w:jc w:val="right"/>
      </w:pPr>
      <w:r>
        <w:t>تو یہ سب ہے distraction۔ لوگ جو ہیں اپنا concern لگائے ہوئے ہیں کہیں، کہیں، کہیں، کہیں لگائے ہوئے ہیں۔</w:t>
      </w:r>
    </w:p>
    <w:p>
      <w:r>
        <w:rPr>
          <w:b/>
        </w:rPr>
        <w:t xml:space="preserve">[29:12] </w:t>
      </w:r>
      <w:r>
        <w:t>Har waqt distraction jeeta hai insan aaj ka.</w:t>
      </w:r>
    </w:p>
    <w:p>
      <w:pPr>
        <w:jc w:val="right"/>
      </w:pPr>
      <w:r>
        <w:t>ہر وقت distraction جیتا ہے انسان آج کا۔</w:t>
      </w:r>
    </w:p>
    <w:p>
      <w:r>
        <w:rPr>
          <w:b/>
        </w:rPr>
        <w:t xml:space="preserve">[29:17] </w:t>
      </w:r>
      <w:r>
        <w:t>I don't know any exception. Sab ka hal yahi hai, koi koi distraction. Unnecessary burden ek liya hua hai apne mind par.</w:t>
      </w:r>
    </w:p>
    <w:p>
      <w:pPr>
        <w:jc w:val="right"/>
      </w:pPr>
      <w:r>
        <w:t>I don't know any exception۔ سب کا حال یہی ہے، کوئی کوئی distraction۔ Unnecessary burden ایک لیا ہوا ہے اپنے mind پر۔</w:t>
      </w:r>
    </w:p>
    <w:p>
      <w:r>
        <w:rPr>
          <w:b/>
        </w:rPr>
        <w:t xml:space="preserve">[29:27] </w:t>
      </w:r>
      <w:r>
        <w:t>Unnecessary burden. Main to koi burden nahi leta. Main kaha karta hoon, Fareeda se main ne kaha ke main dunya ka sab se bara status quoist hoon.</w:t>
      </w:r>
    </w:p>
    <w:p>
      <w:pPr>
        <w:jc w:val="right"/>
      </w:pPr>
      <w:r>
        <w:t>Unnecessary burden۔ میں تو کوئی burden نہیں لیتا۔ میں کہا کرتا ہوں، فریدہ سے میں نے کہا کہ میں دنیا کا سب سے بڑا status quoist ہوں۔</w:t>
      </w:r>
    </w:p>
    <w:p>
      <w:r>
        <w:rPr>
          <w:b/>
        </w:rPr>
        <w:t xml:space="preserve">[29:39] </w:t>
      </w:r>
      <w:r>
        <w:t>Mere jaisa status quoist na paida hua, na paida hoga. Jo hai wahi theek hai, jo hai wahi theek hai, jo hai wahi theek hai.</w:t>
      </w:r>
    </w:p>
    <w:p>
      <w:pPr>
        <w:jc w:val="right"/>
      </w:pPr>
      <w:r>
        <w:t>میرے جیسا status quoist نہ پیدا ہوا، نہ پیدا ہوگا۔ جو ہے وہی ٹھیک ہے، جو ہے وہی ٹھیک ہے، جو ہے وہی ٹھیک ہے۔</w:t>
      </w:r>
    </w:p>
    <w:p>
      <w:r>
        <w:rPr>
          <w:b/>
        </w:rPr>
        <w:t xml:space="preserve">[29:48] </w:t>
      </w:r>
      <w:r>
        <w:t>To kya hai, status quoist main kyun ban</w:t>
      </w:r>
    </w:p>
    <w:p>
      <w:pPr>
        <w:jc w:val="right"/>
      </w:pPr>
      <w:r>
        <w:t>تو کیا ہے، status quoist میں کیوں بن</w:t>
      </w:r>
    </w:p>
    <w:p>
      <w:r>
        <w:rPr>
          <w:b/>
        </w:rPr>
        <w:t xml:space="preserve">[29:51] </w:t>
      </w:r>
      <w:r>
        <w:t>gaya? Distractions se apne ko bachane ke liye. Aur distraction se kyun bachana hai? Distraction se? Kyun ke spirituality is ko unfold hona chahiye.</w:t>
      </w:r>
    </w:p>
    <w:p>
      <w:pPr>
        <w:jc w:val="right"/>
      </w:pPr>
      <w:r>
        <w:t>گیا؟ Distractions سے اپنے کو بچانے کے لیے۔ اور distraction سے کیوں بچانا ہے؟ Distraction سے؟ کیونکہ spirituality اس کو unfold ہونا چاہیے۔</w:t>
      </w:r>
    </w:p>
    <w:p>
      <w:r>
        <w:rPr>
          <w:b/>
        </w:rPr>
        <w:t xml:space="preserve">[30:03] </w:t>
      </w:r>
      <w:r>
        <w:t>Process of unfolding aur not stop</w:t>
      </w:r>
    </w:p>
    <w:p>
      <w:pPr>
        <w:jc w:val="right"/>
      </w:pPr>
      <w:r>
        <w:t>Process of unfolding اور not stop</w:t>
      </w:r>
    </w:p>
    <w:p>
      <w:r>
        <w:rPr>
          <w:b/>
        </w:rPr>
        <w:t xml:space="preserve">[30:07] </w:t>
      </w:r>
      <w:r>
        <w:t>, chalna chahiye. Is liye main ne apne aap ko yani dunya ka sab se bara status quoist bana liya. Status quoist, jo hai wahi theek hai.</w:t>
      </w:r>
    </w:p>
    <w:p>
      <w:pPr>
        <w:jc w:val="right"/>
      </w:pPr>
      <w:r>
        <w:t>، چلنا چاہیے۔ اس لیے میں نے اپنے آپ کو یعنی دنیا کا سب سے بڑا status quoist بنا لیا۔ Status quoist، جو ہے وہی ٹھیک ہے۔</w:t>
      </w:r>
    </w:p>
    <w:p>
      <w:r>
        <w:rPr>
          <w:b/>
        </w:rPr>
        <w:t xml:space="preserve">[30:19] </w:t>
      </w:r>
      <w:r>
        <w:t>To ek sher hai kisi ka ke jis ko ho jaanِ dilِ عزیز, usi gali mein jaye kyun?</w:t>
      </w:r>
    </w:p>
    <w:p>
      <w:pPr>
        <w:jc w:val="right"/>
      </w:pPr>
      <w:r>
        <w:t>تو ایک شعر ہے کسی کا کہ جس کو ہو جانِ دلِ عزیز، اسی گلی میں جائے کیوں؟</w:t>
      </w:r>
    </w:p>
    <w:p>
      <w:r>
        <w:rPr>
          <w:b/>
        </w:rPr>
        <w:t xml:space="preserve">[30:28] </w:t>
      </w:r>
      <w:r>
        <w:t>Matlab is ka ek line hai ke jis ko ho jaanِ dilِ عزیز, usi gali mein jaye kyun?</w:t>
      </w:r>
    </w:p>
    <w:p>
      <w:pPr>
        <w:jc w:val="right"/>
      </w:pPr>
      <w:r>
        <w:t>مطلب اس کا ایک line ہے کہ جس کو ہو جانِ دلِ عزیز، اسی گلی میں جائے کیوں؟</w:t>
      </w:r>
    </w:p>
    <w:p>
      <w:r>
        <w:rPr>
          <w:b/>
        </w:rPr>
        <w:t xml:space="preserve">[30:33] </w:t>
      </w:r>
      <w:r>
        <w:t>Matlab hai ke jis ko aur aur cheezon se lagao hai, to us ko spirituality ki baat kyun kare wo phir?</w:t>
      </w:r>
    </w:p>
    <w:p>
      <w:pPr>
        <w:jc w:val="right"/>
      </w:pPr>
      <w:r>
        <w:t>مطلب ہے کہ جس کو اور اور چیزوں سے لگاؤ ہے، تو اس کو spirituality کی بات کیوں کرے وہ پھر؟</w:t>
      </w:r>
    </w:p>
    <w:p>
      <w:r>
        <w:rPr>
          <w:b/>
        </w:rPr>
        <w:t xml:space="preserve">[30:40] </w:t>
      </w:r>
      <w:r>
        <w:t>Aap ka concern agar bikhra hua hai, aap ke andar concentration nahi hai, agar aap ke andar contentment nahi hai, to phir aap spirituality ka khwab dekhna chhod dijiye.</w:t>
      </w:r>
    </w:p>
    <w:p>
      <w:pPr>
        <w:jc w:val="right"/>
      </w:pPr>
      <w:r>
        <w:t>آپ کا concern اگر بکھرا ہوا ہے، آپ کے اندر concentration نہیں ہے، اگر آپ کے اندر contentment نہیں ہے، تو پھر آپ spirituality کا خواب دیکھنا چھوڑ دیجیے۔</w:t>
      </w:r>
    </w:p>
    <w:p>
      <w:r>
        <w:rPr>
          <w:b/>
        </w:rPr>
        <w:t xml:space="preserve">[30:57] </w:t>
      </w:r>
      <w:r>
        <w:t>isi ko kaha tha kabir ne, kabira khara bazaar mein, liye lo aata haath, jo ghar ja raha hai aap na chalen hamare saath.</w:t>
      </w:r>
    </w:p>
    <w:p>
      <w:pPr>
        <w:jc w:val="right"/>
      </w:pPr>
      <w:r>
        <w:t>اسی کو کہا تھا کبیر نے، کبیرہ کھڑا بازار میں، لیے لو آٹا ہاتھ، جو گھر جا رہا ہے آپ نہ چلیں ہمارے ساتھ۔</w:t>
      </w:r>
    </w:p>
    <w:p>
      <w:r>
        <w:rPr>
          <w:b/>
        </w:rPr>
        <w:t xml:space="preserve">[31:09] </w:t>
      </w:r>
      <w:r>
        <w:t>to spirituality jo hai woh sacrifice mangti hai. woh sacrifice kis baat ki?</w:t>
      </w:r>
    </w:p>
    <w:p>
      <w:pPr>
        <w:jc w:val="right"/>
      </w:pPr>
      <w:r>
        <w:t>تو spirituality جو ہے وہ sacrifice مانگتی ہے۔ وہ sacrifice کس بات کی؟</w:t>
      </w:r>
    </w:p>
    <w:p>
      <w:r>
        <w:rPr>
          <w:b/>
        </w:rPr>
        <w:t xml:space="preserve">[31:19] </w:t>
      </w:r>
      <w:r>
        <w:t>ke unfolding process jo hai not stop, chalta rahe. is ki sacrifice. Sacrif</w:t>
      </w:r>
    </w:p>
    <w:p>
      <w:pPr>
        <w:jc w:val="right"/>
      </w:pPr>
      <w:r>
        <w:t>کہ unfolding process جو ہے not stop، چلتا رہے۔ اس کی sacrifice۔ Sacrif</w:t>
      </w:r>
    </w:p>
    <w:p>
      <w:r>
        <w:rPr>
          <w:b/>
        </w:rPr>
        <w:t xml:space="preserve">[31:25] </w:t>
      </w:r>
      <w:r>
        <w:t>ice kya hai? har doosre concern ko badan band khatam karna. koi doosra concern na rahe mera. aur bas is ke baad spirituality to apne aap jaise ubal hi par rahi hai, apne aap ubal rahi hai.</w:t>
      </w:r>
    </w:p>
    <w:p>
      <w:pPr>
        <w:jc w:val="right"/>
      </w:pPr>
      <w:r>
        <w:t>ice کیا ہے؟ ہر دوسرے concern کو بدن بند ختم کرنا۔ کوئی دوسرا concern نہ رہے میرا۔ اور بس اس کے بعد spirituality تو اپنے آپ جیسے ابل ہی پڑ رہی ہے، اپنے آپ ابل رہی ہے۔</w:t>
      </w:r>
    </w:p>
    <w:p>
      <w:r>
        <w:rPr>
          <w:b/>
        </w:rPr>
        <w:t xml:space="preserve">[31:41] </w:t>
      </w:r>
      <w:r>
        <w:t>apne aap ubal par rahi hai. woh jo quran mein hai ke</w:t>
      </w:r>
    </w:p>
    <w:p>
      <w:pPr>
        <w:jc w:val="right"/>
      </w:pPr>
      <w:r>
        <w:t>اپنے آپ ابل پڑ رہی ہے۔ وہ جو قرآن میں ہے کہ</w:t>
      </w:r>
    </w:p>
    <w:p>
      <w:r>
        <w:rPr>
          <w:b/>
        </w:rPr>
        <w:t xml:space="preserve">[31:52] </w:t>
      </w:r>
      <w:r>
        <w:t>kaha to ke khuda ne yahan par ek noor rakh diya hai.</w:t>
      </w:r>
    </w:p>
    <w:p>
      <w:pPr>
        <w:jc w:val="right"/>
      </w:pPr>
      <w:r>
        <w:t>کہا تو کہ خدا نے یہاں پر ایک نور رکھ دیا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