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Islam (In Conversation with Maulana) March 14, 2011</w:t>
      </w:r>
    </w:p>
    <w:p>
      <w:r>
        <w:t>https://www.youtube.com/watch?v=OMaWHBc_3XM</w:t>
      </w:r>
    </w:p>
    <w:p>
      <w:r>
        <w:rPr>
          <w:b/>
        </w:rPr>
        <w:t xml:space="preserve">[00:11] </w:t>
      </w:r>
      <w:r>
        <w:t>maulana mister sri nawaz sri dhara ne likha hai, un ki location nahi pata kahan se likha hai unhon ne.</w:t>
      </w:r>
    </w:p>
    <w:p>
      <w:pPr>
        <w:jc w:val="right"/>
      </w:pPr>
      <w:r>
        <w:t>مولانا مسٹر سری نواز سری دھرا نے لکھا ہے، ان کی لوکیشن نہیں پتا کہاں سے لکھا ہے انہوں نے۔</w:t>
      </w:r>
    </w:p>
    <w:p>
      <w:r>
        <w:rPr>
          <w:b/>
        </w:rPr>
        <w:t xml:space="preserve">[00:16] </w:t>
      </w:r>
      <w:r>
        <w:t>ان کا سوال یہ آیا ہے کہ "Science has made it possible to prolong a person's life span,</w:t>
      </w:r>
    </w:p>
    <w:p>
      <w:pPr>
        <w:jc w:val="right"/>
      </w:pPr>
      <w:r>
        <w:t>ان کا سوال یہ آیا ہے کہ "سائنس ہیز میڈ اٹ پوسیبل ٹو پرولونگ ا پرسنز لائف سپین،</w:t>
      </w:r>
    </w:p>
    <w:p>
      <w:r>
        <w:rPr>
          <w:b/>
        </w:rPr>
        <w:t xml:space="preserve">[00:21] </w:t>
      </w:r>
      <w:r>
        <w:t>does it indicate that science has become more powerful than religion? Kindly comment.</w:t>
      </w:r>
    </w:p>
    <w:p>
      <w:pPr>
        <w:jc w:val="right"/>
      </w:pPr>
      <w:r>
        <w:t>ڈز اٹ انڈیکیٹ دیٹ سائنس ہیز بیکم مور پاورفل دین ریلیجن؟" کائنڈلی کمنٹ۔</w:t>
      </w:r>
    </w:p>
    <w:p>
      <w:r>
        <w:rPr>
          <w:b/>
        </w:rPr>
        <w:t xml:space="preserve">[00:26] </w:t>
      </w:r>
      <w:r>
        <w:t>nahi nahi, abhi ghalat baat hai.</w:t>
      </w:r>
    </w:p>
    <w:p>
      <w:pPr>
        <w:jc w:val="right"/>
      </w:pPr>
      <w:r>
        <w:t>نہیں نہیں، ابھی غلط بات ہے۔</w:t>
      </w:r>
    </w:p>
    <w:p>
      <w:r>
        <w:rPr>
          <w:b/>
        </w:rPr>
        <w:t xml:space="preserve">[00:32] </w:t>
      </w:r>
      <w:r>
        <w:t>science ne kuch bhi zindagi lambi nahi ki hai.</w:t>
      </w:r>
    </w:p>
    <w:p>
      <w:pPr>
        <w:jc w:val="right"/>
      </w:pPr>
      <w:r>
        <w:t>سائنس نے کچھ بھی زندگی لمبی نہیں کی ہے۔</w:t>
      </w:r>
    </w:p>
    <w:p>
      <w:r>
        <w:rPr>
          <w:b/>
        </w:rPr>
        <w:t xml:space="preserve">[00:37] </w:t>
      </w:r>
      <w:r>
        <w:t>sirf yeh ho raha hai ke wo aadmi ko, yani</w:t>
      </w:r>
    </w:p>
    <w:p>
      <w:pPr>
        <w:jc w:val="right"/>
      </w:pPr>
      <w:r>
        <w:t>صرف یہ ہو رہا ہے کہ وہ آدمی کو، یعنی</w:t>
      </w:r>
    </w:p>
    <w:p>
      <w:r>
        <w:rPr>
          <w:b/>
        </w:rPr>
        <w:t xml:space="preserve">[00:42] </w:t>
      </w:r>
      <w:r>
        <w:t>plant ke roop mein, kuch der aur zinda rakhte hain bas, aur us ke baad aadmi mar jata hai.</w:t>
      </w:r>
    </w:p>
    <w:p>
      <w:pPr>
        <w:jc w:val="right"/>
      </w:pPr>
      <w:r>
        <w:t>پلانٹ کے روپ میں، کچھ دیر اور زندہ رکھتے ہیں بس، اور اس کے بعد آدمی مر جاتا ہے۔</w:t>
      </w:r>
    </w:p>
    <w:p>
      <w:r>
        <w:rPr>
          <w:b/>
        </w:rPr>
        <w:t xml:space="preserve">[00:46] </w:t>
      </w:r>
      <w:r>
        <w:t>yeh to aik aik woh hai, industry hai yeh.</w:t>
      </w:r>
    </w:p>
    <w:p>
      <w:pPr>
        <w:jc w:val="right"/>
      </w:pPr>
      <w:r>
        <w:t>یہ تو ایک ایک وہ ہے، انڈسٹری ہے یہ۔</w:t>
      </w:r>
    </w:p>
    <w:p>
      <w:r>
        <w:rPr>
          <w:b/>
        </w:rPr>
        <w:t xml:space="preserve">[00:49] </w:t>
      </w:r>
      <w:r>
        <w:t>is ka talluq, yani jo longevity hai woh pari nahi hai.</w:t>
      </w:r>
    </w:p>
    <w:p>
      <w:pPr>
        <w:jc w:val="right"/>
      </w:pPr>
      <w:r>
        <w:t>اس کا تعلق، یعنی جو لانجیوٹی ہے وہ پڑی نہیں ہے۔</w:t>
      </w:r>
    </w:p>
    <w:p>
      <w:r>
        <w:rPr>
          <w:b/>
        </w:rPr>
        <w:t xml:space="preserve">[00:53] </w:t>
      </w:r>
      <w:r>
        <w:t>yeh ghalat tasawwur hai yeh.</w:t>
      </w:r>
    </w:p>
    <w:p>
      <w:pPr>
        <w:jc w:val="right"/>
      </w:pPr>
      <w:r>
        <w:t>یہ غلط تصور ہے یہ۔</w:t>
      </w:r>
    </w:p>
    <w:p>
      <w:r>
        <w:rPr>
          <w:b/>
        </w:rPr>
        <w:t xml:space="preserve">[00:57] </w:t>
      </w:r>
      <w:r>
        <w:t>longevity ka tasawwur bilkul ghalat hai.</w:t>
      </w:r>
    </w:p>
    <w:p>
      <w:pPr>
        <w:jc w:val="right"/>
      </w:pPr>
      <w:r>
        <w:t>لانجیوٹی کا تصور بالکل غلط ہے۔</w:t>
      </w:r>
    </w:p>
    <w:p>
      <w:r>
        <w:rPr>
          <w:b/>
        </w:rPr>
        <w:t xml:space="preserve">[01:01] </w:t>
      </w:r>
      <w:r>
        <w:t>insan pehle bhi kuch bachpan mein marta tha, barhaape mein marta tha, koi lambi umar hoti thi.</w:t>
      </w:r>
    </w:p>
    <w:p>
      <w:pPr>
        <w:jc w:val="right"/>
      </w:pPr>
      <w:r>
        <w:t>انسان پہلے بھی کچھ بچپن میں مرتا تھا، بڑھاپے میں مرتا تھا، کوئی لمبی عمر ہوتی تھی۔</w:t>
      </w:r>
    </w:p>
    <w:p>
      <w:r>
        <w:rPr>
          <w:b/>
        </w:rPr>
        <w:t xml:space="preserve">[01:04] </w:t>
      </w:r>
      <w:r>
        <w:t>aise aaj bhi ho raha hai.</w:t>
      </w:r>
    </w:p>
    <w:p>
      <w:pPr>
        <w:jc w:val="right"/>
      </w:pPr>
      <w:r>
        <w:t>ایسے آج بھی ہو رہا ہے۔</w:t>
      </w:r>
    </w:p>
    <w:p>
      <w:r>
        <w:rPr>
          <w:b/>
        </w:rPr>
        <w:t xml:space="preserve">[01:08] </w:t>
      </w:r>
      <w:r>
        <w:t>lekin bas sau</w:t>
      </w:r>
    </w:p>
    <w:p>
      <w:pPr>
        <w:jc w:val="right"/>
      </w:pPr>
      <w:r>
        <w:t>لیکن بس سو</w:t>
      </w:r>
    </w:p>
    <w:p>
      <w:r>
        <w:rPr>
          <w:b/>
        </w:rPr>
        <w:t xml:space="preserve">[01:12] </w:t>
      </w:r>
      <w:r>
        <w:t>saal ke aas paas woh mar jaate hain.</w:t>
      </w:r>
    </w:p>
    <w:p>
      <w:pPr>
        <w:jc w:val="right"/>
      </w:pPr>
      <w:r>
        <w:t>سال کے آس پاس وہ مر جاتے ہیں۔</w:t>
      </w:r>
    </w:p>
    <w:p>
      <w:r>
        <w:rPr>
          <w:b/>
        </w:rPr>
        <w:t xml:space="preserve">[01:16] </w:t>
      </w:r>
      <w:r>
        <w:t>hazrat ibrahim ki 190 saal umar hui thi.</w:t>
      </w:r>
    </w:p>
    <w:p>
      <w:pPr>
        <w:jc w:val="right"/>
      </w:pPr>
      <w:r>
        <w:t>حضرت ابراہیم کی 190 سال عمر ہوئی تھی۔</w:t>
      </w:r>
    </w:p>
    <w:p>
      <w:r>
        <w:rPr>
          <w:b/>
        </w:rPr>
        <w:t xml:space="preserve">[01:19] </w:t>
      </w:r>
      <w:r>
        <w:t>to longevity ka jo tasawwur hai bilkul, yani baseless hai.</w:t>
      </w:r>
    </w:p>
    <w:p>
      <w:pPr>
        <w:jc w:val="right"/>
      </w:pPr>
      <w:r>
        <w:t>تو لانجیوٹی کا جو تصور ہے بالکل، یعنی بیسلیس ہے۔</w:t>
      </w:r>
    </w:p>
    <w:p>
      <w:r>
        <w:rPr>
          <w:b/>
        </w:rPr>
        <w:t xml:space="preserve">[01:23] </w:t>
      </w:r>
      <w:r>
        <w:t>jo cheez hui hai woh sirf yeh ke aadmi jab marne ke qareeb ho to us ko bilkul</w:t>
      </w:r>
    </w:p>
    <w:p>
      <w:pPr>
        <w:jc w:val="right"/>
      </w:pPr>
      <w:r>
        <w:t>جو چیز ہوئی ہے وہ صرف یہ کہ آدمی جب مرنے کے قریب ہو تو اس کو بالکل</w:t>
      </w:r>
    </w:p>
    <w:p>
      <w:r>
        <w:rPr>
          <w:b/>
        </w:rPr>
        <w:t xml:space="preserve">[01:27] </w:t>
      </w:r>
      <w:r>
        <w:t>plant ke tareeqe se rakhe jaate hain hospitalon mein, paisa khud wasool karte hain.</w:t>
      </w:r>
    </w:p>
    <w:p>
      <w:pPr>
        <w:jc w:val="right"/>
      </w:pPr>
      <w:r>
        <w:t>پلانٹ کے طریقے سے رکھے جاتے ہیں ہسپتالوں میں، پیسہ خود وصول کرتے ہیں۔</w:t>
      </w:r>
    </w:p>
    <w:p>
      <w:r>
        <w:rPr>
          <w:b/>
        </w:rPr>
        <w:t xml:space="preserve">[01:31] </w:t>
      </w:r>
      <w:r>
        <w:t>yeh to aik business hai, business.</w:t>
      </w:r>
    </w:p>
    <w:p>
      <w:pPr>
        <w:jc w:val="right"/>
      </w:pPr>
      <w:r>
        <w:t>یہ تو ایک بزنس ہے، بزنس۔</w:t>
      </w:r>
    </w:p>
    <w:p>
      <w:r>
        <w:rPr>
          <w:b/>
        </w:rPr>
        <w:t xml:space="preserve">[01:35] </w:t>
      </w:r>
      <w:r>
        <w:t>baqi umar hazrat ki lambi nahi hui hai.</w:t>
      </w:r>
    </w:p>
    <w:p>
      <w:pPr>
        <w:jc w:val="right"/>
      </w:pPr>
      <w:r>
        <w:t>باقی عمر حضرت کی لمبی نہیں ہوئی ہے۔</w:t>
      </w:r>
    </w:p>
    <w:p>
      <w:r>
        <w:rPr>
          <w:b/>
        </w:rPr>
        <w:t xml:space="preserve">[01:38] </w:t>
      </w:r>
      <w:r>
        <w:t>yeh soch bilkul</w:t>
      </w:r>
    </w:p>
    <w:p>
      <w:pPr>
        <w:jc w:val="right"/>
      </w:pPr>
      <w:r>
        <w:t>یہ سوچ بالکل</w:t>
      </w:r>
    </w:p>
    <w:p>
      <w:r>
        <w:rPr>
          <w:b/>
        </w:rPr>
        <w:t xml:space="preserve">[01:42] </w:t>
      </w:r>
      <w:r>
        <w:t>baseless hai ke science se koi talluq nahi is ka.</w:t>
      </w:r>
    </w:p>
    <w:p>
      <w:pPr>
        <w:jc w:val="right"/>
      </w:pPr>
      <w:r>
        <w:t>بیسلیس ہے کہ سائنس سے کوئی تعلق نہیں اس کا۔</w:t>
      </w:r>
    </w:p>
    <w:p>
      <w:r>
        <w:rPr>
          <w:b/>
        </w:rPr>
        <w:t xml:space="preserve">[01:47] </w:t>
      </w:r>
      <w:r>
        <w:t>yeh akhbar, akhbar wale aisa likha karte hain.</w:t>
      </w:r>
    </w:p>
    <w:p>
      <w:pPr>
        <w:jc w:val="right"/>
      </w:pPr>
      <w:r>
        <w:t>یہ اخبار، اخبار والے ایسا لکھا کرتے ہیں۔</w:t>
      </w:r>
    </w:p>
    <w:p>
      <w:r>
        <w:rPr>
          <w:b/>
        </w:rPr>
        <w:t xml:space="preserve">[01:52] </w:t>
      </w:r>
      <w:r>
        <w:t>kisi scientist ne aisa claim nahi kiya.</w:t>
      </w:r>
    </w:p>
    <w:p>
      <w:pPr>
        <w:jc w:val="right"/>
      </w:pPr>
      <w:r>
        <w:t>کسی سائنٹسٹ نے ایسا کلیم نہیں کیا۔</w:t>
      </w:r>
    </w:p>
    <w:p>
      <w:r>
        <w:rPr>
          <w:b/>
        </w:rPr>
        <w:t xml:space="preserve">[01:57] </w:t>
      </w:r>
      <w:r>
        <w:t>yeh akhbari khabar hai, yeh scientific statement nahi hai.</w:t>
      </w:r>
    </w:p>
    <w:p>
      <w:pPr>
        <w:jc w:val="right"/>
      </w:pPr>
      <w:r>
        <w:t>یہ اخباری خبر ہے، یہ سائنٹیفک سٹیٹمنٹ نہیں ہے۔</w:t>
      </w:r>
    </w:p>
    <w:p>
      <w:r>
        <w:rPr>
          <w:b/>
        </w:rPr>
        <w:t xml:space="preserve">[02:02] </w:t>
      </w:r>
      <w:r>
        <w:t>mister surya mukherjee ne sawal kiya hai dilli se.</w:t>
      </w:r>
    </w:p>
    <w:p>
      <w:pPr>
        <w:jc w:val="right"/>
      </w:pPr>
      <w:r>
        <w:t>مسٹر سوریا مکھر جی نے سوال کیا ہے دلی سے۔</w:t>
      </w:r>
    </w:p>
    <w:p>
      <w:r>
        <w:rPr>
          <w:b/>
        </w:rPr>
        <w:t xml:space="preserve">[02:07] </w:t>
      </w:r>
      <w:r>
        <w:t>انہوں نے لکھا ہے: "مولانا، please tell us how one can control his or her temptation؟" بھئی، اس سے</w:t>
      </w:r>
    </w:p>
    <w:p>
      <w:pPr>
        <w:jc w:val="right"/>
      </w:pPr>
      <w:r>
        <w:t>انہوں نے لکھا ہے: "مولانا، پلیز ٹیل اس ہاؤ ون کین کنٹرول ہز اور ہر ٹیمپٹیشن؟" بھئی، اس سے</w:t>
      </w:r>
    </w:p>
    <w:p>
      <w:r>
        <w:rPr>
          <w:b/>
        </w:rPr>
        <w:t xml:space="preserve">[02:12] </w:t>
      </w:r>
      <w:r>
        <w:t>zyada aasan to kuch bhi nahi.</w:t>
      </w:r>
    </w:p>
    <w:p>
      <w:pPr>
        <w:jc w:val="right"/>
      </w:pPr>
      <w:r>
        <w:t>زیادہ آسان تو کچھ بھی نہیں۔</w:t>
      </w:r>
    </w:p>
    <w:p>
      <w:r>
        <w:rPr>
          <w:b/>
        </w:rPr>
        <w:t xml:space="preserve">[02:17] </w:t>
      </w:r>
      <w:r>
        <w:t>yani yeh glass uthane ke liye mujhe taqat istemal karna hai.</w:t>
      </w:r>
    </w:p>
    <w:p>
      <w:pPr>
        <w:jc w:val="right"/>
      </w:pPr>
      <w:r>
        <w:t>یعنی یہ گلاس اٹھانے کے لیے مجھے طاقت استعمال کرنا ہے۔</w:t>
      </w:r>
    </w:p>
    <w:p>
      <w:r>
        <w:rPr>
          <w:b/>
        </w:rPr>
        <w:t xml:space="preserve">[02:22] </w:t>
      </w:r>
      <w:r>
        <w:t>mera haath jo hai move kare, is mein pakadne ki taqat to mein utha paunga.</w:t>
      </w:r>
    </w:p>
    <w:p>
      <w:pPr>
        <w:jc w:val="right"/>
      </w:pPr>
      <w:r>
        <w:t>میرا ہاتھ جو ہے موو کرے، اس میں پکڑنے کی طاقت تو میں اٹھا پاؤں گا۔</w:t>
      </w:r>
    </w:p>
    <w:p>
      <w:r>
        <w:rPr>
          <w:b/>
        </w:rPr>
        <w:t xml:space="preserve">[02:27] </w:t>
      </w:r>
      <w:r>
        <w:t>لیکن sentiment control کرنے تو کچھ کچھ ہی نہیں کرنا ہے، سوائے اس کے کہ اپنے مائنڈ میں،</w:t>
      </w:r>
    </w:p>
    <w:p>
      <w:pPr>
        <w:jc w:val="right"/>
      </w:pPr>
      <w:r>
        <w:t>لیکن سینٹیمنٹ کنٹرول کرنے تو کچھ کچھ ہی نہیں کرنا ہے، سوائے اس کے کہ اپنے مائنڈ میں،</w:t>
      </w:r>
    </w:p>
    <w:p>
      <w:r>
        <w:rPr>
          <w:b/>
        </w:rPr>
        <w:t xml:space="preserve">[02:32] </w:t>
      </w:r>
      <w:r>
        <w:t>یعنی thought کو، thought process کو بدل دینا ہے بس۔</w:t>
      </w:r>
    </w:p>
    <w:p>
      <w:pPr>
        <w:jc w:val="right"/>
      </w:pPr>
      <w:r>
        <w:t>یعنی تھاٹ کو، تھاٹ پراسیس کو بدل دینا ہے بس۔</w:t>
      </w:r>
    </w:p>
    <w:p>
      <w:r>
        <w:rPr>
          <w:b/>
        </w:rPr>
        <w:t xml:space="preserve">[02:37] </w:t>
      </w:r>
      <w:r>
        <w:t>yani aik physical event</w:t>
      </w:r>
    </w:p>
    <w:p>
      <w:pPr>
        <w:jc w:val="right"/>
      </w:pPr>
      <w:r>
        <w:t>یعنی ایک فزیکل ایون</w:t>
      </w:r>
    </w:p>
    <w:p>
      <w:r>
        <w:rPr>
          <w:b/>
        </w:rPr>
        <w:t xml:space="preserve">[02:42] </w:t>
      </w:r>
      <w:r>
        <w:t>ko zahoor bulane ke liye to taqat kharch karni padti hai.</w:t>
      </w:r>
    </w:p>
    <w:p>
      <w:pPr>
        <w:jc w:val="right"/>
      </w:pPr>
      <w:r>
        <w:t>ٹ کو ظہور بلانے کے لیے تو طاقت خرچ کرنی پڑتی ہے۔</w:t>
      </w:r>
    </w:p>
    <w:p>
      <w:r>
        <w:rPr>
          <w:b/>
        </w:rPr>
        <w:t xml:space="preserve">[02:47] </w:t>
      </w:r>
      <w:r>
        <w:t>kyunke thought process kab tak apne qabze mein hai? mahiran ke log is ko mushkil kyun samajhte hain?</w:t>
      </w:r>
    </w:p>
    <w:p>
      <w:pPr>
        <w:jc w:val="right"/>
      </w:pPr>
      <w:r>
        <w:t>کیونکہ تھاٹ پراسیس کب تک اپنے قبضے میں ہے؟ ماہران کے لوگ اس کو مشکل کیوں سمجھتے ہیں؟</w:t>
      </w:r>
    </w:p>
    <w:p>
      <w:r>
        <w:rPr>
          <w:b/>
        </w:rPr>
        <w:t xml:space="preserve">[02:53] </w:t>
      </w:r>
      <w:r>
        <w:t>میں تو within a second اپنے کو، اپنے اپنے thought کو کنٹرول کر لیتا ہوں، within a second۔</w:t>
      </w:r>
    </w:p>
    <w:p>
      <w:pPr>
        <w:jc w:val="right"/>
      </w:pPr>
      <w:r>
        <w:t>میں تو ود ان سیکنڈ اپنے کو، اپنے اپنے تھاٹ کو کنٹرول کر لیتا ہوں، ود ان سیکنڈ۔</w:t>
      </w:r>
    </w:p>
    <w:p>
      <w:r>
        <w:rPr>
          <w:b/>
        </w:rPr>
        <w:t xml:space="preserve">[02:58] </w:t>
      </w:r>
      <w:r>
        <w:t>kyunke is se aasan to koi cheez nahin.</w:t>
      </w:r>
    </w:p>
    <w:p>
      <w:pPr>
        <w:jc w:val="right"/>
      </w:pPr>
      <w:r>
        <w:t>کیونکہ اس سے آسان تو کوئی چیز نہیں۔</w:t>
      </w:r>
    </w:p>
    <w:p>
      <w:r>
        <w:rPr>
          <w:b/>
        </w:rPr>
        <w:t xml:space="preserve">[03:03] </w:t>
      </w:r>
      <w:r>
        <w:t>mujhe bhi ghussa aata hai, mujhe bhi hate paida hoti hai.</w:t>
      </w:r>
    </w:p>
    <w:p>
      <w:pPr>
        <w:jc w:val="right"/>
      </w:pPr>
      <w:r>
        <w:t>مجھے بھی غصہ آتا ہے، مجھے بھی ہیٹ پیدا ہوتی ہے۔</w:t>
      </w:r>
    </w:p>
    <w:p>
      <w:r>
        <w:rPr>
          <w:b/>
        </w:rPr>
        <w:t xml:space="preserve">[03:08] </w:t>
      </w:r>
      <w:r>
        <w:t>main within second is ko manage kar leta hoon.</w:t>
      </w:r>
    </w:p>
    <w:p>
      <w:pPr>
        <w:jc w:val="right"/>
      </w:pPr>
      <w:r>
        <w:t>میں ود ان سیکنڈ اس کو مینج کر لیتا ہوں۔</w:t>
      </w:r>
    </w:p>
    <w:p>
      <w:r>
        <w:rPr>
          <w:b/>
        </w:rPr>
        <w:t xml:space="preserve">[03:13] </w:t>
      </w:r>
      <w:r>
        <w:t>misal ke taur par dekhiye, main kya karta hoon.</w:t>
      </w:r>
    </w:p>
    <w:p>
      <w:pPr>
        <w:jc w:val="right"/>
      </w:pPr>
      <w:r>
        <w:t>مثال کے طور پر دیکھیے، میں کیا کرتا ہوں۔</w:t>
      </w:r>
    </w:p>
    <w:p>
      <w:r>
        <w:rPr>
          <w:b/>
        </w:rPr>
        <w:t xml:space="preserve">[03:17] </w:t>
      </w:r>
      <w:r>
        <w:t>main foran yeh yaad karta hoon ke yeh to subah ibadat ka mauqa aa gaya.</w:t>
      </w:r>
    </w:p>
    <w:p>
      <w:pPr>
        <w:jc w:val="right"/>
      </w:pPr>
      <w:r>
        <w:t>میں فوراً یہ یاد کرتا ہوں کہ یہ تو صبح عبادت کا موقع آ گیا۔</w:t>
      </w:r>
    </w:p>
    <w:p>
      <w:r>
        <w:rPr>
          <w:b/>
        </w:rPr>
        <w:t xml:space="preserve">[03:21] </w:t>
      </w:r>
      <w:r>
        <w:t>agar main ghusse ko pee jaon to yeh ibadat hai.</w:t>
      </w:r>
    </w:p>
    <w:p>
      <w:pPr>
        <w:jc w:val="right"/>
      </w:pPr>
      <w:r>
        <w:t>اگر میں غصے کو پی جاؤں تو یہ عبادت ہے۔</w:t>
      </w:r>
    </w:p>
    <w:p>
      <w:r>
        <w:rPr>
          <w:b/>
        </w:rPr>
        <w:t xml:space="preserve">[03:25] </w:t>
      </w:r>
      <w:r>
        <w:t>agar main sabr kar loon to yeh ibadat hai.</w:t>
      </w:r>
    </w:p>
    <w:p>
      <w:pPr>
        <w:jc w:val="right"/>
      </w:pPr>
      <w:r>
        <w:t>اگر میں صبر کر لوں تو یہ عبادت ہے۔</w:t>
      </w:r>
    </w:p>
    <w:p>
      <w:r>
        <w:rPr>
          <w:b/>
        </w:rPr>
        <w:t xml:space="preserve">[03:28] </w:t>
      </w:r>
      <w:r>
        <w:t>nafrat ko khatam kar doon to yeh ibadat hai.</w:t>
      </w:r>
    </w:p>
    <w:p>
      <w:pPr>
        <w:jc w:val="right"/>
      </w:pPr>
      <w:r>
        <w:t>نفرت کو ختم کر دوں تو یہ عبادت ہے۔</w:t>
      </w:r>
    </w:p>
    <w:p>
      <w:r>
        <w:rPr>
          <w:b/>
        </w:rPr>
        <w:t xml:space="preserve">[03:32] </w:t>
      </w:r>
      <w:r>
        <w:t>yeh to namaz hone se bari ibadat hai yeh.</w:t>
      </w:r>
    </w:p>
    <w:p>
      <w:pPr>
        <w:jc w:val="right"/>
      </w:pPr>
      <w:r>
        <w:t>یہ تو نماز ہونے سے بڑی عبادت ہے یہ۔</w:t>
      </w:r>
    </w:p>
    <w:p>
      <w:r>
        <w:rPr>
          <w:b/>
        </w:rPr>
        <w:t xml:space="preserve">[03:36] </w:t>
      </w:r>
      <w:r>
        <w:t>to main sochta hoon ke main is aise mauqa khoon.</w:t>
      </w:r>
    </w:p>
    <w:p>
      <w:pPr>
        <w:jc w:val="right"/>
      </w:pPr>
      <w:r>
        <w:t>تو میں سوچتا ہوں کہ میں اس ایسے موقع کھوؤں۔</w:t>
      </w:r>
    </w:p>
    <w:p>
      <w:r>
        <w:rPr>
          <w:b/>
        </w:rPr>
        <w:t xml:space="preserve">[03:40] </w:t>
      </w:r>
      <w:r>
        <w:t>i take is as a great opport</w:t>
      </w:r>
    </w:p>
    <w:p>
      <w:pPr>
        <w:jc w:val="right"/>
      </w:pPr>
      <w:r>
        <w:t>آئی ٹیک از ایز اے گریٹ اپرچ</w:t>
      </w:r>
    </w:p>
    <w:p>
      <w:r>
        <w:rPr>
          <w:b/>
        </w:rPr>
        <w:t xml:space="preserve">[03:43] </w:t>
      </w:r>
      <w:r>
        <w:t>unity.</w:t>
      </w:r>
    </w:p>
    <w:p>
      <w:pPr>
        <w:jc w:val="right"/>
      </w:pPr>
      <w:r>
        <w:t>ونیٹی۔</w:t>
      </w:r>
    </w:p>
    <w:p>
      <w:r>
        <w:rPr>
          <w:b/>
        </w:rPr>
        <w:t xml:space="preserve">[03:48] </w:t>
      </w:r>
      <w:r>
        <w:t>yeh hai thought process.</w:t>
      </w:r>
    </w:p>
    <w:p>
      <w:pPr>
        <w:jc w:val="right"/>
      </w:pPr>
      <w:r>
        <w:t>یہ ہے تھاٹ پراسیس۔</w:t>
      </w:r>
    </w:p>
    <w:p>
      <w:r>
        <w:rPr>
          <w:b/>
        </w:rPr>
        <w:t xml:space="preserve">[03:52] </w:t>
      </w:r>
      <w:r>
        <w:t>yani jis cheez ko aam aadmi hate ke taur par leta hai, anger ke taur par leta hai,</w:t>
      </w:r>
    </w:p>
    <w:p>
      <w:pPr>
        <w:jc w:val="right"/>
      </w:pPr>
      <w:r>
        <w:t>یعنی جس چیز کو عام آدمی ہیٹ کے طور پر لیتا ہے، اینگر کے طور پر لیتا ہے،</w:t>
      </w:r>
    </w:p>
    <w:p>
      <w:r>
        <w:rPr>
          <w:b/>
        </w:rPr>
        <w:t xml:space="preserve">[03:57] </w:t>
      </w:r>
      <w:r>
        <w:t>main is ko ibadat ki aik opportunity ke taur par leta hoon.</w:t>
      </w:r>
    </w:p>
    <w:p>
      <w:pPr>
        <w:jc w:val="right"/>
      </w:pPr>
      <w:r>
        <w:t>میں اس کو عبادت کی ایک اپرچونیٹی کے طور پر لیتا ہوں۔</w:t>
      </w:r>
    </w:p>
    <w:p>
      <w:r>
        <w:rPr>
          <w:b/>
        </w:rPr>
        <w:t xml:space="preserve">[04:01] </w:t>
      </w:r>
      <w:r>
        <w:t>تو I always try to appeal this opportunity. سپر عبادت۔</w:t>
      </w:r>
    </w:p>
    <w:p>
      <w:pPr>
        <w:jc w:val="right"/>
      </w:pPr>
      <w:r>
        <w:t>تو آئی الویز ٹرائی ٹو اپیل دس اپرچونیٹی۔ سپر عبادت۔</w:t>
      </w:r>
    </w:p>
    <w:p>
      <w:r>
        <w:rPr>
          <w:b/>
        </w:rPr>
        <w:t xml:space="preserve">[04:05] </w:t>
      </w:r>
      <w:r>
        <w:t>kyunke quran se sabit hai ke sab se zyada sawab isi ko milta hai.</w:t>
      </w:r>
    </w:p>
    <w:p>
      <w:pPr>
        <w:jc w:val="right"/>
      </w:pPr>
      <w:r>
        <w:t>کیونکہ قرآن سے ثابت ہے کہ سب سے زیادہ ثواب اسی کو ملتا ہے۔</w:t>
      </w:r>
    </w:p>
    <w:p>
      <w:r>
        <w:rPr>
          <w:b/>
        </w:rPr>
        <w:t xml:space="preserve">[04:10] </w:t>
      </w:r>
      <w:r>
        <w:t>agar aap apne anger ko, apne ghusse ko</w:t>
      </w:r>
    </w:p>
    <w:p>
      <w:pPr>
        <w:jc w:val="right"/>
      </w:pPr>
      <w:r>
        <w:t>اگر آپ اپنے اینگر کو، اپنے غصے کو</w:t>
      </w:r>
    </w:p>
    <w:p>
      <w:r>
        <w:rPr>
          <w:b/>
        </w:rPr>
        <w:t xml:space="preserve">[04:14] </w:t>
      </w:r>
      <w:r>
        <w:t>andar andar control kar lein, apne hate ko khatam kar dein, to is se bari koi ibadat nahi hai. to main us waqt yeh sochne lagta hoon, yani apne thought process ko aise karne lagta hoon ke yeh to yeh mauqa aa gaya sab se bari ibadat karne ka. to within second change hota hai. to main to is ko sab se aasan samajhta hoon. thought process ko change karna kisi physical movement se hazaron</w:t>
      </w:r>
    </w:p>
    <w:p>
      <w:pPr>
        <w:jc w:val="right"/>
      </w:pPr>
      <w:r>
        <w:t>اندر اندر کنٹرول کر لیں، اپنے ہیٹ کو ختم کر دیں، تو اس سے بڑی کوئی عبادت نہیں ہے۔ تو میں اس وقت یہ سوچنے لگتا ہوں، یعنی اپنے تھاٹ پراسیس کو ایسے کرنے لگتا ہوں کہ یہ تو یہ موقع آ گیا سب سے بڑی عبادت کرنے کا۔ تو ود ان سیکنڈ چینج ہوتا ہے۔ تو میں تو اس کو سب سے آسان سمجھتا ہوں۔ تھاٹ پراسیس کو چینج کرنا کسی فزیکل موومنٹ سے ہزاروں</w:t>
      </w:r>
    </w:p>
    <w:p>
      <w:r>
        <w:rPr>
          <w:b/>
        </w:rPr>
        <w:t xml:space="preserve">[04:44] </w:t>
      </w:r>
      <w:r>
        <w:t>guna aasan hai. physical movement mein, physical movement pe aap ko taqat, energy lagani padti hai. haath ko yahan se yahan le jayenge, paon ko wahan se wahan le jayenge. lekin thought process mein change lane mein kya mushkil hai? kuch bhi nahi. within second aap idhar se guzar kar dijiye. ek martaba main gaya shayad ahmedabad mein ke ek sahib mujhe le gaye apne ek factory mein. us waqt ek naya</w:t>
      </w:r>
    </w:p>
    <w:p>
      <w:pPr>
        <w:jc w:val="right"/>
      </w:pPr>
      <w:r>
        <w:t>گنا آسان ہے۔ فزیکل موومنٹ میں، فزیکل موومنٹ پہ آپ کو طاقت، انرجی لگانی پڑتی ہے۔ ہاتھ کو یہاں سے یہاں لے جائیں گے، پاؤں کو وہاں سے وہاں لے جائیں گے۔ لیکن تھاٹ پراسیس میں چینج لانے میں کیا مشکل ہے؟ کچھ بھی نہیں۔ ود ان سیکنڈ آپ ادھر سے گزر کر دیجیے۔ ایک مرتبہ میں گیا شاید احمد آباد میں کہ ایک صاحب مجھے لے گئے اپنے ایک فیکٹری میں۔ اس وقت ایک نیا</w:t>
      </w:r>
    </w:p>
    <w:p>
      <w:r>
        <w:rPr>
          <w:b/>
        </w:rPr>
        <w:t xml:space="preserve">[05:14] </w:t>
      </w:r>
      <w:r>
        <w:t>engine lagaya tha unhon ne. to us ne wheel, jo wheel jo hota hai, flying wheel jo kehte hain, bara sa flying wheel, ek switch dabai unhon ne. to flying wheel chalne laga. within second us ne speed le liya. unhon ne kaha ke dekhiye, abhi main ek aur button dabata hoon. ek aur daba daba. to direction change kar liya. within second phir change kar idhar chalne laga. to jo kaam ek metal kar sakta hai, woh insan ki</w:t>
      </w:r>
    </w:p>
    <w:p>
      <w:pPr>
        <w:jc w:val="right"/>
      </w:pPr>
      <w:r>
        <w:t>انجن لگایا تھا انہوں نے۔ تو اس نے ویل، جو ویل جو ہوتا ہے، فلائنگ ویل جو کہتے ہیں، بڑا سا فلائنگ ویل، ایک سوئچ دبائی انہوں نے۔ تو فلائنگ ویل چلنے لگا۔ ود ان سیکنڈ اس نے سپیڈ لے لیا۔ انہوں نے کہا کہ دیکھیے، ابھی میں ایک اور بٹن دباتا ہوں۔ ایک اور دبا دبا۔ تو ڈائریکشن چینج کر لیا۔ ود ان سیکنڈ پھر چینج کر ادھر چلنے لگا۔ تو جو کام ایک میٹل کر سکتا ہے، وہ انسان کی</w:t>
      </w:r>
    </w:p>
    <w:p>
      <w:r>
        <w:rPr>
          <w:b/>
        </w:rPr>
        <w:t xml:space="preserve">[05:44] </w:t>
      </w:r>
      <w:r>
        <w:t>وں نہیں کر سکتا؟ ایک مشین جو ہے، یہ کر سکتی ہے کہ within a second اپنی ڈائریکشن</w:t>
      </w:r>
    </w:p>
    <w:p>
      <w:pPr>
        <w:jc w:val="right"/>
      </w:pPr>
      <w:r>
        <w:t>وں نہیں کر سکتا؟ ایک مشین جو ہے، یہ کر سکتی ہے کہ ود ان سیکنڈ اپنی ڈائریکشن</w:t>
      </w:r>
    </w:p>
    <w:p>
      <w:r>
        <w:rPr>
          <w:b/>
        </w:rPr>
        <w:t xml:space="preserve">[05:49] </w:t>
      </w:r>
      <w:r>
        <w:t>change kar le.</w:t>
      </w:r>
    </w:p>
    <w:p>
      <w:pPr>
        <w:jc w:val="right"/>
      </w:pPr>
      <w:r>
        <w:t>چینج کر لے۔</w:t>
      </w:r>
    </w:p>
    <w:p>
      <w:r>
        <w:rPr>
          <w:b/>
        </w:rPr>
        <w:t xml:space="preserve">[05:54] </w:t>
      </w:r>
      <w:r>
        <w:t>تو انسان تو thousand نہیں، billion times زیادہ powerful ہے انجن سے۔ انجن سے۔</w:t>
      </w:r>
    </w:p>
    <w:p>
      <w:pPr>
        <w:jc w:val="right"/>
      </w:pPr>
      <w:r>
        <w:t>تو انسان تو تھاؤزنڈ نہیں، بلین ٹائم زیادہ پاورفل ہے انجن سے۔ انجن سے۔</w:t>
      </w:r>
    </w:p>
    <w:p>
      <w:r>
        <w:rPr>
          <w:b/>
        </w:rPr>
        <w:t xml:space="preserve">[05:59] </w:t>
      </w:r>
      <w:r>
        <w:t>to aap kyun nahin kar sakte? yaad rakhiye, aik engine jo hai, kitna hi bara engine ho, is</w:t>
      </w:r>
    </w:p>
    <w:p>
      <w:pPr>
        <w:jc w:val="right"/>
      </w:pPr>
      <w:r>
        <w:t>تو آپ کیوں نہیں کر سکتے؟ یاد رکھیے، ایک انجن جو ہے، کتنا ہی بڑا انجن ہو، اس</w:t>
      </w:r>
    </w:p>
    <w:p>
      <w:r>
        <w:rPr>
          <w:b/>
        </w:rPr>
        <w:t xml:space="preserve">[06:04] </w:t>
      </w:r>
      <w:r>
        <w:t>سے میرا دماغ billion times زیادہ طاقتور ہے۔</w:t>
      </w:r>
    </w:p>
    <w:p>
      <w:pPr>
        <w:jc w:val="right"/>
      </w:pPr>
      <w:r>
        <w:t>سے میرا دماغ بلین ٹائم زیادہ طاقتور ہے۔</w:t>
      </w:r>
    </w:p>
    <w:p>
      <w:r>
        <w:rPr>
          <w:b/>
        </w:rPr>
        <w:t xml:space="preserve">[06:09] </w:t>
      </w:r>
      <w:r>
        <w:t>کوئی comparison نہیں ہے ایک ایک ایک ایک mind میں اور</w:t>
      </w:r>
    </w:p>
    <w:p>
      <w:pPr>
        <w:jc w:val="right"/>
      </w:pPr>
      <w:r>
        <w:t>کوئی کمپیریزن نہیں ہے ایک ایک ایک ایک مائنڈ میں اور</w:t>
      </w:r>
    </w:p>
    <w:p>
      <w:r>
        <w:rPr>
          <w:b/>
        </w:rPr>
        <w:t xml:space="preserve">[06:14] </w:t>
      </w:r>
      <w:r>
        <w:t>aik engine mein.</w:t>
      </w:r>
    </w:p>
    <w:p>
      <w:pPr>
        <w:jc w:val="right"/>
      </w:pPr>
      <w:r>
        <w:t>ایک انجن میں۔</w:t>
      </w:r>
    </w:p>
    <w:p>
      <w:r>
        <w:rPr>
          <w:b/>
        </w:rPr>
        <w:t xml:space="preserve">[06:19] </w:t>
      </w:r>
      <w:r>
        <w:t>تو انجن اگر اپنی ڈائریکشن کو within a second change کر سکتا ہے، تو میرا مائنڈ کیوں نہیں</w:t>
      </w:r>
    </w:p>
    <w:p>
      <w:pPr>
        <w:jc w:val="right"/>
      </w:pPr>
      <w:r>
        <w:t>تو انجن اگر اپنی ڈائریکشن کو ود ان سیکنڈ چینج کر سکتا ہے، تو میرا مائنڈ کیوں نہیں</w:t>
      </w:r>
    </w:p>
    <w:p>
      <w:r>
        <w:rPr>
          <w:b/>
        </w:rPr>
        <w:t xml:space="preserve">[06:25] </w:t>
      </w:r>
      <w:r>
        <w:t>kar sakta? to thought process ko change karna main bohat se aasan samajhta hoon.</w:t>
      </w:r>
    </w:p>
    <w:p>
      <w:pPr>
        <w:jc w:val="right"/>
      </w:pPr>
      <w:r>
        <w:t>کر سکتا؟ تو تھاٹ پراسیس کو چینج کرنا میں بہت سے آسان سمجھتا ہوں۔</w:t>
      </w:r>
    </w:p>
    <w:p>
      <w:r>
        <w:rPr>
          <w:b/>
        </w:rPr>
        <w:t xml:space="preserve">[06:30] </w:t>
      </w:r>
      <w:r>
        <w:t>sirf sochne ki baat hai.</w:t>
      </w:r>
    </w:p>
    <w:p>
      <w:pPr>
        <w:jc w:val="right"/>
      </w:pPr>
      <w:r>
        <w:t>صرف سوچنے کی بات ہے۔</w:t>
      </w:r>
    </w:p>
    <w:p>
      <w:r>
        <w:rPr>
          <w:b/>
        </w:rPr>
        <w:t xml:space="preserve">[06:35] </w:t>
      </w:r>
      <w:r>
        <w:t>art of thinking ki baat hai.</w:t>
      </w:r>
    </w:p>
    <w:p>
      <w:pPr>
        <w:jc w:val="right"/>
      </w:pPr>
      <w:r>
        <w:t>آرٹ آف تھنکنگ کی بات ہے۔</w:t>
      </w:r>
    </w:p>
    <w:p>
      <w:r>
        <w:rPr>
          <w:b/>
        </w:rPr>
        <w:t xml:space="preserve">[06:40] </w:t>
      </w:r>
      <w:r>
        <w:t>maulana iqbal ahmad umri ne tamil nadu se likha hai: "musalmanon ne ab tak jaan ki qurbani di hai.</w:t>
      </w:r>
    </w:p>
    <w:p>
      <w:pPr>
        <w:jc w:val="right"/>
      </w:pPr>
      <w:r>
        <w:t>مولانا اقبال احمد عمری نے تمل ناڈو سے لکھا ہے: "مسلمانوں نے اب تک جان کی قربانی دی ہے۔</w:t>
      </w:r>
    </w:p>
    <w:p>
      <w:r>
        <w:rPr>
          <w:b/>
        </w:rPr>
        <w:t xml:space="preserve">[06:45] </w:t>
      </w:r>
      <w:r>
        <w:t>ab kis tarah ki qurbani matloob hai?" is ke bare mein bataein.</w:t>
      </w:r>
    </w:p>
    <w:p>
      <w:pPr>
        <w:jc w:val="right"/>
      </w:pPr>
      <w:r>
        <w:t>اب کس طرح کی قربانی مطلوب ہے؟" اس کے بارے میں بتائیں۔</w:t>
      </w:r>
    </w:p>
    <w:p>
      <w:r>
        <w:rPr>
          <w:b/>
        </w:rPr>
        <w:t xml:space="preserve">[06:50] </w:t>
      </w:r>
      <w:r>
        <w:t>jaan ki qurbani, jaan ko khoya hai kahey.</w:t>
      </w:r>
    </w:p>
    <w:p>
      <w:pPr>
        <w:jc w:val="right"/>
      </w:pPr>
      <w:r>
        <w:t>جان کی قربانی، جان کو کھویا ہے کہیے۔</w:t>
      </w:r>
    </w:p>
    <w:p>
      <w:r>
        <w:rPr>
          <w:b/>
        </w:rPr>
        <w:t xml:space="preserve">[06:54] </w:t>
      </w:r>
      <w:r>
        <w:t>jis ko kehte hain jaan ki qurbani, woh jaan ko west kiya hai, jaan ko khoya hai.</w:t>
      </w:r>
    </w:p>
    <w:p>
      <w:pPr>
        <w:jc w:val="right"/>
      </w:pPr>
      <w:r>
        <w:t>جس کو کہتے ہیں جان کی قربانی، وہ جان کو ویسٹ کیا ہے، جان کو کھویا ہے۔</w:t>
      </w:r>
    </w:p>
    <w:p>
      <w:r>
        <w:rPr>
          <w:b/>
        </w:rPr>
        <w:t xml:space="preserve">[06:58] </w:t>
      </w:r>
      <w:r>
        <w:t>khwamkhwah hi apne ko barbaad kiya hai.</w:t>
      </w:r>
    </w:p>
    <w:p>
      <w:pPr>
        <w:jc w:val="right"/>
      </w:pPr>
      <w:r>
        <w:t>خوامخواہ ہی اپنے کو برباد کیا ہے۔</w:t>
      </w:r>
    </w:p>
    <w:p>
      <w:r>
        <w:rPr>
          <w:b/>
        </w:rPr>
        <w:t xml:space="preserve">[07:03] </w:t>
      </w:r>
      <w:r>
        <w:t>dekhiye, qurbani ek positive word hai. positive word.</w:t>
      </w:r>
    </w:p>
    <w:p>
      <w:pPr>
        <w:jc w:val="right"/>
      </w:pPr>
      <w:r>
        <w:t>دیکھیے، قربانی ایک پازیٹیو ورڈ ہے۔ پازیٹیو ورڈ۔</w:t>
      </w:r>
    </w:p>
    <w:p>
      <w:r>
        <w:rPr>
          <w:b/>
        </w:rPr>
        <w:t xml:space="preserve">[07:07] </w:t>
      </w:r>
      <w:r>
        <w:t>yani is ka koi result nikalna chahiye.</w:t>
      </w:r>
    </w:p>
    <w:p>
      <w:pPr>
        <w:jc w:val="right"/>
      </w:pPr>
      <w:r>
        <w:t>یعنی اس کا کوئی رزلٹ نکلنا چاہیے۔</w:t>
      </w:r>
    </w:p>
    <w:p>
      <w:r>
        <w:rPr>
          <w:b/>
        </w:rPr>
        <w:t xml:space="preserve">[07:11] </w:t>
      </w:r>
      <w:r>
        <w:t>jis qurbani ka result na nikle, woh aap ne khoya,</w:t>
      </w:r>
    </w:p>
    <w:p>
      <w:pPr>
        <w:jc w:val="right"/>
      </w:pPr>
      <w:r>
        <w:t>جس قربانی کا رزلٹ نہ نکلے، وہ آپ نے کھویا،</w:t>
      </w:r>
    </w:p>
    <w:p>
      <w:r>
        <w:rPr>
          <w:b/>
        </w:rPr>
        <w:t xml:space="preserve">[07:16] </w:t>
      </w:r>
      <w:r>
        <w:t>apne ko tabah kiya, apne ko barbaad kiya.</w:t>
      </w:r>
    </w:p>
    <w:p>
      <w:pPr>
        <w:jc w:val="right"/>
      </w:pPr>
      <w:r>
        <w:t>اپنے کو تباہ کیا، اپنے کو برباد کیا۔</w:t>
      </w:r>
    </w:p>
    <w:p>
      <w:r>
        <w:rPr>
          <w:b/>
        </w:rPr>
        <w:t xml:space="preserve">[07:19] </w:t>
      </w:r>
      <w:r>
        <w:t>تو there is difference between قربانی and تباہی۔ یاد رکھیے۔</w:t>
      </w:r>
    </w:p>
    <w:p>
      <w:pPr>
        <w:jc w:val="right"/>
      </w:pPr>
      <w:r>
        <w:t>تو دیر از ڈیفرنس بیٹو قربانی اینڈ تباہی۔ یاد رکھیے۔</w:t>
      </w:r>
    </w:p>
    <w:p>
      <w:r>
        <w:rPr>
          <w:b/>
        </w:rPr>
        <w:t xml:space="preserve">[07:23] </w:t>
      </w:r>
      <w:r>
        <w:t>yeh musalman kya karte hain? tabahi ko qurbani ka naam de rakha hai inhon ne.</w:t>
      </w:r>
    </w:p>
    <w:p>
      <w:pPr>
        <w:jc w:val="right"/>
      </w:pPr>
      <w:r>
        <w:t>یہ مسلمان کیا کرتے ہیں؟ تباہی کو قربانی کا نام دے رکھا ہے انہوں نے۔</w:t>
      </w:r>
    </w:p>
    <w:p>
      <w:r>
        <w:rPr>
          <w:b/>
        </w:rPr>
        <w:t xml:space="preserve">[07:27] </w:t>
      </w:r>
      <w:r>
        <w:t>yeh tabahi, tabahi kar rahe hain apni musalman.</w:t>
      </w:r>
    </w:p>
    <w:p>
      <w:pPr>
        <w:jc w:val="right"/>
      </w:pPr>
      <w:r>
        <w:t>یہ تباہی، تباہی کر رہے ہیں اپنی مسلمان۔</w:t>
      </w:r>
    </w:p>
    <w:p>
      <w:r>
        <w:rPr>
          <w:b/>
        </w:rPr>
        <w:t xml:space="preserve">[07:31] </w:t>
      </w:r>
      <w:r>
        <w:t>apni jaanon ko tabah kar rahe hain.</w:t>
      </w:r>
    </w:p>
    <w:p>
      <w:pPr>
        <w:jc w:val="right"/>
      </w:pPr>
      <w:r>
        <w:t>اپنی جانوں کو تباہ کر رہے ہیں۔</w:t>
      </w:r>
    </w:p>
    <w:p>
      <w:r>
        <w:rPr>
          <w:b/>
        </w:rPr>
        <w:t xml:space="preserve">[07:34] </w:t>
      </w:r>
      <w:r>
        <w:t>qurbani to ek musbat lafz hai, ek positive lafz hai.</w:t>
      </w:r>
    </w:p>
    <w:p>
      <w:pPr>
        <w:jc w:val="right"/>
      </w:pPr>
      <w:r>
        <w:t>قربانی تو ایک مثبت لفظ ہے، ایک پازیٹیو لفظ ہے۔</w:t>
      </w:r>
    </w:p>
    <w:p>
      <w:r>
        <w:rPr>
          <w:b/>
        </w:rPr>
        <w:t xml:space="preserve">[07:38] </w:t>
      </w:r>
      <w:r>
        <w:t>mein is ko qurbani nahi manta, mein is ko tabahi manta hoon.</w:t>
      </w:r>
    </w:p>
    <w:p>
      <w:pPr>
        <w:jc w:val="right"/>
      </w:pPr>
      <w:r>
        <w:t>میں اس کو قربانی نہیں مانتا، میں اس کو تباہی مانتا ہوں۔</w:t>
      </w:r>
    </w:p>
    <w:p>
      <w:r>
        <w:rPr>
          <w:b/>
        </w:rPr>
        <w:t xml:space="preserve">[07:42] </w:t>
      </w:r>
      <w:r>
        <w:t>to pehli baat yeh hai ke mus</w:t>
      </w:r>
    </w:p>
    <w:p>
      <w:pPr>
        <w:jc w:val="right"/>
      </w:pPr>
      <w:r>
        <w:t>تو پہلی بات یہ ہے کہ مس</w:t>
      </w:r>
    </w:p>
    <w:p>
      <w:r>
        <w:rPr>
          <w:b/>
        </w:rPr>
        <w:t xml:space="preserve">[07:46] </w:t>
      </w:r>
      <w:r>
        <w:t>alman yeh samjhein ke hum ne tabah kiya aur khwamkhwah samjhte hain ke hum qurbani nahi de rahe hain.</w:t>
      </w:r>
    </w:p>
    <w:p>
      <w:pPr>
        <w:jc w:val="right"/>
      </w:pPr>
      <w:r>
        <w:t>لمان یہ سمجھیں کہ ہم نے تباہ کیا اور خوامخواہ سمجھتے ہیں کہ ہم قربانی نہیں دے رہے ہیں۔</w:t>
      </w:r>
    </w:p>
    <w:p>
      <w:r>
        <w:rPr>
          <w:b/>
        </w:rPr>
        <w:t xml:space="preserve">[07:49] </w:t>
      </w:r>
      <w:r>
        <w:t>to mere ek saathi the, anwar azmi, madrase mein.</w:t>
      </w:r>
    </w:p>
    <w:p>
      <w:pPr>
        <w:jc w:val="right"/>
      </w:pPr>
      <w:r>
        <w:t>تو میرے ایک ساتھی تھے، انور عازمی، مدرسے میں۔</w:t>
      </w:r>
    </w:p>
    <w:p>
      <w:r>
        <w:rPr>
          <w:b/>
        </w:rPr>
        <w:t xml:space="preserve">[07:53] </w:t>
      </w:r>
      <w:r>
        <w:t>woh kaha karte the ke sab se bari qurbani rai ki qurbani hai.</w:t>
      </w:r>
    </w:p>
    <w:p>
      <w:pPr>
        <w:jc w:val="right"/>
      </w:pPr>
      <w:r>
        <w:t>وہ کہا کرتے تھے کہ سب سے بڑی قربانی رائے کی قربانی ہے۔</w:t>
      </w:r>
    </w:p>
    <w:p>
      <w:r>
        <w:rPr>
          <w:b/>
        </w:rPr>
        <w:t xml:space="preserve">[07:57] </w:t>
      </w:r>
      <w:r>
        <w:t>sab se bari qurbani rai ki qurbani hai.</w:t>
      </w:r>
    </w:p>
    <w:p>
      <w:pPr>
        <w:jc w:val="right"/>
      </w:pPr>
      <w:r>
        <w:t>سب سے بڑی قربانی رائے کی قربانی ہے۔</w:t>
      </w:r>
    </w:p>
    <w:p>
      <w:r>
        <w:rPr>
          <w:b/>
        </w:rPr>
        <w:t xml:space="preserve">[08:01] </w:t>
      </w:r>
      <w:r>
        <w:t>yeh waqt aa gaya ke musalman rai ki qurbani dein.</w:t>
      </w:r>
    </w:p>
    <w:p>
      <w:pPr>
        <w:jc w:val="right"/>
      </w:pPr>
      <w:r>
        <w:t>یہ وقت آ گیا کہ مسلمان رائے کی قربانی دیں۔</w:t>
      </w:r>
    </w:p>
    <w:p>
      <w:r>
        <w:rPr>
          <w:b/>
        </w:rPr>
        <w:t xml:space="preserve">[08:04] </w:t>
      </w:r>
      <w:r>
        <w:t>apni rai ko badlein, apni soch ko badlein.</w:t>
      </w:r>
    </w:p>
    <w:p>
      <w:pPr>
        <w:jc w:val="right"/>
      </w:pPr>
      <w:r>
        <w:t>اپنی رائے کو بدلیں، اپنی سوچ کو بدلیں۔</w:t>
      </w:r>
    </w:p>
    <w:p>
      <w:r>
        <w:rPr>
          <w:b/>
        </w:rPr>
        <w:t xml:space="preserve">[08:08] </w:t>
      </w:r>
      <w:r>
        <w:t>yeh waqt aa gaya hai.</w:t>
      </w:r>
    </w:p>
    <w:p>
      <w:pPr>
        <w:jc w:val="right"/>
      </w:pPr>
      <w:r>
        <w:t>یہ وقت آ گیا ہے۔</w:t>
      </w:r>
    </w:p>
    <w:p>
      <w:r>
        <w:rPr>
          <w:b/>
        </w:rPr>
        <w:t xml:space="preserve">[08:12] </w:t>
      </w:r>
      <w:r>
        <w:t>yeh sab se bari</w:t>
      </w:r>
    </w:p>
    <w:p>
      <w:pPr>
        <w:jc w:val="right"/>
      </w:pPr>
      <w:r>
        <w:t>یہ سب سے بڑی</w:t>
      </w:r>
    </w:p>
    <w:p>
      <w:r>
        <w:rPr>
          <w:b/>
        </w:rPr>
        <w:t xml:space="preserve">[08:16] </w:t>
      </w:r>
      <w:r>
        <w:t>un ke liye sacrifice hogi.</w:t>
      </w:r>
    </w:p>
    <w:p>
      <w:pPr>
        <w:jc w:val="right"/>
      </w:pPr>
      <w:r>
        <w:t>ان کے لیے سیکریفائس ہوگی۔</w:t>
      </w:r>
    </w:p>
    <w:p>
      <w:r>
        <w:rPr>
          <w:b/>
        </w:rPr>
        <w:t xml:space="preserve">[08:19] </w:t>
      </w:r>
      <w:r>
        <w:t>ke jis cheez ko jihad samajhte hain to kahein ke jihad nahi hai.</w:t>
      </w:r>
    </w:p>
    <w:p>
      <w:pPr>
        <w:jc w:val="right"/>
      </w:pPr>
      <w:r>
        <w:t>کہ جس چیز کو جہاد سمجھتے ہیں تو کہیں کہ جہاد نہیں ہے۔</w:t>
      </w:r>
    </w:p>
    <w:p>
      <w:r>
        <w:rPr>
          <w:b/>
        </w:rPr>
        <w:t xml:space="preserve">[08:22] </w:t>
      </w:r>
      <w:r>
        <w:t>yeh bilkul, yani yani khud sakhta jihad tha yeh.</w:t>
      </w:r>
    </w:p>
    <w:p>
      <w:pPr>
        <w:jc w:val="right"/>
      </w:pPr>
      <w:r>
        <w:t>یہ بالکل، یعنی یعنی خود ساختہ جہاد تھا یہ۔</w:t>
      </w:r>
    </w:p>
    <w:p>
      <w:r>
        <w:rPr>
          <w:b/>
        </w:rPr>
        <w:t xml:space="preserve">[08:25] </w:t>
      </w:r>
      <w:r>
        <w:t>jis ko koi samajhte hain ke laraai, woh laraai nahi hai.</w:t>
      </w:r>
    </w:p>
    <w:p>
      <w:pPr>
        <w:jc w:val="right"/>
      </w:pPr>
      <w:r>
        <w:t>جس کو کوئی سمجھتے ہیں کہ لڑائی، وہ لڑائی نہیں ہے۔</w:t>
      </w:r>
    </w:p>
    <w:p>
      <w:r>
        <w:rPr>
          <w:b/>
        </w:rPr>
        <w:t xml:space="preserve">[08:28] </w:t>
      </w:r>
      <w:r>
        <w:t>apne ko tabah karna hai.</w:t>
      </w:r>
    </w:p>
    <w:p>
      <w:pPr>
        <w:jc w:val="right"/>
      </w:pPr>
      <w:r>
        <w:t>اپنے کو تباہ کرنا ہے۔</w:t>
      </w:r>
    </w:p>
    <w:p>
      <w:r>
        <w:rPr>
          <w:b/>
        </w:rPr>
        <w:t xml:space="preserve">[08:31] </w:t>
      </w:r>
      <w:r>
        <w:t>jis ko shahadat kehte hain, shahadat nahi hai.</w:t>
      </w:r>
    </w:p>
    <w:p>
      <w:pPr>
        <w:jc w:val="right"/>
      </w:pPr>
      <w:r>
        <w:t>جس کو شہادت کہتے ہیں، شہادت نہیں ہے۔</w:t>
      </w:r>
    </w:p>
    <w:p>
      <w:r>
        <w:rPr>
          <w:b/>
        </w:rPr>
        <w:t xml:space="preserve">[08:34] </w:t>
      </w:r>
      <w:r>
        <w:t>woh apne ko marwana hai khwamkhwah.</w:t>
      </w:r>
    </w:p>
    <w:p>
      <w:pPr>
        <w:jc w:val="right"/>
      </w:pPr>
      <w:r>
        <w:t>وہ اپنے کو مروانا ہے خوامخواہ۔</w:t>
      </w:r>
    </w:p>
    <w:p>
      <w:r>
        <w:rPr>
          <w:b/>
        </w:rPr>
        <w:t xml:space="preserve">[08:37] </w:t>
      </w:r>
      <w:r>
        <w:t>yeh hai rai ki qurbani.</w:t>
      </w:r>
    </w:p>
    <w:p>
      <w:pPr>
        <w:jc w:val="right"/>
      </w:pPr>
      <w:r>
        <w:t>یہ ہے رائے کی قربانی۔</w:t>
      </w:r>
    </w:p>
    <w:p>
      <w:r>
        <w:rPr>
          <w:b/>
        </w:rPr>
        <w:t xml:space="preserve">[08:40] </w:t>
      </w:r>
      <w:r>
        <w:t>apni rai ko badlein, apni soch ko badlein.</w:t>
      </w:r>
    </w:p>
    <w:p>
      <w:pPr>
        <w:jc w:val="right"/>
      </w:pPr>
      <w:r>
        <w:t>اپنی رائے کو بدلیں، اپنی سوچ کو بدلیں۔</w:t>
      </w:r>
    </w:p>
    <w:p>
      <w:r>
        <w:rPr>
          <w:b/>
        </w:rPr>
        <w:t xml:space="preserve">[08:43] </w:t>
      </w:r>
      <w:r>
        <w:t>is waqt jo qurbani darkaar hai, woh</w:t>
      </w:r>
    </w:p>
    <w:p>
      <w:pPr>
        <w:jc w:val="right"/>
      </w:pPr>
      <w:r>
        <w:t>اس وقت جو قربانی درکار ہے، وہ</w:t>
      </w:r>
    </w:p>
    <w:p>
      <w:r>
        <w:rPr>
          <w:b/>
        </w:rPr>
        <w:t xml:space="preserve">[08:46] </w:t>
      </w:r>
      <w:r>
        <w:t>yeh qurbani darkar hai. isi ko hadith mein kaha gaya tha ke "rajana min al-jihad al-asghar ila al-jihad al-akbar". yahi hai. ke lad kar mar jana, yeh choti cheez hai. lekin apne apne mind se ladna, apni soch se ladna, apne thinking process ko badalna, yeh zyada bari baat hai. to main samajhta hoon</w:t>
      </w:r>
    </w:p>
    <w:p>
      <w:pPr>
        <w:jc w:val="right"/>
      </w:pPr>
      <w:r>
        <w:t>یہ قربانی درکار ہے۔ اسی کو حدیث میں کہا گیا تھا کہ "رجانا من الجہاد الاصغر الی الجہاد الاکبر"۔ یہی ہے۔ کہ لڑ کر مر جانا، یہ چھوٹی چیز ہے۔ لیکن اپنے اپنے مائنڈ سے لڑنا، اپنی سوچ سے لڑنا، اپنے تھنکنگ پراسیس کو بدلنا، یہ زیادہ بڑی بات ہے۔ تو میں سمجھتا ہ</w:t>
      </w:r>
    </w:p>
    <w:p>
      <w:r>
        <w:rPr>
          <w:b/>
        </w:rPr>
        <w:t xml:space="preserve">[09:16] </w:t>
      </w:r>
      <w:r>
        <w:t>ke aaj musalmanon ko jo qurbani darkar hai, woh jaan o maal ki qurbani nahi hai. woh soch ki qurbani hai. woh rai ki qurbani hai. yahi un ke liye aaj sab se zyada matlub ibadat hai. mister mohammad tauqeer alam ne muzaffarpur se likha hai: "ilm hasil</w:t>
      </w:r>
    </w:p>
    <w:p>
      <w:pPr>
        <w:jc w:val="right"/>
      </w:pPr>
      <w:r>
        <w:t>وں کہ آج مسلمانوں کو جو قربانی درکار ہے، وہ جان و مال کی قربانی نہیں ہے۔ وہ سوچ کی قربانی ہے۔ وہ رائے کی قربانی ہے۔ یہی ان کے لیے آج سب سے زیادہ مطلوب عبادت ہے۔ مسٹر محمد توقیر عالم نے مظفرپور سے لکھا ہے: "علم حاصل</w:t>
      </w:r>
    </w:p>
    <w:p>
      <w:r>
        <w:rPr>
          <w:b/>
        </w:rPr>
        <w:t xml:space="preserve">[09:46] </w:t>
      </w:r>
      <w:r>
        <w:t>karne ke liye quran ki sab se achhi dua kya hai?" dekhiye, sirf dua se ilm nahi aata. aap dua karte rahen to ilm nahi aa jayega. aap ko study karni padegi. aap ko mehnat karni padegi. aap ko safa se apne ko pak karna padega. apni de carnation karni padegi. phir dua karna hai. hadith mein aata hai ke "aq</w:t>
      </w:r>
    </w:p>
    <w:p>
      <w:pPr>
        <w:jc w:val="right"/>
      </w:pPr>
      <w:r>
        <w:t>کرنے کے لیے قرآن کی سب سے اچھی دعا کیا ہے؟" دیکھیے، صرف دعا سے علم نہیں آتا۔ آپ دعا کرتے رہیں تو علم نہیں آ جائے گا۔ آپ کو اسٹڈی کرنی پڑے گی۔ آپ کو محنت کرنی پڑے گی۔ آپ کو صفا سے اپنے کو پاک کرنا پڑے گا۔ اپنی ڈی کارنیشن کرنی پڑے گی۔ پھر دعا کرنا ہے۔ حدیث میں آتا ہے کہ "اق</w:t>
      </w:r>
    </w:p>
    <w:p>
      <w:r>
        <w:rPr>
          <w:b/>
        </w:rPr>
        <w:t xml:space="preserve">[10:16] </w:t>
      </w:r>
      <w:r>
        <w:t>la fatokl.</w:t>
      </w:r>
    </w:p>
    <w:p>
      <w:pPr>
        <w:jc w:val="right"/>
      </w:pPr>
      <w:r>
        <w:t>لا فتوکل"۔</w:t>
      </w:r>
    </w:p>
    <w:p>
      <w:r>
        <w:rPr>
          <w:b/>
        </w:rPr>
        <w:t xml:space="preserve">[10:21] </w:t>
      </w:r>
      <w:r>
        <w:t>unt ko pehle bandho.</w:t>
      </w:r>
    </w:p>
    <w:p>
      <w:pPr>
        <w:jc w:val="right"/>
      </w:pPr>
      <w:r>
        <w:t>اونٹ کو پہلے باندھو۔</w:t>
      </w:r>
    </w:p>
    <w:p>
      <w:r>
        <w:rPr>
          <w:b/>
        </w:rPr>
        <w:t xml:space="preserve">[10:26] </w:t>
      </w:r>
      <w:r>
        <w:t>phir Allah se jo kehna hai kaho.</w:t>
      </w:r>
    </w:p>
    <w:p>
      <w:pPr>
        <w:jc w:val="right"/>
      </w:pPr>
      <w:r>
        <w:t>پھر اللہ سے جو کہنا ہے کہو۔</w:t>
      </w:r>
    </w:p>
    <w:p>
      <w:r>
        <w:rPr>
          <w:b/>
        </w:rPr>
        <w:t xml:space="preserve">[10:31] </w:t>
      </w:r>
      <w:r>
        <w:t>toh ilm jo hai, yaani kab haasil hota hai insaan ko? Ek toh khoob study kare, khoob mutala kare.</w:t>
      </w:r>
    </w:p>
    <w:p>
      <w:pPr>
        <w:jc w:val="right"/>
      </w:pPr>
      <w:r>
        <w:t>تو علم جو ہے، یعنی کب حاصل ہوتا ہے انسان کو؟ ایک تو خوب اسٹڈی کرے، خوب مطالعہ کرے۔</w:t>
      </w:r>
    </w:p>
    <w:p>
      <w:r>
        <w:rPr>
          <w:b/>
        </w:rPr>
        <w:t xml:space="preserve">[10:37] </w:t>
      </w:r>
      <w:r>
        <w:t>لوگوں سے خوب سیکھے، learning کرے لوگوں سے، خوب اچھے طریقے سے۔</w:t>
      </w:r>
    </w:p>
    <w:p>
      <w:pPr>
        <w:jc w:val="right"/>
      </w:pPr>
      <w:r>
        <w:t>لوگوں سے خوب سیکھے، لرننگ کرے لوگوں سے، خوب اچھے طریقے سے۔</w:t>
      </w:r>
    </w:p>
    <w:p>
      <w:r>
        <w:rPr>
          <w:b/>
        </w:rPr>
        <w:t xml:space="preserve">[10:42] </w:t>
      </w:r>
      <w:r>
        <w:t>lekin yeh bhi zaroori hai ke tasawwuf se paak kare aadmi apne aap ko.</w:t>
      </w:r>
    </w:p>
    <w:p>
      <w:pPr>
        <w:jc w:val="right"/>
      </w:pPr>
      <w:r>
        <w:t>لیکن یہ بھی ضروری ہے کہ تصوف سے پاک کرے آدمی اپنے آپ کو۔</w:t>
      </w:r>
    </w:p>
    <w:p>
      <w:r>
        <w:rPr>
          <w:b/>
        </w:rPr>
        <w:t xml:space="preserve">[10:47] </w:t>
      </w:r>
      <w:r>
        <w:t>yaani apne ko, yaani open mind banaye. warna padhega, padhega aur tasawwufat hi mein jeeta rahega phir bhi woh. tasawwufat mein jeeta rahega. aur phir dua. dua aap ki sincerity ko batati hai. aap ki spirit ko batati hai. ya is baat ko batati hai ke aap, aap bharosa apne upar nahi, allah</w:t>
      </w:r>
    </w:p>
    <w:p>
      <w:pPr>
        <w:jc w:val="right"/>
      </w:pPr>
      <w:r>
        <w:t>یعنی اپنے کو، یعنی اوپن مائنڈ بنائے۔ ورنہ پڑھے گا، پڑھے گا اور تصوفات ہی میں جیتا رہے گا پھر بھی وہ۔ تصوفات میں جیتا رہے گا۔ اور پھر دعا۔ دعا آپ کی سنسیرٹی کو بتاتی ہے۔ آپ کی اسپرٹ کو بتاتی ہے۔ یا اس بات کو بتاتی ہے کہ آپ، آپ بھروسہ اپنے اوپر نہیں، اللہ</w:t>
      </w:r>
    </w:p>
    <w:p>
      <w:r>
        <w:rPr>
          <w:b/>
        </w:rPr>
        <w:t xml:space="preserve">[11:17] </w:t>
      </w:r>
      <w:r>
        <w:t>ke upar ab, ab bharosa hai. us ko batati hai. jis se azm paida hota hai. to dua bilashubah zarori hai. lekin hadith ke mutabiq pehle oont ko bandhna hai, phir dua karna hai. doctor farida khanum ne dilli se likha hai: "da real problem that we face today when we want to draw peoples attention to establish cont</w:t>
      </w:r>
    </w:p>
    <w:p>
      <w:pPr>
        <w:jc w:val="right"/>
      </w:pPr>
      <w:r>
        <w:t>کے اوپر اب، اب بھروسہ ہے۔ اس کو بتاتی ہے۔ جس سے عزم پیدا ہوتا ہے۔ تو دعا بلاشبہ ضروری ہے۔ لیکن حدیث کے مطابق پہلے اونٹ کو باندھنا ہے، پھر دعا کرنا ہے۔ ڈاکٹر فریدہ خانم نے دلی سے لکھا ہے: "دا ریل پرابلم دیٹ وی فیس ٹوڈے وین وی وانٹ ٹو ڈرا پیپلز اٹینشن ٹو اسٹیبلش کانٹیک</w:t>
      </w:r>
    </w:p>
    <w:p>
      <w:r>
        <w:rPr>
          <w:b/>
        </w:rPr>
        <w:t xml:space="preserve">[11:47] </w:t>
      </w:r>
      <w:r>
        <w:t>to god is that peoples mindset has become totally world oriented.</w:t>
      </w:r>
    </w:p>
    <w:p>
      <w:pPr>
        <w:jc w:val="right"/>
      </w:pPr>
      <w:r>
        <w:t>ٹ ود گاڈ از دیٹ پیپلز مائنڈ سیٹ ہیز بیکم ٹوٹلی ورلڈ اورینٹڈ۔</w:t>
      </w:r>
    </w:p>
    <w:p>
      <w:r>
        <w:rPr>
          <w:b/>
        </w:rPr>
        <w:t xml:space="preserve">[11:54] </w:t>
      </w:r>
      <w:r>
        <w:t>They do not pay any attention to the concerns of the hereafter.</w:t>
      </w:r>
    </w:p>
    <w:p>
      <w:pPr>
        <w:jc w:val="right"/>
      </w:pPr>
      <w:r>
        <w:t>دے ڈو ناٹ پے اینی اٹینشن ٹو دا کنسرنز اف دی ہیر افٹر۔</w:t>
      </w:r>
    </w:p>
    <w:p>
      <w:r>
        <w:rPr>
          <w:b/>
        </w:rPr>
        <w:t xml:space="preserve">[12:02] </w:t>
      </w:r>
      <w:r>
        <w:t>"How to overcome this problem? Please explain." دیکھیے، ورلڈ اورینٹڈ مائنڈ تو ہمیشہ ہی یہ تھا۔</w:t>
      </w:r>
    </w:p>
    <w:p>
      <w:pPr>
        <w:jc w:val="right"/>
      </w:pPr>
      <w:r>
        <w:t>ہاؤ ٹو اوورکم دس پرابلم؟ پلیز ایکسپلین۔" دیکھیے، ورلڈ اورینٹڈ مائنڈ تو ہمیشہ ہی یہ تھا۔</w:t>
      </w:r>
    </w:p>
    <w:p>
      <w:r>
        <w:rPr>
          <w:b/>
        </w:rPr>
        <w:t xml:space="preserve">[12:09] </w:t>
      </w:r>
      <w:r>
        <w:t>quran mein hai ke "farq jo hua sirf magnitude mein hua hai. Kyunke</w:t>
      </w:r>
    </w:p>
    <w:p>
      <w:pPr>
        <w:jc w:val="right"/>
      </w:pPr>
      <w:r>
        <w:t>قرآن میں ہے کہ "فرق جو ہوا صرف میگنیٹیوڈ میں ہوا ہے۔ کیونکہ</w:t>
      </w:r>
    </w:p>
    <w:p>
      <w:r>
        <w:rPr>
          <w:b/>
        </w:rPr>
        <w:t xml:space="preserve">[12:17] </w:t>
      </w:r>
      <w:r>
        <w:t>pehley mawaqe bohat thore se they.</w:t>
      </w:r>
    </w:p>
    <w:p>
      <w:pPr>
        <w:jc w:val="right"/>
      </w:pPr>
      <w:r>
        <w:t>پہلے مواقع بہت تھوڑے سے تھے۔</w:t>
      </w:r>
    </w:p>
    <w:p>
      <w:r>
        <w:rPr>
          <w:b/>
        </w:rPr>
        <w:t xml:space="preserve">[12:22] </w:t>
      </w:r>
      <w:r>
        <w:t>aaj mawaqe billion time barh chuke hain.</w:t>
      </w:r>
    </w:p>
    <w:p>
      <w:pPr>
        <w:jc w:val="right"/>
      </w:pPr>
      <w:r>
        <w:t>آج مواقع بلین ٹائم بڑھ چکے ہیں۔</w:t>
      </w:r>
    </w:p>
    <w:p>
      <w:r>
        <w:rPr>
          <w:b/>
        </w:rPr>
        <w:t xml:space="preserve">[12:27] </w:t>
      </w:r>
      <w:r>
        <w:t>aaj paise ka sailab hai.</w:t>
      </w:r>
    </w:p>
    <w:p>
      <w:pPr>
        <w:jc w:val="right"/>
      </w:pPr>
      <w:r>
        <w:t>آج پیسے کا سیلاب ہے۔</w:t>
      </w:r>
    </w:p>
    <w:p>
      <w:r>
        <w:rPr>
          <w:b/>
        </w:rPr>
        <w:t xml:space="preserve">[12:33] </w:t>
      </w:r>
      <w:r>
        <w:t>aur saamaan ka sailab hai.</w:t>
      </w:r>
    </w:p>
    <w:p>
      <w:pPr>
        <w:jc w:val="right"/>
      </w:pPr>
      <w:r>
        <w:t>اور سامان کا سیلاب ہے۔</w:t>
      </w:r>
    </w:p>
    <w:p>
      <w:r>
        <w:rPr>
          <w:b/>
        </w:rPr>
        <w:t xml:space="preserve">[12:38] </w:t>
      </w:r>
      <w:r>
        <w:t>shopping ka sailab hai, yaani casio par goods ka sailab hai.</w:t>
      </w:r>
    </w:p>
    <w:p>
      <w:pPr>
        <w:jc w:val="right"/>
      </w:pPr>
      <w:r>
        <w:t>شاپنگ کا سیلاب ہے، یعنی کیزو پر گڈز کا سیلاب ہے۔</w:t>
      </w:r>
    </w:p>
    <w:p>
      <w:r>
        <w:rPr>
          <w:b/>
        </w:rPr>
        <w:t xml:space="preserve">[12:43] </w:t>
      </w:r>
      <w:r>
        <w:t>toh hamesha duniya mein yeh hua hai ke insaan jo hai, yaani world oriented thinking uski rahi hai. Ab</w:t>
      </w:r>
    </w:p>
    <w:p>
      <w:pPr>
        <w:jc w:val="right"/>
      </w:pPr>
      <w:r>
        <w:t>تو ہمیشہ دنیا میں یہ ہوا ہے کہ انسان جو ہے، یعنی ورلڈ اورینٹڈ تھنکنگ اس کی رہی ہے۔ اب</w:t>
      </w:r>
    </w:p>
    <w:p>
      <w:r>
        <w:rPr>
          <w:b/>
        </w:rPr>
        <w:t xml:space="preserve">[12:48] </w:t>
      </w:r>
      <w:r>
        <w:t>barh gayi hai, bas yeh kehna chahiye.</w:t>
      </w:r>
    </w:p>
    <w:p>
      <w:pPr>
        <w:jc w:val="right"/>
      </w:pPr>
      <w:r>
        <w:t>بڑھ گئی ہے، بس یہ کہنا چاہیے۔</w:t>
      </w:r>
    </w:p>
    <w:p>
      <w:r>
        <w:rPr>
          <w:b/>
        </w:rPr>
        <w:t xml:space="preserve">[12:52] </w:t>
      </w:r>
      <w:r>
        <w:t>toh cheez kya hai? Cheez yeh hai ke aadmi hamesha seen world mein uljha rehta hai.</w:t>
      </w:r>
    </w:p>
    <w:p>
      <w:pPr>
        <w:jc w:val="right"/>
      </w:pPr>
      <w:r>
        <w:t>تو چیز کیا ہے؟ چیز یہ ہے کہ آدمی ہمیشہ سین ورلڈ میں الجھا رہتا ہے۔</w:t>
      </w:r>
    </w:p>
    <w:p>
      <w:r>
        <w:rPr>
          <w:b/>
        </w:rPr>
        <w:t xml:space="preserve">[12:56] </w:t>
      </w:r>
      <w:r>
        <w:t>unseen world ko samajh nahi pata woh.</w:t>
      </w:r>
    </w:p>
    <w:p>
      <w:pPr>
        <w:jc w:val="right"/>
      </w:pPr>
      <w:r>
        <w:t>ان سین ورلڈ کو سمجھ نہیں پاتا وہ۔</w:t>
      </w:r>
    </w:p>
    <w:p>
      <w:r>
        <w:rPr>
          <w:b/>
        </w:rPr>
        <w:t xml:space="preserve">[13:00] </w:t>
      </w:r>
      <w:r>
        <w:t>Khuda unseen hai, usko samajh nahi pata.</w:t>
      </w:r>
    </w:p>
    <w:p>
      <w:pPr>
        <w:jc w:val="right"/>
      </w:pPr>
      <w:r>
        <w:t>خدا ان سین ہے، اس کو سمجھ نہیں پاتا۔</w:t>
      </w:r>
    </w:p>
    <w:p>
      <w:r>
        <w:rPr>
          <w:b/>
        </w:rPr>
        <w:t xml:space="preserve">[13:04] </w:t>
      </w:r>
      <w:r>
        <w:t>aakhirat unseen hai, usko samajh nahi pata.</w:t>
      </w:r>
    </w:p>
    <w:p>
      <w:pPr>
        <w:jc w:val="right"/>
      </w:pPr>
      <w:r>
        <w:t>آخرت ان سین ہے، اس کو سمجھ نہیں پاتا۔</w:t>
      </w:r>
    </w:p>
    <w:p>
      <w:r>
        <w:rPr>
          <w:b/>
        </w:rPr>
        <w:t xml:space="preserve">[13:08] </w:t>
      </w:r>
      <w:r>
        <w:t>jannat in seen hai, is ko samajh nahi pata.</w:t>
      </w:r>
    </w:p>
    <w:p>
      <w:pPr>
        <w:jc w:val="right"/>
      </w:pPr>
      <w:r>
        <w:t>جنت ان سین ہے، اس کو سمجھ نہیں پاتا۔</w:t>
      </w:r>
    </w:p>
    <w:p>
      <w:r>
        <w:rPr>
          <w:b/>
        </w:rPr>
        <w:t xml:space="preserve">[13:12] </w:t>
      </w:r>
      <w:r>
        <w:t>to seen mein uljha rehta hai.</w:t>
      </w:r>
    </w:p>
    <w:p>
      <w:pPr>
        <w:jc w:val="right"/>
      </w:pPr>
      <w:r>
        <w:t>تو سین میں الجھا رہتا ہے۔</w:t>
      </w:r>
    </w:p>
    <w:p>
      <w:r>
        <w:rPr>
          <w:b/>
        </w:rPr>
        <w:t xml:space="preserve">[13:16] </w:t>
      </w:r>
      <w:r>
        <w:t>to is ko, is ke shaoor ko hamein jagana hoga.</w:t>
      </w:r>
    </w:p>
    <w:p>
      <w:pPr>
        <w:jc w:val="right"/>
      </w:pPr>
      <w:r>
        <w:t>تو اس کو، اس کے شعور کو ہمیں جگانا ہوگا۔</w:t>
      </w:r>
    </w:p>
    <w:p>
      <w:r>
        <w:rPr>
          <w:b/>
        </w:rPr>
        <w:t xml:space="preserve">[13:20] </w:t>
      </w:r>
      <w:r>
        <w:t>یعنی intellectual awareness لانی ہوگی۔</w:t>
      </w:r>
    </w:p>
    <w:p>
      <w:pPr>
        <w:jc w:val="right"/>
      </w:pPr>
      <w:r>
        <w:t>یعنی انٹلیکچول اویرنی لانی ہوگی۔</w:t>
      </w:r>
    </w:p>
    <w:p>
      <w:r>
        <w:rPr>
          <w:b/>
        </w:rPr>
        <w:t xml:space="preserve">[13:25] </w:t>
      </w:r>
      <w:r>
        <w:t>is ko study karana hoga, yeh sab karana hoga.</w:t>
      </w:r>
    </w:p>
    <w:p>
      <w:pPr>
        <w:jc w:val="right"/>
      </w:pPr>
      <w:r>
        <w:t>اس کو اسٹڈی کرانا ہوگا، یہ سب کرانا ہوگا۔</w:t>
      </w:r>
    </w:p>
    <w:p>
      <w:r>
        <w:rPr>
          <w:b/>
        </w:rPr>
        <w:t xml:space="preserve">[13:31] </w:t>
      </w:r>
      <w:r>
        <w:t>جب تک اس کا شعور جو ہے، develop نہ کرے، تب تک یہ چیز بدل نہیں سکتی۔</w:t>
      </w:r>
    </w:p>
    <w:p>
      <w:pPr>
        <w:jc w:val="right"/>
      </w:pPr>
      <w:r>
        <w:t>جب تک اس کا شعور جو ہے، ڈیولپ نہ کرے، تب تک یہ چیز بدل نہیں سکتی۔</w:t>
      </w:r>
    </w:p>
    <w:p>
      <w:r>
        <w:rPr>
          <w:b/>
        </w:rPr>
        <w:t xml:space="preserve">[13:36] </w:t>
      </w:r>
      <w:r>
        <w:t>shaoor ko develop karna padega.</w:t>
      </w:r>
    </w:p>
    <w:p>
      <w:pPr>
        <w:jc w:val="right"/>
      </w:pPr>
      <w:r>
        <w:t>شعور کو ڈیولپ کرنا پڑے گا۔</w:t>
      </w:r>
    </w:p>
    <w:p>
      <w:r>
        <w:rPr>
          <w:b/>
        </w:rPr>
        <w:t xml:space="preserve">[13:41] </w:t>
      </w:r>
      <w:r>
        <w:t>taake aadmi jo seen mein uljha hua hai, woh in seen ko importance de.</w:t>
      </w:r>
    </w:p>
    <w:p>
      <w:pPr>
        <w:jc w:val="right"/>
      </w:pPr>
      <w:r>
        <w:t>تاکہ آدمی جو سین میں الجھا ہوا ہے، وہ ان سین کو امپورٹنس دے۔</w:t>
      </w:r>
    </w:p>
    <w:p>
      <w:r>
        <w:rPr>
          <w:b/>
        </w:rPr>
        <w:t xml:space="preserve">[13:47] </w:t>
      </w:r>
      <w:r>
        <w:t>kyunke in seen jo hai, woh zyada badi haqeeqat hai.</w:t>
      </w:r>
    </w:p>
    <w:p>
      <w:pPr>
        <w:jc w:val="right"/>
      </w:pPr>
      <w:r>
        <w:t>کیونکہ ان سین جو ہے، وہ زیادہ بڑی حقیقت ہے۔</w:t>
      </w:r>
    </w:p>
    <w:p>
      <w:r>
        <w:rPr>
          <w:b/>
        </w:rPr>
        <w:t xml:space="preserve">[13:52] </w:t>
      </w:r>
      <w:r>
        <w:t>maulana un ka ek aur sawal hai. unhone likha hai: "why has entertainment industry become one of the most important industry today? what is your comment on this?" yeh bhi pehle bhi thi. entertainment ki taraf zyada insan jo hai, lekin aaj jo hai, is mein item badh gaye, bahut zyada item badh gaye. pehle yeh tha ke maslan hamare bachpan mein hum log jo hai, bait bazi kiya karte the. ab woh inter</w:t>
      </w:r>
    </w:p>
    <w:p>
      <w:pPr>
        <w:jc w:val="right"/>
      </w:pPr>
      <w:r>
        <w:t>مولانا ان کا ایک اور سوال ہے۔ انہوں نے لکھا ہے: "وائی ہیز انٹرٹینمنٹ انڈسٹری بیکم ون اف دا موسٹ امپورٹنٹ انڈسٹری ٹوڈے؟ واٹ از یور کمنٹ ان دس؟" یہ بھی پہلے بھی تھی۔ انٹرٹینمنٹ کی طرف زیادہ انسان جو ہے، لیکن آج جو ہے، اس میں آئٹم بڑھ گئے، بہت زیادہ آئٹم بڑھ گئے۔ پہلے یہ تھا کہ مثلاً ہمارے بچپن میں ہم لوگ جو ہے، بیعت بازی کیا کرتے تھے۔ اب وہ انٹر</w:t>
      </w:r>
    </w:p>
    <w:p>
      <w:r>
        <w:rPr>
          <w:b/>
        </w:rPr>
        <w:t xml:space="preserve">[14:22] </w:t>
      </w:r>
      <w:r>
        <w:t>tenment tha, koi aur sadhar nahi tha.</w:t>
      </w:r>
    </w:p>
    <w:p>
      <w:pPr>
        <w:jc w:val="right"/>
      </w:pPr>
      <w:r>
        <w:t>ٹینمنٹ تھا، کوئی اور سادھر نہیں تھا۔</w:t>
      </w:r>
    </w:p>
    <w:p>
      <w:r>
        <w:rPr>
          <w:b/>
        </w:rPr>
        <w:t xml:space="preserve">[14:27] </w:t>
      </w:r>
      <w:r>
        <w:t>is zamane mein baithe bai'at baazi kar rahe hain.</w:t>
      </w:r>
    </w:p>
    <w:p>
      <w:pPr>
        <w:jc w:val="right"/>
      </w:pPr>
      <w:r>
        <w:t>اس زمانے میں بیٹھے بیعت بازی کر رہے ہیں۔</w:t>
      </w:r>
    </w:p>
    <w:p>
      <w:r>
        <w:rPr>
          <w:b/>
        </w:rPr>
        <w:t xml:space="preserve">[14:32] </w:t>
      </w:r>
      <w:r>
        <w:t>badshahon ko tha ke woh janwaron ko ladwate the, dekh dekh ke khush hote the.</w:t>
      </w:r>
    </w:p>
    <w:p>
      <w:pPr>
        <w:jc w:val="right"/>
      </w:pPr>
      <w:r>
        <w:t>بادشاہوں کو تھا کہ وہ جانوروں کو لڑواتے تھے، دیکھ دیکھ کے خوش ہوتے تھے۔</w:t>
      </w:r>
    </w:p>
    <w:p>
      <w:r>
        <w:rPr>
          <w:b/>
        </w:rPr>
        <w:t xml:space="preserve">[14:37] </w:t>
      </w:r>
      <w:r>
        <w:t>koi naach gaana karwata tha, koi.</w:t>
      </w:r>
    </w:p>
    <w:p>
      <w:pPr>
        <w:jc w:val="right"/>
      </w:pPr>
      <w:r>
        <w:t>کوئی ناچ گانا کرواتا تھا، کوئی۔</w:t>
      </w:r>
    </w:p>
    <w:p>
      <w:r>
        <w:rPr>
          <w:b/>
        </w:rPr>
        <w:t xml:space="preserve">[14:43] </w:t>
      </w:r>
      <w:r>
        <w:t>ab woh bohat barh gaya, bohat barh gaya, bohat barh gaya.</w:t>
      </w:r>
    </w:p>
    <w:p>
      <w:pPr>
        <w:jc w:val="right"/>
      </w:pPr>
      <w:r>
        <w:t>اب وہ بہت بڑھ گیا، بہت بڑھ گیا، بہت بڑھ گیا۔</w:t>
      </w:r>
    </w:p>
    <w:p>
      <w:r>
        <w:rPr>
          <w:b/>
        </w:rPr>
        <w:t xml:space="preserve">[14:48] </w:t>
      </w:r>
      <w:r>
        <w:t>تو انسان ہمیشہ سے مزاج یہی رہا انسان کا کہ entertainment، کھاؤ کماؤ، اس کے بعد entertain کرو۔</w:t>
      </w:r>
    </w:p>
    <w:p>
      <w:pPr>
        <w:jc w:val="right"/>
      </w:pPr>
      <w:r>
        <w:t>تو انسان ہمیشہ سے مزاج یہی رہا انسان کا کہ انٹرٹینمنٹ، کھاؤ کماؤ، اس کے بعد انٹرٹین کرو۔</w:t>
      </w:r>
    </w:p>
    <w:p>
      <w:r>
        <w:rPr>
          <w:b/>
        </w:rPr>
        <w:t xml:space="preserve">[14:53] </w:t>
      </w:r>
      <w:r>
        <w:t>ab item badh gaye hain. to yahan bhi mein yahi kahunga ke shaoor ko develop karna hai. intellectual level ko badhana hai. mein logon ko dekhta hoon ke woh kaan mein woh lagaye hue hain aur music sun rahe hain. ab mein aap ko apna ek kal ka ek ehsas share karta hoon. mein apne ghar mein be</w:t>
      </w:r>
    </w:p>
    <w:p>
      <w:pPr>
        <w:jc w:val="right"/>
      </w:pPr>
      <w:r>
        <w:t>اب آئٹم بڑھ گئے ہیں۔ تو یہاں بھی میں یہی کہوں گا کہ شعور کو ڈیولپ کرنا ہے۔ انٹلیکچول لیول کو بڑھانا ہے۔ میں لوگوں کو دیکھتا ہوں کہ وہ کان میں وہ لگائے ہوئے ہیں اور میوزک سن رہے ہیں۔ اب میں آپ کو اپنا ایک کل کا ایک احساس شیئر کرتا ہوں۔ میں اپنے گھر میں بی</w:t>
      </w:r>
    </w:p>
    <w:p>
      <w:r>
        <w:rPr>
          <w:b/>
        </w:rPr>
        <w:t xml:space="preserve">[15:23] </w:t>
      </w:r>
      <w:r>
        <w:t>tha hua tha barje par. to yahan par log yoga karte hain. yoga karte hue woh music chalta rehta hai. woh music wahan tak awaz aati hai. to music yoga kar rahe hain, music sun rahe hain. yoga kar rahe hain, music sun rahe hain. to maine socha ke kaise ajib log hain. yaani woh apne mind ko itna engage kiye rehte hain ke kisi aur cheez soch hi na sake</w:t>
      </w:r>
    </w:p>
    <w:p>
      <w:pPr>
        <w:jc w:val="right"/>
      </w:pPr>
      <w:r>
        <w:t>ٹھا ہوا تھا بارجے پر۔ تو یہاں پر لوگ یوگا کرتے ہیں۔ یوگا کرتے ہوئے وہ میوزک جلتا رہتا ہے۔ وہ میوزک وہاں تک آواز آتی ہے۔ تو میوزک یوگا کر رہے ہیں، میوزک سن رہے ہیں۔ یوگا کر رہے ہیں، میوزک سن رہے ہیں۔ تو میں نے سوچا کہ کیسے عجیب لوگ ہیں۔ یعنی وہ اپنے مائنڈ کو اتنا انگیج کیے رہتے ہیں کہ کسی اور چیز سوچ ہی نہ سکے</w:t>
      </w:r>
    </w:p>
    <w:p>
      <w:r>
        <w:rPr>
          <w:b/>
        </w:rPr>
        <w:t xml:space="preserve">[15:53] </w:t>
      </w:r>
      <w:r>
        <w:t>woh.</w:t>
      </w:r>
    </w:p>
    <w:p>
      <w:pPr>
        <w:jc w:val="right"/>
      </w:pPr>
      <w:r>
        <w:t>وہ۔</w:t>
      </w:r>
    </w:p>
    <w:p>
      <w:r>
        <w:rPr>
          <w:b/>
        </w:rPr>
        <w:t xml:space="preserve">[15:59] </w:t>
      </w:r>
      <w:r>
        <w:t>انہیں یہ بھی پتہ نہیں ہے کہ یہ خود yoga ke lehaaz se sahih nahi hai.</w:t>
      </w:r>
    </w:p>
    <w:p>
      <w:pPr>
        <w:jc w:val="right"/>
      </w:pPr>
      <w:r>
        <w:t>انہیں یہ بھی پتہ نہیں ہے کہ یہ خود یوگا کے لحاظ سے صحیح نہیں ہے۔</w:t>
      </w:r>
    </w:p>
    <w:p>
      <w:r>
        <w:rPr>
          <w:b/>
        </w:rPr>
        <w:t xml:space="preserve">[16:05] </w:t>
      </w:r>
      <w:r>
        <w:t>کیونکہ آپ، یعنی physical exercise کر رہے ہیں اور mind کو engage کیے ہوئے ہیں music میں۔</w:t>
      </w:r>
    </w:p>
    <w:p>
      <w:pPr>
        <w:jc w:val="right"/>
      </w:pPr>
      <w:r>
        <w:t>کیونکہ آپ، یعنی فزیکل ایکسرسائز کر رہے ہیں اور مائنڈ کو انگیج کیے ہوئے ہیں میوزک میں۔</w:t>
      </w:r>
    </w:p>
    <w:p>
      <w:r>
        <w:rPr>
          <w:b/>
        </w:rPr>
        <w:t xml:space="preserve">[16:11] </w:t>
      </w:r>
      <w:r>
        <w:t>اس معنی کہ آپ، آپ کی، آپ کی جو ہستی ہے، وہ صرف partially yoga سے فائدہ اٹھا پائے گی۔</w:t>
      </w:r>
    </w:p>
    <w:p>
      <w:pPr>
        <w:jc w:val="right"/>
      </w:pPr>
      <w:r>
        <w:t>اس معنی کہ آپ، آپ کی، آپ کی جو ہستی ہے، وہ صرف پارشلی یوگا سے فائدہ اٹھا پائے گی۔</w:t>
      </w:r>
    </w:p>
    <w:p>
      <w:r>
        <w:rPr>
          <w:b/>
        </w:rPr>
        <w:t xml:space="preserve">[16:17] </w:t>
      </w:r>
      <w:r>
        <w:t>آپ کو چاہیے کہ yoga میں اپنے، اپنی، اپنی physical body کے ساتھ اپنے</w:t>
      </w:r>
    </w:p>
    <w:p>
      <w:pPr>
        <w:jc w:val="right"/>
      </w:pPr>
      <w:r>
        <w:t>آپ کو چاہیے کہ یوگا میں اپنے، اپنی، اپنی فزیکل باڈی کے ساتھ اپنے</w:t>
      </w:r>
    </w:p>
    <w:p>
      <w:r>
        <w:rPr>
          <w:b/>
        </w:rPr>
        <w:t xml:space="preserve">[16:23] </w:t>
      </w:r>
      <w:r>
        <w:t>mind ko bhi engage rakhein.</w:t>
      </w:r>
    </w:p>
    <w:p>
      <w:pPr>
        <w:jc w:val="right"/>
      </w:pPr>
      <w:r>
        <w:t>مائنڈ کو بھی انگیج رکھیں۔</w:t>
      </w:r>
    </w:p>
    <w:p>
      <w:r>
        <w:rPr>
          <w:b/>
        </w:rPr>
        <w:t xml:space="preserve">[16:27] </w:t>
      </w:r>
      <w:r>
        <w:t>to aap ko double faida hoga.</w:t>
      </w:r>
    </w:p>
    <w:p>
      <w:pPr>
        <w:jc w:val="right"/>
      </w:pPr>
      <w:r>
        <w:t>تو آپ کو ڈبل فائدہ ہوگا۔</w:t>
      </w:r>
    </w:p>
    <w:p>
      <w:r>
        <w:rPr>
          <w:b/>
        </w:rPr>
        <w:t xml:space="preserve">[16:31] </w:t>
      </w:r>
      <w:r>
        <w:t>aur doosri cheez yeh hai ke aas paas yeh duniya hai, sar-sabz duniya, nature.</w:t>
      </w:r>
    </w:p>
    <w:p>
      <w:pPr>
        <w:jc w:val="right"/>
      </w:pPr>
      <w:r>
        <w:t>اور دوسری چیز یہ ہے کہ آس پاس یہ دنیا ہے، سرسبز دنیا، نیچر۔</w:t>
      </w:r>
    </w:p>
    <w:p>
      <w:r>
        <w:rPr>
          <w:b/>
        </w:rPr>
        <w:t xml:space="preserve">[16:34] </w:t>
      </w:r>
      <w:r>
        <w:t>is se aadmi bekhabar rehta hai.</w:t>
      </w:r>
    </w:p>
    <w:p>
      <w:pPr>
        <w:jc w:val="right"/>
      </w:pPr>
      <w:r>
        <w:t>اس سے آدمی بے خبر رہتا ہے۔</w:t>
      </w:r>
    </w:p>
    <w:p>
      <w:r>
        <w:rPr>
          <w:b/>
        </w:rPr>
        <w:t xml:space="preserve">[16:38] </w:t>
      </w:r>
      <w:r>
        <w:t>ab music ka lagaye hue kaan mein hai, music sun raha hai.</w:t>
      </w:r>
    </w:p>
    <w:p>
      <w:pPr>
        <w:jc w:val="right"/>
      </w:pPr>
      <w:r>
        <w:t>اب میوزک کا لگائے ہوئے کان میں ہے، میوزک سن رہا ہے۔</w:t>
      </w:r>
    </w:p>
    <w:p>
      <w:r>
        <w:rPr>
          <w:b/>
        </w:rPr>
        <w:t xml:space="preserve">[16:42] </w:t>
      </w:r>
      <w:r>
        <w:t>aur chidyon ke chehchehe, hawaon ki sarsarahat aur darakhton ki sabz sar-sabzi, is se bekhabar rehta hai woh.</w:t>
      </w:r>
    </w:p>
    <w:p>
      <w:pPr>
        <w:jc w:val="right"/>
      </w:pPr>
      <w:r>
        <w:t>اور چڑیوں کے چہچہے، ہواؤں کی سرسراہٹ اور درختوں کی سبز سرسبزی، اس سے بے خبر رہتا ہے وہ۔</w:t>
      </w:r>
    </w:p>
    <w:p>
      <w:r>
        <w:rPr>
          <w:b/>
        </w:rPr>
        <w:t xml:space="preserve">[16:46] </w:t>
      </w:r>
      <w:r>
        <w:t>to kehte hain qabil-e-rahem, mujhe yeh log bohat qabil-e-rahem nazar aate hain, qabil-e-rahem.</w:t>
      </w:r>
    </w:p>
    <w:p>
      <w:pPr>
        <w:jc w:val="right"/>
      </w:pPr>
      <w:r>
        <w:t>تو کہتے ہیں قابل رحم، مجھے یہ لوگ بہت قابل رحم نظر آتے ہیں، قابل رحم۔</w:t>
      </w:r>
    </w:p>
    <w:p>
      <w:r>
        <w:rPr>
          <w:b/>
        </w:rPr>
        <w:t xml:space="preserve">[16:50] </w:t>
      </w:r>
      <w:r>
        <w:t>to entertainment jo hai,</w:t>
      </w:r>
    </w:p>
    <w:p>
      <w:pPr>
        <w:jc w:val="right"/>
      </w:pPr>
      <w:r>
        <w:t>تو انٹرٹینمنٹ جو ہے،</w:t>
      </w:r>
    </w:p>
    <w:p>
      <w:r>
        <w:rPr>
          <w:b/>
        </w:rPr>
        <w:t xml:space="preserve">[16:54] </w:t>
      </w:r>
      <w:r>
        <w:t>اس طرح لوگوں کو بتایا جائے، میں سمجھتا ہوں کہ entertainment جو ہے، ایک، ایک بہت ہی، یعنی،</w:t>
      </w:r>
    </w:p>
    <w:p>
      <w:pPr>
        <w:jc w:val="right"/>
      </w:pPr>
      <w:r>
        <w:t>اس طرح لوگوں کو بتایا جائے، میں سمجھتا ہوں کہ انٹرٹینمنٹ جو ہے، ایک، ایک بہت ہی، یعنی،</w:t>
      </w:r>
    </w:p>
    <w:p>
      <w:r>
        <w:rPr>
          <w:b/>
        </w:rPr>
        <w:t xml:space="preserve">[16:59] </w:t>
      </w:r>
      <w:r>
        <w:t>یعنی اپنے mind کو کسی بڑی چیز پا سکتے ہیں، اپنے mind کے کوئی ادھر استعمال کر کے،</w:t>
      </w:r>
    </w:p>
    <w:p>
      <w:pPr>
        <w:jc w:val="right"/>
      </w:pPr>
      <w:r>
        <w:t>یعنی اپنے مائنڈ کو کسی بڑی چیز پا سکتے ہیں، اپنے مائنڈ کے کوئی ادھر استعمال کر کے،</w:t>
      </w:r>
    </w:p>
    <w:p>
      <w:r>
        <w:rPr>
          <w:b/>
        </w:rPr>
        <w:t xml:space="preserve">[17:04] </w:t>
      </w:r>
      <w:r>
        <w:t>choti cheez par qana'at karna hai.</w:t>
      </w:r>
    </w:p>
    <w:p>
      <w:pPr>
        <w:jc w:val="right"/>
      </w:pPr>
      <w:r>
        <w:t>چھوٹی چیز پر قناعت کرنا ہے۔</w:t>
      </w:r>
    </w:p>
    <w:p>
      <w:r>
        <w:rPr>
          <w:b/>
        </w:rPr>
        <w:t xml:space="preserve">[17:09] </w:t>
      </w:r>
      <w:r>
        <w:t>yeh under utilization hai.</w:t>
      </w:r>
    </w:p>
    <w:p>
      <w:pPr>
        <w:jc w:val="right"/>
      </w:pPr>
      <w:r>
        <w:t>یہ انڈر یوٹیلائزیشن ہے۔</w:t>
      </w:r>
    </w:p>
    <w:p>
      <w:r>
        <w:rPr>
          <w:b/>
        </w:rPr>
        <w:t xml:space="preserve">[17:14] </w:t>
      </w:r>
      <w:r>
        <w:t>mujhe ek, ek, ek, ek, ek ladka tha, woh har waqt apne mind mein laga rehta tha, wohi</w:t>
      </w:r>
    </w:p>
    <w:p>
      <w:pPr>
        <w:jc w:val="right"/>
      </w:pPr>
      <w:r>
        <w:t>مجھے ایک، ایک، ایک، ایک، ایک لڑکا تھا، وہ ہر وقت اپنے مائنڈ میں لگا رہتا تھا، وہی</w:t>
      </w:r>
    </w:p>
    <w:p>
      <w:r>
        <w:rPr>
          <w:b/>
        </w:rPr>
        <w:t xml:space="preserve">[17:19] </w:t>
      </w:r>
      <w:r>
        <w:t>music ka kya kehte hain, is ko</w:t>
      </w:r>
    </w:p>
    <w:p>
      <w:pPr>
        <w:jc w:val="right"/>
      </w:pPr>
      <w:r>
        <w:t>میوزک کا کیا کہتے ہیں، اس کو</w:t>
      </w:r>
    </w:p>
    <w:p>
      <w:r>
        <w:rPr>
          <w:b/>
        </w:rPr>
        <w:t xml:space="preserve">[17:24] </w:t>
      </w:r>
      <w:r>
        <w:t>pata nahin kiya laga dete hain.</w:t>
      </w:r>
    </w:p>
    <w:p>
      <w:pPr>
        <w:jc w:val="right"/>
      </w:pPr>
      <w:r>
        <w:t>پتہ نہیں کیا لگا دیتے ہیں۔</w:t>
      </w:r>
    </w:p>
    <w:p>
      <w:r>
        <w:rPr>
          <w:b/>
        </w:rPr>
        <w:t xml:space="preserve">[17:28] </w:t>
      </w:r>
      <w:r>
        <w:t>aur jeeb mein woh recorder, ab woh music sun raha hai.</w:t>
      </w:r>
    </w:p>
    <w:p>
      <w:pPr>
        <w:jc w:val="right"/>
      </w:pPr>
      <w:r>
        <w:t>اور جیب میں وہ ریکارڈر، اب وہ میوزک سن رہا ہے۔</w:t>
      </w:r>
    </w:p>
    <w:p>
      <w:r>
        <w:rPr>
          <w:b/>
        </w:rPr>
        <w:t xml:space="preserve">[17:32] </w:t>
      </w:r>
      <w:r>
        <w:t>to maine is ko samjhaya ke tum under utilize kar rahe ho apne mind ko.</w:t>
      </w:r>
    </w:p>
    <w:p>
      <w:pPr>
        <w:jc w:val="right"/>
      </w:pPr>
      <w:r>
        <w:t>تو میں نے اس کو سمجھایا کہ تم انڈر یوٹیلائز کر رہے ہو اپنے مائنڈ کو۔</w:t>
      </w:r>
    </w:p>
    <w:p>
      <w:r>
        <w:rPr>
          <w:b/>
        </w:rPr>
        <w:t xml:space="preserve">[17:37] </w:t>
      </w:r>
      <w:r>
        <w:t>bhai, mind jo bohat bari cheez hai, woh kisi gayye ke recorded gaane tum sun rahe ho.</w:t>
      </w:r>
    </w:p>
    <w:p>
      <w:pPr>
        <w:jc w:val="right"/>
      </w:pPr>
      <w:r>
        <w:t>بھائی، مائنڈ جو بہت بڑی چیز ہے، وہ کسی گویے کے ریکارڈڈ گانے تم سن رہے ہو۔</w:t>
      </w:r>
    </w:p>
    <w:p>
      <w:r>
        <w:rPr>
          <w:b/>
        </w:rPr>
        <w:t xml:space="preserve">[17:41] </w:t>
      </w:r>
      <w:r>
        <w:t>aur nature mein itni bari cheez tum ko sochne ke liye hai.</w:t>
      </w:r>
    </w:p>
    <w:p>
      <w:pPr>
        <w:jc w:val="right"/>
      </w:pPr>
      <w:r>
        <w:t>اور نیچر میں اتنی بڑی چیز تم کو سوچنے کے لیے ہے۔</w:t>
      </w:r>
    </w:p>
    <w:p>
      <w:r>
        <w:rPr>
          <w:b/>
        </w:rPr>
        <w:t xml:space="preserve">[17:45] </w:t>
      </w:r>
      <w:r>
        <w:t>kitabon ki study karo, nature ko observe karo.</w:t>
      </w:r>
    </w:p>
    <w:p>
      <w:pPr>
        <w:jc w:val="right"/>
      </w:pPr>
      <w:r>
        <w:t>کتابوں کی اسٹڈی کرو، نیچر کو ابزرو کرو۔</w:t>
      </w:r>
    </w:p>
    <w:p>
      <w:r>
        <w:rPr>
          <w:b/>
        </w:rPr>
        <w:t xml:space="preserve">[17:49] </w:t>
      </w:r>
      <w:r>
        <w:t>aur bari bari tareekhi haqeeqat</w:t>
      </w:r>
    </w:p>
    <w:p>
      <w:pPr>
        <w:jc w:val="right"/>
      </w:pPr>
      <w:r>
        <w:t>اور بڑی بڑی تاریخی حقیقت</w:t>
      </w:r>
    </w:p>
    <w:p>
      <w:r>
        <w:rPr>
          <w:b/>
        </w:rPr>
        <w:t xml:space="preserve">[17:54] </w:t>
      </w:r>
      <w:r>
        <w:t>on par dhiyan do.</w:t>
      </w:r>
    </w:p>
    <w:p>
      <w:pPr>
        <w:jc w:val="right"/>
      </w:pPr>
      <w:r>
        <w:t>وں پر دھیان دو۔</w:t>
      </w:r>
    </w:p>
    <w:p>
      <w:r>
        <w:rPr>
          <w:b/>
        </w:rPr>
        <w:t xml:space="preserve">[17:58] </w:t>
      </w:r>
      <w:r>
        <w:t>apne mind ko develop karo, yeh kiya hai? to ab woh samajh mein aa gaya, is ko chhod</w:t>
      </w:r>
    </w:p>
    <w:p>
      <w:pPr>
        <w:jc w:val="right"/>
      </w:pPr>
      <w:r>
        <w:t>اپنے مائنڈ کو ڈیولپ کرو، یہ کیا ہے؟ تو اب وہ سمجھ میں آ گیا، اس کو چھوڑ</w:t>
      </w:r>
    </w:p>
    <w:p>
      <w:r>
        <w:rPr>
          <w:b/>
        </w:rPr>
        <w:t xml:space="preserve">[18:02] </w:t>
      </w:r>
      <w:r>
        <w:t>diya is ne.</w:t>
      </w:r>
    </w:p>
    <w:p>
      <w:pPr>
        <w:jc w:val="right"/>
      </w:pPr>
      <w:r>
        <w:t>دیا اس نے۔</w:t>
      </w:r>
    </w:p>
    <w:p>
      <w:r>
        <w:rPr>
          <w:b/>
        </w:rPr>
        <w:t xml:space="preserve">[18:06] </w:t>
      </w:r>
      <w:r>
        <w:t>to asal cheez yeh hai ke log jo hain, apni conditioning ki wajah se soch nahin paate.</w:t>
      </w:r>
    </w:p>
    <w:p>
      <w:pPr>
        <w:jc w:val="right"/>
      </w:pPr>
      <w:r>
        <w:t>تو اصل چیز یہ ہے کہ لوگ جو ہیں، اپنی کنڈیشننگ کی وجہ سے سوچ نہیں پاتے۔</w:t>
      </w:r>
    </w:p>
    <w:p>
      <w:r>
        <w:rPr>
          <w:b/>
        </w:rPr>
        <w:t xml:space="preserve">[18:10] </w:t>
      </w:r>
      <w:r>
        <w:t>kyun ke soch ko develop karna hai.</w:t>
      </w:r>
    </w:p>
    <w:p>
      <w:pPr>
        <w:jc w:val="right"/>
      </w:pPr>
      <w:r>
        <w:t>کیونکہ سوچ کو ڈیولپ کرنا ہے۔</w:t>
      </w:r>
    </w:p>
    <w:p>
      <w:r>
        <w:rPr>
          <w:b/>
        </w:rPr>
        <w:t xml:space="preserve">[18:14] </w:t>
      </w:r>
      <w:r>
        <w:t>yani un ko is ko kehte hain ke intellectual awakening lana hai.</w:t>
      </w:r>
    </w:p>
    <w:p>
      <w:pPr>
        <w:jc w:val="right"/>
      </w:pPr>
      <w:r>
        <w:t>یعنی ان کو اس کو کہتے ہیں کہ انٹلیکچول اویرننگ لانا ہے۔</w:t>
      </w:r>
    </w:p>
    <w:p>
      <w:r>
        <w:rPr>
          <w:b/>
        </w:rPr>
        <w:t xml:space="preserve">[18:18] </w:t>
      </w:r>
      <w:r>
        <w:t>ek hi formula hai, intellectual awakening.</w:t>
      </w:r>
    </w:p>
    <w:p>
      <w:pPr>
        <w:jc w:val="right"/>
      </w:pPr>
      <w:r>
        <w:t>ایک ہی فارمولا ہے، انٹلیکچول اویرننگ۔</w:t>
      </w:r>
    </w:p>
    <w:p>
      <w:r>
        <w:rPr>
          <w:b/>
        </w:rPr>
        <w:t xml:space="preserve">[18:22] </w:t>
      </w:r>
      <w:r>
        <w:t>to apne aap chhod denge woh log, in sab cheezon ko.</w:t>
      </w:r>
    </w:p>
    <w:p>
      <w:pPr>
        <w:jc w:val="right"/>
      </w:pPr>
      <w:r>
        <w:t>تو اپنے آپ چھوڑ دیں گے وہ لوگ، ان سب چیزوں کو۔</w:t>
      </w:r>
    </w:p>
    <w:p>
      <w:r>
        <w:rPr>
          <w:b/>
        </w:rPr>
        <w:t xml:space="preserve">[18:26] </w:t>
      </w:r>
      <w:r>
        <w:t>مس نغمہ صدیقی نے دلی سے لکھا ہے: "مولانا، can you give us some advice on how we</w:t>
      </w:r>
    </w:p>
    <w:p>
      <w:pPr>
        <w:jc w:val="right"/>
      </w:pPr>
      <w:r>
        <w:t>مس نغمہ صدیقی نے دلی سے لکھا ہے: "مولانا کین یو گیو اس سم ایڈوائس ان ہاؤ وی</w:t>
      </w:r>
    </w:p>
    <w:p>
      <w:r>
        <w:rPr>
          <w:b/>
        </w:rPr>
        <w:t xml:space="preserve">[18:32] </w:t>
      </w:r>
      <w:r>
        <w:t>can learn to use the law of differentiating between the two in our daily life?" Haan, dekhiye</w:t>
      </w:r>
    </w:p>
    <w:p>
      <w:pPr>
        <w:jc w:val="right"/>
      </w:pPr>
      <w:r>
        <w:t>کین لرن ٹو یوز دی لاء اف ڈفرنشیٹنگ بٹوین دا ٹو ان ان ار ڈیلی لائف؟" ہاں، دیکھیں</w:t>
      </w:r>
    </w:p>
    <w:p>
      <w:r>
        <w:rPr>
          <w:b/>
        </w:rPr>
        <w:t xml:space="preserve">[18:38] </w:t>
      </w:r>
      <w:r>
        <w:t>yeh jo principle hai, yeh bohat hi common hai, universal hai.</w:t>
      </w:r>
    </w:p>
    <w:p>
      <w:pPr>
        <w:jc w:val="right"/>
      </w:pPr>
      <w:r>
        <w:t>یہ جو پرنسپل ہے، یہ بہت ہی کامن ہے، یونیورسل ہے۔</w:t>
      </w:r>
    </w:p>
    <w:p>
      <w:r>
        <w:rPr>
          <w:b/>
        </w:rPr>
        <w:t xml:space="preserve">[18:44] </w:t>
      </w:r>
      <w:r>
        <w:t>har waqt hamein is ki zaroorat padti hai.</w:t>
      </w:r>
    </w:p>
    <w:p>
      <w:pPr>
        <w:jc w:val="right"/>
      </w:pPr>
      <w:r>
        <w:t>ہر وقت ہمیں اس کی ضرورت پڑتی ہے۔</w:t>
      </w:r>
    </w:p>
    <w:p>
      <w:r>
        <w:rPr>
          <w:b/>
        </w:rPr>
        <w:t xml:space="preserve">[18:50] </w:t>
      </w:r>
      <w:r>
        <w:t>do cheezon ko alag kar ke dekhna.</w:t>
      </w:r>
    </w:p>
    <w:p>
      <w:pPr>
        <w:jc w:val="right"/>
      </w:pPr>
      <w:r>
        <w:t>دو چیزوں کو الگ کر کے دیکھنا۔</w:t>
      </w:r>
    </w:p>
    <w:p>
      <w:r>
        <w:rPr>
          <w:b/>
        </w:rPr>
        <w:t xml:space="preserve">[18:57] </w:t>
      </w:r>
      <w:r>
        <w:t>agar yeh na ho to aadmi koi bari kamyabi hasil nahin kar sakta hai.</w:t>
      </w:r>
    </w:p>
    <w:p>
      <w:pPr>
        <w:jc w:val="right"/>
      </w:pPr>
      <w:r>
        <w:t>اگر یہ نہ ہو تو آدمی کوئی بڑی کامیابی حاصل نہیں کر سکتا ہے۔</w:t>
      </w:r>
    </w:p>
    <w:p>
      <w:r>
        <w:rPr>
          <w:b/>
        </w:rPr>
        <w:t xml:space="preserve">[19:01] </w:t>
      </w:r>
      <w:r>
        <w:t>to is ki koi technique nahin hai.</w:t>
      </w:r>
    </w:p>
    <w:p>
      <w:pPr>
        <w:jc w:val="right"/>
      </w:pPr>
      <w:r>
        <w:t>تو اس کی کوئی ٹیکنیک نہیں ہے۔</w:t>
      </w:r>
    </w:p>
    <w:p>
      <w:r>
        <w:rPr>
          <w:b/>
        </w:rPr>
        <w:t xml:space="preserve">[19:05] </w:t>
      </w:r>
      <w:r>
        <w:t>apni soch ko develop karna hai, bas.</w:t>
      </w:r>
    </w:p>
    <w:p>
      <w:pPr>
        <w:jc w:val="right"/>
      </w:pPr>
      <w:r>
        <w:t>اپنی سوچ کو ڈیولپ کرنا ہے، بس۔</w:t>
      </w:r>
    </w:p>
    <w:p>
      <w:r>
        <w:rPr>
          <w:b/>
        </w:rPr>
        <w:t xml:space="preserve">[19:10] </w:t>
      </w:r>
      <w:r>
        <w:t>apni soch ko develop karna hai.</w:t>
      </w:r>
    </w:p>
    <w:p>
      <w:pPr>
        <w:jc w:val="right"/>
      </w:pPr>
      <w:r>
        <w:t>اپنی سوچ کو ڈیولپ کرنا ہے۔</w:t>
      </w:r>
    </w:p>
    <w:p>
      <w:r>
        <w:rPr>
          <w:b/>
        </w:rPr>
        <w:t xml:space="preserve">[19:14] </w:t>
      </w:r>
      <w:r>
        <w:t>koi technique aisi nahin hai ke hum technique bata dein to aadmi is par amal kare aur woh</w:t>
      </w:r>
    </w:p>
    <w:p>
      <w:pPr>
        <w:jc w:val="right"/>
      </w:pPr>
      <w:r>
        <w:t>کوئی ٹیکنیک ایسی نہیں ہے کہ ہم ٹیکنیک بتا دیں تو آدمی اس پر عمل کرے اور وہ</w:t>
      </w:r>
    </w:p>
    <w:p>
      <w:r>
        <w:rPr>
          <w:b/>
        </w:rPr>
        <w:t xml:space="preserve">[19:18] </w:t>
      </w:r>
      <w:r>
        <w:t>dhadha dhad ho jaye, aisa, aisa nahin ho sakta hai.</w:t>
      </w:r>
    </w:p>
    <w:p>
      <w:pPr>
        <w:jc w:val="right"/>
      </w:pPr>
      <w:r>
        <w:t>دھڑا دھڑ ہو جائے، ایسا، ایسا نہیں ہو سکتا ہے۔</w:t>
      </w:r>
    </w:p>
    <w:p>
      <w:r>
        <w:rPr>
          <w:b/>
        </w:rPr>
        <w:t xml:space="preserve">[19:23] </w:t>
      </w:r>
      <w:r>
        <w:t>soch ko develop kar ke apne aap ko is satah par le jana padta hai ke aadmi</w:t>
      </w:r>
    </w:p>
    <w:p>
      <w:pPr>
        <w:jc w:val="right"/>
      </w:pPr>
      <w:r>
        <w:t>سوچ کو ڈیولپ کر کے اپنے آپ کو اس سطح پر لے جانا پڑتا ہے کہ آدمی</w:t>
      </w:r>
    </w:p>
    <w:p>
      <w:r>
        <w:rPr>
          <w:b/>
        </w:rPr>
        <w:t xml:space="preserve">[19:27] </w:t>
      </w:r>
      <w:r>
        <w:t>har mauqa par jaan sake ke yahan par mujhe kis tarah farq karna hai, ek cheez doosri cheez mein.</w:t>
      </w:r>
    </w:p>
    <w:p>
      <w:pPr>
        <w:jc w:val="right"/>
      </w:pPr>
      <w:r>
        <w:t>ہر موقع پر جان سکے کہ یہاں پر مجھے کس طرح فرق کرنا ہے، ایک چیز دوسری چیز میں۔</w:t>
      </w:r>
    </w:p>
    <w:p>
      <w:r>
        <w:rPr>
          <w:b/>
        </w:rPr>
        <w:t xml:space="preserve">[19:32] </w:t>
      </w:r>
      <w:r>
        <w:t>aur yaani individual aur badi badi qaumein sab isi mein phansi hui hain.</w:t>
      </w:r>
    </w:p>
    <w:p>
      <w:pPr>
        <w:jc w:val="right"/>
      </w:pPr>
      <w:r>
        <w:t>اور یعنی انڈیویجول اور بڑی بڑی قومیں سب اسی میں پھنسی ہوئی ہیں۔</w:t>
      </w:r>
    </w:p>
    <w:p>
      <w:r>
        <w:rPr>
          <w:b/>
        </w:rPr>
        <w:t xml:space="preserve">[19:37] </w:t>
      </w:r>
      <w:r>
        <w:t>jaise misaal ke taur par Pakistan ko lijiye.</w:t>
      </w:r>
    </w:p>
    <w:p>
      <w:pPr>
        <w:jc w:val="right"/>
      </w:pPr>
      <w:r>
        <w:t>جیسے مثال کے طور پر پاکستان کو لیجیے۔</w:t>
      </w:r>
    </w:p>
    <w:p>
      <w:r>
        <w:rPr>
          <w:b/>
        </w:rPr>
        <w:t xml:space="preserve">[19:42] </w:t>
      </w:r>
      <w:r>
        <w:t>saath saal zyada ho gaye, koi taraqqi wahan nahi hui.</w:t>
      </w:r>
    </w:p>
    <w:p>
      <w:pPr>
        <w:jc w:val="right"/>
      </w:pPr>
      <w:r>
        <w:t>ساٹھ سال زیادہ ہو گئے، کوئی ترقی وہاں نہیں ہوئی۔</w:t>
      </w:r>
    </w:p>
    <w:p>
      <w:r>
        <w:rPr>
          <w:b/>
        </w:rPr>
        <w:t xml:space="preserve">[19:47] </w:t>
      </w:r>
      <w:r>
        <w:t>kyun? is ko jaante nahi woh.</w:t>
      </w:r>
    </w:p>
    <w:p>
      <w:pPr>
        <w:jc w:val="right"/>
      </w:pPr>
      <w:r>
        <w:t>کیوں؟ اس کو جانتے نہیں وہ۔</w:t>
      </w:r>
    </w:p>
    <w:p>
      <w:r>
        <w:rPr>
          <w:b/>
        </w:rPr>
        <w:t xml:space="preserve">[19:52] </w:t>
      </w:r>
      <w:r>
        <w:t>میں نے ان کے جو پریزیڈنٹ تھے، بشریف صاحب، ان کو خط لکھا تھا کہ "you have to adopt the</w:t>
      </w:r>
    </w:p>
    <w:p>
      <w:pPr>
        <w:jc w:val="right"/>
      </w:pPr>
      <w:r>
        <w:t>میں نے ان کے جو پریزیڈنٹ تھے، بشریف صاحب، ان کو خط لکھا تھا کہ "یو ہیو ٹو اڈاپٹ دا</w:t>
      </w:r>
    </w:p>
    <w:p>
      <w:r>
        <w:rPr>
          <w:b/>
        </w:rPr>
        <w:t xml:space="preserve">[19:57] </w:t>
      </w:r>
      <w:r>
        <w:t>policy of delinking." yaani India se aap ne jhagda chher rakha hai, political jhagda.</w:t>
      </w:r>
    </w:p>
    <w:p>
      <w:pPr>
        <w:jc w:val="right"/>
      </w:pPr>
      <w:r>
        <w:t>پالیسی اف ڈی لنکنگ۔" یعنی انڈیا سے آپ نے جھگڑا چھیڑ رکھا ہے، پولیٹیکل جھگڑا۔</w:t>
      </w:r>
    </w:p>
    <w:p>
      <w:r>
        <w:rPr>
          <w:b/>
        </w:rPr>
        <w:t xml:space="preserve">[20:01] </w:t>
      </w:r>
      <w:r>
        <w:t>to is ko national table par daal dijiye.</w:t>
      </w:r>
    </w:p>
    <w:p>
      <w:pPr>
        <w:jc w:val="right"/>
      </w:pPr>
      <w:r>
        <w:t>تو اس کو نیشنل ٹیبل پر ڈال دیجیے۔</w:t>
      </w:r>
    </w:p>
    <w:p>
      <w:r>
        <w:rPr>
          <w:b/>
        </w:rPr>
        <w:t xml:space="preserve">[20:06] </w:t>
      </w:r>
      <w:r>
        <w:t>guftagu ki mez par.</w:t>
      </w:r>
    </w:p>
    <w:p>
      <w:pPr>
        <w:jc w:val="right"/>
      </w:pPr>
      <w:r>
        <w:t>گفتگو کی میز پر۔</w:t>
      </w:r>
    </w:p>
    <w:p>
      <w:r>
        <w:rPr>
          <w:b/>
        </w:rPr>
        <w:t xml:space="preserve">[20:10] </w:t>
      </w:r>
      <w:r>
        <w:t>aur jo mauqa hain, jitne zyada, is ko khol dijiye.</w:t>
      </w:r>
    </w:p>
    <w:p>
      <w:pPr>
        <w:jc w:val="right"/>
      </w:pPr>
      <w:r>
        <w:t>اور جو مواقع ہیں، جتنے زیادہ، اس کو کھول دیجیے۔</w:t>
      </w:r>
    </w:p>
    <w:p>
      <w:r>
        <w:rPr>
          <w:b/>
        </w:rPr>
        <w:t xml:space="preserve">[20:14] </w:t>
      </w:r>
      <w:r>
        <w:t>ke log aayein jaayein education ke liye, tourism ke liye, business ke liye.</w:t>
      </w:r>
    </w:p>
    <w:p>
      <w:pPr>
        <w:jc w:val="right"/>
      </w:pPr>
      <w:r>
        <w:t>کہ لوگ آئیں جائیں ایجوکیشن کے لیے، ٹورزم کے لیے، بزنس کے لیے۔</w:t>
      </w:r>
    </w:p>
    <w:p>
      <w:r>
        <w:rPr>
          <w:b/>
        </w:rPr>
        <w:t xml:space="preserve">[20:19] </w:t>
      </w:r>
      <w:r>
        <w:t>saari cheezein jo hain, un availed padi hui hain, un availed.</w:t>
      </w:r>
    </w:p>
    <w:p>
      <w:pPr>
        <w:jc w:val="right"/>
      </w:pPr>
      <w:r>
        <w:t>ساری چیزیں جو ہیں، ان اویلڈ پڑی ہوئی ہیں، ان اویلڈ۔</w:t>
      </w:r>
    </w:p>
    <w:p>
      <w:r>
        <w:rPr>
          <w:b/>
        </w:rPr>
        <w:t xml:space="preserve">[20:23] </w:t>
      </w:r>
      <w:r>
        <w:t>sirf political jhagde ki wajah se.</w:t>
      </w:r>
    </w:p>
    <w:p>
      <w:pPr>
        <w:jc w:val="right"/>
      </w:pPr>
      <w:r>
        <w:t>صرف پولیٹیکل جھگڑے کی وجہ سے۔</w:t>
      </w:r>
    </w:p>
    <w:p>
      <w:r>
        <w:rPr>
          <w:b/>
        </w:rPr>
        <w:t xml:space="preserve">[20:27] </w:t>
      </w:r>
      <w:r>
        <w:t>to ya to political jhagda khatm kar dijiye ya is ko delink kijiye is se, is, is</w:t>
      </w:r>
    </w:p>
    <w:p>
      <w:pPr>
        <w:jc w:val="right"/>
      </w:pPr>
      <w:r>
        <w:t>تو یا تو پولیٹیکل جھگڑا ختم کر دیجیے یا اس کو ڈی لنک کیجیے اس سے، اس، اس</w:t>
      </w:r>
    </w:p>
    <w:p>
      <w:r>
        <w:rPr>
          <w:b/>
        </w:rPr>
        <w:t xml:space="preserve">[20:31] </w:t>
      </w:r>
      <w:r>
        <w:t>se aur is se dono se.</w:t>
      </w:r>
    </w:p>
    <w:p>
      <w:pPr>
        <w:jc w:val="right"/>
      </w:pPr>
      <w:r>
        <w:t>سے اور اس سے دونوں سے۔</w:t>
      </w:r>
    </w:p>
    <w:p>
      <w:r>
        <w:rPr>
          <w:b/>
        </w:rPr>
        <w:t xml:space="preserve">[20:35] </w:t>
      </w:r>
      <w:r>
        <w:t>delinking policy ikhtiyar kijiye.</w:t>
      </w:r>
    </w:p>
    <w:p>
      <w:pPr>
        <w:jc w:val="right"/>
      </w:pPr>
      <w:r>
        <w:t>ڈی لنکنگ پالیسی اختیار کیجیے۔</w:t>
      </w:r>
    </w:p>
    <w:p>
      <w:r>
        <w:rPr>
          <w:b/>
        </w:rPr>
        <w:t xml:space="preserve">[20:39] </w:t>
      </w:r>
      <w:r>
        <w:t>lekin poori poori qaum is ko ikhtiyar nahi kar saki.</w:t>
      </w:r>
    </w:p>
    <w:p>
      <w:pPr>
        <w:jc w:val="right"/>
      </w:pPr>
      <w:r>
        <w:t>لیکن پوری پوری قوم اس کو اختیار نہیں کر سکی۔</w:t>
      </w:r>
    </w:p>
    <w:p>
      <w:r>
        <w:rPr>
          <w:b/>
        </w:rPr>
        <w:t xml:space="preserve">[20:42] </w:t>
      </w:r>
      <w:r>
        <w:t>to individual ke liye bhi aur qaum ke liye, dono ke liye zaroori hai ke woh ek cheez,</w:t>
      </w:r>
    </w:p>
    <w:p>
      <w:pPr>
        <w:jc w:val="right"/>
      </w:pPr>
      <w:r>
        <w:t>تو انڈیویجول کے لیے بھی اور قوم کے لیے، دونوں کے لیے ضروری ہے کہ وہ ایک چیز،</w:t>
      </w:r>
    </w:p>
    <w:p>
      <w:r>
        <w:rPr>
          <w:b/>
        </w:rPr>
        <w:t xml:space="preserve">[20:46] </w:t>
      </w:r>
      <w:r>
        <w:t>doosri cheez par farq kare.</w:t>
      </w:r>
    </w:p>
    <w:p>
      <w:pPr>
        <w:jc w:val="right"/>
      </w:pPr>
      <w:r>
        <w:t>دوسری چیز پر فرق کرے۔</w:t>
      </w:r>
    </w:p>
    <w:p>
      <w:r>
        <w:rPr>
          <w:b/>
        </w:rPr>
        <w:t xml:space="preserve">[20:50] </w:t>
      </w:r>
      <w:r>
        <w:t>jaisa ke maine arz kiya, Rasool Allah ka is ka misaal maujood hai, Sahaba ka misaal maujood</w:t>
      </w:r>
    </w:p>
    <w:p>
      <w:pPr>
        <w:jc w:val="right"/>
      </w:pPr>
      <w:r>
        <w:t>جیسا کہ میں نے عرض کیا، رسول اللہ کا اس کا مثال موجود ہے، صحابہ کا مثال موجود</w:t>
      </w:r>
    </w:p>
    <w:p>
      <w:r>
        <w:rPr>
          <w:b/>
        </w:rPr>
        <w:t xml:space="preserve">[20:54] </w:t>
      </w:r>
      <w:r>
        <w:t>hai, lekin abhi bhi Musalman is se bekhabar hain.</w:t>
      </w:r>
    </w:p>
    <w:p>
      <w:pPr>
        <w:jc w:val="right"/>
      </w:pPr>
      <w:r>
        <w:t>ہے، لیکن ابھی بھی مسلمان اس سے بے خبر ہیں۔</w:t>
      </w:r>
    </w:p>
    <w:p>
      <w:r>
        <w:rPr>
          <w:b/>
        </w:rPr>
        <w:t xml:space="preserve">[20:58] </w:t>
      </w:r>
      <w:r>
        <w:t>kyun? Musalmanon mein intellectual development bohat kam hua, bohat kam hua.</w:t>
      </w:r>
    </w:p>
    <w:p>
      <w:pPr>
        <w:jc w:val="right"/>
      </w:pPr>
      <w:r>
        <w:t>کیوں؟ مسلمانوں میں انٹلیکچول ڈیولپمنٹ بہت کم ہوا، بہت کم ہوا۔</w:t>
      </w:r>
    </w:p>
    <w:p>
      <w:r>
        <w:rPr>
          <w:b/>
        </w:rPr>
        <w:t xml:space="preserve">[21:05] </w:t>
      </w:r>
      <w:r>
        <w:t>to isi ki zaroorat hai ke logon ko, yaani intellectual awakening laya jaaye.</w:t>
      </w:r>
    </w:p>
    <w:p>
      <w:pPr>
        <w:jc w:val="right"/>
      </w:pPr>
      <w:r>
        <w:t>تو اسی کی ضرورت ہے کہ لوگوں کو، یعنی انٹلیکچول اویرننگ لایا جائے۔</w:t>
      </w:r>
    </w:p>
    <w:p>
      <w:r>
        <w:rPr>
          <w:b/>
        </w:rPr>
        <w:t xml:space="preserve">[21:13] </w:t>
      </w:r>
      <w:r>
        <w:t>jab tak yeh nahi hoga, tab tak koi bada, koi badi baat nahi ho sakti hai.</w:t>
      </w:r>
    </w:p>
    <w:p>
      <w:pPr>
        <w:jc w:val="right"/>
      </w:pPr>
      <w:r>
        <w:t>جب تک یہ نہیں ہوگا، تب تک کوئی بڑا، کوئی بڑی بات نہیں ہو سکتی ہے۔</w:t>
      </w:r>
    </w:p>
    <w:p>
      <w:r>
        <w:rPr>
          <w:b/>
        </w:rPr>
        <w:t xml:space="preserve">[21:20] </w:t>
      </w:r>
      <w:r>
        <w:t>Mr. Arif Jilani ne Kashmir se likha hai: "January Al-Risala 20</w:t>
      </w:r>
    </w:p>
    <w:p>
      <w:pPr>
        <w:jc w:val="right"/>
      </w:pPr>
      <w:r>
        <w:t>مسٹر عارف جیلانی نے کشمیر سے لکھا ہے: "جنوری الرسالہ 20</w:t>
      </w:r>
    </w:p>
    <w:p>
      <w:r>
        <w:rPr>
          <w:b/>
        </w:rPr>
        <w:t xml:space="preserve">[21:28] </w:t>
      </w:r>
      <w:r>
        <w:t>11 mein likha hai ke sirf ek hi qaum ki taraf peghambar bheje gaye.</w:t>
      </w:r>
    </w:p>
    <w:p>
      <w:pPr>
        <w:jc w:val="right"/>
      </w:pPr>
      <w:r>
        <w:t>11 میں لکھا ہے کہ صرف ایک ہی قوم کی طرف پیغمبر بھیجے گئے۔</w:t>
      </w:r>
    </w:p>
    <w:p>
      <w:r>
        <w:rPr>
          <w:b/>
        </w:rPr>
        <w:t xml:space="preserve">[21:32] </w:t>
      </w:r>
      <w:r>
        <w:t>lekin quran mein hai ke lil kulli qawmien haad. us ki wazahat farmayen.</w:t>
      </w:r>
    </w:p>
    <w:p>
      <w:pPr>
        <w:jc w:val="right"/>
      </w:pPr>
      <w:r>
        <w:t>لیکن قرآن میں ہے کہ للکلی قومین ہاد۔" اس کی وضاحت فرمائیں۔</w:t>
      </w:r>
    </w:p>
    <w:p>
      <w:r>
        <w:rPr>
          <w:b/>
        </w:rPr>
        <w:t xml:space="preserve">[21:37] </w:t>
      </w:r>
      <w:r>
        <w:t>wohi to hai ayat mein.</w:t>
      </w:r>
    </w:p>
    <w:p>
      <w:pPr>
        <w:jc w:val="right"/>
      </w:pPr>
      <w:r>
        <w:t>وہی تو ہے آیت میں۔</w:t>
      </w:r>
    </w:p>
    <w:p>
      <w:r>
        <w:rPr>
          <w:b/>
        </w:rPr>
        <w:t xml:space="preserve">[21:41] </w:t>
      </w:r>
      <w:r>
        <w:t>yani har qom ke liye peghambar aaye.</w:t>
      </w:r>
    </w:p>
    <w:p>
      <w:pPr>
        <w:jc w:val="right"/>
      </w:pPr>
      <w:r>
        <w:t>یعنی ہر قوم کے لیے پیغمبر آئے۔</w:t>
      </w:r>
    </w:p>
    <w:p>
      <w:r>
        <w:rPr>
          <w:b/>
        </w:rPr>
        <w:t xml:space="preserve">[21:46] </w:t>
      </w:r>
      <w:r>
        <w:t>yani ek hi peghambar sari dunya ko khitab kare.</w:t>
      </w:r>
    </w:p>
    <w:p>
      <w:pPr>
        <w:jc w:val="right"/>
      </w:pPr>
      <w:r>
        <w:t>یعنی ایک ہی پیغمبر ساری دنیا کو خطاب کرے۔</w:t>
      </w:r>
    </w:p>
    <w:p>
      <w:r>
        <w:rPr>
          <w:b/>
        </w:rPr>
        <w:t xml:space="preserve">[21:50] </w:t>
      </w:r>
      <w:r>
        <w:t>yeh practical nahi tha.</w:t>
      </w:r>
    </w:p>
    <w:p>
      <w:pPr>
        <w:jc w:val="right"/>
      </w:pPr>
      <w:r>
        <w:t>یہ پریکٹیکل نہیں تھا۔</w:t>
      </w:r>
    </w:p>
    <w:p>
      <w:r>
        <w:rPr>
          <w:b/>
        </w:rPr>
        <w:t xml:space="preserve">[21:55] </w:t>
      </w:r>
      <w:r>
        <w:t>yani local khitab hi mumkin tha is zamane mein.</w:t>
      </w:r>
    </w:p>
    <w:p>
      <w:pPr>
        <w:jc w:val="right"/>
      </w:pPr>
      <w:r>
        <w:t>یعنی لوکل خطاب ہی ممکن تھا اس زمانے میں۔</w:t>
      </w:r>
    </w:p>
    <w:p>
      <w:r>
        <w:rPr>
          <w:b/>
        </w:rPr>
        <w:t xml:space="preserve">[21:59] </w:t>
      </w:r>
      <w:r>
        <w:t>global khitab mumkin nahi tha.</w:t>
      </w:r>
    </w:p>
    <w:p>
      <w:pPr>
        <w:jc w:val="right"/>
      </w:pPr>
      <w:r>
        <w:t>گلوبل خطاب ممکن نہیں تھا۔</w:t>
      </w:r>
    </w:p>
    <w:p>
      <w:r>
        <w:rPr>
          <w:b/>
        </w:rPr>
        <w:t xml:space="preserve">[22:03] </w:t>
      </w:r>
      <w:r>
        <w:t>rasool Allah ke liye bhi mumkin nahi tha global khitab.</w:t>
      </w:r>
    </w:p>
    <w:p>
      <w:pPr>
        <w:jc w:val="right"/>
      </w:pPr>
      <w:r>
        <w:t>رسول اللہ کے لیے بھی ممکن نہیں تھا گلوبل خطاب۔</w:t>
      </w:r>
    </w:p>
    <w:p>
      <w:r>
        <w:rPr>
          <w:b/>
        </w:rPr>
        <w:t xml:space="preserve">[22:06] </w:t>
      </w:r>
      <w:r>
        <w:t>log samajhte nahi is baat ko.</w:t>
      </w:r>
    </w:p>
    <w:p>
      <w:pPr>
        <w:jc w:val="right"/>
      </w:pPr>
      <w:r>
        <w:t>لوگ سمجھتے نہیں اس بات کو۔</w:t>
      </w:r>
    </w:p>
    <w:p>
      <w:r>
        <w:rPr>
          <w:b/>
        </w:rPr>
        <w:t xml:space="preserve">[22:10] </w:t>
      </w:r>
      <w:r>
        <w:t>global khitab ke liye zaroori thi sadhan.</w:t>
      </w:r>
    </w:p>
    <w:p>
      <w:pPr>
        <w:jc w:val="right"/>
      </w:pPr>
      <w:r>
        <w:t>گلوبل خطاب کے لیے ضروری تھی سادھن۔</w:t>
      </w:r>
    </w:p>
    <w:p>
      <w:r>
        <w:rPr>
          <w:b/>
        </w:rPr>
        <w:t xml:space="preserve">[22:13] </w:t>
      </w:r>
      <w:r>
        <w:t>yani global communication.</w:t>
      </w:r>
    </w:p>
    <w:p>
      <w:pPr>
        <w:jc w:val="right"/>
      </w:pPr>
      <w:r>
        <w:t>یعنی گلوبل کمیونیکیشن۔</w:t>
      </w:r>
    </w:p>
    <w:p>
      <w:r>
        <w:rPr>
          <w:b/>
        </w:rPr>
        <w:t xml:space="preserve">[22:17] </w:t>
      </w:r>
      <w:r>
        <w:t>to woh to aaj hua ja kar ke.</w:t>
      </w:r>
    </w:p>
    <w:p>
      <w:pPr>
        <w:jc w:val="right"/>
      </w:pPr>
      <w:r>
        <w:t>تو وہ تو آج ہوا جا کر کے۔</w:t>
      </w:r>
    </w:p>
    <w:p>
      <w:r>
        <w:rPr>
          <w:b/>
        </w:rPr>
        <w:t xml:space="preserve">[22:20] </w:t>
      </w:r>
      <w:r>
        <w:t>woh to aaj ja kar ke hua hai.</w:t>
      </w:r>
    </w:p>
    <w:p>
      <w:pPr>
        <w:jc w:val="right"/>
      </w:pPr>
      <w:r>
        <w:t>وہ تو آج جا کر کے ہوا ہے۔</w:t>
      </w:r>
    </w:p>
    <w:p>
      <w:r>
        <w:rPr>
          <w:b/>
        </w:rPr>
        <w:t xml:space="preserve">[22:24] </w:t>
      </w:r>
      <w:r>
        <w:t>misal ke taur par rasool Allah sallallahu alaihi wasallam ko chahte the ke madine walon ko paigham</w:t>
      </w:r>
    </w:p>
    <w:p>
      <w:pPr>
        <w:jc w:val="right"/>
      </w:pPr>
      <w:r>
        <w:t>مثال کے طور پر رسول اللہ صلی اللہ علیہ وسلم کو چاہتے تھے کہ مدینے والوں کو پیغام</w:t>
      </w:r>
    </w:p>
    <w:p>
      <w:r>
        <w:rPr>
          <w:b/>
        </w:rPr>
        <w:t xml:space="preserve">[22:27] </w:t>
      </w:r>
      <w:r>
        <w:t>den, quran ka paigham.</w:t>
      </w:r>
    </w:p>
    <w:p>
      <w:pPr>
        <w:jc w:val="right"/>
      </w:pPr>
      <w:r>
        <w:t>دیں، قرآن کا پیغام۔</w:t>
      </w:r>
    </w:p>
    <w:p>
      <w:r>
        <w:rPr>
          <w:b/>
        </w:rPr>
        <w:t xml:space="preserve">[22:31] </w:t>
      </w:r>
      <w:r>
        <w:t>to yeh aaj aap ko yeh mumkin hai ke aap makkah mein aik, aik tv station banayein aur is mein program nashar karein aur madina wale suneinge is ko, khoob suneinge subah shaam. lekin aap ne do aadmi bheje, do sahabi, un ko muqri kaha jata tha. yaani makkah se madina gaye aur woh do muqri wahan quran logon ko sunaya karte thay. aaj aap makkah mein aik, aik, aik ti</w:t>
      </w:r>
    </w:p>
    <w:p>
      <w:pPr>
        <w:jc w:val="right"/>
      </w:pPr>
      <w:r>
        <w:t>تو یہ آج آپ کو یہ ممکن ہے کہ آپ مکہ میں ایک، ایک ٹی وی اسٹیشن بنائیں اور اس میں پروگرام نشر کریں اور مدینہ والے سنیں گے اس کو، خوب سنیں گے صبح شام۔ لیکن آپ نے دو آدمی بھیجے، دو صحابی، ان کو مقری کہا جاتا تھا۔ یعنی مکہ سے مدینہ گئے اور وہ دو مقری وہاں قرآن لوگوں کو سنایا کرتے تھے۔ آج آپ مکہ میں ایک، ایک، ایک ٹی</w:t>
      </w:r>
    </w:p>
    <w:p>
      <w:r>
        <w:rPr>
          <w:b/>
        </w:rPr>
        <w:t xml:space="preserve">[23:01] </w:t>
      </w:r>
      <w:r>
        <w:t>wa station bana kar ke subah shaam wohin baithe baithe makka walon ko, makka se madine walon ko</w:t>
      </w:r>
    </w:p>
    <w:p>
      <w:pPr>
        <w:jc w:val="right"/>
      </w:pPr>
      <w:r>
        <w:t>وی اسٹیشن بنا کر کے صبح شام وہیں بیٹھے بیٹھے مکہ والوں کو، مکہ سے مدینہ والوں کو</w:t>
      </w:r>
    </w:p>
    <w:p>
      <w:r>
        <w:rPr>
          <w:b/>
        </w:rPr>
        <w:t xml:space="preserve">[23:05] </w:t>
      </w:r>
      <w:r>
        <w:t>khabar pe woh program suna sakte hain.</w:t>
      </w:r>
    </w:p>
    <w:p>
      <w:pPr>
        <w:jc w:val="right"/>
      </w:pPr>
      <w:r>
        <w:t>خبر پہ وہ پروگرام سنا سکتے ہیں۔</w:t>
      </w:r>
    </w:p>
    <w:p>
      <w:r>
        <w:rPr>
          <w:b/>
        </w:rPr>
        <w:t xml:space="preserve">[23:09] </w:t>
      </w:r>
      <w:r>
        <w:t>quran suna sakte hain, har cheez suna sakte hain.</w:t>
      </w:r>
    </w:p>
    <w:p>
      <w:pPr>
        <w:jc w:val="right"/>
      </w:pPr>
      <w:r>
        <w:t>قرآن سنا سکتے ہیں، ہر چیز سنا سکتے ہیں۔</w:t>
      </w:r>
    </w:p>
    <w:p>
      <w:r>
        <w:rPr>
          <w:b/>
        </w:rPr>
        <w:t xml:space="preserve">[23:14] </w:t>
      </w:r>
      <w:r>
        <w:t>to yeh yani har, har peghambar khud rasool Allah bhi apne zamane mein maqami peghambar the woh.</w:t>
      </w:r>
    </w:p>
    <w:p>
      <w:pPr>
        <w:jc w:val="right"/>
      </w:pPr>
      <w:r>
        <w:t>تو یہ یعنی ہر، ہر پیغمبر خود رسول اللہ بھی اپنے زمانے میں مقامی پیغمبر تھے وہ۔</w:t>
      </w:r>
    </w:p>
    <w:p>
      <w:r>
        <w:rPr>
          <w:b/>
        </w:rPr>
        <w:t xml:space="preserve">[23:18] </w:t>
      </w:r>
      <w:r>
        <w:t>yeh bas samjhiye ke rasool Allah sare alam mein unhon ne awaz pohncha di.</w:t>
      </w:r>
    </w:p>
    <w:p>
      <w:pPr>
        <w:jc w:val="right"/>
      </w:pPr>
      <w:r>
        <w:t>یہ بس سمجھئے کہ رسول اللہ سارے عالم میں انہوں نے آواز پہنچا دی۔</w:t>
      </w:r>
    </w:p>
    <w:p>
      <w:r>
        <w:rPr>
          <w:b/>
        </w:rPr>
        <w:t xml:space="preserve">[23:23] </w:t>
      </w:r>
      <w:r>
        <w:t>woh, woh ummat ko karna tha woh kaam.</w:t>
      </w:r>
    </w:p>
    <w:p>
      <w:pPr>
        <w:jc w:val="right"/>
      </w:pPr>
      <w:r>
        <w:t>وہ، وہ امت کو کرنا تھا وہ کام۔</w:t>
      </w:r>
    </w:p>
    <w:p>
      <w:r>
        <w:rPr>
          <w:b/>
        </w:rPr>
        <w:t xml:space="preserve">[23:27] </w:t>
      </w:r>
      <w:r>
        <w:t>quran mein khud yeh hai</w:t>
      </w:r>
    </w:p>
    <w:p>
      <w:pPr>
        <w:jc w:val="right"/>
      </w:pPr>
      <w:r>
        <w:t>قرآن میں خود یہ ہے</w:t>
      </w:r>
    </w:p>
    <w:p>
      <w:r>
        <w:rPr>
          <w:b/>
        </w:rPr>
        <w:t xml:space="preserve">[23:31] </w:t>
      </w:r>
      <w:r>
        <w:t>ke "litadhir umm al-qura wa man hawlahu" khud rasool Allah ke bare mein hai ke makka, makka ke aas pas</w:t>
      </w:r>
    </w:p>
    <w:p>
      <w:pPr>
        <w:jc w:val="right"/>
      </w:pPr>
      <w:r>
        <w:t>کہ "لتذر ام القراء ومنہ" خود رسول اللہ کے بارے میں ہے کہ مکہ، مکہ کے آس پاس</w:t>
      </w:r>
    </w:p>
    <w:p>
      <w:r>
        <w:rPr>
          <w:b/>
        </w:rPr>
        <w:t xml:space="preserve">[23:36] </w:t>
      </w:r>
      <w:r>
        <w:t>walon ko bata do.</w:t>
      </w:r>
    </w:p>
    <w:p>
      <w:pPr>
        <w:jc w:val="right"/>
      </w:pPr>
      <w:r>
        <w:t>والوں کو بتا دو۔</w:t>
      </w:r>
    </w:p>
    <w:p>
      <w:r>
        <w:rPr>
          <w:b/>
        </w:rPr>
        <w:t xml:space="preserve">[23:41] </w:t>
      </w:r>
      <w:r>
        <w:t>to aap yeh nahi samjhiye ke rasool Allah wahan bolte the aur sara alam sunta tha.</w:t>
      </w:r>
    </w:p>
    <w:p>
      <w:pPr>
        <w:jc w:val="right"/>
      </w:pPr>
      <w:r>
        <w:t>تو آپ یہ نہیں سمجھئے کہ رسول اللہ وہاں بولتے تھے اور سارا عالم سنتا تھا۔</w:t>
      </w:r>
    </w:p>
    <w:p>
      <w:r>
        <w:rPr>
          <w:b/>
        </w:rPr>
        <w:t xml:space="preserve">[23:46] </w:t>
      </w:r>
      <w:r>
        <w:t>aisa mumkin, mumkin nahi tha.</w:t>
      </w:r>
    </w:p>
    <w:p>
      <w:pPr>
        <w:jc w:val="right"/>
      </w:pPr>
      <w:r>
        <w:t>ایسا ممکن، ممکن نہیں تھا۔</w:t>
      </w:r>
    </w:p>
    <w:p>
      <w:r>
        <w:rPr>
          <w:b/>
        </w:rPr>
        <w:t xml:space="preserve">[23:51] </w:t>
      </w:r>
      <w:r>
        <w:t>latazar umm al qura wa minh" to Allah taala ne ek inqalab barpa kiya, ek process jari kiya taake modern</w:t>
      </w:r>
    </w:p>
    <w:p>
      <w:pPr>
        <w:jc w:val="right"/>
      </w:pPr>
      <w:r>
        <w:t>"لتذر ام القراء ومنہ" تو اللہ تعالی نے ایک انقلاب برپا کیا، ایک پروسیس جاری کیا تاکہ ماڈرن</w:t>
      </w:r>
    </w:p>
    <w:p>
      <w:r>
        <w:rPr>
          <w:b/>
        </w:rPr>
        <w:t xml:space="preserve">[23:56] </w:t>
      </w:r>
      <w:r>
        <w:t>communication ka zamana aaye</w:t>
      </w:r>
    </w:p>
    <w:p>
      <w:pPr>
        <w:jc w:val="right"/>
      </w:pPr>
      <w:r>
        <w:t>کمیونیکیشن کا زمانہ آئے</w:t>
      </w:r>
    </w:p>
    <w:p>
      <w:r>
        <w:rPr>
          <w:b/>
        </w:rPr>
        <w:t xml:space="preserve">[24:01] </w:t>
      </w:r>
      <w:r>
        <w:t>aur phir ummat e muslim, ummat e Muhammadi jo hai woh is kaam ko anjam de.</w:t>
      </w:r>
    </w:p>
    <w:p>
      <w:pPr>
        <w:jc w:val="right"/>
      </w:pPr>
      <w:r>
        <w:t>اور پھر امت مسلم، امت محمدی جو ہے وہ اس کام کو انجام دے۔</w:t>
      </w:r>
    </w:p>
    <w:p>
      <w:r>
        <w:rPr>
          <w:b/>
        </w:rPr>
        <w:t xml:space="preserve">[24:06] </w:t>
      </w:r>
      <w:r>
        <w:t>lekin ummat e Muhammadi ke liye jab waqt aaya to ummat mujhe ladne lagi.</w:t>
      </w:r>
    </w:p>
    <w:p>
      <w:pPr>
        <w:jc w:val="right"/>
      </w:pPr>
      <w:r>
        <w:t>لیکن امت محمدی کے لیے جب وقت آیا تو امت مجھے لڑنے لگی۔</w:t>
      </w:r>
    </w:p>
    <w:p>
      <w:r>
        <w:rPr>
          <w:b/>
        </w:rPr>
        <w:t xml:space="preserve">[24:11] </w:t>
      </w:r>
      <w:r>
        <w:t>yani jihad ke naam par jhooti ladai ladne lagi.</w:t>
      </w:r>
    </w:p>
    <w:p>
      <w:pPr>
        <w:jc w:val="right"/>
      </w:pPr>
      <w:r>
        <w:t>یعنی جہاد کے نام پر جھوٹی لڑائی لڑنے لگی۔</w:t>
      </w:r>
    </w:p>
    <w:p>
      <w:r>
        <w:rPr>
          <w:b/>
        </w:rPr>
        <w:t xml:space="preserve">[24:16] </w:t>
      </w:r>
      <w:r>
        <w:t>sab se badi jo ummat e muslema ne jo ghalati ki hai woh yahi hai ke Rasool Allah SA</w:t>
      </w:r>
    </w:p>
    <w:p>
      <w:pPr>
        <w:jc w:val="right"/>
      </w:pPr>
      <w:r>
        <w:t>سب سے بڑی جو امت مسلمہ نے جو غلطی کی ہے وہ یہی ہے کہ رسول اللہ صلی</w:t>
      </w:r>
    </w:p>
    <w:p>
      <w:r>
        <w:rPr>
          <w:b/>
        </w:rPr>
        <w:t xml:space="preserve">[24:21] </w:t>
      </w:r>
      <w:r>
        <w:t>WS ki nubuwatt ka izhaar jab aalami karne ka waqt aaya to lage ladne woh.</w:t>
      </w:r>
    </w:p>
    <w:p>
      <w:pPr>
        <w:jc w:val="right"/>
      </w:pPr>
      <w:r>
        <w:t>اللہ علیہ وسلم کی نبوت کا اظہار جب عالمی کرنے کا وقت آیا تو لگے لڑنے وہ۔</w:t>
      </w:r>
    </w:p>
    <w:p>
      <w:r>
        <w:rPr>
          <w:b/>
        </w:rPr>
        <w:t xml:space="preserve">[24:26] </w:t>
      </w:r>
      <w:r>
        <w:t>yani madu se ladai chhed</w:t>
      </w:r>
    </w:p>
    <w:p>
      <w:pPr>
        <w:jc w:val="right"/>
      </w:pPr>
      <w:r>
        <w:t>یعنی مدعو سے لڑائی چھیڑ</w:t>
      </w:r>
    </w:p>
    <w:p>
      <w:r>
        <w:rPr>
          <w:b/>
        </w:rPr>
        <w:t xml:space="preserve">[24:31] </w:t>
      </w:r>
      <w:r>
        <w:t>di woh. madu ko dushman pata hai ke is ne ladai chhed di. yeh to is se bari koi ghalti ho hi nahi sakti. to rasool ALLAH yeh mutawajjah ke rasool ALLAH bolte thay makkah mein aur sara alam sunta tha. rasool ALLAH ne makkah mein aur aur aas pas ki duniya ko bataya aur ummat muslima ki zimmedari qarar pai ke woh sare alam ko aap ki taraf se niyabat mein, aap ki niyabat mein sar</w:t>
      </w:r>
    </w:p>
    <w:p>
      <w:pPr>
        <w:jc w:val="right"/>
      </w:pPr>
      <w:r>
        <w:t>دی وہ۔ مدعو کو دشمن پتہ ہے کہ اس نے لڑائی چھیڑ دی۔ یہ تو اس سے بڑی کوئی غلطی ہو ہی نہیں سکتی۔ تو رسول اللہ یہ متوجہ کہ رسول اللہ بولتے تھے مکہ میں اور سارا عالم سنتا تھا۔ رسول اللہ نے مکہ میں اور اور آس پاس کی دنیا کو بتایا اور امت مسلمہ کی ذمہ داری قرار پائی کہ وہ سارے عالم کو آپ کی طرف سے نیابت میں، آپ کی نیابت میں سار</w:t>
      </w:r>
    </w:p>
    <w:p>
      <w:r>
        <w:rPr>
          <w:b/>
        </w:rPr>
        <w:t xml:space="preserve">[25:01] </w:t>
      </w:r>
      <w:r>
        <w:t>e alam mein pohanchaye. isi ka to process tha yeh. isi culmination tha yeh ke modern communication wajood mein aaya. lekin jab wajood mein aaya to musalman jo hain kya kiya unhone ke madu ko dushman bana ke phir ladne lage. is se zyada ghalt kaam koi nahi ho sakta. maulana abdul basit omri ne doha qatar se likha hai: "maulana islam political power se phaila hai</w:t>
      </w:r>
    </w:p>
    <w:p>
      <w:pPr>
        <w:jc w:val="right"/>
      </w:pPr>
      <w:r>
        <w:t>ے عالم میں پہنچائے۔ اسی کا تو پراسیس تھا یہ۔ اسی کلمنیشن تھا یہ کہ ماڈرن کمیونیکیشن وجود میں آیا۔ لیکن جب وجود میں آیا تو مسلمان جو ہیں کیا کیا انہوں نے کہ مدعو کو دشمن بنا کے پھر لڑنے لگے۔ اس سے زیادہ غلط کام کوئی نہیں ہو سکتا۔ مولانا عبدالباسط عمری نے دوحہ قطر سے لکھا ہے: "مولانا اسلام پولیٹیکل پاور سے پھیلا ہے</w:t>
      </w:r>
    </w:p>
    <w:p>
      <w:r>
        <w:rPr>
          <w:b/>
        </w:rPr>
        <w:t xml:space="preserve">[25:31] </w:t>
      </w:r>
      <w:r>
        <w:t>ya phir power of ideology se? aur islam ki asal taqat kya hai ke jis ko jaan kar hum sahih mansooba bandi karein, hum taake kabhi nakami ke ehsas se dochar na hon?" is ke bare mein batayein. dekhein political power se phaila hai islam to yeh islam ke khilaf aik ilzam ke islam mein khud, khud islam mein koi nazariyati kashish nahi hai. is ka matlab yahi hua ke islam koi nazariya</w:t>
      </w:r>
    </w:p>
    <w:p>
      <w:pPr>
        <w:jc w:val="right"/>
      </w:pPr>
      <w:r>
        <w:t>یا پھر پاور آف آئیڈیالوجی سے؟ اور اسلام کی اصل طاقت کیا ہے کہ جس کو جان کر ہم صحیح منصوبہ بندی کریں، ہم تاکہ کبھی ناکامی کے احساس سے دوچار نہ ہوں؟" اس کے بارے میں بتائیں۔ دیکھیں پولیٹیکل پاور سے پھیلا ہے اسلام تو یہ اسلام کے خلاف ایک الزام کہ اسلام میں خود، خود اسلام میں کوئی نظریاتی کشش نہیں ہے۔ اس کا مطلب یہی ہوا کہ اسلام کوئی نظری</w:t>
      </w:r>
    </w:p>
    <w:p>
      <w:r>
        <w:rPr>
          <w:b/>
        </w:rPr>
        <w:t xml:space="preserve">[26:01] </w:t>
      </w:r>
      <w:r>
        <w:t>h, ek ka jo aqeedah hai, jiski ideology hai, us mein koi kashish nahi hai.</w:t>
      </w:r>
    </w:p>
    <w:p>
      <w:pPr>
        <w:jc w:val="right"/>
      </w:pPr>
      <w:r>
        <w:t>ہ، ایک کا جو عقیدہ ہے، جس کی آئیڈیالوجی ہے، اس میں کوئی کشش نہیں ہے۔</w:t>
      </w:r>
    </w:p>
    <w:p>
      <w:r>
        <w:rPr>
          <w:b/>
        </w:rPr>
        <w:t xml:space="preserve">[26:06] </w:t>
      </w:r>
      <w:r>
        <w:t>bas maar maar ke logon ko keh sakte hain ke maano is ko.</w:t>
      </w:r>
    </w:p>
    <w:p>
      <w:pPr>
        <w:jc w:val="right"/>
      </w:pPr>
      <w:r>
        <w:t>بس مار مار کے لوگوں کو کہہ سکتے ہیں کہ مانو اس کو۔</w:t>
      </w:r>
    </w:p>
    <w:p>
      <w:r>
        <w:rPr>
          <w:b/>
        </w:rPr>
        <w:t xml:space="preserve">[26:12] </w:t>
      </w:r>
      <w:r>
        <w:t>yani to yeh to Islam ke khilaf defamation jo woh kehte hain, defamation case hai ke Islam ka</w:t>
      </w:r>
    </w:p>
    <w:p>
      <w:pPr>
        <w:jc w:val="right"/>
      </w:pPr>
      <w:r>
        <w:t>یعنی تو یہ تو اسلام کے خلاف ڈیفیمیشن جو وہ کہتے ہیں، ڈیفیمیشن کیس ہے کہ اسلام کا</w:t>
      </w:r>
    </w:p>
    <w:p>
      <w:r>
        <w:rPr>
          <w:b/>
        </w:rPr>
        <w:t xml:space="preserve">[26:17] </w:t>
      </w:r>
      <w:r>
        <w:t>aqeedah itna kamzor hai, Islam ki nazariya itna kamzor hai, Islam ki ideology itni kamzor hai ke daleel</w:t>
      </w:r>
    </w:p>
    <w:p>
      <w:pPr>
        <w:jc w:val="right"/>
      </w:pPr>
      <w:r>
        <w:t>عقیدہ اتنا کمزور ہے، اسلام کی نظریہ اتنا کمزور ہے، اسلام کی آئیڈیالوجی اتنی کمزور ہے کہ دلیل</w:t>
      </w:r>
    </w:p>
    <w:p>
      <w:r>
        <w:rPr>
          <w:b/>
        </w:rPr>
        <w:t xml:space="preserve">[26:22] </w:t>
      </w:r>
      <w:r>
        <w:t>ke bal par woh logon ko mutasir nahi kar sakti.</w:t>
      </w:r>
    </w:p>
    <w:p>
      <w:pPr>
        <w:jc w:val="right"/>
      </w:pPr>
      <w:r>
        <w:t>کے بل پر وہ لوگوں کو متاثر نہیں کر سکتی۔</w:t>
      </w:r>
    </w:p>
    <w:p>
      <w:r>
        <w:rPr>
          <w:b/>
        </w:rPr>
        <w:t xml:space="preserve">[26:27] </w:t>
      </w:r>
      <w:r>
        <w:t>yeh to bilkul main samajhta hoon ke is se zyada</w:t>
      </w:r>
    </w:p>
    <w:p>
      <w:pPr>
        <w:jc w:val="right"/>
      </w:pPr>
      <w:r>
        <w:t>یہ تو بالکل میں سمجھتا ہوں کہ اس سے زیادہ</w:t>
      </w:r>
    </w:p>
    <w:p>
      <w:r>
        <w:rPr>
          <w:b/>
        </w:rPr>
        <w:t xml:space="preserve">[26:32] </w:t>
      </w:r>
      <w:r>
        <w:t>laghu baat koi nahi ho sakti.</w:t>
      </w:r>
    </w:p>
    <w:p>
      <w:pPr>
        <w:jc w:val="right"/>
      </w:pPr>
      <w:r>
        <w:t>لغو بات کوئی نہیں ہو سکتی۔</w:t>
      </w:r>
    </w:p>
    <w:p>
      <w:r>
        <w:rPr>
          <w:b/>
        </w:rPr>
        <w:t xml:space="preserve">[26:37] </w:t>
      </w:r>
      <w:r>
        <w:t>ek haqeeqat hai ke Islam sirf peaceful persuasion se phaila hai, peaceful dawah work se phaila hai.</w:t>
      </w:r>
    </w:p>
    <w:p>
      <w:pPr>
        <w:jc w:val="right"/>
      </w:pPr>
      <w:r>
        <w:t>ایک حقیقت ہے کہ اسلام صرف پیس فل پرسویشن سے پھیلا ہے، پیس فل ڈاؤ ورک سے پھیلا ہے۔</w:t>
      </w:r>
    </w:p>
    <w:p>
      <w:r>
        <w:rPr>
          <w:b/>
        </w:rPr>
        <w:t xml:space="preserve">[26:42] </w:t>
      </w:r>
      <w:r>
        <w:t>magar ajib baat hai kisi musalman ko tofeeq nahi hui ke is par kitaab likhe.</w:t>
      </w:r>
    </w:p>
    <w:p>
      <w:pPr>
        <w:jc w:val="right"/>
      </w:pPr>
      <w:r>
        <w:t>مگر عجیب بات ہے کسی مسلمان کو توفیق نہیں ہوئی کہ اس پر کتاب لکھے۔</w:t>
      </w:r>
    </w:p>
    <w:p>
      <w:r>
        <w:rPr>
          <w:b/>
        </w:rPr>
        <w:t xml:space="preserve">[26:47] </w:t>
      </w:r>
      <w:r>
        <w:t>kisi ek musalman ko nahi.</w:t>
      </w:r>
    </w:p>
    <w:p>
      <w:pPr>
        <w:jc w:val="right"/>
      </w:pPr>
      <w:r>
        <w:t>کسی ایک مسلمان کو نہیں۔</w:t>
      </w:r>
    </w:p>
    <w:p>
      <w:r>
        <w:rPr>
          <w:b/>
        </w:rPr>
        <w:t xml:space="preserve">[26:52] </w:t>
      </w:r>
      <w:r>
        <w:t>poori tareekh mein pehli baar jis ne yeh kaam kiya woh ek Christian scholar ne kiya hai.</w:t>
      </w:r>
    </w:p>
    <w:p>
      <w:pPr>
        <w:jc w:val="right"/>
      </w:pPr>
      <w:r>
        <w:t>پوری تاریخ میں پہلی بار جس نے یہ کام کیا وہ ایک کرسچن اسکالر نے کیا ہے۔</w:t>
      </w:r>
    </w:p>
    <w:p>
      <w:r>
        <w:rPr>
          <w:b/>
        </w:rPr>
        <w:t xml:space="preserve">[26:58] </w:t>
      </w:r>
      <w:r>
        <w:t>koi agar is ko shaq ho kisi ko bataye mujhe is kitaab ka naam bataye.</w:t>
      </w:r>
    </w:p>
    <w:p>
      <w:pPr>
        <w:jc w:val="right"/>
      </w:pPr>
      <w:r>
        <w:t>کوئی اگر اس کو شک ہو کسی کو بتائے مجھے اس کتاب کا نام بتائے۔</w:t>
      </w:r>
    </w:p>
    <w:p>
      <w:r>
        <w:rPr>
          <w:b/>
        </w:rPr>
        <w:t xml:space="preserve">[27:03] </w:t>
      </w:r>
      <w:r>
        <w:t>iska naam bataye kisi musalman ka jis ne yeh kaam kiya ho.</w:t>
      </w:r>
    </w:p>
    <w:p>
      <w:pPr>
        <w:jc w:val="right"/>
      </w:pPr>
      <w:r>
        <w:t>اس کا نام بتائے کسی مسلمان کا جس نے یہ کام کیا ہو۔</w:t>
      </w:r>
    </w:p>
    <w:p>
      <w:r>
        <w:rPr>
          <w:b/>
        </w:rPr>
        <w:t xml:space="preserve">[27:09] </w:t>
      </w:r>
      <w:r>
        <w:t>yani unhon ne India ke aitbaar se unhon ne likha hai.</w:t>
      </w:r>
    </w:p>
    <w:p>
      <w:pPr>
        <w:jc w:val="right"/>
      </w:pPr>
      <w:r>
        <w:t>یعنی انہوں نے انڈیا کے اعتبار سے انہوں نے لکھا ہے۔</w:t>
      </w:r>
    </w:p>
    <w:p>
      <w:r>
        <w:rPr>
          <w:b/>
        </w:rPr>
        <w:t xml:space="preserve">[27:15] </w:t>
      </w:r>
      <w:r>
        <w:t>yani woh Swami Vivekanand ne kehte hain: "Nonsense to say that Hindus were converted to Islam by force."</w:t>
      </w:r>
    </w:p>
    <w:p>
      <w:pPr>
        <w:jc w:val="right"/>
      </w:pPr>
      <w:r>
        <w:t>یعنی وہ سوامی وکانند نے کہتے ہیں: "نانسنس ٹو سے دیٹ ہندوز ویر کنورٹڈ ٹو اسلام بائی فورس۔"</w:t>
      </w:r>
    </w:p>
    <w:p>
      <w:r>
        <w:rPr>
          <w:b/>
        </w:rPr>
        <w:t xml:space="preserve">[27:22] </w:t>
      </w:r>
      <w:r>
        <w:t>aur aalami satah par is ko bohat 30 saal ki mehnat ki gayi.</w:t>
      </w:r>
    </w:p>
    <w:p>
      <w:pPr>
        <w:jc w:val="right"/>
      </w:pPr>
      <w:r>
        <w:t>اور عالمی سطح پر اس کو بہت 30 سال کی محنت کی گئی۔</w:t>
      </w:r>
    </w:p>
    <w:p>
      <w:r>
        <w:rPr>
          <w:b/>
        </w:rPr>
        <w:t xml:space="preserve">[27:28] </w:t>
      </w:r>
      <w:r>
        <w:t>ek shakhs ne in ka naam hai</w:t>
      </w:r>
    </w:p>
    <w:p>
      <w:pPr>
        <w:jc w:val="right"/>
      </w:pPr>
      <w:r>
        <w:t>ایک شخص نے ان کا نام ہے</w:t>
      </w:r>
    </w:p>
    <w:p>
      <w:r>
        <w:rPr>
          <w:b/>
        </w:rPr>
        <w:t xml:space="preserve">[27:34] </w:t>
      </w:r>
      <w:r>
        <w:t>wo professor unrald, angrez thay.</w:t>
      </w:r>
    </w:p>
    <w:p>
      <w:pPr>
        <w:jc w:val="right"/>
      </w:pPr>
      <w:r>
        <w:t>وہ پروفیسر انرلڈ، انگریز تھے۔</w:t>
      </w:r>
    </w:p>
    <w:p>
      <w:r>
        <w:rPr>
          <w:b/>
        </w:rPr>
        <w:t xml:space="preserve">[27:40] </w:t>
      </w:r>
      <w:r>
        <w:t>wo 30 saal mehnat kar ke unhon ne sara chhan phana sawab literature mukhtalif zubanon, kai zubanen jantay thay.</w:t>
      </w:r>
    </w:p>
    <w:p>
      <w:pPr>
        <w:jc w:val="right"/>
      </w:pPr>
      <w:r>
        <w:t>وہ 30 سال محنت کر کے انہوں نے سارا چھان پھانا ثواب لٹریچر مختلف زبانوں، کئی زبانیں جانتے تھے۔</w:t>
      </w:r>
    </w:p>
    <w:p>
      <w:r>
        <w:rPr>
          <w:b/>
        </w:rPr>
        <w:t xml:space="preserve">[27:46] </w:t>
      </w:r>
      <w:r>
        <w:t>وہ پھر وہ کتاب لکھی انہوں نے، اس کا نام تھا "The Preaching of Islam"۔</w:t>
      </w:r>
    </w:p>
    <w:p>
      <w:pPr>
        <w:jc w:val="right"/>
      </w:pPr>
      <w:r>
        <w:t>وہ پھر وہ کتاب لکھی انہوں نے، اس کا نام تھا "دا پریچنگ آف اسلام"۔</w:t>
      </w:r>
    </w:p>
    <w:p>
      <w:r>
        <w:rPr>
          <w:b/>
        </w:rPr>
        <w:t xml:space="preserve">[27:53] </w:t>
      </w:r>
      <w:r>
        <w:t>ہمارے ہاں ایسے گڈ ورڈ سے چھپا ہے، وہی کتاب چھپی ہے "The Spirit of Islam" کے نام سے۔</w:t>
      </w:r>
    </w:p>
    <w:p>
      <w:pPr>
        <w:jc w:val="right"/>
      </w:pPr>
      <w:r>
        <w:t>ہمارے ہاں ایسے گڈ ورڈ سے چھپا ہے، وہی کتاب چھپی ہے "دا اسپیریٹ آف اسلام" کے نام سے۔</w:t>
      </w:r>
    </w:p>
    <w:p>
      <w:r>
        <w:rPr>
          <w:b/>
        </w:rPr>
        <w:t xml:space="preserve">[27:59] </w:t>
      </w:r>
      <w:r>
        <w:t>moti si kitab hai, is mein aalami jaiza likha bat</w:t>
      </w:r>
    </w:p>
    <w:p>
      <w:pPr>
        <w:jc w:val="right"/>
      </w:pPr>
      <w:r>
        <w:t>موٹی سی کتاب ہے، اس میں عالمی جائزہ لکھا بت</w:t>
      </w:r>
    </w:p>
    <w:p>
      <w:r>
        <w:rPr>
          <w:b/>
        </w:rPr>
        <w:t xml:space="preserve">[28:05] </w:t>
      </w:r>
      <w:r>
        <w:t>ایا کہ اسلام جو ہے peaceful tareeqe se phela.</w:t>
      </w:r>
    </w:p>
    <w:p>
      <w:pPr>
        <w:jc w:val="right"/>
      </w:pPr>
      <w:r>
        <w:t>ایا کہ اسلام جو ہے پیس فل طریقے سے پھیلا۔</w:t>
      </w:r>
    </w:p>
    <w:p>
      <w:r>
        <w:rPr>
          <w:b/>
        </w:rPr>
        <w:t xml:space="preserve">[28:11] </w:t>
      </w:r>
      <w:r>
        <w:t>lekin ajeeb baat hai kisi ek musalman ko tofeeq nahi hui ke is mozu par kitab likhay.</w:t>
      </w:r>
    </w:p>
    <w:p>
      <w:pPr>
        <w:jc w:val="right"/>
      </w:pPr>
      <w:r>
        <w:t>لیکن عجیب بات ہے کسی ایک مسلمان کو توفیق نہیں ہوئی کہ اس موضوع پر کتاب لکھے۔</w:t>
      </w:r>
    </w:p>
    <w:p>
      <w:r>
        <w:rPr>
          <w:b/>
        </w:rPr>
        <w:t xml:space="preserve">[28:18] </w:t>
      </w:r>
      <w:r>
        <w:t>اس نے پہلی بار یہ دکھایا دنیا کو کہ اسلام peaceful طریقے سے پھیلا ہے۔</w:t>
      </w:r>
    </w:p>
    <w:p>
      <w:pPr>
        <w:jc w:val="right"/>
      </w:pPr>
      <w:r>
        <w:t>اس نے پہلی بار یہ دکھایا دنیا کو کہ اسلام پیس فل طریقے سے پھیلا ہے۔</w:t>
      </w:r>
    </w:p>
    <w:p>
      <w:r>
        <w:rPr>
          <w:b/>
        </w:rPr>
        <w:t xml:space="preserve">[28:24] </w:t>
      </w:r>
      <w:r>
        <w:t>aur aaj bhi Islam ki dawat peaceful tareeqay se di jaye gi, tab bhi logon ko mutasir kare gi.</w:t>
      </w:r>
    </w:p>
    <w:p>
      <w:pPr>
        <w:jc w:val="right"/>
      </w:pPr>
      <w:r>
        <w:t>اور آج بھی اسلام کی دعوت پیس فل طریقے سے دی جائے گی، تب بھی لوگوں کو متاثر کرے گی۔</w:t>
      </w:r>
    </w:p>
    <w:p>
      <w:r>
        <w:rPr>
          <w:b/>
        </w:rPr>
        <w:t xml:space="preserve">[28:31] </w:t>
      </w:r>
      <w:r>
        <w:t>gun aur bomb ke zaron par thoday aap Islam ko convince kar saktay hain logon ko Islam ke baray mein.</w:t>
      </w:r>
    </w:p>
    <w:p>
      <w:pPr>
        <w:jc w:val="right"/>
      </w:pPr>
      <w:r>
        <w:t>گن اور بم کے ذروں پر تھوڑے آپ اسلام کو کنونس کر سکتے ہیں لوگوں کو اسلام کے بارے میں۔</w:t>
      </w:r>
    </w:p>
    <w:p>
      <w:r>
        <w:rPr>
          <w:b/>
        </w:rPr>
        <w:t xml:space="preserve">[28:37] </w:t>
      </w:r>
      <w:r>
        <w:t>Mr. K.A. Hassan ne Tamil Nadu se likha hai: "dai ko Khuda ki qurbat aur Khuda ki</w:t>
      </w:r>
    </w:p>
    <w:p>
      <w:pPr>
        <w:jc w:val="right"/>
      </w:pPr>
      <w:r>
        <w:t>مسٹر کے اے حسن نے تمل ناڈو سے لکھا ہے: "دائی کو خدا کی قربت اور خدا کی</w:t>
      </w:r>
    </w:p>
    <w:p>
      <w:r>
        <w:rPr>
          <w:b/>
        </w:rPr>
        <w:t xml:space="preserve">[28:44] </w:t>
      </w:r>
      <w:r>
        <w:t>marifat kaisay hasil ho?" is ke baray mein batayen.</w:t>
      </w:r>
    </w:p>
    <w:p>
      <w:pPr>
        <w:jc w:val="right"/>
      </w:pPr>
      <w:r>
        <w:t>معرفت کیسے حاصل ہو؟" اس کے بارے میں بتائیں۔</w:t>
      </w:r>
    </w:p>
    <w:p>
      <w:r>
        <w:rPr>
          <w:b/>
        </w:rPr>
        <w:t xml:space="preserve">[28:50] </w:t>
      </w:r>
      <w:r>
        <w:t>ghair Khuda se doori, distraction se apnay ko bachana.</w:t>
      </w:r>
    </w:p>
    <w:p>
      <w:pPr>
        <w:jc w:val="right"/>
      </w:pPr>
      <w:r>
        <w:t>غیر خدا سے دوری، ڈسٹریکشن سے اپنے کو بچانا۔</w:t>
      </w:r>
    </w:p>
    <w:p>
      <w:r>
        <w:rPr>
          <w:b/>
        </w:rPr>
        <w:t xml:space="preserve">[28:56] </w:t>
      </w:r>
      <w:r>
        <w:t>sara mamla yeh hai ke log phansay rehtay hain doosri cheezon mein.</w:t>
      </w:r>
    </w:p>
    <w:p>
      <w:pPr>
        <w:jc w:val="right"/>
      </w:pPr>
      <w:r>
        <w:t>سارا معاملہ یہ ہے کہ لوگ پھنسے رہتے ہیں دوسری چیزوں میں۔</w:t>
      </w:r>
    </w:p>
    <w:p>
      <w:r>
        <w:rPr>
          <w:b/>
        </w:rPr>
        <w:t xml:space="preserve">[29:02] </w:t>
      </w:r>
      <w:r>
        <w:t>mein ek sahib ke haan gaya kuch</w:t>
      </w:r>
    </w:p>
    <w:p>
      <w:pPr>
        <w:jc w:val="right"/>
      </w:pPr>
      <w:r>
        <w:t>میں ایک صاحب کے ہاں گیا کچھ</w:t>
      </w:r>
    </w:p>
    <w:p>
      <w:r>
        <w:rPr>
          <w:b/>
        </w:rPr>
        <w:t xml:space="preserve">[29:08] </w:t>
      </w:r>
      <w:r>
        <w:t>baat karnay ke liye Islam ke baray mein to un ka ek chhota bacha tha.</w:t>
      </w:r>
    </w:p>
    <w:p>
      <w:pPr>
        <w:jc w:val="right"/>
      </w:pPr>
      <w:r>
        <w:t>بات کرنے کے لیے اسلام کے بارے میں تو ان کا ایک چھوٹا بچہ تھا۔</w:t>
      </w:r>
    </w:p>
    <w:p>
      <w:r>
        <w:rPr>
          <w:b/>
        </w:rPr>
        <w:t xml:space="preserve">[29:12] </w:t>
      </w:r>
      <w:r>
        <w:t>mein ne dekha bas apnay bachay ko liye bethay hain god mein, har waqt isi ko dekh rahay</w:t>
      </w:r>
    </w:p>
    <w:p>
      <w:pPr>
        <w:jc w:val="right"/>
      </w:pPr>
      <w:r>
        <w:t>میں نے دیکھا بس اپنے بچے کو لیے بیٹھے ہیں گود میں، ہر وقت اسی کو دیکھ رہے</w:t>
      </w:r>
    </w:p>
    <w:p>
      <w:r>
        <w:rPr>
          <w:b/>
        </w:rPr>
        <w:t xml:space="preserve">[29:16] </w:t>
      </w:r>
      <w:r>
        <w:t>hain, har jagah isi ko chho rahay hain.</w:t>
      </w:r>
    </w:p>
    <w:p>
      <w:pPr>
        <w:jc w:val="right"/>
      </w:pPr>
      <w:r>
        <w:t>ہیں، ہر جگہ اسی کو چھو رہے ہیں۔</w:t>
      </w:r>
    </w:p>
    <w:p>
      <w:r>
        <w:rPr>
          <w:b/>
        </w:rPr>
        <w:t xml:space="preserve">[29:20] </w:t>
      </w:r>
      <w:r>
        <w:t>mujhe bohat ghussa aaya.</w:t>
      </w:r>
    </w:p>
    <w:p>
      <w:pPr>
        <w:jc w:val="right"/>
      </w:pPr>
      <w:r>
        <w:t>مجھے بہت غصہ آیا۔</w:t>
      </w:r>
    </w:p>
    <w:p>
      <w:r>
        <w:rPr>
          <w:b/>
        </w:rPr>
        <w:t xml:space="preserve">[29:24] </w:t>
      </w:r>
      <w:r>
        <w:t>mein ne kaha ke aap se mein ne thoda waqt liya tha, us waqt bhi aap bachay mein mashghool hain.</w:t>
      </w:r>
    </w:p>
    <w:p>
      <w:pPr>
        <w:jc w:val="right"/>
      </w:pPr>
      <w:r>
        <w:t>میں نے کہا کہ آپ سے میں نے تھوڑا وقت لیا تھا، اس وقت بھی آپ بچے میں مشغول ہیں۔</w:t>
      </w:r>
    </w:p>
    <w:p>
      <w:r>
        <w:rPr>
          <w:b/>
        </w:rPr>
        <w:t xml:space="preserve">[29:27] </w:t>
      </w:r>
      <w:r>
        <w:t>aap aadmi hain ke bakri, bheer bakri hai.</w:t>
      </w:r>
    </w:p>
    <w:p>
      <w:pPr>
        <w:jc w:val="right"/>
      </w:pPr>
      <w:r>
        <w:t>آپ آدمی ہیں کہ بکری، بھیڑ بکری ہے۔</w:t>
      </w:r>
    </w:p>
    <w:p>
      <w:r>
        <w:rPr>
          <w:b/>
        </w:rPr>
        <w:t xml:space="preserve">[29:31] </w:t>
      </w:r>
      <w:r>
        <w:t>bachay ko kehtay hain ke wo maan ke paas bhejen, maan ke sambhalen is ko, aap kyun liye</w:t>
      </w:r>
    </w:p>
    <w:p>
      <w:pPr>
        <w:jc w:val="right"/>
      </w:pPr>
      <w:r>
        <w:t>بچے کو کہتے ہیں کہ وہ ماں کے پاس بھیجیں، ماں کے سنبھالیں اس کو، آپ کیوں لے</w:t>
      </w:r>
    </w:p>
    <w:p>
      <w:r>
        <w:rPr>
          <w:b/>
        </w:rPr>
        <w:t xml:space="preserve">[29:35] </w:t>
      </w:r>
      <w:r>
        <w:t>ke bethay ho is bachay ko?</w:t>
      </w:r>
    </w:p>
    <w:p>
      <w:pPr>
        <w:jc w:val="right"/>
      </w:pPr>
      <w:r>
        <w:t>کے بیٹھے ہو اس بچے کو؟</w:t>
      </w:r>
    </w:p>
    <w:p>
      <w:r>
        <w:rPr>
          <w:b/>
        </w:rPr>
        <w:t xml:space="preserve">[29:39] </w:t>
      </w:r>
      <w:r>
        <w:t>to log haan lijiyay ke log distract rehtay hain barabar apnay bachon mein, apnay family mein, shopping mein,</w:t>
      </w:r>
    </w:p>
    <w:p>
      <w:pPr>
        <w:jc w:val="right"/>
      </w:pPr>
      <w:r>
        <w:t>تو لوگ ہاں لیجئے کہ لوگ ڈسٹریکٹ رہتے ہیں برابر اپنے بچوں میں، اپنی فیملی میں، شاپنگ میں،</w:t>
      </w:r>
    </w:p>
    <w:p>
      <w:r>
        <w:rPr>
          <w:b/>
        </w:rPr>
        <w:t xml:space="preserve">[29:47] </w:t>
      </w:r>
      <w:r>
        <w:t>outing mein, hoob mein, entertainment mein aur poochhtay hain ke sahib marifat? bhai marifat ki qeemat deni paray</w:t>
      </w:r>
    </w:p>
    <w:p>
      <w:pPr>
        <w:jc w:val="right"/>
      </w:pPr>
      <w:r>
        <w:t>آؤٹنگ میں، ہوہاب میں، انٹرٹینمنٹ میں اور پوچھتے ہیں کہ صاحب معرفت؟ بھئی معرفت کی قیمت دینی پڑے</w:t>
      </w:r>
    </w:p>
    <w:p>
      <w:r>
        <w:rPr>
          <w:b/>
        </w:rPr>
        <w:t xml:space="preserve">[29:54] </w:t>
      </w:r>
      <w:r>
        <w:t>gi, tab to marifat hogi.</w:t>
      </w:r>
    </w:p>
    <w:p>
      <w:pPr>
        <w:jc w:val="right"/>
      </w:pPr>
      <w:r>
        <w:t>گی، تب تو معرفت ہوگی۔</w:t>
      </w:r>
    </w:p>
    <w:p>
      <w:r>
        <w:rPr>
          <w:b/>
        </w:rPr>
        <w:t xml:space="preserve">[30:02] </w:t>
      </w:r>
      <w:r>
        <w:t>apnay ko detach kijiyay doosri cheezon se, distraction se bachaiyay apnay aap ko, tab marifat hogi. yeh</w:t>
      </w:r>
    </w:p>
    <w:p>
      <w:pPr>
        <w:jc w:val="right"/>
      </w:pPr>
      <w:r>
        <w:t>اپنے کو ڈیٹیچ کیجئے دوسری چیزوں سے، ڈسٹریکشن سے بچائیے اپنے آپ کو، تب معرفت ہوگی۔ یہ</w:t>
      </w:r>
    </w:p>
    <w:p>
      <w:r>
        <w:rPr>
          <w:b/>
        </w:rPr>
        <w:t xml:space="preserve">[30:09] </w:t>
      </w:r>
      <w:r>
        <w:t>nahi ke wo bhi chala, wo bhi chala, yeh mumkin nahi hai.</w:t>
      </w:r>
    </w:p>
    <w:p>
      <w:pPr>
        <w:jc w:val="right"/>
      </w:pPr>
      <w:r>
        <w:t>نہیں کہ وہ بھی چلے، وہ بھی چلے، یہ ممکن نہیں ہے۔</w:t>
      </w:r>
    </w:p>
    <w:p>
      <w:r>
        <w:rPr>
          <w:b/>
        </w:rPr>
        <w:t xml:space="preserve">[30:17] </w:t>
      </w:r>
      <w:r>
        <w:t>ghair khuda mein dilchaspiyan bhi baqi rahin aur khuda bhi mil jaye to yeh khalis to maharast o junoon.</w:t>
      </w:r>
    </w:p>
    <w:p>
      <w:pPr>
        <w:jc w:val="right"/>
      </w:pPr>
      <w:r>
        <w:t>غیر خدا میں دلچسپیاں بھی باقی رہیں اور خدا بھی مل جائے تو یہ خالص تو مہارست و جنوں۔</w:t>
      </w:r>
    </w:p>
    <w:p>
      <w:r>
        <w:rPr>
          <w:b/>
        </w:rPr>
        <w:t xml:space="preserve">[30:25] </w:t>
      </w:r>
      <w:r>
        <w:t>مسٹر زیشن یوسف نے دلی سے لکھا ہے: "A SMS came to me after earthquake in Japan.</w:t>
      </w:r>
    </w:p>
    <w:p>
      <w:pPr>
        <w:jc w:val="right"/>
      </w:pPr>
      <w:r>
        <w:t>مسٹر زیشن یوسف نے دلی سے لکھا ہے: "اے ایس ایم ایس کیم ٹو می افٹر ارتھ کویک ان جاپان۔</w:t>
      </w:r>
    </w:p>
    <w:p>
      <w:r>
        <w:rPr>
          <w:b/>
        </w:rPr>
        <w:t xml:space="preserve">[30:32] </w:t>
      </w:r>
      <w:r>
        <w:t>da message said that da natural disaster was allah ka qahar</w:t>
      </w:r>
    </w:p>
    <w:p>
      <w:pPr>
        <w:jc w:val="right"/>
      </w:pPr>
      <w:r>
        <w:t>دا میسج سیڈ دیٹ دا نیچرل ڈیزاسٹر واز اللہ کا قہر</w:t>
      </w:r>
    </w:p>
    <w:p>
      <w:r>
        <w:rPr>
          <w:b/>
        </w:rPr>
        <w:t xml:space="preserve">[30:40] </w:t>
      </w:r>
      <w:r>
        <w:t>in japan. whenever people transgress, qahar comes. japanese must have been involved in sinful activities. please suggest if this sms was right." nahi, yeh hundred percent jhoot tha. aise aise sms aisa bohat se logon ke paas gaya hai, yeh phir jhooti baat hai. yeh kisi ko haq nahi hai ALLAH ka qahar kehne ka. isi par toot padega ALLAH ka qahar jis ne aisa kaha hai. kis ko authorize kiya ALLAH taala ne ke woh ailaan</w:t>
      </w:r>
    </w:p>
    <w:p>
      <w:pPr>
        <w:jc w:val="right"/>
      </w:pPr>
      <w:r>
        <w:t>ان جاپان۔ وین ایور پیپل ٹرانسگریس، قہر کمز۔ جاپنیز مسٹ ہیو بین انوالوڈ ان سن فل ایکٹیویٹیز۔ پلیز سجیسٹ اف دس ایس ایم ایس واز رائٹ۔" نہیں، یہ ہنڈرڈ پرسنٹ جھوٹ تھا۔ ایسے ایسے ایس ایم ایس ایسا بہت سے لوگوں کے پاس گیا ہے، یہ پھر جھوٹی بات ہے۔ یہ کسی کو حق نہیں ہے اللہ قہر کہنے کا۔ اسی پر ٹوٹ پڑے گا اللہ قہر جس نے ایسا کہا ہے۔ کس کو اتھرائز کیا اللہ تعالی نے کہ وہ اعل</w:t>
      </w:r>
    </w:p>
    <w:p>
      <w:r>
        <w:rPr>
          <w:b/>
        </w:rPr>
        <w:t xml:space="preserve">[31:10] </w:t>
      </w:r>
      <w:r>
        <w:t>in kare ke allah qahar hai? yeh kis ko? kya aap ke pas farishta aya hai? allah ka</w:t>
      </w:r>
    </w:p>
    <w:p>
      <w:pPr>
        <w:jc w:val="right"/>
      </w:pPr>
      <w:r>
        <w:t>ان کرے کہ اللہ قہر ہے؟ یہ کس کو؟ کیا آپ کے پاس فرشتہ آیا ہے؟ اللہ کا</w:t>
      </w:r>
    </w:p>
    <w:p>
      <w:r>
        <w:rPr>
          <w:b/>
        </w:rPr>
        <w:t xml:space="preserve">[31:14] </w:t>
      </w:r>
      <w:r>
        <w:t>paigham aya hai? jo log aisi baatein kehte hain, unhi par kaun toot parega? ta'ajjub nahin, aur</w:t>
      </w:r>
    </w:p>
    <w:p>
      <w:pPr>
        <w:jc w:val="right"/>
      </w:pPr>
      <w:r>
        <w:t>پیغام آیا ہے؟ جو لوگ ایسی باتیں کہتے ہیں، انہی پر کون ٹوٹ پڑے گا؟ تعجب نہیں، اور</w:t>
      </w:r>
    </w:p>
    <w:p>
      <w:r>
        <w:rPr>
          <w:b/>
        </w:rPr>
        <w:t xml:space="preserve">[31:19] </w:t>
      </w:r>
      <w:r>
        <w:t>wahan toot pada hai.</w:t>
      </w:r>
    </w:p>
    <w:p>
      <w:pPr>
        <w:jc w:val="right"/>
      </w:pPr>
      <w:r>
        <w:t>وہاں ٹوٹ پڑا ہے۔</w:t>
      </w:r>
    </w:p>
    <w:p>
      <w:r>
        <w:rPr>
          <w:b/>
        </w:rPr>
        <w:t xml:space="preserve">[31:23] </w:t>
      </w:r>
      <w:r>
        <w:t>mere khayal se middle east mein muslim countries mein is waqt jo aapas mein lad rahe hain musalman,</w:t>
      </w:r>
    </w:p>
    <w:p>
      <w:pPr>
        <w:jc w:val="right"/>
      </w:pPr>
      <w:r>
        <w:t>میرے خیال سے مڈل ایسٹ میں مسلم کنٹریز میں اس وقت جو آپس میں لڑ رہے ہیں مسلمان،</w:t>
      </w:r>
    </w:p>
    <w:p>
      <w:r>
        <w:rPr>
          <w:b/>
        </w:rPr>
        <w:t xml:space="preserve">[31:27] </w:t>
      </w:r>
      <w:r>
        <w:t>wo wo wo is ko hum keh sakte hain.</w:t>
      </w:r>
    </w:p>
    <w:p>
      <w:pPr>
        <w:jc w:val="right"/>
      </w:pPr>
      <w:r>
        <w:t>وہ وہ وہ اس کو ہم کہہ سکتے ہیں۔</w:t>
      </w:r>
    </w:p>
    <w:p>
      <w:r>
        <w:rPr>
          <w:b/>
        </w:rPr>
        <w:t xml:space="preserve">[31:32] </w:t>
      </w:r>
      <w:r>
        <w:t>bilkul jhooti baat hai ke japan mein jo hua wo allah ka qahar tha.</w:t>
      </w:r>
    </w:p>
    <w:p>
      <w:pPr>
        <w:jc w:val="right"/>
      </w:pPr>
      <w:r>
        <w:t>بالکل جھوٹی بات ہے کہ جاپان میں جو ہوا وہ اللہ کا قہر تھا۔</w:t>
      </w:r>
    </w:p>
    <w:p>
      <w:r>
        <w:rPr>
          <w:b/>
        </w:rPr>
        <w:t xml:space="preserve">[31:36] </w:t>
      </w:r>
      <w:r>
        <w:t>yeh allah ki taraf se ate rehte hain, waqiyat hamesha aaye hain, hami</w:t>
      </w:r>
    </w:p>
    <w:p>
      <w:pPr>
        <w:jc w:val="right"/>
      </w:pPr>
      <w:r>
        <w:t>یہ اللہ کی طرف سے آتے رہتے ہیں، واقعات ہمیشہ آئے ہیں، ہمی</w:t>
      </w:r>
    </w:p>
    <w:p>
      <w:r>
        <w:rPr>
          <w:b/>
        </w:rPr>
        <w:t xml:space="preserve">[31:40] </w:t>
      </w:r>
      <w:r>
        <w:t>shah aaye hain.</w:t>
      </w:r>
    </w:p>
    <w:p>
      <w:pPr>
        <w:jc w:val="right"/>
      </w:pPr>
      <w:r>
        <w:t>شہ آئے ہیں۔</w:t>
      </w:r>
    </w:p>
    <w:p>
      <w:r>
        <w:rPr>
          <w:b/>
        </w:rPr>
        <w:t xml:space="preserve">[31:44] </w:t>
      </w:r>
      <w:r>
        <w:t>muslim mukarram muslim countries mein aaye hain, jagah jagah aaye hain.</w:t>
      </w:r>
    </w:p>
    <w:p>
      <w:pPr>
        <w:jc w:val="right"/>
      </w:pPr>
      <w:r>
        <w:t>مسلم مکرم مسلم کنٹریز میں آئے ہیں، جگہ جگہ آئے ہیں۔</w:t>
      </w:r>
    </w:p>
    <w:p>
      <w:r>
        <w:rPr>
          <w:b/>
        </w:rPr>
        <w:t xml:space="preserve">[31:49] </w:t>
      </w:r>
      <w:r>
        <w:t>asal mein dekhiye, yeh yeh jo earthquake hai, yeh to rozana hi aata rehta hai sari duniya mein.</w:t>
      </w:r>
    </w:p>
    <w:p>
      <w:pPr>
        <w:jc w:val="right"/>
      </w:pPr>
      <w:r>
        <w:t>اصل میں دیکھیے، یہ یہ جو ارتھ کویک ہے، یہ تو روزانہ ہی آتا رہتا ہے ساری دنیا میں۔</w:t>
      </w:r>
    </w:p>
    <w:p>
      <w:r>
        <w:rPr>
          <w:b/>
        </w:rPr>
        <w:t xml:space="preserve">[31:53] </w:t>
      </w:r>
      <w:r>
        <w:t>kyunke zameen ke andar jo lava hai, us ki movement jo hoti hai, movement us se zameen hilti hai.</w:t>
      </w:r>
    </w:p>
    <w:p>
      <w:pPr>
        <w:jc w:val="right"/>
      </w:pPr>
      <w:r>
        <w:t>کیونکہ زمین کے اندر جو لاوا ہے، اس کی موومنٹ جو ہوتی ہے، موومنٹ اس سے زمین ہلتی ہے۔</w:t>
      </w:r>
    </w:p>
    <w:p>
      <w:r>
        <w:rPr>
          <w:b/>
        </w:rPr>
        <w:t xml:space="preserve">[31:57] </w:t>
      </w:r>
      <w:r>
        <w:t>yeh to hota hi rehta hai, hamesha kabhi barh jata hai.</w:t>
      </w:r>
    </w:p>
    <w:p>
      <w:pPr>
        <w:jc w:val="right"/>
      </w:pPr>
      <w:r>
        <w:t>یہ تو ہوتا ہی رہتا ہے، ہمیشہ کبھی بڑھ جاتا ہے۔</w:t>
      </w:r>
    </w:p>
    <w:p>
      <w:r>
        <w:rPr>
          <w:b/>
        </w:rPr>
        <w:t xml:space="preserve">[32:02] </w:t>
      </w:r>
      <w:r>
        <w:t>jab barh jata hai to isi ko hum zalzala kehte hain.</w:t>
      </w:r>
    </w:p>
    <w:p>
      <w:pPr>
        <w:jc w:val="right"/>
      </w:pPr>
      <w:r>
        <w:t>جب بڑھ جاتا ہے تو اسی کو ہم زلزلہ کہتے ہیں۔</w:t>
      </w:r>
    </w:p>
    <w:p>
      <w:r>
        <w:rPr>
          <w:b/>
        </w:rPr>
        <w:t xml:space="preserve">[32:06] </w:t>
      </w:r>
      <w:r>
        <w:t>aam halat mein hum mehsoos nahin</w:t>
      </w:r>
    </w:p>
    <w:p>
      <w:pPr>
        <w:jc w:val="right"/>
      </w:pPr>
      <w:r>
        <w:t>عام حالت میں ہم محسوس نہیں</w:t>
      </w:r>
    </w:p>
    <w:p>
      <w:r>
        <w:rPr>
          <w:b/>
        </w:rPr>
        <w:t xml:space="preserve">[32:10] </w:t>
      </w:r>
      <w:r>
        <w:t>karte is ko, richter scale par wo bohat hi kam rehta hai.</w:t>
      </w:r>
    </w:p>
    <w:p>
      <w:pPr>
        <w:jc w:val="right"/>
      </w:pPr>
      <w:r>
        <w:t>کرتے اس کو، ریکٹر سکیل پر وہ بہت ہی کم رہتا ہے۔</w:t>
      </w:r>
    </w:p>
    <w:p>
      <w:r>
        <w:rPr>
          <w:b/>
        </w:rPr>
        <w:t xml:space="preserve">[32:15] </w:t>
      </w:r>
      <w:r>
        <w:t>wo to zalzala to ek natural phenomenon hai, wo hamesha raha hai, hamesha rahega.</w:t>
      </w:r>
    </w:p>
    <w:p>
      <w:pPr>
        <w:jc w:val="right"/>
      </w:pPr>
      <w:r>
        <w:t>وہ تو زلزلہ تو ایک نیچرل فیناومینا ہے، وہ ہمیشہ رہا ہے، ہمیشہ رہے گا۔</w:t>
      </w:r>
    </w:p>
    <w:p>
      <w:r>
        <w:rPr>
          <w:b/>
        </w:rPr>
        <w:t xml:space="preserve">[32:20] </w:t>
      </w:r>
      <w:r>
        <w:t>allah ka qahar kehna yeh bohat hi zyada jisarat ki baat hai.</w:t>
      </w:r>
    </w:p>
    <w:p>
      <w:pPr>
        <w:jc w:val="right"/>
      </w:pPr>
      <w:r>
        <w:t>اللہ کا قہر کہنا یہ بہت ہی زیادہ جسارت کی بات ہے۔</w:t>
      </w:r>
    </w:p>
    <w:p>
      <w:r>
        <w:rPr>
          <w:b/>
        </w:rPr>
        <w:t xml:space="preserve">[32:25] </w:t>
      </w:r>
      <w:r>
        <w:t>aur allah ki taraf se bolne ka haq sirf paighambar ko hua karta tha, kisi ko hai nahin.</w:t>
      </w:r>
    </w:p>
    <w:p>
      <w:pPr>
        <w:jc w:val="right"/>
      </w:pPr>
      <w:r>
        <w:t>اور اللہ کی طرف سے بولنے کا حق صرف پیغمبر کو ہوا کرتا تھا، کسی کو ہے نہیں۔</w:t>
      </w:r>
    </w:p>
    <w:p>
      <w:r>
        <w:rPr>
          <w:b/>
        </w:rPr>
        <w:t xml:space="preserve">[32:31] </w:t>
      </w:r>
      <w:r>
        <w:t>allah ki taraf bolne ka haq jo bole, wo pakra jayega, bilashubah us ki flogging hogi.</w:t>
      </w:r>
    </w:p>
    <w:p>
      <w:pPr>
        <w:jc w:val="right"/>
      </w:pPr>
      <w:r>
        <w:t>اللہ کی طرف بولنے کا حق جو بولے، وہ پکڑا جائے گا، بلاشبہ اس کی فلاگنگ ہوگی۔</w:t>
      </w:r>
    </w:p>
    <w:p>
      <w:r>
        <w:rPr>
          <w:b/>
        </w:rPr>
        <w:t xml:space="preserve">[32:36] </w:t>
      </w:r>
      <w:r>
        <w:t>aise logon ki kis ko right diya allah ta'ala ne ke wo kahe ke allah ki taraf qahar hai?</w:t>
      </w:r>
    </w:p>
    <w:p>
      <w:pPr>
        <w:jc w:val="right"/>
      </w:pPr>
      <w:r>
        <w:t>ایسے لوگوں کی کس کو رائٹ دیا اللہ تعالی نے کہ وہ کہے کہ اللہ کی طرف قہر ہے؟</w:t>
      </w:r>
    </w:p>
    <w:p>
      <w:r>
        <w:rPr>
          <w:b/>
        </w:rPr>
        <w:t xml:space="preserve">[32:41] </w:t>
      </w:r>
      <w:r>
        <w:t>kis ko right diya ALLAH taala ne? jo log aisi awaz bolte hain, woh ALLAH ke khauf se khali hain, ALLAH ki pakad ka koi andesha nahi hai un ko. un ko yaani bilkul hi ALLAH se nahi darte. aise log jo aisi baatein bolte hain, mein to bohat hi sakht is mamle mein hoon. aisi baatein jo woh log bolte hain, woh apne bare mein sabit karte hain ke hum ALLAH se darte nahi. kyunke ALLAH ki taraf se aap ka koi paigham aaya hai, kaise aap aisa bol</w:t>
      </w:r>
    </w:p>
    <w:p>
      <w:pPr>
        <w:jc w:val="right"/>
      </w:pPr>
      <w:r>
        <w:t>کس کو رائٹ دیا اللہ تعالی نے؟ جو لوگ ایسی آواز بولتے ہیں، وہ اللہ کے خوف سے خالی ہیں، اللہ کی پکڑ کا کوئی اندیشہ نہیں ہے ان کو۔ ان کو یعنی بالکل ہی اللہ سے نہیں ڈرتے۔ ایسے لوگ جو ایسی باتیں بولتے ہیں، میں تو بہت ہی سخت اس معاملے میں ہوں۔ ایسی باتیں جو وہ لوگ بولتے ہیں، وہ اپنے بارے میں ثابت کرتے ہیں کہ ہم اللہ سے ڈرتے نہیں۔ کیونکہ اللہ کی طرف سے آپ کا کوئی پیغام آیا ہے، کیسے آپ ایسا بول</w:t>
      </w:r>
    </w:p>
    <w:p>
      <w:r>
        <w:rPr>
          <w:b/>
        </w:rPr>
        <w:t xml:space="preserve">[33:11] </w:t>
      </w:r>
      <w:r>
        <w:t>rahe hain ke allah ka qahar hai? yeh bohat hi zyada, yeh bohat zyada serious baat hai mere nazdeek.</w:t>
      </w:r>
    </w:p>
    <w:p>
      <w:pPr>
        <w:jc w:val="right"/>
      </w:pPr>
      <w:r>
        <w:t>رہے ہیں کہ اللہ کا قہر ہے؟ یہ بہت ہی زیادہ، یہ بہت زیادہ سیریس بات ہے میرے نزدیک۔</w:t>
      </w:r>
    </w:p>
    <w:p>
      <w:r>
        <w:rPr>
          <w:b/>
        </w:rPr>
        <w:t xml:space="preserve">[33:17] </w:t>
      </w:r>
      <w:r>
        <w:t>maulana sharq hussain ne dili se likha hai: "hamare rehbar do cheezon mein farq kar ke kyun nahin</w:t>
      </w:r>
    </w:p>
    <w:p>
      <w:pPr>
        <w:jc w:val="right"/>
      </w:pPr>
      <w:r>
        <w:t>مولانا شارق حسین نے دلی سے لکھا ہے: "ہمارے رہنما دو چیزوں میں فرق کر کے کیوں نہیں</w:t>
      </w:r>
    </w:p>
    <w:p>
      <w:r>
        <w:rPr>
          <w:b/>
        </w:rPr>
        <w:t xml:space="preserve">[33:23] </w:t>
      </w:r>
      <w:r>
        <w:t>دیکھ سکے؟ جبکہ حدیث میں بہت سی مثالیں موجود ہیں کہ Prophet اور آپ کے اصحاب دو چیزوں</w:t>
      </w:r>
    </w:p>
    <w:p>
      <w:pPr>
        <w:jc w:val="right"/>
      </w:pPr>
      <w:r>
        <w:t>دیکھ سکے؟ جبکہ حدیث میں بہت سی مثالیں موجود ہیں کہ پرافٹ اور آپ کے احساب دو چیزوں</w:t>
      </w:r>
    </w:p>
    <w:p>
      <w:r>
        <w:rPr>
          <w:b/>
        </w:rPr>
        <w:t xml:space="preserve">[33:29] </w:t>
      </w:r>
      <w:r>
        <w:t>mein farq ko jante the.</w:t>
      </w:r>
    </w:p>
    <w:p>
      <w:pPr>
        <w:jc w:val="right"/>
      </w:pPr>
      <w:r>
        <w:t>میں فرق کو جانتے تھے۔</w:t>
      </w:r>
    </w:p>
    <w:p>
      <w:r>
        <w:rPr>
          <w:b/>
        </w:rPr>
        <w:t xml:space="preserve">[33:35] </w:t>
      </w:r>
      <w:r>
        <w:t>is ki waja kya hai?</w:t>
      </w:r>
    </w:p>
    <w:p>
      <w:pPr>
        <w:jc w:val="right"/>
      </w:pPr>
      <w:r>
        <w:t>اس کی وجہ کیا ہے؟</w:t>
      </w:r>
    </w:p>
    <w:p>
      <w:r>
        <w:rPr>
          <w:b/>
        </w:rPr>
        <w:t xml:space="preserve">[33:41] </w:t>
      </w:r>
      <w:r>
        <w:t>is ki waja to inhi se pochhiye.</w:t>
      </w:r>
    </w:p>
    <w:p>
      <w:pPr>
        <w:jc w:val="right"/>
      </w:pPr>
      <w:r>
        <w:t>" اس کی وجہ تو انہی سے پوچھیے۔</w:t>
      </w:r>
    </w:p>
    <w:p>
      <w:r>
        <w:rPr>
          <w:b/>
        </w:rPr>
        <w:t xml:space="preserve">[33:49] </w:t>
      </w:r>
      <w:r>
        <w:t>aaj bhi sare ulma isi mein phanse hue hain, isi bekhabri mein.</w:t>
      </w:r>
    </w:p>
    <w:p>
      <w:pPr>
        <w:jc w:val="right"/>
      </w:pPr>
      <w:r>
        <w:t>آج بھی سارے علماء اسی میں پھنسے ہوئے ہیں، اسی بے خبری میں۔</w:t>
      </w:r>
    </w:p>
    <w:p>
      <w:r>
        <w:rPr>
          <w:b/>
        </w:rPr>
        <w:t xml:space="preserve">[33:56] </w:t>
      </w:r>
      <w:r>
        <w:t>mera jo zaati jawab hai, woh bohat sakht hai, bohat sakht hai.</w:t>
      </w:r>
    </w:p>
    <w:p>
      <w:pPr>
        <w:jc w:val="right"/>
      </w:pPr>
      <w:r>
        <w:t>میرا جو ذاتی جواب ہے، وہ بہت سخت ہے، بہت سخت ہے۔</w:t>
      </w:r>
    </w:p>
    <w:p>
      <w:r>
        <w:rPr>
          <w:b/>
        </w:rPr>
        <w:t xml:space="preserve">[34:04] </w:t>
      </w:r>
      <w:r>
        <w:t>میرے نزدیک جو ہے، فخ فخ کا جو زمانہ آیا، that was a derailment in Islam.</w:t>
      </w:r>
    </w:p>
    <w:p>
      <w:pPr>
        <w:jc w:val="right"/>
      </w:pPr>
      <w:r>
        <w:t>میرے نزدیک جو ہے، فخ فخ کا جو زمانہ آیا، دیٹ واز ا ڈی ریلیمنٹ ان اسلام۔</w:t>
      </w:r>
    </w:p>
    <w:p>
      <w:r>
        <w:rPr>
          <w:b/>
        </w:rPr>
        <w:t xml:space="preserve">[34:12] </w:t>
      </w:r>
      <w:r>
        <w:t>fiqh kya hai? form par masail par sari baatein hone lagin to speed ghayab ho gayi. yaani yaani quality par baat nahi hui, quantity par baat hone lagi. to mein samjhta hoon ke fiqh jo hai, woh aik aik derailment tha aur sari woh baatein chal padin jin ka taluq form se tha. aur jo speed tha, woh ghayab ho gaya. aur aur yaani</w:t>
      </w:r>
    </w:p>
    <w:p>
      <w:pPr>
        <w:jc w:val="right"/>
      </w:pPr>
      <w:r>
        <w:t>فخ کیا ہے؟ فارم پر مسائل پر ساری باتیں ہونے لگیں تو اسپیڈ غائب ہو گئی۔ یعنی یعنی کوالٹی پر بات نہیں ہوئی، کوانٹٹی پر بات ہونے لگی۔ تو میں سمجھتا ہوں کہ فقہ جو ہے، وہ ایک ایک ڈی ریلیمنٹ تھا اور ساری وہ باتیں چل پڑی ہیں جن کا تعلق فارم سے تھا۔ اور جو اسپیڈ تھا، وہ غائب ہو گیا۔ اور اور یعنی</w:t>
      </w:r>
    </w:p>
    <w:p>
      <w:r>
        <w:rPr>
          <w:b/>
        </w:rPr>
        <w:t xml:space="preserve">[34:42] </w:t>
      </w:r>
      <w:r>
        <w:t>sofiya ne speed ko zinda karna chaha aur un ke liye woh doosri ghalti mubtala ho gaye.</w:t>
      </w:r>
    </w:p>
    <w:p>
      <w:pPr>
        <w:jc w:val="right"/>
      </w:pPr>
      <w:r>
        <w:t>صوفیاء نے اسپیڈ کو زندہ کرنا چاہا اور ان کے لیے وہ دوسری غلطی مبتلا ہو گئے۔</w:t>
      </w:r>
    </w:p>
    <w:p>
      <w:r>
        <w:rPr>
          <w:b/>
        </w:rPr>
        <w:t xml:space="preserve">[34:47] </w:t>
      </w:r>
      <w:r>
        <w:t>wo heart based speed mein yaqeen karne lage, halanke heart mein kuch bhi nahi hai.</w:t>
      </w:r>
    </w:p>
    <w:p>
      <w:pPr>
        <w:jc w:val="right"/>
      </w:pPr>
      <w:r>
        <w:t>وہ ہارٹ بیسڈ اسپیڈ میں یقین کرنے لگے، حالانکہ ہارٹ میں کچھ بھی نہیں ہے۔</w:t>
      </w:r>
    </w:p>
    <w:p>
      <w:r>
        <w:rPr>
          <w:b/>
        </w:rPr>
        <w:t xml:space="preserve">[34:52] </w:t>
      </w:r>
      <w:r>
        <w:t>mind based speed se bekhabar the hamare sofiya.</w:t>
      </w:r>
    </w:p>
    <w:p>
      <w:pPr>
        <w:jc w:val="right"/>
      </w:pPr>
      <w:r>
        <w:t>مائنڈ بیسڈ اسپیڈ سے بے خبر تھے ہمارے صوفیاء۔</w:t>
      </w:r>
    </w:p>
    <w:p>
      <w:r>
        <w:rPr>
          <w:b/>
        </w:rPr>
        <w:t xml:space="preserve">[34:57] </w:t>
      </w:r>
      <w:r>
        <w:t>to dono ne ek hi ghalti ki, woh ghalti abhi tak chali ja rahi hai.</w:t>
      </w:r>
    </w:p>
    <w:p>
      <w:pPr>
        <w:jc w:val="right"/>
      </w:pPr>
      <w:r>
        <w:t>تو دونوں نے ایک ہی غلطی کی، وہ غلطی ابھی تک چلی جا رہی ہے۔</w:t>
      </w:r>
    </w:p>
    <w:p>
      <w:r>
        <w:rPr>
          <w:b/>
        </w:rPr>
        <w:t xml:space="preserve">[35:02] </w:t>
      </w:r>
      <w:r>
        <w:t>ab agar use bulaye, use kharab kehta hai to buzurg kharab bolte ho.</w:t>
      </w:r>
    </w:p>
    <w:p>
      <w:pPr>
        <w:jc w:val="right"/>
      </w:pPr>
      <w:r>
        <w:t>اب اگر اسے بلائے، اسے خراب کہتا ہے تو بزرگ خراب بولتے ہو۔</w:t>
      </w:r>
    </w:p>
    <w:p>
      <w:r>
        <w:rPr>
          <w:b/>
        </w:rPr>
        <w:t xml:space="preserve">[35:07] </w:t>
      </w:r>
      <w:r>
        <w:t>to kya ke woh ghalti ko mustamar chahte rahe? woh yeh mas'</w:t>
      </w:r>
    </w:p>
    <w:p>
      <w:pPr>
        <w:jc w:val="right"/>
      </w:pPr>
      <w:r>
        <w:t>تو کیا کہ وہ غلطی کو مستمر چاہتے رہے؟ وہ یہ مصی</w:t>
      </w:r>
    </w:p>
    <w:p>
      <w:r>
        <w:rPr>
          <w:b/>
        </w:rPr>
        <w:t xml:space="preserve">[35:12] </w:t>
      </w:r>
      <w:r>
        <w:t>bat hai ke tanqeed ko tabu bana rakha hai. tabu!</w:t>
      </w:r>
    </w:p>
    <w:p>
      <w:pPr>
        <w:jc w:val="right"/>
      </w:pPr>
      <w:r>
        <w:t>بت ہے کہ تنقید کو ٹیبو بنا رکھا ہے۔ ٹیبو!</w:t>
      </w:r>
    </w:p>
    <w:p>
      <w:r>
        <w:rPr>
          <w:b/>
        </w:rPr>
        <w:t xml:space="preserve">[35:17] </w:t>
      </w:r>
      <w:r>
        <w:t>agar aap bolein in fuqaha ke bare mein, in sofiya ke bare mein to foran kahenge: "dekhiye,</w:t>
      </w:r>
    </w:p>
    <w:p>
      <w:pPr>
        <w:jc w:val="right"/>
      </w:pPr>
      <w:r>
        <w:t>اگر آپ بولیں ان فقہاء کے بارے میں، ان صوفیاء کے بارے میں تو فوراً کہیں گے: "دیکھیے،</w:t>
      </w:r>
    </w:p>
    <w:p>
      <w:r>
        <w:rPr>
          <w:b/>
        </w:rPr>
        <w:t xml:space="preserve">[35:22] </w:t>
      </w:r>
      <w:r>
        <w:t>hamare akabir ko yeh to wahi hai jo makkah mein jo log the, jo mushrik rasool Allah par</w:t>
      </w:r>
    </w:p>
    <w:p>
      <w:pPr>
        <w:jc w:val="right"/>
      </w:pPr>
      <w:r>
        <w:t>ہمارے اکابر کو یہ تو وہی ہے جو مکے میں جو لوگ تھے، جو مشرک رسول اللہ پر</w:t>
      </w:r>
    </w:p>
    <w:p>
      <w:r>
        <w:rPr>
          <w:b/>
        </w:rPr>
        <w:t xml:space="preserve">[35:27] </w:t>
      </w:r>
      <w:r>
        <w:t>ilzam diya karte the ke woh tasfiya abaa karte hain.</w:t>
      </w:r>
    </w:p>
    <w:p>
      <w:pPr>
        <w:jc w:val="right"/>
      </w:pPr>
      <w:r>
        <w:t>الزام دیا کرتے تھے کہ وہ تصفیہ ابا کرتے ہیں۔</w:t>
      </w:r>
    </w:p>
    <w:p>
      <w:r>
        <w:rPr>
          <w:b/>
        </w:rPr>
        <w:t xml:space="preserve">[35:32] </w:t>
      </w:r>
      <w:r>
        <w:t>tasfiya abaa yani hamare hamare buzurgon ko bewakoof sabit karte hain.</w:t>
      </w:r>
    </w:p>
    <w:p>
      <w:pPr>
        <w:jc w:val="right"/>
      </w:pPr>
      <w:r>
        <w:t>تصفیہ ابا یعنی ہمارے ہمارے بزرگوں کو بیوقوف ثابت کرتے ہیں۔</w:t>
      </w:r>
    </w:p>
    <w:p>
      <w:r>
        <w:rPr>
          <w:b/>
        </w:rPr>
        <w:t xml:space="preserve">[35:37] </w:t>
      </w:r>
      <w:r>
        <w:t>haan, har hazrat rajal al-a'lam al-sh</w:t>
      </w:r>
    </w:p>
    <w:p>
      <w:pPr>
        <w:jc w:val="right"/>
      </w:pPr>
      <w:r>
        <w:t>ہاں، ہر حضرت رجل الصف اعلامنا الش</w:t>
      </w:r>
    </w:p>
    <w:p>
      <w:r>
        <w:rPr>
          <w:b/>
        </w:rPr>
        <w:t xml:space="preserve">[35:42] </w:t>
      </w:r>
      <w:r>
        <w:t>akhna.</w:t>
      </w:r>
    </w:p>
    <w:p>
      <w:pPr>
        <w:jc w:val="right"/>
      </w:pPr>
      <w:r>
        <w:t>اخنا۔</w:t>
      </w:r>
    </w:p>
    <w:p>
      <w:r>
        <w:rPr>
          <w:b/>
        </w:rPr>
        <w:t xml:space="preserve">[35:46] </w:t>
      </w:r>
      <w:r>
        <w:t>yani yeh yeh insan jo hai, yeh paighambar hamare buzurgon ko, baron ko yani bekhabar batata hai,</w:t>
      </w:r>
    </w:p>
    <w:p>
      <w:pPr>
        <w:jc w:val="right"/>
      </w:pPr>
      <w:r>
        <w:t>یعنی یہ یہ انسان جو ہے، یہ پیغمبر ہمارے بزرگوں کو، بڑوں کو یعنی بے خبر بتاتا ہے،</w:t>
      </w:r>
    </w:p>
    <w:p>
      <w:r>
        <w:rPr>
          <w:b/>
        </w:rPr>
        <w:t xml:space="preserve">[35:50] </w:t>
      </w:r>
      <w:r>
        <w:t>nadan batata hai, safih batata hai.</w:t>
      </w:r>
    </w:p>
    <w:p>
      <w:pPr>
        <w:jc w:val="right"/>
      </w:pPr>
      <w:r>
        <w:t>نادان بتاتا ہے، صفی بتاتا ہے۔</w:t>
      </w:r>
    </w:p>
    <w:p>
      <w:r>
        <w:rPr>
          <w:b/>
        </w:rPr>
        <w:t xml:space="preserve">[35:55] </w:t>
      </w:r>
      <w:r>
        <w:t>wohi aaj hai.</w:t>
      </w:r>
    </w:p>
    <w:p>
      <w:pPr>
        <w:jc w:val="right"/>
      </w:pPr>
      <w:r>
        <w:t>وہی آج ہے۔</w:t>
      </w:r>
    </w:p>
    <w:p>
      <w:r>
        <w:rPr>
          <w:b/>
        </w:rPr>
        <w:t xml:space="preserve">[35:59] </w:t>
      </w:r>
      <w:r>
        <w:t>aap zyada tar in ke bare mein kitni daleel ke sath boliye, kitni daleel ke sath phone kahen</w:t>
      </w:r>
    </w:p>
    <w:p>
      <w:pPr>
        <w:jc w:val="right"/>
      </w:pPr>
      <w:r>
        <w:t>آپ زیادہ تر ان کے بارے میں کتنی دلیل کے ساتھ بولیے، کتنی دلیل کے ساتھ فون کہیں</w:t>
      </w:r>
    </w:p>
    <w:p>
      <w:r>
        <w:rPr>
          <w:b/>
        </w:rPr>
        <w:t xml:space="preserve">[36:03] </w:t>
      </w:r>
      <w:r>
        <w:t>ke: "acha, yeh akabir ke khilaf bolte hain." akabir ko Khuda bana rakha hai.</w:t>
      </w:r>
    </w:p>
    <w:p>
      <w:pPr>
        <w:jc w:val="right"/>
      </w:pPr>
      <w:r>
        <w:t>کہ: "اچھا، یہ اکابر کے خلاف بولتے ہیں۔" اکابر کو خدا بنا رکھا ہے۔</w:t>
      </w:r>
    </w:p>
    <w:p>
      <w:r>
        <w:rPr>
          <w:b/>
        </w:rPr>
        <w:t xml:space="preserve">[36:08] </w:t>
      </w:r>
      <w:r>
        <w:t>is wajah se musalmanon mein dekhiye, jo cheez nahi aa rahi hai, woh</w:t>
      </w:r>
    </w:p>
    <w:p>
      <w:pPr>
        <w:jc w:val="right"/>
      </w:pPr>
      <w:r>
        <w:t>اس وجہ سے مسلمانوں میں دیکھیے، جو چیز نہیں آ رہی ہے، وہ</w:t>
      </w:r>
    </w:p>
    <w:p>
      <w:r>
        <w:rPr>
          <w:b/>
        </w:rPr>
        <w:t xml:space="preserve">[36:12] </w:t>
      </w:r>
      <w:r>
        <w:t>islah, reassessment, revision yani mazi par mazi ko ko phir se jaiza le kar ke aur mustaqbil</w:t>
      </w:r>
    </w:p>
    <w:p>
      <w:pPr>
        <w:jc w:val="right"/>
      </w:pPr>
      <w:r>
        <w:t>اصلاح، ری اسیسمنٹ، ریویژن یعنی ماضی پر ماضی کو کو پھر سے جائزہ لے کر کے اور مستقبل</w:t>
      </w:r>
    </w:p>
    <w:p>
      <w:r>
        <w:rPr>
          <w:b/>
        </w:rPr>
        <w:t xml:space="preserve">[36:18] </w:t>
      </w:r>
      <w:r>
        <w:t>ke liye apne ko islah karna.</w:t>
      </w:r>
    </w:p>
    <w:p>
      <w:pPr>
        <w:jc w:val="right"/>
      </w:pPr>
      <w:r>
        <w:t>کے لیے اپنے کو اصلاح کرنا۔</w:t>
      </w:r>
    </w:p>
    <w:p>
      <w:r>
        <w:rPr>
          <w:b/>
        </w:rPr>
        <w:t xml:space="preserve">[36:25] </w:t>
      </w:r>
      <w:r>
        <w:t>We have to re-examine our our our past.</w:t>
      </w:r>
    </w:p>
    <w:p>
      <w:pPr>
        <w:jc w:val="right"/>
      </w:pPr>
      <w:r>
        <w:t>وی ہیو ٹو ری ایگزیمن اور اور اور پاسٹ۔</w:t>
      </w:r>
    </w:p>
    <w:p>
      <w:r>
        <w:rPr>
          <w:b/>
        </w:rPr>
        <w:t xml:space="preserve">[36:31] </w:t>
      </w:r>
      <w:r>
        <w:t>lekin is ke liye tayyar nahin hain musalman.</w:t>
      </w:r>
    </w:p>
    <w:p>
      <w:pPr>
        <w:jc w:val="right"/>
      </w:pPr>
      <w:r>
        <w:t>لیکن اس کے لیے تیار نہیں ہیں مسلمان۔</w:t>
      </w:r>
    </w:p>
    <w:p>
      <w:r>
        <w:rPr>
          <w:b/>
        </w:rPr>
        <w:t xml:space="preserve">[36:37] </w:t>
      </w:r>
      <w:r>
        <w:t>mister ji, to tanqeed ko tabu,</w:t>
      </w:r>
    </w:p>
    <w:p>
      <w:pPr>
        <w:jc w:val="right"/>
      </w:pPr>
      <w:r>
        <w:t>مسٹر جی، تو تنقید کو ٹیبو،</w:t>
      </w:r>
    </w:p>
    <w:p>
      <w:r>
        <w:rPr>
          <w:b/>
        </w:rPr>
        <w:t xml:space="preserve">[36:43] </w:t>
      </w:r>
      <w:r>
        <w:t>yeh jo khatm, yeh zehn khatm karna parega ke tanqeed tabu hai.</w:t>
      </w:r>
    </w:p>
    <w:p>
      <w:pPr>
        <w:jc w:val="right"/>
      </w:pPr>
      <w:r>
        <w:t>یہ جو ختم، یہ ذہن ختم کرنا پڑے گا کہ تنقید ٹیبو ہے۔</w:t>
      </w:r>
    </w:p>
    <w:p>
      <w:r>
        <w:rPr>
          <w:b/>
        </w:rPr>
        <w:t xml:space="preserve">[36:49] </w:t>
      </w:r>
      <w:r>
        <w:t>jab tak yeh yeh zehn khatm na ho, koi naya process shuru nahin ho sakta.</w:t>
      </w:r>
    </w:p>
    <w:p>
      <w:pPr>
        <w:jc w:val="right"/>
      </w:pPr>
      <w:r>
        <w:t>جب تک یہ یہ ذہن ختم نہ ہو، کوئی نیا پراسیس شروع نہیں ہو سکتا۔</w:t>
      </w:r>
    </w:p>
    <w:p>
      <w:r>
        <w:rPr>
          <w:b/>
        </w:rPr>
        <w:t xml:space="preserve">[36:55] </w:t>
      </w:r>
      <w:r>
        <w:t>Mr. G. Musheer Ahmed has written: "Can a person join in the army?" Please comment, kya is</w:t>
      </w:r>
    </w:p>
    <w:p>
      <w:pPr>
        <w:jc w:val="right"/>
      </w:pPr>
      <w:r>
        <w:t>مسٹر جی مشیر احمد نے لکھا ہے: "کین ا پرسن جوائن ان دی آرمی؟" پلیز کمنٹ، کیا اس</w:t>
      </w:r>
    </w:p>
    <w:p>
      <w:r>
        <w:rPr>
          <w:b/>
        </w:rPr>
        <w:t xml:space="preserve">[37:01] </w:t>
      </w:r>
      <w:r>
        <w:t>main poochte hain ke is mein kya kya harj hai? bhai, kyun join kar sakta hai? woh is</w:t>
      </w:r>
    </w:p>
    <w:p>
      <w:pPr>
        <w:jc w:val="right"/>
      </w:pPr>
      <w:r>
        <w:t>میں پوچھتے ہیں کہ اس میں کیا کیا حرج ہے؟ بھئی، کیوں جوائن کر سکتا ہے؟ وہ اس</w:t>
      </w:r>
    </w:p>
    <w:p>
      <w:r>
        <w:rPr>
          <w:b/>
        </w:rPr>
        <w:t xml:space="preserve">[37:07] </w:t>
      </w:r>
      <w:r>
        <w:t>main is mein poochne ki baat to nahin samajh rahi</w:t>
      </w:r>
    </w:p>
    <w:p>
      <w:pPr>
        <w:jc w:val="right"/>
      </w:pPr>
      <w:r>
        <w:t>میں اس میں پوچھنے کی بات تو نہیں سمجھ رہی</w:t>
      </w:r>
    </w:p>
    <w:p>
      <w:r>
        <w:rPr>
          <w:b/>
        </w:rPr>
        <w:t xml:space="preserve">[37:13] </w:t>
      </w:r>
      <w:r>
        <w:t>—</w:t>
      </w:r>
    </w:p>
    <w:p>
      <w:pPr>
        <w:jc w:val="right"/>
      </w:pPr>
      <w:r>
        <w:t>۔</w:t>
      </w:r>
    </w:p>
    <w:p>
      <w:r>
        <w:rPr>
          <w:b/>
        </w:rPr>
        <w:t xml:space="preserve">[37:17] </w:t>
      </w:r>
      <w:r>
        <w:t>maulana, unhon ne ek aur suggestion ke taur par ek cheez likhi hai ke hamein Khuda aur God</w:t>
      </w:r>
    </w:p>
    <w:p>
      <w:pPr>
        <w:jc w:val="right"/>
      </w:pPr>
      <w:r>
        <w:t>مولانا، انہوں نے ایک اور سجیشن کے طور پر ایک چیز لکھی ہے کہ ہمیں خدا اور گاڈ</w:t>
      </w:r>
    </w:p>
    <w:p>
      <w:r>
        <w:rPr>
          <w:b/>
        </w:rPr>
        <w:t xml:space="preserve">[37:21] </w:t>
      </w:r>
      <w:r>
        <w:t>ke lafz ki bajaye Allah ka lafz istemal karna chahiye.</w:t>
      </w:r>
    </w:p>
    <w:p>
      <w:pPr>
        <w:jc w:val="right"/>
      </w:pPr>
      <w:r>
        <w:t>کے لفظ کی بجائے اللہ کا لفظ استعمال کرنا چاہیے۔</w:t>
      </w:r>
    </w:p>
    <w:p>
      <w:r>
        <w:rPr>
          <w:b/>
        </w:rPr>
        <w:t xml:space="preserve">[37:24] </w:t>
      </w:r>
      <w:r>
        <w:t>yeh sab jhoot Pakistan ne nikala hai, Pakistani culture hai.</w:t>
      </w:r>
    </w:p>
    <w:p>
      <w:pPr>
        <w:jc w:val="right"/>
      </w:pPr>
      <w:r>
        <w:t>یہ سب جھوٹ پاکستان نے نکالا ہے، پاکستانی کلچر ہے۔</w:t>
      </w:r>
    </w:p>
    <w:p>
      <w:r>
        <w:rPr>
          <w:b/>
        </w:rPr>
        <w:t xml:space="preserve">[37:28] </w:t>
      </w:r>
      <w:r>
        <w:t>main is ke sakht khilaf hoon.</w:t>
      </w:r>
    </w:p>
    <w:p>
      <w:pPr>
        <w:jc w:val="right"/>
      </w:pPr>
      <w:r>
        <w:t>میں اس کے سخت خلاف ہوں۔</w:t>
      </w:r>
    </w:p>
    <w:p>
      <w:r>
        <w:rPr>
          <w:b/>
        </w:rPr>
        <w:t xml:space="preserve">[37:32] </w:t>
      </w:r>
      <w:r>
        <w:t>Allah ka lafz mushrik bolte the wahan par.</w:t>
      </w:r>
    </w:p>
    <w:p>
      <w:pPr>
        <w:jc w:val="right"/>
      </w:pPr>
      <w:r>
        <w:t>اللہ کا لفظ مشرک بولتے تھے وہاں پر۔</w:t>
      </w:r>
    </w:p>
    <w:p>
      <w:r>
        <w:rPr>
          <w:b/>
        </w:rPr>
        <w:t xml:space="preserve">[37:36] </w:t>
      </w:r>
      <w:r>
        <w:t>un logon ko pata nahin un un un un zalimon ko ke lafz Allah Rasool Allah ne thori nikala tha.</w:t>
      </w:r>
    </w:p>
    <w:p>
      <w:pPr>
        <w:jc w:val="right"/>
      </w:pPr>
      <w:r>
        <w:t>ان لوگوں کو پتہ نہیں ان ان ان ان ظالموں کو کہ لفظ اللہ رسول اللہ نے تھوڑی نکالا تھا۔</w:t>
      </w:r>
    </w:p>
    <w:p>
      <w:r>
        <w:rPr>
          <w:b/>
        </w:rPr>
        <w:t xml:space="preserve">[37:39] </w:t>
      </w:r>
      <w:r>
        <w:t>Makkah ke mushrikeen, Arab ke mushrikeen, Allah to Allah</w:t>
      </w:r>
    </w:p>
    <w:p>
      <w:pPr>
        <w:jc w:val="right"/>
      </w:pPr>
      <w:r>
        <w:t>مکہ کے مشرکین، عرب کے مشرکین، اللہ تو اللہ</w:t>
      </w:r>
    </w:p>
    <w:p>
      <w:r>
        <w:rPr>
          <w:b/>
        </w:rPr>
        <w:t xml:space="preserve">[37:43] </w:t>
      </w:r>
      <w:r>
        <w:t>bolte the, to bhi galat tha.</w:t>
      </w:r>
    </w:p>
    <w:p>
      <w:pPr>
        <w:jc w:val="right"/>
      </w:pPr>
      <w:r>
        <w:t>بولتے تھے، تو بھی غلط تھا۔</w:t>
      </w:r>
    </w:p>
    <w:p>
      <w:r>
        <w:rPr>
          <w:b/>
        </w:rPr>
        <w:t xml:space="preserve">[37:47] </w:t>
      </w:r>
      <w:r>
        <w:t>Rasool Allah ko koi aur ajeeb ghareeb lafz nikalna chahiye the kahin se.</w:t>
      </w:r>
    </w:p>
    <w:p>
      <w:pPr>
        <w:jc w:val="right"/>
      </w:pPr>
      <w:r>
        <w:t>رسول اللہ کو کوئی اور عجیب غریب لفظ نکالنا چاہیے تھے کہیں سے۔</w:t>
      </w:r>
    </w:p>
    <w:p>
      <w:r>
        <w:rPr>
          <w:b/>
        </w:rPr>
        <w:t xml:space="preserve">[37:51] </w:t>
      </w:r>
      <w:r>
        <w:t>Allah Hafiz nikala hai.</w:t>
      </w:r>
    </w:p>
    <w:p>
      <w:pPr>
        <w:jc w:val="right"/>
      </w:pPr>
      <w:r>
        <w:t>اللہ حافظ نکالا ہے۔</w:t>
      </w:r>
    </w:p>
    <w:p>
      <w:r>
        <w:rPr>
          <w:b/>
        </w:rPr>
        <w:t xml:space="preserve">[37:55] </w:t>
      </w:r>
      <w:r>
        <w:t>yeh sab bilkul main is ko bilkul hi ek qoumi culture samajhta hoon.</w:t>
      </w:r>
    </w:p>
    <w:p>
      <w:pPr>
        <w:jc w:val="right"/>
      </w:pPr>
      <w:r>
        <w:t>یہ سب بالکل میں اس کو بالکل ہی ایک قومی کلچر سمجھتا ہوں۔</w:t>
      </w:r>
    </w:p>
    <w:p>
      <w:r>
        <w:rPr>
          <w:b/>
        </w:rPr>
        <w:t xml:space="preserve">[37:58] </w:t>
      </w:r>
      <w:r>
        <w:t>qoumi culture jis ka Islam se koi talluq nahin hai.</w:t>
      </w:r>
    </w:p>
    <w:p>
      <w:pPr>
        <w:jc w:val="right"/>
      </w:pPr>
      <w:r>
        <w:t>قومی کلچر جس کا اسلام سے کوئی تعلق نہیں ہے۔</w:t>
      </w:r>
    </w:p>
    <w:p>
      <w:r>
        <w:rPr>
          <w:b/>
        </w:rPr>
        <w:t xml:space="preserve">[38:02] </w:t>
      </w:r>
      <w:r>
        <w:t>musalmanon ne isi ko apni pehchan bana rakha hai ke hamara yeh hamari yeh culture hai.</w:t>
      </w:r>
    </w:p>
    <w:p>
      <w:pPr>
        <w:jc w:val="right"/>
      </w:pPr>
      <w:r>
        <w:t>مسلمانوں نے اسی کو اپنی پہچان بنا رکھا ہے کہ ہمارا یہ ہماری یہ کلچر ہے۔</w:t>
      </w:r>
    </w:p>
    <w:p>
      <w:r>
        <w:rPr>
          <w:b/>
        </w:rPr>
        <w:t xml:space="preserve">[38:06] </w:t>
      </w:r>
      <w:r>
        <w:t>hum Allah Hafiz kehte hain, Khuda Hafiz bilkul theek the.</w:t>
      </w:r>
    </w:p>
    <w:p>
      <w:pPr>
        <w:jc w:val="right"/>
      </w:pPr>
      <w:r>
        <w:t>ہم اللہ حافظ کہتے ہیں، خدا حافظ بالکل ٹھیک تھے۔</w:t>
      </w:r>
    </w:p>
    <w:p>
      <w:r>
        <w:rPr>
          <w:b/>
        </w:rPr>
        <w:t xml:space="preserve">[38:10] </w:t>
      </w:r>
      <w:r>
        <w:t>aur yeh kar rakha hai unhon ne.</w:t>
      </w:r>
    </w:p>
    <w:p>
      <w:pPr>
        <w:jc w:val="right"/>
      </w:pPr>
      <w:r>
        <w:t>اور یہ کر رکھا ہے انہوں نے۔</w:t>
      </w:r>
    </w:p>
    <w:p>
      <w:r>
        <w:rPr>
          <w:b/>
        </w:rPr>
        <w:t xml:space="preserve">[38:13] </w:t>
      </w:r>
      <w:r>
        <w:t>dekhiye, musalman jab yaani Arab mein mushrik jo the, woh Allah bolte the.</w:t>
      </w:r>
    </w:p>
    <w:p>
      <w:pPr>
        <w:jc w:val="right"/>
      </w:pPr>
      <w:r>
        <w:t>دیکھیے، مسلمان جب یعنی عرب میں مشرک جو تھے، وہ اللہ بولتے تھے۔</w:t>
      </w:r>
    </w:p>
    <w:p>
      <w:r>
        <w:rPr>
          <w:b/>
        </w:rPr>
        <w:t xml:space="preserve">[38:18] </w:t>
      </w:r>
      <w:r>
        <w:t>Rasool Allah sal Allah alaihi wasallam bhi Allah bole kyunke dono ki zuban ek thi.</w:t>
      </w:r>
    </w:p>
    <w:p>
      <w:pPr>
        <w:jc w:val="right"/>
      </w:pPr>
      <w:r>
        <w:t>رسول اللہ صلی اللہ علیہ وسلم بھی اللہ بولے کیونکہ دونوں کی زبان ایک تھی۔</w:t>
      </w:r>
    </w:p>
    <w:p>
      <w:r>
        <w:rPr>
          <w:b/>
        </w:rPr>
        <w:t xml:space="preserve">[38:22] </w:t>
      </w:r>
      <w:r>
        <w:t>phir yeh log jab Iran gaye to Iran wahan Khuda ka lafz chalta tha.</w:t>
      </w:r>
    </w:p>
    <w:p>
      <w:pPr>
        <w:jc w:val="right"/>
      </w:pPr>
      <w:r>
        <w:t>پھر یہ لوگ جب ایران گئے تو ایران وہاں خدا کا لفظ چلتا تھا۔</w:t>
      </w:r>
    </w:p>
    <w:p>
      <w:r>
        <w:rPr>
          <w:b/>
        </w:rPr>
        <w:t xml:space="preserve">[38:26] </w:t>
      </w:r>
      <w:r>
        <w:t>to unhi musalmanon ne khuda ka lafz istemal kiya.</w:t>
      </w:r>
    </w:p>
    <w:p>
      <w:pPr>
        <w:jc w:val="right"/>
      </w:pPr>
      <w:r>
        <w:t>تو انہی مسلمانوں نے خدا کا لفظ استعمال کیا۔</w:t>
      </w:r>
    </w:p>
    <w:p>
      <w:r>
        <w:rPr>
          <w:b/>
        </w:rPr>
        <w:t xml:space="preserve">[38:31] </w:t>
      </w:r>
      <w:r>
        <w:t>sara persian literature bhara hua hai lafz khuda se.</w:t>
      </w:r>
    </w:p>
    <w:p>
      <w:pPr>
        <w:jc w:val="right"/>
      </w:pPr>
      <w:r>
        <w:t>سارا پرشین لٹریچر بھرا ہوا ہے لفظ خدا سے۔</w:t>
      </w:r>
    </w:p>
    <w:p>
      <w:r>
        <w:rPr>
          <w:b/>
        </w:rPr>
        <w:t xml:space="preserve">[38:35] </w:t>
      </w:r>
      <w:r>
        <w:t>bade bade ulma, bade bade akabir ne kitaben likhin, is mein khuda ka lafz istemal kiya unhon ne.</w:t>
      </w:r>
    </w:p>
    <w:p>
      <w:pPr>
        <w:jc w:val="right"/>
      </w:pPr>
      <w:r>
        <w:t>بڑے بڑے علماء، بڑے بڑے اکابر نے کتابیں لکھیں، اس میں خدا کا لفظ استعمال کیا انہوں نے۔</w:t>
      </w:r>
    </w:p>
    <w:p>
      <w:r>
        <w:rPr>
          <w:b/>
        </w:rPr>
        <w:t xml:space="preserve">[38:39] </w:t>
      </w:r>
      <w:r>
        <w:t>to kya yeh</w:t>
      </w:r>
    </w:p>
    <w:p>
      <w:pPr>
        <w:jc w:val="right"/>
      </w:pPr>
      <w:r>
        <w:t>تو کیا یہ</w:t>
      </w:r>
    </w:p>
    <w:p>
      <w:r>
        <w:rPr>
          <w:b/>
        </w:rPr>
        <w:t xml:space="preserve">[38:43] </w:t>
      </w:r>
      <w:r>
        <w:t>history ko in cheezon mein phansa rakha hai musalmanon ko? badi badi cheezen jo hain, is mein use hatate hain.</w:t>
      </w:r>
    </w:p>
    <w:p>
      <w:pPr>
        <w:jc w:val="right"/>
      </w:pPr>
      <w:r>
        <w:t>ہسٹری کو ان چیزوں میں پھنسا رکھا ہے مسلمانوں کو؟ بڑی بڑی چیزیں جو ہیں، اس میں اسے ہٹاتے ہیں۔</w:t>
      </w:r>
    </w:p>
    <w:p>
      <w:r>
        <w:rPr>
          <w:b/>
        </w:rPr>
        <w:t xml:space="preserve">[38:48] </w:t>
      </w:r>
      <w:r>
        <w:t>yeh travel better se phansa rakha hai musalmanon ko.</w:t>
      </w:r>
    </w:p>
    <w:p>
      <w:pPr>
        <w:jc w:val="right"/>
      </w:pPr>
      <w:r>
        <w:t>یہ ٹریول بیٹر سے پھنسا رکھا ہے مسلمانوں کو۔</w:t>
      </w:r>
    </w:p>
    <w:p>
      <w:r>
        <w:rPr>
          <w:b/>
        </w:rPr>
        <w:t xml:space="preserve">[38:52] </w:t>
      </w:r>
      <w:r>
        <w:t>unhi logon ne yeh badi badi cheezen jo sochne ki hain, is is par nahin.</w:t>
      </w:r>
    </w:p>
    <w:p>
      <w:pPr>
        <w:jc w:val="right"/>
      </w:pPr>
      <w:r>
        <w:t>انہی لوگوں نے یہ بڑی بڑی چیزیں جو سوچنے کی ہیں، اس اس پر نہیں۔</w:t>
      </w:r>
    </w:p>
    <w:p>
      <w:r>
        <w:rPr>
          <w:b/>
        </w:rPr>
        <w:t xml:space="preserve">[38:57] </w:t>
      </w:r>
      <w:r>
        <w:t>is par unhon ne ke hum hum Allah Hafiz hum kahenge, hum God nahin istemal karenge,</w:t>
      </w:r>
    </w:p>
    <w:p>
      <w:pPr>
        <w:jc w:val="right"/>
      </w:pPr>
      <w:r>
        <w:t>اس پر انہوں نے کہ ہم ہم اللہ حافظ ہم کہیں گے، ہم گاڈ نہیں استعمال کریں گے،</w:t>
      </w:r>
    </w:p>
    <w:p>
      <w:r>
        <w:rPr>
          <w:b/>
        </w:rPr>
        <w:t xml:space="preserve">[39:01] </w:t>
      </w:r>
      <w:r>
        <w:t>hum Allah kahenge.</w:t>
      </w:r>
    </w:p>
    <w:p>
      <w:pPr>
        <w:jc w:val="right"/>
      </w:pPr>
      <w:r>
        <w:t>ہم اللہ کہیں گے۔</w:t>
      </w:r>
    </w:p>
    <w:p>
      <w:r>
        <w:rPr>
          <w:b/>
        </w:rPr>
        <w:t xml:space="preserve">[39:06] </w:t>
      </w:r>
      <w:r>
        <w:t>yeh sab bilkul yani travel cheezon mein phansana hai musalmanon ko.</w:t>
      </w:r>
    </w:p>
    <w:p>
      <w:pPr>
        <w:jc w:val="right"/>
      </w:pPr>
      <w:r>
        <w:t>یہ سب بالکل یعنی ٹریول چیزوں میں پھنسانا ہے مسلمانوں کو۔</w:t>
      </w:r>
    </w:p>
    <w:p>
      <w:r>
        <w:rPr>
          <w:b/>
        </w:rPr>
        <w:t xml:space="preserve">[39:10] </w:t>
      </w:r>
      <w:r>
        <w:t>aur badi badi baaten jo hain, is ki unhein khabar bhi nahin hai aur na musalmanon ko</w:t>
      </w:r>
    </w:p>
    <w:p>
      <w:pPr>
        <w:jc w:val="right"/>
      </w:pPr>
      <w:r>
        <w:t>اور بڑی بڑی باتیں جو ہیں، اس کی انہیں خبر بھی نہیں ہے اور نہ مسلمانوں کو</w:t>
      </w:r>
    </w:p>
    <w:p>
      <w:r>
        <w:rPr>
          <w:b/>
        </w:rPr>
        <w:t xml:space="preserve">[39:15] </w:t>
      </w:r>
      <w:r>
        <w:t>is ko soch paida karte hain musalmanon ke andar.</w:t>
      </w:r>
    </w:p>
    <w:p>
      <w:pPr>
        <w:jc w:val="right"/>
      </w:pPr>
      <w:r>
        <w:t>اس کو سوچ پیدا کرتے ہیں مسلمانوں کے اندر۔</w:t>
      </w:r>
    </w:p>
    <w:p>
      <w:r>
        <w:rPr>
          <w:b/>
        </w:rPr>
        <w:t xml:space="preserve">[39:18] </w:t>
      </w:r>
      <w:r>
        <w:t>bas mein is ke sakht khilaf hoon.</w:t>
      </w:r>
    </w:p>
    <w:p>
      <w:pPr>
        <w:jc w:val="right"/>
      </w:pPr>
      <w:r>
        <w:t>بس میں اس کے سخت خلاف ہوں۔</w:t>
      </w:r>
    </w:p>
    <w:p>
      <w:r>
        <w:rPr>
          <w:b/>
        </w:rPr>
        <w:t xml:space="preserve">[39:21] </w:t>
      </w:r>
      <w:r>
        <w:t>is is is zehan ke, is is is culture ke ke qaumi hai, yeh sirtasar ek qaumi phenomena</w:t>
      </w:r>
    </w:p>
    <w:p>
      <w:pPr>
        <w:jc w:val="right"/>
      </w:pPr>
      <w:r>
        <w:t>اس اس اس ذہن کے، اس اس اس کلچر کے کہ قومی ہے، یہ سرتاسر ایک قومی فیناومینا</w:t>
      </w:r>
    </w:p>
    <w:p>
      <w:r>
        <w:rPr>
          <w:b/>
        </w:rPr>
        <w:t xml:space="preserve">[39:25] </w:t>
      </w:r>
      <w:r>
        <w:t>hai, is ka Islam se koi talluq nahin hai.</w:t>
      </w:r>
    </w:p>
    <w:p>
      <w:pPr>
        <w:jc w:val="right"/>
      </w:pPr>
      <w:r>
        <w:t>ہے، اس کا اسلام سے کوئی تعلق نہیں ہے۔</w:t>
      </w:r>
    </w:p>
    <w:p>
      <w:r>
        <w:rPr>
          <w:b/>
        </w:rPr>
        <w:t xml:space="preserve">[39:28] </w:t>
      </w:r>
      <w:r>
        <w:t>yani in logon ko pata hi nahin ke Rasool Allah ne lafz Allah istemal kiya ya Quran ka</w:t>
      </w:r>
    </w:p>
    <w:p>
      <w:pPr>
        <w:jc w:val="right"/>
      </w:pPr>
      <w:r>
        <w:t>یعنی ان لوگوں کو پتہ ہی نہیں کہ رسول اللہ نے لفظ اللہ استعمال کیا یا قرآن کا</w:t>
      </w:r>
    </w:p>
    <w:p>
      <w:r>
        <w:rPr>
          <w:b/>
        </w:rPr>
        <w:t xml:space="preserve">[39:31] </w:t>
      </w:r>
      <w:r>
        <w:t>lafz Allah istemal hua.</w:t>
      </w:r>
    </w:p>
    <w:p>
      <w:pPr>
        <w:jc w:val="right"/>
      </w:pPr>
      <w:r>
        <w:t>لفظ اللہ استعمال ہوا۔</w:t>
      </w:r>
    </w:p>
    <w:p>
      <w:r>
        <w:rPr>
          <w:b/>
        </w:rPr>
        <w:t xml:space="preserve">[39:35] </w:t>
      </w:r>
      <w:r>
        <w:t>to yeh mushrik bhi pehle bolte the lafz Allah.</w:t>
      </w:r>
    </w:p>
    <w:p>
      <w:pPr>
        <w:jc w:val="right"/>
      </w:pPr>
      <w:r>
        <w:t>تو یہ مشرک بھی پہلے بولتے تھے لفظ اللہ۔</w:t>
      </w:r>
    </w:p>
    <w:p>
      <w:r>
        <w:rPr>
          <w:b/>
        </w:rPr>
        <w:t xml:space="preserve">[39:38] </w:t>
      </w:r>
      <w:r>
        <w:t>yeh thodi ke woh jannat se yeh lafz aaya tha.</w:t>
      </w:r>
    </w:p>
    <w:p>
      <w:pPr>
        <w:jc w:val="right"/>
      </w:pPr>
      <w:r>
        <w:t>یہ تھوڑی کہ وہ جنت سے یہ لفظ آیا تھا۔</w:t>
      </w:r>
    </w:p>
    <w:p>
      <w:r>
        <w:rPr>
          <w:b/>
        </w:rPr>
        <w:t xml:space="preserve">[39:41] </w:t>
      </w:r>
      <w:r>
        <w:t>kaise ajeeb ghareeb log hain, yeh</w:t>
      </w:r>
    </w:p>
    <w:p>
      <w:pPr>
        <w:jc w:val="right"/>
      </w:pPr>
      <w:r>
        <w:t>کیسے عجیب غریب لوگ ہیں، یہ</w:t>
      </w:r>
    </w:p>
    <w:p>
      <w:r>
        <w:rPr>
          <w:b/>
        </w:rPr>
        <w:t xml:space="preserve">[39:45] </w:t>
      </w:r>
      <w:r>
        <w:t>kuchh jante nahin kuchh baaton ko. khud Quran se sabit hai ke Allah ka bolte the woh ke agar un se poochho ke kis ne paida kiya zameen o aasman ko to Allah kahenge. yeh mushrikeen ke bare mein aaya hai. yeh bilkul yeh sab qaumi baaten hain. hamein is se bahar aa kar ke zyada se zyada bade bade masail is par sochna chahiye. maulana amanullah mathi ne Dilli se likha hai: "al risala mission mein ulama faida</w:t>
      </w:r>
    </w:p>
    <w:p>
      <w:pPr>
        <w:jc w:val="right"/>
      </w:pPr>
      <w:r>
        <w:t>کچھ جانتے نہیں کچھ باتوں کو۔ خود قرآن سے ثابت ہے کہ اللہ کا بولتے تھے وہ کہ اگر ان سے پوچھو کہ کس نے پیدا کیا زمین و آسمان کو تو اللہ کہیں گے۔ یہ مشرکین کے بارے میں آیا ہے۔ یہ بالکل یہ سب قومی باتیں ہیں۔ ہمیں اس سے باہر آ کر کے زیادہ سے زیادہ بڑے بڑے مسائل اس پر سوچنا چاہیے۔ مولانا امان اللہ ریاضی نے دلی سے لکھا ہے: "الرسالہ مشن میں علماء فائدہ</w:t>
      </w:r>
    </w:p>
    <w:p>
      <w:r>
        <w:rPr>
          <w:b/>
        </w:rPr>
        <w:t xml:space="preserve">[40:15] </w:t>
      </w:r>
      <w:r>
        <w:t>kaise utha sakte hain? is silsile mein aap ka mashwara kya hai?" padhen aur kya hai? padhen aur ek bar nahin, kai kai bar padhen aur aur kya? aur kya? aur kya karna hai? main yeh dekhiye, yeh kahunga ke ek hadith hai, momin ki sifat batai gayi hai ke "an yakoon baseeran bizamani"</w:t>
      </w:r>
    </w:p>
    <w:p>
      <w:pPr>
        <w:jc w:val="right"/>
      </w:pPr>
      <w:r>
        <w:t>کیسے اٹھا سکتے ہیں؟ اس سلسلے میں آپ کا مشورہ کیا ہے؟" پڑھیں اور کیا ہے؟ پڑھیں اور ایک بار نہیں، کئی کئی بار پڑھیں اور اور کیا؟ اور کیا؟ اور کیا کرنا ہے؟ میں یہ دیکھیے، یہ کہوں گا کہ ایک حدیث ہے، مومن کی صفت بتائی گئی ہے کہ "ان یکون بصیرا بزمانی"</w:t>
      </w:r>
    </w:p>
    <w:p>
      <w:r>
        <w:rPr>
          <w:b/>
        </w:rPr>
        <w:t xml:space="preserve">[40:45] </w:t>
      </w:r>
      <w:r>
        <w:t>—</w:t>
      </w:r>
    </w:p>
    <w:p>
      <w:pPr>
        <w:jc w:val="right"/>
      </w:pPr>
      <w:r>
        <w:t>۔</w:t>
      </w:r>
    </w:p>
    <w:p>
      <w:r>
        <w:rPr>
          <w:b/>
        </w:rPr>
        <w:t xml:space="preserve">[40:49] </w:t>
      </w:r>
      <w:r>
        <w:t>woh zamane se baghbar hota hai.</w:t>
      </w:r>
    </w:p>
    <w:p>
      <w:pPr>
        <w:jc w:val="right"/>
      </w:pPr>
      <w:r>
        <w:t>وہ زمانے سے باخبر ہوتا ہے۔</w:t>
      </w:r>
    </w:p>
    <w:p>
      <w:r>
        <w:rPr>
          <w:b/>
        </w:rPr>
        <w:t xml:space="preserve">[40:53] </w:t>
      </w:r>
      <w:r>
        <w:t>to jo nisaab padhaya jata hai madaris mein, is ka talluq zamane se kuch bhi nahin hai.</w:t>
      </w:r>
    </w:p>
    <w:p>
      <w:pPr>
        <w:jc w:val="right"/>
      </w:pPr>
      <w:r>
        <w:t>تو جو نصاب پڑھایا جاتا ہے مدارس میں، اس کا تعلق زمانے سے کچھ بھی نہیں ہے۔</w:t>
      </w:r>
    </w:p>
    <w:p>
      <w:r>
        <w:rPr>
          <w:b/>
        </w:rPr>
        <w:t xml:space="preserve">[40:58] </w:t>
      </w:r>
      <w:r>
        <w:t>is ka talluq to kuch mutoon banaye gaye pehle, woh wohi padhaye jate hain.</w:t>
      </w:r>
    </w:p>
    <w:p>
      <w:pPr>
        <w:jc w:val="right"/>
      </w:pPr>
      <w:r>
        <w:t>اس کا تعلق تو کچھ متون بنائے گئے پہلے، وہ وہی پڑھائے جاتے ہیں۔</w:t>
      </w:r>
    </w:p>
    <w:p>
      <w:r>
        <w:rPr>
          <w:b/>
        </w:rPr>
        <w:t xml:space="preserve">[41:02] </w:t>
      </w:r>
      <w:r>
        <w:t>isi ko padh kar ke woh un ko un ko sanden milti hain.</w:t>
      </w:r>
    </w:p>
    <w:p>
      <w:pPr>
        <w:jc w:val="right"/>
      </w:pPr>
      <w:r>
        <w:t>اسی کو پڑھ کر کے وہ ان کو ان کو سندیں ملتی ہیں۔</w:t>
      </w:r>
    </w:p>
    <w:p>
      <w:r>
        <w:rPr>
          <w:b/>
        </w:rPr>
        <w:t xml:space="preserve">[41:06] </w:t>
      </w:r>
      <w:r>
        <w:t>lekin aaj ka zamana jo hai, is se bilkul be khabar rehte hain woh.</w:t>
      </w:r>
    </w:p>
    <w:p>
      <w:pPr>
        <w:jc w:val="right"/>
      </w:pPr>
      <w:r>
        <w:t>لیکن آج کا زمانہ جو ہے، اس سے بالکل بے خبر رہتے ہیں وہ۔</w:t>
      </w:r>
    </w:p>
    <w:p>
      <w:r>
        <w:rPr>
          <w:b/>
        </w:rPr>
        <w:t xml:space="preserve">[41:11] </w:t>
      </w:r>
      <w:r>
        <w:t>to main logon se kaha karta hoon ke aap deeni ilm seekhein</w:t>
      </w:r>
    </w:p>
    <w:p>
      <w:pPr>
        <w:jc w:val="right"/>
      </w:pPr>
      <w:r>
        <w:t>تو میں لوگوں سے کہا کرتا ہوں کہ آپ دینی علم سیکھیں</w:t>
      </w:r>
    </w:p>
    <w:p>
      <w:r>
        <w:rPr>
          <w:b/>
        </w:rPr>
        <w:t xml:space="preserve">[41:15] </w:t>
      </w:r>
      <w:r>
        <w:t>madrasay mein aur baseerat-e-zamana banne ke liye aur risala ka mutala kijiyey.</w:t>
      </w:r>
    </w:p>
    <w:p>
      <w:pPr>
        <w:jc w:val="right"/>
      </w:pPr>
      <w:r>
        <w:t>مدرسے میں اور بصیرت زمانہ بننے کے لیے اور رسالہ کا مطالعہ کیجئے۔</w:t>
      </w:r>
    </w:p>
    <w:p>
      <w:r>
        <w:rPr>
          <w:b/>
        </w:rPr>
        <w:t xml:space="preserve">[41:20] </w:t>
      </w:r>
      <w:r>
        <w:t>aap deeni ilm seekhein madrasay mein, lekin hadith ke mutabiq baseerat-e-zamana banne ke liye aap ko risala</w:t>
      </w:r>
    </w:p>
    <w:p>
      <w:pPr>
        <w:jc w:val="right"/>
      </w:pPr>
      <w:r>
        <w:t>آپ دینی علم سیکھیں مدرسے میں، لیکن حدیث کے مطابق بصیرت زمانہ بننے کے لیے آپ کو رسالہ</w:t>
      </w:r>
    </w:p>
    <w:p>
      <w:r>
        <w:rPr>
          <w:b/>
        </w:rPr>
        <w:t xml:space="preserve">[41:25] </w:t>
      </w:r>
      <w:r>
        <w:t>ka mutala karna chahiye.</w:t>
      </w:r>
    </w:p>
    <w:p>
      <w:pPr>
        <w:jc w:val="right"/>
      </w:pPr>
      <w:r>
        <w:t>کا مطالعہ کرنا چاہیے۔</w:t>
      </w:r>
    </w:p>
    <w:p>
      <w:r>
        <w:rPr>
          <w:b/>
        </w:rPr>
        <w:t xml:space="preserve">[41:30] </w:t>
      </w:r>
      <w:r>
        <w:t>bohat pabandi ke sath, ehtimam ke sath, ek parcha kai kai bar padhiye aap.</w:t>
      </w:r>
    </w:p>
    <w:p>
      <w:pPr>
        <w:jc w:val="right"/>
      </w:pPr>
      <w:r>
        <w:t>بہت پابندی کے ساتھ، اہتمام کے ساتھ، ایک پرچہ کئی کئی بار پڑھیے آپ۔</w:t>
      </w:r>
    </w:p>
    <w:p>
      <w:r>
        <w:rPr>
          <w:b/>
        </w:rPr>
        <w:t xml:space="preserve">[41:35] </w:t>
      </w:r>
      <w:r>
        <w:t>dekhiye, hamare madaris mein jo cheezein padhai jaati hain, us ko do qism ke bataya jaata hai: uloom</w:t>
      </w:r>
    </w:p>
    <w:p>
      <w:pPr>
        <w:jc w:val="right"/>
      </w:pPr>
      <w:r>
        <w:t>دیکھیں، ہمارے مدارس میں جو چیزیں پڑھائی جاتی ہیں، اس کو دو قسم کے بتایا جاتا ہے: علوم</w:t>
      </w:r>
    </w:p>
    <w:p>
      <w:r>
        <w:rPr>
          <w:b/>
        </w:rPr>
        <w:t xml:space="preserve">[41:40] </w:t>
      </w:r>
      <w:r>
        <w:t>aaliya aur uloom aaliya, yaani ain aur alif.</w:t>
      </w:r>
    </w:p>
    <w:p>
      <w:pPr>
        <w:jc w:val="right"/>
      </w:pPr>
      <w:r>
        <w:t>عالیہ اور علوم عالیہ، یعنی عین اور الف۔</w:t>
      </w:r>
    </w:p>
    <w:p>
      <w:r>
        <w:rPr>
          <w:b/>
        </w:rPr>
        <w:t xml:space="preserve">[41:45] </w:t>
      </w:r>
      <w:r>
        <w:t>to uloom aaliya to wahi ka wahi rahengey.</w:t>
      </w:r>
    </w:p>
    <w:p>
      <w:pPr>
        <w:jc w:val="right"/>
      </w:pPr>
      <w:r>
        <w:t>تو علوم عالیہ تو وہی کا وہی رہیں گے۔</w:t>
      </w:r>
    </w:p>
    <w:p>
      <w:r>
        <w:rPr>
          <w:b/>
        </w:rPr>
        <w:t xml:space="preserve">[41:49] </w:t>
      </w:r>
      <w:r>
        <w:t>uloom aaliya badal jaate hain, alif se uloom aaliya.</w:t>
      </w:r>
    </w:p>
    <w:p>
      <w:pPr>
        <w:jc w:val="right"/>
      </w:pPr>
      <w:r>
        <w:t>علوم عالیہ بدل جاتے ہیں، الف سے علوم عالیہ۔</w:t>
      </w:r>
    </w:p>
    <w:p>
      <w:r>
        <w:rPr>
          <w:b/>
        </w:rPr>
        <w:t xml:space="preserve">[41:54] </w:t>
      </w:r>
      <w:r>
        <w:t>ab badal chuke hain woh.</w:t>
      </w:r>
    </w:p>
    <w:p>
      <w:pPr>
        <w:jc w:val="right"/>
      </w:pPr>
      <w:r>
        <w:t>اب بدل چکے ہیں وہ۔</w:t>
      </w:r>
    </w:p>
    <w:p>
      <w:r>
        <w:rPr>
          <w:b/>
        </w:rPr>
        <w:t xml:space="preserve">[41:58] </w:t>
      </w:r>
      <w:r>
        <w:t>ab uloom aaliya jo hai, risala hai, woh nahi hai jo aap padhte hain madrasay ki kitabon mein.</w:t>
      </w:r>
    </w:p>
    <w:p>
      <w:pPr>
        <w:jc w:val="right"/>
      </w:pPr>
      <w:r>
        <w:t>اب علوم عالیہ جو ہے، رسالہ ہے، وہ نہیں ہے جو آپ پڑھتے ہیں مدرسے کی کتابوں میں۔</w:t>
      </w:r>
    </w:p>
    <w:p>
      <w:r>
        <w:rPr>
          <w:b/>
        </w:rPr>
        <w:t xml:space="preserve">[42:02] </w:t>
      </w:r>
      <w:r>
        <w:t>kabhi woh uloom aaliya rahe honge, ab woh uloom aaliya nahi hain.</w:t>
      </w:r>
    </w:p>
    <w:p>
      <w:pPr>
        <w:jc w:val="right"/>
      </w:pPr>
      <w:r>
        <w:t>کبھی وہ علوم عالیہ رہے ہوں گے، اب وہ علوم عالیہ نہیں ہیں۔</w:t>
      </w:r>
    </w:p>
    <w:p>
      <w:r>
        <w:rPr>
          <w:b/>
        </w:rPr>
        <w:t xml:space="preserve">[42:07] </w:t>
      </w:r>
      <w:r>
        <w:t>ab to tareekh ke paray dastan hain woh.</w:t>
      </w:r>
    </w:p>
    <w:p>
      <w:pPr>
        <w:jc w:val="right"/>
      </w:pPr>
      <w:r>
        <w:t>اب تو تاریخ کے پارے داستان ہیں وہ۔</w:t>
      </w:r>
    </w:p>
    <w:p>
      <w:r>
        <w:rPr>
          <w:b/>
        </w:rPr>
        <w:t xml:space="preserve">[42:11] </w:t>
      </w:r>
      <w:r>
        <w:t>to main samajhta hoon ke bator uloom aaliya ke, yaani alif se aaliya ko logon ko risala shamil karna chahiye</w:t>
      </w:r>
    </w:p>
    <w:p>
      <w:pPr>
        <w:jc w:val="right"/>
      </w:pPr>
      <w:r>
        <w:t>تو میں سمجھتا ہوں کہ بطور علوم عالیہ کے، یعنی الف سے عالیہ کو لوگوں کو رسالہ شامل کرنا چاہیے</w:t>
      </w:r>
    </w:p>
    <w:p>
      <w:r>
        <w:rPr>
          <w:b/>
        </w:rPr>
        <w:t xml:space="preserve">[42:15] </w:t>
      </w:r>
      <w:r>
        <w:t>apne mutale mein.</w:t>
      </w:r>
    </w:p>
    <w:p>
      <w:pPr>
        <w:jc w:val="right"/>
      </w:pPr>
      <w:r>
        <w:t>اپنے مطالعے میں۔</w:t>
      </w:r>
    </w:p>
    <w:p>
      <w:r>
        <w:rPr>
          <w:b/>
        </w:rPr>
        <w:t xml:space="preserve">[42:20] </w:t>
      </w:r>
      <w:r>
        <w:t>agar nisaab bane to mutale mein to lazman shamil karna chahiye.</w:t>
      </w:r>
    </w:p>
    <w:p>
      <w:pPr>
        <w:jc w:val="right"/>
      </w:pPr>
      <w:r>
        <w:t>اگر نصاب بنے تو مطالعے میں تو لازماً شامل کرنا چاہیے۔</w:t>
      </w:r>
    </w:p>
    <w:p>
      <w:r>
        <w:rPr>
          <w:b/>
        </w:rPr>
        <w:t xml:space="preserve">[42:24] </w:t>
      </w:r>
      <w:r>
        <w:t>warna baseerat-e-zamana nahi rahenge aur adhura un ka ilm rahega, adhura.</w:t>
      </w:r>
    </w:p>
    <w:p>
      <w:pPr>
        <w:jc w:val="right"/>
      </w:pPr>
      <w:r>
        <w:t>ورنہ بصیرت زمانہ نہیں رہیں گے اور ادھورا ان کا علم رہے گا، ادھورا۔</w:t>
      </w:r>
    </w:p>
    <w:p>
      <w:r>
        <w:rPr>
          <w:b/>
        </w:rPr>
        <w:t xml:space="preserve">[42:28] </w:t>
      </w:r>
      <w:r>
        <w:t>maulana, un ka ek aur sawal hai.</w:t>
      </w:r>
    </w:p>
    <w:p>
      <w:pPr>
        <w:jc w:val="right"/>
      </w:pPr>
      <w:r>
        <w:t>مولانا، ان کا ایک اور سوال ہے۔</w:t>
      </w:r>
    </w:p>
    <w:p>
      <w:r>
        <w:rPr>
          <w:b/>
        </w:rPr>
        <w:t xml:space="preserve">[42:33] </w:t>
      </w:r>
      <w:r>
        <w:t>unhon ne likha hai ke ek sahab ne kaha ke "Al-Risala mission ek sacha mission hai, lekin poori</w:t>
      </w:r>
    </w:p>
    <w:p>
      <w:pPr>
        <w:jc w:val="right"/>
      </w:pPr>
      <w:r>
        <w:t>انہوں نے لکھا ہے کہ ایک صاحب نے کہا کہ "الرسالہ مشن ایک سچا مشن ہے، لیکن پوری</w:t>
      </w:r>
    </w:p>
    <w:p>
      <w:r>
        <w:rPr>
          <w:b/>
        </w:rPr>
        <w:t xml:space="preserve">[42:37] </w:t>
      </w:r>
      <w:r>
        <w:t>tarah is ka sath dene mein hum doosron se kat jayenge".</w:t>
      </w:r>
    </w:p>
    <w:p>
      <w:pPr>
        <w:jc w:val="right"/>
      </w:pPr>
      <w:r>
        <w:t>طرح اس کا ساتھ دینے میں ہم دوسروں سے کٹ جائیں گے"۔</w:t>
      </w:r>
    </w:p>
    <w:p>
      <w:r>
        <w:rPr>
          <w:b/>
        </w:rPr>
        <w:t xml:space="preserve">[42:41] </w:t>
      </w:r>
      <w:r>
        <w:t>maulana, aise logon ke baray mein aap</w:t>
      </w:r>
    </w:p>
    <w:p>
      <w:pPr>
        <w:jc w:val="right"/>
      </w:pPr>
      <w:r>
        <w:t>مولانا، ایسے لوگوں کے بارے میں آپ</w:t>
      </w:r>
    </w:p>
    <w:p>
      <w:r>
        <w:rPr>
          <w:b/>
        </w:rPr>
        <w:t xml:space="preserve">[42:46] </w:t>
      </w:r>
      <w:r>
        <w:t>kya kahengey? yeh sochein, Khuda se judenge, Khuda se kat jayenge.</w:t>
      </w:r>
    </w:p>
    <w:p>
      <w:pPr>
        <w:jc w:val="right"/>
      </w:pPr>
      <w:r>
        <w:t>کیا کہیں گے؟ یہ سوچیں، خدا سے جڑیں گے، خدا سے کٹ جائیں گے۔</w:t>
      </w:r>
    </w:p>
    <w:p>
      <w:r>
        <w:rPr>
          <w:b/>
        </w:rPr>
        <w:t xml:space="preserve">[42:52] </w:t>
      </w:r>
      <w:r>
        <w:t>logon se katna na katna, yeh to koi sochne ki baat hi nahi hai.</w:t>
      </w:r>
    </w:p>
    <w:p>
      <w:pPr>
        <w:jc w:val="right"/>
      </w:pPr>
      <w:r>
        <w:t>لوگوں سے کٹنا نہ کٹنا، یہ تو کوئی سوچنے کی بات ہی نہیں ہے۔</w:t>
      </w:r>
    </w:p>
    <w:p>
      <w:r>
        <w:rPr>
          <w:b/>
        </w:rPr>
        <w:t xml:space="preserve">[42:59] </w:t>
      </w:r>
      <w:r>
        <w:t>agar aap Khuda se jud jaate hain to bas das dinif.</w:t>
      </w:r>
    </w:p>
    <w:p>
      <w:pPr>
        <w:jc w:val="right"/>
      </w:pPr>
      <w:r>
        <w:t>اگر آپ خدا سے جڑ جاتے ہیں تو بس دس دینف۔</w:t>
      </w:r>
    </w:p>
    <w:p>
      <w:r>
        <w:rPr>
          <w:b/>
        </w:rPr>
        <w:t xml:space="preserve">[43:05] </w:t>
      </w:r>
      <w:r>
        <w:t>yeh yeh yeh yeh soch hi galat hai ke hum logon se katenge ya nahi katenge.</w:t>
      </w:r>
    </w:p>
    <w:p>
      <w:pPr>
        <w:jc w:val="right"/>
      </w:pPr>
      <w:r>
        <w:t>یہ یہ یہ یہ سوچ ہی غلط ہے کہ ہم لوگوں سے کٹیں گے یا نہیں کٹیں گے۔</w:t>
      </w:r>
    </w:p>
    <w:p>
      <w:r>
        <w:rPr>
          <w:b/>
        </w:rPr>
        <w:t xml:space="preserve">[43:11] </w:t>
      </w:r>
      <w:r>
        <w:t>har cheez ek, Khuda se judenge ya nahi judenge? To risala mein sari baatein Khuda ki hoti hain.</w:t>
      </w:r>
    </w:p>
    <w:p>
      <w:pPr>
        <w:jc w:val="right"/>
      </w:pPr>
      <w:r>
        <w:t>ہر چیز ایک، خدا سے جڑیں گے یا نہیں جڑیں گے؟ تو رسالہ میں ساری باتیں خدا کی ہوتی ہیں۔</w:t>
      </w:r>
    </w:p>
    <w:p>
      <w:r>
        <w:rPr>
          <w:b/>
        </w:rPr>
        <w:t xml:space="preserve">[43:18] </w:t>
      </w:r>
      <w:r>
        <w:t>jis jis risale ko uthaiye, us mein Khuda ki baatein hongi.</w:t>
      </w:r>
    </w:p>
    <w:p>
      <w:pPr>
        <w:jc w:val="right"/>
      </w:pPr>
      <w:r>
        <w:t>جس جس رسالے کو اٹھائیے، اس میں خدا کی باتیں ہوں گی۔</w:t>
      </w:r>
    </w:p>
    <w:p>
      <w:r>
        <w:rPr>
          <w:b/>
        </w:rPr>
        <w:t xml:space="preserve">[43:22] </w:t>
      </w:r>
      <w:r>
        <w:t>to jo risala aap ko Khuda jodta ho, us mein sochna bhi nahi ke logon se katenge</w:t>
      </w:r>
    </w:p>
    <w:p>
      <w:pPr>
        <w:jc w:val="right"/>
      </w:pPr>
      <w:r>
        <w:t>تو جو رسالہ آپ کو خدا جوڑتا ہو، اس میں سوچنا بھی نہیں کہ لوگوں سے کٹیں گے</w:t>
      </w:r>
    </w:p>
    <w:p>
      <w:r>
        <w:rPr>
          <w:b/>
        </w:rPr>
        <w:t xml:space="preserve">[43:27] </w:t>
      </w:r>
      <w:r>
        <w:t>ya nahi katenge.</w:t>
      </w:r>
    </w:p>
    <w:p>
      <w:pPr>
        <w:jc w:val="right"/>
      </w:pPr>
      <w:r>
        <w:t>یا نہیں کٹیں گے۔</w:t>
      </w:r>
    </w:p>
    <w:p>
      <w:r>
        <w:rPr>
          <w:b/>
        </w:rPr>
        <w:t xml:space="preserve">[43:31] </w:t>
      </w:r>
      <w:r>
        <w:t>yeh to soch hi bilkul baseless hai, be buniyad hai aur is ki koi haqeeqat nahi hai.</w:t>
      </w:r>
    </w:p>
    <w:p>
      <w:pPr>
        <w:jc w:val="right"/>
      </w:pPr>
      <w:r>
        <w:t>یہ تو سوچ ہی بالکل بیسلیس ہے، بے بنیاد ہے اور اس کی کوئی حقیقت نہیں ہے۔</w:t>
      </w:r>
    </w:p>
    <w:p>
      <w:r>
        <w:rPr>
          <w:b/>
        </w:rPr>
        <w:t xml:space="preserve">[43:36] </w:t>
      </w:r>
      <w:r>
        <w:t>yeh sochiye zaroor ke kya waqiyat hain? Khuda ka tazkara hota hai risale mein, kya waqiyat hain? Khuda</w:t>
      </w:r>
    </w:p>
    <w:p>
      <w:pPr>
        <w:jc w:val="right"/>
      </w:pPr>
      <w:r>
        <w:t>یہ سوچیے ضرور کہ کیا واقعات ہیں؟ خدا کا تذکرہ ہوتا ہے رسالے میں، کیا واقعات ہیں؟ خدا</w:t>
      </w:r>
    </w:p>
    <w:p>
      <w:r>
        <w:rPr>
          <w:b/>
        </w:rPr>
        <w:t xml:space="preserve">[43:40] </w:t>
      </w:r>
      <w:r>
        <w:t>ke bayan hota hai, kya waqea Khuda se jodta hai risala? Bas agar aisa hai to phir theek</w:t>
      </w:r>
    </w:p>
    <w:p>
      <w:pPr>
        <w:jc w:val="right"/>
      </w:pPr>
      <w:r>
        <w:t>کے بیان ہوتا ہے، کیا واقعہ خدا سے جوڑتا ہے رسالہ؟ بس اگر ایسا ہے تو پھر ٹھیک</w:t>
      </w:r>
    </w:p>
    <w:p>
      <w:r>
        <w:rPr>
          <w:b/>
        </w:rPr>
        <w:t xml:space="preserve">[43:45] </w:t>
      </w:r>
      <w:r>
        <w:t>hai, kuch aur sochna bhi nahi hai.</w:t>
      </w:r>
    </w:p>
    <w:p>
      <w:pPr>
        <w:jc w:val="right"/>
      </w:pPr>
      <w:r>
        <w:t>ہے، کچھ اور سوچنا بھی نہیں ہے۔</w:t>
      </w:r>
    </w:p>
    <w:p>
      <w:r>
        <w:rPr>
          <w:b/>
        </w:rPr>
        <w:t xml:space="preserve">[43:49] </w:t>
      </w:r>
      <w:r>
        <w:t>kuch aur ko Allah ke khane mein daal dena hai, kuch aur ko Allah ke khane mein daal</w:t>
      </w:r>
    </w:p>
    <w:p>
      <w:pPr>
        <w:jc w:val="right"/>
      </w:pPr>
      <w:r>
        <w:t>کچھ اور کو اللہ کے خانے میں ڈال دینا ہے، کچھ اور کو اللہ کے خانے میں ڈال</w:t>
      </w:r>
    </w:p>
    <w:p>
      <w:r>
        <w:rPr>
          <w:b/>
        </w:rPr>
        <w:t xml:space="preserve">[43:55] </w:t>
      </w:r>
      <w:r>
        <w:t>dena hai, Allah se dua karna hai. Bas.</w:t>
      </w:r>
    </w:p>
    <w:p>
      <w:pPr>
        <w:jc w:val="right"/>
      </w:pPr>
      <w:r>
        <w:t>دینا ہے، اللہ سے دعا کرنا ہے۔ بس۔</w:t>
      </w:r>
    </w:p>
    <w:p>
      <w:r>
        <w:rPr>
          <w:b/>
        </w:rPr>
        <w:t xml:space="preserve">[44:01] </w:t>
      </w:r>
      <w:r>
        <w:t>مولانا Sharukh Husain ne Dilli se likha hai: "Musalmanon ne Westerners se nafrat ki, lekin woh new civilization</w:t>
      </w:r>
    </w:p>
    <w:p>
      <w:pPr>
        <w:jc w:val="right"/>
      </w:pPr>
      <w:r>
        <w:t>مولانا شارخ حسین نے دلی سے لکھا ہے: "مسلمانوں نے ویسٹنرز سے نفرت کی، لیکن وہ نیو سویلائزیشن</w:t>
      </w:r>
    </w:p>
    <w:p>
      <w:r>
        <w:rPr>
          <w:b/>
        </w:rPr>
        <w:t xml:space="preserve">[44:07] </w:t>
      </w:r>
      <w:r>
        <w:t>se material faida uthate rahe.</w:t>
      </w:r>
    </w:p>
    <w:p>
      <w:pPr>
        <w:jc w:val="right"/>
      </w:pPr>
      <w:r>
        <w:t>سے مٹیریل فائدہ اٹھاتے رہے۔</w:t>
      </w:r>
    </w:p>
    <w:p>
      <w:r>
        <w:rPr>
          <w:b/>
        </w:rPr>
        <w:t xml:space="preserve">[44:13] </w:t>
      </w:r>
      <w:r>
        <w:t>lekin davati etibar se unhone new civilization se koi fayda nahin uthaya. Iski</w:t>
      </w:r>
    </w:p>
    <w:p>
      <w:pPr>
        <w:jc w:val="right"/>
      </w:pPr>
      <w:r>
        <w:t>لیکن دعوتی اعتبار سے انہوں نے نیو سویلائزیشن سے کوئی فائدہ نہیں اٹھایا۔ اس کی</w:t>
      </w:r>
    </w:p>
    <w:p>
      <w:r>
        <w:rPr>
          <w:b/>
        </w:rPr>
        <w:t xml:space="preserve">[44:19] </w:t>
      </w:r>
      <w:r>
        <w:t>kya wajah rahi?" Yeh to aur zyada woh hai, yani yeh to munafiqat hai.</w:t>
      </w:r>
    </w:p>
    <w:p>
      <w:pPr>
        <w:jc w:val="right"/>
      </w:pPr>
      <w:r>
        <w:t>کیا وجہ رہی؟" یہ تو اور زیادہ وہ ہے، یعنی یہ تو منافقت ہے۔</w:t>
      </w:r>
    </w:p>
    <w:p>
      <w:r>
        <w:rPr>
          <w:b/>
        </w:rPr>
        <w:t xml:space="preserve">[44:23] </w:t>
      </w:r>
      <w:r>
        <w:t>yeh khuli hui munafiqat hai yeh ke zaati faida aap uthayen aur daawti faida na uthayen.</w:t>
      </w:r>
    </w:p>
    <w:p>
      <w:pPr>
        <w:jc w:val="right"/>
      </w:pPr>
      <w:r>
        <w:t>یہ کھلی ہوئی منافقت ہے یہ کہ ذاتی فائدہ آپ اٹھائیں اور دعوتی فائدہ نہ اٹھائیں۔</w:t>
      </w:r>
    </w:p>
    <w:p>
      <w:r>
        <w:rPr>
          <w:b/>
        </w:rPr>
        <w:t xml:space="preserve">[44:27] </w:t>
      </w:r>
      <w:r>
        <w:t>double standard hai yeh.</w:t>
      </w:r>
    </w:p>
    <w:p>
      <w:pPr>
        <w:jc w:val="right"/>
      </w:pPr>
      <w:r>
        <w:t>ڈبل اسٹینڈرڈ ہے یہ۔</w:t>
      </w:r>
    </w:p>
    <w:p>
      <w:r>
        <w:rPr>
          <w:b/>
        </w:rPr>
        <w:t xml:space="preserve">[44:31] </w:t>
      </w:r>
      <w:r>
        <w:t>double standard ke naam munafiqat hai.</w:t>
      </w:r>
    </w:p>
    <w:p>
      <w:pPr>
        <w:jc w:val="right"/>
      </w:pPr>
      <w:r>
        <w:t>ڈبل اسٹینڈرڈ کے نام منافقت ہے۔</w:t>
      </w:r>
    </w:p>
    <w:p>
      <w:r>
        <w:rPr>
          <w:b/>
        </w:rPr>
        <w:t xml:space="preserve">[44:36] </w:t>
      </w:r>
      <w:r>
        <w:t>yeh bohat hi ajeeb o ghareeb baat hai ke Musalman jo hain, shuru shuru mein to unhon ne</w:t>
      </w:r>
    </w:p>
    <w:p>
      <w:pPr>
        <w:jc w:val="right"/>
      </w:pPr>
      <w:r>
        <w:t>یہ بہت ہی عجیب و غریب بات ہے کہ مسلمان جو ہیں، شروع شروع میں تو انہوں نے</w:t>
      </w:r>
    </w:p>
    <w:p>
      <w:r>
        <w:rPr>
          <w:b/>
        </w:rPr>
        <w:t xml:space="preserve">[44:40] </w:t>
      </w:r>
      <w:r>
        <w:t>yeh bhi nahi kiya tha.</w:t>
      </w:r>
    </w:p>
    <w:p>
      <w:pPr>
        <w:jc w:val="right"/>
      </w:pPr>
      <w:r>
        <w:t>یہ بھی نہیں کیا تھا۔</w:t>
      </w:r>
    </w:p>
    <w:p>
      <w:r>
        <w:rPr>
          <w:b/>
        </w:rPr>
        <w:t xml:space="preserve">[44:44] </w:t>
      </w:r>
      <w:r>
        <w:t>shuru shuru mein nuqsan uthate rahe, ab unhon ne dekha ke taraqqi is mein hoti hai, apne bachchon</w:t>
      </w:r>
    </w:p>
    <w:p>
      <w:pPr>
        <w:jc w:val="right"/>
      </w:pPr>
      <w:r>
        <w:t>شروع شروع میں نقصان اٹھاتے رہے، اب انہوں نے دیکھا کہ ترقی اس میں ہوتی ہے، اپنے بچوں</w:t>
      </w:r>
    </w:p>
    <w:p>
      <w:r>
        <w:rPr>
          <w:b/>
        </w:rPr>
        <w:t xml:space="preserve">[44:48] </w:t>
      </w:r>
      <w:r>
        <w:t>ko dhoom se daal diya is mein.</w:t>
      </w:r>
    </w:p>
    <w:p>
      <w:pPr>
        <w:jc w:val="right"/>
      </w:pPr>
      <w:r>
        <w:t>کو دھوم سے ڈال دیا اس میں۔</w:t>
      </w:r>
    </w:p>
    <w:p>
      <w:r>
        <w:rPr>
          <w:b/>
        </w:rPr>
        <w:t xml:space="preserve">[44:52] </w:t>
      </w:r>
      <w:r>
        <w:t>to yeh to munaafiqat hai. ailan bhi nahin kiya ke hamare baap dada galati galati ki thi ke is se door rakha tha. dhoom se apne bachchon ko padhate hain Angrezi, modern science, bhonkh dete hain un ko Europe, America padhne ke liye. lekin ailan nahin kiya ke hum galati par the, is jo hum ne use boycott kiya. aur un mawaqe ko da'wat ke liye istemal karna, yeh to bilkul yani yeh yeh bilkul hi ghayab hai. kisi musalman ke andar yeh shaoor hi nahin hai ke in mawa</w:t>
      </w:r>
    </w:p>
    <w:p>
      <w:pPr>
        <w:jc w:val="right"/>
      </w:pPr>
      <w:r>
        <w:t>تو یہ تو منافقت ہے۔ اعلان بھی نہیں کیا کہ ہمارے باپ دادا غلطی غلطی کی تھی کہ اس سے دور رکھا تھا۔ دھوم سے اپنے بچوں کو پڑھاتے ہیں انگریزی، ماڈرن سائنس، بھونک دیتے ہیں ان کو یورپ، امریکہ پڑھنے کے لیے۔ لیکن اعلان نہیں کیا کہ ہم غلطی پر تھے، اس جو ہم نے اسے بائیکاٹ کیا۔ اور ان مواقع کو دعوت کے لیے استعمال کرنا، یہ تو بالکل یعنی یہ یہ بالکل ہی غائب ہے۔ کسی مسلمان کے اندر یہ شعور ہی نہیں ہے کہ ان موا</w:t>
      </w:r>
    </w:p>
    <w:p>
      <w:r>
        <w:rPr>
          <w:b/>
        </w:rPr>
        <w:t xml:space="preserve">[45:22] </w:t>
      </w:r>
      <w:r>
        <w:t>qa ko dawat ke liye istemal kiya jaye.</w:t>
      </w:r>
    </w:p>
    <w:p>
      <w:pPr>
        <w:jc w:val="right"/>
      </w:pPr>
      <w:r>
        <w:t>قع کو دعوت کے لیے استعمال کیا جائے۔</w:t>
      </w:r>
    </w:p>
    <w:p>
      <w:r>
        <w:rPr>
          <w:b/>
        </w:rPr>
        <w:t xml:space="preserve">[45:27] </w:t>
      </w:r>
      <w:r>
        <w:t>yeh to ghalati dar ghalati hai.</w:t>
      </w:r>
    </w:p>
    <w:p>
      <w:pPr>
        <w:jc w:val="right"/>
      </w:pPr>
      <w:r>
        <w:t>یہ تو غلطی در غلطی ہے۔</w:t>
      </w:r>
    </w:p>
    <w:p>
      <w:r>
        <w:rPr>
          <w:b/>
        </w:rPr>
        <w:t xml:space="preserve">[45:32] </w:t>
      </w:r>
      <w:r>
        <w:t>ab bohat zyada sangin baat hai, bohat serious baat hai yeh ke bohat pakad ki baat hai yeh</w:t>
      </w:r>
    </w:p>
    <w:p>
      <w:pPr>
        <w:jc w:val="right"/>
      </w:pPr>
      <w:r>
        <w:t>اب بہت زیادہ سنگین بات ہے، بہت سیریس بات ہے یہ کہ بہت پکڑ کی بات ہے یہ</w:t>
      </w:r>
    </w:p>
    <w:p>
      <w:r>
        <w:rPr>
          <w:b/>
        </w:rPr>
        <w:t xml:space="preserve">[45:37] </w:t>
      </w:r>
      <w:r>
        <w:t>ke jis cheez ka faida aap ko apne bachchon ke liye nazar aa gaya, usi cheez ka faida</w:t>
      </w:r>
    </w:p>
    <w:p>
      <w:pPr>
        <w:jc w:val="right"/>
      </w:pPr>
      <w:r>
        <w:t>کہ جس چیز کا فائدہ آپ کو اپنے بچوں کے لیے نظر آ گیا، اسی چیز کا فائدہ</w:t>
      </w:r>
    </w:p>
    <w:p>
      <w:r>
        <w:rPr>
          <w:b/>
        </w:rPr>
        <w:t xml:space="preserve">[45:42] </w:t>
      </w:r>
      <w:r>
        <w:t>deen ke liye kyun nazar nahi aaya? Kya Khuda poochega? Nahi, yaqeenan poochega.</w:t>
      </w:r>
    </w:p>
    <w:p>
      <w:pPr>
        <w:jc w:val="right"/>
      </w:pPr>
      <w:r>
        <w:t>دین کے لیے کیوں نظر نہیں آیا؟ کیا خدا پوچھے گا؟ نہیں، یقینا پوچھے گا۔</w:t>
      </w:r>
    </w:p>
    <w:p>
      <w:r>
        <w:rPr>
          <w:b/>
        </w:rPr>
        <w:t xml:space="preserve">[45:47] </w:t>
      </w:r>
      <w:r>
        <w:t>maulana amanullah riyazi ne dili se likha hai:</w:t>
      </w:r>
    </w:p>
    <w:p>
      <w:pPr>
        <w:jc w:val="right"/>
      </w:pPr>
      <w:r>
        <w:t>مولانا امان اللہ ریاضی نے دلی سے لکھا ہے:</w:t>
      </w:r>
    </w:p>
    <w:p>
      <w:r>
        <w:rPr>
          <w:b/>
        </w:rPr>
        <w:t xml:space="preserve">[45:53] </w:t>
      </w:r>
      <w:r>
        <w:t>"ek sahab se baat hui, unhon ne kaha ke wazifa parhne se bhi tazkiya hota hai aur ghor</w:t>
      </w:r>
    </w:p>
    <w:p>
      <w:pPr>
        <w:jc w:val="right"/>
      </w:pPr>
      <w:r>
        <w:t>"ایک صاحب سے بات ہوئی، انہوں نے کہا کہ وظیفہ پڑھنے سے بھی تزکیہ ہوتا ہے اور غور</w:t>
      </w:r>
    </w:p>
    <w:p>
      <w:r>
        <w:rPr>
          <w:b/>
        </w:rPr>
        <w:t xml:space="preserve">[45:59] </w:t>
      </w:r>
      <w:r>
        <w:t>o fikr karne se bhi." maulana, is baat ko clear kijiye.</w:t>
      </w:r>
    </w:p>
    <w:p>
      <w:pPr>
        <w:jc w:val="right"/>
      </w:pPr>
      <w:r>
        <w:t>و فکر کرنے سے بھی۔" مولانا، اس بات کو کلیئر کیجئے۔</w:t>
      </w:r>
    </w:p>
    <w:p>
      <w:r>
        <w:rPr>
          <w:b/>
        </w:rPr>
        <w:t xml:space="preserve">[46:05] </w:t>
      </w:r>
      <w:r>
        <w:t>mujhe yeh bataiye ke wazifa parhna ka tareeqa kis rasool se aur sabit kahan sabit hai? yeh to bidat hai.</w:t>
      </w:r>
    </w:p>
    <w:p>
      <w:pPr>
        <w:jc w:val="right"/>
      </w:pPr>
      <w:r>
        <w:t>مجھے یہ بتائیے کہ وظیفہ پڑھنا کا طریقہ کس رسول سے اور ثابت کہاں ثابت ہے؟ یہ تو بدعت ہے۔</w:t>
      </w:r>
    </w:p>
    <w:p>
      <w:r>
        <w:rPr>
          <w:b/>
        </w:rPr>
        <w:t xml:space="preserve">[46:11] </w:t>
      </w:r>
      <w:r>
        <w:t>masla yeh nahi hai.</w:t>
      </w:r>
    </w:p>
    <w:p>
      <w:pPr>
        <w:jc w:val="right"/>
      </w:pPr>
      <w:r>
        <w:t>مسئلہ یہ نہیں ہے۔</w:t>
      </w:r>
    </w:p>
    <w:p>
      <w:r>
        <w:rPr>
          <w:b/>
        </w:rPr>
        <w:t xml:space="preserve">[46:17] </w:t>
      </w:r>
      <w:r>
        <w:t>masla koi yeh sabit kare ke rasool Allah wazifa parhte the, sahaba wazifa parhte the.</w:t>
      </w:r>
    </w:p>
    <w:p>
      <w:pPr>
        <w:jc w:val="right"/>
      </w:pPr>
      <w:r>
        <w:t>مسئلہ کوئی یہ ثابت کرے کہ رسول اللہ وظیفہ پڑھتے تھے، صحابہ وظیفہ پڑھتے تھے۔</w:t>
      </w:r>
    </w:p>
    <w:p>
      <w:r>
        <w:rPr>
          <w:b/>
        </w:rPr>
        <w:t xml:space="preserve">[46:23] </w:t>
      </w:r>
      <w:r>
        <w:t>agar nahi hai to phir woh yeh hadith aap par muntafiq hogi ke "Man fi umr" woh reject</w:t>
      </w:r>
    </w:p>
    <w:p>
      <w:pPr>
        <w:jc w:val="right"/>
      </w:pPr>
      <w:r>
        <w:t>اگر نہیں ہے تو پھر وہ یہ حدیث آپ پر منطبق ہوگی کہ "من فی عمر" وہ ریجیکٹ</w:t>
      </w:r>
    </w:p>
    <w:p>
      <w:r>
        <w:rPr>
          <w:b/>
        </w:rPr>
        <w:t xml:space="preserve">[46:28] </w:t>
      </w:r>
      <w:r>
        <w:t>kar diya jayega.</w:t>
      </w:r>
    </w:p>
    <w:p>
      <w:pPr>
        <w:jc w:val="right"/>
      </w:pPr>
      <w:r>
        <w:t>کر دیا جائے گا۔</w:t>
      </w:r>
    </w:p>
    <w:p>
      <w:r>
        <w:rPr>
          <w:b/>
        </w:rPr>
        <w:t xml:space="preserve">[46:33] </w:t>
      </w:r>
      <w:r>
        <w:t>kisi ka kehna hai ke mujhe faida milta hai, yeh koi yeh koi qabil aitbaar baat nahi hai.</w:t>
      </w:r>
    </w:p>
    <w:p>
      <w:pPr>
        <w:jc w:val="right"/>
      </w:pPr>
      <w:r>
        <w:t>کسی کا کہنا ہے کہ مجھے فائدہ ملتا ہے، یہ کوئی یہ کوئی قابل اعتبار بات نہیں ہے۔</w:t>
      </w:r>
    </w:p>
    <w:p>
      <w:r>
        <w:rPr>
          <w:b/>
        </w:rPr>
        <w:t xml:space="preserve">[46:38] </w:t>
      </w:r>
      <w:r>
        <w:t>aap ko faida milta nahi milta, yeh ek aap janiye.</w:t>
      </w:r>
    </w:p>
    <w:p>
      <w:pPr>
        <w:jc w:val="right"/>
      </w:pPr>
      <w:r>
        <w:t>آپ کو فائدہ ملتا نہیں ملتا، یہ ایک آپ جانیے۔</w:t>
      </w:r>
    </w:p>
    <w:p>
      <w:r>
        <w:rPr>
          <w:b/>
        </w:rPr>
        <w:t xml:space="preserve">[46:43] </w:t>
      </w:r>
      <w:r>
        <w:t>aap ko yeh sabit karna padega ke rasool Allah ke quran mein aisa likha hua hai, rasool</w:t>
      </w:r>
    </w:p>
    <w:p>
      <w:pPr>
        <w:jc w:val="right"/>
      </w:pPr>
      <w:r>
        <w:t>آپ کو یہ ثابت کرنا پڑے گا کہ رسول اللہ کے قرآن میں ایسا لکھا ہوا ہے، رسول</w:t>
      </w:r>
    </w:p>
    <w:p>
      <w:r>
        <w:rPr>
          <w:b/>
        </w:rPr>
        <w:t xml:space="preserve">[46:49] </w:t>
      </w:r>
      <w:r>
        <w:t>Allah ka tareeqa tha, sahaba aisa karte the.</w:t>
      </w:r>
    </w:p>
    <w:p>
      <w:pPr>
        <w:jc w:val="right"/>
      </w:pPr>
      <w:r>
        <w:t>اللہ کا طریقہ تھا، صحابہ ایسا کرتے تھے۔</w:t>
      </w:r>
    </w:p>
    <w:p>
      <w:r>
        <w:rPr>
          <w:b/>
        </w:rPr>
        <w:t xml:space="preserve">[46:54] </w:t>
      </w:r>
      <w:r>
        <w:t>to wahan se koi koi saboot nahin de sakta koi is ka. yeh wazifa ka tareeqa hai, to sarta sar bid'at hai. yeh is ka koi talluq shariat se hai nahin, qata nahin hai. ek bahut bade Sahabi the, Abu Dardah. to un ke maut ke baad ek shakhs gaya un ki biwi ke paas poochhne ke liye, yahi poochhne ke liye un ka wazifa kya tha? yeh tabi, woh woh tabi tha, woh aadmi poochhne poochhne gaya</w:t>
      </w:r>
    </w:p>
    <w:p>
      <w:pPr>
        <w:jc w:val="right"/>
      </w:pPr>
      <w:r>
        <w:t>تو وہاں سے کوئی کوئی ثبوت نہیں دے سکتا کوئی اس کا۔ یہ وظیفہ کا طریقہ ہے، تو سرتاسر بدعت ہے۔ یہ اس کا کوئی تعلق شریعت سے ہے نہیں، قطعا نہیں ہے۔ ایک بہت بڑے صحابی تھے، ابو دردہ۔ تو ان کے موت کے بعد ایک شخص گیا ان کی بیوی کے پاس پوچھنے کے لیے، یہی پوچھنے کے لیے ان کا وظیفہ کیا تھا؟ یہ تابعی، وہ وہ تابعی تھا، وہ آدمی پوچھنے پوچھنے گیا</w:t>
      </w:r>
    </w:p>
    <w:p>
      <w:r>
        <w:rPr>
          <w:b/>
        </w:rPr>
        <w:t xml:space="preserve">[47:24] </w:t>
      </w:r>
      <w:r>
        <w:t>tha. yani baad ke khayalat jab aa chuke the to unhon ne kaha: "al tafakkur wal aitbar, ghaur o fikr karna" aur koi wazifa nahin tha un ka. "al tafakkur wal aitbar" aitbar ka matlab ibaarat pakadna, naseehat lena, yeh sochna aur naseehat pakadna, yeh tha un ka wazifa. ab jo wazife nikale gaye hain to koi sabit kare ke yeh Quran o hadith mein hai, nahin hai to</w:t>
      </w:r>
    </w:p>
    <w:p>
      <w:pPr>
        <w:jc w:val="right"/>
      </w:pPr>
      <w:r>
        <w:t>تھا۔ یعنی بعد کے خیالات جب آ چکے تھے تو انہوں نے کہا: "التفکر والاعتبار، غور و فکر کرنا" اور کوئی وظیفہ نہیں تھا ان کا۔ "التفکر والاعتبار" اعتبار کا مطلب عبرت پکڑنا، نصیحت لینا، یہ سوچنا اور نصیحت پکڑنا، یہ تھا ان کا وظیفہ۔ اب جو وظیفے نکالے گئے ہیں تو کوئی ثابت کرے کہ یہ قرآن و حدیث میں ہے، نہیں ہے تو</w:t>
      </w:r>
    </w:p>
    <w:p>
      <w:r>
        <w:rPr>
          <w:b/>
        </w:rPr>
        <w:t xml:space="preserve">[47:54] </w:t>
      </w:r>
      <w:r>
        <w:t>bhai phir in ko yani ford ke fehrist mein daal diya jayega.</w:t>
      </w:r>
    </w:p>
    <w:p>
      <w:pPr>
        <w:jc w:val="right"/>
      </w:pPr>
      <w:r>
        <w:t>بھئی پھر ان کو یعنی فورد کے فہرست میں ڈال دیا جائے گا۔</w:t>
      </w:r>
    </w:p>
    <w:p>
      <w:r>
        <w:rPr>
          <w:b/>
        </w:rPr>
        <w:t xml:space="preserve">[48:04] </w:t>
      </w:r>
      <w:r>
        <w:t>ان کو مس عائشہ زکوان نے دلی سے لکھا ہے: "According to a Hadith, one who does not</w:t>
      </w:r>
    </w:p>
    <w:p>
      <w:pPr>
        <w:jc w:val="right"/>
      </w:pPr>
      <w:r>
        <w:t>ان کو مس عائشہ زکوان نے دلی سے لکھا ہے: "اکارڈنگ ٹو ا حدیث، ون ہو ڈز ناٹ</w:t>
      </w:r>
    </w:p>
    <w:p>
      <w:r>
        <w:rPr>
          <w:b/>
        </w:rPr>
        <w:t xml:space="preserve">[48:14] </w:t>
      </w:r>
      <w:r>
        <w:t>"Thank people, does not thank God." Maulana, in this hadith, why is thanking people mentioned before thanking God?</w:t>
      </w:r>
    </w:p>
    <w:p>
      <w:pPr>
        <w:jc w:val="right"/>
      </w:pPr>
      <w:r>
        <w:t>تھینک پیپل، ڈز ناٹ تھینک گاڈ۔" مولانا، ان دس حدیث، وائی از تھینکنگ پیپل مینشن بیفور تھینکنگ گاڈ؟</w:t>
      </w:r>
    </w:p>
    <w:p>
      <w:r>
        <w:rPr>
          <w:b/>
        </w:rPr>
        <w:t xml:space="preserve">[48:24] </w:t>
      </w:r>
      <w:r>
        <w:t>matlab "maghferalnas" aur "maghferallah".</w:t>
      </w:r>
    </w:p>
    <w:p>
      <w:pPr>
        <w:jc w:val="right"/>
      </w:pPr>
      <w:r>
        <w:t>مطلب "مغفرالناس" اور "مغفراللہ"۔</w:t>
      </w:r>
    </w:p>
    <w:p>
      <w:r>
        <w:rPr>
          <w:b/>
        </w:rPr>
        <w:t xml:space="preserve">[48:29] </w:t>
      </w:r>
      <w:r>
        <w:t>phir pehla sabqa to insaan se parhta hai, ghar mein bahar har waqt insaan sabqa parhta hai.</w:t>
      </w:r>
    </w:p>
    <w:p>
      <w:pPr>
        <w:jc w:val="right"/>
      </w:pPr>
      <w:r>
        <w:t>پھر پہلا سابقہ تو انسان سے پڑھتا ہے، گھر میں باہر ہر وقت انسان سابقہ پڑھتا ہے۔</w:t>
      </w:r>
    </w:p>
    <w:p>
      <w:r>
        <w:rPr>
          <w:b/>
        </w:rPr>
        <w:t xml:space="preserve">[48:34] </w:t>
      </w:r>
      <w:r>
        <w:t>yani khuda ke liye to aap sochenge, tab aap ka khuda se mind aap ke mind mein aayega.</w:t>
      </w:r>
    </w:p>
    <w:p>
      <w:pPr>
        <w:jc w:val="right"/>
      </w:pPr>
      <w:r>
        <w:t>یعنی خدا کے لیے تو آپ سوچیں گے، تب آپ کا خدا سے مائنڈ آپ کے مائنڈ میں آئے گا۔</w:t>
      </w:r>
    </w:p>
    <w:p>
      <w:r>
        <w:rPr>
          <w:b/>
        </w:rPr>
        <w:t xml:space="preserve">[48:39] </w:t>
      </w:r>
      <w:r>
        <w:t>lekin insaan se to har waqt sabqa parhta hai.</w:t>
      </w:r>
    </w:p>
    <w:p>
      <w:pPr>
        <w:jc w:val="right"/>
      </w:pPr>
      <w:r>
        <w:t>لیکن انسان سے تو ہر وقت سابقہ پڑھتا ہے۔</w:t>
      </w:r>
    </w:p>
    <w:p>
      <w:r>
        <w:rPr>
          <w:b/>
        </w:rPr>
        <w:t xml:space="preserve">[48:44] </w:t>
      </w:r>
      <w:r>
        <w:t>to insaan jin se har waqt sabqa parhta hai, is sabqe ke dauran agar aap ke andar shukr</w:t>
      </w:r>
    </w:p>
    <w:p>
      <w:pPr>
        <w:jc w:val="right"/>
      </w:pPr>
      <w:r>
        <w:t>تو انسان جن سے ہر وقت سابقہ پڑھتا ہے، اس سابقے کے دوران اگر آپ کے اندر شکر</w:t>
      </w:r>
    </w:p>
    <w:p>
      <w:r>
        <w:rPr>
          <w:b/>
        </w:rPr>
        <w:t xml:space="preserve">[48:49] </w:t>
      </w:r>
      <w:r>
        <w:t>ke jazbat ka izhaar nahi</w:t>
      </w:r>
    </w:p>
    <w:p>
      <w:pPr>
        <w:jc w:val="right"/>
      </w:pPr>
      <w:r>
        <w:t>کے جذبات کا اظہار نہیں</w:t>
      </w:r>
    </w:p>
    <w:p>
      <w:r>
        <w:rPr>
          <w:b/>
        </w:rPr>
        <w:t xml:space="preserve">[48:54] </w:t>
      </w:r>
      <w:r>
        <w:t>hua, is ka matlab ke aap is aitbaar se khali hain.</w:t>
      </w:r>
    </w:p>
    <w:p>
      <w:pPr>
        <w:jc w:val="right"/>
      </w:pPr>
      <w:r>
        <w:t>ہوا، اس کا معنی کہ آپ اس اعتبار سے خالی ہیں۔</w:t>
      </w:r>
    </w:p>
    <w:p>
      <w:r>
        <w:rPr>
          <w:b/>
        </w:rPr>
        <w:t xml:space="preserve">[48:59] </w:t>
      </w:r>
      <w:r>
        <w:t>yani har waqt insanon se bhalay ke waqt is ka izhaar hota hai.</w:t>
      </w:r>
    </w:p>
    <w:p>
      <w:pPr>
        <w:jc w:val="right"/>
      </w:pPr>
      <w:r>
        <w:t>یعنی ہر وقت انسانوں سے بلے کے وقت اس کا اظہار ہوتا ہے۔</w:t>
      </w:r>
    </w:p>
    <w:p>
      <w:r>
        <w:rPr>
          <w:b/>
        </w:rPr>
        <w:t xml:space="preserve">[49:04] </w:t>
      </w:r>
      <w:r>
        <w:t>to insanon se ke darmiyan jab shukr ke jazbat zahir nahi hote to is ka matlab hai ke</w:t>
      </w:r>
    </w:p>
    <w:p>
      <w:pPr>
        <w:jc w:val="right"/>
      </w:pPr>
      <w:r>
        <w:t>تو انسانوں سے کے درمیان جب شکر کے جذبات ظاہر نہیں ہوتے تو اس کا معنی ہے کہ</w:t>
      </w:r>
    </w:p>
    <w:p>
      <w:r>
        <w:rPr>
          <w:b/>
        </w:rPr>
        <w:t xml:space="preserve">[49:09] </w:t>
      </w:r>
      <w:r>
        <w:t>aadmi khali hai.</w:t>
      </w:r>
    </w:p>
    <w:p>
      <w:pPr>
        <w:jc w:val="right"/>
      </w:pPr>
      <w:r>
        <w:t>آدمی خالی ہے۔</w:t>
      </w:r>
    </w:p>
    <w:p>
      <w:r>
        <w:rPr>
          <w:b/>
        </w:rPr>
        <w:t xml:space="preserve">[49:14] </w:t>
      </w:r>
      <w:r>
        <w:t>is se jab khali hai to khuda ka gham bhi khali rahega.</w:t>
      </w:r>
    </w:p>
    <w:p>
      <w:pPr>
        <w:jc w:val="right"/>
      </w:pPr>
      <w:r>
        <w:t>اس سے جب خالی ہے تو خدا کا غام بھی خالی رہے گا۔</w:t>
      </w:r>
    </w:p>
    <w:p>
      <w:r>
        <w:rPr>
          <w:b/>
        </w:rPr>
        <w:t xml:space="preserve">[49:19] </w:t>
      </w:r>
      <w:r>
        <w:t>woh to yeh to ek fitri baat hai, is mein koi yani koi mysterious baat nahi hai. maulana an</w:t>
      </w:r>
    </w:p>
    <w:p>
      <w:pPr>
        <w:jc w:val="right"/>
      </w:pPr>
      <w:r>
        <w:t>وہ تو یہ تو ایک فطری بات ہے، اس میں کوئی یعنی کوئی مسٹیریس بات نہیں ہے۔ مولانا عن</w:t>
      </w:r>
    </w:p>
    <w:p>
      <w:r>
        <w:rPr>
          <w:b/>
        </w:rPr>
        <w:t xml:space="preserve">[49:24] </w:t>
      </w:r>
      <w:r>
        <w:t>ayatullah omri ne dili se likha hai: "complex kya hai? is ka nuqsan kya hai? aur complex free hone ka formula kya hai?" complex bhai, is ko kehte hain "uqda nafsi". uqda nafsi yani aap ka jo mind hai, aap ka jo zehn hai, woh tarah tarah ke khayalat se mutasir hota hai. is se aap ko ta'assub aa jata hai,</w:t>
      </w:r>
    </w:p>
    <w:p>
      <w:pPr>
        <w:jc w:val="right"/>
      </w:pPr>
      <w:r>
        <w:t>ایت اللہ عمری نے دلی سے لکھا ہے: "کامپلیکس کیا ہے؟ اس کا نقصان کیا ہے؟ اور کمپلیکس فری ہونے کا فارمولا کیا ہے؟" کمپلیکس بھئی، اس کو کہتے ہیں "عقد نفسی"۔ عقد نفسی یعنی آپ کا جو مائنڈ ہے، آپ کا جو ذہن ہے، وہ طرح طرح کے خیالات سے متاثر ہوتا ہے۔ اس سے آپ کو تعصب آ جاتا ہے،</w:t>
      </w:r>
    </w:p>
    <w:p>
      <w:r>
        <w:rPr>
          <w:b/>
        </w:rPr>
        <w:t xml:space="preserve">[49:54] </w:t>
      </w:r>
      <w:r>
        <w:t>nafrat aa jati hai, is se aap ke andar bughz paida ho jata hai.</w:t>
      </w:r>
    </w:p>
    <w:p>
      <w:pPr>
        <w:jc w:val="right"/>
      </w:pPr>
      <w:r>
        <w:t>نفرت آ جاتی ہے، اس سے آپ کے اندر بغض پیدا ہو جاتا ہے۔</w:t>
      </w:r>
    </w:p>
    <w:p>
      <w:r>
        <w:rPr>
          <w:b/>
        </w:rPr>
        <w:t xml:space="preserve">[50:00] </w:t>
      </w:r>
      <w:r>
        <w:t>tarah tarah ke negative jazbat aa jate hain dimagh mein.</w:t>
      </w:r>
    </w:p>
    <w:p>
      <w:pPr>
        <w:jc w:val="right"/>
      </w:pPr>
      <w:r>
        <w:t>طرح طرح کے نیگیٹیو جذبات آ جاتے ہیں دماغ میں۔</w:t>
      </w:r>
    </w:p>
    <w:p>
      <w:r>
        <w:rPr>
          <w:b/>
        </w:rPr>
        <w:t xml:space="preserve">[50:05] </w:t>
      </w:r>
      <w:r>
        <w:t>yeh hai "uqde nafsi".</w:t>
      </w:r>
    </w:p>
    <w:p>
      <w:pPr>
        <w:jc w:val="right"/>
      </w:pPr>
      <w:r>
        <w:t>یہ ہے "عقد نفسی"۔</w:t>
      </w:r>
    </w:p>
    <w:p>
      <w:r>
        <w:rPr>
          <w:b/>
        </w:rPr>
        <w:t xml:space="preserve">[50:10] </w:t>
      </w:r>
      <w:r>
        <w:t>isi se complex, is ko complex kaha jata hai.</w:t>
      </w:r>
    </w:p>
    <w:p>
      <w:pPr>
        <w:jc w:val="right"/>
      </w:pPr>
      <w:r>
        <w:t>اسی سے کمپلیکس، اس کو کمپلیکس کہا جاتا ہے۔</w:t>
      </w:r>
    </w:p>
    <w:p>
      <w:r>
        <w:rPr>
          <w:b/>
        </w:rPr>
        <w:t xml:space="preserve">[50:16] </w:t>
      </w:r>
      <w:r>
        <w:t>to apne aap ko in sab cheezon se nikalna, matlab nafrat aaye to is ko khatam karna, intiqam</w:t>
      </w:r>
    </w:p>
    <w:p>
      <w:pPr>
        <w:jc w:val="right"/>
      </w:pPr>
      <w:r>
        <w:t>تو اپنے آپ کو ان سب چیزوں سے نکالنا، مطلب نفرت آئے تو اس کو ختم کرنا، انتقام</w:t>
      </w:r>
    </w:p>
    <w:p>
      <w:r>
        <w:rPr>
          <w:b/>
        </w:rPr>
        <w:t xml:space="preserve">[50:21] </w:t>
      </w:r>
      <w:r>
        <w:t>aaye to khatam karna, ghussa aaye to khatam karna, ta'assub aaye to khatam karna.</w:t>
      </w:r>
    </w:p>
    <w:p>
      <w:pPr>
        <w:jc w:val="right"/>
      </w:pPr>
      <w:r>
        <w:t>آئے تو ختم کرنا، غصہ آئے تو ختم کرنا، تعصب آئے تو ختم کرنا۔</w:t>
      </w:r>
    </w:p>
    <w:p>
      <w:r>
        <w:rPr>
          <w:b/>
        </w:rPr>
        <w:t xml:space="preserve">[50:26] </w:t>
      </w:r>
      <w:r>
        <w:t>khatam karte karte jab aap is se apne ko aazad kar lenge to wahi hoga "complex free</w:t>
      </w:r>
    </w:p>
    <w:p>
      <w:pPr>
        <w:jc w:val="right"/>
      </w:pPr>
      <w:r>
        <w:t>ختم کرتے کرتے جب آپ اس سے اپنے کو آزاد کر لیں گے تو وہی ہوگا "کامپلیکس فری</w:t>
      </w:r>
    </w:p>
    <w:p>
      <w:r>
        <w:rPr>
          <w:b/>
        </w:rPr>
        <w:t xml:space="preserve">[50:31] </w:t>
      </w:r>
      <w:r>
        <w:t>mind" yani "uqde nafsi" se pak dimagh.</w:t>
      </w:r>
    </w:p>
    <w:p>
      <w:pPr>
        <w:jc w:val="right"/>
      </w:pPr>
      <w:r>
        <w:t>مائنڈ" یعنی "عقد نفسی" سے پاک دماغ۔</w:t>
      </w:r>
    </w:p>
    <w:p>
      <w:r>
        <w:rPr>
          <w:b/>
        </w:rPr>
        <w:t xml:space="preserve">[50:36] </w:t>
      </w:r>
      <w:r>
        <w:t>isi ko quran ke lafz mein kaha gaya: "An nafsul mutmainnah".</w:t>
      </w:r>
    </w:p>
    <w:p>
      <w:pPr>
        <w:jc w:val="right"/>
      </w:pPr>
      <w:r>
        <w:t>اسی کو قرآن کے لفظ میں کہا گیا: "النفس المطمئنہ"۔</w:t>
      </w:r>
    </w:p>
    <w:p>
      <w:r>
        <w:rPr>
          <w:b/>
        </w:rPr>
        <w:t xml:space="preserve">[50:41] </w:t>
      </w:r>
      <w:r>
        <w:t>"An nafsul mutmainnah" jo surah alfajr mein hai, is ka matlab hai "complex free soul".</w:t>
      </w:r>
    </w:p>
    <w:p>
      <w:pPr>
        <w:jc w:val="right"/>
      </w:pPr>
      <w:r>
        <w:t>"النفس المطمئنہ" جو سورہ الفجر میں ہے، اس کا مطلب ہے "کامپلیکس فری سول"۔</w:t>
      </w:r>
    </w:p>
    <w:p>
      <w:r>
        <w:rPr>
          <w:b/>
        </w:rPr>
        <w:t xml:space="preserve">[50:46] </w:t>
      </w:r>
      <w:r>
        <w:t>to quran ke mutabiq "An nafsul mutmainnah" ke liye jannat hai.</w:t>
      </w:r>
    </w:p>
    <w:p>
      <w:pPr>
        <w:jc w:val="right"/>
      </w:pPr>
      <w:r>
        <w:t>تو قرآن کے مطابق "النفس المطمئنہ" کے لیے جنت ہے۔</w:t>
      </w:r>
    </w:p>
    <w:p>
      <w:r>
        <w:rPr>
          <w:b/>
        </w:rPr>
        <w:t xml:space="preserve">[50:51] </w:t>
      </w:r>
      <w:r>
        <w:t>is se aap sab se samajhte hain ke is se andaza hota hai ke</w:t>
      </w:r>
    </w:p>
    <w:p>
      <w:pPr>
        <w:jc w:val="right"/>
      </w:pPr>
      <w:r>
        <w:t>اس سے آپ سب سے سمجھتے ہیں کہ اس سے اندازہ ہوتا ہے کہ</w:t>
      </w:r>
    </w:p>
    <w:p>
      <w:r>
        <w:rPr>
          <w:b/>
        </w:rPr>
        <w:t xml:space="preserve">[50:56] </w:t>
      </w:r>
      <w:r>
        <w:t>"complex free soul" hona kitna zyada important hai. is ke baad jannati mujtaba hai. to har qism ke negative sentiment, har qism ke manfi jazbat se paak kar ke apne ko "complex free" banana, "complex free" banana zaroori hai kyunke is ke baad jannat ka dakhla hi nahi mile ga. molana, unhon ne poocha tha is ka aur is ka formula kya hai</w:t>
      </w:r>
    </w:p>
    <w:p>
      <w:pPr>
        <w:jc w:val="right"/>
      </w:pPr>
      <w:r>
        <w:t>"کامپلیکس فری سول" ہونا کتنا زیادہ امپورٹنٹ ہے۔ اس کے بعد جنتی مجتبیٰ ہے۔ تو ہر قسم کے نیگیٹیو سینٹیمنٹ، ہر قسم کے منفی جذبات سے پاک کر کے اپنے کو "کامپلیکس فری" بنانا، "کامپلیکس فری" بنانا ضروری ہے کیونکہ اس کے بعد جنت کا داخلہ ہی نہیں ملے گا۔ مولانا، انہوں نے پوچھا تھا اس کا اور اس کا فارمولا کیا ہے</w:t>
      </w:r>
    </w:p>
    <w:p>
      <w:r>
        <w:rPr>
          <w:b/>
        </w:rPr>
        <w:t xml:space="preserve">[51:26] </w:t>
      </w:r>
      <w:r>
        <w:t>? to is ke bare mein aap kya kahenge? formula, hmm, formula hai "muhasiba", apne khilaf sochna,</w:t>
      </w:r>
    </w:p>
    <w:p>
      <w:pPr>
        <w:jc w:val="right"/>
      </w:pPr>
      <w:r>
        <w:t>؟ تو اس کے بارے میں آپ کیا کہیں گے؟ فارمولا، ہمم، فارمولا ہے "محاسبہ"، اپنے خلاف سوچنا،</w:t>
      </w:r>
    </w:p>
    <w:p>
      <w:r>
        <w:rPr>
          <w:b/>
        </w:rPr>
        <w:t xml:space="preserve">[51:34] </w:t>
      </w:r>
      <w:r>
        <w:t>"anti self thinking".</w:t>
      </w:r>
    </w:p>
    <w:p>
      <w:pPr>
        <w:jc w:val="right"/>
      </w:pPr>
      <w:r>
        <w:t>"اینٹی سیلف تھنکنگ"۔</w:t>
      </w:r>
    </w:p>
    <w:p>
      <w:r>
        <w:rPr>
          <w:b/>
        </w:rPr>
        <w:t xml:space="preserve">[51:42] </w:t>
      </w:r>
      <w:r>
        <w:t>"anti self thinking" aur koi formula nahi hai.</w:t>
      </w:r>
    </w:p>
    <w:p>
      <w:pPr>
        <w:jc w:val="right"/>
      </w:pPr>
      <w:r>
        <w:t>"اینٹی سیلف تھنکنگ" اور کوئی فارمولا نہیں ہے۔</w:t>
      </w:r>
    </w:p>
    <w:p>
      <w:r>
        <w:rPr>
          <w:b/>
        </w:rPr>
        <w:t xml:space="preserve">[51:50] </w:t>
      </w:r>
      <w:r>
        <w:t>apne khilaf sochne ki adat daliye, apne</w:t>
      </w:r>
    </w:p>
    <w:p>
      <w:pPr>
        <w:jc w:val="right"/>
      </w:pPr>
      <w:r>
        <w:t>اپنے خلاف سوچنے کی عادت ڈالیے، اپنے</w:t>
      </w:r>
    </w:p>
    <w:p>
      <w:r>
        <w:rPr>
          <w:b/>
        </w:rPr>
        <w:t xml:space="preserve">[51:57] </w:t>
      </w:r>
      <w:r>
        <w:t>yani apna muhasiba karte rahiyye.</w:t>
      </w:r>
    </w:p>
    <w:p>
      <w:pPr>
        <w:jc w:val="right"/>
      </w:pPr>
      <w:r>
        <w:t>یعنی اپنا محاسبہ کرتے رہیے۔</w:t>
      </w:r>
    </w:p>
    <w:p>
      <w:r>
        <w:rPr>
          <w:b/>
        </w:rPr>
        <w:t xml:space="preserve">[52:03] </w:t>
      </w:r>
      <w:r>
        <w:t>barabar jo hadith mein aata hai ke: "Wadinu qabla an tudinu, hasibu qabla an tuhasabu".</w:t>
      </w:r>
    </w:p>
    <w:p>
      <w:pPr>
        <w:jc w:val="right"/>
      </w:pPr>
      <w:r>
        <w:t>برابر جو حدیث میں آتا ہے کہ: "ودن قبل انتودن حاسب قبل تحاسب"۔</w:t>
      </w:r>
    </w:p>
    <w:p>
      <w:r>
        <w:rPr>
          <w:b/>
        </w:rPr>
        <w:t xml:space="preserve">[52:08] </w:t>
      </w:r>
      <w:r>
        <w:t>"Hasibu qabla an tuhasabu" wazinu qabla an tudinu yani apna muhasiba kar lo is se pehle ke Allah ka</w:t>
      </w:r>
    </w:p>
    <w:p>
      <w:pPr>
        <w:jc w:val="right"/>
      </w:pPr>
      <w:r>
        <w:t>"حاسب قبل قبل تحاسب" وزن قبل انتودن یعنی اپنا محاسبہ کر لو اس سے پہلے کہ اللہ کا</w:t>
      </w:r>
    </w:p>
    <w:p>
      <w:r>
        <w:rPr>
          <w:b/>
        </w:rPr>
        <w:t xml:space="preserve">[52:13] </w:t>
      </w:r>
      <w:r>
        <w:t>tumhara muhasiba kiya jaye.</w:t>
      </w:r>
    </w:p>
    <w:p>
      <w:pPr>
        <w:jc w:val="right"/>
      </w:pPr>
      <w:r>
        <w:t>تمہارا محاسبہ کیا جائے۔</w:t>
      </w:r>
    </w:p>
    <w:p>
      <w:r>
        <w:rPr>
          <w:b/>
        </w:rPr>
        <w:t xml:space="preserve">[52:18] </w:t>
      </w:r>
      <w:r>
        <w:t>apne ko tolo is se pehle ke tum ko wahan tol aa jaye.</w:t>
      </w:r>
    </w:p>
    <w:p>
      <w:pPr>
        <w:jc w:val="right"/>
      </w:pPr>
      <w:r>
        <w:t>اپنے کو تول لو اس سے پہلے کہ تم کو وہاں تول آ جائے۔</w:t>
      </w:r>
    </w:p>
    <w:p>
      <w:r>
        <w:rPr>
          <w:b/>
        </w:rPr>
        <w:t xml:space="preserve">[52:23] </w:t>
      </w:r>
      <w:r>
        <w:t>yahi formula hai</w:t>
      </w:r>
    </w:p>
    <w:p>
      <w:pPr>
        <w:jc w:val="right"/>
      </w:pPr>
      <w:r>
        <w:t>یہی فارمولا ہے</w:t>
      </w:r>
    </w:p>
    <w:p>
      <w:r>
        <w:rPr>
          <w:b/>
        </w:rPr>
        <w:t xml:space="preserve">[52:28] </w:t>
      </w:r>
      <w:r>
        <w:t>aur koi doosra formula nahi.</w:t>
      </w:r>
    </w:p>
    <w:p>
      <w:pPr>
        <w:jc w:val="right"/>
      </w:pPr>
      <w:r>
        <w:t>اور کوئی دوسرا فارمولا نہیں۔</w:t>
      </w:r>
    </w:p>
    <w:p>
      <w:r>
        <w:rPr>
          <w:b/>
        </w:rPr>
        <w:t xml:space="preserve">[52:34] </w:t>
      </w:r>
      <w:r>
        <w:t>maulana ahsanullah, ahsanullah ne calcutta se likha hai: "Tazkiya ke liye tahajjud ki ahmiyat kya hai?"</w:t>
      </w:r>
    </w:p>
    <w:p>
      <w:pPr>
        <w:jc w:val="right"/>
      </w:pPr>
      <w:r>
        <w:t>مولانا احسن اللہ، احسن اللہ نے کلکتہ سے لکھا ہے: "تزکیہ کے لیے تہجد کی اہمیت کیا ہے؟"</w:t>
      </w:r>
    </w:p>
    <w:p>
      <w:r>
        <w:rPr>
          <w:b/>
        </w:rPr>
        <w:t xml:space="preserve">[52:40] </w:t>
      </w:r>
      <w:r>
        <w:t>dekhen, tahajjud jo aaj kal jo hai, tahajjud is ki koi, is ke mein mein ne dekha, is</w:t>
      </w:r>
    </w:p>
    <w:p>
      <w:pPr>
        <w:jc w:val="right"/>
      </w:pPr>
      <w:r>
        <w:t>دیکھیں، تہجد جو آج کل جو ہے، تہجد اس کی کوئی، اس کے میں میں نے دیکھا، اس</w:t>
      </w:r>
    </w:p>
    <w:p>
      <w:r>
        <w:rPr>
          <w:b/>
        </w:rPr>
        <w:t xml:space="preserve">[52:47] </w:t>
      </w:r>
      <w:r>
        <w:t>ka koi bhi koi faida nahi.</w:t>
      </w:r>
    </w:p>
    <w:p>
      <w:pPr>
        <w:jc w:val="right"/>
      </w:pPr>
      <w:r>
        <w:t>کا کوئی بھی کوئی فائدہ نہیں۔</w:t>
      </w:r>
    </w:p>
    <w:p>
      <w:r>
        <w:rPr>
          <w:b/>
        </w:rPr>
        <w:t xml:space="preserve">[52:53] </w:t>
      </w:r>
      <w:r>
        <w:t>logon ne tahajjud ko ek waqt khaas mein kuch rakatein parhne ke maani samajh liya.</w:t>
      </w:r>
    </w:p>
    <w:p>
      <w:pPr>
        <w:jc w:val="right"/>
      </w:pPr>
      <w:r>
        <w:t>لوگوں نے تہجد کو ایک وقت خاص میں کچھ رکعتیں پڑھنے کے معنی سمجھ لیا۔</w:t>
      </w:r>
    </w:p>
    <w:p>
      <w:r>
        <w:rPr>
          <w:b/>
        </w:rPr>
        <w:t xml:space="preserve">[52:59] </w:t>
      </w:r>
      <w:r>
        <w:t>yaani ek waqt hai fajar se pehle ka, is waqt aap uth kar ke kuch rakatein parh lein,</w:t>
      </w:r>
    </w:p>
    <w:p>
      <w:pPr>
        <w:jc w:val="right"/>
      </w:pPr>
      <w:r>
        <w:t>یعنی ایک وقت ہے فجر سے پہلے کا، اس وقت آپ اٹھ کر کے کچھ رکعتیں پڑھ لیں،</w:t>
      </w:r>
    </w:p>
    <w:p>
      <w:r>
        <w:rPr>
          <w:b/>
        </w:rPr>
        <w:t xml:space="preserve">[53:04] </w:t>
      </w:r>
      <w:r>
        <w:t>matlab form ko dohra dein.</w:t>
      </w:r>
    </w:p>
    <w:p>
      <w:pPr>
        <w:jc w:val="right"/>
      </w:pPr>
      <w:r>
        <w:t>مطلب فارم کو دہرا دیں۔</w:t>
      </w:r>
    </w:p>
    <w:p>
      <w:r>
        <w:rPr>
          <w:b/>
        </w:rPr>
        <w:t xml:space="preserve">[53:09] </w:t>
      </w:r>
      <w:r>
        <w:t>mein is ko tahajjud nahi samajhta, mein is ko koi faida samajhta hoon.</w:t>
      </w:r>
    </w:p>
    <w:p>
      <w:pPr>
        <w:jc w:val="right"/>
      </w:pPr>
      <w:r>
        <w:t>میں اس کو تہجد نہیں سمجھتا، میں اس کو کوئی فائدہ سمجھتا ہوں۔</w:t>
      </w:r>
    </w:p>
    <w:p>
      <w:r>
        <w:rPr>
          <w:b/>
        </w:rPr>
        <w:t xml:space="preserve">[53:14] </w:t>
      </w:r>
      <w:r>
        <w:t>tahajjud ki harkat hai ghore o fikr.</w:t>
      </w:r>
    </w:p>
    <w:p>
      <w:pPr>
        <w:jc w:val="right"/>
      </w:pPr>
      <w:r>
        <w:t>تہجد کی حرکت ہے غور و فکر۔</w:t>
      </w:r>
    </w:p>
    <w:p>
      <w:r>
        <w:rPr>
          <w:b/>
        </w:rPr>
        <w:t xml:space="preserve">[53:19] </w:t>
      </w:r>
      <w:r>
        <w:t>dekhein, tahajjud yeh hai ke raat ko aap soyein.</w:t>
      </w:r>
    </w:p>
    <w:p>
      <w:pPr>
        <w:jc w:val="right"/>
      </w:pPr>
      <w:r>
        <w:t>دیکھیں، تہجد یہ ہے کہ رات کو آپ سوئیں۔</w:t>
      </w:r>
    </w:p>
    <w:p>
      <w:r>
        <w:rPr>
          <w:b/>
        </w:rPr>
        <w:t xml:space="preserve">[53:24] </w:t>
      </w:r>
      <w:r>
        <w:t>jaise kal shaam ko mein bohat thaka hua tha, bistar pe laita to ek dam</w:t>
      </w:r>
    </w:p>
    <w:p>
      <w:pPr>
        <w:jc w:val="right"/>
      </w:pPr>
      <w:r>
        <w:t>جیسے کل شام کو میں بہت تھکا ہوا تھا، بستر پہ لیٹا تو ایک دم</w:t>
      </w:r>
    </w:p>
    <w:p>
      <w:r>
        <w:rPr>
          <w:b/>
        </w:rPr>
        <w:t xml:space="preserve">[53:30] </w:t>
      </w:r>
      <w:r>
        <w:t>jaise sara body jo hai chor chor ho raha tha.</w:t>
      </w:r>
    </w:p>
    <w:p>
      <w:pPr>
        <w:jc w:val="right"/>
      </w:pPr>
      <w:r>
        <w:t>جیسے سارا باڈی جو ہے چور چور ہو رہا تھا۔</w:t>
      </w:r>
    </w:p>
    <w:p>
      <w:r>
        <w:rPr>
          <w:b/>
        </w:rPr>
        <w:t xml:space="preserve">[53:35] </w:t>
      </w:r>
      <w:r>
        <w:t>ایک دم جیسے یعنی احساس ہوتا ہے کہ exhausted ہو گیا ہوں۔</w:t>
      </w:r>
    </w:p>
    <w:p>
      <w:pPr>
        <w:jc w:val="right"/>
      </w:pPr>
      <w:r>
        <w:t>ایک دم جیسے یعنی احساس ہوتا ہے کہ زاسٹ ہو گیا ہوں۔</w:t>
      </w:r>
    </w:p>
    <w:p>
      <w:r>
        <w:rPr>
          <w:b/>
        </w:rPr>
        <w:t xml:space="preserve">[53:40] </w:t>
      </w:r>
      <w:r>
        <w:t>mein shaam ko raat ko neend aa gayi, sota raha, sota raha, sota raha.</w:t>
      </w:r>
    </w:p>
    <w:p>
      <w:pPr>
        <w:jc w:val="right"/>
      </w:pPr>
      <w:r>
        <w:t>میں شام کو رات کو نیند آ گئی، سوتا رہا، سوتا رہا، سوتا رہا۔</w:t>
      </w:r>
    </w:p>
    <w:p>
      <w:r>
        <w:rPr>
          <w:b/>
        </w:rPr>
        <w:t xml:space="preserve">[53:45] </w:t>
      </w:r>
      <w:r>
        <w:t>hata ke subah ko jab utha mein fajar se kuch pehle to fresh ho chuka tha.</w:t>
      </w:r>
    </w:p>
    <w:p>
      <w:pPr>
        <w:jc w:val="right"/>
      </w:pPr>
      <w:r>
        <w:t>حتیٰ کہ صبح کو جب اٹھا میں فجر سے کچھ پہلے تو فریش ہو چکا تھا۔</w:t>
      </w:r>
    </w:p>
    <w:p>
      <w:r>
        <w:rPr>
          <w:b/>
        </w:rPr>
        <w:t xml:space="preserve">[53:50] </w:t>
      </w:r>
      <w:r>
        <w:t>mein fresh to kaisi ajeeb nemat hai.</w:t>
      </w:r>
    </w:p>
    <w:p>
      <w:pPr>
        <w:jc w:val="right"/>
      </w:pPr>
      <w:r>
        <w:t>میں فریش تو کیسی عجیب نعمت ہے۔</w:t>
      </w:r>
    </w:p>
    <w:p>
      <w:r>
        <w:rPr>
          <w:b/>
        </w:rPr>
        <w:t xml:space="preserve">[53:55] </w:t>
      </w:r>
      <w:r>
        <w:t>to fajar se</w:t>
      </w:r>
    </w:p>
    <w:p>
      <w:pPr>
        <w:jc w:val="right"/>
      </w:pPr>
      <w:r>
        <w:t>تو فجر سے</w:t>
      </w:r>
    </w:p>
    <w:p>
      <w:r>
        <w:rPr>
          <w:b/>
        </w:rPr>
        <w:t xml:space="preserve">[54:00] </w:t>
      </w:r>
      <w:r>
        <w:t>kuch pehle mein uth gaya aur bas yahi soch raha tha ke khuda ya tera kitna bara ehsan hai ke sham ko mein mera body chor chor ho raha tha, yeh sab se fresh hoon. us waqt jo aap parhte hain, aik do rak'at, do rak'at ya chand rak'at, is ehsas shukr kehta hai, usi ka naam tahajjud hai. us waqt aap ka dimagh zyada mutawajjah rehta hai allah ki taraf, us waqt zyada aap ko yaad aati hain allah ki</w:t>
      </w:r>
    </w:p>
    <w:p>
      <w:pPr>
        <w:jc w:val="right"/>
      </w:pPr>
      <w:r>
        <w:t>کچھ پہلے میں اٹھ گیا اور بس یہی سوچ رہا تھا کہ خدایا تیرا کتنا بڑا احسان ہے کہ شام کو میں میرا باڈی چور چور ہو رہا تھا، یہ سب سے فریش ہوں۔ اس وقت جو آپ پڑھتے ہیں، ایک دو رکعت، دو رکعت یا چند رکعت، اس احساس شکر کہتا ہے، اسی کا نام تہجد ہے۔ اس وقت آپ کا دماغ زیادہ متوجہ رہتا ہے اللہ کی طرف، اس وقت زیادہ آپ کو یاد آتی ہیں اللہ کی</w:t>
      </w:r>
    </w:p>
    <w:p>
      <w:r>
        <w:rPr>
          <w:b/>
        </w:rPr>
        <w:t xml:space="preserve">[54:30] </w:t>
      </w:r>
      <w:r>
        <w:t>nematein, is waqt ziyada aap is position mein hote hain ke ghore kar sakein Allah ki ayaton par.</w:t>
      </w:r>
    </w:p>
    <w:p>
      <w:pPr>
        <w:jc w:val="right"/>
      </w:pPr>
      <w:r>
        <w:t>نعمتیں، اس وقت زیادہ آپ اس پوزیشن میں ہوتے ہیں کہ غور کر سکیں اللہ کی آیتوں پر۔</w:t>
      </w:r>
    </w:p>
    <w:p>
      <w:r>
        <w:rPr>
          <w:b/>
        </w:rPr>
        <w:t xml:space="preserve">[54:37] </w:t>
      </w:r>
      <w:r>
        <w:t>is is jazbe ke sath khare hote hain namaz parhne ke liye.</w:t>
      </w:r>
    </w:p>
    <w:p>
      <w:pPr>
        <w:jc w:val="right"/>
      </w:pPr>
      <w:r>
        <w:t>اس اس جذبے کے ساتھ کھڑے ہوتے ہیں نماز پڑھنے کے لیے۔</w:t>
      </w:r>
    </w:p>
    <w:p>
      <w:r>
        <w:rPr>
          <w:b/>
        </w:rPr>
        <w:t xml:space="preserve">[54:43] </w:t>
      </w:r>
      <w:r>
        <w:t>aap chahe do hi rakatein parhein, aap is ki qadar karein ke aap bohat sari rakatein parh dalein.</w:t>
      </w:r>
    </w:p>
    <w:p>
      <w:pPr>
        <w:jc w:val="right"/>
      </w:pPr>
      <w:r>
        <w:t>آپ چاہے دو ہی رکعت پڑھیں، آپ اس کی قدرتی کہ آپ بہت ساری رکعتیں پڑھ ڈالیں۔</w:t>
      </w:r>
    </w:p>
    <w:p>
      <w:r>
        <w:rPr>
          <w:b/>
        </w:rPr>
        <w:t xml:space="preserve">[54:50] </w:t>
      </w:r>
      <w:r>
        <w:t>mein subah ko namaz parhta hoon lekin bohat sari rakatein nahi parhta.</w:t>
      </w:r>
    </w:p>
    <w:p>
      <w:pPr>
        <w:jc w:val="right"/>
      </w:pPr>
      <w:r>
        <w:t>میں صبح کو نماز پڑھتا ہوں لیکن بہت ساری رکعتیں نہیں پڑھتا۔</w:t>
      </w:r>
    </w:p>
    <w:p>
      <w:r>
        <w:rPr>
          <w:b/>
        </w:rPr>
        <w:t xml:space="preserve">[54:57] </w:t>
      </w:r>
      <w:r>
        <w:t>mein rakatoon ka qael nahi hoon, qirat lambi karta hoon. mein</w:t>
      </w:r>
    </w:p>
    <w:p>
      <w:pPr>
        <w:jc w:val="right"/>
      </w:pPr>
      <w:r>
        <w:t>میں رکعتوں کا قائل نہیں ہوں، قرأت لمبی کرتا ہوں۔ میں</w:t>
      </w:r>
    </w:p>
    <w:p>
      <w:r>
        <w:rPr>
          <w:b/>
        </w:rPr>
        <w:t xml:space="preserve">[55:03] </w:t>
      </w:r>
      <w:r>
        <w:t>qirat karte hue sochna, qirat karte hue sochna, jaise aaj mein ne parha: "in fi khalq al-samawati wa al-ard</w:t>
      </w:r>
    </w:p>
    <w:p>
      <w:pPr>
        <w:jc w:val="right"/>
      </w:pPr>
      <w:r>
        <w:t>قرأت کرتے ہوئے سوچنا، قرأت کرتے ہوئے سوچنا، جیسے آج میں نے پڑھا: "إن في خلق السماوات وقت</w:t>
      </w:r>
    </w:p>
    <w:p>
      <w:r>
        <w:rPr>
          <w:b/>
        </w:rPr>
        <w:t xml:space="preserve">[55:08] </w:t>
      </w:r>
      <w:r>
        <w:t>al-layli wa al-nahari la ayat."</w:t>
      </w:r>
    </w:p>
    <w:p>
      <w:pPr>
        <w:jc w:val="right"/>
      </w:pPr>
      <w:r>
        <w:t>الليل والنهار لا عائلة"۔</w:t>
      </w:r>
    </w:p>
    <w:p>
      <w:r>
        <w:rPr>
          <w:b/>
        </w:rPr>
        <w:t xml:space="preserve">[55:13] </w:t>
      </w:r>
      <w:r>
        <w:t>ab is mein dimagh bilkul is mein mahv ho gaya.</w:t>
      </w:r>
    </w:p>
    <w:p>
      <w:pPr>
        <w:jc w:val="right"/>
      </w:pPr>
      <w:r>
        <w:t>اب اس میں دماغ بالکل اس میں محو ہو گیا۔</w:t>
      </w:r>
    </w:p>
    <w:p>
      <w:r>
        <w:rPr>
          <w:b/>
        </w:rPr>
        <w:t xml:space="preserve">[55:18] </w:t>
      </w:r>
      <w:r>
        <w:t>to tahajjud jo hai, kisi waqt khaas mein ek form ko dohrane ka naam nahi hai.</w:t>
      </w:r>
    </w:p>
    <w:p>
      <w:pPr>
        <w:jc w:val="right"/>
      </w:pPr>
      <w:r>
        <w:t>تو تہجد جو ہے، کسی وقت خاص میں ایک فارم کو دہرانے کا نام نہیں ہے۔</w:t>
      </w:r>
    </w:p>
    <w:p>
      <w:r>
        <w:rPr>
          <w:b/>
        </w:rPr>
        <w:t xml:space="preserve">[55:24] </w:t>
      </w:r>
      <w:r>
        <w:t>tahajjud naam hai is baat ka ke aap fresh, jis waqt aap fresh ho jate hain, jis waqt</w:t>
      </w:r>
    </w:p>
    <w:p>
      <w:pPr>
        <w:jc w:val="right"/>
      </w:pPr>
      <w:r>
        <w:t>تہجد نام ہے اس بات کا کہ آپ فریش، جس وقت آپ فریش ہو جاتے ہیں، جس وقت</w:t>
      </w:r>
    </w:p>
    <w:p>
      <w:r>
        <w:rPr>
          <w:b/>
        </w:rPr>
        <w:t xml:space="preserve">[55:29] </w:t>
      </w:r>
      <w:r>
        <w:t>aap taro taza hote hain,</w:t>
      </w:r>
    </w:p>
    <w:p>
      <w:pPr>
        <w:jc w:val="right"/>
      </w:pPr>
      <w:r>
        <w:t>آپ ترو تازہ ہوتے ہیں،</w:t>
      </w:r>
    </w:p>
    <w:p>
      <w:r>
        <w:rPr>
          <w:b/>
        </w:rPr>
        <w:t xml:space="preserve">[55:34] </w:t>
      </w:r>
      <w:r>
        <w:t>aur phir sukoon hota hai.</w:t>
      </w:r>
    </w:p>
    <w:p>
      <w:pPr>
        <w:jc w:val="right"/>
      </w:pPr>
      <w:r>
        <w:t>اور پھر سکون ہوتا ہے۔</w:t>
      </w:r>
    </w:p>
    <w:p>
      <w:r>
        <w:rPr>
          <w:b/>
        </w:rPr>
        <w:t xml:space="preserve">[55:39] </w:t>
      </w:r>
      <w:r>
        <w:t>phir sukoon raat ko jo fajar se pehle ka waqt hota hai, is waqt sukoon ziyada hota hai.</w:t>
      </w:r>
    </w:p>
    <w:p>
      <w:pPr>
        <w:jc w:val="right"/>
      </w:pPr>
      <w:r>
        <w:t>پھر سکون رات کو جو فریض سے پہلے کا وقت ہوتا ہے، اس وقت سکون زیادہ ہوتا ہے۔</w:t>
      </w:r>
    </w:p>
    <w:p>
      <w:r>
        <w:rPr>
          <w:b/>
        </w:rPr>
        <w:t xml:space="preserve">[55:44] </w:t>
      </w:r>
      <w:r>
        <w:t>is waqt to is waqt mere ghar ke paas park hai to chiriyan chehchahati hain.</w:t>
      </w:r>
    </w:p>
    <w:p>
      <w:pPr>
        <w:jc w:val="right"/>
      </w:pPr>
      <w:r>
        <w:t>اس وقت تو اس وقت میرے گھر کے پاس پارک ہے تو چڑیاں چہچہاتی ہیں۔</w:t>
      </w:r>
    </w:p>
    <w:p>
      <w:r>
        <w:rPr>
          <w:b/>
        </w:rPr>
        <w:t xml:space="preserve">[55:49] </w:t>
      </w:r>
      <w:r>
        <w:t>to jab main namaz padhta hoon, lagta hai ke khudaaya main chiriyon ki awaz mein awaz mila raha hoon.</w:t>
      </w:r>
    </w:p>
    <w:p>
      <w:pPr>
        <w:jc w:val="right"/>
      </w:pPr>
      <w:r>
        <w:t>تو جب میں نماز پڑھتا ہوں، لگتا ہے کہ خدایا میں چڑھیوں کی آواز میں آواز ملا رہا ہوں۔</w:t>
      </w:r>
    </w:p>
    <w:p>
      <w:r>
        <w:rPr>
          <w:b/>
        </w:rPr>
        <w:t xml:space="preserve">[55:54] </w:t>
      </w:r>
      <w:r>
        <w:t>woh bhi ek chehchahana, mera bhi ek goya ke chehchahana hai.</w:t>
      </w:r>
    </w:p>
    <w:p>
      <w:pPr>
        <w:jc w:val="right"/>
      </w:pPr>
      <w:r>
        <w:t>وہ بھی ایک چہچہانا، میرا بھی ایک گویا کہ چہچہانا ہے۔</w:t>
      </w:r>
    </w:p>
    <w:p>
      <w:r>
        <w:rPr>
          <w:b/>
        </w:rPr>
        <w:t xml:space="preserve">[55:59] </w:t>
      </w:r>
      <w:r>
        <w:t>woh chiriyan chehchaha rahi hain, Allah</w:t>
      </w:r>
    </w:p>
    <w:p>
      <w:pPr>
        <w:jc w:val="right"/>
      </w:pPr>
      <w:r>
        <w:t>وہ چڑیاں چہچہا رہی ہیں، اللہ</w:t>
      </w:r>
    </w:p>
    <w:p>
      <w:r>
        <w:rPr>
          <w:b/>
        </w:rPr>
        <w:t xml:space="preserve">[56:04] </w:t>
      </w:r>
      <w:r>
        <w:t>ke naghme ga rahi hain.</w:t>
      </w:r>
    </w:p>
    <w:p>
      <w:pPr>
        <w:jc w:val="right"/>
      </w:pPr>
      <w:r>
        <w:t>کے نغمے گا رہی ہیں۔</w:t>
      </w:r>
    </w:p>
    <w:p>
      <w:r>
        <w:rPr>
          <w:b/>
        </w:rPr>
        <w:t xml:space="preserve">[56:09] </w:t>
      </w:r>
      <w:r>
        <w:t>to woh is waqt sochta hoon: khudaaya main insaan ki zuban mein chehchaha raha hoon, to chidiya ke</w:t>
      </w:r>
    </w:p>
    <w:p>
      <w:pPr>
        <w:jc w:val="right"/>
      </w:pPr>
      <w:r>
        <w:t>تو وہ اس وقت سوچتا ہوں: خدایا میں انسان کی زبان میں چہچہا رہا ہوں، تو چڑیا کے</w:t>
      </w:r>
    </w:p>
    <w:p>
      <w:r>
        <w:rPr>
          <w:b/>
        </w:rPr>
        <w:t xml:space="preserve">[56:14] </w:t>
      </w:r>
      <w:r>
        <w:t>chehchahane qabool farma raha hai, main mere is ko bhi qabool farma.</w:t>
      </w:r>
    </w:p>
    <w:p>
      <w:pPr>
        <w:jc w:val="right"/>
      </w:pPr>
      <w:r>
        <w:t>چہچہانے قبول فرما رہا ہے، میں میرے اس کو بھی قبول فرما۔</w:t>
      </w:r>
    </w:p>
    <w:p>
      <w:r>
        <w:rPr>
          <w:b/>
        </w:rPr>
        <w:t xml:space="preserve">[56:19] </w:t>
      </w:r>
      <w:r>
        <w:t>to tahajjud ek kaifiyat ka naam hai, yaad rakhiye, form ka naam nahi hai.</w:t>
      </w:r>
    </w:p>
    <w:p>
      <w:pPr>
        <w:jc w:val="right"/>
      </w:pPr>
      <w:r>
        <w:t>تو تہجد ایک کیفیت کا نام ہے، یاد رکھیے، فارم کا نام نہیں ہے۔</w:t>
      </w:r>
    </w:p>
    <w:p>
      <w:r>
        <w:rPr>
          <w:b/>
        </w:rPr>
        <w:t xml:space="preserve">[56:24] </w:t>
      </w:r>
      <w:r>
        <w:t>maulana ke a hasan ne tamil nadu se likha hai: "aap ke nazdeek al risala mission ke members ke</w:t>
      </w:r>
    </w:p>
    <w:p>
      <w:pPr>
        <w:jc w:val="right"/>
      </w:pPr>
      <w:r>
        <w:t>مولانا کے اے حسن نے تمل ناڈو سے لکھا ہے: "آپ کے نزدیک الرسالہ مشن کے ممبرز کے</w:t>
      </w:r>
    </w:p>
    <w:p>
      <w:r>
        <w:rPr>
          <w:b/>
        </w:rPr>
        <w:t xml:space="preserve">[56:29] </w:t>
      </w:r>
      <w:r>
        <w:t>liye tazkir al quran ke</w:t>
      </w:r>
    </w:p>
    <w:p>
      <w:pPr>
        <w:jc w:val="right"/>
      </w:pPr>
      <w:r>
        <w:t>لیے تذکر القرآن کے</w:t>
      </w:r>
    </w:p>
    <w:p>
      <w:r>
        <w:rPr>
          <w:b/>
        </w:rPr>
        <w:t xml:space="preserve">[56:34] </w:t>
      </w:r>
      <w:r>
        <w:t>mutale'a ki importance kya hai?" bhai, main to yahi kahoon ke ashaab padhiye, quran padhiye, sari kitaben padhiye.</w:t>
      </w:r>
    </w:p>
    <w:p>
      <w:pPr>
        <w:jc w:val="right"/>
      </w:pPr>
      <w:r>
        <w:t>مطالعے کی امپورٹنس کیا ہے؟" بھئی، میں تو یہی کہوں کہ اصحاب پڑھیے، قرآن پڑھیے، ساری کتابیں پڑھیے۔</w:t>
      </w:r>
    </w:p>
    <w:p>
      <w:r>
        <w:rPr>
          <w:b/>
        </w:rPr>
        <w:t xml:space="preserve">[56:39] </w:t>
      </w:r>
      <w:r>
        <w:t>mujh se poochne ka koi matlab hi nahi hai kyunke main to zaroorat na samajhta to main likhta</w:t>
      </w:r>
    </w:p>
    <w:p>
      <w:pPr>
        <w:jc w:val="right"/>
      </w:pPr>
      <w:r>
        <w:t>مجھ سے پوچھنے کا کوئی مطلب ہی نہیں ہے کیونکہ میں تو ضرورت نہ سمجھتا تو میں لکھتا</w:t>
      </w:r>
    </w:p>
    <w:p>
      <w:r>
        <w:rPr>
          <w:b/>
        </w:rPr>
        <w:t xml:space="preserve">[56:45] </w:t>
      </w:r>
      <w:r>
        <w:t>hi nahi hoon.</w:t>
      </w:r>
    </w:p>
    <w:p>
      <w:pPr>
        <w:jc w:val="right"/>
      </w:pPr>
      <w:r>
        <w:t>ہی نہیں ہوں۔</w:t>
      </w:r>
    </w:p>
    <w:p>
      <w:r>
        <w:rPr>
          <w:b/>
        </w:rPr>
        <w:t xml:space="preserve">[56:50] </w:t>
      </w:r>
      <w:r>
        <w:t>main koi ghair zaroori kaam nahi karta, Allah ke fazl se.</w:t>
      </w:r>
    </w:p>
    <w:p>
      <w:pPr>
        <w:jc w:val="right"/>
      </w:pPr>
      <w:r>
        <w:t>میں کوئی غیر ضروری کام نہیں کرتا، اللہ کے فضل سے۔</w:t>
      </w:r>
    </w:p>
    <w:p>
      <w:r>
        <w:rPr>
          <w:b/>
        </w:rPr>
        <w:t xml:space="preserve">[56:55] </w:t>
      </w:r>
      <w:r>
        <w:t>main majlis nahi likhta ke bhai kitab ka mustanad ban jaoon.</w:t>
      </w:r>
    </w:p>
    <w:p>
      <w:pPr>
        <w:jc w:val="right"/>
      </w:pPr>
      <w:r>
        <w:t>میں مجلس نہیں لکھتا کہ بھئی کتاب کا مستند بن جاؤں۔</w:t>
      </w:r>
    </w:p>
    <w:p>
      <w:r>
        <w:rPr>
          <w:b/>
        </w:rPr>
        <w:t xml:space="preserve">[57:01] </w:t>
      </w:r>
      <w:r>
        <w:t>jaise ek sahab ne seerat ki kitab likhi hai,</w:t>
      </w:r>
    </w:p>
    <w:p>
      <w:pPr>
        <w:jc w:val="right"/>
      </w:pPr>
      <w:r>
        <w:t>جیسے ایک صاحب نے سیرت کی کتاب لکھی ہے،</w:t>
      </w:r>
    </w:p>
    <w:p>
      <w:r>
        <w:rPr>
          <w:b/>
        </w:rPr>
        <w:t xml:space="preserve">[57:06] </w:t>
      </w:r>
      <w:r>
        <w:t>seerat ki kitab rasool Allah sal Allah alaih wasallam seerat, aur is mein diwajab likhte hain woh ke main.</w:t>
      </w:r>
    </w:p>
    <w:p>
      <w:pPr>
        <w:jc w:val="right"/>
      </w:pPr>
      <w:r>
        <w:t>سیرت کی کتاب رسول اللہ صلی اللہ علیہ وسلم سیرت، اور اس میں دیواجب لکھتے ہیں وہ کہ میں۔</w:t>
      </w:r>
    </w:p>
    <w:p>
      <w:r>
        <w:rPr>
          <w:b/>
        </w:rPr>
        <w:t xml:space="preserve">[57:11] </w:t>
      </w:r>
      <w:r>
        <w:t>yaani woh kya hai? woh sunhari farishte waghera bhi shamil naam shamil ho jate hain.</w:t>
      </w:r>
    </w:p>
    <w:p>
      <w:pPr>
        <w:jc w:val="right"/>
      </w:pPr>
      <w:r>
        <w:t>یعنی وہ کیا ہے؟ وہ سنہری فرشتے وغیرہ بھی شامل نام شامل ہو جاتے ہیں۔</w:t>
      </w:r>
    </w:p>
    <w:p>
      <w:r>
        <w:rPr>
          <w:b/>
        </w:rPr>
        <w:t xml:space="preserve">[57:16] </w:t>
      </w:r>
      <w:r>
        <w:t>seerat nigaron ke sunhari farishte waghera bhi naam shamil ho jate hain.</w:t>
      </w:r>
    </w:p>
    <w:p>
      <w:pPr>
        <w:jc w:val="right"/>
      </w:pPr>
      <w:r>
        <w:t>سیرت نگاروں کے سنہری فرشتے وغیرہ بھی نام شامل ہو جاتے ہیں۔</w:t>
      </w:r>
    </w:p>
    <w:p>
      <w:r>
        <w:rPr>
          <w:b/>
        </w:rPr>
        <w:t xml:space="preserve">[57:21] </w:t>
      </w:r>
      <w:r>
        <w:t>yeh main kitab mein likha karta hoon.</w:t>
      </w:r>
    </w:p>
    <w:p>
      <w:pPr>
        <w:jc w:val="right"/>
      </w:pPr>
      <w:r>
        <w:t>یہ میں کتاب میں لکھا کرتا ہوں۔</w:t>
      </w:r>
    </w:p>
    <w:p>
      <w:r>
        <w:rPr>
          <w:b/>
        </w:rPr>
        <w:t xml:space="preserve">[57:26] </w:t>
      </w:r>
      <w:r>
        <w:t>ek satr bhi agar likhta hoon to is liye ke woh log padhein is ko.</w:t>
      </w:r>
    </w:p>
    <w:p>
      <w:pPr>
        <w:jc w:val="right"/>
      </w:pPr>
      <w:r>
        <w:t>ایک سطر بھی اگر لکھتا ہوں تو اس لیے کہ وہ لوگ پڑھیں اس کو۔</w:t>
      </w:r>
    </w:p>
    <w:p>
      <w:r>
        <w:rPr>
          <w:b/>
        </w:rPr>
        <w:t xml:space="preserve">[57:31] </w:t>
      </w:r>
      <w:r>
        <w:t>to aap risale padhiye</w:t>
      </w:r>
    </w:p>
    <w:p>
      <w:pPr>
        <w:jc w:val="right"/>
      </w:pPr>
      <w:r>
        <w:t>تو آپ رسالے پڑھیے</w:t>
      </w:r>
    </w:p>
    <w:p>
      <w:r>
        <w:rPr>
          <w:b/>
        </w:rPr>
        <w:t xml:space="preserve">[57:36] </w:t>
      </w:r>
      <w:r>
        <w:t>tazkir al quran padhiye, doosri kitaben padhiye, aur bar bar padhiye.</w:t>
      </w:r>
    </w:p>
    <w:p>
      <w:pPr>
        <w:jc w:val="right"/>
      </w:pPr>
      <w:r>
        <w:t>، تذکر القرآن پڑھیے، دوسری کتابیں پڑھیے، اور بار بار پڑھیے۔</w:t>
      </w:r>
    </w:p>
    <w:p>
      <w:r>
        <w:rPr>
          <w:b/>
        </w:rPr>
        <w:t xml:space="preserve">[57:40] </w:t>
      </w:r>
      <w:r>
        <w:t>main to yahi kahoon ga: tazkir al quran angrezi mein bhi aa gayi hai.</w:t>
      </w:r>
    </w:p>
    <w:p>
      <w:pPr>
        <w:jc w:val="right"/>
      </w:pPr>
      <w:r>
        <w:t>میں تو یہی کہوں گا: تذکر القرآن انگریزی میں بھی آ گئی ہے۔</w:t>
      </w:r>
    </w:p>
    <w:p>
      <w:r>
        <w:rPr>
          <w:b/>
        </w:rPr>
        <w:t xml:space="preserve">[57:43] </w:t>
      </w:r>
      <w:r>
        <w:t>maulana hain, angrezi mein bhi aa gayi.</w:t>
      </w:r>
    </w:p>
    <w:p>
      <w:pPr>
        <w:jc w:val="right"/>
      </w:pPr>
      <w:r>
        <w:t>مولانا ہیں، انگریزی میں بھی آ گئی۔</w:t>
      </w:r>
    </w:p>
    <w:p>
      <w:r>
        <w:rPr>
          <w:b/>
        </w:rPr>
        <w:t xml:space="preserve">[57:47] </w:t>
      </w:r>
      <w:r>
        <w:t>haan, dekhen, tazkirah al quran allah ke fazl se urdu mein likhi gayi, phir arabi mein chhap gayi.</w:t>
      </w:r>
    </w:p>
    <w:p>
      <w:pPr>
        <w:jc w:val="right"/>
      </w:pPr>
      <w:r>
        <w:t>ہاں، دیکھیں، تذکر القرآن اللہ کے فضل سے اردو میں لکھی گئی، پھر عربی میں چھپ گئی۔</w:t>
      </w:r>
    </w:p>
    <w:p>
      <w:r>
        <w:rPr>
          <w:b/>
        </w:rPr>
        <w:t xml:space="preserve">[57:51] </w:t>
      </w:r>
      <w:r>
        <w:t>woh ab angrezi mein bhi chhap gayi hai.</w:t>
      </w:r>
    </w:p>
    <w:p>
      <w:pPr>
        <w:jc w:val="right"/>
      </w:pPr>
      <w:r>
        <w:t>وہ اب انگریزی میں بھی چھپ گئی ہے۔</w:t>
      </w:r>
    </w:p>
    <w:p>
      <w:r>
        <w:rPr>
          <w:b/>
        </w:rPr>
        <w:t xml:space="preserve">[57:55] </w:t>
      </w:r>
      <w:r>
        <w:t>woh yeh dekhiye, yeh yeh tazkirah al quran ka angrezi edition hai.</w:t>
      </w:r>
    </w:p>
    <w:p>
      <w:pPr>
        <w:jc w:val="right"/>
      </w:pPr>
      <w:r>
        <w:t>وہ یہ دیکھیے، یہ یہ تذکر القرآن کا انگریزی ایڈیشن ہے۔</w:t>
      </w:r>
    </w:p>
    <w:p>
      <w:r>
        <w:rPr>
          <w:b/>
        </w:rPr>
        <w:t xml:space="preserve">[57:58] </w:t>
      </w:r>
      <w:r>
        <w:t>ulta hai, maulana, ulta hain, ulta hai.</w:t>
      </w:r>
    </w:p>
    <w:p>
      <w:pPr>
        <w:jc w:val="right"/>
      </w:pPr>
      <w:r>
        <w:t>الٹا ہے، مولانا، الٹا ہیں، الٹا ہے۔</w:t>
      </w:r>
    </w:p>
    <w:p>
      <w:r>
        <w:rPr>
          <w:b/>
        </w:rPr>
        <w:t xml:space="preserve">[58:02] </w:t>
      </w:r>
      <w:r>
        <w:t>yeh tazkirah al quran ka angrezi edition</w:t>
      </w:r>
    </w:p>
    <w:p>
      <w:pPr>
        <w:jc w:val="right"/>
      </w:pPr>
      <w:r>
        <w:t>یہ تذکر القرآن کا انگریزی ایڈیشن</w:t>
      </w:r>
    </w:p>
    <w:p>
      <w:r>
        <w:rPr>
          <w:b/>
        </w:rPr>
        <w:t xml:space="preserve">[58:06] </w:t>
      </w:r>
      <w:r>
        <w:t>hai. jab yeh chhap kar aayi, mein ne dekha to aap aap tasawwur nahi kar sakte ke meri kaifiyat kya hui. mein aise amk, aisi amk, aisi soch ke hamakat samajhta hoon ke mein kahoon ke allah ke haan yeh pesh kar doon ga. yeh aisi soch ke mein hamakat samajhta hoon. lekin mein ne kya socha ke kaisi nemat hai allah ta'ala ki ke is</w:t>
      </w:r>
    </w:p>
    <w:p>
      <w:pPr>
        <w:jc w:val="right"/>
      </w:pPr>
      <w:r>
        <w:t>ہے۔ جب یہ چھپ کر آئی، میں نے دیکھا تو آپ آپ تصور نہیں کر سکتے کہ میری کیفیت کیا ہوئی۔ میں ایسے امک، ایسی امک، ایسی سوچ کے حماقت سمجھتا ہوں کہ میں کہوں کہ اللہ کے ہاں یہ پیش کر دوں گا۔ یہ ایسی سوچ کے میں حماقت سمجھتا ہوں۔ لیکن میں نے کیا سوچا کہ کیسی نعمت ہے اللہ تعالی کی کہ اس</w:t>
      </w:r>
    </w:p>
    <w:p>
      <w:r>
        <w:rPr>
          <w:b/>
        </w:rPr>
        <w:t xml:space="preserve">[58:36] </w:t>
      </w:r>
      <w:r>
        <w:t>tarah ka printing daur duniya mein aaya.</w:t>
      </w:r>
    </w:p>
    <w:p>
      <w:pPr>
        <w:jc w:val="right"/>
      </w:pPr>
      <w:r>
        <w:t>طرح کا پرنٹنگ دور دنیا میں آیا۔</w:t>
      </w:r>
    </w:p>
    <w:p>
      <w:r>
        <w:rPr>
          <w:b/>
        </w:rPr>
        <w:t xml:space="preserve">[58:42] </w:t>
      </w:r>
      <w:r>
        <w:t>mein ne socha ke agar yeh is tarah ki chhapi hui kitaab koi makkah mein laata, sahaba ke</w:t>
      </w:r>
    </w:p>
    <w:p>
      <w:pPr>
        <w:jc w:val="right"/>
      </w:pPr>
      <w:r>
        <w:t>میں نے سوچا کہ اگر یہ اس طرح کی چھپی ہوئی کتاب کوئی مکہ میں لاتا، صحابہ کے</w:t>
      </w:r>
    </w:p>
    <w:p>
      <w:r>
        <w:rPr>
          <w:b/>
        </w:rPr>
        <w:t xml:space="preserve">[58:48] </w:t>
      </w:r>
      <w:r>
        <w:t>zamane mein, toh log us waqt daudte ke yeh toh lagta hai ke mala-e-aala ka edition aa gaya hai.</w:t>
      </w:r>
    </w:p>
    <w:p>
      <w:pPr>
        <w:jc w:val="right"/>
      </w:pPr>
      <w:r>
        <w:t>زمانے میں، تو لوگ اس وقت دوڑتے کہ یہ تو لگتا ہے کہ ملائے اعلیٰ کا ایڈیشن آ گیا ہے۔</w:t>
      </w:r>
    </w:p>
    <w:p>
      <w:r>
        <w:rPr>
          <w:b/>
        </w:rPr>
        <w:t xml:space="preserve">[58:55] </w:t>
      </w:r>
      <w:r>
        <w:t>kya ke quran musalman yeh samajhte hain ke wahan mehfooz hai mala-e-aala mein quran? toh mala-e-aala</w:t>
      </w:r>
    </w:p>
    <w:p>
      <w:pPr>
        <w:jc w:val="right"/>
      </w:pPr>
      <w:r>
        <w:t>کیا کہ قرآن مسلمان یہ سمجھتے ہیں کہ وہاں محفوظ ہے ملائے اعلیٰ میں قرآن؟ تو ملائے اعلیٰ</w:t>
      </w:r>
    </w:p>
    <w:p>
      <w:r>
        <w:rPr>
          <w:b/>
        </w:rPr>
        <w:t xml:space="preserve">[59:01] </w:t>
      </w:r>
      <w:r>
        <w:t>ka edition jo hai quran ka, woh woh shayad aa gaya hai daudte dekhne ke liye. is ko</w:t>
      </w:r>
    </w:p>
    <w:p>
      <w:pPr>
        <w:jc w:val="right"/>
      </w:pPr>
      <w:r>
        <w:t>کا ایڈیشن جو ہے قرآن کا، وہ وہ شاید آ گیا ہے دوڑتے دیکھنے کے لیے۔ اس کو</w:t>
      </w:r>
    </w:p>
    <w:p>
      <w:r>
        <w:rPr>
          <w:b/>
        </w:rPr>
        <w:t xml:space="preserve">[59:07] </w:t>
      </w:r>
      <w:r>
        <w:t>toh shor ka samandar mere andar aa gaya ke khudaaya itna bada tune ehsaan kiya ke woh</w:t>
      </w:r>
    </w:p>
    <w:p>
      <w:pPr>
        <w:jc w:val="right"/>
      </w:pPr>
      <w:r>
        <w:t>تو شور کا سمندر میرے اندر آ گیا کہ خدایا اتنا بڑا تو نے احسان کیا کہ وہ</w:t>
      </w:r>
    </w:p>
    <w:p>
      <w:r>
        <w:rPr>
          <w:b/>
        </w:rPr>
        <w:t xml:space="preserve">[59:12] </w:t>
      </w:r>
      <w:r>
        <w:t>kitaab jo pehle likhi aati thi, hadiyon par, jhiliyon par, patiyon par, aap ghaur kijiye, aap kitaabein padh</w:t>
      </w:r>
    </w:p>
    <w:p>
      <w:pPr>
        <w:jc w:val="right"/>
      </w:pPr>
      <w:r>
        <w:t>کتاب جو پہلے لکھی آتی تھی، ہڈیوں پر، جھلیوں پر، پتیوں پر، آپ غور کیجئے، آپ کتابیں پڑھ</w:t>
      </w:r>
    </w:p>
    <w:p>
      <w:r>
        <w:rPr>
          <w:b/>
        </w:rPr>
        <w:t xml:space="preserve">[59:17] </w:t>
      </w:r>
      <w:r>
        <w:t>lijiye ke kaise kaise quran likha gaya tha.</w:t>
      </w:r>
    </w:p>
    <w:p>
      <w:pPr>
        <w:jc w:val="right"/>
      </w:pPr>
      <w:r>
        <w:t>لیجئے کہ کیسے کیسے قرآن لکھا گیا تھا۔</w:t>
      </w:r>
    </w:p>
    <w:p>
      <w:r>
        <w:rPr>
          <w:b/>
        </w:rPr>
        <w:t xml:space="preserve">[59:22] </w:t>
      </w:r>
      <w:r>
        <w:t>is zamane mein ke rasool allah par jibril laate the quran, rasool allah is ko dohrate the, toh</w:t>
      </w:r>
    </w:p>
    <w:p>
      <w:pPr>
        <w:jc w:val="right"/>
      </w:pPr>
      <w:r>
        <w:t>اس زمانے میں کہ رسول اللہ پر جبرائیل لاتے تھے قرآن، رسول اللہ اس کو دہراتے تھے، تو</w:t>
      </w:r>
    </w:p>
    <w:p>
      <w:r>
        <w:rPr>
          <w:b/>
        </w:rPr>
        <w:t xml:space="preserve">[59:27] </w:t>
      </w:r>
      <w:r>
        <w:t>sahaba is ko likhte the.</w:t>
      </w:r>
    </w:p>
    <w:p>
      <w:pPr>
        <w:jc w:val="right"/>
      </w:pPr>
      <w:r>
        <w:t>صحابہ اس کو لکھتے تھے۔</w:t>
      </w:r>
    </w:p>
    <w:p>
      <w:r>
        <w:rPr>
          <w:b/>
        </w:rPr>
        <w:t xml:space="preserve">[59:32] </w:t>
      </w:r>
      <w:r>
        <w:t>jo jo jo</w:t>
      </w:r>
    </w:p>
    <w:p>
      <w:pPr>
        <w:jc w:val="right"/>
      </w:pPr>
      <w:r>
        <w:t>جو جو جو</w:t>
      </w:r>
    </w:p>
    <w:p>
      <w:r>
        <w:rPr>
          <w:b/>
        </w:rPr>
        <w:t xml:space="preserve">[59:37] </w:t>
      </w:r>
      <w:r>
        <w:t>kehte hain kitaab-e-wahi jo the rasool allah ke, woh un ke paas kaaghaz toh tha nahin</w:t>
      </w:r>
    </w:p>
    <w:p>
      <w:pPr>
        <w:jc w:val="right"/>
      </w:pPr>
      <w:r>
        <w:t>کہتے ہیں کتا میں وحی جو تھے رسول اللہ کے، وہ ان کے پاس کاغذ تو تھا نہیں</w:t>
      </w:r>
    </w:p>
    <w:p>
      <w:r>
        <w:rPr>
          <w:b/>
        </w:rPr>
        <w:t xml:space="preserve">[59:42] </w:t>
      </w:r>
      <w:r>
        <w:t>is tarah ka.</w:t>
      </w:r>
    </w:p>
    <w:p>
      <w:pPr>
        <w:jc w:val="right"/>
      </w:pPr>
      <w:r>
        <w:t>اس طرح کا۔</w:t>
      </w:r>
    </w:p>
    <w:p>
      <w:r>
        <w:rPr>
          <w:b/>
        </w:rPr>
        <w:t xml:space="preserve">[59:46] </w:t>
      </w:r>
      <w:r>
        <w:t>is zamane mein jo jhili aur pati is tarah ki cheezein thin, is pe likhte the.</w:t>
      </w:r>
    </w:p>
    <w:p>
      <w:pPr>
        <w:jc w:val="right"/>
      </w:pPr>
      <w:r>
        <w:t>اس زمانے میں جو جھلی اور پتی اس طرح کی چیزیں تھیں، اس پہ لکھتے تھے۔</w:t>
      </w:r>
    </w:p>
    <w:p>
      <w:r>
        <w:rPr>
          <w:b/>
        </w:rPr>
        <w:t xml:space="preserve">[59:50] </w:t>
      </w:r>
      <w:r>
        <w:t>woh toh aaj kitna aage allah ta'ala ne pahuncha diya hai da'wati mawaqe ko.</w:t>
      </w:r>
    </w:p>
    <w:p>
      <w:pPr>
        <w:jc w:val="right"/>
      </w:pPr>
      <w:r>
        <w:t>وہ تو آج کتنا آگے اللہ تعالی نے پہنچا دیا ہے دعوتی مواقع کو۔</w:t>
      </w:r>
    </w:p>
    <w:p>
      <w:r>
        <w:rPr>
          <w:b/>
        </w:rPr>
        <w:t xml:space="preserve">[59:55] </w:t>
      </w:r>
      <w:r>
        <w:t>kitni shandaar chhapi hui kitaab!</w:t>
      </w:r>
    </w:p>
    <w:p>
      <w:pPr>
        <w:jc w:val="right"/>
      </w:pPr>
      <w:r>
        <w:t>کتنی شاندار چھپی ہوئی کتاب!</w:t>
      </w:r>
    </w:p>
    <w:p>
      <w:r>
        <w:rPr>
          <w:b/>
        </w:rPr>
        <w:t xml:space="preserve">[59:59] </w:t>
      </w:r>
      <w:r>
        <w:t>zara ghaur kijiye toh shukr ka samandar aap ko darana chahiye.</w:t>
      </w:r>
    </w:p>
    <w:p>
      <w:pPr>
        <w:jc w:val="right"/>
      </w:pPr>
      <w:r>
        <w:t>ذرا غور کیجئے تو شکر کا سمندر آپ کو درانا چاہیے۔</w:t>
      </w:r>
    </w:p>
    <w:p>
      <w:r>
        <w:rPr>
          <w:b/>
        </w:rPr>
        <w:t xml:space="preserve">[1:00:04] </w:t>
      </w:r>
      <w:r>
        <w:t>aur aise daur mein musalman shikayatein karte hain, protest karte hain, ladaiyan karte hain,</w:t>
      </w:r>
    </w:p>
    <w:p>
      <w:pPr>
        <w:jc w:val="right"/>
      </w:pPr>
      <w:r>
        <w:t>اور ایسے دور میں مسلمان شکایتیں کرتے ہیں، پروٹیسٹ کرتے ہیں، لڑائیاں کرتے ہیں،</w:t>
      </w:r>
    </w:p>
    <w:p>
      <w:r>
        <w:rPr>
          <w:b/>
        </w:rPr>
        <w:t xml:space="preserve">[1:00:08] </w:t>
      </w:r>
      <w:r>
        <w:t>jhagde karte hain.</w:t>
      </w:r>
    </w:p>
    <w:p>
      <w:pPr>
        <w:jc w:val="right"/>
      </w:pPr>
      <w:r>
        <w:t>جھگڑے کرتے ہیں۔</w:t>
      </w:r>
    </w:p>
    <w:p>
      <w:r>
        <w:rPr>
          <w:b/>
        </w:rPr>
        <w:t xml:space="preserve">[1:00:13] </w:t>
      </w:r>
      <w:r>
        <w:t>yani mein bataoon ke haraam se bari bura kaam hai.</w:t>
      </w:r>
    </w:p>
    <w:p>
      <w:pPr>
        <w:jc w:val="right"/>
      </w:pPr>
      <w:r>
        <w:t>یعنی میں بتاؤں کہ حرام سے بری برا کام ہے۔</w:t>
      </w:r>
    </w:p>
    <w:p>
      <w:r>
        <w:rPr>
          <w:b/>
        </w:rPr>
        <w:t xml:space="preserve">[1:00:18] </w:t>
      </w:r>
      <w:r>
        <w:t>yeh aisa zamana jab ke Allah taala ne nematoun ka anbaar khol diya, daawati mawaqe ka ek</w:t>
      </w:r>
    </w:p>
    <w:p>
      <w:pPr>
        <w:jc w:val="right"/>
      </w:pPr>
      <w:r>
        <w:t>یہ ایسا زمانہ جب کہ اللہ تعالی نے نعمتوں کا انبار کھول دیا، دعوتی مواقع کا کا ایک</w:t>
      </w:r>
    </w:p>
    <w:p>
      <w:r>
        <w:rPr>
          <w:b/>
        </w:rPr>
        <w:t xml:space="preserve">[1:00:24] </w:t>
      </w:r>
      <w:r>
        <w:t>explosion ho gaya, aur yahan pe jalsay ho rahe hain, taqreerein ho rahi hain, shikayat ki, protest ki,</w:t>
      </w:r>
    </w:p>
    <w:p>
      <w:pPr>
        <w:jc w:val="right"/>
      </w:pPr>
      <w:r>
        <w:t>ایکسپلوژن ہو گیا، اور یہاں پہ جلسے ہو رہے ہیں، تقریریں ہو رہی ہیں، شکایت کی، پروٹیسٹ کی،</w:t>
      </w:r>
    </w:p>
    <w:p>
      <w:r>
        <w:rPr>
          <w:b/>
        </w:rPr>
        <w:t xml:space="preserve">[1:00:29] </w:t>
      </w:r>
      <w:r>
        <w:t>aur zulm ka insaaf kar rahe hain, size ka insaaf kar rahe hain.</w:t>
      </w:r>
    </w:p>
    <w:p>
      <w:pPr>
        <w:jc w:val="right"/>
      </w:pPr>
      <w:r>
        <w:t>اور ظلم کا انصاف کر رہے ہیں، سائز کا انصاف کر رہے ہیں۔</w:t>
      </w:r>
    </w:p>
    <w:p>
      <w:r>
        <w:rPr>
          <w:b/>
        </w:rPr>
        <w:t xml:space="preserve">[1:00:34] </w:t>
      </w:r>
      <w:r>
        <w:t>yani kisi paighambar ke zamane mein mumkin nahi tha ke aisi kitaab chhapi jaye.</w:t>
      </w:r>
    </w:p>
    <w:p>
      <w:pPr>
        <w:jc w:val="right"/>
      </w:pPr>
      <w:r>
        <w:t>یعنی کسی پیغمبر کے زمانے میں ممکن نہیں تھا کہ ایسی کتاب چھاپی جائے۔</w:t>
      </w:r>
    </w:p>
    <w:p>
      <w:r>
        <w:rPr>
          <w:b/>
        </w:rPr>
        <w:t xml:space="preserve">[1:00:39] </w:t>
      </w:r>
      <w:r>
        <w:t>sahaba ke zamane mein mumkin hai aisi kitab chhapi jaaye. to aap shukr kyon nahin karte? aap shukr kyon nahin karte?</w:t>
      </w:r>
    </w:p>
    <w:p>
      <w:pPr>
        <w:jc w:val="right"/>
      </w:pPr>
      <w:r>
        <w:t>صحابہ کے زمانے میں ممکن ہے ایسی کتاب چھاپی جائے۔ تو آپ شکر کیوں نہیں کرتے؟ آپ شکر کیوں نہیں کرتے؟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