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Mission (In Conversation with Maulana) 23 04 07</w:t>
      </w:r>
    </w:p>
    <w:p>
      <w:r>
        <w:t>https://www.youtube.com/watch?v=6WUoL2VK1ZE</w:t>
      </w:r>
    </w:p>
    <w:p>
      <w:r>
        <w:rPr>
          <w:b/>
        </w:rPr>
        <w:t xml:space="preserve">[00:10] </w:t>
      </w:r>
      <w:r>
        <w:t>dekhen, maine apne is mein kaha tha ke is zamane mein yeh mumkin ho gaya hai ke hum insaan ke accepted intellectual base par apni baat sabit kar saken.</w:t>
      </w:r>
    </w:p>
    <w:p>
      <w:pPr>
        <w:jc w:val="right"/>
      </w:pPr>
      <w:r>
        <w:t>دیکھیں، میں نے اپنے اس میں کہا تھا کہ اس زمانے میں یہ ممکن ہو گیا ہے کہ ہم انسان کے ایکسیپٹڈ انٹلیکچول بیس پر اپنی بات ثابت کر سکیں۔</w:t>
      </w:r>
    </w:p>
    <w:p>
      <w:r>
        <w:rPr>
          <w:b/>
        </w:rPr>
        <w:t xml:space="preserve">[00:23] </w:t>
      </w:r>
      <w:r>
        <w:t>asal mein dekhen, yeh hai ke bukhari aur muslim do bohat hi authentic book ban jaati hain islam mein.</w:t>
      </w:r>
    </w:p>
    <w:p>
      <w:pPr>
        <w:jc w:val="right"/>
      </w:pPr>
      <w:r>
        <w:t>اصل میں دیکھیں، یہ ہے کہ بخاری اور مسلم دو بہت ہی اتھینٹک بک بن جاتی ہیں اسلام میں۔</w:t>
      </w:r>
    </w:p>
    <w:p>
      <w:r>
        <w:rPr>
          <w:b/>
        </w:rPr>
        <w:t xml:space="preserve">[00:32] </w:t>
      </w:r>
      <w:r>
        <w:t>inko kehte hain sahihain, inko sahihain bola jaata hai. to sahihain mein ek aayi hai hadith, dono mein.</w:t>
      </w:r>
    </w:p>
    <w:p>
      <w:pPr>
        <w:jc w:val="right"/>
      </w:pPr>
      <w:r>
        <w:t>ان کو کہتے ہیں صحیحین، ان کو صحیحین بولا جاتا ہے۔ تو صحیحین میں ایک آئی ہے حدیث، دونوں میں۔</w:t>
      </w:r>
    </w:p>
    <w:p>
      <w:r>
        <w:rPr>
          <w:b/>
        </w:rPr>
        <w:t xml:space="preserve">[00:44] </w:t>
      </w:r>
      <w:r>
        <w:t>is mein rasool Allah ne farmaya ke har nabii ko us ke zamane ke hisab se koi moajza diya jaata tha.</w:t>
      </w:r>
    </w:p>
    <w:p>
      <w:pPr>
        <w:jc w:val="right"/>
      </w:pPr>
      <w:r>
        <w:t>اس میں رسول اللہ نے فرمایا کہ ہر نبی کو اس کے زمانے کے حساب سے کوئی معجزہ دیا جاتا تھا۔</w:t>
      </w:r>
    </w:p>
    <w:p>
      <w:r>
        <w:rPr>
          <w:b/>
        </w:rPr>
        <w:t xml:space="preserve">[00:54] </w:t>
      </w:r>
      <w:r>
        <w:t>moajza means aisi cheez jo aadmi ko manne par majboor kar de, yaani compulsive acknowledgement.</w:t>
      </w:r>
    </w:p>
    <w:p>
      <w:pPr>
        <w:jc w:val="right"/>
      </w:pPr>
      <w:r>
        <w:t>معجزہ مینز ایسی چیز جو آدمی کو ماننے پر مجبور کر دے، یعنی کمپلسو ایکنالجمنٹ۔</w:t>
      </w:r>
    </w:p>
    <w:p>
      <w:r>
        <w:rPr>
          <w:b/>
        </w:rPr>
        <w:t xml:space="preserve">[01:08] </w:t>
      </w:r>
      <w:r>
        <w:t>moajza ka matlab hota hai ke compulsively jab aadmi acknowledge kare to woh hota hai moajza. to rasool Allah ne kaha ke har paighambar ko, har prophet ko aisi cheez di gayi jo us ke contemporary log jo the,</w:t>
      </w:r>
    </w:p>
    <w:p>
      <w:pPr>
        <w:jc w:val="right"/>
      </w:pPr>
      <w:r>
        <w:t>معجزہ کا مطلب ہوتا ہے کہ کمپلسولی جب آدمی ایکنالج کرے تو وہ ہوتا ہے معجزہ۔ تو رسول اللہ نے کہا کہ ہر پیغمبر کو، ہر پرافٹ کو ایسی چیز دی گئی جو اس کے کنٹمپریری لوگ جو تھے،</w:t>
      </w:r>
    </w:p>
    <w:p>
      <w:r>
        <w:rPr>
          <w:b/>
        </w:rPr>
        <w:t xml:space="preserve">[01:27] </w:t>
      </w:r>
      <w:r>
        <w:t>us ko manne par majboor ho.</w:t>
      </w:r>
    </w:p>
    <w:p>
      <w:pPr>
        <w:jc w:val="right"/>
      </w:pPr>
      <w:r>
        <w:t>اس کو ماننے پر مجبور ہوں۔</w:t>
      </w:r>
    </w:p>
    <w:p>
      <w:r>
        <w:rPr>
          <w:b/>
        </w:rPr>
        <w:t xml:space="preserve">[01:33] </w:t>
      </w:r>
      <w:r>
        <w:t>to is ka aap example dekhiye, Hazrat Musa ke zamane mein magician hua karte the. magician, yaani magic ko bohat badi cheez mante the Egypt ke log is zamane mein.</w:t>
      </w:r>
    </w:p>
    <w:p>
      <w:pPr>
        <w:jc w:val="right"/>
      </w:pPr>
      <w:r>
        <w:t>تو اس کا آپ ایگزامپل دیکھیے، حضرت موسیٰ کے زمانے میں میجیشن ہوا کرتے تھے۔ میجیشن، یعنی میجک کو بہت بڑی چیز مانتے تھے ایجپٹ کے لوگ اس زمانے میں۔</w:t>
      </w:r>
    </w:p>
    <w:p>
      <w:r>
        <w:rPr>
          <w:b/>
        </w:rPr>
        <w:t xml:space="preserve">[01:49] </w:t>
      </w:r>
      <w:r>
        <w:t>to Hazrat Musa ko ek aisi cheez di gayi jo magic ke term mein bohat badi thi. yaani aap koi dekh, aap ka jo woh tha, kya kehte hain?</w:t>
      </w:r>
    </w:p>
    <w:p>
      <w:pPr>
        <w:jc w:val="right"/>
      </w:pPr>
      <w:r>
        <w:t>تو حضرت موسیٰ کو ایک ایسی چیز دی گئی جو میجک کے ٹرم میں بہت بڑی تھی۔ یعنی آپ کوئی دیکھ، آپ کا جو وہ تھا، کیا کہتے ہیں؟</w:t>
      </w:r>
    </w:p>
    <w:p>
      <w:r>
        <w:rPr>
          <w:b/>
        </w:rPr>
        <w:t xml:space="preserve">[02:02] </w:t>
      </w:r>
      <w:r>
        <w:t>staff kehte hain, kya kehte hain is ko</w:t>
      </w:r>
    </w:p>
    <w:p>
      <w:pPr>
        <w:jc w:val="right"/>
      </w:pPr>
      <w:r>
        <w:t>سٹاف کہتے ہیں، کیا کہتے ہیں اس کو</w:t>
      </w:r>
    </w:p>
    <w:p>
      <w:r>
        <w:rPr>
          <w:b/>
        </w:rPr>
        <w:t xml:space="preserve">[02:04] </w:t>
      </w:r>
      <w:r>
        <w:t>? staff hain, staff hi hai, hain staff, staff. to woh jab daalte the zameen par to woh bohat bada un woh ban jaata tha, saanp.</w:t>
      </w:r>
    </w:p>
    <w:p>
      <w:pPr>
        <w:jc w:val="right"/>
      </w:pPr>
      <w:r>
        <w:t>؟ سٹاف ہیں، سٹاف ہی ہے، ہیں سٹاف، سٹاف۔ تو وہ جب ڈالتے تھے زمین پر تو وہ بہت بڑا ان وہ بن جاتا تھا، سانپ۔</w:t>
      </w:r>
    </w:p>
    <w:p>
      <w:r>
        <w:rPr>
          <w:b/>
        </w:rPr>
        <w:t xml:space="preserve">[02:17] </w:t>
      </w:r>
      <w:r>
        <w:t>ab is ke aage un ke jo aur jo magician wahan the, un ke sab jo hai chote pad jaate the. to is zamane mein jo trend tha ke magic badi cheez hai, to un ko isi waise hi diya gaya moajza.</w:t>
      </w:r>
    </w:p>
    <w:p>
      <w:pPr>
        <w:jc w:val="right"/>
      </w:pPr>
      <w:r>
        <w:t>اب اس کے آگے ان کے جو اور جو جو میجیشن وہاں تھے، ان کے سب جو ہے چھوٹے پڑ جاتے تھے۔ تو اس زمانے میں جو ٹرینڈ تھا کہ میجک بڑی چیز ہے، تو ان کو اسی ویسے ہی دیا گیا معجزہ۔</w:t>
      </w:r>
    </w:p>
    <w:p>
      <w:r>
        <w:rPr>
          <w:b/>
        </w:rPr>
        <w:t xml:space="preserve">[02:35] </w:t>
      </w:r>
      <w:r>
        <w:t>Christ ko dekhiye, Jesus Christ ko. Jesus Christ ke zamane mein woh tha bohat zyada un mein jo doctoron ka zor tha, ji</w:t>
      </w:r>
    </w:p>
    <w:p>
      <w:pPr>
        <w:jc w:val="right"/>
      </w:pPr>
      <w:r>
        <w:t>کرائسٹ کو دیکھیے، جیسس کرائسٹ کو۔ جیسس کرائسٹ کے زمانے میں وہ تھا بہت زیادہ ان میں جو ڈاکٹروں کا زور تھا، جی</w:t>
      </w:r>
    </w:p>
    <w:p>
      <w:r>
        <w:rPr>
          <w:b/>
        </w:rPr>
        <w:t xml:space="preserve">[02:47] </w:t>
      </w:r>
      <w:r>
        <w:t>ji haan, ke log acha karte the. woh to un ko diya gaya ke woh woh woh acha karte the, yaani dawa ke taur par yeh chhod diya, tab bhi acha ho gaya.</w:t>
      </w:r>
    </w:p>
    <w:p>
      <w:pPr>
        <w:jc w:val="right"/>
      </w:pPr>
      <w:r>
        <w:t>جی ہاں، کہ لوگ اچھا کرتے تھے۔ وہ تو ان کو دیا گیا کہ وہ وہ وہ اچھا کرتے تھے، یعنی دوا کے طور پر یہ چھوڑ دیا، تب بھی اچھا ہو گیا۔</w:t>
      </w:r>
    </w:p>
    <w:p>
      <w:r>
        <w:rPr>
          <w:b/>
        </w:rPr>
        <w:t xml:space="preserve">[03:05] </w:t>
      </w:r>
      <w:r>
        <w:t>to is wahan aap ka jo tha, un se oopar ho gaya. isi sense mein maine kaha ke is zamane mein jo criterion hai, us ko English mein kahenge criterion.</w:t>
      </w:r>
    </w:p>
    <w:p>
      <w:pPr>
        <w:jc w:val="right"/>
      </w:pPr>
      <w:r>
        <w:t>تو اس وہاں آپ کا جو تھا، ان سے اوپر ہو گیا۔ اسی سینس میں میں نے کہا کہ اس زمانے میں جو کرائٹیرین ہے، اس کو انگلش میں کہیں گے کرائٹیرین۔</w:t>
      </w:r>
    </w:p>
    <w:p>
      <w:r>
        <w:rPr>
          <w:b/>
        </w:rPr>
        <w:t xml:space="preserve">[03:19] </w:t>
      </w:r>
      <w:r>
        <w:t>yaani har zamane ka jo criterion hua karta tha, us criterion ke hisab se prophet ko aisi cheez di gayi jo us ki supremacy ko establish kar sake.</w:t>
      </w:r>
    </w:p>
    <w:p>
      <w:pPr>
        <w:jc w:val="right"/>
      </w:pPr>
      <w:r>
        <w:t>یعنی ہر زمانے کا جو کرائٹیرین ہوا کرتا تھا، اس کرائٹیرین کے حساب سے پرافٹ کو ایسی چیز دی گئی جو اس کی سپریمیسی کو اسٹیبلش کر سکے۔</w:t>
      </w:r>
    </w:p>
    <w:p>
      <w:r>
        <w:rPr>
          <w:b/>
        </w:rPr>
        <w:t xml:space="preserve">[03:29] </w:t>
      </w:r>
      <w:r>
        <w:t>is zamane ka jo criterion hai, woh hai scientific criterion. yaani scientific level par kisi baat ko aap ka proof de dein, aap to woh sab se badi cheez maani jaati hai.</w:t>
      </w:r>
    </w:p>
    <w:p>
      <w:pPr>
        <w:jc w:val="right"/>
      </w:pPr>
      <w:r>
        <w:t>اس زمانے کا جو کرائٹیرین ہے، وہ ہے سائنٹیفک کرائٹیرین۔ یعنی سائنٹیفک لیول پر کسی بات کو آپ کا پروف دے دیں، آپ تو وہ سب سے بڑی چیز مانی جاتی ہے۔</w:t>
      </w:r>
    </w:p>
    <w:p>
      <w:r>
        <w:rPr>
          <w:b/>
        </w:rPr>
        <w:t xml:space="preserve">[03:43] </w:t>
      </w:r>
      <w:r>
        <w:t>to wahan par magic criterion tha aur wahan par different zamane mein alag alag criterion the. aaj jo hai science ka criterion hai, scientific criterion.</w:t>
      </w:r>
    </w:p>
    <w:p>
      <w:pPr>
        <w:jc w:val="right"/>
      </w:pPr>
      <w:r>
        <w:t>تو وہاں پر میجک کرائٹیرین تھا اور وہاں پر ڈفرنٹ زمانے میں الگ الگ کرائٹیرین تھے۔ آج جو ہے سائنس کا کرائٹیرین ہے، سائنٹیفک کرائٹیرین۔</w:t>
      </w:r>
    </w:p>
    <w:p>
      <w:r>
        <w:rPr>
          <w:b/>
        </w:rPr>
        <w:t xml:space="preserve">[03:57] </w:t>
      </w:r>
      <w:r>
        <w:t>to jab shuru mein jab science ki agencies aayin saamne, science ki discoveries, to logon ne samjha ke science ne mazhab ko disprove kar diya hai,</w:t>
      </w:r>
    </w:p>
    <w:p>
      <w:pPr>
        <w:jc w:val="right"/>
      </w:pPr>
      <w:r>
        <w:t>تو جب شروع میں جب سائنس کی ایجنسیز آئیں سامنے، سائنس کی ڈسکوریز، تو لوگوں نے سمجھا کہ سائنس نے مذہب کو ڈس پروف کر دیا ہے،</w:t>
      </w:r>
    </w:p>
    <w:p>
      <w:r>
        <w:rPr>
          <w:b/>
        </w:rPr>
        <w:t xml:space="preserve">[04:08] </w:t>
      </w:r>
      <w:r>
        <w:t>mazhab ko disprove kar diya hai. isi par maine woh kitab bhi likhi thi, ghaliban jo ghaliban woh pehli kitab thi, God Arises.</w:t>
      </w:r>
    </w:p>
    <w:p>
      <w:pPr>
        <w:jc w:val="right"/>
      </w:pPr>
      <w:r>
        <w:t>مذہب کو ڈس پروف کر دیا ہے۔ اسی پر میں نے وہ کتاب بھی لکھی تھی، غالباً جو غالباً وہ پہلی کتاب تھی، گاڈ ارائزز۔</w:t>
      </w:r>
    </w:p>
    <w:p>
      <w:r>
        <w:rPr>
          <w:b/>
        </w:rPr>
        <w:t xml:space="preserve">[04:19] </w:t>
      </w:r>
      <w:r>
        <w:t>God ka concept hi yahi tha ke us waqt jab ke log yeh keh rahe hain ke science ne disprove kar diya hai, Khuda uth kar ke us ko khatm kar deta hai.</w:t>
      </w:r>
    </w:p>
    <w:p>
      <w:pPr>
        <w:jc w:val="right"/>
      </w:pPr>
      <w:r>
        <w:t>گاڈ کا کانسیپٹ ہی یہی تھا کہ اس وقت جب کہ لوگ یہ کہہ رہے ہیں کہ سائنس نے ڈس پروف کر دیا ہے، خدا اٹھ کر کے اس کو ختم کر دیتا ہے۔</w:t>
      </w:r>
    </w:p>
    <w:p>
      <w:r>
        <w:rPr>
          <w:b/>
        </w:rPr>
        <w:t xml:space="preserve">[04:29] </w:t>
      </w:r>
      <w:r>
        <w:t>jaise ke Hazrat Musa ka asaa aaya to woh saare un ke magic khatm ho gaye. woh to yahi concept tha, us ko us ka naam rakha tha hum ne God Arises.</w:t>
      </w:r>
    </w:p>
    <w:p>
      <w:pPr>
        <w:jc w:val="right"/>
      </w:pPr>
      <w:r>
        <w:t>جیسے کہ حضرت موسیٰ کا عصا آیا تو وہ سارے ان کے میجک ختم ہو گئے۔ وہ تو یہی کانسیپٹ تھا، اس کو اس کا نام رکھا تھا ہم نے گاڈ ارائزز۔</w:t>
      </w:r>
    </w:p>
    <w:p>
      <w:r>
        <w:rPr>
          <w:b/>
        </w:rPr>
        <w:t xml:space="preserve">[04:40] </w:t>
      </w:r>
      <w:r>
        <w:t>aur God Arises jo tha, naam bilkul yeh mujhe mein keh sakta hoon ke phir reveal hua tha mujhe, kyunke us ki date bhi mujhe pata hai. main Nadwa, Lucknow mein Nadwa ki majlis mein tha, ghaliban zuhr ka waqt tha, aur wahan par baitha hua tha,</w:t>
      </w:r>
    </w:p>
    <w:p>
      <w:pPr>
        <w:jc w:val="right"/>
      </w:pPr>
      <w:r>
        <w:t>اور گاڈ ارائزز جو تھا، نام بالکل یہ مجھے میں کہہ سکتا ہوں کہ پھر ریویل ہوا تھا مجھے، کیونکہ اس کی ڈیٹ بھی مجھے پتہ ہے۔ میں ندوہ، لکھنو میں ندوہ کی مجلس میں تھا، غالباً ظہر کا وقت تھا، اور وہاں پر بیٹھا ہوا تھا،</w:t>
      </w:r>
    </w:p>
    <w:p>
      <w:r>
        <w:rPr>
          <w:b/>
        </w:rPr>
        <w:t xml:space="preserve">[04:57] </w:t>
      </w:r>
      <w:r>
        <w:t>yaani namaz se kuch pehle. achaanak mere mind mein yeh aaya, God Arises. yeh bohat pehle ki baat hai, ghaliban 65 ki baat hai, yeh 64 ki baat hai.</w:t>
      </w:r>
    </w:p>
    <w:p>
      <w:pPr>
        <w:jc w:val="right"/>
      </w:pPr>
      <w:r>
        <w:t>یعنی نماز سے کچھ پہلے۔ اچانک میرے مائنڈ میں یہ آیا، گاڈ ارائزز۔ یہ بہت پہلے کی بات ہے، غالباً 65 کی بات ہے، یہ 64 کی بات ہے۔</w:t>
      </w:r>
    </w:p>
    <w:p>
      <w:r>
        <w:rPr>
          <w:b/>
        </w:rPr>
        <w:t xml:space="preserve">[05:11] </w:t>
      </w:r>
      <w:r>
        <w:t>to yeh yeh title jo hai, main samajhta hoon ke yeh reveal title hai. Is waqt concept yahi hai, yeh liya gaya tha.</w:t>
      </w:r>
    </w:p>
    <w:p>
      <w:pPr>
        <w:jc w:val="right"/>
      </w:pPr>
      <w:r>
        <w:t>تو یہ یہ ٹائٹل جو ہے، میں سمجھتا ہوں کہ یہ ریویل ٹائٹل ہے۔ اس وقت کانسیپٹ یہی ہے، یہ لیا گیا تھا۔</w:t>
      </w:r>
    </w:p>
    <w:p>
      <w:r>
        <w:rPr>
          <w:b/>
        </w:rPr>
        <w:t xml:space="preserve">[05:19] </w:t>
      </w:r>
      <w:r>
        <w:t>Is ka expression jo hai, biblical expression hai, yeh is mein hai ke let God arise, let his enemies be scattered. To is waqt jo concept tha, woh yeh tha ke log yeh keh rahe hain ke science ki discoveries ne religion ko aur Khuda ko disprove kar diya hai.</w:t>
      </w:r>
    </w:p>
    <w:p>
      <w:pPr>
        <w:jc w:val="right"/>
      </w:pPr>
      <w:r>
        <w:t>اس کا ایکسپریشن جو ہے، ببلیکل ایکسپریشن ہے، یہ اس میں ہے کہ لیٹ گاڈ ارائز، لیٹ ہز اینمیز بی سکیٹرڈ۔ تو اس وقت جو کانسیپٹ تھا، وہ یہ تھا کہ لوگ یہ کہہ رہے ہیں کہ سائنس کی ڈسکوریز نے ریلیجن کو اور خدا کو ڈس پروف کر دیا ہے۔</w:t>
      </w:r>
    </w:p>
    <w:p>
      <w:r>
        <w:rPr>
          <w:b/>
        </w:rPr>
        <w:t xml:space="preserve">[05:37] </w:t>
      </w:r>
      <w:r>
        <w:t>To is mein tha ke yeh galat hai, reaffirm kiya hai ke science ki discoveries ne Khuda ke belief ko reaffirm kiya hai.</w:t>
      </w:r>
    </w:p>
    <w:p>
      <w:pPr>
        <w:jc w:val="right"/>
      </w:pPr>
      <w:r>
        <w:t>تو اس میں تھا کہ یہ غلط ہے، ری افرم کیا ہے کہ سائنس کی ڈسکوریز نے خدا کے بیلیف کو ری افرم کیا ہے۔</w:t>
      </w:r>
    </w:p>
    <w:p>
      <w:r>
        <w:rPr>
          <w:b/>
        </w:rPr>
        <w:t xml:space="preserve">[05:47] </w:t>
      </w:r>
      <w:r>
        <w:t>Phir se ek scientific jo base hai, scientific jo criterion hai, isi criterion par Khuda ko aur religious truth ko phir se prove kar diya hai.</w:t>
      </w:r>
    </w:p>
    <w:p>
      <w:pPr>
        <w:jc w:val="right"/>
      </w:pPr>
      <w:r>
        <w:t>پھر سے ایک سائنٹیفک جو بیس ہے، سائنٹیفک جو کرائٹیرین ہے، اسی کرائٹیرین پر خدا کو اور ریلیجس ٹروتھ کو پھر سے پروف کر دیا ہے۔</w:t>
      </w:r>
    </w:p>
    <w:p>
      <w:r>
        <w:rPr>
          <w:b/>
        </w:rPr>
        <w:t xml:space="preserve">[06:00] </w:t>
      </w:r>
      <w:r>
        <w:t>Yeh tha is ka matlab. To maine mera matlab yeh tha ke jis tarah se pichhle zamano mein har prophet ko Khuda ne aisi koi cheez di jo un ke zamane ke criterion par apni sachai ko woh prove kar sakein, isi tarah aaj Khuda ne aisa kiya hai ke jis ko maine kaha ke civilization ka supportive role.</w:t>
      </w:r>
    </w:p>
    <w:p>
      <w:pPr>
        <w:jc w:val="right"/>
      </w:pPr>
      <w:r>
        <w:t>یہ تھا اس کا مطلب۔ تو میں نے میرا مطلب یہ تھا کہ جس طرح سے پچھلے زمانوں میں ہر پرافٹ کو خدا نے ایسی کوئی چیز دی جو ان کے زمانے کے کرائٹیرین پر اپنی سچائی کو وہ پروف کر سکیں، اسی طرح آج خدا نے ایسا کیا ہے کہ جس کو میں نے کہا کہ سویلائزیشن کا سپورٹیو رول۔</w:t>
      </w:r>
    </w:p>
    <w:p>
      <w:r>
        <w:rPr>
          <w:b/>
        </w:rPr>
        <w:t xml:space="preserve">[06:21] </w:t>
      </w:r>
      <w:r>
        <w:t>Is zamane mein civilization ne hamein yeh support diya ke aise evidence diye ke hum aaj ke scientific criterion par sachai ko aur Khuda ko prove kar sakein.</w:t>
      </w:r>
    </w:p>
    <w:p>
      <w:pPr>
        <w:jc w:val="right"/>
      </w:pPr>
      <w:r>
        <w:t>اس زمانے میں سویلائزیشن نے ہمیں یہ سپورٹ دیا کہ ایسے ایویڈنس دیے کہ ہم آج کے سائنٹیفک کرائٹیرین پر سچائی کو اور خدا کو پروف کر سکیں۔</w:t>
      </w:r>
    </w:p>
    <w:p>
      <w:r>
        <w:rPr>
          <w:b/>
        </w:rPr>
        <w:t xml:space="preserve">[06:35] </w:t>
      </w:r>
      <w:r>
        <w:t>Is par maine kai kitabein likhi hain, is mein se ek kitab hai, woh do kitabein aap padh sakte hain jo English mein hain. Ek hai God Arises, ek hai Religion and Science.</w:t>
      </w:r>
    </w:p>
    <w:p>
      <w:pPr>
        <w:jc w:val="right"/>
      </w:pPr>
      <w:r>
        <w:t>اس پر میں نے کئی کتابیں لکھی ہیں، اس میں سے ایک کتاب ہے، وہ دو کتابیں آپ پڑھ سکتے ہیں جو انگلش میں ہیں۔ ایک ہے گاڈ رائزز، ایک ہے ریلیجن اینڈ سائنس۔</w:t>
      </w:r>
    </w:p>
    <w:p>
      <w:r>
        <w:rPr>
          <w:b/>
        </w:rPr>
        <w:t xml:space="preserve">[06:46] </w:t>
      </w:r>
      <w:r>
        <w:t>Maulana, is ka ek hi ek aur point hai is ke aage jo hum kabhi peeche aap se pooch rahe the, jo aap ne Moses ka example diya, Jesus Christ. To is time mein Jesus Christ exist karte the, Moses exist karte the.</w:t>
      </w:r>
    </w:p>
    <w:p>
      <w:pPr>
        <w:jc w:val="right"/>
      </w:pPr>
      <w:r>
        <w:t>مولانا، اس کا ایک ہی ایک اور پوائنٹ ہے اس کے آگے جو ہم کبھی پیچھے آپ سے پوچھ رہے تھے، جو آپ نے موزز کا ایگزیمپل دیا، جیسس کرائسٹ۔ تو اس ٹائم میں جیسس کرائسٹ ایگزسٹ کرتے تھے، موزز ایگزسٹ کرتے تھے۔</w:t>
      </w:r>
    </w:p>
    <w:p>
      <w:r>
        <w:rPr>
          <w:b/>
        </w:rPr>
        <w:t xml:space="preserve">[06:56] </w:t>
      </w:r>
      <w:r>
        <w:t>But jo scientific aur jo Prophet Muhammad bhi aaye, to woh traditional phase mein aaye. To abhi to scientific framework hai, Maulana, but prophet to nahi hain, abhi Khuda ne bheje un ko.</w:t>
      </w:r>
    </w:p>
    <w:p>
      <w:pPr>
        <w:jc w:val="right"/>
      </w:pPr>
      <w:r>
        <w:t>بٹ جو سائنٹیفک اور جو پرافٹ محمد بھی آئے، تو وہ ٹریڈیشنل فیز میں آئے۔ تو ابھی تو سائنٹیفک فریم ورک ہے، مولانا، بٹ پرافٹ تو نہیں ہیں، ابھی خدا نے بھیجے ان کو۔</w:t>
      </w:r>
    </w:p>
    <w:p>
      <w:r>
        <w:rPr>
          <w:b/>
        </w:rPr>
        <w:t xml:space="preserve">[07:08] </w:t>
      </w:r>
      <w:r>
        <w:t>Baqi saare prophet to exist jab jo miracles hue ya</w:t>
      </w:r>
    </w:p>
    <w:p>
      <w:pPr>
        <w:jc w:val="right"/>
      </w:pPr>
      <w:r>
        <w:t>باقی سارے پرافٹ تو ایگزسٹ جب جو میریکلز ہوئے یا</w:t>
      </w:r>
    </w:p>
    <w:p>
      <w:r>
        <w:rPr>
          <w:b/>
        </w:rPr>
        <w:t xml:space="preserve">[07:13] </w:t>
      </w:r>
      <w:r>
        <w:t>Aap ne theek kaha, lekin dekhiye, Quran mein woh ayat maine use batai thi aap ko, lakum rasool shaheedun alaikum wa takuna shuhadaa un nas.</w:t>
      </w:r>
    </w:p>
    <w:p>
      <w:pPr>
        <w:jc w:val="right"/>
      </w:pPr>
      <w:r>
        <w:t>آپ نے ٹھیک کہا، لیکن دیکھیے، قرآن میں وہ آیت میں نے اسے بتائی تھی آپ کو، لیکون رسول شہید علیکم وتکون شہداء الناس۔</w:t>
      </w:r>
    </w:p>
    <w:p>
      <w:r>
        <w:rPr>
          <w:b/>
        </w:rPr>
        <w:t xml:space="preserve">[07:23] </w:t>
      </w:r>
      <w:r>
        <w:t>Maine bataya tha ke Prophet Muhammad se ek naya period shuru hota hai jo kehta hai recorded prophethood. Recorded prophethood pehle aisa nahi hota tha, pehle tha living prophethood.</w:t>
      </w:r>
    </w:p>
    <w:p>
      <w:pPr>
        <w:jc w:val="right"/>
      </w:pPr>
      <w:r>
        <w:t>میں نے بتایا تھا کہ پرافٹ محمد سے ایک نیا پیریڈ شروع ہوتا ہے جو کہتا ہے ریکارڈڈ پرافٹ ہڈ۔ ریکارڈڈ پرافٹ ہڈ پہلے ایسا نہیں ہوتا تھا، پہلے تھا لیونگ پرافٹ ہڈ۔</w:t>
      </w:r>
    </w:p>
    <w:p>
      <w:r>
        <w:rPr>
          <w:b/>
        </w:rPr>
        <w:t xml:space="preserve">[07:35] </w:t>
      </w:r>
      <w:r>
        <w:t>Yeh do period hain, yeh is pehle mein bata chuka hoon yeh baat ke pre Muhammad period mein living prophet ka zamana tha, ab jo hai woh recorded prophet ka zamana hai.</w:t>
      </w:r>
    </w:p>
    <w:p>
      <w:pPr>
        <w:jc w:val="right"/>
      </w:pPr>
      <w:r>
        <w:t>یہ دو پیریڈ ہیں، یہ اس پہلے میں بتا چکا ہوں یہ بات کہ پری محمد پیریڈ میں لیونگ پرافٹ کا زمانہ تھا، اب جو ہے وہ ریکارڈڈ پرافٹ کا زمانہ ہے۔</w:t>
      </w:r>
    </w:p>
    <w:p>
      <w:r>
        <w:rPr>
          <w:b/>
        </w:rPr>
        <w:t xml:space="preserve">[07:46] </w:t>
      </w:r>
      <w:r>
        <w:t>Isi liye Quran mein aaya hai ke ke yeh jo rasool hai, is ne tum ko bata diya, ab tum ko batate rehna hai, lakum rasool shaheedun alaikum wa takuna shuhadaa un nas.</w:t>
      </w:r>
    </w:p>
    <w:p>
      <w:pPr>
        <w:jc w:val="right"/>
      </w:pPr>
      <w:r>
        <w:t>اسی لیے قرآن میں آیا ہے کہ کہ یہ جو رسول ہے، اس نے تم کو بتا دیا، اب تم کو بتاتے رہنا ہے، لیکون رسول شہید علیکم وتکون شہداء الناس۔</w:t>
      </w:r>
    </w:p>
    <w:p>
      <w:r>
        <w:rPr>
          <w:b/>
        </w:rPr>
        <w:t xml:space="preserve">[07:57] </w:t>
      </w:r>
      <w:r>
        <w:t>Aur maine bataya tha abhi is se pehle ke yeh jo followers aap ke hain, in ke bare mein kaha gaya hai ummatan wasatan. Ummatan wasatan ke yani beech ka group, beech ka yani ek taraf prophet hai, doosri taraf insan hai.</w:t>
      </w:r>
    </w:p>
    <w:p>
      <w:pPr>
        <w:jc w:val="right"/>
      </w:pPr>
      <w:r>
        <w:t>اور میں نے بتایا تھا ابھی اس سے پہلے کہ یہ جو فالوورز آپ کے ہیں، ان کے بارے میں کہا گیا ہے امت وسط۔ امت وسط کے یعنی بیچ کا گروپ، بیچ کا یعنی ایک طرف پرافٹ ہے، دوسری طرف انسان ہے۔</w:t>
      </w:r>
    </w:p>
    <w:p>
      <w:r>
        <w:rPr>
          <w:b/>
        </w:rPr>
        <w:t xml:space="preserve">[08:13] </w:t>
      </w:r>
      <w:r>
        <w:t>To followers aap ke beech ke hain, woh ummatan wasatan hain, prophet se lena doosron tak pahunchana. Ab jo Khuda ki scheme hai, woh yahi hai ke ab recorded prophet ke zamane mein hum jee rahe hain.</w:t>
      </w:r>
    </w:p>
    <w:p>
      <w:pPr>
        <w:jc w:val="right"/>
      </w:pPr>
      <w:r>
        <w:t>تو فالوورز آپ کے بیچ کے ہیں، وہ امت وسط ہیں، پرافٹ سے لینا دوسروں تک پہنچانا۔ اب جو خدا کی سکیم ہے، وہ یہی ہے کہ اب ریکارڈڈ پرافٹ کے زمانے میں ہم جی رہے ہیں۔</w:t>
      </w:r>
    </w:p>
    <w:p>
      <w:r>
        <w:rPr>
          <w:b/>
        </w:rPr>
        <w:t xml:space="preserve">[08:25] </w:t>
      </w:r>
      <w:r>
        <w:t>Ab ab jo hai, hamein prophet wale duty ko hamein zindagi par poora karte rehna hai. Yeh Khuda ki scheme hai, is ka Quran mein is ko bohat detail ke sath bata diya gaya hai.</w:t>
      </w:r>
    </w:p>
    <w:p>
      <w:pPr>
        <w:jc w:val="right"/>
      </w:pPr>
      <w:r>
        <w:t>اب اب جو ہے، ہمیں پرافٹ والے ڈیوٹی کو ہمیں زندگی پر پورا کرتے رہنا ہے۔ یہ خدا کی سکیم ہے، اس کا قرآن میں اس کو بہت ڈیٹیل کے ساتھ بتا دیا گیا ہے۔</w:t>
      </w:r>
    </w:p>
    <w:p>
      <w:r>
        <w:rPr>
          <w:b/>
        </w:rPr>
        <w:t xml:space="preserve">[08:40] </w:t>
      </w:r>
      <w:r>
        <w:t>d</w:t>
      </w:r>
    </w:p>
    <w:p>
      <w:pPr>
        <w:jc w:val="right"/>
      </w:pPr>
      <w:r>
        <w:t>د</w:t>
      </w:r>
    </w:p>
    <w:p>
      <w:r>
        <w:rPr>
          <w:b/>
        </w:rPr>
        <w:t xml:space="preserve">[08:41] </w:t>
      </w:r>
      <w:r>
        <w:t>This question is from Razia: What is the difference between the fact that God is omnipresent and the monism belief that God is all pervasive</w:t>
      </w:r>
    </w:p>
    <w:p>
      <w:pPr>
        <w:jc w:val="right"/>
      </w:pPr>
      <w:r>
        <w:t>س کوئسچن از فرام راضیہ: واٹ از دا ڈیفرنس بٹوین دا فیکٹ دیٹ گاڈ از اومنی پریزنٹ اینڈ دی مونزم بیلیف دیٹ گاڈ از ال پرویسو</w:t>
      </w:r>
    </w:p>
    <w:p>
      <w:r>
        <w:rPr>
          <w:b/>
        </w:rPr>
        <w:t xml:space="preserve">[08:53] </w:t>
      </w:r>
      <w:r>
        <w:t>? Achha, bohat difference hai. Dekhiye, monism mein to Khuda alag se kuch hota nahi, woh to just like air, just like gravity, just like cosmic rays hai.</w:t>
      </w:r>
    </w:p>
    <w:p>
      <w:pPr>
        <w:jc w:val="right"/>
      </w:pPr>
      <w:r>
        <w:t>؟ اچھا، بہت ڈیفرنس ہے۔ دیکھیے، مونزم میں تو خدا الگ سے کچھ ہوتا نہیں، وہ تو جسٹ لائک ایئر، جسٹ لائک گریویٹی، جسٹ لائک کاسمک ریز ہے۔</w:t>
      </w:r>
    </w:p>
    <w:p>
      <w:r>
        <w:rPr>
          <w:b/>
        </w:rPr>
        <w:t xml:space="preserve">[09:09] </w:t>
      </w:r>
      <w:r>
        <w:t>Woh Khuda to kuch hai hi nahi, lekin monotheism mein Khuda ek ek being hai,</w:t>
      </w:r>
    </w:p>
    <w:p>
      <w:pPr>
        <w:jc w:val="right"/>
      </w:pPr>
      <w:r>
        <w:t>وہ خدا تو کچھ ہے ہی نہیں، لیکن مونوتھیزم میں خدا ایک ایک بینگ ہے،</w:t>
      </w:r>
    </w:p>
    <w:p>
      <w:r>
        <w:rPr>
          <w:b/>
        </w:rPr>
        <w:t xml:space="preserve">[09:19] </w:t>
      </w:r>
      <w:r>
        <w:t>woh exist kar raha hai apne ilm ke zariye, woh har jagah hai, khud hi khud har jagah nahi hai. Apne ilm ke zariye, apne yani woh dekh har jagah dekh raha hai, har jagah woh us ki reach hai, har jagah hai.</w:t>
      </w:r>
    </w:p>
    <w:p>
      <w:pPr>
        <w:jc w:val="right"/>
      </w:pPr>
      <w:r>
        <w:t>وہ ایگزسٹ کر رہا ہے اپنے علم کے ذریعے، وہ ہر جگہ ہے، خود ہی خود ہر جگہ نہیں ہے۔ اپنے علم کے ذریعے، اپنے یعنی وہ دیکھ ہر جگہ دیکھ رہا ہے، ہر جگہ وہ اس کی ریچ ہے، ہر جگہ ہے۔</w:t>
      </w:r>
    </w:p>
    <w:p>
      <w:r>
        <w:rPr>
          <w:b/>
        </w:rPr>
        <w:t xml:space="preserve">[09:38] </w:t>
      </w:r>
      <w:r>
        <w:t>To kaha yeh yahan par yeh hai ke Khuda apne apne qudrat ke lehaz se har jagah hai, khud hi khud har jagah.</w:t>
      </w:r>
    </w:p>
    <w:p>
      <w:pPr>
        <w:jc w:val="right"/>
      </w:pPr>
      <w:r>
        <w:t>تو کہا یہ یہاں پر یہ ہے کہ خدا اپنے اپنے قدرت کے لحاظ سے ہر جگہ ہے، خود ہی خود ہر جگہ۔</w:t>
      </w:r>
    </w:p>
    <w:p>
      <w:r>
        <w:rPr>
          <w:b/>
        </w:rPr>
        <w:t xml:space="preserve">[09:48] </w:t>
      </w:r>
      <w:r>
        <w:t>Yeh to ek ek philosophical concept hai, khud hi khud hai. Kahan Khuda? Khud khud hi khud to kuch bhi nahi hai, woh bakri mein bhi hai aur bhed aur saanp mein bhi hai, bichhoo bhi hai, makkhe mein.</w:t>
      </w:r>
    </w:p>
    <w:p>
      <w:pPr>
        <w:jc w:val="right"/>
      </w:pPr>
      <w:r>
        <w:t>یہ تو ایک ایک فلسفیانہ کانسیپٹ ہے، خود ہی خود ہے۔ کہاں خدا؟ خود خود ہی خود تو کچھ بھی نہیں ہے، وہ بکری میں بھی ہے اور بھیڑ اور سانپ میں بھی ہے، بچھو بھی ہے، مکے میں۔</w:t>
      </w:r>
    </w:p>
    <w:p>
      <w:r>
        <w:rPr>
          <w:b/>
        </w:rPr>
        <w:t xml:space="preserve">[09:58] </w:t>
      </w:r>
      <w:r>
        <w:t>Woh kehte hain ke so there is no difference between GOT and DOT. Yeh to simply ek philosophical yani theory hai, koi is ka proof nahi hai, koi scientific proof nahi hai, na kuch nahi hai.</w:t>
      </w:r>
    </w:p>
    <w:p>
      <w:pPr>
        <w:jc w:val="right"/>
      </w:pPr>
      <w:r>
        <w:t>وہ کہتے ہیں کہ سو دیر از نو ڈیفرنس بٹوین جی او ٹی اینڈ ڈی او ٹی۔ یہ تو سمپلی ایک فلسفیانہ یعنی تھیوری ہے، کوئی اس کا پروف نہیں ہے، کوئی سائنٹیفک پروف نہیں ہے، نہ کچھ نہیں ہے۔</w:t>
      </w:r>
    </w:p>
    <w:p>
      <w:r>
        <w:rPr>
          <w:b/>
        </w:rPr>
        <w:t xml:space="preserve">[10:10] </w:t>
      </w:r>
      <w:r>
        <w:t>to mein to samajhta hoon ke monism jo hai, woh simply aik aik aik woh hai, aik supposition hai, supposition hai ke har jagah hai, har jagah hai.</w:t>
      </w:r>
    </w:p>
    <w:p>
      <w:pPr>
        <w:jc w:val="right"/>
      </w:pPr>
      <w:r>
        <w:t>تو میں تو سمجھتا ہوں کہ مونزم جو ہے، وہ سمپلی ایک ایک ایک وہ ہے، ایک سپوزیشن ہے، سپوزیشن ہے کہ ہر جگہ ہے، ہر جگہ ہے۔</w:t>
      </w:r>
    </w:p>
    <w:p>
      <w:r>
        <w:rPr>
          <w:b/>
        </w:rPr>
        <w:t xml:space="preserve">[10:23] </w:t>
      </w:r>
      <w:r>
        <w:t>kya hai har jagah? bhai, agar woh har jagah just like yani hawa hai to to kuch bhi nahi, woh khuda kahan se maana jayega? to monotheism mein khuda aik mustaqil independent being hai,</w:t>
      </w:r>
    </w:p>
    <w:p>
      <w:pPr>
        <w:jc w:val="right"/>
      </w:pPr>
      <w:r>
        <w:t>کیا ہے ہر جگہ؟ بھئی، اگر وہ ہر جگہ جسٹ لائک یعنی ہوا ہے تو تو کچھ بھی نہیں، وہ خدا کہاں سے مانا جائے گا؟ تو مونوتھیزم میں خدا ایک مستقل انڈیپینڈنٹ بینگ ہے،</w:t>
      </w:r>
    </w:p>
    <w:p>
      <w:r>
        <w:rPr>
          <w:b/>
        </w:rPr>
        <w:t xml:space="preserve">[10:39] </w:t>
      </w:r>
      <w:r>
        <w:t>woh all powerful hai, all power hone ki cheezon se woh har cheez ko produce karta hai, har cheez create karta hai, har cheez se woh ba khabar hota hai. to woh jo monism ka nazariya hai,</w:t>
      </w:r>
    </w:p>
    <w:p>
      <w:pPr>
        <w:jc w:val="right"/>
      </w:pPr>
      <w:r>
        <w:t>وہ ال پاور فل ہے، ال پاور ہونے کی چیزوں سے وہ ہر چیز کو پروڈیوس کرتا ہے، ہر چیز کریٹ کرتا ہے، ہر چیز سے وہ باخبر ہوتا ہے۔ تو وہ جو مونزم کا نظریہ ہے،</w:t>
      </w:r>
    </w:p>
    <w:p>
      <w:r>
        <w:rPr>
          <w:b/>
        </w:rPr>
        <w:t xml:space="preserve">[10:54] </w:t>
      </w:r>
      <w:r>
        <w:t>monism jo theory hai, monism ki, woh to sirf aik aik imaginary theory hai, imaginary. aur jo monotheism mein jo maana jata hai, woh woh to aik aik aik aik reality hai,</w:t>
      </w:r>
    </w:p>
    <w:p>
      <w:pPr>
        <w:jc w:val="right"/>
      </w:pPr>
      <w:r>
        <w:t>مونزم جو تھیوری ہے، مونزم کی، وہ تو صرف ایک ایک امیجنری تھیوری ہے، امیجنری۔ اور جو مونوتھیزم میں جو مانا جاتا ہے، وہ وہ تو ایک ایک ایک ایک ریلیٹی ہے،</w:t>
      </w:r>
    </w:p>
    <w:p>
      <w:r>
        <w:rPr>
          <w:b/>
        </w:rPr>
        <w:t xml:space="preserve">[11:09] </w:t>
      </w:r>
      <w:r>
        <w:t>aik reality hai, aik real god jo hai, usko maankar ke hum aisa keh rahe hain. wahan to koi real god hai hi nahi.</w:t>
      </w:r>
    </w:p>
    <w:p>
      <w:pPr>
        <w:jc w:val="right"/>
      </w:pPr>
      <w:r>
        <w:t>ایک ریلیٹی ہے، ایک ریل گاڈ جو ہے، اس کو مان کر کے ہم ایسا کہہ رہے ہیں۔ وہاں تو کوئی ریل گاڈ ہے ہی نہیں۔</w:t>
      </w:r>
    </w:p>
    <w:p>
      <w:r>
        <w:rPr>
          <w:b/>
        </w:rPr>
        <w:t xml:space="preserve">[11:19] </w:t>
      </w:r>
      <w:r>
        <w:t>this question is from shaheen: marriage among relatives are encouraged in islam, but as per the knowledge of genetics, it should not be so, because the recessive genes may become dominant, and due to that reason, some diseases may surface.</w:t>
      </w:r>
    </w:p>
    <w:p>
      <w:pPr>
        <w:jc w:val="right"/>
      </w:pPr>
      <w:r>
        <w:t>دس کوئسچن از فرام شاہین: میرج امنگ ریلیٹوز ار انکریجڈ ان اسلام، بٹ ایز پر دی نالج اف جینیٹکس، اٹ شوڈ ناٹ بی سو، بیکاز دا ریسیسو جینز می بیکم ڈومیننٹ، اینڈ ڈیو ٹو دیٹ ریزن، سم ڈیزیز می سرفیس۔</w:t>
      </w:r>
    </w:p>
    <w:p>
      <w:r>
        <w:rPr>
          <w:b/>
        </w:rPr>
        <w:t xml:space="preserve">[11:38] </w:t>
      </w:r>
      <w:r>
        <w:t>nahi, nahi, yeh sab yeh genetic ke reference aise diye jate hain khwamkhwah. aap yeh prove karna padega aap ko ke jahan shadiyan door door hoti hain, wahan koi bimar nahi hota.</w:t>
      </w:r>
    </w:p>
    <w:p>
      <w:pPr>
        <w:jc w:val="right"/>
      </w:pPr>
      <w:r>
        <w:t>نہیں، نہیں، یہ سب یہ جینیٹک کے ریفرنس ایسے دیے جاتے ہیں خوامخواہ۔ آپ یہ پروف کرنا پڑے گا آپ کو کہ جہاں شادیاں دور دور ہوتی ہیں، وہاں کوئی بیمار نہیں ہوتا۔</w:t>
      </w:r>
    </w:p>
    <w:p>
      <w:r>
        <w:rPr>
          <w:b/>
        </w:rPr>
        <w:t xml:space="preserve">[11:48] </w:t>
      </w:r>
      <w:r>
        <w:t>keha yahan se bata sakte hain aap? bas hinduo mein door door hoti hain, to kaha hindu bimar nahi hote. yeh to khwamkhwah ki baatein hain, be sar pair ki baatein hain.</w:t>
      </w:r>
    </w:p>
    <w:p>
      <w:pPr>
        <w:jc w:val="right"/>
      </w:pPr>
      <w:r>
        <w:t>کہا یہاں سے بتا سکتے ہیں آپ؟ بس ہندوؤں میں دور دور ہوتی ہیں، تو کہا ہندو بیمار نہیں ہوتے۔ یہ تو خوامخواہ کی باتیں ہیں، بے سرپر کی باتیں ہیں۔</w:t>
      </w:r>
    </w:p>
    <w:p>
      <w:r>
        <w:rPr>
          <w:b/>
        </w:rPr>
        <w:t xml:space="preserve">[11:57] </w:t>
      </w:r>
      <w:r>
        <w:t>yeh dekhiye, aap is baat ko samajh lijiye aap ke islam mein jo principle hai, woh kyun hai? kya hai?</w:t>
      </w:r>
    </w:p>
    <w:p>
      <w:pPr>
        <w:jc w:val="right"/>
      </w:pPr>
      <w:r>
        <w:t>یہ دیکھیے، آپ اس بات کو سمجھ لیجئے آپ کہ اسلام میں جو پرنسپل ہے، وہ کیوں ہے؟ کیا ہے؟</w:t>
      </w:r>
    </w:p>
    <w:p>
      <w:r>
        <w:rPr>
          <w:b/>
        </w:rPr>
        <w:t xml:space="preserve">[12:08] </w:t>
      </w:r>
      <w:r>
        <w:t>science se yeh prove ho gaya hai ke saare insano ke parent aik hi hain, yani adam aur eve.</w:t>
      </w:r>
    </w:p>
    <w:p>
      <w:pPr>
        <w:jc w:val="right"/>
      </w:pPr>
      <w:r>
        <w:t>سائنس سے یہ پروف ہو گیا ہے کہ سارے انسانوں کے پیرنٹ ایک ہی ہیں، یعنی آدم اور ایو۔</w:t>
      </w:r>
    </w:p>
    <w:p>
      <w:r>
        <w:rPr>
          <w:b/>
        </w:rPr>
        <w:t xml:space="preserve">[12:18] </w:t>
      </w:r>
      <w:r>
        <w:t>yeh yeh genetic, jis jis jis genetic ka aap refer kiya, aap ne us isi genetic se yeh prove ho gaya hai. bohat bari is par aik poora number nikla tha, is mein time magazine mein, woh time magazine hai, mere paas rakha hua hai, mein aap ko dikha sakta hoon ke genetics ne yeh ko prove kar diya hai ke saare insan jo hain, aik hi uski woh hai,</w:t>
      </w:r>
    </w:p>
    <w:p>
      <w:pPr>
        <w:jc w:val="right"/>
      </w:pPr>
      <w:r>
        <w:t>یہ یہ جینیٹک، جس جس جس جینیٹک کا آپ ریفر کیا، آپ نے اس اسی جینیٹک سے یہ پروف ہو گیا ہے۔ بہت بڑی اس پر ایک پورا نمبر نکلا تھا، اس میں ٹائم میگزین میں، وہ ٹائم میگزین ہے، میرے پاس رکھا ہوا ہے، میں آپ کو دکھا سکتا ہوں کہ جینیٹکس نے یہ کو پروف کر دیا ہے کہ سارے انسان جو ہیں، ایک ہی اس کی وہ ہے،</w:t>
      </w:r>
    </w:p>
    <w:p>
      <w:r>
        <w:rPr>
          <w:b/>
        </w:rPr>
        <w:t xml:space="preserve">[12:40] </w:t>
      </w:r>
      <w:r>
        <w:t>aik hi sab ke aik hi generations hain, sab ke sab, sab ka sab ke parent aik hi hain. aise haal mein dekhiye, jo jo farq kiya jayega, woh door aur qareeb ka farq ho nahi sakta hai, kyunke door wala bhi hamara itna hi relative hota hai ke qareeb wala.</w:t>
      </w:r>
    </w:p>
    <w:p>
      <w:pPr>
        <w:jc w:val="right"/>
      </w:pPr>
      <w:r>
        <w:t>ایک ہی سب کے ایک ہی جنریشنز ہیں، سب کے سب، سب کا سب کے پیرنٹ ایک ہی ہیں۔ ایسے حال میں دیکھیے، جو جو فرق کیا جائے گا، وہ دور اور قریب کا فرق ہو نہیں سکتا ہے، کیونکہ دور والا بھی ہمارا اتنا ہی ریلیٹو ہوتا ہے کہ قریب والا۔</w:t>
      </w:r>
    </w:p>
    <w:p>
      <w:r>
        <w:rPr>
          <w:b/>
        </w:rPr>
        <w:t xml:space="preserve">[13:00] </w:t>
      </w:r>
      <w:r>
        <w:t>jab sab ke parent aik hi hain, chahe woh door rehte hon ya qareeb rehte hon, usay koi farq nahi padega, kuch farq nahi padega.</w:t>
      </w:r>
    </w:p>
    <w:p>
      <w:pPr>
        <w:jc w:val="right"/>
      </w:pPr>
      <w:r>
        <w:t>جب سب کے پیرنٹ ایک ہی ہیں، چاہے وہ دور رہتے ہوں یا قریب رہتے ہوں، اسے کوئی فرق نہیں پڑے گا، کچھ فرق نہیں پڑے گا۔</w:t>
      </w:r>
    </w:p>
    <w:p>
      <w:r>
        <w:rPr>
          <w:b/>
        </w:rPr>
        <w:t xml:space="preserve">[13:08] </w:t>
      </w:r>
      <w:r>
        <w:t>ab sirf yeh ho sakta hai ke aik hi difference, woh kya hai? direct aur indirect ka ta'alluq. koi hamara direct relative hai, koi indirect relative hai.</w:t>
      </w:r>
    </w:p>
    <w:p>
      <w:pPr>
        <w:jc w:val="right"/>
      </w:pPr>
      <w:r>
        <w:t>اب صرف یہ ہو سکتا ہے کہ ایک ہی ڈیفرنس، وہ کیا ہے؟ ڈائریکٹ اور ان ڈائریکٹ کا تعلق۔ کوئی ہمارا ڈائریکٹ ریلیٹو ہے، کوئی ان ڈائریکٹ ریلیٹو ہے۔</w:t>
      </w:r>
    </w:p>
    <w:p>
      <w:r>
        <w:rPr>
          <w:b/>
        </w:rPr>
        <w:t xml:space="preserve">[13:21] </w:t>
      </w:r>
      <w:r>
        <w:t>relative to sab ke sab hain, jo australia mein reh raha hai, jo hum naam bhi nahi jante, woh bhi hamara relative hamara hai, sab ke sab blood and sisters hain. is time mein bataya gaya tha ke saare log blood sisters hain, blood brothers hain, aik aik.</w:t>
      </w:r>
    </w:p>
    <w:p>
      <w:pPr>
        <w:jc w:val="right"/>
      </w:pPr>
      <w:r>
        <w:t>ریلیٹو تو سب کے سب ہیں، جو آسٹریلیا میں رہ رہا ہے، جو ہم نام بھی نہیں جانتے، وہ بھی ہمارا ریلیٹو ہمارا ہے، سب کے سب بلڈ اینڈ سسٹرز ہیں۔ اس ٹائم میں بتایا گیا تھا کہ سارے لوگ بلڈ سسٹرز ہیں، بلڈ برادرز ہیں، ایک ایک۔</w:t>
      </w:r>
    </w:p>
    <w:p>
      <w:r>
        <w:rPr>
          <w:b/>
        </w:rPr>
        <w:t xml:space="preserve">[13:37] </w:t>
      </w:r>
      <w:r>
        <w:t>saare insan jo hain, woh aik doosre ke liye blood sisters hain ya blood brothers hain. to aap kis se shadi nahi karenge? sab ke sab blood mein bandhe hue hain.</w:t>
      </w:r>
    </w:p>
    <w:p>
      <w:pPr>
        <w:jc w:val="right"/>
      </w:pPr>
      <w:r>
        <w:t>سارے انسان جو ہیں، وہ ایک دوسرے کے لیے بلڈ سسٹرز ہیں یا بلڈ برادرز ہیں۔ تو آپ کس سے شادی نہیں کریں گے؟ سب کے سب بلڈ میں بندھے ہوئے ہیں۔</w:t>
      </w:r>
    </w:p>
    <w:p>
      <w:r>
        <w:rPr>
          <w:b/>
        </w:rPr>
        <w:t xml:space="preserve">[13:49] </w:t>
      </w:r>
      <w:r>
        <w:t>ab sirf aik hi aap farq kar sakte hain, demarcation sirf aik ho sakta hai, woh kya hai? yeh direct aur indirect ka ke kuch aap ke direct relationship mein aate hain, kuch indirect aate hain.</w:t>
      </w:r>
    </w:p>
    <w:p>
      <w:pPr>
        <w:jc w:val="right"/>
      </w:pPr>
      <w:r>
        <w:t>اب صرف ایک ہی آپ فرق کر سکتے ہیں، ڈیوارکیشن صرف ایک ہو سکتا ہے، وہ کیا ہے؟ یہ ڈائریکٹ اور ان ڈائریکٹ کا کہ کچھ آپ کے ڈائریکٹ ریلیشن شپ میں آتے ہیں، کچھ ان ڈائریکٹ آتے ہیں۔</w:t>
      </w:r>
    </w:p>
    <w:p>
      <w:r>
        <w:rPr>
          <w:b/>
        </w:rPr>
        <w:t xml:space="preserve">[14:01] </w:t>
      </w:r>
      <w:r>
        <w:t>to islam ki base yahi hai, jo direct relationship mein aate hain, un se islam mein jaiz nahi rakha gaya shadi se, lekin jo indirect mein aate hain, un se jaiz rakha gaya hai.</w:t>
      </w:r>
    </w:p>
    <w:p>
      <w:pPr>
        <w:jc w:val="right"/>
      </w:pPr>
      <w:r>
        <w:t>تو اسلام کی بیس یہی ہے، جو ڈائریکٹ ریلیشن شپ میں آتے ہیں، ان سے اسلام میں جائز نہیں رکھا گیا شادی سے، لیکن جو ان ڈائریکٹ میں آتے ہیں، ان سے جائز رکھا گیا ہے۔</w:t>
      </w:r>
    </w:p>
    <w:p>
      <w:r>
        <w:rPr>
          <w:b/>
        </w:rPr>
        <w:t xml:space="preserve">[14:11] </w:t>
      </w:r>
      <w:r>
        <w:t>aur yahi scientific demarcation ho sakta hai. koi doosra scientific demarcation possible nahi hai, jabke saare log hamare blood sister aur blood brothers ban chuke hain.</w:t>
      </w:r>
    </w:p>
    <w:p>
      <w:pPr>
        <w:jc w:val="right"/>
      </w:pPr>
      <w:r>
        <w:t>اور یہی سائنٹیفک ڈیوارکیشن ہو سکتا ہے۔ کوئی دوسرا سائنٹیفک ڈیوارکیشن پاسیبل نہیں ہے، جبکہ سارے لوگ ہمارے بلڈ سسٹر اور بلڈ برادرز بن چکے ہیں۔</w:t>
      </w:r>
    </w:p>
    <w:p>
      <w:r>
        <w:rPr>
          <w:b/>
        </w:rPr>
        <w:t xml:space="preserve">[14:23] </w:t>
      </w:r>
      <w:r>
        <w:t>to koi doosra possible hi nahi hai, koi doosra is ke siwa.</w:t>
      </w:r>
    </w:p>
    <w:p>
      <w:pPr>
        <w:jc w:val="right"/>
      </w:pPr>
      <w:r>
        <w:t>تو کوئی دوسرا پاسیبل ہی نہیں ہے، کوئی دوسرا اس کے سوا۔</w:t>
      </w:r>
    </w:p>
    <w:p>
      <w:r>
        <w:rPr>
          <w:b/>
        </w:rPr>
        <w:t xml:space="preserve">[14:27] </w:t>
      </w:r>
      <w:r>
        <w:t>to is mein aik explanation ki zaroorat thi, is mein hai ke islam encourages karta hai. to mera khayal hai ke islam allow karta hai, na ke encourage karta hai.</w:t>
      </w:r>
    </w:p>
    <w:p>
      <w:pPr>
        <w:jc w:val="right"/>
      </w:pPr>
      <w:r>
        <w:t>تو اس میں ایک ایکسپلینیشن کی ضرورت تھی، اس میں ہے کہ اسلام انکریج کرتا ہے۔ تو میرا خیال ہے کہ اسلام الاؤ کرتا ہے، نہ کہ انکریج کرتا ہے۔</w:t>
      </w:r>
    </w:p>
    <w:p>
      <w:r>
        <w:rPr>
          <w:b/>
        </w:rPr>
        <w:t xml:space="preserve">[14:36] </w:t>
      </w:r>
      <w:r>
        <w:t>haan, yeh sahi hai, hargiz encourage. mein ne kahin nahi parha aisa ke encourage karta hai. hazrat umar ne to kaha tha, door door shadi karo. hazrat umar ne kaha tha ke door door shadiyan karo, encourage nahi karta kabhi bhi, allow karta hai.</w:t>
      </w:r>
    </w:p>
    <w:p>
      <w:pPr>
        <w:jc w:val="right"/>
      </w:pPr>
      <w:r>
        <w:t>ہاں، یہ صحیح ہے، ہرگز انکریج۔ میں نے کہیں نہیں پڑھا ایسا کہ انکریج کرتا ہے۔ حضرت عمر نے تو کہا تھا، دور دور شادی کرو۔ حضرت عمر نے کہا تھا کہ دور دور شادیاں کرو، انکریج نہیں کرتا کبھی بھی، الاؤ کرتا ہے۔</w:t>
      </w:r>
    </w:p>
    <w:p>
      <w:r>
        <w:rPr>
          <w:b/>
        </w:rPr>
        <w:t xml:space="preserve">[14:50] </w:t>
      </w:r>
      <w:r>
        <w:t>yeh sahi baat hai, yeh sahi baat hai.</w:t>
      </w:r>
    </w:p>
    <w:p>
      <w:pPr>
        <w:jc w:val="right"/>
      </w:pPr>
      <w:r>
        <w:t>یہ صحیح بات ہے، یہ صحیح بات ہے۔</w:t>
      </w:r>
    </w:p>
    <w:p>
      <w:r>
        <w:rPr>
          <w:b/>
        </w:rPr>
        <w:t xml:space="preserve">[14:54] </w:t>
      </w:r>
      <w:r>
        <w:t>this question is from sadia: a lot of my muslim friends believe that paradise is reserved for them, and so they don't bother about avoiding distractions.</w:t>
      </w:r>
    </w:p>
    <w:p>
      <w:pPr>
        <w:jc w:val="right"/>
      </w:pPr>
      <w:r>
        <w:t>دس کوئسچن از فرام سعدیہ: ا لاٹ اف مائی مسلم فرینڈز بیلیو دیٹ پیرڈائز از ریزروڈ فار دیم، اینڈ سو دے ڈونٹ بادر اباؤٹ اوائڈنگ ڈسٹریکشنز۔</w:t>
      </w:r>
    </w:p>
    <w:p>
      <w:r>
        <w:rPr>
          <w:b/>
        </w:rPr>
        <w:t xml:space="preserve">[15:07] </w:t>
      </w:r>
      <w:r>
        <w:t>is this a right approach?</w:t>
      </w:r>
    </w:p>
    <w:p>
      <w:pPr>
        <w:jc w:val="right"/>
      </w:pPr>
      <w:r>
        <w:t>از دس ا رائٹ اپروچ؟</w:t>
      </w:r>
    </w:p>
    <w:p>
      <w:r>
        <w:rPr>
          <w:b/>
        </w:rPr>
        <w:t xml:space="preserve">[15:10] </w:t>
      </w:r>
      <w:r>
        <w:t>yeh aik dam base less approach hai, yeh aik dam base less approach hai. Yeh dekhiye, paradise kis ke liye hai, kis ke liye nahi hai, kaise pata hoga is ka?</w:t>
      </w:r>
    </w:p>
    <w:p>
      <w:pPr>
        <w:jc w:val="right"/>
      </w:pPr>
      <w:r>
        <w:t>یہ ایک دم بیس لیس اپروچ ہے، یہ ایک دم بیس لیس اپروچ ہے۔ یہ دیکھیے، پیرڈائز کس کے لیے ہے، کس کے لیے نہیں ہے، کیسے پتہ ہوگا اس کا؟</w:t>
      </w:r>
    </w:p>
    <w:p>
      <w:r>
        <w:rPr>
          <w:b/>
        </w:rPr>
        <w:t xml:space="preserve">[15:26] </w:t>
      </w:r>
      <w:r>
        <w:t>hum khud hi thori</w:t>
      </w:r>
    </w:p>
    <w:p>
      <w:pPr>
        <w:jc w:val="right"/>
      </w:pPr>
      <w:r>
        <w:t>ہم خود ہی تھوڑی</w:t>
      </w:r>
    </w:p>
    <w:p>
      <w:r>
        <w:rPr>
          <w:b/>
        </w:rPr>
        <w:t xml:space="preserve">[15:28] </w:t>
      </w:r>
      <w:r>
        <w:t>yani determine kar sakte hain.</w:t>
      </w:r>
    </w:p>
    <w:p>
      <w:pPr>
        <w:jc w:val="right"/>
      </w:pPr>
      <w:r>
        <w:t>یعنی ڈیٹرمن کر سکتے ہیں۔</w:t>
      </w:r>
    </w:p>
    <w:p>
      <w:r>
        <w:rPr>
          <w:b/>
        </w:rPr>
        <w:t xml:space="preserve">[15:32] </w:t>
      </w:r>
      <w:r>
        <w:t>hum ko quran mein dekhna parega, hadith mein dekhna parega.</w:t>
      </w:r>
    </w:p>
    <w:p>
      <w:pPr>
        <w:jc w:val="right"/>
      </w:pPr>
      <w:r>
        <w:t>ہم کو قرآن میں دیکھنا پڑے گا، حدیث میں دیکھنا پڑے گا۔</w:t>
      </w:r>
    </w:p>
    <w:p>
      <w:r>
        <w:rPr>
          <w:b/>
        </w:rPr>
        <w:t xml:space="preserve">[15:37] </w:t>
      </w:r>
      <w:r>
        <w:t>to wahan to yeh hai ke rasool Allah ne farmaya</w:t>
      </w:r>
    </w:p>
    <w:p>
      <w:pPr>
        <w:jc w:val="right"/>
      </w:pPr>
      <w:r>
        <w:t>تو وہاں تو یہ ہے کہ رسول اللہ نے فرمایا</w:t>
      </w:r>
    </w:p>
    <w:p>
      <w:r>
        <w:rPr>
          <w:b/>
        </w:rPr>
        <w:t xml:space="preserve">[15:42] </w:t>
      </w:r>
      <w:r>
        <w:t>sahaba se ke: "wallah la adri, wallah la adri, wallah la adri, wa ana rasool Allah</w:t>
      </w:r>
    </w:p>
    <w:p>
      <w:pPr>
        <w:jc w:val="right"/>
      </w:pPr>
      <w:r>
        <w:t>صحابہ سے کہ: "واللہ لا ادری، واللہ لا ادری، واللہ لا ادری، وانا رسول اللہ</w:t>
      </w:r>
    </w:p>
    <w:p>
      <w:r>
        <w:rPr>
          <w:b/>
        </w:rPr>
        <w:t xml:space="preserve">[15:52] </w:t>
      </w:r>
      <w:r>
        <w:t>ma yaf'al bi wa la bikum."</w:t>
      </w:r>
    </w:p>
    <w:p>
      <w:pPr>
        <w:jc w:val="right"/>
      </w:pPr>
      <w:r>
        <w:t>ما یفعل بی ولا بکم۔"</w:t>
      </w:r>
    </w:p>
    <w:p>
      <w:r>
        <w:rPr>
          <w:b/>
        </w:rPr>
        <w:t xml:space="preserve">[15:58] </w:t>
      </w:r>
      <w:r>
        <w:t>Khuda ki qasam, main nahi janta, Khuda ki qasam, main nahi janta, Khuda ki qasam, main nahi janta, agarchay main Khuda ka Rasool hoon, kya kiya jayega mere sath aur kya kiya jayega tumhare sath?</w:t>
      </w:r>
    </w:p>
    <w:p>
      <w:pPr>
        <w:jc w:val="right"/>
      </w:pPr>
      <w:r>
        <w:t>خدا کی قسم، میں نہیں جانتا، خدا کی قسم، میں نہیں جانتا، خدا کی قسم، میں نہیں جانتا، اگرچہ میں خدا کا رسول ہوں، کیا کیا جائے گا میرے ساتھ اور کیا کیا جائے گا تمہارے ساتھ؟</w:t>
      </w:r>
    </w:p>
    <w:p>
      <w:r>
        <w:rPr>
          <w:b/>
        </w:rPr>
        <w:t xml:space="preserve">[16:13] </w:t>
      </w:r>
      <w:r>
        <w:t>Ab bataiye ke prophet khud hi aisa bol rahe hain, to aakhir yeh kahan se unhon ne aisa aqeedah bana liya? Woh to base less hai, woh bilkul base less hai.</w:t>
      </w:r>
    </w:p>
    <w:p>
      <w:pPr>
        <w:jc w:val="right"/>
      </w:pPr>
      <w:r>
        <w:t>اب بتائیں کہ پرافٹ خود ہی ایسا بول رہے ہیں، تو آخر یہ کہاں سے انہوں نے ایسا عقیدہ بنا لیا؟ وہ تو بیس لیس ہے، وہ بالکل بیس لیس ہے۔</w:t>
      </w:r>
    </w:p>
    <w:p>
      <w:r>
        <w:rPr>
          <w:b/>
        </w:rPr>
        <w:t xml:space="preserve">[16:26] </w:t>
      </w:r>
      <w:r>
        <w:t>Saray sahaba jo companion thay, un ka haal yeh tha ke Imam Hasan Basri kehte hain, jo tabi'i thay, yani companion of the companions, kehte hain ke main seventy sahaba se mila,</w:t>
      </w:r>
    </w:p>
    <w:p>
      <w:pPr>
        <w:jc w:val="right"/>
      </w:pPr>
      <w:r>
        <w:t>سارے صحابہ جو کمپینین تھے، ان کا حال یہ تھا کہ امام حسن بصری کہتے ہیں، جو تابعی تھے، یعنی کمپینین اف دا کمپینینز، کہتے ہیں کہ میں سیونٹی صحابہ سے ملا،</w:t>
      </w:r>
    </w:p>
    <w:p>
      <w:r>
        <w:rPr>
          <w:b/>
        </w:rPr>
        <w:t xml:space="preserve">[16:40] </w:t>
      </w:r>
      <w:r>
        <w:t>Seventy saat zero. To har aik ko main ne paya hai ke woh apnay aap ko samajhta tha ke kahin main munafiq to nahi ho gaya, matlab jannat se main kahin yani aisa to aik bar jannat nahi milegi, door ho gaya main.</w:t>
      </w:r>
    </w:p>
    <w:p>
      <w:pPr>
        <w:jc w:val="right"/>
      </w:pPr>
      <w:r>
        <w:t>سیونٹی سات زیرو۔ تو ہر ایک کو میں نے پایا ہے کہ وہ اپنے آپ کو سمجھتا تھا کہ کہیں میں منافق تو نہیں ہو گیا، مطلب جنت سے میں کہیں یعنی ایسا تو ایک بار جنت نہیں ملے گی، دور ہو گیا میں۔</w:t>
      </w:r>
    </w:p>
    <w:p>
      <w:r>
        <w:rPr>
          <w:b/>
        </w:rPr>
        <w:t xml:space="preserve">[17:00] </w:t>
      </w:r>
      <w:r>
        <w:t>Aur Hazrat Aisha se poocha gaya yahi baat, yahi baat poochi gayi</w:t>
      </w:r>
    </w:p>
    <w:p>
      <w:pPr>
        <w:jc w:val="right"/>
      </w:pPr>
      <w:r>
        <w:t>اور حضرت عائشہ سے پوچھا گیا یہی بات، یہی بات پوچھی گئی</w:t>
      </w:r>
    </w:p>
    <w:p>
      <w:r>
        <w:rPr>
          <w:b/>
        </w:rPr>
        <w:t xml:space="preserve">[17:09] </w:t>
      </w:r>
      <w:r>
        <w:t>Ke un se poocha gaya ke main apnay aap ko jahannami kab samhoon? To unhon ne kaha ke jab tum ko apnay jahannami honay ka yaqeen ho jaye ke main jahannami hoon, shakk honay lagay.</w:t>
      </w:r>
    </w:p>
    <w:p>
      <w:pPr>
        <w:jc w:val="right"/>
      </w:pPr>
      <w:r>
        <w:t>کہ ان سے پوچھا گیا کہ میں اپنے آپ کو جنتی کب سمجھوں؟ تو انہوں نے کہا کہ جب تم کو اپنے دوزخی ہونے کا یقین ہو جائے کہ میں دوزخی ہوں، شک ہونے لگے۔</w:t>
      </w:r>
    </w:p>
    <w:p>
      <w:r>
        <w:rPr>
          <w:b/>
        </w:rPr>
        <w:t xml:space="preserve">[17:21] </w:t>
      </w:r>
      <w:r>
        <w:t>Unhon ne kaha ke jab apnay aap ko main jahannami kab samhoon? Unhon ne kaha jab tum ko jannati honay ka yaqeen ho jaye. Yeh to un logon ki baat hai ke jo apnay aap ko jannati samjhe to us ko to shakk hai ke dozakh mein to janay wala hai woh aadmi.</w:t>
      </w:r>
    </w:p>
    <w:p>
      <w:pPr>
        <w:jc w:val="right"/>
      </w:pPr>
      <w:r>
        <w:t>انہوں نے کہا کہ جب اپنے آپ کو میں دوزخی کب سمجھوں؟ انہوں نے کہا جب تم کو جنتی ہونے کا یقین ہو جائے۔ یہ تو ان لوگوں کی بات ہے کہ جو اپنے آپ کو جنتی سمجھے تو اس کو تو شک ہے کہ دوزخ میں تو جانے والا ہے وہ آدمی۔</w:t>
      </w:r>
    </w:p>
    <w:p>
      <w:r>
        <w:rPr>
          <w:b/>
        </w:rPr>
        <w:t xml:space="preserve">[17:37] </w:t>
      </w:r>
      <w:r>
        <w:t>Jannati honay ki pehchan yeh hai ke apnay aap ko samjhe ke pata nahi mera kya hoga, pata nahi mera kya hoga, pata nahi mera kya hoga.</w:t>
      </w:r>
    </w:p>
    <w:p>
      <w:pPr>
        <w:jc w:val="right"/>
      </w:pPr>
      <w:r>
        <w:t>جنتی ہونے کی پہچان یہ ہے کہ اپنے آپ کو سمجھے کہ پتہ نہیں میرا کیا ہوگا، پتہ نہیں میرا کیا ہوگا، پتہ نہیں میرا کیا ہوگا۔</w:t>
      </w:r>
    </w:p>
    <w:p>
      <w:r>
        <w:rPr>
          <w:b/>
        </w:rPr>
        <w:t xml:space="preserve">[17:47] </w:t>
      </w:r>
      <w:r>
        <w:t>Itna bara darja tha Hazrat Umar ka, secret caliph ka, un ko suniya. Jab un ko, unhein aap jantay hain ke namaz parha rahe thay,</w:t>
      </w:r>
    </w:p>
    <w:p>
      <w:pPr>
        <w:jc w:val="right"/>
      </w:pPr>
      <w:r>
        <w:t>اتنا بڑا درجہ تھا حضرت عمر کا، سیکرٹ کیلف کا، ان کو سنیا۔ جب ان کو، انہیں آپ جانتے ہیں کہ نماز پڑھا رہے تھے،</w:t>
      </w:r>
    </w:p>
    <w:p>
      <w:r>
        <w:rPr>
          <w:b/>
        </w:rPr>
        <w:t xml:space="preserve">[18:01] </w:t>
      </w:r>
      <w:r>
        <w:t>Aik aadmi ne aa kar un ko khanjar mara, namaz parha rahe thay, ab to un ko bohat zabardast laga, woh bohat bleeding hui.</w:t>
      </w:r>
    </w:p>
    <w:p>
      <w:pPr>
        <w:jc w:val="right"/>
      </w:pPr>
      <w:r>
        <w:t>ایک آدمی نے آ کر ان کو خنجر مارا، نماز پڑھا رہے تھے، اب تو ان کو بہت زبردست لگا، وہ بہت بلیڈنگ ہوئی۔</w:t>
      </w:r>
    </w:p>
    <w:p>
      <w:r>
        <w:rPr>
          <w:b/>
        </w:rPr>
        <w:t xml:space="preserve">[18:11] </w:t>
      </w:r>
      <w:r>
        <w:t>Bleeding hotay hotay woh gir paray. Us waqt un ke betay, jo thay Abdullah, un ka naam tha, unhon ne apnay jis ko jis ko kehte hain yeh zanoo,</w:t>
      </w:r>
    </w:p>
    <w:p>
      <w:pPr>
        <w:jc w:val="right"/>
      </w:pPr>
      <w:r>
        <w:t>بلیڈنگ ہوتے ہوتے وہ گر پڑے۔ اس وقت ان کے بیٹے، جو تھے عبداللہ، ان کا نام تھا، انہوں نے اپنے جس کو جس کو کہتے ہیں یہ زانو،</w:t>
      </w:r>
    </w:p>
    <w:p>
      <w:r>
        <w:rPr>
          <w:b/>
        </w:rPr>
        <w:t xml:space="preserve">[18:25] </w:t>
      </w:r>
      <w:r>
        <w:t>Ab un ka sir utha kar is par rakh liya aur bleeding ho rahi thi. Aur itna ziyada woh tha ke un ko doodh diya gaya peenay ke liye us waqt to doodh nikal gaya bahar, itna ziyada aap ko zakham aya tha.</w:t>
      </w:r>
    </w:p>
    <w:p>
      <w:pPr>
        <w:jc w:val="right"/>
      </w:pPr>
      <w:r>
        <w:t>اب ان کا سر اٹھا کر اس پر رکھ لیا اور بلیڈنگ ہو رہی تھی۔ اور اتنا زیادہ وہ تھا کہ ان کو دودھ دیا گیا پینے کے لیے اس وقت تو دودھ نکل گیا باہر، اتنا زیادہ آپ کو زخم آیا تھا۔</w:t>
      </w:r>
    </w:p>
    <w:p>
      <w:r>
        <w:rPr>
          <w:b/>
        </w:rPr>
        <w:t xml:space="preserve">[18:42] </w:t>
      </w:r>
      <w:r>
        <w:t>To Abdullah ne kaha ke aap Rasool ke companion thay aur aap ne yeh kiya, aap ne woh kiya, sab un ke karnamey batane lagay, aap ko to Khuda yani jannat mein bara ooncha darja dega.</w:t>
      </w:r>
    </w:p>
    <w:p>
      <w:pPr>
        <w:jc w:val="right"/>
      </w:pPr>
      <w:r>
        <w:t>تو عبداللہ نے کہا کہ آپ رسول کے کمپینین تھے اور آپ نے یہ کیا، آپ نے وہ کیا، سب ان کے کارنامے بتانے لگے، آپ کو تو خدا یعنی جنت میں بڑا اونچا درجہ دے گا۔</w:t>
      </w:r>
    </w:p>
    <w:p>
      <w:r>
        <w:rPr>
          <w:b/>
        </w:rPr>
        <w:t xml:space="preserve">[19:02] </w:t>
      </w:r>
      <w:r>
        <w:t>To unhon ne kaha ke Abdullah jhoot mat bolo.</w:t>
      </w:r>
    </w:p>
    <w:p>
      <w:pPr>
        <w:jc w:val="right"/>
      </w:pPr>
      <w:r>
        <w:t>تو انہوں نے کہا کہ عبداللہ جھوٹ مت بولو۔</w:t>
      </w:r>
    </w:p>
    <w:p>
      <w:r>
        <w:rPr>
          <w:b/>
        </w:rPr>
        <w:t xml:space="preserve">[19:09] </w:t>
      </w:r>
      <w:r>
        <w:t>Unhein Umar kehte hain, Umar ke Abdullah jhoot mat bolo,</w:t>
      </w:r>
    </w:p>
    <w:p>
      <w:pPr>
        <w:jc w:val="right"/>
      </w:pPr>
      <w:r>
        <w:t>انہیں عمر کہتے ہیں، عمر کہ عبداللہ جھوٹ مت بولو،</w:t>
      </w:r>
    </w:p>
    <w:p>
      <w:r>
        <w:rPr>
          <w:b/>
        </w:rPr>
        <w:t xml:space="preserve">[19:19] </w:t>
      </w:r>
      <w:r>
        <w:t>Mera muamla to yeh hai ke Khuda agar mujhe maaf kar de aur la li wala alaih ka muamla ho jaye, la li wala alaih, na kuch punishment, na koi reward.</w:t>
      </w:r>
    </w:p>
    <w:p>
      <w:pPr>
        <w:jc w:val="right"/>
      </w:pPr>
      <w:r>
        <w:t>میرا معاملہ تو یہ ہے کہ خدا اگر مجھے معاف کر دے اور لالی ولا علیہ کا معاملہ ہو جائے، لالی ولا علیہ، نہ کچھ پنشمنٹ، نہ کوئی ریوارڈ۔</w:t>
      </w:r>
    </w:p>
    <w:p>
      <w:r>
        <w:rPr>
          <w:b/>
        </w:rPr>
        <w:t xml:space="preserve">[19:32] </w:t>
      </w:r>
      <w:r>
        <w:t>La li wala alaih ka matlab hai ke na mujhe koi reward milay, na koi punishment milay, to yeh bohat bari baat hogi. Aap sochtay hain ke Rasool Allah kya keh rahe hain aur aap ke companions kya keh rahe hain,</w:t>
      </w:r>
    </w:p>
    <w:p>
      <w:pPr>
        <w:jc w:val="right"/>
      </w:pPr>
      <w:r>
        <w:t>لالی ولا علیہ کا مطلب ہے کہ نہ مجھے کوئی ریوارڈ ملے، نہ کوئی پنشمنٹ ملے، تو یہ بہت بڑی بات ہوگی۔ آپ سوچتے ہیں کہ رسول اللہ کیا کہہ رہے ہیں اور آپ کے کمپینین کیا کہہ رہے ہیں،</w:t>
      </w:r>
    </w:p>
    <w:p>
      <w:r>
        <w:rPr>
          <w:b/>
        </w:rPr>
        <w:t xml:space="preserve">[19:47] </w:t>
      </w:r>
      <w:r>
        <w:t>Is qism ke jo log bana rahe hain, khud apnay aap bana liya hai logon ne, yeh sab base less hai aur bilashubah yeh sab gunah hai, aisa sochna bhi gunah hai, is mein koi shakk nahi.</w:t>
      </w:r>
    </w:p>
    <w:p>
      <w:pPr>
        <w:jc w:val="right"/>
      </w:pPr>
      <w:r>
        <w:t>اس قسم کے جو لوگ بنا رہے ہیں، خود اپنے آپ بنا لیا ہے لوگوں نے، یہ سب بیس لیس ہے اور بلاشبہ یہ سب گناہ ہے، ایسا سوچنا بھی گناہ ہے، اس میں کوئی شک نہیں۔</w:t>
      </w:r>
    </w:p>
    <w:p>
      <w:r>
        <w:rPr>
          <w:b/>
        </w:rPr>
        <w:t xml:space="preserve">[20:00] </w:t>
      </w:r>
      <w:r>
        <w:t>Quran mein dekhiye, kehte hain sakht ayat aayi hai: "Hatta rasool Allah qareeb".</w:t>
      </w:r>
    </w:p>
    <w:p>
      <w:pPr>
        <w:jc w:val="right"/>
      </w:pPr>
      <w:r>
        <w:t>قرآن میں دیکھیے، کہتے ہیں سخت آیت آئی ہے: "حتیٰ رسول اللہ قریب"۔</w:t>
      </w:r>
    </w:p>
    <w:p>
      <w:r>
        <w:rPr>
          <w:b/>
        </w:rPr>
        <w:t xml:space="preserve">[20:19] </w:t>
      </w:r>
      <w:r>
        <w:t>Yani sahaba se kaha ja raha hai ke tum kya samajhtay ho ke tum jannat mein jaoge? Yeh surah baqarah mein hai yeh ayat. Kya tum samajhtay ho ke tumhein jannat mil jayegi?</w:t>
      </w:r>
    </w:p>
    <w:p>
      <w:pPr>
        <w:jc w:val="right"/>
      </w:pPr>
      <w:r>
        <w:t>یعنی صحابہ سے کہا جا رہا ہے کہ تم کیا سمجھتے ہو کہ تم جنت میں جاؤ گے؟ یہ سورہ بقرہ میں ہے یہ آیت۔ کیا تم سمجھتے ہو کہ تمہیں جنت مل جائے گی؟</w:t>
      </w:r>
    </w:p>
    <w:p>
      <w:r>
        <w:rPr>
          <w:b/>
        </w:rPr>
        <w:t xml:space="preserve">[20:30] </w:t>
      </w:r>
      <w:r>
        <w:t>Tum ko halankay abhi to woh din aya nahi jab tum ko bohat zabardast test mein dala jayega, jhanjhoda jayega.</w:t>
      </w:r>
    </w:p>
    <w:p>
      <w:pPr>
        <w:jc w:val="right"/>
      </w:pPr>
      <w:r>
        <w:t>تم کو حالانکہ ابھی تو وہ دن آیا نہیں جب تم کو بہت زبردست ٹیسٹ میں ڈالا جائے، جھنجھوڑا جائے۔</w:t>
      </w:r>
    </w:p>
    <w:p>
      <w:r>
        <w:rPr>
          <w:b/>
        </w:rPr>
        <w:t xml:space="preserve">[20:38] </w:t>
      </w:r>
      <w:r>
        <w:t>Tum ko</w:t>
      </w:r>
    </w:p>
    <w:p>
      <w:pPr>
        <w:jc w:val="right"/>
      </w:pPr>
      <w:r>
        <w:t>تم کو</w:t>
      </w:r>
    </w:p>
    <w:p>
      <w:r>
        <w:rPr>
          <w:b/>
        </w:rPr>
        <w:t xml:space="preserve">[20:41] </w:t>
      </w:r>
      <w:r>
        <w:t>Woh to abhi waqt hi nahi aya hai. Abhi is mein dekhiye, aik bohat bari baat hai</w:t>
      </w:r>
    </w:p>
    <w:p>
      <w:pPr>
        <w:jc w:val="right"/>
      </w:pPr>
      <w:r>
        <w:t>وہ تو ابھی وقت ہی نہیں آیا ہے۔ ابھی اس میں دیکھیے، ایک بہت بڑی بات ہے</w:t>
      </w:r>
    </w:p>
    <w:p>
      <w:r>
        <w:rPr>
          <w:b/>
        </w:rPr>
        <w:t xml:space="preserve">[20:50] </w:t>
      </w:r>
      <w:r>
        <w:t>keh aadmi ko jannat sirf normal imaan par nahi mile gi keh mein ne namaz parh liya, mein ne roza rakh liya, jannat mil gayi mujhe.</w:t>
      </w:r>
    </w:p>
    <w:p>
      <w:pPr>
        <w:jc w:val="right"/>
      </w:pPr>
      <w:r>
        <w:t>کہ آدمی کو جنت صرف نارمل ایمان پر نہیں ملے گی کہ میں نے نماز پڑھ لیا، میں نے روزہ رکھ لیا، جنت مل گئی مجھے۔</w:t>
      </w:r>
    </w:p>
    <w:p>
      <w:r>
        <w:rPr>
          <w:b/>
        </w:rPr>
        <w:t xml:space="preserve">[21:01] </w:t>
      </w:r>
      <w:r>
        <w:t>crises mein is ko prove karna parhe ga. yaad rakhiye, crises jab tak nahi aata, is mein woh prove kare aadmi apne aap ko, apne imaan ko aur apne taqwa ko, apni namaz ko.</w:t>
      </w:r>
    </w:p>
    <w:p>
      <w:pPr>
        <w:jc w:val="right"/>
      </w:pPr>
      <w:r>
        <w:t>کرائسز میں اس کو پروف کرنا پڑے گا۔ یاد رکھیے، کرائسز جب تک نہیں آتا، اس میں وہ پروف کرے آدمی اپنے آپ کو، اپنے ایمان کو اور اپنے تقویٰ کو، اپنی نماز کو۔</w:t>
      </w:r>
    </w:p>
    <w:p>
      <w:r>
        <w:rPr>
          <w:b/>
        </w:rPr>
        <w:t xml:space="preserve">[21:15] </w:t>
      </w:r>
      <w:r>
        <w:t>normal condition mein jo kaam kiya jata hai, us par jannat nahi mile gi kisi ko.</w:t>
      </w:r>
    </w:p>
    <w:p>
      <w:pPr>
        <w:jc w:val="right"/>
      </w:pPr>
      <w:r>
        <w:t>نارمل کنڈیشن میں جو کام کیا جاتا ہے، اس پر جنت نہیں ملے گی کسی کو۔</w:t>
      </w:r>
    </w:p>
    <w:p>
      <w:r>
        <w:rPr>
          <w:b/>
        </w:rPr>
        <w:t xml:space="preserve">[21:21] </w:t>
      </w:r>
      <w:r>
        <w:t>ab normal condition jab hoti hai, jab crises aata hai, jab museebatein parti hain, is mein aadmi aap stand kar sake to us par jannat hai.</w:t>
      </w:r>
    </w:p>
    <w:p>
      <w:pPr>
        <w:jc w:val="right"/>
      </w:pPr>
      <w:r>
        <w:t>اب نارمل کنڈیشن جب ہوتی ہے، جب کرائسز آتا ہے، جب مصیبتیں پڑتی ہیں، اس میں آدمی آپ اسٹینڈ کر سکے تو اس پر جنت ہے۔</w:t>
      </w:r>
    </w:p>
    <w:p>
      <w:r>
        <w:rPr>
          <w:b/>
        </w:rPr>
        <w:t xml:space="preserve">[21:33] </w:t>
      </w:r>
      <w:r>
        <w:t>surah ankaboot mein kya hai? isi tarah ki ek ayat</w:t>
      </w:r>
    </w:p>
    <w:p>
      <w:pPr>
        <w:jc w:val="right"/>
      </w:pPr>
      <w:r>
        <w:t>سورہ عنکبوت میں کیا ہے؟ اسی طرح کی ایک آیت</w:t>
      </w:r>
    </w:p>
    <w:p>
      <w:r>
        <w:rPr>
          <w:b/>
        </w:rPr>
        <w:t xml:space="preserve">[21:39] </w:t>
      </w:r>
      <w:r>
        <w:t>wahan bhi hai aur bhi is tarah ki ayeatein hain keh jo yeh normal condition ka lafz sahi hai ya is mauqe par ya koi aur lafz hai.</w:t>
      </w:r>
    </w:p>
    <w:p>
      <w:pPr>
        <w:jc w:val="right"/>
      </w:pPr>
      <w:r>
        <w:t>وہاں بھی ہے اور بھی اس طرح کی آیتیں ہیں کہ جو یہ نارمل کنڈیشن کا لفظ صحیح ہے یا اس موقع پر یا کوئی اور لفظ ہے۔</w:t>
      </w:r>
    </w:p>
    <w:p>
      <w:r>
        <w:rPr>
          <w:b/>
        </w:rPr>
        <w:t xml:space="preserve">[21:52] </w:t>
      </w:r>
      <w:r>
        <w:t>yeh theek hai, theek hai. is ko kehte hain urdu mein kahein mu'tedil halaat. mu'tedil halaat mein to mu'tedil halaat mein aadmi jo kalma parhe aur namaz parhe, us par jannat nahi hai.</w:t>
      </w:r>
    </w:p>
    <w:p>
      <w:pPr>
        <w:jc w:val="right"/>
      </w:pPr>
      <w:r>
        <w:t>یہ ٹھیک ہے، ٹھیک ہے۔ اس کو کہتے ہیں اردو میں کہیں معتدل حالات۔ معتدل حالات میں تو معتدل حالات میں آدمی جو کلمہ پڑھے اور نماز پڑھے، اس پر جنت نہیں ہے۔</w:t>
      </w:r>
    </w:p>
    <w:p>
      <w:r>
        <w:rPr>
          <w:b/>
        </w:rPr>
        <w:t xml:space="preserve">[22:05] </w:t>
      </w:r>
      <w:r>
        <w:t>kisi ke liye yaad rakhiye, parh lijiye quran majeed mein, us par is ko jaancha jaye ga, is ko crises dala jaye ga, is ko mein ek hala mara, hala mara gaya aur zalzalo.</w:t>
      </w:r>
    </w:p>
    <w:p>
      <w:pPr>
        <w:jc w:val="right"/>
      </w:pPr>
      <w:r>
        <w:t>کسی کے لیے یاد رکھیے، پڑھ لیجئے قرآن مجید میں، اس پر اس کو جانچا جائے گا، اس کو کرائسز ڈالا جائے گا، اس کو میں ایک ہلا مارا، ہلا مارا گیا اور زلزلو۔</w:t>
      </w:r>
    </w:p>
    <w:p>
      <w:r>
        <w:rPr>
          <w:b/>
        </w:rPr>
        <w:t xml:space="preserve">[22:20] </w:t>
      </w:r>
      <w:r>
        <w:t>tab ja kar faisla hota hai keh is aadmi ko jannat mile gi. keh jannat koi diya sai ki dabiya hai keh aap ja ke khareed de? kya aasan hai woh?</w:t>
      </w:r>
    </w:p>
    <w:p>
      <w:pPr>
        <w:jc w:val="right"/>
      </w:pPr>
      <w:r>
        <w:t>تب جا کر فیصلہ ہوتا ہے کہ اس آدمی کو جنت ملے گی۔ کہ جنت کوئی دیا سائی کی ڈبیا ہے کہ آپ جا کے خرید دیے؟ کیا آسان ہے وہ؟</w:t>
      </w:r>
    </w:p>
    <w:p>
      <w:r>
        <w:rPr>
          <w:b/>
        </w:rPr>
        <w:t xml:space="preserve">[22:30] </w:t>
      </w:r>
      <w:r>
        <w:t>yeh sab false belief hain aur is tarah ka manna bhi gunah hai. jo log aisa manen, un ko jannat to kya, un ko to gunah mein pakra jaye ga.</w:t>
      </w:r>
    </w:p>
    <w:p>
      <w:pPr>
        <w:jc w:val="right"/>
      </w:pPr>
      <w:r>
        <w:t>یہ سب فالس بیلیف ہیں اور اس طرح کا ماننا بھی گناہ ہے۔ جو لوگ ایسا مانیں، ان کو جنت تو کیا، ان کو تو گناہ میں پکڑا جائے گا۔</w:t>
      </w:r>
    </w:p>
    <w:p>
      <w:r>
        <w:rPr>
          <w:b/>
        </w:rPr>
        <w:t xml:space="preserve">[22:40] </w:t>
      </w:r>
      <w:r>
        <w:t>tum ko kya right tha keh is tarah kehne ka? kya right tha tum ko aisa bolne ka?</w:t>
      </w:r>
    </w:p>
    <w:p>
      <w:pPr>
        <w:jc w:val="right"/>
      </w:pPr>
      <w:r>
        <w:t>تم کو کیا رائٹ تھا کہ اس طرح کہنے کا؟ کیا رائٹ تھا تم کو ایسا بولنے کا؟</w:t>
      </w:r>
    </w:p>
    <w:p>
      <w:r>
        <w:rPr>
          <w:b/>
        </w:rPr>
        <w:t xml:space="preserve">[22:48] </w:t>
      </w:r>
      <w:r>
        <w:t>quran o hadees ka koi bhi shakhs mutala kare to is mein koi shakk nahi.</w:t>
      </w:r>
    </w:p>
    <w:p>
      <w:pPr>
        <w:jc w:val="right"/>
      </w:pPr>
      <w:r>
        <w:t>قرآن و حدیث کا کوئی بھی شخص مطالعہ کرے تو اس میں کوئی شک نہیں۔</w:t>
      </w:r>
    </w:p>
    <w:p>
      <w:r>
        <w:rPr>
          <w:b/>
        </w:rPr>
        <w:t xml:space="preserve">[22:59] </w:t>
      </w:r>
      <w:r>
        <w:t>ek hadees hai keh: "al jannat taht zilaal al suyuf". jaan lo keh jannat talwar ke saaye ke neeche hai.</w:t>
      </w:r>
    </w:p>
    <w:p>
      <w:pPr>
        <w:jc w:val="right"/>
      </w:pPr>
      <w:r>
        <w:t>ایک حدیث ہے کہ: "علم الجنت تحت ذلال السیوف"۔ جان لو کہ جنت تلوار کے سائے کے نیچے ہے۔</w:t>
      </w:r>
    </w:p>
    <w:p>
      <w:r>
        <w:rPr>
          <w:b/>
        </w:rPr>
        <w:t xml:space="preserve">[23:09] </w:t>
      </w:r>
      <w:r>
        <w:t>talwar ka matlab sword nahi hai, matlab is ko problem ayein ge. sab se bara problem jo hai, ek ke sath aap ke desires se ladna parta hai, apne desires se ladna parta hai, apni apni khwahishon se ladna parta hai.</w:t>
      </w:r>
    </w:p>
    <w:p>
      <w:pPr>
        <w:jc w:val="right"/>
      </w:pPr>
      <w:r>
        <w:t>تلوار کا مطلب سوڈ نہیں ہے، مطلب اس کو پرابلم آئیں گے۔ سب سے بڑا پرابلم جو ہے، ایک کے ساتھ آپ کے ڈیزائرز سے لڑنا پڑتا ہے، اپنے ڈیزائرز سے لڑنا پڑتا ہے، اپنی اپنی خواہشوں سے لڑنا پڑتا ہے۔</w:t>
      </w:r>
    </w:p>
    <w:p>
      <w:r>
        <w:rPr>
          <w:b/>
        </w:rPr>
        <w:t xml:space="preserve">[23:24] </w:t>
      </w:r>
      <w:r>
        <w:t>wohi haar jata hai aadmi jis ko dekh ke hara hua hai. is zamane mein har aadmi hara hua insan hai keh jo khwahish ubhri, jo desire paida hui, bas wahan par succumb kar diya is ne.</w:t>
      </w:r>
    </w:p>
    <w:p>
      <w:pPr>
        <w:jc w:val="right"/>
      </w:pPr>
      <w:r>
        <w:t>وہی ہار جاتا ہے آدمی جس کو دیکھ کے ہارا ہوا ہے۔ اس زمانے میں ہر آدمی ہارا ہوا انسان ہے کہ جو خواہش ابھری، جو ڈیزائر پیدا ہوئی، بس وہاں پر سکم کر دیا اس نے۔</w:t>
      </w:r>
    </w:p>
    <w:p>
      <w:r>
        <w:rPr>
          <w:b/>
        </w:rPr>
        <w:t xml:space="preserve">[23:38] </w:t>
      </w:r>
      <w:r>
        <w:t>to sab se pehla jo crises hai, woh woh is waqt aata hai jab aap ko koi koi desire ka aap ke upar attack ho, koi khwahish ka attack ho, aap ke upar koi temptation ka attack ho, aap ke upar ho.</w:t>
      </w:r>
    </w:p>
    <w:p>
      <w:pPr>
        <w:jc w:val="right"/>
      </w:pPr>
      <w:r>
        <w:t>تو سب سے پہلا جو کرائسز ہے، وہ وہ اس وقت آتا ہے جب آپ کو کوئی کوئی ڈیزائر کا آپ کے اوپر اٹیک ہو، کوئی خواہش کا اٹیک ہو، آپ کے اوپر کوئی ٹیمپٹیشن کا اٹیک ہو، آپ کے اوپر ہو۔</w:t>
      </w:r>
    </w:p>
    <w:p>
      <w:r>
        <w:rPr>
          <w:b/>
        </w:rPr>
        <w:t xml:space="preserve">[23:52] </w:t>
      </w:r>
      <w:r>
        <w:t>to wahan par dekhen, sab haare hue hain, sab ke sab haare hue hain. paradise kahan se mile gi aise logon ko? yani pehle hi qadam haare hue hain. woh</w:t>
      </w:r>
    </w:p>
    <w:p>
      <w:pPr>
        <w:jc w:val="right"/>
      </w:pPr>
      <w:r>
        <w:t>تو وہاں پر دیکھیں، سب ہارے ہوئے ہیں، سب کے سب ہارے ہوئے ہیں۔ پیرڈائز کہاں سے ملے گی ایسے لوگوں کو؟ یعنی پہلے ہی قدم ہارے ہوئے ہیں۔ وہ</w:t>
      </w:r>
    </w:p>
    <w:p>
      <w:r>
        <w:rPr>
          <w:b/>
        </w:rPr>
        <w:t xml:space="preserve">[24:03] </w:t>
      </w:r>
      <w:r>
        <w:t>is bare mein quran o hadees mein bilkul saaf baat hai keh tum par jo tumhare jo khwahishein hain, jo desires hain, jo temptations hain, woh attack karein ge tumhare upar.</w:t>
      </w:r>
    </w:p>
    <w:p>
      <w:pPr>
        <w:jc w:val="right"/>
      </w:pPr>
      <w:r>
        <w:t>اس بارے میں قرآن و حدیث میں بالکل صاف بات ہے کہ تم پر جو تمہارے جو خواہشیں ہیں، جو ڈیزائرز ہیں، جو ٹیمپٹیشنز ہیں، وہ اٹیک کریں گے تمہارے اوپر۔</w:t>
      </w:r>
    </w:p>
    <w:p>
      <w:r>
        <w:rPr>
          <w:b/>
        </w:rPr>
        <w:t xml:space="preserve">[24:15] </w:t>
      </w:r>
      <w:r>
        <w:t>aur wahan par tumhein stand karna parhe ga, tab ja ke jannat ka faisla ho ga. agar wahan tum succumb kar gaye to phir kuch nahi siwaye hell ka aur kuch nahi, koi kuch aur nahi milne wala hai.</w:t>
      </w:r>
    </w:p>
    <w:p>
      <w:pPr>
        <w:jc w:val="right"/>
      </w:pPr>
      <w:r>
        <w:t>اور وہاں پر تمہیں اسٹینڈ کرنا پڑے گا، تب جا کے جنت کا فیصلہ ہوگا۔ اگر وہاں تم سکم کر گئے تو پھر کچھ نہیں سوائے ہیلتھ کا اور کچھ نہیں، کوئی کچھ اور نہیں ملنے والا ہے۔</w:t>
      </w:r>
    </w:p>
    <w:p>
      <w:r>
        <w:rPr>
          <w:b/>
        </w:rPr>
        <w:t xml:space="preserve">[24:30] </w:t>
      </w:r>
      <w:r>
        <w:t>das question is from doctor abro aman. Maulana, you said that prophet used a traditional language when people asked him about solar eclipse.</w:t>
      </w:r>
    </w:p>
    <w:p>
      <w:pPr>
        <w:jc w:val="right"/>
      </w:pPr>
      <w:r>
        <w:t>دس کوئسچن از فرام ڈاکٹر ابرو امان۔ مولانا، یو سیڈ دیٹ پرافٹ یوزڈ ا ٹریڈیشنل لینگویج وین پیپل اسکڈ ہم اباؤٹ سولر ایکلپس۔</w:t>
      </w:r>
    </w:p>
    <w:p>
      <w:r>
        <w:rPr>
          <w:b/>
        </w:rPr>
        <w:t xml:space="preserve">[24:41] </w:t>
      </w:r>
      <w:r>
        <w:t>I would like to know what does quran says about solar eclipse? is it mentioned in any chapter of the quran?</w:t>
      </w:r>
    </w:p>
    <w:p>
      <w:pPr>
        <w:jc w:val="right"/>
      </w:pPr>
      <w:r>
        <w:t>ائی وڈ لائک ٹو نو واٹ ڈز قرآن سیز اباؤٹ سولر ایکلپس؟ از اٹ مینشن ان اینی چیپٹر اف دی قرآن؟</w:t>
      </w:r>
    </w:p>
    <w:p>
      <w:r>
        <w:rPr>
          <w:b/>
        </w:rPr>
        <w:t xml:space="preserve">[24:51] </w:t>
      </w:r>
      <w:r>
        <w:t>ek</w:t>
      </w:r>
    </w:p>
    <w:p>
      <w:pPr>
        <w:jc w:val="right"/>
      </w:pPr>
      <w:r>
        <w:t>ایک</w:t>
      </w:r>
    </w:p>
    <w:p>
      <w:r>
        <w:rPr>
          <w:b/>
        </w:rPr>
        <w:t xml:space="preserve">[24:52] </w:t>
      </w:r>
      <w:r>
        <w:t>lips ka jo muamla hai, yeh hadees jo hai quran mein nahi. jahan tak mujhadiyan tak koi aisi ayat hai quran mein, hain aisi nahi koi ayat hai.</w:t>
      </w:r>
    </w:p>
    <w:p>
      <w:pPr>
        <w:jc w:val="right"/>
      </w:pPr>
      <w:r>
        <w:t>لپس کا جو معاملہ ہے، یہ حدیث جو ہے قرآن میں نہیں۔ جہاں تک مجادیاں تک کوئی ایسی آیت ہے قرآن میں، ہیں ایسی نہیں کوئی آیت ہے۔</w:t>
      </w:r>
    </w:p>
    <w:p>
      <w:r>
        <w:rPr>
          <w:b/>
        </w:rPr>
        <w:t xml:space="preserve">[25:02] </w:t>
      </w:r>
      <w:r>
        <w:t>yeh solar eclipse aur lunar eclipse dono jo hai quran mein nahi hain, balkeh hadees mein hai.</w:t>
      </w:r>
    </w:p>
    <w:p>
      <w:pPr>
        <w:jc w:val="right"/>
      </w:pPr>
      <w:r>
        <w:t>یہ سولر ایکلپس اور لیولر ایکلپس دونوں جو ہے قرآن میں نہیں ہیں، بلکہ حدیث میں ہے۔</w:t>
      </w:r>
    </w:p>
    <w:p>
      <w:r>
        <w:rPr>
          <w:b/>
        </w:rPr>
        <w:t xml:space="preserve">[25:12] </w:t>
      </w:r>
      <w:r>
        <w:t>jahan tak mujhe yaad aata hai.</w:t>
      </w:r>
    </w:p>
    <w:p>
      <w:pPr>
        <w:jc w:val="right"/>
      </w:pPr>
      <w:r>
        <w:t>جہاں تک مجھے یاد آتا ہے۔</w:t>
      </w:r>
    </w:p>
    <w:p>
      <w:r>
        <w:rPr>
          <w:b/>
        </w:rPr>
        <w:t xml:space="preserve">[25:17] </w:t>
      </w:r>
      <w:r>
        <w:t>das question is from raziya. people often say that man can also create and that all products we use today are actually a creation of man.</w:t>
      </w:r>
    </w:p>
    <w:p>
      <w:pPr>
        <w:jc w:val="right"/>
      </w:pPr>
      <w:r>
        <w:t>دس کوئسچن از فرام رازیہ۔ پیپل افن سے دیٹ مین کین السو کریٹ اینڈ دیٹ ال پروڈکٹس وی یوز ٹوڈے ار ایکچولی ا کریشن اف مین۔</w:t>
      </w:r>
    </w:p>
    <w:p>
      <w:r>
        <w:rPr>
          <w:b/>
        </w:rPr>
        <w:t xml:space="preserve">[25:30] </w:t>
      </w:r>
      <w:r>
        <w:t>so is it correct to use the word creator for man in the same sense as we use it for god?</w:t>
      </w:r>
    </w:p>
    <w:p>
      <w:pPr>
        <w:jc w:val="right"/>
      </w:pPr>
      <w:r>
        <w:t>سو از اٹ کریکٹ ٹو یوز دا ورڈ کریٹر فار مین ان دا سیم سینس ایز وی یوز اٹ فار گاڈ؟</w:t>
      </w:r>
    </w:p>
    <w:p>
      <w:r>
        <w:rPr>
          <w:b/>
        </w:rPr>
        <w:t xml:space="preserve">[25:39] </w:t>
      </w:r>
      <w:r>
        <w:t>hmm,</w:t>
      </w:r>
    </w:p>
    <w:p>
      <w:pPr>
        <w:jc w:val="right"/>
      </w:pPr>
      <w:r>
        <w:t>ہمم،</w:t>
      </w:r>
    </w:p>
    <w:p>
      <w:r>
        <w:rPr>
          <w:b/>
        </w:rPr>
        <w:t xml:space="preserve">[25:45] </w:t>
      </w:r>
      <w:r>
        <w:t>dekhen, main yeh manta hoon ke do word alag alag hain: invention aur discovery. invention aur discovery yani creator ko bolte hain shayad wahi invention ke maene mein.</w:t>
      </w:r>
    </w:p>
    <w:p>
      <w:pPr>
        <w:jc w:val="right"/>
      </w:pPr>
      <w:r>
        <w:t>دیکھیں، میں یہ مانتا ہوں کہ دو ورڈ الگ الگ ہیں: انوینشن اور ڈسکوری۔ انوینشن اور ڈسکوری یعنی کریٹر کو بولتے ہیں شاید وہی انوینشن کے معنی میں۔</w:t>
      </w:r>
    </w:p>
    <w:p>
      <w:r>
        <w:rPr>
          <w:b/>
        </w:rPr>
        <w:t xml:space="preserve">[26:01] </w:t>
      </w:r>
      <w:r>
        <w:t>is sense mein to main yeh manta hoon ke koi bhi inventor nahin hua, sab discoverer hue hain.</w:t>
      </w:r>
    </w:p>
    <w:p>
      <w:pPr>
        <w:jc w:val="right"/>
      </w:pPr>
      <w:r>
        <w:t>اس سینس میں تو میں یہ مانتا ہوں کہ کوئی بھی انوینٹر نہیں ہوا، سب ڈسکورر ہوئے ہیں۔</w:t>
      </w:r>
    </w:p>
    <w:p>
      <w:r>
        <w:rPr>
          <w:b/>
        </w:rPr>
        <w:t xml:space="preserve">[26:12] </w:t>
      </w:r>
      <w:r>
        <w:t>jitne bhi scientist hain, woh jo kuch unhon ne diya hai duniya ko, woh invention nahin tha. un ka invent ka matlab hota hai ek cheez jo na ho, us ko aap ne produce kiya.</w:t>
      </w:r>
    </w:p>
    <w:p>
      <w:pPr>
        <w:jc w:val="right"/>
      </w:pPr>
      <w:r>
        <w:t>جتنے بھی سائنٹسٹ ہیں، وہ جو کچھ انہوں نے دیا ہے دنیا کو، وہ انوینشن نہیں تھا۔ ان کا انوینٹ کا مطلب ہوتا ہے ایک چیز جو نہ ہو، اس کو آپ نے پروڈیوس کیا۔</w:t>
      </w:r>
    </w:p>
    <w:p>
      <w:r>
        <w:rPr>
          <w:b/>
        </w:rPr>
        <w:t xml:space="preserve">[26:24] </w:t>
      </w:r>
      <w:r>
        <w:t>to yeh to sirf khuda kar sakta hai, nahin se hai karna, yeh sirf khuda ke bas mein hai.</w:t>
      </w:r>
    </w:p>
    <w:p>
      <w:pPr>
        <w:jc w:val="right"/>
      </w:pPr>
      <w:r>
        <w:t>تو یہ تو صرف خدا کر سکتا ہے، نہیں سے ہے کرنا، یہ صرف خدا کے بس میں ہے۔</w:t>
      </w:r>
    </w:p>
    <w:p>
      <w:r>
        <w:rPr>
          <w:b/>
        </w:rPr>
        <w:t xml:space="preserve">[26:35] </w:t>
      </w:r>
      <w:r>
        <w:t>to koi scientist, aap dekhen, yeh maan liya gaya hai science mein ke poori universe mein koi scientist na to kisi ek particle ko ghata sakta, na ek particle ko badha sakta.</w:t>
      </w:r>
    </w:p>
    <w:p>
      <w:pPr>
        <w:jc w:val="right"/>
      </w:pPr>
      <w:r>
        <w:t>تو کوئی سائنٹسٹ، آپ دیکھیں، یہ مان لیا گیا ہے سائنس میں کہ پوری یونیورس میں کوئی سائنٹسٹ نہ تو کسی ایک پارٹیکل کو گھٹا سکتا، نہ ایک پارٹیکل کو بڑھا سکتا۔</w:t>
      </w:r>
    </w:p>
    <w:p>
      <w:r>
        <w:rPr>
          <w:b/>
        </w:rPr>
        <w:t xml:space="preserve">[26:46] </w:t>
      </w:r>
      <w:r>
        <w:t>insan ke bas mein nahin hai. main samajhta hoon ke invention jo bolte hain ke edison jo tha, woh sab bara inventor tha, yeh galat hai.</w:t>
      </w:r>
    </w:p>
    <w:p>
      <w:pPr>
        <w:jc w:val="right"/>
      </w:pPr>
      <w:r>
        <w:t>انسان کے بس میں نہیں ہے۔ میں سمجھتا ہوں کہ انوینشن جو بولتے ہیں کہ ایڈیسن جو تھا، وہ سب بڑا انوینٹر تھا، یہ غلط ہے۔</w:t>
      </w:r>
    </w:p>
    <w:p>
      <w:r>
        <w:rPr>
          <w:b/>
        </w:rPr>
        <w:t xml:space="preserve">[26:56] </w:t>
      </w:r>
      <w:r>
        <w:t>mere nazdeek un ki hoti hai jo discovery hoti hai, yani already nature mein kuch cheezein pehle se maujood hain.</w:t>
      </w:r>
    </w:p>
    <w:p>
      <w:pPr>
        <w:jc w:val="right"/>
      </w:pPr>
      <w:r>
        <w:t>میرے نزدیک ان کی ہوتی ہے جو ڈسکوری ہوتی ہے، یعنی الریڈی نیچر میں کچھ چیزیں پہلے سے موجود ہیں۔</w:t>
      </w:r>
    </w:p>
    <w:p>
      <w:r>
        <w:rPr>
          <w:b/>
        </w:rPr>
        <w:t xml:space="preserve">[27:07] </w:t>
      </w:r>
      <w:r>
        <w:t>ya nature mein yeh hai ke pani ko aap garam karen to woh steam power ban jayega, woh molecule jo hai, disintegrate hone lagenge. yeh invention nahin hai, woh kaha jayega, yeh kaha jayega discovery.</w:t>
      </w:r>
    </w:p>
    <w:p>
      <w:pPr>
        <w:jc w:val="right"/>
      </w:pPr>
      <w:r>
        <w:t>یا نیچر میں یہ ہے کہ پانی کو آپ گرم کریں تو وہ سٹی پاور بن جائے گا، وہ مالیکیول جو ہے، ڈس انٹیگریٹ ہونے لگیں گے۔ یہ انوینشن نہیں ہے، وہ کہا جائے گا، یہ کہا جائے گا ڈسکوری۔</w:t>
      </w:r>
    </w:p>
    <w:p>
      <w:r>
        <w:rPr>
          <w:b/>
        </w:rPr>
        <w:t xml:space="preserve">[27:19] </w:t>
      </w:r>
      <w:r>
        <w:t>to koi bhi cheez, chahe camera ho, ya mobile ho, rail ho, hawai jahaz ho, woh sab invention nahin hai, woh hain discovery. to creation ka word agar aap bolte hain invention ke maene mein to main galat manunga us ko, kyun ke insan koi cheez create nahin kar sakta.</w:t>
      </w:r>
    </w:p>
    <w:p>
      <w:pPr>
        <w:jc w:val="right"/>
      </w:pPr>
      <w:r>
        <w:t>تو کوئی بھی چیز، چاہے کیمرہ ہو، یا موبائل ہو، ریل ہو، ہوائی جہاز ہو، وہ سب انوینشن نہیں ہے، وہ ہیں ڈسکوری۔ تو کریشن کا ورڈ اگر آپ بولتے ہیں انوینشن کے معنی میں تو میں غلط مانوں گا اس کو، کیونکہ انسان کوئی چیز کریٹ نہیں کر سکتا۔</w:t>
      </w:r>
    </w:p>
    <w:p>
      <w:r>
        <w:rPr>
          <w:b/>
        </w:rPr>
        <w:t xml:space="preserve">[27:38] </w:t>
      </w:r>
      <w:r>
        <w:t>insan sirf discovery karta hai. discovery kya hai? khuda ne already nature mein bahut sari cheezein rakh di hain. potentially us potential ko discover kar ke aap actual banate hain.</w:t>
      </w:r>
    </w:p>
    <w:p>
      <w:pPr>
        <w:jc w:val="right"/>
      </w:pPr>
      <w:r>
        <w:t>انسان صرف ڈسکوری کرتا ہے۔ ڈسکوری کیا ہے؟ خدا نے الریڈی نیچر میں بہت ساری چیزیں رکھ دی ہیں۔ پوٹینشلی اس پوٹینشل کو ڈسکور کر کے آپ ایکچول بناتے ہیں۔</w:t>
      </w:r>
    </w:p>
    <w:p>
      <w:r>
        <w:rPr>
          <w:b/>
        </w:rPr>
        <w:t xml:space="preserve">[27:52] </w:t>
      </w:r>
      <w:r>
        <w:t>yeh hai science, scientist ka kaam.</w:t>
      </w:r>
    </w:p>
    <w:p>
      <w:pPr>
        <w:jc w:val="right"/>
      </w:pPr>
      <w:r>
        <w:t>یہ ہے سائنس، سائنٹسٹ کا کام۔</w:t>
      </w:r>
    </w:p>
    <w:p>
      <w:r>
        <w:rPr>
          <w:b/>
        </w:rPr>
        <w:t xml:space="preserve">[27:55] </w:t>
      </w:r>
      <w:r>
        <w:t>maulana, the two terms invention and discovery are two different things, but sometimes we should not equate invention with creation.</w:t>
      </w:r>
    </w:p>
    <w:p>
      <w:pPr>
        <w:jc w:val="right"/>
      </w:pPr>
      <w:r>
        <w:t>مولانا، دا دو ٹرمز انوینشن اینڈ ڈسکوری ار ٹو ڈفرنٹ تھنگز، بٹ سم ٹائمز وی شوڈ ناٹ ایکویل انوینشن ود کریشن۔</w:t>
      </w:r>
    </w:p>
    <w:p>
      <w:r>
        <w:rPr>
          <w:b/>
        </w:rPr>
        <w:t xml:space="preserve">[28:10] </w:t>
      </w:r>
      <w:r>
        <w:t>creation is god's creation, but invention is a scientific invention, and we should distinguish between invention.</w:t>
      </w:r>
    </w:p>
    <w:p>
      <w:pPr>
        <w:jc w:val="right"/>
      </w:pPr>
      <w:r>
        <w:t>کریشن از گاڈز کریشن، بٹ انوینشن از ا سائنٹیفک انوینشن، اینڈ وی شوڈ ڈسٹنگوش بٹوین انوینشن۔</w:t>
      </w:r>
    </w:p>
    <w:p>
      <w:r>
        <w:rPr>
          <w:b/>
        </w:rPr>
        <w:t xml:space="preserve">[28:19] </w:t>
      </w:r>
      <w:r>
        <w:t>i mean, there is difference between invention and discovery. discovery what ever is hidden, like what is there in our body, is discovered, but invention, like steam engine, is invented by scientist.</w:t>
      </w:r>
    </w:p>
    <w:p>
      <w:pPr>
        <w:jc w:val="right"/>
      </w:pPr>
      <w:r>
        <w:t>ائی مین، دیر از ڈیفرنس بٹوین انوینشن اینڈ ڈسکوری۔ ڈسکوری واٹ ایور از ہڈن، لائک واٹ از دیر ان اور باڈی، از ڈسکورڈ، بٹ انوینشن، لائک سٹیم انجن، از انوینٹڈ بائی سائنٹسٹ۔</w:t>
      </w:r>
    </w:p>
    <w:p>
      <w:r>
        <w:rPr>
          <w:b/>
        </w:rPr>
        <w:t xml:space="preserve">[28:34] </w:t>
      </w:r>
      <w:r>
        <w:t>the raw material might be there. so creation and invention are not the same.</w:t>
      </w:r>
    </w:p>
    <w:p>
      <w:pPr>
        <w:jc w:val="right"/>
      </w:pPr>
      <w:r>
        <w:t>دا را مٹیریل مائٹ بی دیر۔ سو کریشن اینڈ انوینشن ار ناٹ دا سیم۔</w:t>
      </w:r>
    </w:p>
    <w:p>
      <w:r>
        <w:rPr>
          <w:b/>
        </w:rPr>
        <w:t xml:space="preserve">[28:42] </w:t>
      </w:r>
      <w:r>
        <w:t>haan, to main isi liye to kaha ke agar creation ka word bol rahe hain aap invention ke maene mein to galat bol rahe hain. kisi aur maene mein bolen to theek ho sakta hai. woh kis sense mein bol raha hai aadmi, woh janna hai.</w:t>
      </w:r>
    </w:p>
    <w:p>
      <w:pPr>
        <w:jc w:val="right"/>
      </w:pPr>
      <w:r>
        <w:t>ہاں، تو میں اسی لیے تو کہا کہ اگر کریشن کا ورڈ بول رہے ہیں آپ انوینشن کے معنی میں تو غلط بول رہے ہیں۔ کسی اور معنی میں بولیں تو ٹھیک ہو سکتا ہے۔ وہ کس سینس میں بول رہا ہے آدمی، وہ جاننا ہے۔</w:t>
      </w:r>
    </w:p>
    <w:p>
      <w:r>
        <w:rPr>
          <w:b/>
        </w:rPr>
        <w:t xml:space="preserve">[28:52] </w:t>
      </w:r>
      <w:r>
        <w:t>creation ka word agar aap bol rahe hain invention ke sense mein, invention ki definition maine dekhi hai ke jo cheez na ho, us ko aap ne hai banaya, nahin ko hai banaya.</w:t>
      </w:r>
    </w:p>
    <w:p>
      <w:pPr>
        <w:jc w:val="right"/>
      </w:pPr>
      <w:r>
        <w:t>کریشن کا ورڈ اگر آپ بول رہے ہیں انوینشن کے سینس میں، انوینشن کی ڈیفینیشن میں نے دیکھی ہے کہ جو چیز نہ ہو، اس کو آپ نے ہے بنایا، نہیں کو ہے بنایا۔</w:t>
      </w:r>
    </w:p>
    <w:p>
      <w:r>
        <w:rPr>
          <w:b/>
        </w:rPr>
        <w:t xml:space="preserve">[29:04] </w:t>
      </w:r>
      <w:r>
        <w:t>invention ka agar koi is mein sara mamla hai ke aap ki definition kya hai, ho sakta hai koi definition koi doosri deta ho. so sab se pehle yeh janna ho ke invention ki definition kya hai, creation ki kya hai, aur discovery ki kya hai.</w:t>
      </w:r>
    </w:p>
    <w:p>
      <w:pPr>
        <w:jc w:val="right"/>
      </w:pPr>
      <w:r>
        <w:t>انوینشن کا اگر کوئی اس میں سارا معاملہ ہے کہ آپ کی ڈیفینیشن کیا ہے، ہو سکتا ہے کوئی ڈیفینیشن کوئی دوسری دیتا ہو۔ سو سب سے پہلے یہ جاننا ہو کہ انوینشن کی ڈیفینیشن کیا ہے، کریشن کی کیا ہے، اور ڈسکوری کی کیا ہے۔</w:t>
      </w:r>
    </w:p>
    <w:p>
      <w:r>
        <w:rPr>
          <w:b/>
        </w:rPr>
        <w:t xml:space="preserve">[29:20] </w:t>
      </w:r>
      <w:r>
        <w:t>to it depends on definitions. to main jo define kar raha hoon, us par main keh raha hoon. kisi ka definition kuch aur ho to woh phir wahan doosre se baat kahi jayegi.</w:t>
      </w:r>
    </w:p>
    <w:p>
      <w:pPr>
        <w:jc w:val="right"/>
      </w:pPr>
      <w:r>
        <w:t>تو اٹ ڈیپینڈز ان ڈیفینیشنز۔ تو میں جو ڈیفائن کر رہا ہوں، اس پر میں کہہ رہا ہوں۔ کسی کا ڈیفینیشن کچھ اور ہو تو وہ پھر وہاں دوسرے سے بات کہی جائے گی۔</w:t>
      </w:r>
    </w:p>
    <w:p>
      <w:r>
        <w:rPr>
          <w:b/>
        </w:rPr>
        <w:t xml:space="preserve">[29:33] </w:t>
      </w:r>
      <w:r>
        <w:t>us par depend karta hai ke aap ka definition kya hai in teeno word ka: invention, discovery, aur creation. to har aisa definition jis mein yeh na ho ke jo cheez nahin hai, us ko hai banaya us ne,</w:t>
      </w:r>
    </w:p>
    <w:p>
      <w:pPr>
        <w:jc w:val="right"/>
      </w:pPr>
      <w:r>
        <w:t>اس پر ڈیپینڈ کرتا ہے کہ آپ کا ڈیفینیشن کیا ہے ان تینوں ورڈ کا: انوینشن، ڈسکوری، اور کریشن۔ تو ہر ایسا ڈیفینیشن جس میں یہ نہ ہو کہ جو چیز نہیں ہے، اس کو ہے بنایا اس نے،</w:t>
      </w:r>
    </w:p>
    <w:p>
      <w:r>
        <w:rPr>
          <w:b/>
        </w:rPr>
        <w:t xml:space="preserve">[29:49] </w:t>
      </w:r>
      <w:r>
        <w:t>to main samajhta hoon ke woh theek hai. woh khuda ne insan ko diya hai ikhtiyar, lekin nahin ko hai banana. yeh yeh khuda ne kisi ko nahin diya hai.</w:t>
      </w:r>
    </w:p>
    <w:p>
      <w:pPr>
        <w:jc w:val="right"/>
      </w:pPr>
      <w:r>
        <w:t>تو میں سمجھتا ہوں کہ وہ ٹھیک ہے۔ وہ خدا نے انسان کو دیا ہے اختیار، لیکن نہیں کو ہے بنانا۔ یہ یہ خدا نے کسی کو نہیں دیا ہے۔</w:t>
      </w:r>
    </w:p>
    <w:p>
      <w:r>
        <w:rPr>
          <w:b/>
        </w:rPr>
        <w:t xml:space="preserve">[30:01] </w:t>
      </w:r>
      <w:r>
        <w:t>this question is from madin: how can one prove islam to be a universal religion and complete truth by respecting other religions?</w:t>
      </w:r>
    </w:p>
    <w:p>
      <w:pPr>
        <w:jc w:val="right"/>
      </w:pPr>
      <w:r>
        <w:t>دس کوئسچن از فرام مدین: ہاؤ کین ون پروف اسلام ٹو بی ا یونیورسل ریلیجن اینڈ کمپلیٹ ٹروتھ بائی ریسپیکٹنگ ادر ریلیجنز؟</w:t>
      </w:r>
    </w:p>
    <w:p>
      <w:r>
        <w:rPr>
          <w:b/>
        </w:rPr>
        <w:t xml:space="preserve">[30:12] </w:t>
      </w:r>
      <w:r>
        <w:t>daikhen, complete truth ka jo idea hai, main us ko nahin manta ke galat hai bilkul ke Islam complete religion hai aur doosre incomplete religion.</w:t>
      </w:r>
    </w:p>
    <w:p>
      <w:pPr>
        <w:jc w:val="right"/>
      </w:pPr>
      <w:r>
        <w:t>دیکھیں، کمپلیٹ ٹروتھ کا جو آئیڈیا ہے، میں اس کو نہیں مانتا کہ غلط ہے بالکل کہ اسلام کمپلیٹ ریلیجن ہے اور دوسرے ان کمپلیٹ ریلیجن۔</w:t>
      </w:r>
    </w:p>
    <w:p>
      <w:r>
        <w:rPr>
          <w:b/>
        </w:rPr>
        <w:t xml:space="preserve">[30:21] </w:t>
      </w:r>
      <w:r>
        <w:t>yeh bilkul galat baat hai, yeh sahi nahin hai. main manta hoon ke Islam preserved religion hai, preserved saare religion jo Khuda ki taraf se aaye, jo main revealed religion ki baat kar raha hoon.</w:t>
      </w:r>
    </w:p>
    <w:p>
      <w:pPr>
        <w:jc w:val="right"/>
      </w:pPr>
      <w:r>
        <w:t>یہ بالکل غلط بات ہے، یہ صحیح نہیں ہے۔ میں مانتا ہوں کہ اسلام پریزروڈ ریلیجن ہے، پریزروڈ سارے ریلیجن جو خدا کی طرف سے آئے، جو میں ریویلڈ ریلیجن کی بات کر رہا ہوں۔</w:t>
      </w:r>
    </w:p>
    <w:p>
      <w:r>
        <w:rPr>
          <w:b/>
        </w:rPr>
        <w:t xml:space="preserve">[30:34] </w:t>
      </w:r>
      <w:r>
        <w:t>to jitne bhi revealed religion the, woh sab ek hi the, sab ek the. Quran mein saaf saaf hai ke la nufarruq</w:t>
      </w:r>
    </w:p>
    <w:p>
      <w:pPr>
        <w:jc w:val="right"/>
      </w:pPr>
      <w:r>
        <w:t>تو جتنے بھی ریویلڈ ریلیجن تھے، وہ سب ایک ہی تھے، سب ایک تھے۔ قرآن میں صاف صاف ہے کہ لا نفرق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