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Muslims in 21st Century (In Conversation with Maulana) 11 04 10</w:t>
      </w:r>
    </w:p>
    <w:p>
      <w:r>
        <w:t>https://www.youtube.com/watch?v=MkMop0icjSc</w:t>
      </w:r>
    </w:p>
    <w:p>
      <w:r>
        <w:rPr>
          <w:b/>
        </w:rPr>
        <w:t xml:space="preserve">[00:10] </w:t>
      </w:r>
      <w:r>
        <w:t>It's from Dr.</w:t>
      </w:r>
    </w:p>
    <w:p>
      <w:pPr>
        <w:jc w:val="right"/>
      </w:pPr>
      <w:r>
        <w:t>It's from Dr.</w:t>
      </w:r>
    </w:p>
    <w:p>
      <w:r>
        <w:rPr>
          <w:b/>
        </w:rPr>
        <w:t xml:space="preserve">[00:16] </w:t>
      </w:r>
      <w:r>
        <w:t>Farida Khanam from Delhi.</w:t>
      </w:r>
    </w:p>
    <w:p>
      <w:pPr>
        <w:jc w:val="right"/>
      </w:pPr>
      <w:r>
        <w:t>Farida Khanam from Delhi.</w:t>
      </w:r>
    </w:p>
    <w:p>
      <w:r>
        <w:rPr>
          <w:b/>
        </w:rPr>
        <w:t xml:space="preserve">[00:22] </w:t>
      </w:r>
      <w:r>
        <w:t>Yesterday you said that doomsday will not come until and unless we have conveyed the message of God to man.</w:t>
      </w:r>
    </w:p>
    <w:p>
      <w:pPr>
        <w:jc w:val="right"/>
      </w:pPr>
      <w:r>
        <w:t>Yesterday you said that doomsday will not come until and unless we have conveyed the message of God to man.</w:t>
      </w:r>
    </w:p>
    <w:p>
      <w:r>
        <w:rPr>
          <w:b/>
        </w:rPr>
        <w:t xml:space="preserve">[00:28] </w:t>
      </w:r>
      <w:r>
        <w:t>Please explain it once again.</w:t>
      </w:r>
    </w:p>
    <w:p>
      <w:pPr>
        <w:jc w:val="right"/>
      </w:pPr>
      <w:r>
        <w:t>Please explain it once again.</w:t>
      </w:r>
    </w:p>
    <w:p>
      <w:r>
        <w:rPr>
          <w:b/>
        </w:rPr>
        <w:t xml:space="preserve">[00:34] </w:t>
      </w:r>
      <w:r>
        <w:t>Dekhein yeh bohat hi zyada serious baat hai,</w:t>
      </w:r>
    </w:p>
    <w:p>
      <w:pPr>
        <w:jc w:val="right"/>
      </w:pPr>
      <w:r>
        <w:t>دیکھیں یہ بہت ہی زیادہ serious بات ہے،</w:t>
      </w:r>
    </w:p>
    <w:p>
      <w:r>
        <w:rPr>
          <w:b/>
        </w:rPr>
        <w:t xml:space="preserve">[00:40] </w:t>
      </w:r>
      <w:r>
        <w:t>bohat zyada serious baat hai.</w:t>
      </w:r>
    </w:p>
    <w:p>
      <w:pPr>
        <w:jc w:val="right"/>
      </w:pPr>
      <w:r>
        <w:t>بہت زیادہ serious بات ہے۔</w:t>
      </w:r>
    </w:p>
    <w:p>
      <w:r>
        <w:rPr>
          <w:b/>
        </w:rPr>
        <w:t xml:space="preserve">[00:50] </w:t>
      </w:r>
      <w:r>
        <w:t>Qayamat is waqt aayegi jabke logon ko bata diya gaya ho.</w:t>
      </w:r>
    </w:p>
    <w:p>
      <w:pPr>
        <w:jc w:val="right"/>
      </w:pPr>
      <w:r>
        <w:t>قیامت اس وقت آئے گی جبکہ لوگوں کو بتا دیا گیا ہو۔</w:t>
      </w:r>
    </w:p>
    <w:p>
      <w:r>
        <w:rPr>
          <w:b/>
        </w:rPr>
        <w:t xml:space="preserve">[01:00] </w:t>
      </w:r>
      <w:r>
        <w:t>Quran mein bohat hi wazeh tor par yeh usool bataya gaya hai ke ma kaana Allah li yuhlik al</w:t>
      </w:r>
    </w:p>
    <w:p>
      <w:pPr>
        <w:jc w:val="right"/>
      </w:pPr>
      <w:r>
        <w:t>قرآن میں بہت ہی واضح طور پر یہ اصول بتایا گیا ہے کہ ما کان اللہ لیہ الق</w:t>
      </w:r>
    </w:p>
    <w:p>
      <w:r>
        <w:rPr>
          <w:b/>
        </w:rPr>
        <w:t xml:space="preserve">[01:10] </w:t>
      </w:r>
      <w:r>
        <w:t>quraa bidlun wa huwa ghafiloon.</w:t>
      </w:r>
    </w:p>
    <w:p>
      <w:pPr>
        <w:jc w:val="right"/>
      </w:pPr>
      <w:r>
        <w:t>راء بذل وھو غافلون۔</w:t>
      </w:r>
    </w:p>
    <w:p>
      <w:r>
        <w:rPr>
          <w:b/>
        </w:rPr>
        <w:t xml:space="preserve">[01:17] </w:t>
      </w:r>
      <w:r>
        <w:t>Allah ka yeh tareeqa nahi ke insaanoun ko halak kare jabke woh bekhabar hon.</w:t>
      </w:r>
    </w:p>
    <w:p>
      <w:pPr>
        <w:jc w:val="right"/>
      </w:pPr>
      <w:r>
        <w:t>اللہ کا یہ طریقہ نہیں کہ انسانوں کو ہلاک کرے جبکہ وہ بے خبر ہوں۔</w:t>
      </w:r>
    </w:p>
    <w:p>
      <w:r>
        <w:rPr>
          <w:b/>
        </w:rPr>
        <w:t xml:space="preserve">[01:25] </w:t>
      </w:r>
      <w:r>
        <w:t>To Allah qayamat kya hai? Ek universal harkat hai yeh.</w:t>
      </w:r>
    </w:p>
    <w:p>
      <w:pPr>
        <w:jc w:val="right"/>
      </w:pPr>
      <w:r>
        <w:t>تو اللہ قیامت کیا ہے؟ ایک universal حرکت ہے یہ۔</w:t>
      </w:r>
    </w:p>
    <w:p>
      <w:r>
        <w:rPr>
          <w:b/>
        </w:rPr>
        <w:t xml:space="preserve">[01:32] </w:t>
      </w:r>
      <w:r>
        <w:t>To yeh kab aayegi? Jab logon ko unawareness tod diya</w:t>
      </w:r>
    </w:p>
    <w:p>
      <w:pPr>
        <w:jc w:val="right"/>
      </w:pPr>
      <w:r>
        <w:t>تو یہ کب آئے گی؟ جب لوگوں کو unawareness توڑ دیا</w:t>
      </w:r>
    </w:p>
    <w:p>
      <w:r>
        <w:rPr>
          <w:b/>
        </w:rPr>
        <w:t xml:space="preserve">[01:40] </w:t>
      </w:r>
      <w:r>
        <w:t>gaya ho.</w:t>
      </w:r>
    </w:p>
    <w:p>
      <w:pPr>
        <w:jc w:val="right"/>
      </w:pPr>
      <w:r>
        <w:t>گیا ہو۔</w:t>
      </w:r>
    </w:p>
    <w:p>
      <w:r>
        <w:rPr>
          <w:b/>
        </w:rPr>
        <w:t xml:space="preserve">[01:45] </w:t>
      </w:r>
      <w:r>
        <w:t>Allah ke creation plan ne bata diya gaya ho.</w:t>
      </w:r>
    </w:p>
    <w:p>
      <w:pPr>
        <w:jc w:val="right"/>
      </w:pPr>
      <w:r>
        <w:t>اللہ کے creation plan نے بتا دیا گیا ہو۔</w:t>
      </w:r>
    </w:p>
    <w:p>
      <w:r>
        <w:rPr>
          <w:b/>
        </w:rPr>
        <w:t xml:space="preserve">[01:50] </w:t>
      </w:r>
      <w:r>
        <w:t>Qayamat kyun aa rahi hai? Yeh is se inko ba-khabar kar diya gaya ho.</w:t>
      </w:r>
    </w:p>
    <w:p>
      <w:pPr>
        <w:jc w:val="right"/>
      </w:pPr>
      <w:r>
        <w:t>قیامت کیوں آ رہی ہے؟ یہ اس سے ان کو باخبر کر دیا گیا ہو۔</w:t>
      </w:r>
    </w:p>
    <w:p>
      <w:r>
        <w:rPr>
          <w:b/>
        </w:rPr>
        <w:t xml:space="preserve">[01:55] </w:t>
      </w:r>
      <w:r>
        <w:t>Woh nahi ruki rahe gi.</w:t>
      </w:r>
    </w:p>
    <w:p>
      <w:pPr>
        <w:jc w:val="right"/>
      </w:pPr>
      <w:r>
        <w:t>وہ نہیں رکی رہے گی۔</w:t>
      </w:r>
    </w:p>
    <w:p>
      <w:r>
        <w:rPr>
          <w:b/>
        </w:rPr>
        <w:t xml:space="preserve">[02:00] </w:t>
      </w:r>
      <w:r>
        <w:t>Dekhein aaj kal jo global warming hai, saare log maante hain ke man-made problem hai.</w:t>
      </w:r>
    </w:p>
    <w:p>
      <w:pPr>
        <w:jc w:val="right"/>
      </w:pPr>
      <w:r>
        <w:t>دیکھیں آج کل جو global warming ہے، سارے لوگ مانتے ہیں کہ man-made problem ہے۔</w:t>
      </w:r>
    </w:p>
    <w:p>
      <w:r>
        <w:rPr>
          <w:b/>
        </w:rPr>
        <w:t xml:space="preserve">[02:05] </w:t>
      </w:r>
      <w:r>
        <w:t>Tamam scientists, yani hamari factories se, hamari industries se jo carbon emission hota hai,</w:t>
      </w:r>
    </w:p>
    <w:p>
      <w:pPr>
        <w:jc w:val="right"/>
      </w:pPr>
      <w:r>
        <w:t>تمام scientists، یعنی ہماری factories سے، ہماری industries سے جو carbon emission ہوتا ہے،</w:t>
      </w:r>
    </w:p>
    <w:p>
      <w:r>
        <w:rPr>
          <w:b/>
        </w:rPr>
        <w:t xml:space="preserve">[02:10] </w:t>
      </w:r>
      <w:r>
        <w:t>iski wajah se yeh global warming hai.</w:t>
      </w:r>
    </w:p>
    <w:p>
      <w:pPr>
        <w:jc w:val="right"/>
      </w:pPr>
      <w:r>
        <w:t>اس کی وجہ سے یہ global warming ہے۔</w:t>
      </w:r>
    </w:p>
    <w:p>
      <w:r>
        <w:rPr>
          <w:b/>
        </w:rPr>
        <w:t xml:space="preserve">[02:16] </w:t>
      </w:r>
      <w:r>
        <w:t>Yeh saare scientists maante hain.</w:t>
      </w:r>
    </w:p>
    <w:p>
      <w:pPr>
        <w:jc w:val="right"/>
      </w:pPr>
      <w:r>
        <w:t>یہ سارے scientists مانتے ہیں۔</w:t>
      </w:r>
    </w:p>
    <w:p>
      <w:r>
        <w:rPr>
          <w:b/>
        </w:rPr>
        <w:t xml:space="preserve">[02:21] </w:t>
      </w:r>
      <w:r>
        <w:t>Achha iski wajah se kya ho raha hai? Ke duniya se pani khatam ho raha hai.</w:t>
      </w:r>
    </w:p>
    <w:p>
      <w:pPr>
        <w:jc w:val="right"/>
      </w:pPr>
      <w:r>
        <w:t>اچھا اس کی وجہ سے کیا ہو رہا ہے؟ کہ دنیا سے پانی ختم ہو رہا ہے۔</w:t>
      </w:r>
    </w:p>
    <w:p>
      <w:r>
        <w:rPr>
          <w:b/>
        </w:rPr>
        <w:t xml:space="preserve">[02:27] </w:t>
      </w:r>
      <w:r>
        <w:t>glishair pighal rahe hain.</w:t>
      </w:r>
    </w:p>
    <w:p>
      <w:pPr>
        <w:jc w:val="right"/>
      </w:pPr>
      <w:r>
        <w:t>گلیشیئر پگھل رہے ہیں۔</w:t>
      </w:r>
    </w:p>
    <w:p>
      <w:r>
        <w:rPr>
          <w:b/>
        </w:rPr>
        <w:t xml:space="preserve">[02:32] </w:t>
      </w:r>
      <w:r>
        <w:t>ais barg pighal rahi hai.</w:t>
      </w:r>
    </w:p>
    <w:p>
      <w:pPr>
        <w:jc w:val="right"/>
      </w:pPr>
      <w:r>
        <w:t>آئس برگ پگھل رہی ہے۔</w:t>
      </w:r>
    </w:p>
    <w:p>
      <w:r>
        <w:rPr>
          <w:b/>
        </w:rPr>
        <w:t xml:space="preserve">[02:38] </w:t>
      </w:r>
      <w:r>
        <w:t>aur jo is par pol par, sautha pol, north pol par jo barf hai woh pighal rahi hai.</w:t>
      </w:r>
    </w:p>
    <w:p>
      <w:pPr>
        <w:jc w:val="right"/>
      </w:pPr>
      <w:r>
        <w:t>اور جو اس پر پول پر، ساؤتھ پول، نارتھ پول پر جو برف ہے وہ پگھل رہی ہے۔</w:t>
      </w:r>
    </w:p>
    <w:p>
      <w:r>
        <w:rPr>
          <w:b/>
        </w:rPr>
        <w:t xml:space="preserve">[02:43] </w:t>
      </w:r>
      <w:r>
        <w:t>to yeh sab pani yeh yeh tha, yeh jo tha pani, yeh fresh water ka store tha yeh.</w:t>
      </w:r>
    </w:p>
    <w:p>
      <w:pPr>
        <w:jc w:val="right"/>
      </w:pPr>
      <w:r>
        <w:t>تو یہ سب پانی یہ یہ تھا، یہ جو تھا پانی، یہ fresh water کا store تھا یہ۔</w:t>
      </w:r>
    </w:p>
    <w:p>
      <w:r>
        <w:rPr>
          <w:b/>
        </w:rPr>
        <w:t xml:space="preserve">[02:48] </w:t>
      </w:r>
      <w:r>
        <w:t>pighal pighal woh kahan ja raha hai? samandar mein ja raha hai.</w:t>
      </w:r>
    </w:p>
    <w:p>
      <w:pPr>
        <w:jc w:val="right"/>
      </w:pPr>
      <w:r>
        <w:t>پگھل پگھل وہ کہاں جا رہا ہے؟ سمندر میں جا رہا ہے۔</w:t>
      </w:r>
    </w:p>
    <w:p>
      <w:r>
        <w:rPr>
          <w:b/>
        </w:rPr>
        <w:t xml:space="preserve">[02:53] </w:t>
      </w:r>
      <w:r>
        <w:t>yani phir woh salty water ban raha hai.</w:t>
      </w:r>
    </w:p>
    <w:p>
      <w:pPr>
        <w:jc w:val="right"/>
      </w:pPr>
      <w:r>
        <w:t>یعنی پھر وہ salty water بن رہا ہے۔</w:t>
      </w:r>
    </w:p>
    <w:p>
      <w:r>
        <w:rPr>
          <w:b/>
        </w:rPr>
        <w:t xml:space="preserve">[02:58] </w:t>
      </w:r>
      <w:r>
        <w:t>khuda ne is salty water ko barish ke zareeye se alag kiya aur fresh water, meetha water bana</w:t>
      </w:r>
    </w:p>
    <w:p>
      <w:pPr>
        <w:jc w:val="right"/>
      </w:pPr>
      <w:r>
        <w:t>خدا نے اس salty water کو بارش کے ذریعے سے الگ کیا اور fresh water، میٹھا water بنا</w:t>
      </w:r>
    </w:p>
    <w:p>
      <w:r>
        <w:rPr>
          <w:b/>
        </w:rPr>
        <w:t xml:space="preserve">[03:03] </w:t>
      </w:r>
      <w:r>
        <w:t>kar is ko store kar diya bare bare barf ke pahad ki shakal mein.</w:t>
      </w:r>
    </w:p>
    <w:p>
      <w:pPr>
        <w:jc w:val="right"/>
      </w:pPr>
      <w:r>
        <w:t>کر اس کو store کر دیا بڑے بڑے برف کے پہاڑ کی شکل میں۔</w:t>
      </w:r>
    </w:p>
    <w:p>
      <w:r>
        <w:rPr>
          <w:b/>
        </w:rPr>
        <w:t xml:space="preserve">[03:08] </w:t>
      </w:r>
      <w:r>
        <w:t>aur global warming mein sab pighal raha hai, pighal p</w:t>
      </w:r>
    </w:p>
    <w:p>
      <w:pPr>
        <w:jc w:val="right"/>
      </w:pPr>
      <w:r>
        <w:t>اور global warming میں سب پگھل رہا ہے، پگھل پ</w:t>
      </w:r>
    </w:p>
    <w:p>
      <w:r>
        <w:rPr>
          <w:b/>
        </w:rPr>
        <w:t xml:space="preserve">[03:13] </w:t>
      </w:r>
      <w:r>
        <w:t>ighal sab. kitni nadiyaan sookh gayeen, Ganga, Jamna ka pani bohat kam ho gaya. har taraf yahi ho raha hai. Fresh water khatam ho raha hai aur samandar jo salty water hai is ka level barh raha hai. to yeh man-made problem hai. to mera manna yeh hai ke insaan apne ko museebaton mein daale to Khuda</w:t>
      </w:r>
    </w:p>
    <w:p>
      <w:pPr>
        <w:jc w:val="right"/>
      </w:pPr>
      <w:r>
        <w:t>گھل سب۔ کتنی ندیاں سوکھ گئیں، گنگا، جمنا کا پانی بہت کم ہو گیا۔ ہر طرف یہی ہو رہا ہے۔ Fresh water ختم ہو رہا ہے اور سمندر جو salty water ہے اس کا level بڑھ رہا ہے۔ تو یہ man-made problem ہے۔ تو میرا ماننا یہ ہے کہ انسان اپنے کو مصیبتوں میں ڈالے تو خ</w:t>
      </w:r>
    </w:p>
    <w:p>
      <w:r>
        <w:rPr>
          <w:b/>
        </w:rPr>
        <w:t xml:space="preserve">[03:43] </w:t>
      </w:r>
      <w:r>
        <w:t>da ko is ki parwah nahi hai.</w:t>
      </w:r>
    </w:p>
    <w:p>
      <w:pPr>
        <w:jc w:val="right"/>
      </w:pPr>
      <w:r>
        <w:t>دا کو اس کی پرواہ نہیں ہے۔</w:t>
      </w:r>
    </w:p>
    <w:p>
      <w:r>
        <w:rPr>
          <w:b/>
        </w:rPr>
        <w:t xml:space="preserve">[03:49] </w:t>
      </w:r>
      <w:r>
        <w:t>khuda ko parwah yeh hai ke woh insan ko bata de woh.</w:t>
      </w:r>
    </w:p>
    <w:p>
      <w:pPr>
        <w:jc w:val="right"/>
      </w:pPr>
      <w:r>
        <w:t>خدا کو پرواہ یہ ہے کہ وہ انسان کو بتا دے وہ۔</w:t>
      </w:r>
    </w:p>
    <w:p>
      <w:r>
        <w:rPr>
          <w:b/>
        </w:rPr>
        <w:t xml:space="preserve">[03:56] </w:t>
      </w:r>
      <w:r>
        <w:t>to yeh jo pani ki jo itni bari kami ho gayi hai dunya bhar mein, woh man-made problem hai.</w:t>
      </w:r>
    </w:p>
    <w:p>
      <w:pPr>
        <w:jc w:val="right"/>
      </w:pPr>
      <w:r>
        <w:t>تو یہ جو پانی کی جو اتنی بڑی کمی ہو گئی ہے دنیا بھر میں، وہ man-made problem ہے۔</w:t>
      </w:r>
    </w:p>
    <w:p>
      <w:r>
        <w:rPr>
          <w:b/>
        </w:rPr>
        <w:t xml:space="preserve">[04:02] </w:t>
      </w:r>
      <w:r>
        <w:t>global warming ko sare scientists man-made kehte hain.</w:t>
      </w:r>
    </w:p>
    <w:p>
      <w:pPr>
        <w:jc w:val="right"/>
      </w:pPr>
      <w:r>
        <w:t>Global warming کو سارے scientists man-made کہتے ہیں۔</w:t>
      </w:r>
    </w:p>
    <w:p>
      <w:r>
        <w:rPr>
          <w:b/>
        </w:rPr>
        <w:t xml:space="preserve">[04:08] </w:t>
      </w:r>
      <w:r>
        <w:t>to khuda ko, khudaye khuda concern nahi hai ke aap apne problem create kar ke</w:t>
      </w:r>
    </w:p>
    <w:p>
      <w:pPr>
        <w:jc w:val="right"/>
      </w:pPr>
      <w:r>
        <w:t>تو خدا کو، خدائے خدا concern نہیں ہے کہ آپ اپنے problem create کر کے</w:t>
      </w:r>
    </w:p>
    <w:p>
      <w:r>
        <w:rPr>
          <w:b/>
        </w:rPr>
        <w:t xml:space="preserve">[04:14] </w:t>
      </w:r>
      <w:r>
        <w:t>pani ka muhti ziyada kami ho jaye, zameenein banjar ho jayein.</w:t>
      </w:r>
    </w:p>
    <w:p>
      <w:pPr>
        <w:jc w:val="right"/>
      </w:pPr>
      <w:r>
        <w:t>پانی کا محتی زیادہ کمی ہو جائے، زمینیں بنجر ہو جائیں۔</w:t>
      </w:r>
    </w:p>
    <w:p>
      <w:r>
        <w:rPr>
          <w:b/>
        </w:rPr>
        <w:t xml:space="preserve">[04:18] </w:t>
      </w:r>
      <w:r>
        <w:t>yeh khuda ka problem nahi hai.</w:t>
      </w:r>
    </w:p>
    <w:p>
      <w:pPr>
        <w:jc w:val="right"/>
      </w:pPr>
      <w:r>
        <w:t>یہ خدا کا problem نہیں ہے۔</w:t>
      </w:r>
    </w:p>
    <w:p>
      <w:r>
        <w:rPr>
          <w:b/>
        </w:rPr>
        <w:t xml:space="preserve">[04:23] </w:t>
      </w:r>
      <w:r>
        <w:t>yeh aap janiye.</w:t>
      </w:r>
    </w:p>
    <w:p>
      <w:pPr>
        <w:jc w:val="right"/>
      </w:pPr>
      <w:r>
        <w:t>یہ آپ جانیے۔</w:t>
      </w:r>
    </w:p>
    <w:p>
      <w:r>
        <w:rPr>
          <w:b/>
        </w:rPr>
        <w:t xml:space="preserve">[04:27] </w:t>
      </w:r>
      <w:r>
        <w:t>khuda jo doomsday lane wala hai, us se pehle khuda yeh zaroor chahega, chahta hai ke yeh</w:t>
      </w:r>
    </w:p>
    <w:p>
      <w:pPr>
        <w:jc w:val="right"/>
      </w:pPr>
      <w:r>
        <w:t>خدا جو doomsday لانے والا ہے، اس سے پہلے خدا یہ ضرور چاہے گا، چاہتا ہے کہ یہ</w:t>
      </w:r>
    </w:p>
    <w:p>
      <w:r>
        <w:rPr>
          <w:b/>
        </w:rPr>
        <w:t xml:space="preserve">[04:31] </w:t>
      </w:r>
      <w:r>
        <w:t>itkhal e kalma ho jaye.</w:t>
      </w:r>
    </w:p>
    <w:p>
      <w:pPr>
        <w:jc w:val="right"/>
      </w:pPr>
      <w:r>
        <w:t>اتخال کلمہ ہو جائے۔</w:t>
      </w:r>
    </w:p>
    <w:p>
      <w:r>
        <w:rPr>
          <w:b/>
        </w:rPr>
        <w:t xml:space="preserve">[04:36] </w:t>
      </w:r>
      <w:r>
        <w:t>yani word of God, Allah ka paigham, creation plan of God se logon ko ba-khabar kar diya jaye.</w:t>
      </w:r>
    </w:p>
    <w:p>
      <w:pPr>
        <w:jc w:val="right"/>
      </w:pPr>
      <w:r>
        <w:t>یعنی word of God، اللہ کا پیغام، creation plan of God سے لوگوں کو باخبر کر دیا جائے۔</w:t>
      </w:r>
    </w:p>
    <w:p>
      <w:r>
        <w:rPr>
          <w:b/>
        </w:rPr>
        <w:t xml:space="preserve">[04:40] </w:t>
      </w:r>
      <w:r>
        <w:t>ma kan Allah</w:t>
      </w:r>
    </w:p>
    <w:p>
      <w:pPr>
        <w:jc w:val="right"/>
      </w:pPr>
      <w:r>
        <w:t>ما کان اللہ</w:t>
      </w:r>
    </w:p>
    <w:p>
      <w:r>
        <w:rPr>
          <w:b/>
        </w:rPr>
        <w:t xml:space="preserve">[04:44] </w:t>
      </w:r>
      <w:r>
        <w:t>liya al qaraa bizl wahu ghafiloon.</w:t>
      </w:r>
    </w:p>
    <w:p>
      <w:pPr>
        <w:jc w:val="right"/>
      </w:pPr>
      <w:r>
        <w:t>لیہ القراء بذل وھو غافلون۔</w:t>
      </w:r>
    </w:p>
    <w:p>
      <w:r>
        <w:rPr>
          <w:b/>
        </w:rPr>
        <w:t xml:space="preserve">[04:49] </w:t>
      </w:r>
      <w:r>
        <w:t>is se yeh baat do do char ki tarah sabit hoti hai.</w:t>
      </w:r>
    </w:p>
    <w:p>
      <w:pPr>
        <w:jc w:val="right"/>
      </w:pPr>
      <w:r>
        <w:t>اس سے یہ بات دو دو چار کی طرح ثابت ہوتی ہے۔</w:t>
      </w:r>
    </w:p>
    <w:p>
      <w:r>
        <w:rPr>
          <w:b/>
        </w:rPr>
        <w:t xml:space="preserve">[04:53] </w:t>
      </w:r>
      <w:r>
        <w:t>to kitni sangin baat hai, yaad rakhiye.</w:t>
      </w:r>
    </w:p>
    <w:p>
      <w:pPr>
        <w:jc w:val="right"/>
      </w:pPr>
      <w:r>
        <w:t>تو کتنی سنگین بات ہے، یاد رکھیے۔</w:t>
      </w:r>
    </w:p>
    <w:p>
      <w:r>
        <w:rPr>
          <w:b/>
        </w:rPr>
        <w:t xml:space="preserve">[04:57] </w:t>
      </w:r>
      <w:r>
        <w:t>yani ain mumkin hai ke hum pani ke baghair tarp rahe hon, phir bhi qayamat ruki rahe.</w:t>
      </w:r>
    </w:p>
    <w:p>
      <w:pPr>
        <w:jc w:val="right"/>
      </w:pPr>
      <w:r>
        <w:t>یعنی عین ممکن ہے کہ ہم پانی کے بغیر تڑپ رہے ہوں، پھر بھی قیامت رکی رہے۔</w:t>
      </w:r>
    </w:p>
    <w:p>
      <w:r>
        <w:rPr>
          <w:b/>
        </w:rPr>
        <w:t xml:space="preserve">[05:02] </w:t>
      </w:r>
      <w:r>
        <w:t>kyunke abhi yeh logon tak baat pohnchi nahin.</w:t>
      </w:r>
    </w:p>
    <w:p>
      <w:pPr>
        <w:jc w:val="right"/>
      </w:pPr>
      <w:r>
        <w:t>کیونکہ ابھی یہ لوگوں تک بات پہنچی نہیں۔</w:t>
      </w:r>
    </w:p>
    <w:p>
      <w:r>
        <w:rPr>
          <w:b/>
        </w:rPr>
        <w:t xml:space="preserve">[05:06] </w:t>
      </w:r>
      <w:r>
        <w:t>achha ghor kijiye, hum machhli ke tarp rahe hain, machhli ki tarah se pani ke baghair.</w:t>
      </w:r>
    </w:p>
    <w:p>
      <w:pPr>
        <w:jc w:val="right"/>
      </w:pPr>
      <w:r>
        <w:t>اچھا غور کیجیے، ہم مچھلی کے تڑپ رہے ہیں، مچھلی کی طرح سے پانی کے بغیر۔</w:t>
      </w:r>
    </w:p>
    <w:p>
      <w:r>
        <w:rPr>
          <w:b/>
        </w:rPr>
        <w:t xml:space="preserve">[05:10] </w:t>
      </w:r>
      <w:r>
        <w:t>lekin Khuda qayamat ko roke rahega, roke rahega us waqt tak jab tak ke</w:t>
      </w:r>
    </w:p>
    <w:p>
      <w:pPr>
        <w:jc w:val="right"/>
      </w:pPr>
      <w:r>
        <w:t>لیکن خدا قیامت کو روکے رہے گا، روکے رہے گا اس وقت تک جب تک کہ</w:t>
      </w:r>
    </w:p>
    <w:p>
      <w:r>
        <w:rPr>
          <w:b/>
        </w:rPr>
        <w:t xml:space="preserve">[05:15] </w:t>
      </w:r>
      <w:r>
        <w:t>logon ke unawareness ko tod na diya jaye. Allah ke creation plan se logon ko ba-khabar na kar diya jaye. is liye main kehta hoon ke aap log jo jo is is baat ko jante hain, un ka koi doosra concern nahin hona chahiye is aayat ke ke itkhaal-e-kalima. aaj kal kya hai? koi family ka ab bana gaya hai, family par apna sara kharcha, sari kamai kharch kar raha hai. koi apne business mein lag</w:t>
      </w:r>
    </w:p>
    <w:p>
      <w:pPr>
        <w:jc w:val="right"/>
      </w:pPr>
      <w:r>
        <w:t>لوگوں کے unawareness کو توڑ نہ دیا جائے۔ اللہ کے creation plan سے لوگوں کو باخبر نہ کر دیا جائے۔ اس لیے میں کہتا ہوں کہ آپ لوگ جو جو اس اس بات کو جانتے ہیں، ان کا کوئی دوسرا concern نہیں ہونا چاہیے اس آیت کے کہ اتخال کلمہ۔ آج کل کیا ہے؟ کوئی family کا اب بت بنایا گیا ہے، family پر اپنا سارا خرچہ، ساری کمائی خرچ کر رہا ہے۔ کوئی اپنے business میں لگ</w:t>
      </w:r>
    </w:p>
    <w:p>
      <w:r>
        <w:rPr>
          <w:b/>
        </w:rPr>
        <w:t xml:space="preserve">[05:45] </w:t>
      </w:r>
      <w:r>
        <w:t>hua hai, koi apne bachchon ki taraqqi mein laga hua hai.</w:t>
      </w:r>
    </w:p>
    <w:p>
      <w:pPr>
        <w:jc w:val="right"/>
      </w:pPr>
      <w:r>
        <w:t>ا ہوا ہے، کوئی اپنے بچوں کی ترقی میں لگا ہوا ہے۔</w:t>
      </w:r>
    </w:p>
    <w:p>
      <w:r>
        <w:rPr>
          <w:b/>
        </w:rPr>
        <w:t xml:space="preserve">[05:49] </w:t>
      </w:r>
      <w:r>
        <w:t>yeh sab ab haram ho chuka hai, yaad rakhiye.</w:t>
      </w:r>
    </w:p>
    <w:p>
      <w:pPr>
        <w:jc w:val="right"/>
      </w:pPr>
      <w:r>
        <w:t>یہ سب اب حرام ہو چکا ہے، یاد رکھیے۔</w:t>
      </w:r>
    </w:p>
    <w:p>
      <w:r>
        <w:rPr>
          <w:b/>
        </w:rPr>
        <w:t xml:space="preserve">[05:53] </w:t>
      </w:r>
      <w:r>
        <w:t>kyunke insaniyat khatre mein hai.</w:t>
      </w:r>
    </w:p>
    <w:p>
      <w:pPr>
        <w:jc w:val="right"/>
      </w:pPr>
      <w:r>
        <w:t>کیونکہ انسانیت خطرے میں ہے۔</w:t>
      </w:r>
    </w:p>
    <w:p>
      <w:r>
        <w:rPr>
          <w:b/>
        </w:rPr>
        <w:t xml:space="preserve">[05:58] </w:t>
      </w:r>
      <w:r>
        <w:t>insaniyat is khatre mein hai ke log pani ke baghair tarpein aur qayamat ruki bhi rahe, qayamat bhi na ho.</w:t>
      </w:r>
    </w:p>
    <w:p>
      <w:pPr>
        <w:jc w:val="right"/>
      </w:pPr>
      <w:r>
        <w:t>انسانیت اس خطرے میں ہے کہ لوگ پانی کے بغیر تڑپیں اور قیامت رکی بھی رہے، قیامت بھی نہ ہوئے۔</w:t>
      </w:r>
    </w:p>
    <w:p>
      <w:r>
        <w:rPr>
          <w:b/>
        </w:rPr>
        <w:t xml:space="preserve">[06:02] </w:t>
      </w:r>
      <w:r>
        <w:t>kya karenge aap? woh waqt aa gaya ke log kahenge meri family bhaad mein jaaye, mera</w:t>
      </w:r>
    </w:p>
    <w:p>
      <w:pPr>
        <w:jc w:val="right"/>
      </w:pPr>
      <w:r>
        <w:t>کیا کریں گے آپ؟ وہ وقت آ گیا کہ لوگ کہیں گے میری family بھاڑ میں جائے، میرا</w:t>
      </w:r>
    </w:p>
    <w:p>
      <w:r>
        <w:rPr>
          <w:b/>
        </w:rPr>
        <w:t xml:space="preserve">[06:06] </w:t>
      </w:r>
      <w:r>
        <w:t>business bhaad mein jaaye, mere bete bhaad mein jayen, mujhe to itkhaal kalma karna hai.</w:t>
      </w:r>
    </w:p>
    <w:p>
      <w:pPr>
        <w:jc w:val="right"/>
      </w:pPr>
      <w:r>
        <w:t>business بھاڑ میں جائے، میرے بیٹے بھاڑ میں جائیں، مجھے تو اتخال کلمہ کرنا ہے۔</w:t>
      </w:r>
    </w:p>
    <w:p>
      <w:r>
        <w:rPr>
          <w:b/>
        </w:rPr>
        <w:t xml:space="preserve">[06:11] </w:t>
      </w:r>
      <w:r>
        <w:t>nahin to saare log pakde jayenge, yaad rakh</w:t>
      </w:r>
    </w:p>
    <w:p>
      <w:pPr>
        <w:jc w:val="right"/>
      </w:pPr>
      <w:r>
        <w:t>نہیں تو سارے لوگ پکڑے جائیں گے، یاد رکھ</w:t>
      </w:r>
    </w:p>
    <w:p>
      <w:r>
        <w:rPr>
          <w:b/>
        </w:rPr>
        <w:t xml:space="preserve">[06:15] </w:t>
      </w:r>
      <w:r>
        <w:t>iye.</w:t>
      </w:r>
    </w:p>
    <w:p>
      <w:pPr>
        <w:jc w:val="right"/>
      </w:pPr>
      <w:r>
        <w:t>یے۔</w:t>
      </w:r>
    </w:p>
    <w:p>
      <w:r>
        <w:rPr>
          <w:b/>
        </w:rPr>
        <w:t xml:space="preserve">[06:20] </w:t>
      </w:r>
      <w:r>
        <w:t>bahut hi serious baat hai yeh, bahut serious baat hai.</w:t>
      </w:r>
    </w:p>
    <w:p>
      <w:pPr>
        <w:jc w:val="right"/>
      </w:pPr>
      <w:r>
        <w:t>بہت ہی serious بات ہے یہ، بہت serious بات ہے۔</w:t>
      </w:r>
    </w:p>
    <w:p>
      <w:r>
        <w:rPr>
          <w:b/>
        </w:rPr>
        <w:t xml:space="preserve">[06:25] </w:t>
      </w:r>
      <w:r>
        <w:t>ab saara dekhen, life system kharab ho raha hai.</w:t>
      </w:r>
    </w:p>
    <w:p>
      <w:pPr>
        <w:jc w:val="right"/>
      </w:pPr>
      <w:r>
        <w:t>اب سارا دیکھیں، life system خراب ہو رہا ہے۔</w:t>
      </w:r>
    </w:p>
    <w:p>
      <w:r>
        <w:rPr>
          <w:b/>
        </w:rPr>
        <w:t xml:space="preserve">[06:30] </w:t>
      </w:r>
      <w:r>
        <w:t>life support system jo hai, life support system kharab ho raha hai.</w:t>
      </w:r>
    </w:p>
    <w:p>
      <w:pPr>
        <w:jc w:val="right"/>
      </w:pPr>
      <w:r>
        <w:t>Life support system جو ہے، life support system خراب ہو رہا ہے۔</w:t>
      </w:r>
    </w:p>
    <w:p>
      <w:r>
        <w:rPr>
          <w:b/>
        </w:rPr>
        <w:t xml:space="preserve">[06:36] </w:t>
      </w:r>
      <w:r>
        <w:t>fresh water hum ko milta tha, hum ko oxygen milta tha, hum ko hawayen mili hui theen, hum</w:t>
      </w:r>
    </w:p>
    <w:p>
      <w:pPr>
        <w:jc w:val="right"/>
      </w:pPr>
      <w:r>
        <w:t>Fresh water ہم کو ملتا تھا، ہم کو آکسیجن ملتا تھا، ہم کو ہوائیں ملی ہوئی تھیں، ہم</w:t>
      </w:r>
    </w:p>
    <w:p>
      <w:r>
        <w:rPr>
          <w:b/>
        </w:rPr>
        <w:t xml:space="preserve">[06:41] </w:t>
      </w:r>
      <w:r>
        <w:t>ko sun light mili hui thi, zameenon se fasal ug rahi theen, woh sab tabaah ho raha hai.</w:t>
      </w:r>
    </w:p>
    <w:p>
      <w:pPr>
        <w:jc w:val="right"/>
      </w:pPr>
      <w:r>
        <w:t>کو سن لائٹ ملی ہوئی تھی، زمینیں سے فصل اگ رہی تھیں، وہ سب تباہ ہو رہا ہے۔</w:t>
      </w:r>
    </w:p>
    <w:p>
      <w:r>
        <w:rPr>
          <w:b/>
        </w:rPr>
        <w:t xml:space="preserve">[06:46] </w:t>
      </w:r>
      <w:r>
        <w:t>lekin kitna hi tabaah ho jaaye, insaan kitna hi tarpe, insaan par kitni museebat aayen, qayamat ruki rahe,</w:t>
      </w:r>
    </w:p>
    <w:p>
      <w:pPr>
        <w:jc w:val="right"/>
      </w:pPr>
      <w:r>
        <w:t>لیکن کتنا ہی تباہ ہو جائے، انسان کتنا ہی تڑپے، انسان پر کتنی مصیبت آئیں، قیامت رکی رہے،</w:t>
      </w:r>
    </w:p>
    <w:p>
      <w:r>
        <w:rPr>
          <w:b/>
        </w:rPr>
        <w:t xml:space="preserve">[06:51] </w:t>
      </w:r>
      <w:r>
        <w:t>us waqt tak jab tak ke itkhaal kalma na ho jaaye.</w:t>
      </w:r>
    </w:p>
    <w:p>
      <w:pPr>
        <w:jc w:val="right"/>
      </w:pPr>
      <w:r>
        <w:t>اس وقت تک جب تک کہ اتخال کلمہ نہ ہو جائے۔</w:t>
      </w:r>
    </w:p>
    <w:p>
      <w:r>
        <w:rPr>
          <w:b/>
        </w:rPr>
        <w:t xml:space="preserve">[06:56] </w:t>
      </w:r>
      <w:r>
        <w:t>to main saaf kehta hoon ke family ko bhaad mein daliye, beton ko bhaad mein daliye, business ko</w:t>
      </w:r>
    </w:p>
    <w:p>
      <w:pPr>
        <w:jc w:val="right"/>
      </w:pPr>
      <w:r>
        <w:t>تو میں صاف کہتا ہوں کہ family کو بھاڑ میں ڈالیے، بیٹوں کو بھاڑ میں ڈالیے، business کو</w:t>
      </w:r>
    </w:p>
    <w:p>
      <w:r>
        <w:rPr>
          <w:b/>
        </w:rPr>
        <w:t xml:space="preserve">[07:01] </w:t>
      </w:r>
      <w:r>
        <w:t>bhaad mein daliye, apne material interest ko bhaad mein daliye.</w:t>
      </w:r>
    </w:p>
    <w:p>
      <w:pPr>
        <w:jc w:val="right"/>
      </w:pPr>
      <w:r>
        <w:t>بھاڑ میں ڈالیے، اپنے material interest کو بھاڑ میں ڈالیے۔</w:t>
      </w:r>
    </w:p>
    <w:p>
      <w:r>
        <w:rPr>
          <w:b/>
        </w:rPr>
        <w:t xml:space="preserve">[07:06] </w:t>
      </w:r>
      <w:r>
        <w:t>saari tawanaai, saari energy, saari aap ki saari kamaai jo hai, itkhaal kalma mein lagaiye.</w:t>
      </w:r>
    </w:p>
    <w:p>
      <w:pPr>
        <w:jc w:val="right"/>
      </w:pPr>
      <w:r>
        <w:t>ساری توانائی، ساری energy، ساری آپ کی ساری کمائی جو ہے، اتخال کلمہ میں لگائیے۔</w:t>
      </w:r>
    </w:p>
    <w:p>
      <w:r>
        <w:rPr>
          <w:b/>
        </w:rPr>
        <w:t xml:space="preserve">[07:11] </w:t>
      </w:r>
      <w:r>
        <w:t>nahin lagayenge to phir face kijiye jahannam ka.</w:t>
      </w:r>
    </w:p>
    <w:p>
      <w:pPr>
        <w:jc w:val="right"/>
      </w:pPr>
      <w:r>
        <w:t>نہیں لگائیں گے تو پھر face کیجیے جہنم کا۔</w:t>
      </w:r>
    </w:p>
    <w:p>
      <w:r>
        <w:rPr>
          <w:b/>
        </w:rPr>
        <w:t xml:space="preserve">[07:16] </w:t>
      </w:r>
      <w:r>
        <w:t>jahannam ka masla hai, yeh jahannam ka masla hai.</w:t>
      </w:r>
    </w:p>
    <w:p>
      <w:pPr>
        <w:jc w:val="right"/>
      </w:pPr>
      <w:r>
        <w:t>جہنم کا مسئلہ ہے، یہ جہنم کا مسئلہ ہے۔</w:t>
      </w:r>
    </w:p>
    <w:p>
      <w:r>
        <w:rPr>
          <w:b/>
        </w:rPr>
        <w:t xml:space="preserve">[07:21] </w:t>
      </w:r>
      <w:r>
        <w:t>is se kam ka khatra nahin hai yeh.</w:t>
      </w:r>
    </w:p>
    <w:p>
      <w:pPr>
        <w:jc w:val="right"/>
      </w:pPr>
      <w:r>
        <w:t>اس سے کم کا خطرہ نہیں ہے یہ۔</w:t>
      </w:r>
    </w:p>
    <w:p>
      <w:r>
        <w:rPr>
          <w:b/>
        </w:rPr>
        <w:t xml:space="preserve">[07:27] </w:t>
      </w:r>
      <w:r>
        <w:t>jisko jannat mein jaana hai, usko itkhaal kalma karna hai.</w:t>
      </w:r>
    </w:p>
    <w:p>
      <w:pPr>
        <w:jc w:val="right"/>
      </w:pPr>
      <w:r>
        <w:t>جس کو جنت میں جانا ہے، اس کو اتخال کلمہ کرنا ہے۔</w:t>
      </w:r>
    </w:p>
    <w:p>
      <w:r>
        <w:rPr>
          <w:b/>
        </w:rPr>
        <w:t xml:space="preserve">[07:32] </w:t>
      </w:r>
      <w:r>
        <w:t>nahi to phir jahannum ke darwaze khule hue hain.</w:t>
      </w:r>
    </w:p>
    <w:p>
      <w:pPr>
        <w:jc w:val="right"/>
      </w:pPr>
      <w:r>
        <w:t>نہیں تو پھر جہنم کے دروازے کھلے ہوئے ہیں۔</w:t>
      </w:r>
    </w:p>
    <w:p>
      <w:r>
        <w:rPr>
          <w:b/>
        </w:rPr>
        <w:t xml:space="preserve">[07:37] </w:t>
      </w:r>
      <w:r>
        <w:t>Maulana shaikh, another question: Is man an emotional or impulsive creature by birth?</w:t>
      </w:r>
    </w:p>
    <w:p>
      <w:pPr>
        <w:jc w:val="right"/>
      </w:pPr>
      <w:r>
        <w:t>مولانا شیخ، another question: Is man an emotional or impulsive creature by birth?</w:t>
      </w:r>
    </w:p>
    <w:p>
      <w:r>
        <w:rPr>
          <w:b/>
        </w:rPr>
        <w:t xml:space="preserve">[07:42] </w:t>
      </w:r>
      <w:r>
        <w:t>How can we control our emotions so that we may give well-considered response</w:t>
      </w:r>
    </w:p>
    <w:p>
      <w:pPr>
        <w:jc w:val="right"/>
      </w:pPr>
      <w:r>
        <w:t>How can we control our emotions so that we may give well-considered response</w:t>
      </w:r>
    </w:p>
    <w:p>
      <w:r>
        <w:rPr>
          <w:b/>
        </w:rPr>
        <w:t xml:space="preserve">[07:47] </w:t>
      </w:r>
      <w:r>
        <w:t>as desired by God?</w:t>
      </w:r>
    </w:p>
    <w:p>
      <w:pPr>
        <w:jc w:val="right"/>
      </w:pPr>
      <w:r>
        <w:t>as desired by God?</w:t>
      </w:r>
    </w:p>
    <w:p>
      <w:r>
        <w:rPr>
          <w:b/>
        </w:rPr>
        <w:t xml:space="preserve">[07:52] </w:t>
      </w:r>
      <w:r>
        <w:t>Dekhein yahi to test hai.</w:t>
      </w:r>
    </w:p>
    <w:p>
      <w:pPr>
        <w:jc w:val="right"/>
      </w:pPr>
      <w:r>
        <w:t>دیکھیں یہی تو ٹیسٹ ہے۔</w:t>
      </w:r>
    </w:p>
    <w:p>
      <w:r>
        <w:rPr>
          <w:b/>
        </w:rPr>
        <w:t xml:space="preserve">[07:57] </w:t>
      </w:r>
      <w:r>
        <w:t>Agar insaan ko jazbat khatm kar diye jayen, sentiment na rahen, to yeh test kis baat ka? Logon</w:t>
      </w:r>
    </w:p>
    <w:p>
      <w:pPr>
        <w:jc w:val="right"/>
      </w:pPr>
      <w:r>
        <w:t>اگر انسان کو جذبات ختم کر دیے جائیں، sentiment نہ رہیں، تو یہ ٹیسٹ کس بات کا؟ لوگوں</w:t>
      </w:r>
    </w:p>
    <w:p>
      <w:r>
        <w:rPr>
          <w:b/>
        </w:rPr>
        <w:t xml:space="preserve">[08:02] </w:t>
      </w:r>
      <w:r>
        <w:t>ke andar apne bete ki taraf bohat zyada mohabbat hoti hai.</w:t>
      </w:r>
    </w:p>
    <w:p>
      <w:pPr>
        <w:jc w:val="right"/>
      </w:pPr>
      <w:r>
        <w:t>کے اندر اپنے بیٹے کی طرف بہت زیادہ محبت ہوتی ہے۔</w:t>
      </w:r>
    </w:p>
    <w:p>
      <w:r>
        <w:rPr>
          <w:b/>
        </w:rPr>
        <w:t xml:space="preserve">[08:07] </w:t>
      </w:r>
      <w:r>
        <w:t>Bete se mohabbat na rahe to kis kis baat ka imkan hoga? Logon ko apne bete se mohabbat</w:t>
      </w:r>
    </w:p>
    <w:p>
      <w:pPr>
        <w:jc w:val="right"/>
      </w:pPr>
      <w:r>
        <w:t>بیٹے سے محبت نہ رہے تو کس کس بات کا امکان ہوگا؟ لوگوں کو اپنے بیٹے سے محبت</w:t>
      </w:r>
    </w:p>
    <w:p>
      <w:r>
        <w:rPr>
          <w:b/>
        </w:rPr>
        <w:t xml:space="preserve">[08:12] </w:t>
      </w:r>
      <w:r>
        <w:t>hoti hai, family se mohabbat hoti hai, apne khandan se mohabbat hoti hai.</w:t>
      </w:r>
    </w:p>
    <w:p>
      <w:pPr>
        <w:jc w:val="right"/>
      </w:pPr>
      <w:r>
        <w:t>ہوتی ہے، family سے محبت ہوتی ہے، اپنے خاندان سے محبت ہوتی ہے۔</w:t>
      </w:r>
    </w:p>
    <w:p>
      <w:r>
        <w:rPr>
          <w:b/>
        </w:rPr>
        <w:t xml:space="preserve">[08:17] </w:t>
      </w:r>
      <w:r>
        <w:t>Wahi to test hai.</w:t>
      </w:r>
    </w:p>
    <w:p>
      <w:pPr>
        <w:jc w:val="right"/>
      </w:pPr>
      <w:r>
        <w:t>وہی تو ٹیسٹ ہے۔</w:t>
      </w:r>
    </w:p>
    <w:p>
      <w:r>
        <w:rPr>
          <w:b/>
        </w:rPr>
        <w:t xml:space="preserve">[08:22] </w:t>
      </w:r>
      <w:r>
        <w:t>Agar logon ke darmiyan pathar rakh diya jaye, kis baat ki jaanch hogi unki? Yahi to jaanch hai.</w:t>
      </w:r>
    </w:p>
    <w:p>
      <w:pPr>
        <w:jc w:val="right"/>
      </w:pPr>
      <w:r>
        <w:t>اگر لوگوں کے درمیان پتھر رکھ دیا جائے، کس بات کی جانچ ہوگی ان کی؟ یہی تو جانچ ہے۔</w:t>
      </w:r>
    </w:p>
    <w:p>
      <w:r>
        <w:rPr>
          <w:b/>
        </w:rPr>
        <w:t xml:space="preserve">[08:26] </w:t>
      </w:r>
      <w:r>
        <w:t>Aap yaad rakhiye, insaan ne Allah taala ne insaan ke andar bohat zabardast tareeqe par jazba mohabbat rakha hai.</w:t>
      </w:r>
    </w:p>
    <w:p>
      <w:pPr>
        <w:jc w:val="right"/>
      </w:pPr>
      <w:r>
        <w:t>آپ یاد رکھیے، انسان نے اللہ تعالیٰ نے انسان کے اندر بہت زبردست طریقے پر جذبہ محبت رکھا ہے۔</w:t>
      </w:r>
    </w:p>
    <w:p>
      <w:r>
        <w:rPr>
          <w:b/>
        </w:rPr>
        <w:t xml:space="preserve">[08:31] </w:t>
      </w:r>
      <w:r>
        <w:t>Woh kis ke liye? Khuda ke liye.</w:t>
      </w:r>
    </w:p>
    <w:p>
      <w:pPr>
        <w:jc w:val="right"/>
      </w:pPr>
      <w:r>
        <w:t>وہ کس کے لیے؟ خدا کے لیے۔</w:t>
      </w:r>
    </w:p>
    <w:p>
      <w:r>
        <w:rPr>
          <w:b/>
        </w:rPr>
        <w:t xml:space="preserve">[08:35] </w:t>
      </w:r>
      <w:r>
        <w:t>Family ke liye nahi hai.</w:t>
      </w:r>
    </w:p>
    <w:p>
      <w:pPr>
        <w:jc w:val="right"/>
      </w:pPr>
      <w:r>
        <w:t>family کے لیے نہیں ہے۔</w:t>
      </w:r>
    </w:p>
    <w:p>
      <w:r>
        <w:rPr>
          <w:b/>
        </w:rPr>
        <w:t xml:space="preserve">[08:40] </w:t>
      </w:r>
      <w:r>
        <w:t>Family ke liye hargiz nahi hai woh.</w:t>
      </w:r>
    </w:p>
    <w:p>
      <w:pPr>
        <w:jc w:val="right"/>
      </w:pPr>
      <w:r>
        <w:t>family کے لیے ہرگز نہیں ہے وہ۔</w:t>
      </w:r>
    </w:p>
    <w:p>
      <w:r>
        <w:rPr>
          <w:b/>
        </w:rPr>
        <w:t xml:space="preserve">[08:44] </w:t>
      </w:r>
      <w:r>
        <w:t>Allazina amanu ashadd hubba lillah</w:t>
      </w:r>
    </w:p>
    <w:p>
      <w:pPr>
        <w:jc w:val="right"/>
      </w:pPr>
      <w:r>
        <w:t>الذین آمنوا أشد حبا لله</w:t>
      </w:r>
    </w:p>
    <w:p>
      <w:r>
        <w:rPr>
          <w:b/>
        </w:rPr>
        <w:t xml:space="preserve">[08:49] </w:t>
      </w:r>
      <w:r>
        <w:t>jo log jazba-e-mohabbat ko laga dete hain beton ke liye, family ke liye, aur business ke liye, dunyawi faide ke liye, woh shirk mein mubtala hain. is ko is ko saada taur par badliye is ko aap. aap ke jazba-e-mohabbat jo hai, woh Khuda ke liye hai, woh insaan ke liye nahin hai. woh agar aap aisa nahin karte hain to phir theek hai, mushrikeen ke saf mein aap ko likhe jayen, is ko tayyar ho jaiye</w:t>
      </w:r>
    </w:p>
    <w:p>
      <w:pPr>
        <w:jc w:val="right"/>
      </w:pPr>
      <w:r>
        <w:t>۔ جو لوگ جذبہ محبت کو لگا دیتے ہیں بیٹوں کے لیے، family کے لیے، اور business کے لیے، دنیاوی فائدے کے لیے، وہ شرک میں مبتلا ہیں۔ اس کو اس کو سادہ طور پر بدلیجیے اس کو آپ۔ آپ کے جذبہ محبت جو ہے، وہ خدا کے لیے ہے، وہ انسان کے لیے نہیں ہے۔ وہ اگر آپ ایسا نہیں کرتے ہیں تو پھر ٹھیک ہے، مشرکین کے صف میں آپ کو لکھے جائیں، اس کو تیار ہو ج</w:t>
      </w:r>
    </w:p>
    <w:p>
      <w:r>
        <w:rPr>
          <w:b/>
        </w:rPr>
        <w:t xml:space="preserve">[09:19] </w:t>
      </w:r>
      <w:r>
        <w:t>aen is ke liye ke jo anjaam mushrikeen ka, wahi anjaam aap ka. log bohat bari galatfehmi mein hain ke pathar ka pathar ka but pooja to is ko samajhte hain ke yeh to shirk hai, baqi sab theek hai. yeh bohat bara baghavat hai, bohat bara baghavat hai. daikhen shirk ki tareef kya hai? Allah ne jo aala jazba insaan ke andar rakha hai, aala jazba, woh</w:t>
      </w:r>
    </w:p>
    <w:p>
      <w:pPr>
        <w:jc w:val="right"/>
      </w:pPr>
      <w:r>
        <w:t>ائیں اس کے لیے کہ جو انجام مشرکین کا، وہی انجام آپ کا۔ لوگ بہت بڑی غلط فہمی میں ہیں کہ پتھر کا پتھر کا بت پوجا تو اس کو سمجھتے ہیں کہ یہ تو شرک ہے، باقی سب ٹھیک ہے۔ یہ بہت بڑا بغاوت ہے، بہت بڑا بغاوت ہے۔ دیکھیں شرک کی تعریف کیا ہے؟ اللہ نے جو اعلیٰ جذبہ انسان کے اندر رکھا ہے، اعلیٰ جذبہ، وہ</w:t>
      </w:r>
    </w:p>
    <w:p>
      <w:r>
        <w:rPr>
          <w:b/>
        </w:rPr>
        <w:t xml:space="preserve">[09:49] </w:t>
      </w:r>
      <w:r>
        <w:t>Sirf Allah ke liye khaas ho jaye.</w:t>
      </w:r>
    </w:p>
    <w:p>
      <w:pPr>
        <w:jc w:val="right"/>
      </w:pPr>
      <w:r>
        <w:t>صرف اللہ کے لیے خاص ہو جائے۔</w:t>
      </w:r>
    </w:p>
    <w:p>
      <w:r>
        <w:rPr>
          <w:b/>
        </w:rPr>
        <w:t xml:space="preserve">[09:53] </w:t>
      </w:r>
      <w:r>
        <w:t>Yeh do barhe jazbe hain: khauf aur mohabbat.</w:t>
      </w:r>
    </w:p>
    <w:p>
      <w:pPr>
        <w:jc w:val="right"/>
      </w:pPr>
      <w:r>
        <w:t>یہ دو بڑے جذبے ہیں: خوف اور محبت۔</w:t>
      </w:r>
    </w:p>
    <w:p>
      <w:r>
        <w:rPr>
          <w:b/>
        </w:rPr>
        <w:t xml:space="preserve">[09:56] </w:t>
      </w:r>
      <w:r>
        <w:t>Khauf aur mohabbat do barhe barhe do barhe jazbe hain.</w:t>
      </w:r>
    </w:p>
    <w:p>
      <w:pPr>
        <w:jc w:val="right"/>
      </w:pPr>
      <w:r>
        <w:t>خوف اور محبت دو بڑے بڑے دو بڑے جذبے ہیں۔</w:t>
      </w:r>
    </w:p>
    <w:p>
      <w:r>
        <w:rPr>
          <w:b/>
        </w:rPr>
        <w:t xml:space="preserve">[10:00] </w:t>
      </w:r>
      <w:r>
        <w:t>Donon jazbat jo hain, woh Allah ke liye khaas hone chahiye.</w:t>
      </w:r>
    </w:p>
    <w:p>
      <w:pPr>
        <w:jc w:val="right"/>
      </w:pPr>
      <w:r>
        <w:t>دونوں جذبات جو ہیں، وہ اللہ کے لیے خاص ہونے چاہیے۔</w:t>
      </w:r>
    </w:p>
    <w:p>
      <w:r>
        <w:rPr>
          <w:b/>
        </w:rPr>
        <w:t xml:space="preserve">[10:04] </w:t>
      </w:r>
      <w:r>
        <w:t>Quran mein saaf saaf hai, dekhiye: Wallazina amanu ashadd hubba lillah.</w:t>
      </w:r>
    </w:p>
    <w:p>
      <w:pPr>
        <w:jc w:val="right"/>
      </w:pPr>
      <w:r>
        <w:t>قرآن میں صاف صاف ہے، دیکھیے: والذین آمنوا أشد حبا لله۔</w:t>
      </w:r>
    </w:p>
    <w:p>
      <w:r>
        <w:rPr>
          <w:b/>
        </w:rPr>
        <w:t xml:space="preserve">[10:08] </w:t>
      </w:r>
      <w:r>
        <w:t>Jo iman wale hain, unki muhabbaten Allah ke liye ho jati hain.</w:t>
      </w:r>
    </w:p>
    <w:p>
      <w:pPr>
        <w:jc w:val="right"/>
      </w:pPr>
      <w:r>
        <w:t>جو ایمان والے ہیں، ان کی محبتیں اللہ کے لیے ہو جاتی ہیں۔</w:t>
      </w:r>
    </w:p>
    <w:p>
      <w:r>
        <w:rPr>
          <w:b/>
        </w:rPr>
        <w:t xml:space="preserve">[10:11] </w:t>
      </w:r>
      <w:r>
        <w:t>Dosra hai: Wa lam yakhsha illa Allah.</w:t>
      </w:r>
    </w:p>
    <w:p>
      <w:pPr>
        <w:jc w:val="right"/>
      </w:pPr>
      <w:r>
        <w:t>دوسرا ہے: ولم یخش إلا الله۔</w:t>
      </w:r>
    </w:p>
    <w:p>
      <w:r>
        <w:rPr>
          <w:b/>
        </w:rPr>
        <w:t xml:space="preserve">[10:15] </w:t>
      </w:r>
      <w:r>
        <w:t>Jo iman wale hain, unka dar Allah ke liye ho jata hai.</w:t>
      </w:r>
    </w:p>
    <w:p>
      <w:pPr>
        <w:jc w:val="right"/>
      </w:pPr>
      <w:r>
        <w:t>جو ایمان والے ہیں، ان کا ڈر اللہ کے لیے ہو جاتا ہے۔</w:t>
      </w:r>
    </w:p>
    <w:p>
      <w:r>
        <w:rPr>
          <w:b/>
        </w:rPr>
        <w:t xml:space="preserve">[10:19] </w:t>
      </w:r>
      <w:r>
        <w:t>to jis aadmi ki mohabbat Allah ke liye na bani ho, jis aadmi ka khauf Allah ke liye na khaas hua ho, to woh to shirk mein mubtala hai. to bohat hi zyada serious maamla hai, yaad rakhiye. main ne dekha bohat logon ko ke hum to alhamdulillah mushrik nahin hain, kyunke hum but nahin poojte. is se bara baghavat aur koi nahin, is se bari bhool aur koi nahin hai. she has given our email ID so we can</w:t>
      </w:r>
    </w:p>
    <w:p>
      <w:pPr>
        <w:jc w:val="right"/>
      </w:pPr>
      <w:r>
        <w:t>تو جس آدمی کی محبت اللہ کے لیے نہ بنی ہو، جس آدمی کا خوف اللہ کے لیے نہ خاص ہوا ہو، تو وہ تو شرک میں مبتلا ہے۔ تو بہت ہی زیادہ serious معاملہ ہے، یاد رکھیے۔ میں نے دیکھا بہت لوگوں کو کہ ہم تو الحمدللہ مشرک نہیں ہیں، کیونکہ ہم بت نہیں پوجتے۔ اس سے بڑا بغاوت اور کوئی نہیں، اس سے بڑی بھول اور کوئی نہیں ہے۔ شی ہیز گیون اور ای میل آئی ڈی سو وی کین</w:t>
      </w:r>
    </w:p>
    <w:p>
      <w:r>
        <w:rPr>
          <w:b/>
        </w:rPr>
        <w:t xml:space="preserve">[10:49] </w:t>
      </w:r>
      <w:r>
        <w:t>Mail the name. Inshallah, inshallah.</w:t>
      </w:r>
    </w:p>
    <w:p>
      <w:pPr>
        <w:jc w:val="right"/>
      </w:pPr>
      <w:r>
        <w:t>میل دی نیم۔ انشاءاللہ، انشاءاللہ۔</w:t>
      </w:r>
    </w:p>
    <w:p>
      <w:r>
        <w:rPr>
          <w:b/>
        </w:rPr>
        <w:t xml:space="preserve">[10:55] </w:t>
      </w:r>
      <w:r>
        <w:t>This question is from Ms. Aisha from Delhi: Maulana, does ego has any positive aspect or is it</w:t>
      </w:r>
    </w:p>
    <w:p>
      <w:pPr>
        <w:jc w:val="right"/>
      </w:pPr>
      <w:r>
        <w:t>دس کوئسچن از فرام مس عائشہ فرام دہلی: مولانا، ڈز ایگو ہیز اینی پوزیٹیو ایسپیکٹ اور از اٹ</w:t>
      </w:r>
    </w:p>
    <w:p>
      <w:r>
        <w:rPr>
          <w:b/>
        </w:rPr>
        <w:t xml:space="preserve">[11:01] </w:t>
      </w:r>
      <w:r>
        <w:t>a complete negative quality? nahin, nahin, donon par aspect hain, positive negative donon hain.</w:t>
      </w:r>
    </w:p>
    <w:p>
      <w:pPr>
        <w:jc w:val="right"/>
      </w:pPr>
      <w:r>
        <w:t>ا کمپلیٹ نیگیٹیو کوالٹی؟ نہیں، نہیں، دونوں پر ایسپیکٹ ہیں، پوزیٹیو نیگیٹیو دونوں ہیں۔</w:t>
      </w:r>
    </w:p>
    <w:p>
      <w:r>
        <w:rPr>
          <w:b/>
        </w:rPr>
        <w:t xml:space="preserve">[11:07] </w:t>
      </w:r>
      <w:r>
        <w:t>ego ka plus point kya hai? determination, firmness.</w:t>
      </w:r>
    </w:p>
    <w:p>
      <w:pPr>
        <w:jc w:val="right"/>
      </w:pPr>
      <w:r>
        <w:t>ایگو کا پلس پوائنٹ کیا ہے؟ ڈیٹرمینیشن، فرمنس۔</w:t>
      </w:r>
    </w:p>
    <w:p>
      <w:r>
        <w:rPr>
          <w:b/>
        </w:rPr>
        <w:t xml:space="preserve">[11:13] </w:t>
      </w:r>
      <w:r>
        <w:t>agar ego na ho to aap bal</w:t>
      </w:r>
    </w:p>
    <w:p>
      <w:pPr>
        <w:jc w:val="right"/>
      </w:pPr>
      <w:r>
        <w:t>اگر ایگو نہ ہو تو آپ بال</w:t>
      </w:r>
    </w:p>
    <w:p>
      <w:r>
        <w:rPr>
          <w:b/>
        </w:rPr>
        <w:t xml:space="preserve">[11:19] </w:t>
      </w:r>
      <w:r>
        <w:t>کل موم کی طرح ہو جائیں، جو چاہے آپ کو exploit کرے۔</w:t>
      </w:r>
    </w:p>
    <w:p>
      <w:pPr>
        <w:jc w:val="right"/>
      </w:pPr>
      <w:r>
        <w:t>کل موم کی طرح ہو جائیں، جو چاہے آپ کو ایکسپلائٹ کرے۔</w:t>
      </w:r>
    </w:p>
    <w:p>
      <w:r>
        <w:rPr>
          <w:b/>
        </w:rPr>
        <w:t xml:space="preserve">[11:24] </w:t>
      </w:r>
      <w:r>
        <w:t>to ego aap ko woh deta hai, yaani hausla deta hai, firmness deta hai, determination deta hai.</w:t>
      </w:r>
    </w:p>
    <w:p>
      <w:pPr>
        <w:jc w:val="right"/>
      </w:pPr>
      <w:r>
        <w:t>تو ایگو آپ کو وہ دیتا ہے، یعنی حوصلہ دیتا ہے، فرمنس دیتا ہے، ڈیٹرمینیشن دیتا ہے۔</w:t>
      </w:r>
    </w:p>
    <w:p>
      <w:r>
        <w:rPr>
          <w:b/>
        </w:rPr>
        <w:t xml:space="preserve">[11:29] </w:t>
      </w:r>
      <w:r>
        <w:t>lekin yeh is ka plus point hai.</w:t>
      </w:r>
    </w:p>
    <w:p>
      <w:pPr>
        <w:jc w:val="right"/>
      </w:pPr>
      <w:r>
        <w:t>لیکن یہ اس کا پلس پوائنٹ ہے۔</w:t>
      </w:r>
    </w:p>
    <w:p>
      <w:r>
        <w:rPr>
          <w:b/>
        </w:rPr>
        <w:t xml:space="preserve">[11:35] </w:t>
      </w:r>
      <w:r>
        <w:t>aur negative point kya hai? woh hai gharoor paida hota hai, ghamand paida hota hai, aur nafrat paida</w:t>
      </w:r>
    </w:p>
    <w:p>
      <w:pPr>
        <w:jc w:val="right"/>
      </w:pPr>
      <w:r>
        <w:t>اور نیگیٹیو پوائنٹ کیا ہے؟ وہ ہے غرور پیدا ہوتا ہے، گھمنڈ پیدا ہوتا ہے، اور نفرت پیدا</w:t>
      </w:r>
    </w:p>
    <w:p>
      <w:r>
        <w:rPr>
          <w:b/>
        </w:rPr>
        <w:t xml:space="preserve">[11:40] </w:t>
      </w:r>
      <w:r>
        <w:t>ho jati hai.</w:t>
      </w:r>
    </w:p>
    <w:p>
      <w:pPr>
        <w:jc w:val="right"/>
      </w:pPr>
      <w:r>
        <w:t>ہو جاتی ہے۔</w:t>
      </w:r>
    </w:p>
    <w:p>
      <w:r>
        <w:rPr>
          <w:b/>
        </w:rPr>
        <w:t xml:space="preserve">[11:45] </w:t>
      </w:r>
      <w:r>
        <w:t>doosre ko sabak dene ka mazah aa jata hai ke in ka marna aaye, sabak.</w:t>
      </w:r>
    </w:p>
    <w:p>
      <w:pPr>
        <w:jc w:val="right"/>
      </w:pPr>
      <w:r>
        <w:t>دوسرے کو سبق دینے کا مزہ آ جاتا ہے کہ ان کا مارنا آئے، سبق۔</w:t>
      </w:r>
    </w:p>
    <w:p>
      <w:r>
        <w:rPr>
          <w:b/>
        </w:rPr>
        <w:t xml:space="preserve">[11:50] </w:t>
      </w:r>
      <w:r>
        <w:t>we have to teach a lesson. yeh sab uska negative aspect hai ya minus point hai ego ka. to yeh fifty fifty ka mamla hai. fifty percent plus hai, fifty percent minus hai. this question is from Mr Mazhar from Delhi: kya ek Muslim ke liye haqeeqa karana zaroori hai ya nahi? kya karana hai? haqee</w:t>
      </w:r>
    </w:p>
    <w:p>
      <w:pPr>
        <w:jc w:val="right"/>
      </w:pPr>
      <w:r>
        <w:t>وی ہیو ٹو ٹیچ ا لیسن۔ یہ سب اس کا نیگیٹیو ایسپیکٹ ہے یا مائنس پوائنٹ ہے ایگو کا۔ تو یہ ففٹی ففٹی کا معاملہ ہے۔ ففٹی پرسنٹ پلس ہے، ففٹی پرسنٹ مائنس ہے۔ دس کوئسچن از فرام مسٹر مظہر فرام دہلی: کیا ایک مسلم کے لیے حقیقہ کرانا ضروری ہے یا نہیں؟ کیا کرانا ہے؟ حقی</w:t>
      </w:r>
    </w:p>
    <w:p>
      <w:r>
        <w:rPr>
          <w:b/>
        </w:rPr>
        <w:t xml:space="preserve">[12:20] </w:t>
      </w:r>
      <w:r>
        <w:t>qa, haqeeqa, ain haqeeqa. kya ek Muslim ke liye? haqeeqat nahi, kuch bhi nahi hai. aaj kal Musalmanon mein dhoom machi hui hai, koi haqeeqa, koi haqeeqa nahi hai, koi haqeeqa iski nahi hai. bas yeh ek hai, woh ek tareeqa, bohat se bohat aap mustahab keh sakte hain, woh sunnat bhi nahi hai, farz to door ki baat hai, na farz hai, na sunnat muakkadah hai, na sunnat hai, bas mustahab hai. main is maani mein, main is maani mein to samajhta hoon ke aqeeqa karani nahi cha</w:t>
      </w:r>
    </w:p>
    <w:p>
      <w:pPr>
        <w:jc w:val="right"/>
      </w:pPr>
      <w:r>
        <w:t>قہ، حقیقہ، عین حقیقہ۔ کیا ایک مسلم کے لیے؟ حقیقت نہیں، کچھ بھی نہیں ہے۔ آج کل مسلمانوں میں دھوم مچی ہوئی ہے، کوئی حقیقت، کوئی حقیقت نہیں ہے، کوئی حقیقت اس کی نہیں ہے۔ بس یہ ایک ہے، وہ ایک طریقہ، بہت سے بہت آپ مستحب کہہ سکتے ہیں، وہ سنت بھی نہیں ہے، فرض تو دور کی بات ہے، نہ فرض ہے، نہ سنت موکدہ ہے، نہ سنت ہے، بس مستحب ہے۔ میں اس معنی میں، میں اس معنی میں تو سمجھتا ہوں کہ عقیہ کرانی نہیں چ</w:t>
      </w:r>
    </w:p>
    <w:p>
      <w:r>
        <w:rPr>
          <w:b/>
        </w:rPr>
        <w:t xml:space="preserve">[12:50] </w:t>
      </w:r>
      <w:r>
        <w:t>aahiye, kyunke inhi cheezon ko le kar ke samajhte hain ke hum musalman hain, yaani Islam ki nishani</w:t>
      </w:r>
    </w:p>
    <w:p>
      <w:pPr>
        <w:jc w:val="right"/>
      </w:pPr>
      <w:r>
        <w:t>اہیے، کیونکہ انہی چیزوں کو لے کر کے سمجھتے ہیں کہ ہم مسلمان ہیں، یعنی اسلام کی نشانی</w:t>
      </w:r>
    </w:p>
    <w:p>
      <w:r>
        <w:rPr>
          <w:b/>
        </w:rPr>
        <w:t xml:space="preserve">[12:55] </w:t>
      </w:r>
      <w:r>
        <w:t>ban gayi hui hai, halanke Islam ki nishani nahin hai, woh woh to khane peene ki nishani hai,</w:t>
      </w:r>
    </w:p>
    <w:p>
      <w:pPr>
        <w:jc w:val="right"/>
      </w:pPr>
      <w:r>
        <w:t>بن گئی ہوئی ہے، حالانکہ اسلام کی نشانی نہیں ہے، وہ وہ تو کھانے پینے کی نشانی ہے،</w:t>
      </w:r>
    </w:p>
    <w:p>
      <w:r>
        <w:rPr>
          <w:b/>
        </w:rPr>
        <w:t xml:space="preserve">[13:01] </w:t>
      </w:r>
      <w:r>
        <w:t>agar khao, khoob khao, piyo.</w:t>
      </w:r>
    </w:p>
    <w:p>
      <w:pPr>
        <w:jc w:val="right"/>
      </w:pPr>
      <w:r>
        <w:t>اگر کراؤ، خوب کھاؤ، پیو۔</w:t>
      </w:r>
    </w:p>
    <w:p>
      <w:r>
        <w:rPr>
          <w:b/>
        </w:rPr>
        <w:t xml:space="preserve">[13:06] </w:t>
      </w:r>
      <w:r>
        <w:t>lekin main to is ka qael nahin hoon ke is zamane mein aqeeqa kiya jaye.</w:t>
      </w:r>
    </w:p>
    <w:p>
      <w:pPr>
        <w:jc w:val="right"/>
      </w:pPr>
      <w:r>
        <w:t>لیکن میں تو اس کا قائل نہیں ہوں کہ اس زمانے میں عقیقہ کیا جائے۔</w:t>
      </w:r>
    </w:p>
    <w:p>
      <w:r>
        <w:rPr>
          <w:b/>
        </w:rPr>
        <w:t xml:space="preserve">[13:11] </w:t>
      </w:r>
      <w:r>
        <w:t>main ne to apne bachchon mein kisi ka aqeeqa nahin kiya.</w:t>
      </w:r>
    </w:p>
    <w:p>
      <w:pPr>
        <w:jc w:val="right"/>
      </w:pPr>
      <w:r>
        <w:t>میں نے تو اپنے بچوں میں کسی کا عقیقہ نہیں کیا۔</w:t>
      </w:r>
    </w:p>
    <w:p>
      <w:r>
        <w:rPr>
          <w:b/>
        </w:rPr>
        <w:t xml:space="preserve">[13:16] </w:t>
      </w:r>
      <w:r>
        <w:t>das question is from Mr Mujahid Kareem from Delhi</w:t>
      </w:r>
    </w:p>
    <w:p>
      <w:pPr>
        <w:jc w:val="right"/>
      </w:pPr>
      <w:r>
        <w:t>دس کوئسچن از فرام مسٹر مجاہد کریم فرام دہلی</w:t>
      </w:r>
    </w:p>
    <w:p>
      <w:r>
        <w:rPr>
          <w:b/>
        </w:rPr>
        <w:t xml:space="preserve">[13:21] </w:t>
      </w:r>
      <w:r>
        <w:t>: How can I make myself a strong die and also eliminate my hesitation while talking to</w:t>
      </w:r>
    </w:p>
    <w:p>
      <w:pPr>
        <w:jc w:val="right"/>
      </w:pPr>
      <w:r>
        <w:t>: ہاؤ کین آئی میک مائی سیلف ا سٹرونگ ڈائی اینڈ السو ایلیمینیٹ مائی ہیسیٹیشن وائل ٹاکنگ ٹو</w:t>
      </w:r>
    </w:p>
    <w:p>
      <w:r>
        <w:rPr>
          <w:b/>
        </w:rPr>
        <w:t xml:space="preserve">[13:27] </w:t>
      </w:r>
      <w:r>
        <w:t>a non muslim? Maulana, also tell me, how should we start? how should the start of the dawah</w:t>
      </w:r>
    </w:p>
    <w:p>
      <w:pPr>
        <w:jc w:val="right"/>
      </w:pPr>
      <w:r>
        <w:t>ا نان مسلم؟ مولانا، السو ٹیل می، ہاؤ شوڈ وی سٹارٹ؟ ہاؤ شوڈ دا سٹارٹ اف دا دعویٰ</w:t>
      </w:r>
    </w:p>
    <w:p>
      <w:r>
        <w:rPr>
          <w:b/>
        </w:rPr>
        <w:t xml:space="preserve">[13:33] </w:t>
      </w:r>
      <w:r>
        <w:t>work be done for non muslim so as to get his maximum interest? dekhiye, is ka koi hard</w:t>
      </w:r>
    </w:p>
    <w:p>
      <w:pPr>
        <w:jc w:val="right"/>
      </w:pPr>
      <w:r>
        <w:t>ورک بی ڈن فار نان مسلم سو ایز ٹو گیٹ ہز میکسیمم انٹرسٹ؟ دیکھیے، اس کا کوئی ہارڈ</w:t>
      </w:r>
    </w:p>
    <w:p>
      <w:r>
        <w:rPr>
          <w:b/>
        </w:rPr>
        <w:t xml:space="preserve">[13:39] </w:t>
      </w:r>
      <w:r>
        <w:t>aur fast rule nahin hai.</w:t>
      </w:r>
    </w:p>
    <w:p>
      <w:pPr>
        <w:jc w:val="right"/>
      </w:pPr>
      <w:r>
        <w:t>اور فاسٹ رول نہیں ہے۔</w:t>
      </w:r>
    </w:p>
    <w:p>
      <w:r>
        <w:rPr>
          <w:b/>
        </w:rPr>
        <w:t xml:space="preserve">[13:45] </w:t>
      </w:r>
      <w:r>
        <w:t>aap ka concern ban jaye d</w:t>
      </w:r>
    </w:p>
    <w:p>
      <w:pPr>
        <w:jc w:val="right"/>
      </w:pPr>
      <w:r>
        <w:t>آپ کا کنسرن بن جائے د</w:t>
      </w:r>
    </w:p>
    <w:p>
      <w:r>
        <w:rPr>
          <w:b/>
        </w:rPr>
        <w:t xml:space="preserve">[13:51] </w:t>
      </w:r>
      <w:r>
        <w:t>awah work to khud hi aap samajh lete hain.</w:t>
      </w:r>
    </w:p>
    <w:p>
      <w:pPr>
        <w:jc w:val="right"/>
      </w:pPr>
      <w:r>
        <w:t>عویٰ ورک تو خود ہی آپ سمجھ لیتے ہیں۔</w:t>
      </w:r>
    </w:p>
    <w:p>
      <w:r>
        <w:rPr>
          <w:b/>
        </w:rPr>
        <w:t xml:space="preserve">[13:57] </w:t>
      </w:r>
      <w:r>
        <w:t>aap dekhen, duniya ke mamlaat to dekhen, logon ko duniya ke mamlaat dekhen, jab un ka concern ho</w:t>
      </w:r>
    </w:p>
    <w:p>
      <w:pPr>
        <w:jc w:val="right"/>
      </w:pPr>
      <w:r>
        <w:t>آپ دیکھیں، دنیا کے معاملات تو دیکھیں، لوگوں کو دنیا کے معاملات دیکھیں، جب ان کا کنسرن ہو</w:t>
      </w:r>
    </w:p>
    <w:p>
      <w:r>
        <w:rPr>
          <w:b/>
        </w:rPr>
        <w:t xml:space="preserve">[14:03] </w:t>
      </w:r>
      <w:r>
        <w:t>jata hai ke mujhe yeh imtehan pass karna hai, yeh job mujhe lena hai, to kitna hero ban jate hain.</w:t>
      </w:r>
    </w:p>
    <w:p>
      <w:pPr>
        <w:jc w:val="right"/>
      </w:pPr>
      <w:r>
        <w:t>جاتا ہے کہ مجھے یہ امتحان پاس کرنا ہے، یہ جاب مجھے لینا ہے، تو کتنا ہیرو بن جاتے ہیں۔</w:t>
      </w:r>
    </w:p>
    <w:p>
      <w:r>
        <w:rPr>
          <w:b/>
        </w:rPr>
        <w:t xml:space="preserve">[14:09] </w:t>
      </w:r>
      <w:r>
        <w:t>main ne dekha hai logon ko ke fresh zuban seekhte hain, angrezi zuban seekhte hain, aur course karte</w:t>
      </w:r>
    </w:p>
    <w:p>
      <w:pPr>
        <w:jc w:val="right"/>
      </w:pPr>
      <w:r>
        <w:t>میں نے دیکھا ہے لوگوں کو کہ فریش زبان سیکھتے ہیں، انگریزی زبان سیکھتے ہیں، اور کورس کرتے</w:t>
      </w:r>
    </w:p>
    <w:p>
      <w:r>
        <w:rPr>
          <w:b/>
        </w:rPr>
        <w:t xml:space="preserve">[14:15] </w:t>
      </w:r>
      <w:r>
        <w:t>hain, raat din ek kar ke degree lete hain, wahan koi masla nahin ke karne jata ho, kab kaise karen,</w:t>
      </w:r>
    </w:p>
    <w:p>
      <w:pPr>
        <w:jc w:val="right"/>
      </w:pPr>
      <w:r>
        <w:t>ہیں، رات دن ایک کر کے ڈگری لیتے ہیں، وہاں کوئی مسئلہ نہیں کہ کرنے جاتا ہو، کب کیسے کریں،</w:t>
      </w:r>
    </w:p>
    <w:p>
      <w:r>
        <w:rPr>
          <w:b/>
        </w:rPr>
        <w:t xml:space="preserve">[14:21] </w:t>
      </w:r>
      <w:r>
        <w:t>kyunke un ka concern ban gaya, un ka concern ban gaya ke mujhe yeh job lena hai, mujhe</w:t>
      </w:r>
    </w:p>
    <w:p>
      <w:pPr>
        <w:jc w:val="right"/>
      </w:pPr>
      <w:r>
        <w:t>کیونکہ ان کا کنسرن بن گیا، ان کا کنسرن بن گیا کہ مجھے یہ جاب لینا ہے، مجھے</w:t>
      </w:r>
    </w:p>
    <w:p>
      <w:r>
        <w:rPr>
          <w:b/>
        </w:rPr>
        <w:t xml:space="preserve">[14:26] </w:t>
      </w:r>
      <w:r>
        <w:t>yeh taraqqi karni hai.</w:t>
      </w:r>
    </w:p>
    <w:p>
      <w:pPr>
        <w:jc w:val="right"/>
      </w:pPr>
      <w:r>
        <w:t>یہ ترقی کرنی ہے۔</w:t>
      </w:r>
    </w:p>
    <w:p>
      <w:r>
        <w:rPr>
          <w:b/>
        </w:rPr>
        <w:t xml:space="preserve">[14:30] </w:t>
      </w:r>
      <w:r>
        <w:t>jaise misaal ke taur par arabi madrasay ke log sirf arabi jantay thay pehle, ab bohat se angrezi</w:t>
      </w:r>
    </w:p>
    <w:p>
      <w:pPr>
        <w:jc w:val="right"/>
      </w:pPr>
      <w:r>
        <w:t>جیسے مثال کے طور پر عربی مدرسے کے لوگ صرف عربی جانتے تھے پہلے، اب بہت سے انگریزی</w:t>
      </w:r>
    </w:p>
    <w:p>
      <w:r>
        <w:rPr>
          <w:b/>
        </w:rPr>
        <w:t xml:space="preserve">[14:34] </w:t>
      </w:r>
      <w:r>
        <w:t>jannay walay paida hogaye hain.</w:t>
      </w:r>
    </w:p>
    <w:p>
      <w:pPr>
        <w:jc w:val="right"/>
      </w:pPr>
      <w:r>
        <w:t>جاننے والے پیدا ہوگئے ہیں۔</w:t>
      </w:r>
    </w:p>
    <w:p>
      <w:r>
        <w:rPr>
          <w:b/>
        </w:rPr>
        <w:t xml:space="preserve">[14:39] </w:t>
      </w:r>
      <w:r>
        <w:t>kaise? unhon ne dekha ke sirf angrezi ka dunya mein chalan hai, sirf arabi se koi bara in</w:t>
      </w:r>
    </w:p>
    <w:p>
      <w:pPr>
        <w:jc w:val="right"/>
      </w:pPr>
      <w:r>
        <w:t>کیسے؟ انہوں نے دیکھا کہ صرف انگریزی کا دنیا میں چلن ہے، صرف عربی سے کوئی بڑا ان</w:t>
      </w:r>
    </w:p>
    <w:p>
      <w:r>
        <w:rPr>
          <w:b/>
        </w:rPr>
        <w:t xml:space="preserve">[14:43] </w:t>
      </w:r>
      <w:r>
        <w:t>ko job milnay wala nahi hai, to dham machaye hue hain angrezi seekhnay ki.</w:t>
      </w:r>
    </w:p>
    <w:p>
      <w:pPr>
        <w:jc w:val="right"/>
      </w:pPr>
      <w:r>
        <w:t>کو جاب ملنے والا نہیں ہے، تو دھم مچائے ہوئے ہیں انگریزی سیکھنے کی۔</w:t>
      </w:r>
    </w:p>
    <w:p>
      <w:r>
        <w:rPr>
          <w:b/>
        </w:rPr>
        <w:t xml:space="preserve">[14:48] </w:t>
      </w:r>
      <w:r>
        <w:t>arabi madrasay ke log</w:t>
      </w:r>
    </w:p>
    <w:p>
      <w:pPr>
        <w:jc w:val="right"/>
      </w:pPr>
      <w:r>
        <w:t>عربی مدرسے کے لوگ</w:t>
      </w:r>
    </w:p>
    <w:p>
      <w:r>
        <w:rPr>
          <w:b/>
        </w:rPr>
        <w:t xml:space="preserve">[14:52] </w:t>
      </w:r>
      <w:r>
        <w:t>aisi arabi walay pehle bol bolna nahi jantay thay, woh arabi madrasay jo hamare hain na, wahan bol</w:t>
      </w:r>
    </w:p>
    <w:p>
      <w:pPr>
        <w:jc w:val="right"/>
      </w:pPr>
      <w:r>
        <w:t>ایسی عربی والے پہلے بول بولنا نہیں جانتے تھے، وہ عربی مدرسے جو ہمارے ہیں نا، وہاں بول</w:t>
      </w:r>
    </w:p>
    <w:p>
      <w:r>
        <w:rPr>
          <w:b/>
        </w:rPr>
        <w:t xml:space="preserve">[14:56] </w:t>
      </w:r>
      <w:r>
        <w:t>chaal nahi hua karti thi, kitaab parhna jantay thay, sari.</w:t>
      </w:r>
    </w:p>
    <w:p>
      <w:pPr>
        <w:jc w:val="right"/>
      </w:pPr>
      <w:r>
        <w:t>چال نہیں ہوا کرتی تھی، کتاب پڑھنا جانتے تھے، ساری۔</w:t>
      </w:r>
    </w:p>
    <w:p>
      <w:r>
        <w:rPr>
          <w:b/>
        </w:rPr>
        <w:t xml:space="preserve">[15:00] </w:t>
      </w:r>
      <w:r>
        <w:t>ab jo hai, khoob mashq ho rahi hai arabi bolnay ki, kyunke samajhtay hain ke arabi bolen ge</w:t>
      </w:r>
    </w:p>
    <w:p>
      <w:pPr>
        <w:jc w:val="right"/>
      </w:pPr>
      <w:r>
        <w:t>اب جو ہے، خوب مشق ہو رہی ہے عربی بولنے کی، کیونکہ سمجھتے ہیں کہ عربی بولیں گے</w:t>
      </w:r>
    </w:p>
    <w:p>
      <w:r>
        <w:rPr>
          <w:b/>
        </w:rPr>
        <w:t xml:space="preserve">[15:03] </w:t>
      </w:r>
      <w:r>
        <w:t>to dhara dhar ja ke wahan arab mein hamein koi kaam mil jaye ga, angrezi janen ge to</w:t>
      </w:r>
    </w:p>
    <w:p>
      <w:pPr>
        <w:jc w:val="right"/>
      </w:pPr>
      <w:r>
        <w:t>تو دھڑا دھڑ جا کے وہاں عرب میں ہمیں کوئی کام مل جائے گا، انگریزی جانیں گے تو</w:t>
      </w:r>
    </w:p>
    <w:p>
      <w:r>
        <w:rPr>
          <w:b/>
        </w:rPr>
        <w:t xml:space="preserve">[15:07] </w:t>
      </w:r>
      <w:r>
        <w:t>ab waise bhi kaam mil jaye ga.</w:t>
      </w:r>
    </w:p>
    <w:p>
      <w:pPr>
        <w:jc w:val="right"/>
      </w:pPr>
      <w:r>
        <w:t>اب ویسے بھی کام مل جائے گا۔</w:t>
      </w:r>
    </w:p>
    <w:p>
      <w:r>
        <w:rPr>
          <w:b/>
        </w:rPr>
        <w:t xml:space="preserve">[15:11] </w:t>
      </w:r>
      <w:r>
        <w:t>to asal cheez hai ke logon ko concern nahi hai daawa work, is liye is sawal aata tha</w:t>
      </w:r>
    </w:p>
    <w:p>
      <w:pPr>
        <w:jc w:val="right"/>
      </w:pPr>
      <w:r>
        <w:t>تو اصل چیز ہے کہ لوگوں کو کنسرن نہیں ہے دعویٰ ورک، اس لیے اس سوال آتا تھا</w:t>
      </w:r>
    </w:p>
    <w:p>
      <w:r>
        <w:rPr>
          <w:b/>
        </w:rPr>
        <w:t xml:space="preserve">[15:15] </w:t>
      </w:r>
      <w:r>
        <w:t>is tarah ke.</w:t>
      </w:r>
    </w:p>
    <w:p>
      <w:pPr>
        <w:jc w:val="right"/>
      </w:pPr>
      <w:r>
        <w:t>اس طرح کے۔</w:t>
      </w:r>
    </w:p>
    <w:p>
      <w:r>
        <w:rPr>
          <w:b/>
        </w:rPr>
        <w:t xml:space="preserve">[15:18] </w:t>
      </w:r>
      <w:r>
        <w:t>agar aap yeh jaan lein ke hamara musalman hona mujtaba hai, jab tak hum daai na ban</w:t>
      </w:r>
    </w:p>
    <w:p>
      <w:pPr>
        <w:jc w:val="right"/>
      </w:pPr>
      <w:r>
        <w:t>اگر آپ یہ جان لیں کہ ہمارا مسلمان ہونا مجتبیٰ ہے، جب تک ہم دائی نہ بن</w:t>
      </w:r>
    </w:p>
    <w:p>
      <w:r>
        <w:rPr>
          <w:b/>
        </w:rPr>
        <w:t xml:space="preserve">[15:22] </w:t>
      </w:r>
      <w:r>
        <w:t>ein, sirf namaz ada kar ke aap aap ko Musalman pakka nahi hua, yaad rakhiye, achhe tareeqe se, agar aap samjhein ke namaz roza hum kar rahe hain to hum Musalman pakke ho gaye, yeh bilkul galat soch hai. jab tak aap da'wati kaam na karein, aap ka Islam pakka nahi ho sakta hai. to ek taraf aap ko ibadat karna hai Allah taala ki, doosri taraf insaan ke sath da'wah dena hai. ibadat aur da'wah dono sath sath chalega, Allah ki ibadat aur insaan</w:t>
      </w:r>
    </w:p>
    <w:p>
      <w:pPr>
        <w:jc w:val="right"/>
      </w:pPr>
      <w:r>
        <w:t>یں، صرف نماز ادا کر کے آپ آپ کو مسلمان پکا نہیں ہوا، یاد رکھیے، اچھے طریقے سے، اگر آپ سمجھیں کہ نماز روزہ ہم کر رہے ہیں تو ہم مسلمان پکے ہو گئے، یہ بالکل غلط سوچ ہے۔ جب تک آپ دعوتی کام نہ کریں، آپ کا اسلام پکا نہیں ہو سکتا ہے۔ تو ایک طرف آپ کو عبادت کرنا ہے اللہ تعالیٰ کی، دوسری طرف انسان کے ساتھ دعوت دینا ہے۔ عبادت اور دعوت دونوں ساتھ ساتھ چلے گا، اللہ کی عبادت اور انسان</w:t>
      </w:r>
    </w:p>
    <w:p>
      <w:r>
        <w:rPr>
          <w:b/>
        </w:rPr>
        <w:t xml:space="preserve">[15:52] </w:t>
      </w:r>
      <w:r>
        <w:t>ke liye da'wah. yaad rakhiye, achhe tareeqe se, kisi ibadat ada kar ke aap sachche Musalman nahi ban sakte, aap ko da'wah bhi karni padegi. to agar is tarah se soch, agar logon mein paida ho jaye, ek soch ke meri mehnat Islami namukammal hai, agar main da'wah na doon to aap dekhein ke kai poochne bhi nahi jayenge, woh khud maloom ho jayega ke hum kaise da'wah dein. to basic baat yeh hai ke da'wah ko apna concern ban</w:t>
      </w:r>
    </w:p>
    <w:p>
      <w:pPr>
        <w:jc w:val="right"/>
      </w:pPr>
      <w:r>
        <w:t>کے لیے دعوت۔ یاد رکھیے، اچھے طریقے سے، کسی عبادت ادا کر کے آپ سچے مسلمان نہیں بن سکتے، آپ کو دعوت بھی کرنی پڑے گی۔ تو اگر اس طرح سے سوچ، اگر لوگوں میں پیدا ہو جائے، ایک سوچ کہ میری محنت اسلامی نامکمل ہے، اگر میں دعوت نہ دوں تو آپ دیکھیں کہ کئی پوچھنے بھی نہیں جائیں گے، وہ خود معلوم ہو جائے گا کہ ہم کیسے دعوت دیں۔ تو بیسک بات یہ ہے کہ دعوت کو اپنا کنسرن بن</w:t>
      </w:r>
    </w:p>
    <w:p>
      <w:r>
        <w:rPr>
          <w:b/>
        </w:rPr>
        <w:t xml:space="preserve">[16:22] </w:t>
      </w:r>
      <w:r>
        <w:t>aiye, baqi baatein apne aap, aap ka zehan, nikalta rahega. this question is from Maulana Zikwan Nadvi from New Delhi: in chapter four, words number eight, Quran says: if other relatives, orphans, or needy people, are present at the time of the division, then provide for them out of it,</w:t>
      </w:r>
    </w:p>
    <w:p>
      <w:pPr>
        <w:jc w:val="right"/>
      </w:pPr>
      <w:r>
        <w:t>ائیے، باقی باتیں اپنے آپ، آپ کا ذہن جو ہے، نکالتا رہے گا۔ دس کوئسچن از فرام مولانا زکوان ندوی فرام نیو دہلی: ان چیپٹر فور، ورڈز نمبر ایٹ، قرآن سیز: اف ادر ریلیٹوز، اورفنز، اور نیڈی پیپل، ار پریزنٹ ایٹ دا ٹائم اف دا ڈویژن، دین پرووائیڈ فار دیم آؤٹ اف اٹ،</w:t>
      </w:r>
    </w:p>
    <w:p>
      <w:r>
        <w:rPr>
          <w:b/>
        </w:rPr>
        <w:t xml:space="preserve">[16:52] </w:t>
      </w:r>
      <w:r>
        <w:t>and speak kindly to them.</w:t>
      </w:r>
    </w:p>
    <w:p>
      <w:pPr>
        <w:jc w:val="right"/>
      </w:pPr>
      <w:r>
        <w:t>اینڈ سپیک کائنڈلی ٹو دیم۔</w:t>
      </w:r>
    </w:p>
    <w:p>
      <w:r>
        <w:rPr>
          <w:b/>
        </w:rPr>
        <w:t xml:space="preserve">[16:56] </w:t>
      </w:r>
      <w:r>
        <w:t>maulana, kindly explain this verse.</w:t>
      </w:r>
    </w:p>
    <w:p>
      <w:pPr>
        <w:jc w:val="right"/>
      </w:pPr>
      <w:r>
        <w:t>مولانا، کائنڈلی ایکسپلین دس ورس۔</w:t>
      </w:r>
    </w:p>
    <w:p>
      <w:r>
        <w:rPr>
          <w:b/>
        </w:rPr>
        <w:t xml:space="preserve">[17:00] </w:t>
      </w:r>
      <w:r>
        <w:t>haan, dekhen, yeh bari ajeeb ayat hai quran majeed mein.</w:t>
      </w:r>
    </w:p>
    <w:p>
      <w:pPr>
        <w:jc w:val="right"/>
      </w:pPr>
      <w:r>
        <w:t>ہاں، دیکھیں، یہ بڑی عجیب آیت ہے قرآن مجید میں۔</w:t>
      </w:r>
    </w:p>
    <w:p>
      <w:r>
        <w:rPr>
          <w:b/>
        </w:rPr>
        <w:t xml:space="preserve">[17:04] </w:t>
      </w:r>
      <w:r>
        <w:t>is ayat mein yeh kaha gaya hai ke ek shakhs mar gaya, uska tarka hai, us tarke</w:t>
      </w:r>
    </w:p>
    <w:p>
      <w:pPr>
        <w:jc w:val="right"/>
      </w:pPr>
      <w:r>
        <w:t>اس آیت میں یہ کہا گیا ہے کہ ایک شخص مر گیا، اس کا ترکہ ہے، اس ترکے</w:t>
      </w:r>
    </w:p>
    <w:p>
      <w:r>
        <w:rPr>
          <w:b/>
        </w:rPr>
        <w:t xml:space="preserve">[17:08] </w:t>
      </w:r>
      <w:r>
        <w:t>ko maantna hai.</w:t>
      </w:r>
    </w:p>
    <w:p>
      <w:pPr>
        <w:jc w:val="right"/>
      </w:pPr>
      <w:r>
        <w:t>کو ماٹنا ہے۔</w:t>
      </w:r>
    </w:p>
    <w:p>
      <w:r>
        <w:rPr>
          <w:b/>
        </w:rPr>
        <w:t xml:space="preserve">[17:13] </w:t>
      </w:r>
      <w:r>
        <w:t>ab zimmedar log ikhatta hue ke bhai, tarka jo hai, jiska uska haq hai, us</w:t>
      </w:r>
    </w:p>
    <w:p>
      <w:pPr>
        <w:jc w:val="right"/>
      </w:pPr>
      <w:r>
        <w:t>اب ذمہ دار لوگ اکٹھا ہوئے کہ بھئی، ترکہ جو ہے، جس کا اس کا حق ہے، اس</w:t>
      </w:r>
    </w:p>
    <w:p>
      <w:r>
        <w:rPr>
          <w:b/>
        </w:rPr>
        <w:t xml:space="preserve">[17:17] </w:t>
      </w:r>
      <w:r>
        <w:t>ko de diya jaye.</w:t>
      </w:r>
    </w:p>
    <w:p>
      <w:pPr>
        <w:jc w:val="right"/>
      </w:pPr>
      <w:r>
        <w:t>کو دے دیا جائے۔</w:t>
      </w:r>
    </w:p>
    <w:p>
      <w:r>
        <w:rPr>
          <w:b/>
        </w:rPr>
        <w:t xml:space="preserve">[17:21] </w:t>
      </w:r>
      <w:r>
        <w:t>to aap jantay hain ke tarka jo hai, miras</w:t>
      </w:r>
    </w:p>
    <w:p>
      <w:pPr>
        <w:jc w:val="right"/>
      </w:pPr>
      <w:r>
        <w:t>تو آپ جانتے ہیں کہ ترکہ جو ہے، میراث</w:t>
      </w:r>
    </w:p>
    <w:p>
      <w:r>
        <w:rPr>
          <w:b/>
        </w:rPr>
        <w:t xml:space="preserve">[17:25] </w:t>
      </w:r>
      <w:r>
        <w:t>sab ka haq nahi hota, unhi rishtedaron ka haq hota hai.</w:t>
      </w:r>
    </w:p>
    <w:p>
      <w:pPr>
        <w:jc w:val="right"/>
      </w:pPr>
      <w:r>
        <w:t>سب کا حق نہیں ہوتا، انہی رشتہ داروں کا حق ہوتا ہے۔</w:t>
      </w:r>
    </w:p>
    <w:p>
      <w:r>
        <w:rPr>
          <w:b/>
        </w:rPr>
        <w:t xml:space="preserve">[17:31] </w:t>
      </w:r>
      <w:r>
        <w:t>to ab koi kuch aur log wahan kharay ho jayein, jo door ke rishtedar hain, un ko</w:t>
      </w:r>
    </w:p>
    <w:p>
      <w:pPr>
        <w:jc w:val="right"/>
      </w:pPr>
      <w:r>
        <w:t>تو اب کوئی کچھ اور لوگ وہاں کھڑے ہو جائیں، جو دور کے رشتہ دار ہیں، ان کو</w:t>
      </w:r>
    </w:p>
    <w:p>
      <w:r>
        <w:rPr>
          <w:b/>
        </w:rPr>
        <w:t xml:space="preserve">[17:37] </w:t>
      </w:r>
      <w:r>
        <w:t>ke sharai account ke mutabiq miras mein haq nahi milta, woh wahan aage aa gaye, woh to farmaya ke</w:t>
      </w:r>
    </w:p>
    <w:p>
      <w:pPr>
        <w:jc w:val="right"/>
      </w:pPr>
      <w:r>
        <w:t>کہ شرعی اکاؤنٹ کے مطابق میراث میں حق نہیں ملتا، وہ وہاں آگے آگئے، وہ تو فرمایا کہ</w:t>
      </w:r>
    </w:p>
    <w:p>
      <w:r>
        <w:rPr>
          <w:b/>
        </w:rPr>
        <w:t xml:space="preserve">[17:43] </w:t>
      </w:r>
      <w:r>
        <w:t>unhein bhi kuch de do.</w:t>
      </w:r>
    </w:p>
    <w:p>
      <w:pPr>
        <w:jc w:val="right"/>
      </w:pPr>
      <w:r>
        <w:t>انہیں بھی کچھ دے دو۔</w:t>
      </w:r>
    </w:p>
    <w:p>
      <w:r>
        <w:rPr>
          <w:b/>
        </w:rPr>
        <w:t xml:space="preserve">[17:49] </w:t>
      </w:r>
      <w:r>
        <w:t>is se mein ne ek ajeeb o ghareeb cheez paai hai ke</w:t>
      </w:r>
    </w:p>
    <w:p>
      <w:pPr>
        <w:jc w:val="right"/>
      </w:pPr>
      <w:r>
        <w:t>اس سے میں نے ایک عجیب و غریب چیز پائی ہے کہ</w:t>
      </w:r>
    </w:p>
    <w:p>
      <w:r>
        <w:rPr>
          <w:b/>
        </w:rPr>
        <w:t xml:space="preserve">[17:55] </w:t>
      </w:r>
      <w:r>
        <w:t>ke ghair ghair mustahiq sawali ke liye, ghair mustahiq sawali ke liye bhi ka ek darja Allah taala</w:t>
      </w:r>
    </w:p>
    <w:p>
      <w:pPr>
        <w:jc w:val="right"/>
      </w:pPr>
      <w:r>
        <w:t>کہ غیر غیر مستحق سوالی کے لیے، غیر مستحق سوالی کے لیے بھی کا ایک درجہ اللہ تعالیٰ</w:t>
      </w:r>
    </w:p>
    <w:p>
      <w:r>
        <w:rPr>
          <w:b/>
        </w:rPr>
        <w:t xml:space="preserve">[18:00] </w:t>
      </w:r>
      <w:r>
        <w:t>ka rakha hai.</w:t>
      </w:r>
    </w:p>
    <w:p>
      <w:pPr>
        <w:jc w:val="right"/>
      </w:pPr>
      <w:r>
        <w:t>کا رکھا ہے۔</w:t>
      </w:r>
    </w:p>
    <w:p>
      <w:r>
        <w:rPr>
          <w:b/>
        </w:rPr>
        <w:t xml:space="preserve">[18:06] </w:t>
      </w:r>
      <w:r>
        <w:t>yani woh insaan jo aagaya hai, woh ghair mustahiq hai, woh deserve nahi karta legally ke us ko</w:t>
      </w:r>
    </w:p>
    <w:p>
      <w:pPr>
        <w:jc w:val="right"/>
      </w:pPr>
      <w:r>
        <w:t>یعنی وہ انسان جو آگیا ہے، وہ غیر مستحق ہے، وہ ڈیزرو نہیں کرتا لیگلی کہ اس کو</w:t>
      </w:r>
    </w:p>
    <w:p>
      <w:r>
        <w:rPr>
          <w:b/>
        </w:rPr>
        <w:t xml:space="preserve">[18:11] </w:t>
      </w:r>
      <w:r>
        <w:t>kuch diya jaye.</w:t>
      </w:r>
    </w:p>
    <w:p>
      <w:pPr>
        <w:jc w:val="right"/>
      </w:pPr>
      <w:r>
        <w:t>کچھ دیا جائے۔</w:t>
      </w:r>
    </w:p>
    <w:p>
      <w:r>
        <w:rPr>
          <w:b/>
        </w:rPr>
        <w:t xml:space="preserve">[18:16] </w:t>
      </w:r>
      <w:r>
        <w:t>lekin jab woh aagaya hai, woh to use bhi kuch de do.</w:t>
      </w:r>
    </w:p>
    <w:p>
      <w:pPr>
        <w:jc w:val="right"/>
      </w:pPr>
      <w:r>
        <w:t>لیکن جب وہ آگیا ہے، وہ تو اسے بھی کچھ دے دو۔</w:t>
      </w:r>
    </w:p>
    <w:p>
      <w:r>
        <w:rPr>
          <w:b/>
        </w:rPr>
        <w:t xml:space="preserve">[18:22] </w:t>
      </w:r>
      <w:r>
        <w:t>is se hamein ek point of reference milta hai</w:t>
      </w:r>
    </w:p>
    <w:p>
      <w:pPr>
        <w:jc w:val="right"/>
      </w:pPr>
      <w:r>
        <w:t>اس سے ہمیں ایک پوائنٹ آف ریفرنس ملتا ہے</w:t>
      </w:r>
    </w:p>
    <w:p>
      <w:r>
        <w:rPr>
          <w:b/>
        </w:rPr>
        <w:t xml:space="preserve">[18:27] </w:t>
      </w:r>
      <w:r>
        <w:t>Allah taala se dua karne ke liye ke khudaaya, aakhirat mein jab taqseem maujood hogi, yani logon ko</w:t>
      </w:r>
    </w:p>
    <w:p>
      <w:pPr>
        <w:jc w:val="right"/>
      </w:pPr>
      <w:r>
        <w:t>اللہ تعالیٰ سے دعا کرنے کے لیے کہ خدایا، آخرت میں جب تقسیم موجود ہوگی، یعنی لوگوں کو</w:t>
      </w:r>
    </w:p>
    <w:p>
      <w:r>
        <w:rPr>
          <w:b/>
        </w:rPr>
        <w:t xml:space="preserve">[18:33] </w:t>
      </w:r>
      <w:r>
        <w:t>inaamaat baante jayenge, to aamileen ke liye honge, yani jo amal karne wale log hain, un</w:t>
      </w:r>
    </w:p>
    <w:p>
      <w:pPr>
        <w:jc w:val="right"/>
      </w:pPr>
      <w:r>
        <w:t>انعامات بانٹے جائیں گے، تو عاملین کے لیے ہوں گے، یعنی جو عمل کرنے والے لوگ ہیں، ان</w:t>
      </w:r>
    </w:p>
    <w:p>
      <w:r>
        <w:rPr>
          <w:b/>
        </w:rPr>
        <w:t xml:space="preserve">[18:39] </w:t>
      </w:r>
      <w:r>
        <w:t>ke liye taqseem inaamaat hoga.</w:t>
      </w:r>
    </w:p>
    <w:p>
      <w:pPr>
        <w:jc w:val="right"/>
      </w:pPr>
      <w:r>
        <w:t>کے لیے تقسیم انعامات ہوگا۔</w:t>
      </w:r>
    </w:p>
    <w:p>
      <w:r>
        <w:rPr>
          <w:b/>
        </w:rPr>
        <w:t xml:space="preserve">[18:45] </w:t>
      </w:r>
      <w:r>
        <w:t>to mere jaisa insaan bhi wahan ek khada ho jayega aur yeh le kar ke ke Allah</w:t>
      </w:r>
    </w:p>
    <w:p>
      <w:pPr>
        <w:jc w:val="right"/>
      </w:pPr>
      <w:r>
        <w:t>تو میرے جیسا انسان بھی وہاں ایک کھڑا ہو جائے گا اور یہ لے کر کے کہ اللہ</w:t>
      </w:r>
    </w:p>
    <w:p>
      <w:r>
        <w:rPr>
          <w:b/>
        </w:rPr>
        <w:t xml:space="preserve">[18:51] </w:t>
      </w:r>
      <w:r>
        <w:t>taala ne jab duniya mein yeh yeh qaum rakha tha</w:t>
      </w:r>
    </w:p>
    <w:p>
      <w:pPr>
        <w:jc w:val="right"/>
      </w:pPr>
      <w:r>
        <w:t>تعالیٰ نے جب دنیا میں یہ یہ قوم رکھا تھا</w:t>
      </w:r>
    </w:p>
    <w:p>
      <w:r>
        <w:rPr>
          <w:b/>
        </w:rPr>
        <w:t xml:space="preserve">[18:57] </w:t>
      </w:r>
      <w:r>
        <w:t>ke ghair mustahiq bhi aa jaye to use bhi kuch de do.</w:t>
      </w:r>
    </w:p>
    <w:p>
      <w:pPr>
        <w:jc w:val="right"/>
      </w:pPr>
      <w:r>
        <w:t>کہ غیر مستحق بھی آ جائے تو اسے بھی کچھ دے دو۔</w:t>
      </w:r>
    </w:p>
    <w:p>
      <w:r>
        <w:rPr>
          <w:b/>
        </w:rPr>
        <w:t xml:space="preserve">[19:02] </w:t>
      </w:r>
      <w:r>
        <w:t>to yeh ek point of reference hai ke khudaaya, jab inaamaat ki taqseem ho amal karne walon ke</w:t>
      </w:r>
    </w:p>
    <w:p>
      <w:pPr>
        <w:jc w:val="right"/>
      </w:pPr>
      <w:r>
        <w:t>تو یہ ایک پوائنٹ آف ریفرنس ہے کہ خدایا، جب انعامات کی تقسیم ہو عمل کرنے والوں کے</w:t>
      </w:r>
    </w:p>
    <w:p>
      <w:r>
        <w:rPr>
          <w:b/>
        </w:rPr>
        <w:t xml:space="preserve">[19:08] </w:t>
      </w:r>
      <w:r>
        <w:t>liye, to mere jaise ek ghair mustahiq insaan bhi wahan khada ho jayega, to mujhe bhi kuch</w:t>
      </w:r>
    </w:p>
    <w:p>
      <w:pPr>
        <w:jc w:val="right"/>
      </w:pPr>
      <w:r>
        <w:t>لیے، تو میرے جیسے ایک غیر مستحق انسان بھی وہاں کھڑا ہو جائے گا، تو مجھے بھی کچھ</w:t>
      </w:r>
    </w:p>
    <w:p>
      <w:r>
        <w:rPr>
          <w:b/>
        </w:rPr>
        <w:t xml:space="preserve">[19:13] </w:t>
      </w:r>
      <w:r>
        <w:t>hissa de de is mein se.</w:t>
      </w:r>
    </w:p>
    <w:p>
      <w:pPr>
        <w:jc w:val="right"/>
      </w:pPr>
      <w:r>
        <w:t>حصہ دے دے اس میں سے۔</w:t>
      </w:r>
    </w:p>
    <w:p>
      <w:r>
        <w:rPr>
          <w:b/>
        </w:rPr>
        <w:t xml:space="preserve">[19:18] </w:t>
      </w:r>
      <w:r>
        <w:t>yeh hai point of reference dua karne ke liye.</w:t>
      </w:r>
    </w:p>
    <w:p>
      <w:pPr>
        <w:jc w:val="right"/>
      </w:pPr>
      <w:r>
        <w:t>یہ ہے پوائنٹ آف ریفرنس دعا کرنے کے لیے۔</w:t>
      </w:r>
    </w:p>
    <w:p>
      <w:r>
        <w:rPr>
          <w:b/>
        </w:rPr>
        <w:t xml:space="preserve">[19:23] </w:t>
      </w:r>
      <w:r>
        <w:t>yeh bohat bari baat hai, yeh yani is se yeh baat nikalti hai ke</w:t>
      </w:r>
    </w:p>
    <w:p>
      <w:pPr>
        <w:jc w:val="right"/>
      </w:pPr>
      <w:r>
        <w:t>یہ بہت بڑی بات ہے، یہ یعنی اس سے یہ بات نکلتی ہے کہ</w:t>
      </w:r>
    </w:p>
    <w:p>
      <w:r>
        <w:rPr>
          <w:b/>
        </w:rPr>
        <w:t xml:space="preserve">[19:28] </w:t>
      </w:r>
      <w:r>
        <w:t>ke na sirf woh log haqdar hain jinhone amal kiya, jinhone bare bare kaam kiye Allah ke raste mein, jinhone qurbani di, woh log bhi Allah ki inayat ke haqdar hain jo taqseem huzoor ke waqt wahan khade ho jayen aur yeh yeh ehsaas le kar ke ke khudaaya, ghair mustahiq sawali ke liye bhi to ne darja rakha tha duniya mein, to yahan bhi ek ghair</w:t>
      </w:r>
    </w:p>
    <w:p>
      <w:pPr>
        <w:jc w:val="right"/>
      </w:pPr>
      <w:r>
        <w:t>کہ نہ صرف وہ لوگ حقدار ہیں جنہوں نے عمل کیا، جنہوں نے بڑے بڑے کام کیے اللہ کے راستے میں، جنہوں نے قربانی دی، وہ لوگ بھی اللہ کی عنایت کے حقدار ہیں جو تقسیم حضور کے وقت وہاں کھڑے ہو جائیں اور یہ یہ احساس لے کر کے کہ خدایا، غیر مستحق سوالی کے لیے بھی تو نے درجہ رکھا تھا دنیا میں، تو یہاں بھی ایک غیر</w:t>
      </w:r>
    </w:p>
    <w:p>
      <w:r>
        <w:rPr>
          <w:b/>
        </w:rPr>
        <w:t xml:space="preserve">[19:58] </w:t>
      </w:r>
      <w:r>
        <w:t>mustahiq sawali ke liye kuch mera bhi hissa laga de is mein.</w:t>
      </w:r>
    </w:p>
    <w:p>
      <w:pPr>
        <w:jc w:val="right"/>
      </w:pPr>
      <w:r>
        <w:t>مستحق سوالی کے لیے کچھ میرا بھی حصہ لگا دے اس میں۔</w:t>
      </w:r>
    </w:p>
    <w:p>
      <w:r>
        <w:rPr>
          <w:b/>
        </w:rPr>
        <w:t xml:space="preserve">[20:04] </w:t>
      </w:r>
      <w:r>
        <w:t>yeh hai point of reference.</w:t>
      </w:r>
    </w:p>
    <w:p>
      <w:pPr>
        <w:jc w:val="right"/>
      </w:pPr>
      <w:r>
        <w:t>یہ ہے پوائنٹ آف ریفرنس۔</w:t>
      </w:r>
    </w:p>
    <w:p>
      <w:r>
        <w:rPr>
          <w:b/>
        </w:rPr>
        <w:t xml:space="preserve">[20:09] </w:t>
      </w:r>
      <w:r>
        <w:t>mein samajhta hoon ke yeh bohat bari cheez hai, is par aap logon ko sochna chahiye, kyunke dekhiye,</w:t>
      </w:r>
    </w:p>
    <w:p>
      <w:pPr>
        <w:jc w:val="right"/>
      </w:pPr>
      <w:r>
        <w:t>میں سمجھتا ہوں کہ یہ بہت بڑی چیز ہے، اس پر آپ لوگوں کو سوچنا چاہیے، کیونکہ دیکھیے،</w:t>
      </w:r>
    </w:p>
    <w:p>
      <w:r>
        <w:rPr>
          <w:b/>
        </w:rPr>
        <w:t xml:space="preserve">[20:14] </w:t>
      </w:r>
      <w:r>
        <w:t>barhe barhe top ke log jo hain, woh ehsaas majeed the ke maine kuch nahi kiya.</w:t>
      </w:r>
    </w:p>
    <w:p>
      <w:pPr>
        <w:jc w:val="right"/>
      </w:pPr>
      <w:r>
        <w:t>بڑے بڑے ٹاپ کے لوگ جو ہیں، وہ احساس مجید تھے کہ میں نے کچھ نہیں کیا۔</w:t>
      </w:r>
    </w:p>
    <w:p>
      <w:r>
        <w:rPr>
          <w:b/>
        </w:rPr>
        <w:t xml:space="preserve">[20:20] </w:t>
      </w:r>
      <w:r>
        <w:t>apne ko yeh samajh lena ke mein to bara kaam kar dala hai, mein to bara mustahiq hoon,</w:t>
      </w:r>
    </w:p>
    <w:p>
      <w:pPr>
        <w:jc w:val="right"/>
      </w:pPr>
      <w:r>
        <w:t>اپنے کو یہ سمجھ لینا کہ میں تو بڑا کام کر ڈالا ہے، میں تو بڑا مستحق ہوں،</w:t>
      </w:r>
    </w:p>
    <w:p>
      <w:r>
        <w:rPr>
          <w:b/>
        </w:rPr>
        <w:t xml:space="preserve">[20:25] </w:t>
      </w:r>
      <w:r>
        <w:t>yeh gumrahi ki baat hai.</w:t>
      </w:r>
    </w:p>
    <w:p>
      <w:pPr>
        <w:jc w:val="right"/>
      </w:pPr>
      <w:r>
        <w:t>یہ گمراہی کی بات ہے۔</w:t>
      </w:r>
    </w:p>
    <w:p>
      <w:r>
        <w:rPr>
          <w:b/>
        </w:rPr>
        <w:t xml:space="preserve">[20:31] </w:t>
      </w:r>
      <w:r>
        <w:t>yeh gumrahi ki baat hai ke koi samajh le ke mein to bohat mustahiq aadmi hoon, maine</w:t>
      </w:r>
    </w:p>
    <w:p>
      <w:pPr>
        <w:jc w:val="right"/>
      </w:pPr>
      <w:r>
        <w:t>یہ گمراہی کی بات ہے کہ کوئی سمجھ لے کہ میں تو بہت مستحق آدمی ہوں، میں نے</w:t>
      </w:r>
    </w:p>
    <w:p>
      <w:r>
        <w:rPr>
          <w:b/>
        </w:rPr>
        <w:t xml:space="preserve">[20:36] </w:t>
      </w:r>
      <w:r>
        <w:t>bade bade karnamay anjam de diye hain, bohat kuch kar ke aadmi samajhta hai ke maine to</w:t>
      </w:r>
    </w:p>
    <w:p>
      <w:pPr>
        <w:jc w:val="right"/>
      </w:pPr>
      <w:r>
        <w:t>بڑے بڑے کارنامے انجام دے دیے ہیں، بہت کچھ کر کے آدمی سمجھتا ہے کہ میں نے تو</w:t>
      </w:r>
    </w:p>
    <w:p>
      <w:r>
        <w:rPr>
          <w:b/>
        </w:rPr>
        <w:t xml:space="preserve">[20:41] </w:t>
      </w:r>
      <w:r>
        <w:t>kuch bhi nahi kiya.</w:t>
      </w:r>
    </w:p>
    <w:p>
      <w:pPr>
        <w:jc w:val="right"/>
      </w:pPr>
      <w:r>
        <w:t>کچھ بھی نہیں کیا۔</w:t>
      </w:r>
    </w:p>
    <w:p>
      <w:r>
        <w:rPr>
          <w:b/>
        </w:rPr>
        <w:t xml:space="preserve">[20:46] </w:t>
      </w:r>
      <w:r>
        <w:t>to ghair mustahiq hone ka ehsas hamesha aap ka peecha karta rehta hai.</w:t>
      </w:r>
    </w:p>
    <w:p>
      <w:pPr>
        <w:jc w:val="right"/>
      </w:pPr>
      <w:r>
        <w:t>تو غیر مستحق ہونے کا احساس ہمیشہ آپ کا پیچھا کرتا رہتا ہے۔</w:t>
      </w:r>
    </w:p>
    <w:p>
      <w:r>
        <w:rPr>
          <w:b/>
        </w:rPr>
        <w:t xml:space="preserve">[20:51] </w:t>
      </w:r>
      <w:r>
        <w:t>to yeh ayat aap ko solas deti hai, solas ke is ko ek point of point of reference</w:t>
      </w:r>
    </w:p>
    <w:p>
      <w:pPr>
        <w:jc w:val="right"/>
      </w:pPr>
      <w:r>
        <w:t>تو یہ آیت آپ کو سولس دیتی ہے، سولس کہ اس کو ایک پوائنٹ آف پوائنٹ آف ریفرنس</w:t>
      </w:r>
    </w:p>
    <w:p>
      <w:r>
        <w:rPr>
          <w:b/>
        </w:rPr>
        <w:t xml:space="preserve">[20:56] </w:t>
      </w:r>
      <w:r>
        <w:t>bana kar ke aap dua kar sakte hain.</w:t>
      </w:r>
    </w:p>
    <w:p>
      <w:pPr>
        <w:jc w:val="right"/>
      </w:pPr>
      <w:r>
        <w:t>بنا کر کے آپ دعا کر سکتے ہیں۔</w:t>
      </w:r>
    </w:p>
    <w:p>
      <w:r>
        <w:rPr>
          <w:b/>
        </w:rPr>
        <w:t xml:space="preserve">[21:01] </w:t>
      </w:r>
      <w:r>
        <w:t>das question is from Maulana Abdul Halim Nadvi from Himachal Pradesh: agar koi Hindu bhai apne dono hath jod</w:t>
      </w:r>
    </w:p>
    <w:p>
      <w:pPr>
        <w:jc w:val="right"/>
      </w:pPr>
      <w:r>
        <w:t>دس کوئسچن از فرام مولانا عبدالحلیم ندوی فرام ہماچل پردیش: اگر کوئی ہندو بھائی اپنے دونوں ہاتھ جوڑ</w:t>
      </w:r>
    </w:p>
    <w:p>
      <w:r>
        <w:rPr>
          <w:b/>
        </w:rPr>
        <w:t xml:space="preserve">[21:09] </w:t>
      </w:r>
      <w:r>
        <w:t>kar hamein wish karta hai aur return mein hum se bhi yahi chahta hai, to aisi halat mein</w:t>
      </w:r>
    </w:p>
    <w:p>
      <w:pPr>
        <w:jc w:val="right"/>
      </w:pPr>
      <w:r>
        <w:t>کر ہمیں وش کرتا ہے اور ریٹرن میں ہم سے بھی یہی چاہتا ہے، تو ایسی حالت میں</w:t>
      </w:r>
    </w:p>
    <w:p>
      <w:r>
        <w:rPr>
          <w:b/>
        </w:rPr>
        <w:t xml:space="preserve">[21:16] </w:t>
      </w:r>
      <w:r>
        <w:t>ek dai ka tareeqa kya hona chahiye? bilkul, use dono hath jodna chahiye.</w:t>
      </w:r>
    </w:p>
    <w:p>
      <w:pPr>
        <w:jc w:val="right"/>
      </w:pPr>
      <w:r>
        <w:t>ایک دائی کا طریقہ کیا ہونا چاہیے؟ بالکل، اسے دونوں ہاتھ جوڑنا چاہیے۔</w:t>
      </w:r>
    </w:p>
    <w:p>
      <w:r>
        <w:rPr>
          <w:b/>
        </w:rPr>
        <w:t xml:space="preserve">[21:24] </w:t>
      </w:r>
      <w:r>
        <w:t>yeh talif e qalb hai.</w:t>
      </w:r>
    </w:p>
    <w:p>
      <w:pPr>
        <w:jc w:val="right"/>
      </w:pPr>
      <w:r>
        <w:t>یہ تالیف قلب ہے۔</w:t>
      </w:r>
    </w:p>
    <w:p>
      <w:r>
        <w:rPr>
          <w:b/>
        </w:rPr>
        <w:t xml:space="preserve">[21:32] </w:t>
      </w:r>
      <w:r>
        <w:t>dekhiye, arab mein log jab salam kehte thay to hath nahi uthate thay.</w:t>
      </w:r>
    </w:p>
    <w:p>
      <w:pPr>
        <w:jc w:val="right"/>
      </w:pPr>
      <w:r>
        <w:t>دیکھیے، عرب میں لوگ جب سلام کہتے تھے تو ہاتھ نہیں اٹھاتے تھے۔</w:t>
      </w:r>
    </w:p>
    <w:p>
      <w:r>
        <w:rPr>
          <w:b/>
        </w:rPr>
        <w:t xml:space="preserve">[21:38] </w:t>
      </w:r>
      <w:r>
        <w:t>hath uthane ka riwaj arab mein nahi tha.</w:t>
      </w:r>
    </w:p>
    <w:p>
      <w:pPr>
        <w:jc w:val="right"/>
      </w:pPr>
      <w:r>
        <w:t>ہاتھ اٹھانے کا رواج عرب میں نہیں تھا۔</w:t>
      </w:r>
    </w:p>
    <w:p>
      <w:r>
        <w:rPr>
          <w:b/>
        </w:rPr>
        <w:t xml:space="preserve">[21:44] </w:t>
      </w:r>
      <w:r>
        <w:t>musalman jab Iran mein gaye to Iran mein hath uthane ka riwaj tha, lekin ek hath uthate thay.</w:t>
      </w:r>
    </w:p>
    <w:p>
      <w:pPr>
        <w:jc w:val="right"/>
      </w:pPr>
      <w:r>
        <w:t>مسلمان جب ایران میں گئے تو ایران میں ہاتھ اٹھانے کا رواج تھا، لیکن ایک ہاتھ اٹھاتے تھے۔</w:t>
      </w:r>
    </w:p>
    <w:p>
      <w:r>
        <w:rPr>
          <w:b/>
        </w:rPr>
        <w:t xml:space="preserve">[21:50] </w:t>
      </w:r>
      <w:r>
        <w:t>Iran mein ek hath uthate thay to musalmanon ne bhi is ka ikhtiyar kar liya tareeqa.</w:t>
      </w:r>
    </w:p>
    <w:p>
      <w:pPr>
        <w:jc w:val="right"/>
      </w:pPr>
      <w:r>
        <w:t>ایران میں ایک ہاتھ اٹھاتے تھے تو مسلمانوں نے بھی اس کا اختیار کر لیا طریقہ۔</w:t>
      </w:r>
    </w:p>
    <w:p>
      <w:r>
        <w:rPr>
          <w:b/>
        </w:rPr>
        <w:t xml:space="preserve">[21:56] </w:t>
      </w:r>
      <w:r>
        <w:t>wo India mein</w:t>
      </w:r>
    </w:p>
    <w:p>
      <w:pPr>
        <w:jc w:val="right"/>
      </w:pPr>
      <w:r>
        <w:t>وہ انڈیا میں</w:t>
      </w:r>
    </w:p>
    <w:p>
      <w:r>
        <w:rPr>
          <w:b/>
        </w:rPr>
        <w:t xml:space="preserve">[22:02] </w:t>
      </w:r>
      <w:r>
        <w:t>bhi aya to main kehta hoon ke agar ek hath hath uthana jaiz hai to do hath uthana</w:t>
      </w:r>
    </w:p>
    <w:p>
      <w:pPr>
        <w:jc w:val="right"/>
      </w:pPr>
      <w:r>
        <w:t>بھی آیا تو میں کہتا ہوں کہ اگر ایک ہاتھ ہاتھ اٹھانا جائز ہے تو دو ہاتھ اٹھانا</w:t>
      </w:r>
    </w:p>
    <w:p>
      <w:r>
        <w:rPr>
          <w:b/>
        </w:rPr>
        <w:t xml:space="preserve">[22:08] </w:t>
      </w:r>
      <w:r>
        <w:t>kyun nahi jaiz hai? yeh yeh yeh yeh jo do aur wo Hindu log dono hath uthate hain</w:t>
      </w:r>
    </w:p>
    <w:p>
      <w:pPr>
        <w:jc w:val="right"/>
      </w:pPr>
      <w:r>
        <w:t>کیوں نہیں جائز ہے؟ یہ یہ یہ یہ جو دو اور وہ ہندو لوگ دونوں ہاتھ اٹھاتے ہیں</w:t>
      </w:r>
    </w:p>
    <w:p>
      <w:r>
        <w:rPr>
          <w:b/>
        </w:rPr>
        <w:t xml:space="preserve">[22:14] </w:t>
      </w:r>
      <w:r>
        <w:t>to Iran mein musalmanon ne dono ek hath uthaya, India mein agar dono hath uthaye to is mein</w:t>
      </w:r>
    </w:p>
    <w:p>
      <w:pPr>
        <w:jc w:val="right"/>
      </w:pPr>
      <w:r>
        <w:t>تو ایران میں مسلمانوں نے دونوں ایک ہاتھ اٹھایا، انڈیا میں اگر دونوں ہاتھ اٹھائے تو اس میں</w:t>
      </w:r>
    </w:p>
    <w:p>
      <w:r>
        <w:rPr>
          <w:b/>
        </w:rPr>
        <w:t xml:space="preserve">[22:20] </w:t>
      </w:r>
      <w:r>
        <w:t>is mein is mein haram halal kya masla hai? yeh to culture hai, yeh to culture hai.</w:t>
      </w:r>
    </w:p>
    <w:p>
      <w:pPr>
        <w:jc w:val="right"/>
      </w:pPr>
      <w:r>
        <w:t>اس میں اس میں حرام حلال کیا مسئلہ ہے؟ یہ تو کلچر ہے، یہ تو کلچر ہے۔</w:t>
      </w:r>
    </w:p>
    <w:p>
      <w:r>
        <w:rPr>
          <w:b/>
        </w:rPr>
        <w:t xml:space="preserve">[22:27] </w:t>
      </w:r>
      <w:r>
        <w:t>dekhein, talif e qalb ka ek bohat bara yani bari taleem Islam mein di gayi hai.</w:t>
      </w:r>
    </w:p>
    <w:p>
      <w:pPr>
        <w:jc w:val="right"/>
      </w:pPr>
      <w:r>
        <w:t>دیکھیں، تالیف قلب کا ایک بہت بڑا یعنی بڑی تعلیم اسلام میں دی گئی ہے۔</w:t>
      </w:r>
    </w:p>
    <w:p>
      <w:r>
        <w:rPr>
          <w:b/>
        </w:rPr>
        <w:t xml:space="preserve">[22:33] </w:t>
      </w:r>
      <w:r>
        <w:t>talif e qalb ka itni ahmiyat hai, itni ahmiyat hai, itni ahmiyat hai ke Rasool Allah Salallahu Alaihi</w:t>
      </w:r>
    </w:p>
    <w:p>
      <w:pPr>
        <w:jc w:val="right"/>
      </w:pPr>
      <w:r>
        <w:t>تالیف قلب کا اتنی اہمیت ہے، اتنی اہمیت ہے، اتنی اہمیت ہے کہ رسول اللہ صلی اللہ علیہ</w:t>
      </w:r>
    </w:p>
    <w:p>
      <w:r>
        <w:rPr>
          <w:b/>
        </w:rPr>
        <w:t xml:space="preserve">[22:39] </w:t>
      </w:r>
      <w:r>
        <w:t>Wasallam ne dekhe, jis ko hum kehte hain Ashura ka roza, wo kya hai? wo talif e qalb ke liye tha.</w:t>
      </w:r>
    </w:p>
    <w:p>
      <w:pPr>
        <w:jc w:val="right"/>
      </w:pPr>
      <w:r>
        <w:t>وسلم نے دیکھے، جس کو ہم کہتے ہیں عاشورہ کا روزہ، وہ کیا ہے؟ وہ تالیف قلب کے لیے تھا۔</w:t>
      </w:r>
    </w:p>
    <w:p>
      <w:r>
        <w:rPr>
          <w:b/>
        </w:rPr>
        <w:t xml:space="preserve">[22:45] </w:t>
      </w:r>
      <w:r>
        <w:t>Yahood chunaanche rakhte thay yeh roza Ashura wala, to jab Madina mein agar Rasool Allah Salallahu Alaihi</w:t>
      </w:r>
    </w:p>
    <w:p>
      <w:pPr>
        <w:jc w:val="right"/>
      </w:pPr>
      <w:r>
        <w:t>یہود چونکہ رکھتے تھے یہ روزہ عاشورہ والا، تو جب مدینہ میں اگر رسول اللہ صلی اللہ علیہ</w:t>
      </w:r>
    </w:p>
    <w:p>
      <w:r>
        <w:rPr>
          <w:b/>
        </w:rPr>
        <w:t xml:space="preserve">[22:51] </w:t>
      </w:r>
      <w:r>
        <w:t>Wasallam gaye to aap bhi rakhne lagay is ko.</w:t>
      </w:r>
    </w:p>
    <w:p>
      <w:pPr>
        <w:jc w:val="right"/>
      </w:pPr>
      <w:r>
        <w:t>وسلم گئے تو آپ بھی رکھنے لگے اس کو۔</w:t>
      </w:r>
    </w:p>
    <w:p>
      <w:r>
        <w:rPr>
          <w:b/>
        </w:rPr>
        <w:t xml:space="preserve">[22:57] </w:t>
      </w:r>
      <w:r>
        <w:t>aise hi dekhiye, Yahood log jo thay, un ka jo qibla tha ibadat ka, wo Qiblatul Sakhrat tha.</w:t>
      </w:r>
    </w:p>
    <w:p>
      <w:pPr>
        <w:jc w:val="right"/>
      </w:pPr>
      <w:r>
        <w:t>ایسے ہی دیکھیے، یہود لوگ جو تھے، ان کا جو قبلہ تھا عبادت کا، وہ قبلۃ الصخرہ تھا۔</w:t>
      </w:r>
    </w:p>
    <w:p>
      <w:r>
        <w:rPr>
          <w:b/>
        </w:rPr>
        <w:t xml:space="preserve">[23:03] </w:t>
      </w:r>
      <w:r>
        <w:t>aap ne inhi qible ko apna qibla bana liya.</w:t>
      </w:r>
    </w:p>
    <w:p>
      <w:pPr>
        <w:jc w:val="right"/>
      </w:pPr>
      <w:r>
        <w:t>آپ نے انہی قبلے کو اپنا قبلہ بنا لیا۔</w:t>
      </w:r>
    </w:p>
    <w:p>
      <w:r>
        <w:rPr>
          <w:b/>
        </w:rPr>
        <w:t xml:space="preserve">[23:07] </w:t>
      </w:r>
      <w:r>
        <w:t>is ko aap parh lijiye, quran ki jo surah woh hai parah: sayaqool as-safa' min an-nas ma wallah</w:t>
      </w:r>
    </w:p>
    <w:p>
      <w:pPr>
        <w:jc w:val="right"/>
      </w:pPr>
      <w:r>
        <w:t>اس کو آپ پڑھ لیجئے، قرآن کی جو سورۃ وہ ہے پارہ: سیقول الصفاء من الناس ما واللہ</w:t>
      </w:r>
    </w:p>
    <w:p>
      <w:r>
        <w:rPr>
          <w:b/>
        </w:rPr>
        <w:t xml:space="preserve">[23:11] </w:t>
      </w:r>
      <w:r>
        <w:t>an qiblatuhum al-irtikal.</w:t>
      </w:r>
    </w:p>
    <w:p>
      <w:pPr>
        <w:jc w:val="right"/>
      </w:pPr>
      <w:r>
        <w:t>عن قبلتہم الارتکال۔</w:t>
      </w:r>
    </w:p>
    <w:p>
      <w:r>
        <w:rPr>
          <w:b/>
        </w:rPr>
        <w:t xml:space="preserve">[23:14] </w:t>
      </w:r>
      <w:r>
        <w:t>to is tarah ke bohat sare waqiat hain ke rasool Allah sal Allah alaihi wasallam ne out of</w:t>
      </w:r>
    </w:p>
    <w:p>
      <w:pPr>
        <w:jc w:val="right"/>
      </w:pPr>
      <w:r>
        <w:t>تو اس طرح کے بہت سارے واقعات ہیں کہ رسول اللہ صلی اللہ علیہ وسلم نے آؤٹ آف</w:t>
      </w:r>
    </w:p>
    <w:p>
      <w:r>
        <w:rPr>
          <w:b/>
        </w:rPr>
        <w:t xml:space="preserve">[23:18] </w:t>
      </w:r>
      <w:r>
        <w:t>da way ja kar ke talif-e-qalb ki.</w:t>
      </w:r>
    </w:p>
    <w:p>
      <w:pPr>
        <w:jc w:val="right"/>
      </w:pPr>
      <w:r>
        <w:t>دا وے جا کر کے تالیف قلب کی۔</w:t>
      </w:r>
    </w:p>
    <w:p>
      <w:r>
        <w:rPr>
          <w:b/>
        </w:rPr>
        <w:t xml:space="preserve">[23:22] </w:t>
      </w:r>
      <w:r>
        <w:t>yeh jo aap ne qibla bana liya, yahoodi qible ko apna qibla, yeh out of da way ja</w:t>
      </w:r>
    </w:p>
    <w:p>
      <w:pPr>
        <w:jc w:val="right"/>
      </w:pPr>
      <w:r>
        <w:t>یہ جو آپ نے قبلہ بنا لیا، یہودی قبلے کو اپنا قبلہ، یہ آؤٹ آف دا وے جا</w:t>
      </w:r>
    </w:p>
    <w:p>
      <w:r>
        <w:rPr>
          <w:b/>
        </w:rPr>
        <w:t xml:space="preserve">[23:26] </w:t>
      </w:r>
      <w:r>
        <w:t>kar ke aap ne aisa kiya.</w:t>
      </w:r>
    </w:p>
    <w:p>
      <w:pPr>
        <w:jc w:val="right"/>
      </w:pPr>
      <w:r>
        <w:t>کر کے آپ نے ایسا کیا۔</w:t>
      </w:r>
    </w:p>
    <w:p>
      <w:r>
        <w:rPr>
          <w:b/>
        </w:rPr>
        <w:t xml:space="preserve">[23:30] </w:t>
      </w:r>
      <w:r>
        <w:t>to talif-e-qalb to bohat wasee cheez</w:t>
      </w:r>
    </w:p>
    <w:p>
      <w:pPr>
        <w:jc w:val="right"/>
      </w:pPr>
      <w:r>
        <w:t>تو تالیف قلب تو بہت وسیع چیز</w:t>
      </w:r>
    </w:p>
    <w:p>
      <w:r>
        <w:rPr>
          <w:b/>
        </w:rPr>
        <w:t xml:space="preserve">[23:33] </w:t>
      </w:r>
      <w:r>
        <w:t>hai.</w:t>
      </w:r>
    </w:p>
    <w:p>
      <w:pPr>
        <w:jc w:val="right"/>
      </w:pPr>
      <w:r>
        <w:t>ہے۔ عام حالات میں آپ دو ہاتھ طریقہ عمل اختیار کیجئے، لیکن ایک ہندو جب دو ہاتھ اٹھاتا ہے، آپ کے ہاتھ دو ہاتھ اٹھنا دیجئے۔ یہ یہ سمجھ کے کہ میں تالیف قلب کر رہا ہوں، اس کے اس کے بغیر دعوت کا کام نہیں ہو سکتا ہے۔ دعوت کا کام اس کے بغیر نہیں ہو سکتا ہے۔ وہ لیکن چونکہ مسلمانوں میں دعوت کا جذبہ نہیں، مدعو کے لیے محبت نہیں، تالیف کا جو ت</w:t>
      </w:r>
    </w:p>
    <w:p>
      <w:r>
        <w:rPr>
          <w:b/>
        </w:rPr>
        <w:t xml:space="preserve">[24:03] </w:t>
      </w:r>
      <w:r>
        <w:t>alif ka jo tareeqa hai, woh is se bekhabar hain bilkul, is wajah se bhadakte hain in cheezon par.</w:t>
      </w:r>
    </w:p>
    <w:p>
      <w:pPr>
        <w:jc w:val="right"/>
      </w:pPr>
      <w:r>
        <w:t>الیف کا جو طریقہ ہے، وہ اس سے بے خبر ہیں بالکل، اس وجہ سے بھڑکتے ہیں ان چیزوں پر۔</w:t>
      </w:r>
    </w:p>
    <w:p>
      <w:r>
        <w:rPr>
          <w:b/>
        </w:rPr>
        <w:t xml:space="preserve">[24:09] </w:t>
      </w:r>
      <w:r>
        <w:t>yani is bhadakne ki wajah yeh nahi ke islam ne aisa talif diye, har giz nahi, har giz nahi, har giz nahi.</w:t>
      </w:r>
    </w:p>
    <w:p>
      <w:pPr>
        <w:jc w:val="right"/>
      </w:pPr>
      <w:r>
        <w:t>یعنی اس بھڑکنے کی وجہ یہ نہیں کہ اسلام نے ایسا تالیف دیے، ہرگز نہیں، ہرگز نہیں، ہرگز نہیں۔</w:t>
      </w:r>
    </w:p>
    <w:p>
      <w:r>
        <w:rPr>
          <w:b/>
        </w:rPr>
        <w:t xml:space="preserve">[24:15] </w:t>
      </w:r>
      <w:r>
        <w:t>jab yahood ke qible ko qibla bana sakta hai to yeh to bohat mamooli si baat hai, bohat</w:t>
      </w:r>
    </w:p>
    <w:p>
      <w:pPr>
        <w:jc w:val="right"/>
      </w:pPr>
      <w:r>
        <w:t>جب یہود کے قبلے کو قبلہ بنا سکتا ہے تو یہ تو بہت معمولی سی بات ہے، بہت</w:t>
      </w:r>
    </w:p>
    <w:p>
      <w:r>
        <w:rPr>
          <w:b/>
        </w:rPr>
        <w:t xml:space="preserve">[24:21] </w:t>
      </w:r>
      <w:r>
        <w:t>choti si baat hai.</w:t>
      </w:r>
    </w:p>
    <w:p>
      <w:pPr>
        <w:jc w:val="right"/>
      </w:pPr>
      <w:r>
        <w:t>چھوٹی سی بات ہے۔</w:t>
      </w:r>
    </w:p>
    <w:p>
      <w:r>
        <w:rPr>
          <w:b/>
        </w:rPr>
        <w:t xml:space="preserve">[24:27] </w:t>
      </w:r>
      <w:r>
        <w:t>yeh jis ibadat par, jis namaz par is ka inhisaar hai, yani akhirat ki</w:t>
      </w:r>
    </w:p>
    <w:p>
      <w:pPr>
        <w:jc w:val="right"/>
      </w:pPr>
      <w:r>
        <w:t>یہ جس عبادت پر، جس نماز پر اس کا انحصار ہے، یعنی آخرت کی</w:t>
      </w:r>
    </w:p>
    <w:p>
      <w:r>
        <w:rPr>
          <w:b/>
        </w:rPr>
        <w:t xml:space="preserve">[24:33] </w:t>
      </w:r>
      <w:r>
        <w:t>nijaat ka, kyunke Quran mein dekhen ke woh qalu lam nakum al musalleen, hum namaz parhne wale bhi na thay ke namaz nahi parhne wale thay, to jahannum mein gaye. Woh to jis ibaadat ki itni ahmiyat ho, us ibaadat mein qibla bana liya Yahood ka 16 mahine tak. To agar ibaadat ka qibla banaya ja sakta hai talif qalb ke taur par, to yeh to bohat choti</w:t>
      </w:r>
    </w:p>
    <w:p>
      <w:pPr>
        <w:jc w:val="right"/>
      </w:pPr>
      <w:r>
        <w:t>نجات کا، کیونکہ قرآن میں دیکھیں کہ وہ قالو لم نکم المصلین، ہم نماز پڑھنے والے بھی نہ تھے کہ نماز نہیں پڑھنے والے تھے، تو جہنم میں گئے۔ وہ تو جس عبادت کی اتنی اہمیت ہو، اس عبادت میں قبلہ بنا لیا یہود کا 16 مہینے تک۔ تو اگر عبادت کا قبلہ بنایا جا سکتا ہے تالیف قلب کے طور پر، تو یہ تو بہت چھوٹی</w:t>
      </w:r>
    </w:p>
    <w:p>
      <w:r>
        <w:rPr>
          <w:b/>
        </w:rPr>
        <w:t xml:space="preserve">[25:03] </w:t>
      </w:r>
      <w:r>
        <w:t>si baat hai.</w:t>
      </w:r>
    </w:p>
    <w:p>
      <w:pPr>
        <w:jc w:val="right"/>
      </w:pPr>
      <w:r>
        <w:t>سی بات ہے۔</w:t>
      </w:r>
    </w:p>
    <w:p>
      <w:r>
        <w:rPr>
          <w:b/>
        </w:rPr>
        <w:t xml:space="preserve">[25:08] </w:t>
      </w:r>
      <w:r>
        <w:t>mein is ko bilkul jaiz samajhta hoon, jaiz kahan? mein is ko samajhta hoon ke sawab hoga jo</w:t>
      </w:r>
    </w:p>
    <w:p>
      <w:pPr>
        <w:jc w:val="right"/>
      </w:pPr>
      <w:r>
        <w:t>میں اس کو بالکل جائز سمجھتا ہوں، جائز کہاں؟ میں اس کو سمجھتا ہوں کہ ثواب ہوگا جو</w:t>
      </w:r>
    </w:p>
    <w:p>
      <w:r>
        <w:rPr>
          <w:b/>
        </w:rPr>
        <w:t xml:space="preserve">[25:13] </w:t>
      </w:r>
      <w:r>
        <w:t>log aisa karein, kyunke woh niyat un ki dawat hogi.</w:t>
      </w:r>
    </w:p>
    <w:p>
      <w:pPr>
        <w:jc w:val="right"/>
      </w:pPr>
      <w:r>
        <w:t>لوگ ایسا کریں، کیونکہ وہ نیت ان کی دعوت ہوگی۔</w:t>
      </w:r>
    </w:p>
    <w:p>
      <w:r>
        <w:rPr>
          <w:b/>
        </w:rPr>
        <w:t xml:space="preserve">[25:18] </w:t>
      </w:r>
      <w:r>
        <w:t>This question is from Mr. Naeem Hasan from Ghaziabad: Quran ki ek ayat mein Allah ki pindli</w:t>
      </w:r>
    </w:p>
    <w:p>
      <w:pPr>
        <w:jc w:val="right"/>
      </w:pPr>
      <w:r>
        <w:t>دس کوئسچن از فرام مسٹر نعیم حسن فرام غازی آباد: قرآن کی ایک آیت میں اللہ کی پنڈلی</w:t>
      </w:r>
    </w:p>
    <w:p>
      <w:r>
        <w:rPr>
          <w:b/>
        </w:rPr>
        <w:t xml:space="preserve">[25:24] </w:t>
      </w:r>
      <w:r>
        <w:t>shabd aaya hai.</w:t>
      </w:r>
    </w:p>
    <w:p>
      <w:pPr>
        <w:jc w:val="right"/>
      </w:pPr>
      <w:r>
        <w:t>शब्द آیا ہے۔</w:t>
      </w:r>
    </w:p>
    <w:p>
      <w:r>
        <w:rPr>
          <w:b/>
        </w:rPr>
        <w:t xml:space="preserve">[25:29] </w:t>
      </w:r>
      <w:r>
        <w:t>logon ko is shabd ka matlab kaise samjhaya ja sakta hai jabke Allah ek</w:t>
      </w:r>
    </w:p>
    <w:p>
      <w:pPr>
        <w:jc w:val="right"/>
      </w:pPr>
      <w:r>
        <w:t>لوگوں کو اس शब्द کا مطلب کیسے سمجھایا جا سکتا ہے جبکہ اللہ ایک</w:t>
      </w:r>
    </w:p>
    <w:p>
      <w:r>
        <w:rPr>
          <w:b/>
        </w:rPr>
        <w:t xml:space="preserve">[25:34] </w:t>
      </w:r>
      <w:r>
        <w:t>noor hai? Dekhen, yom yuqshaf an saq jo hai, woh literal maani mein nahi hai, woh ishtihar hai. Arabi zabaan jo log jante honge, un ko shakk nahi hoga is mein, un ko shakk nahi hoga. Jo nahi jante Arabi, unhi ko shakk ho sakta hai. Yom yuqshaf an saq ke maani hain jab haqeeqatein khul jayengi. Ab yeh dekhiye, sab cheez in seen bani hui hai, sab ghayb mein hai, sab kuch ghayb mein hai. Hum farishton ko</w:t>
      </w:r>
    </w:p>
    <w:p>
      <w:pPr>
        <w:jc w:val="right"/>
      </w:pPr>
      <w:r>
        <w:t>نور ہے؟ دیکھیں، یوم یقشفان سال جو ہے، وہ لیٹرل معنی میں نہیں ہے، وہ اشتہار ہے۔ عربی زبان جو لوگ جانتے ہوں گے، ان کو شک نہیں ہوگا اس میں، ان کو شک نہیں ہوگا۔ جو نہیں جانتے عربی، انہی کو شک ہو سکتا ہے۔ یوم یقشف انساق کے معنی ہیں جب حقیقتیں کھل جائیں گی۔ اب یہ دیکھیے، سب چیز ان سین بنی ہوئی ہے، سب غیب میں ہے، سب کچھ غیب میں ہے۔ ہم فرشتوں کو</w:t>
      </w:r>
    </w:p>
    <w:p>
      <w:r>
        <w:rPr>
          <w:b/>
        </w:rPr>
        <w:t xml:space="preserve">[26:04] </w:t>
      </w:r>
      <w:r>
        <w:t>nahi dekhte, hum jannat ko nahi dekhte, hum Allah taala hamare samne nahi hai.</w:t>
      </w:r>
    </w:p>
    <w:p>
      <w:pPr>
        <w:jc w:val="right"/>
      </w:pPr>
      <w:r>
        <w:t>نہیں دیکھتے، ہم جان دوزخ کو نہیں دیکھتے، ہم اللہ تعالیٰ ہمارے سامنے نہیں ہے۔</w:t>
      </w:r>
    </w:p>
    <w:p>
      <w:r>
        <w:rPr>
          <w:b/>
        </w:rPr>
        <w:t xml:space="preserve">[26:08] </w:t>
      </w:r>
      <w:r>
        <w:t>to sari haqiqatein hain, woh ghayb mein hain.</w:t>
      </w:r>
    </w:p>
    <w:p>
      <w:pPr>
        <w:jc w:val="right"/>
      </w:pPr>
      <w:r>
        <w:t>تو ساری حقیقتیں ہیں، وہ غیب میں ہیں۔</w:t>
      </w:r>
    </w:p>
    <w:p>
      <w:r>
        <w:rPr>
          <w:b/>
        </w:rPr>
        <w:t xml:space="preserve">[26:12] </w:t>
      </w:r>
      <w:r>
        <w:t>to qayamat mein sab haqiqatein khul jayengi.</w:t>
      </w:r>
    </w:p>
    <w:p>
      <w:pPr>
        <w:jc w:val="right"/>
      </w:pPr>
      <w:r>
        <w:t>تو قیامت میں سب حقیقتیں کھل جائیں گی۔</w:t>
      </w:r>
    </w:p>
    <w:p>
      <w:r>
        <w:rPr>
          <w:b/>
        </w:rPr>
        <w:t xml:space="preserve">[26:17] </w:t>
      </w:r>
      <w:r>
        <w:t>yom yuqshaf an-nas ka matlab yeh hai.</w:t>
      </w:r>
    </w:p>
    <w:p>
      <w:pPr>
        <w:jc w:val="right"/>
      </w:pPr>
      <w:r>
        <w:t>یوم یقشف انساء کا مطلب یہ ہے۔</w:t>
      </w:r>
    </w:p>
    <w:p>
      <w:r>
        <w:rPr>
          <w:b/>
        </w:rPr>
        <w:t xml:space="preserve">[26:21] </w:t>
      </w:r>
      <w:r>
        <w:t>aap hamari tafsir parh lijiye, tazkir-ul-quran, is mein is ki parh sakte hain, is ko aap tafsir</w:t>
      </w:r>
    </w:p>
    <w:p>
      <w:pPr>
        <w:jc w:val="right"/>
      </w:pPr>
      <w:r>
        <w:t>آپ ہماری تفسیر پڑھ لیجئے، تذکر القرآن، اس میں اس کی پڑھ سکتے ہیں، اس کو آپ تفسیر</w:t>
      </w:r>
    </w:p>
    <w:p>
      <w:r>
        <w:rPr>
          <w:b/>
        </w:rPr>
        <w:t xml:space="preserve">[26:25] </w:t>
      </w:r>
      <w:r>
        <w:t>mil jayegi.</w:t>
      </w:r>
    </w:p>
    <w:p>
      <w:pPr>
        <w:jc w:val="right"/>
      </w:pPr>
      <w:r>
        <w:t>مل جائے گی۔</w:t>
      </w:r>
    </w:p>
    <w:p>
      <w:r>
        <w:rPr>
          <w:b/>
        </w:rPr>
        <w:t xml:space="preserve">[26:29] </w:t>
      </w:r>
      <w:r>
        <w:t>is ko aap Maulana hi az anader question: ek shar</w:t>
      </w:r>
    </w:p>
    <w:p>
      <w:pPr>
        <w:jc w:val="right"/>
      </w:pPr>
      <w:r>
        <w:t>اس کو آپ مولانا ہی از انادر کوئسچن: ایک شر</w:t>
      </w:r>
    </w:p>
    <w:p>
      <w:r>
        <w:rPr>
          <w:b/>
        </w:rPr>
        <w:t xml:space="preserve">[26:34] </w:t>
      </w:r>
      <w:r>
        <w:t>abi ek bar toba karta hai aur phir shaitani behkawe mein aa kar phir sharab peeta hai, aur</w:t>
      </w:r>
    </w:p>
    <w:p>
      <w:pPr>
        <w:jc w:val="right"/>
      </w:pPr>
      <w:r>
        <w:t>ابی ایک بار توبہ کرتا ہے اور پھر شیطانی بہکاوے میں آ کر پھر شراب پیتا ہے، اور</w:t>
      </w:r>
    </w:p>
    <w:p>
      <w:r>
        <w:rPr>
          <w:b/>
        </w:rPr>
        <w:t xml:space="preserve">[26:40] </w:t>
      </w:r>
      <w:r>
        <w:t>hosh hosh mein aa kar phir se toba kar leta hai.</w:t>
      </w:r>
    </w:p>
    <w:p>
      <w:pPr>
        <w:jc w:val="right"/>
      </w:pPr>
      <w:r>
        <w:t>ہوش ہوش میں آ کر پھر سے توبہ کر لیتا ہے۔</w:t>
      </w:r>
    </w:p>
    <w:p>
      <w:r>
        <w:rPr>
          <w:b/>
        </w:rPr>
        <w:t xml:space="preserve">[26:46] </w:t>
      </w:r>
      <w:r>
        <w:t>agar yeh silsila jaari rahe to is ki toba kis waqt tak qabool hogi? dekhen, yeh to Allah taala se.</w:t>
      </w:r>
    </w:p>
    <w:p>
      <w:pPr>
        <w:jc w:val="right"/>
      </w:pPr>
      <w:r>
        <w:t>اگر یہ سلسلہ جاری رہے تو اس کی توبہ کس وقت تک قبول ہوگی؟ دیکھیں، یہ تو اللہ تعالیٰ سے۔</w:t>
      </w:r>
    </w:p>
    <w:p>
      <w:r>
        <w:rPr>
          <w:b/>
        </w:rPr>
        <w:t xml:space="preserve">[26:52] </w:t>
      </w:r>
      <w:r>
        <w:t>agar phir telephone aap ke paas ho to telephone kar ke poochhie.</w:t>
      </w:r>
    </w:p>
    <w:p>
      <w:pPr>
        <w:jc w:val="right"/>
      </w:pPr>
      <w:r>
        <w:t>اگر پھر ٹیلی فون آپ کے پاس ہو تو ٹیلی فون کر کے پوچھیے۔</w:t>
      </w:r>
    </w:p>
    <w:p>
      <w:r>
        <w:rPr>
          <w:b/>
        </w:rPr>
        <w:t xml:space="preserve">[26:58] </w:t>
      </w:r>
      <w:r>
        <w:t>main nazdeek to sachchi toba agar karta hai, sachchi toba</w:t>
      </w:r>
    </w:p>
    <w:p>
      <w:pPr>
        <w:jc w:val="right"/>
      </w:pPr>
      <w:r>
        <w:t>میں نزدیک تو سچی توبہ اگر کرتا ہے، سچی توبہ</w:t>
      </w:r>
    </w:p>
    <w:p>
      <w:r>
        <w:rPr>
          <w:b/>
        </w:rPr>
        <w:t xml:space="preserve">[27:04] </w:t>
      </w:r>
      <w:r>
        <w:t>to jitni baar bhi ghalti kare, agar sachchi toba kare to maaf hota rahe ga.</w:t>
      </w:r>
    </w:p>
    <w:p>
      <w:pPr>
        <w:jc w:val="right"/>
      </w:pPr>
      <w:r>
        <w:t>تو جتنی بار بھی غلطی کرے، اگر سچی توبہ کرے تو معاف ہوتا رہے گا۔</w:t>
      </w:r>
    </w:p>
    <w:p>
      <w:r>
        <w:rPr>
          <w:b/>
        </w:rPr>
        <w:t xml:space="preserve">[27:09] </w:t>
      </w:r>
      <w:r>
        <w:t>kyun ke hadith mein aata hai ke in Allah yaqbal ut tau bah ghar ghar.</w:t>
      </w:r>
    </w:p>
    <w:p>
      <w:pPr>
        <w:jc w:val="right"/>
      </w:pPr>
      <w:r>
        <w:t>کیونکہ حدیث میں آتا ہے کہ ان اللہ یقبل التوبۃ غرغر۔</w:t>
      </w:r>
    </w:p>
    <w:p>
      <w:r>
        <w:rPr>
          <w:b/>
        </w:rPr>
        <w:t xml:space="preserve">[27:14] </w:t>
      </w:r>
      <w:r>
        <w:t>in Allah yaqbal ut tau bah ghar ghar.</w:t>
      </w:r>
    </w:p>
    <w:p>
      <w:pPr>
        <w:jc w:val="right"/>
      </w:pPr>
      <w:r>
        <w:t>ان اللہ یقبل التوبۃ غرغر۔</w:t>
      </w:r>
    </w:p>
    <w:p>
      <w:r>
        <w:rPr>
          <w:b/>
        </w:rPr>
        <w:t xml:space="preserve">[27:19] </w:t>
      </w:r>
      <w:r>
        <w:t>ghargharah kehte hain jo marne ke waqt ek aawaz nikalti hai gale se, to us waqt tak toba</w:t>
      </w:r>
    </w:p>
    <w:p>
      <w:pPr>
        <w:jc w:val="right"/>
      </w:pPr>
      <w:r>
        <w:t>غرغرہ کہتے ہیں جو مرنے کے وقت ایک آواز نکلتی ہے گلے سے، تو اس وقت تک توبہ</w:t>
      </w:r>
    </w:p>
    <w:p>
      <w:r>
        <w:rPr>
          <w:b/>
        </w:rPr>
        <w:t xml:space="preserve">[27:24] </w:t>
      </w:r>
      <w:r>
        <w:t>qabool hota hai Allah taala.</w:t>
      </w:r>
    </w:p>
    <w:p>
      <w:pPr>
        <w:jc w:val="right"/>
      </w:pPr>
      <w:r>
        <w:t>قبول ہوتا ہے اللہ تعالیٰ۔</w:t>
      </w:r>
    </w:p>
    <w:p>
      <w:r>
        <w:rPr>
          <w:b/>
        </w:rPr>
        <w:t xml:space="preserve">[27:29] </w:t>
      </w:r>
      <w:r>
        <w:t>to kaun hai jo toba ka darwaza band kare? lekin toba nasooh, toba tobat un nasooha</w:t>
      </w:r>
    </w:p>
    <w:p>
      <w:pPr>
        <w:jc w:val="right"/>
      </w:pPr>
      <w:r>
        <w:t>تو کون ہے جو توبہ کا دروازہ بند کرے؟ لیکن توبہ نصوح، توبہ توبۃ النصوحہ</w:t>
      </w:r>
    </w:p>
    <w:p>
      <w:r>
        <w:rPr>
          <w:b/>
        </w:rPr>
        <w:t xml:space="preserve">[27:34] </w:t>
      </w:r>
      <w:r>
        <w:t>honi chahiye, yeh sachche dil ki toba, yaani lip service nahin.</w:t>
      </w:r>
    </w:p>
    <w:p>
      <w:pPr>
        <w:jc w:val="right"/>
      </w:pPr>
      <w:r>
        <w:t>ہونی چاہیے، یہ سچے دل کی توبہ، یعنی لپ سروس نہیں۔</w:t>
      </w:r>
    </w:p>
    <w:p>
      <w:r>
        <w:rPr>
          <w:b/>
        </w:rPr>
        <w:t xml:space="preserve">[27:40] </w:t>
      </w:r>
      <w:r>
        <w:t>lip service jo hai, woh qabool nahin hogi, lekin sachche dil ki toba qabool hogi.</w:t>
      </w:r>
    </w:p>
    <w:p>
      <w:pPr>
        <w:jc w:val="right"/>
      </w:pPr>
      <w:r>
        <w:t>لپ سروس جو ہے، وہ قبول نہیں ہوگی، لیکن سچے دل کی توبہ قبول ہوگی۔</w:t>
      </w:r>
    </w:p>
    <w:p>
      <w:r>
        <w:rPr>
          <w:b/>
        </w:rPr>
        <w:t xml:space="preserve">[27:46] </w:t>
      </w:r>
      <w:r>
        <w:t>lekin sachche dil ki toba ka ilm hum ko, aap ko nahin hai, yeh to Allah taala ko</w:t>
      </w:r>
    </w:p>
    <w:p>
      <w:pPr>
        <w:jc w:val="right"/>
      </w:pPr>
      <w:r>
        <w:t>لیکن سچے دل کی توبہ کا علم ہم کو، آپ کو نہیں ہے، یہ تو اللہ تعالیٰ کو</w:t>
      </w:r>
    </w:p>
    <w:p>
      <w:r>
        <w:rPr>
          <w:b/>
        </w:rPr>
        <w:t xml:space="preserve">[27:52] </w:t>
      </w:r>
      <w:r>
        <w:t>pata hai, Allah ko pata hai.</w:t>
      </w:r>
    </w:p>
    <w:p>
      <w:pPr>
        <w:jc w:val="right"/>
      </w:pPr>
      <w:r>
        <w:t>پتہ ہے، اللہ کو پتہ ہے۔</w:t>
      </w:r>
    </w:p>
    <w:p>
      <w:r>
        <w:rPr>
          <w:b/>
        </w:rPr>
        <w:t xml:space="preserve">[27:59] </w:t>
      </w:r>
      <w:r>
        <w:t>This question is from Mr. Ehtesham Hasnain: I would like to suggest that there should be</w:t>
      </w:r>
    </w:p>
    <w:p>
      <w:pPr>
        <w:jc w:val="right"/>
      </w:pPr>
      <w:r>
        <w:t>دس کوئسچن از فرام مسٹر احتشام حسنین: آئی وڈ لائک ٹو سجیسٹ دیٹ دیر شوڈ بی</w:t>
      </w:r>
    </w:p>
    <w:p>
      <w:r>
        <w:rPr>
          <w:b/>
        </w:rPr>
        <w:t xml:space="preserve">[28:05] </w:t>
      </w:r>
      <w:r>
        <w:t>active involvements of youth and teenagers in CPS or Al-Risala mission, so that they can</w:t>
      </w:r>
    </w:p>
    <w:p>
      <w:pPr>
        <w:jc w:val="right"/>
      </w:pPr>
      <w:r>
        <w:t>ایکٹیو انوالومنٹس آف یوتھ اینڈ ٹین ایجرز ان سی پی ایس اور الرسالہ مشن، سو دیٹ دے کین</w:t>
      </w:r>
    </w:p>
    <w:p>
      <w:r>
        <w:rPr>
          <w:b/>
        </w:rPr>
        <w:t xml:space="preserve">[28:11] </w:t>
      </w:r>
      <w:r>
        <w:t>get the true al-hikmah of Islam, instead of getting diverted to the modern culture.</w:t>
      </w:r>
    </w:p>
    <w:p>
      <w:pPr>
        <w:jc w:val="right"/>
      </w:pPr>
      <w:r>
        <w:t>گیٹ دا ٹرو الحکمہ آف اسلام، انسٹیڈ آف گیٹنگ ڈائیورٹڈ ٹو دا ماڈرن کلچر۔</w:t>
      </w:r>
    </w:p>
    <w:p>
      <w:r>
        <w:rPr>
          <w:b/>
        </w:rPr>
        <w:t xml:space="preserve">[28:17] </w:t>
      </w:r>
      <w:r>
        <w:t>bhai, yeh to yeh suggestion ki to baat hai nahin, yeh to karne ki baat aap kijiye.</w:t>
      </w:r>
    </w:p>
    <w:p>
      <w:pPr>
        <w:jc w:val="right"/>
      </w:pPr>
      <w:r>
        <w:t>بھئی، یہ تو یہ سجیشن کی تو بات ہے نہیں، یہ تو کرنے کی بات آپ کیجئے۔</w:t>
      </w:r>
    </w:p>
    <w:p>
      <w:r>
        <w:rPr>
          <w:b/>
        </w:rPr>
        <w:t xml:space="preserve">[28:23] </w:t>
      </w:r>
      <w:r>
        <w:t>kis ko suggestion de rahe hain aap? kis se keh rahe hain? you have to address yourself.</w:t>
      </w:r>
    </w:p>
    <w:p>
      <w:pPr>
        <w:jc w:val="right"/>
      </w:pPr>
      <w:r>
        <w:t>کس کو سجیشن دے رہے ہیں آپ؟ کس سے کہہ رہے ہیں؟ یو ہیو ٹو ایڈریس یور سیلف۔</w:t>
      </w:r>
    </w:p>
    <w:p>
      <w:r>
        <w:rPr>
          <w:b/>
        </w:rPr>
        <w:t xml:space="preserve">[28:30] </w:t>
      </w:r>
      <w:r>
        <w:t>kood padiye aap maidan mein aur naujawanon ko</w:t>
      </w:r>
    </w:p>
    <w:p>
      <w:pPr>
        <w:jc w:val="right"/>
      </w:pPr>
      <w:r>
        <w:t>کود پڑیے آپ میدان میں اور نوجوانوں کو</w:t>
      </w:r>
    </w:p>
    <w:p>
      <w:r>
        <w:rPr>
          <w:b/>
        </w:rPr>
        <w:t xml:space="preserve">[28:36] </w:t>
      </w:r>
      <w:r>
        <w:t>kahiye ke kahan to bhaag rahe ho. Yeh sab baatein dekhiye, suggestion ke nahi hua karti hain, khud apne aap ko involve karne ki hoti hain. To aap apne aap ko involve kar dijiye, bohat acha hai. Hum to already involve kiye hue hain apne aap ko. Lekin dekhiye, yahan jo log aate hain, woh zyada tar naujawani tabqa hota hai. Aap bhi apne ko involve kar dijiye, is ko mission ke taur par shuru kar dijiye. Das qui</w:t>
      </w:r>
    </w:p>
    <w:p>
      <w:pPr>
        <w:jc w:val="right"/>
      </w:pPr>
      <w:r>
        <w:t>کہیے کہ کہاں تو بھاگ رہے ہو۔ یہ سب باتیں دیکھیے، سجیشن کے نہیں ہوا کرتی ہیں، خود اپنے آپ کو انوالو کرنے کی ہوتی ہیں۔ تو آپ اپنے آپ کو انوالو کر دیجئے، بہت اچھا ہے۔ ہم تو الریڈی انوالو کیے ہوئے ہیں اپنے آپ کو۔ لیکن دیکھیے، یہاں جو لوگ آتے ہیں، وہ زیادہ تر نوجوانی طبقہ ہوتا ہے۔ آپ بھی اپنے کو انوالو کر دیجئے، اس کو مشن کے طور پر شروع کر دیجئے۔ دس کوئ</w:t>
      </w:r>
    </w:p>
    <w:p>
      <w:r>
        <w:rPr>
          <w:b/>
        </w:rPr>
        <w:t xml:space="preserve">[29:06] </w:t>
      </w:r>
      <w:r>
        <w:t>سچن از فرام مس سعدیہ خان فرام دہلی: مولانا، از دیر ا پیرامیٹر اور ا یارڈ سٹک ود</w:t>
      </w:r>
    </w:p>
    <w:p>
      <w:pPr>
        <w:jc w:val="right"/>
      </w:pPr>
      <w:r>
        <w:t>سچن از فرام مس سعدیہ خان فرام دہلی: مولانا، از دیر ا پیرامیٹر اور ا یارٹ سٹک ود</w:t>
      </w:r>
    </w:p>
    <w:p>
      <w:r>
        <w:rPr>
          <w:b/>
        </w:rPr>
        <w:t xml:space="preserve">[29:21] </w:t>
      </w:r>
      <w:r>
        <w:t>the help of which we can differentiate between an angelic thought and a satanic thought? Masla to hai, lekin</w:t>
      </w:r>
    </w:p>
    <w:p>
      <w:pPr>
        <w:jc w:val="right"/>
      </w:pPr>
      <w:r>
        <w:t>دی ہیلپ آف وچ وی کین ڈیفرنشیٹ بٹوین این اینجلک تھاٹ اینڈ ا سیٹنک تھاٹ؟ مسئلہ تو ہے، لیکن</w:t>
      </w:r>
    </w:p>
    <w:p>
      <w:r>
        <w:rPr>
          <w:b/>
        </w:rPr>
        <w:t xml:space="preserve">[29:36] </w:t>
      </w:r>
      <w:r>
        <w:t>is hype ko janne ke liye aap ko objective banna pare ga, unbiased thinking laani pare gi</w:t>
      </w:r>
    </w:p>
    <w:p>
      <w:pPr>
        <w:jc w:val="right"/>
      </w:pPr>
      <w:r>
        <w:t>اس ہائیک کو جاننے کے لیے آپ کو ابجیکٹو بننا پڑے گا، ان بائیسڈ تھنکنگ لانی پڑے گی</w:t>
      </w:r>
    </w:p>
    <w:p>
      <w:r>
        <w:rPr>
          <w:b/>
        </w:rPr>
        <w:t xml:space="preserve">[29:42] </w:t>
      </w:r>
      <w:r>
        <w:t>aap ko apne andar.</w:t>
      </w:r>
    </w:p>
    <w:p>
      <w:pPr>
        <w:jc w:val="right"/>
      </w:pPr>
      <w:r>
        <w:t>آپ کو اپنے اندر۔</w:t>
      </w:r>
    </w:p>
    <w:p>
      <w:r>
        <w:rPr>
          <w:b/>
        </w:rPr>
        <w:t xml:space="preserve">[29:48] </w:t>
      </w:r>
      <w:r>
        <w:t>jab bhi ho, dekhiye, jo counseling hogi, ya to is mein hate hoga ya love hoga.</w:t>
      </w:r>
    </w:p>
    <w:p>
      <w:pPr>
        <w:jc w:val="right"/>
      </w:pPr>
      <w:r>
        <w:t>جب بھی ہو، دیکھیے، جو کونسلنگ ہوگی، یا تو اس میں ہیٹ ہوگا یا لو ہوگا۔</w:t>
      </w:r>
    </w:p>
    <w:p>
      <w:r>
        <w:rPr>
          <w:b/>
        </w:rPr>
        <w:t xml:space="preserve">[29:54] </w:t>
      </w:r>
      <w:r>
        <w:t>hate hai to subject shaitan ki counseling hai, love hai to farishte ki counseling hai.</w:t>
      </w:r>
    </w:p>
    <w:p>
      <w:pPr>
        <w:jc w:val="right"/>
      </w:pPr>
      <w:r>
        <w:t>ہیٹ ہے تو سبجیکٹ شیطان کی کونسلنگ ہے، لو ہے تو فرشتے کی کونسلنگ ہے۔</w:t>
      </w:r>
    </w:p>
    <w:p>
      <w:r>
        <w:rPr>
          <w:b/>
        </w:rPr>
        <w:t xml:space="preserve">[30:00] </w:t>
      </w:r>
      <w:r>
        <w:t>ya to ghussa hoga ya bardasht</w:t>
      </w:r>
    </w:p>
    <w:p>
      <w:pPr>
        <w:jc w:val="right"/>
      </w:pPr>
      <w:r>
        <w:t>یا تو غصہ ہوگا یا برداشت</w:t>
      </w:r>
    </w:p>
    <w:p>
      <w:r>
        <w:rPr>
          <w:b/>
        </w:rPr>
        <w:t xml:space="preserve">[30:06] </w:t>
      </w:r>
      <w:r>
        <w:t>hoga. Ghussa hai to satanic counseling hai, bardasht hai to farishte ki counseling hai. To ek lafz yeh hai ke agar negative counseling hai to shaitan ki taraf se hai, positive counseling hai to farishte ki taraf se hai. Bohat aasan hai yeh janna, lekin aap ko subjective subjectivity se bahar aana padega, objective banna padega. To bohat aasan hai yeh janna, keun</w:t>
      </w:r>
    </w:p>
    <w:p>
      <w:pPr>
        <w:jc w:val="right"/>
      </w:pPr>
      <w:r>
        <w:t>ہوگا۔ غصہ ہے تو سیٹنک کونسلنگ ہے، برداشت ہے تو فرشتے کی کونسلنگ ہے۔ تو ایک لفظ یہ ہے کہ اگر نیگیٹیو کونسلنگ ہے تو شیطان کی طرف سے ہے، پازیٹیو کونسلنگ ہے تو فرشتے کی طرف سے ہے۔ بہت آسان ہے یہ جاننا، لیکن آپ کو سبجیکٹو سبجیکٹیوٹی سے باہر آنا پڑے گا، ابجیکٹو بننا پڑے گا۔ تو بہت آسان ہے یہ جاننا، کیون</w:t>
      </w:r>
    </w:p>
    <w:p>
      <w:r>
        <w:rPr>
          <w:b/>
        </w:rPr>
        <w:t xml:space="preserve">[30:36] </w:t>
      </w:r>
      <w:r>
        <w:t>ke hamesha shaitan ki jo jo bhi counseling hoti hai, woh negative side mein hoti hai aur farishte</w:t>
      </w:r>
    </w:p>
    <w:p>
      <w:pPr>
        <w:jc w:val="right"/>
      </w:pPr>
      <w:r>
        <w:t>کہ ہمیشہ شیطان کی جو جو بھی کونسلنگ ہوتی ہے، وہ نیگیٹیو سائیڈ میں ہوتی ہے اور فرشتے</w:t>
      </w:r>
    </w:p>
    <w:p>
      <w:r>
        <w:rPr>
          <w:b/>
        </w:rPr>
        <w:t xml:space="preserve">[30:42] </w:t>
      </w:r>
      <w:r>
        <w:t>ki jo hoti hai, woh positive side mein hoti hai.</w:t>
      </w:r>
    </w:p>
    <w:p>
      <w:pPr>
        <w:jc w:val="right"/>
      </w:pPr>
      <w:r>
        <w:t>کی جو ہوتی ہے، وہ پازیٹیو سائیڈ میں ہوتی ہے۔</w:t>
      </w:r>
    </w:p>
    <w:p>
      <w:r>
        <w:rPr>
          <w:b/>
        </w:rPr>
        <w:t xml:space="preserve">[30:48] </w:t>
      </w:r>
      <w:r>
        <w:t>is wajah se pehchanna bohat aasan hai, provided you are positive.</w:t>
      </w:r>
    </w:p>
    <w:p>
      <w:pPr>
        <w:jc w:val="right"/>
      </w:pPr>
      <w:r>
        <w:t>اس وجہ سے پہچاننا بہت آسان ہے، پرووائیڈڈ یو آر پازیٹیو۔</w:t>
      </w:r>
    </w:p>
    <w:p>
      <w:r>
        <w:rPr>
          <w:b/>
        </w:rPr>
        <w:t xml:space="preserve">[30:54] </w:t>
      </w:r>
      <w:r>
        <w:t>This question is from Ms. Razia from New Delhi: You mentioned that angels do not take the first</w:t>
      </w:r>
    </w:p>
    <w:p>
      <w:pPr>
        <w:jc w:val="right"/>
      </w:pPr>
      <w:r>
        <w:t>دس کوئسچن از فرام مس راضیہ فرام نیو دہلی: یو مینشن دیٹ اینجلز ڈو ناٹ ٹیک دا فرسٹ</w:t>
      </w:r>
    </w:p>
    <w:p>
      <w:r>
        <w:rPr>
          <w:b/>
        </w:rPr>
        <w:t xml:space="preserve">[31:00] </w:t>
      </w:r>
      <w:r>
        <w:t>step, we miss</w:t>
      </w:r>
    </w:p>
    <w:p>
      <w:pPr>
        <w:jc w:val="right"/>
      </w:pPr>
      <w:r>
        <w:t>سٹیپ، وی مس</w:t>
      </w:r>
    </w:p>
    <w:p>
      <w:r>
        <w:rPr>
          <w:b/>
        </w:rPr>
        <w:t xml:space="preserve">[31:06] </w:t>
      </w:r>
      <w:r>
        <w:t>do our fifty percent first. Maulana, my question is what is that fifty percent that makes a man eligible for the help of angels? Hast na karein, ajila na karein. Ajila maani hast. Jab hast kar diya to aap ne angel ko invite nahi kiya. Sabr karein, rukein, chup ho jayein. Jaise main hoon, mujhe mein bohat zyada ghussa,</w:t>
      </w:r>
    </w:p>
    <w:p>
      <w:pPr>
        <w:jc w:val="right"/>
      </w:pPr>
      <w:r>
        <w:t>ٹ ڈو اور ففٹی پرسنٹ فرسٹ۔ مولانا، مائی کوئسچن از واٹ از دیٹ ففٹی پرسنٹ دیٹ میکس ا مین ایلیجیبل فار دی ہیلپ آف اینجلز؟ ہیسٹ نہ کریں، عاجلہ نہ کریں۔ عاجلہ معنی ہیسٹ۔ جب ہیسٹ کر دیا تو آپ نے اینجل کو انوائٹ نہیں کیا۔ صبر کریں، رکیں، چپ ہو جائیں۔ جیسے میں ہوں، مجھے میں بہت زیادہ غصہ،</w:t>
      </w:r>
    </w:p>
    <w:p>
      <w:r>
        <w:rPr>
          <w:b/>
        </w:rPr>
        <w:t xml:space="preserve">[31:36] </w:t>
      </w:r>
      <w:r>
        <w:t>bohat ziyada pe rehta hai.</w:t>
      </w:r>
    </w:p>
    <w:p>
      <w:pPr>
        <w:jc w:val="right"/>
      </w:pPr>
      <w:r>
        <w:t>بہت زیادہ پہ رہتا ہے۔</w:t>
      </w:r>
    </w:p>
    <w:p>
      <w:r>
        <w:rPr>
          <w:b/>
        </w:rPr>
        <w:t xml:space="preserve">[31:41] </w:t>
      </w:r>
      <w:r>
        <w:t>ghussa aaye to chup ho jata hoon.</w:t>
      </w:r>
    </w:p>
    <w:p>
      <w:pPr>
        <w:jc w:val="right"/>
      </w:pPr>
      <w:r>
        <w:t>غصہ آئے تو چپ ہو جاتا ہوں۔</w:t>
      </w:r>
    </w:p>
    <w:p>
      <w:r>
        <w:rPr>
          <w:b/>
        </w:rPr>
        <w:t xml:space="preserve">[31:45] </w:t>
      </w:r>
      <w:r>
        <w:t>mein jab bhi ghussa aaye to ab chup ho jaunga.</w:t>
      </w:r>
    </w:p>
    <w:p>
      <w:pPr>
        <w:jc w:val="right"/>
      </w:pPr>
      <w:r>
        <w:t>میں جب بھی غصہ آئے تو اب چپ ہو جاؤں گا۔</w:t>
      </w:r>
    </w:p>
    <w:p>
      <w:r>
        <w:rPr>
          <w:b/>
        </w:rPr>
        <w:t xml:space="preserve">[31:49] </w:t>
      </w:r>
      <w:r>
        <w:t>chup ho jaunga to mein is angel ko invite kar raha hoon.</w:t>
      </w:r>
    </w:p>
    <w:p>
      <w:pPr>
        <w:jc w:val="right"/>
      </w:pPr>
      <w:r>
        <w:t>چپ ہو جاؤں گا تو میں اس اینجل کو انوائٹ کر رہا ہوں۔</w:t>
      </w:r>
    </w:p>
    <w:p>
      <w:r>
        <w:rPr>
          <w:b/>
        </w:rPr>
        <w:t xml:space="preserve">[31:54] </w:t>
      </w:r>
      <w:r>
        <w:t>agar bolne lagoon, bolne lagoon, bolunga to mein shaitan ko invite kar diya.</w:t>
      </w:r>
    </w:p>
    <w:p>
      <w:pPr>
        <w:jc w:val="right"/>
      </w:pPr>
      <w:r>
        <w:t>اگر بولنے لگوں، بولنے لگوں، بولوں گا تو میں شیطان کو انوائٹ کر دیا۔</w:t>
      </w:r>
    </w:p>
    <w:p>
      <w:r>
        <w:rPr>
          <w:b/>
        </w:rPr>
        <w:t xml:space="preserve">[31:58] </w:t>
      </w:r>
      <w:r>
        <w:t>sab se aasan tareeqa hai farishton ko invite karne ka chup ho jana, temporary tor par.</w:t>
      </w:r>
    </w:p>
    <w:p>
      <w:pPr>
        <w:jc w:val="right"/>
      </w:pPr>
      <w:r>
        <w:t>سب سے آسان طریقہ ہے فرشتوں کو انوائٹ کرنے کا چپ ہو جانا، ٹیمپریری طور پر۔</w:t>
      </w:r>
    </w:p>
    <w:p>
      <w:r>
        <w:rPr>
          <w:b/>
        </w:rPr>
        <w:t xml:space="preserve">[32:02] </w:t>
      </w:r>
      <w:r>
        <w:t>jab bhi koi unpresent situation create hoti hai,</w:t>
      </w:r>
    </w:p>
    <w:p>
      <w:pPr>
        <w:jc w:val="right"/>
      </w:pPr>
      <w:r>
        <w:t>جب بھی کوئی ان پریزنٹ سچوئیشن کریٹ ہوتی ہے،</w:t>
      </w:r>
    </w:p>
    <w:p>
      <w:r>
        <w:rPr>
          <w:b/>
        </w:rPr>
        <w:t xml:space="preserve">[32:07] </w:t>
      </w:r>
      <w:r>
        <w:t>kuch bhi hoti hai, kuch bhi hoti hai, to aap hast mein koi action na lijiye, chup ho jaiye, sochein. To aap shaitan ko bhaga denge aur farishte ko invite karenge. Bohat hi yaani mera to tajruba yahi hai ke bohat hi aasan hai.</w:t>
      </w:r>
    </w:p>
    <w:p>
      <w:pPr>
        <w:jc w:val="right"/>
      </w:pPr>
      <w:r>
        <w:t>کچھ بھی ہوتی ہے، کچھ بھی ہوتی ہے، تو آپ ہیسٹ میں کوئی ایکشن نہ لیجئے، چپ ہو جائیے، سوچیے۔ تو آپ شیطان کو بھگا دیں گے اور فرشتے کو انوائٹ کریں گے۔ بہت ہی یعنی میرا تو تجربہ یہی ہے کہ بہت ہی آسان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