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Companions of The Prophet January 15, 2023</w:t>
      </w:r>
    </w:p>
    <w:p>
      <w:r>
        <w:t>https://youtu.be/clnN0tUU9og</w:t>
      </w:r>
    </w:p>
    <w:p>
      <w:r>
        <w:rPr>
          <w:b/>
        </w:rPr>
        <w:t xml:space="preserve">[00:11] </w:t>
      </w:r>
      <w:r>
        <w:t>Assalam o Alaikum. Today we will be having a conversation with Professor Farida Khanam on the Companions of the Prophet.</w:t>
      </w:r>
    </w:p>
    <w:p>
      <w:pPr>
        <w:jc w:val="right"/>
      </w:pPr>
      <w:r>
        <w:t>السلام علیکم۔ Today we will be having a conversation with Professor Farida Khanam on the Companions of the Prophet.</w:t>
      </w:r>
    </w:p>
    <w:p>
      <w:r>
        <w:rPr>
          <w:b/>
        </w:rPr>
        <w:t xml:space="preserve">[00:20] </w:t>
      </w:r>
      <w:r>
        <w:t>The Companions, or the Sahaba, were the followers and disciples of Prophet Muhammad during his lifetime. Being eyewitnesses, they are the most authentic sources of Hadith.</w:t>
      </w:r>
    </w:p>
    <w:p>
      <w:pPr>
        <w:jc w:val="right"/>
      </w:pPr>
      <w:r>
        <w:t>The Companions, or the Sahaba, were the followers and disciples of Prophet Muhammad during his lifetime. Being eyewitnesses, they are the most authentic sources of Hadith.</w:t>
      </w:r>
    </w:p>
    <w:p>
      <w:r>
        <w:rPr>
          <w:b/>
        </w:rPr>
        <w:t xml:space="preserve">[00:33] </w:t>
      </w:r>
      <w:r>
        <w:t>What made Companions stand out from the rest of humanity was a feeling of love and attachment for the faith of Islam.</w:t>
      </w:r>
    </w:p>
    <w:p>
      <w:pPr>
        <w:jc w:val="right"/>
      </w:pPr>
      <w:r>
        <w:t>What made Companions stand out from the rest of humanity was a feeling of love and attachment for the faith of Islam.</w:t>
      </w:r>
    </w:p>
    <w:p>
      <w:r>
        <w:rPr>
          <w:b/>
        </w:rPr>
        <w:t xml:space="preserve">[00:43] </w:t>
      </w:r>
      <w:r>
        <w:t>Just as people put all their energies and wealth into the pursuit of their own self-interest, the Companions put their all in the pursuit of Islamic interest.</w:t>
      </w:r>
    </w:p>
    <w:p>
      <w:pPr>
        <w:jc w:val="right"/>
      </w:pPr>
      <w:r>
        <w:t>Just as people put all their energies and wealth into the pursuit of their own self-interest, the Companions put their all in the pursuit of Islamic interest.</w:t>
      </w:r>
    </w:p>
    <w:p>
      <w:r>
        <w:rPr>
          <w:b/>
        </w:rPr>
        <w:t xml:space="preserve">[00:55] </w:t>
      </w:r>
      <w:r>
        <w:t>They built for the future of Islam as normal people will build for their own personal future. To</w:t>
      </w:r>
    </w:p>
    <w:p>
      <w:pPr>
        <w:jc w:val="right"/>
      </w:pPr>
      <w:r>
        <w:t>They built for the future of Islam as normal people will build for their own personal future. تو</w:t>
      </w:r>
    </w:p>
    <w:p>
      <w:r>
        <w:rPr>
          <w:b/>
        </w:rPr>
        <w:t xml:space="preserve">[01:03] </w:t>
      </w:r>
      <w:r>
        <w:t>chaliye aaj isi mozu par baat karte hain farida apa ke sath. Assalam o alaikum apa, kaise hain aap? Wa alaikum assalam. Alhamdulillah, aap khairiyat se hain?</w:t>
      </w:r>
    </w:p>
    <w:p>
      <w:pPr>
        <w:jc w:val="right"/>
      </w:pPr>
      <w:r>
        <w:t>چلیے آج اسی موضوع پر بات کرتے ہیں فریدہ آپا کے ساتھ۔ السلام علیکم آپا، کیسے ہیں آپ؟ وعلیکم السلام۔ الحمدللہ، آپ خیریت سے ہیں؟</w:t>
      </w:r>
    </w:p>
    <w:p>
      <w:r>
        <w:rPr>
          <w:b/>
        </w:rPr>
        <w:t xml:space="preserve">[01:12] </w:t>
      </w:r>
      <w:r>
        <w:t>ji apa, Alhamdulillah. Apa, aaj ka subject bohat hi acha hai, ah, on Companions of the Prophet. Aur Rasool Allah ne ek martaba yeh bhi kaha ke "My Companions are like stars.</w:t>
      </w:r>
    </w:p>
    <w:p>
      <w:pPr>
        <w:jc w:val="right"/>
      </w:pPr>
      <w:r>
        <w:t>جی آپا، الحمدللہ۔ آپا، آج کا سبجیکٹ بہت ہی اچھا ہے، اہ، on Companions of the Prophet۔ اور رسول اللہ نے ایک مرتبہ یہ بھی کہا کہ "My Companions are like stars.</w:t>
      </w:r>
    </w:p>
    <w:p>
      <w:r>
        <w:rPr>
          <w:b/>
        </w:rPr>
        <w:t xml:space="preserve">[01:25] </w:t>
      </w:r>
      <w:r>
        <w:t>Whichever of you follow, you will be rightly gu</w:t>
      </w:r>
    </w:p>
    <w:p>
      <w:pPr>
        <w:jc w:val="right"/>
      </w:pPr>
      <w:r>
        <w:t>Whichever of you follow, you will berightly gu</w:t>
      </w:r>
    </w:p>
    <w:p>
      <w:r>
        <w:rPr>
          <w:b/>
        </w:rPr>
        <w:t xml:space="preserve">[01:29] </w:t>
      </w:r>
      <w:r>
        <w:t>ided." Halankay is hadith par bohat opinion hai, lekin maine isi liye yeh hadith apa li, kyunke is se Sahaba ke characteristics ke baray mein pata chalta hai.</w:t>
      </w:r>
    </w:p>
    <w:p>
      <w:pPr>
        <w:jc w:val="right"/>
      </w:pPr>
      <w:r>
        <w:t>ided." حالانکہ اس حدیث پر بہت opinion ہے، لیکن میں نے اسی لیے یہ حدیث آپا لی، کیونکہ اس سے صحابہ کے characteristics کے بارے میں پتہ چلتا ہے۔</w:t>
      </w:r>
    </w:p>
    <w:p>
      <w:r>
        <w:rPr>
          <w:b/>
        </w:rPr>
        <w:t xml:space="preserve">[01:39] </w:t>
      </w:r>
      <w:r>
        <w:t>un ka jazba, ah, un ka Islam, Allah aur Allah ke Rasool ke liye mohabbat, logon ke liye khair khwahi, aur un ke sacrifices.</w:t>
      </w:r>
    </w:p>
    <w:p>
      <w:pPr>
        <w:jc w:val="right"/>
      </w:pPr>
      <w:r>
        <w:t>ان کا جذبہ، اہ، ان کا اسلام، اللہ اور اللہ کے رسول کے لیے محبت، لوگوں کے لیے خیر خواہی، اور ان کے sacrifices۔</w:t>
      </w:r>
    </w:p>
    <w:p>
      <w:r>
        <w:rPr>
          <w:b/>
        </w:rPr>
        <w:t xml:space="preserve">[01:48] </w:t>
      </w:r>
      <w:r>
        <w:t>to apa, sab se pehla to mera sawal yahi hai aap se ke aap yeh batayein ke what were the characteristics of the Companions?</w:t>
      </w:r>
    </w:p>
    <w:p>
      <w:pPr>
        <w:jc w:val="right"/>
      </w:pPr>
      <w:r>
        <w:t>تو آپا، سب سے پہلا تو میرا سوال یہی ہے آپ سے کہ آپ یہ بتائیں کہ what were the characteristics of the Companions?</w:t>
      </w:r>
    </w:p>
    <w:p>
      <w:r>
        <w:rPr>
          <w:b/>
        </w:rPr>
        <w:t xml:space="preserve">[01:57] </w:t>
      </w:r>
      <w:r>
        <w:t>Philip Hitti ne to yahan tak kaha hai ke "They were like the nursery of heroes." To is ke baray mein apa aap batayein. Is dunya mein jo sab se behtareen log thay woh paygambar thay.</w:t>
      </w:r>
    </w:p>
    <w:p>
      <w:pPr>
        <w:jc w:val="right"/>
      </w:pPr>
      <w:r>
        <w:t>فلپ ہٹی نے تو یہاں تک کہا ہے کہ "They were like the nursery of heroes." تو اس کے بارے میں آپا آپ بتائیں۔ اس دنیا میں جو سب سے بہترین لوگ تھے وہ پیغمبر تھے۔</w:t>
      </w:r>
    </w:p>
    <w:p>
      <w:r>
        <w:rPr>
          <w:b/>
        </w:rPr>
        <w:t xml:space="preserve">[02:13] </w:t>
      </w:r>
      <w:r>
        <w:t>is ke baad second best jo hain woh Sahaba hain. To Sahaba ki jo bohat zabardast un ke andar salahiyat thi,</w:t>
      </w:r>
    </w:p>
    <w:p>
      <w:pPr>
        <w:jc w:val="right"/>
      </w:pPr>
      <w:r>
        <w:t>اس کے بعد second best جو ہیں وہ صحابہ ہیں۔ تو صحابہ کی جو بہت زبردست ان کے اندر صلاحیت تھی،</w:t>
      </w:r>
    </w:p>
    <w:p>
      <w:r>
        <w:rPr>
          <w:b/>
        </w:rPr>
        <w:t xml:space="preserve">[02:24] </w:t>
      </w:r>
      <w:r>
        <w:t>isi liye Hitti ne kaha hai ke Arab ke sehra mein ek nursery of heroes paida hui. Tamam ke tamam log hero thay.</w:t>
      </w:r>
    </w:p>
    <w:p>
      <w:pPr>
        <w:jc w:val="right"/>
      </w:pPr>
      <w:r>
        <w:t>اسی لیے ہٹی نے کہا ہے کہ عرب کے صحرا میں ایک nursery of heroes پیدا ہوئی۔ تمام کے تمام لوگ ہیرو تھے۔</w:t>
      </w:r>
    </w:p>
    <w:p>
      <w:r>
        <w:rPr>
          <w:b/>
        </w:rPr>
        <w:t xml:space="preserve">[02:33] </w:t>
      </w:r>
      <w:r>
        <w:t>un ke andar jo salahiyatein theen, jis ko Arab al-marwah kehte thay, mardangi, manliness, matlab fitrat ke zor par un ke andar woh tamam salahiyatein theen jo Allah chahta hai insan ke andar.</w:t>
      </w:r>
    </w:p>
    <w:p>
      <w:pPr>
        <w:jc w:val="right"/>
      </w:pPr>
      <w:r>
        <w:t>ان کے اندر جو صلاحیتیں تھیں، جس کو عرب المروہ کہتے تھے، مردانگی، manliness، مطلب فطرت کے زور پر ان کے اندر وہ تمام صلاحیتیں تھیں جو اللہ چاہتا ہے انسان کے اندر۔</w:t>
      </w:r>
    </w:p>
    <w:p>
      <w:r>
        <w:rPr>
          <w:b/>
        </w:rPr>
        <w:t xml:space="preserve">[02:48] </w:t>
      </w:r>
      <w:r>
        <w:t>Allah ne jis jin salahiyaton ke sath insan ko potentially paida kiya hai.</w:t>
      </w:r>
    </w:p>
    <w:p>
      <w:pPr>
        <w:jc w:val="right"/>
      </w:pPr>
      <w:r>
        <w:t>اللہ نے جس جن صلاحیتوں کے ساتھ انسان کو potentially پیدا کیا ہے۔</w:t>
      </w:r>
    </w:p>
    <w:p>
      <w:r>
        <w:rPr>
          <w:b/>
        </w:rPr>
        <w:t xml:space="preserve">[02:53] </w:t>
      </w:r>
      <w:r>
        <w:t>to lekin jab aadmi tamaddun mein rehta hai to tamaddun ki kharabiyon ko woh apne andar is ka is ka influence mein aa jata hai.</w:t>
      </w:r>
    </w:p>
    <w:p>
      <w:pPr>
        <w:jc w:val="right"/>
      </w:pPr>
      <w:r>
        <w:t>تو لیکن جب آدمی تمدن میں رہتا ہے تو تمدن کی خرابیوں کو وہ اپنے اندر اس کا اس کا influence میں آ جاتا ہے۔</w:t>
      </w:r>
    </w:p>
    <w:p>
      <w:r>
        <w:rPr>
          <w:b/>
        </w:rPr>
        <w:t xml:space="preserve">[03:03] </w:t>
      </w:r>
      <w:r>
        <w:t>woh sehra mein thay, woh fitrat ke mahol mein thay, to un ke andar kisi qism ki kharabiyan paida nahi huin. Agar thora moora kuch tha to woh oopri thi.</w:t>
      </w:r>
    </w:p>
    <w:p>
      <w:pPr>
        <w:jc w:val="right"/>
      </w:pPr>
      <w:r>
        <w:t>وہ صحرا میں تھے، وہ فطرت کے ماحول میں تھے، تو ان کے اندر کسی قسم کی خرابیاں پیدا نہیں ہوئیں۔ اگر تھوڑا موڑا کچھ تھا تو وہ اوپری تھی۔</w:t>
      </w:r>
    </w:p>
    <w:p>
      <w:r>
        <w:rPr>
          <w:b/>
        </w:rPr>
        <w:t xml:space="preserve">[03:12] </w:t>
      </w:r>
      <w:r>
        <w:t>bohat aram se woh sab deconditioning is ki ho</w:t>
      </w:r>
    </w:p>
    <w:p>
      <w:pPr>
        <w:jc w:val="right"/>
      </w:pPr>
      <w:r>
        <w:t>بہت آرام سے وہ سب deconditioning اس کی ہو</w:t>
      </w:r>
    </w:p>
    <w:p>
      <w:r>
        <w:rPr>
          <w:b/>
        </w:rPr>
        <w:t xml:space="preserve">[03:16] </w:t>
      </w:r>
      <w:r>
        <w:t>gayi. Gehri conditioned jo hotay hain log, gehra gehrai se conditioning hoti hai to woh kisi tarah khatam nahi hoti.</w:t>
      </w:r>
    </w:p>
    <w:p>
      <w:pPr>
        <w:jc w:val="right"/>
      </w:pPr>
      <w:r>
        <w:t>گئی۔ گہری conditioned جو ہوتے ہیں لوگ، گہرا گہرائی سے conditioning ہوتی ہے تو وہ کسی طرح ختم نہیں ہوتی۔</w:t>
      </w:r>
    </w:p>
    <w:p>
      <w:r>
        <w:rPr>
          <w:b/>
        </w:rPr>
        <w:t xml:space="preserve">[03:24] </w:t>
      </w:r>
      <w:r>
        <w:t>to is wajah se Sahaba jo hain hamare liye role model hain. Humein samajhna chahiye Sahaba ki zindagi ko parhna chahiye aur un se humein bohat ziyada seekhna chahiye.</w:t>
      </w:r>
    </w:p>
    <w:p>
      <w:pPr>
        <w:jc w:val="right"/>
      </w:pPr>
      <w:r>
        <w:t>تو اس وجہ سے صحابہ جو ہیں ہمارے لیے role model ہیں۔ ہمیں سمجھنا چاہیے صحابہ کی زندگیوں کو پڑھنا چاہیے اور ان سے ہمیں بہت زیادہ سیکھنا چاہیے۔</w:t>
      </w:r>
    </w:p>
    <w:p>
      <w:r>
        <w:rPr>
          <w:b/>
        </w:rPr>
        <w:t xml:space="preserve">[03:37] </w:t>
      </w:r>
      <w:r>
        <w:t>to jo Sahaba thay un ke andar ek to sab se pehle to woh bohat ziyada bahadur thay.</w:t>
      </w:r>
    </w:p>
    <w:p>
      <w:pPr>
        <w:jc w:val="right"/>
      </w:pPr>
      <w:r>
        <w:t>تو جو صحابہ تھے ان کے اندر ایک تو سب سے پہلے تو وہ بہت زیادہ بہادر تھے۔</w:t>
      </w:r>
    </w:p>
    <w:p>
      <w:r>
        <w:rPr>
          <w:b/>
        </w:rPr>
        <w:t xml:space="preserve">[03:43] </w:t>
      </w:r>
      <w:r>
        <w:t>ab is ke jo alfaaz bol dete thay us par poore utarte thay. Wada ke pakay thay. Jhoot bolna to un ko aata hi nahi tha.</w:t>
      </w:r>
    </w:p>
    <w:p>
      <w:pPr>
        <w:jc w:val="right"/>
      </w:pPr>
      <w:r>
        <w:t>اب اس کے جو الفاظ بول دیتے تھے اس پر پورے اترتے تھے۔ وعدہ کے پکے تھے۔ جھوٹ بولنا تو ان کو آتا ہی نہیں تھا۔</w:t>
      </w:r>
    </w:p>
    <w:p>
      <w:r>
        <w:rPr>
          <w:b/>
        </w:rPr>
        <w:t xml:space="preserve">[03:54] </w:t>
      </w:r>
      <w:r>
        <w:t>isi liye unhon ne paygambar ki itni ziyada mukhalifat ki lekin kabhi nahi kaha ke woh jhootay hain. Kyunke woh jantay hi nahi thay jhoot bolna to doosray ko kaise keh sakte thay.</w:t>
      </w:r>
    </w:p>
    <w:p>
      <w:pPr>
        <w:jc w:val="right"/>
      </w:pPr>
      <w:r>
        <w:t>اسی لیے انہوں نے پیغمبر کی اتنی زیادہ مخالفت کی لیکن کبھی نہیں کہا کہ وہ جھوٹے ہیں۔ کیونکہ وہ جانتے ہی نہیں تھے جھوٹ بولنا تو دوسرے کو کیسے کہہ سکتے تھے۔</w:t>
      </w:r>
    </w:p>
    <w:p>
      <w:r>
        <w:rPr>
          <w:b/>
        </w:rPr>
        <w:t xml:space="preserve">[04:04] </w:t>
      </w:r>
      <w:r>
        <w:t>aur jo shayad sab se bari baat hai ke woh haqiqat pasand thay, realist thay. Foran haqiqat ke samnay woh surrender kar dete thay.</w:t>
      </w:r>
    </w:p>
    <w:p>
      <w:pPr>
        <w:jc w:val="right"/>
      </w:pPr>
      <w:r>
        <w:t>اور جو شاید سب سے بڑی بات ہے کہ وہ حقیقت پسند تھے، realist تھے۔ فوراً حقیقت کے سامنے وہ surrender کر دیتے تھے۔</w:t>
      </w:r>
    </w:p>
    <w:p>
      <w:r>
        <w:rPr>
          <w:b/>
        </w:rPr>
        <w:t xml:space="preserve">[04:13] </w:t>
      </w:r>
      <w:r>
        <w:t>aaj jaise koi surrender nahi karta, woh apna kuch na kuch false excuses paish karta rehta hai. Un ke haan koi excuse nahi tha. Ek bar unhon ne haq ko maan liya to maan liya, poori zindagi us ke liye woh qurbaaniyan detay rahay.</w:t>
      </w:r>
    </w:p>
    <w:p>
      <w:pPr>
        <w:jc w:val="right"/>
      </w:pPr>
      <w:r>
        <w:t>آج جیسے کوئی surrender نہیں کرتا، وہ اپنا کچھ نہ کچھ false excuses پیش کرتا رہتا ہے۔ ان کے ہاں کوئی excuse نہیں تھا۔ ایک بار انہوں نے حق کو مان لیا تو مان لیا، پوری زندگی اس کے لیے وہ قربانیاں دیتے رہے۔</w:t>
      </w:r>
    </w:p>
    <w:p>
      <w:r>
        <w:rPr>
          <w:b/>
        </w:rPr>
        <w:t xml:space="preserve">[04:28] </w:t>
      </w:r>
      <w:r>
        <w:t>to yeh sab se bari baat hai ke mujarrad haq ko pehchanna, jo Maulana ne likha hai apni kitab "Paygambar e Inqilab" mein, ke unhon ne us waqt haq ko pehchana jab haq ke agay peechay koi madi, ah, madi jo hain barhaiyan paida nahi huin theen.</w:t>
      </w:r>
    </w:p>
    <w:p>
      <w:pPr>
        <w:jc w:val="right"/>
      </w:pPr>
      <w:r>
        <w:t>تو یہ سب سے بڑی بات ہے کہ مجرد حق کو پہچاننا، جو مولانا نے لکھا ہے اپنی کتاب "پیغمبر انقلاب" میں، کہ انہوں نے اس وقت حق کو پہچانا جب حق کے آگے پیچھے کوئی مادی، اہ، مادی جو ہیں بڑائیاں پیدا نہیں ہوئی تھیں۔</w:t>
      </w:r>
    </w:p>
    <w:p>
      <w:r>
        <w:rPr>
          <w:b/>
        </w:rPr>
        <w:t xml:space="preserve">[04:47] </w:t>
      </w:r>
      <w:r>
        <w:t>Rasool Allah sal Allah o alaihi wasallam ek aam aadmi nazar atay thay logon ko. Wahan na woh wahan ke Arab ke leader thay, na koi bohat bari un ki dashing personality</w:t>
      </w:r>
    </w:p>
    <w:p>
      <w:pPr>
        <w:jc w:val="right"/>
      </w:pPr>
      <w:r>
        <w:t>رسول اللہ صلی اللہ علیہ وسلم ایک عام آدمی نظر آتے تھے لوگوں کو۔ وہاں نہ وہ وہاں کے عرب کے leader تھے، نہ کوئی بہت بڑی ان کی dashing personality</w:t>
      </w:r>
    </w:p>
    <w:p>
      <w:r>
        <w:rPr>
          <w:b/>
        </w:rPr>
        <w:t xml:space="preserve">[04:58] </w:t>
      </w:r>
      <w:r>
        <w:t>thi, na aur kisi lehaz se woh koi towering personality jis ko kehte hain. To is tarah ka kuch nahi tha. Ek aam aadmi lagte thay logon ko.</w:t>
      </w:r>
    </w:p>
    <w:p>
      <w:pPr>
        <w:jc w:val="right"/>
      </w:pPr>
      <w:r>
        <w:t>تھی، نہ اور کسی لحاظ سے وہ کوئی towering personality جس کو کہتے ہیں۔ تو اس طرح کا کچھ نہیں تھا۔ ایک عام آدمی لگتے تھے لوگوں کو۔</w:t>
      </w:r>
    </w:p>
    <w:p>
      <w:r>
        <w:rPr>
          <w:b/>
        </w:rPr>
        <w:t xml:space="preserve">[05:07] </w:t>
      </w:r>
      <w:r>
        <w:t>jaisa ke aap samajh sakte hain Taif walon ne kitna ziyada humiliate kiya isi baat par ke Khuda ko koi nahi mila tha paygambar banane ke liye.</w:t>
      </w:r>
    </w:p>
    <w:p>
      <w:pPr>
        <w:jc w:val="right"/>
      </w:pPr>
      <w:r>
        <w:t>جیسا کہ آپ سمجھ سکتے ہیں طائف والوں نے کتنا زیادہ humiliate کیا اسی بات پر کہ خدا کو کوئی نہیں ملا تھا پیغمبر بنانے کے لیے۔</w:t>
      </w:r>
    </w:p>
    <w:p>
      <w:r>
        <w:rPr>
          <w:b/>
        </w:rPr>
        <w:t xml:space="preserve">[05:16] </w:t>
      </w:r>
      <w:r>
        <w:t>tum ko peghambar banaya hai. Kaba ki be izzati karni hai Khuda ko kya? To is tareeqay ki baatein theen.</w:t>
      </w:r>
    </w:p>
    <w:p>
      <w:pPr>
        <w:jc w:val="right"/>
      </w:pPr>
      <w:r>
        <w:t>تم کو پیغمبر بنایا ہے۔ کعبہ کی بے عزتی کرنی ہے خدا کو کیا؟ تو اس طریقے کی باتیں تھیں۔</w:t>
      </w:r>
    </w:p>
    <w:p>
      <w:r>
        <w:rPr>
          <w:b/>
        </w:rPr>
        <w:t xml:space="preserve">[05:23] </w:t>
      </w:r>
      <w:r>
        <w:t>Aur is is mahaul mein, ah, peghambar ko pehchanna aur un ki aik aik baat ko manna, sari zindagi manna, waqti tor par log maan bhi lete hain lekin baad mein woh peechay hatt jatay hain.</w:t>
      </w:r>
    </w:p>
    <w:p>
      <w:pPr>
        <w:jc w:val="right"/>
      </w:pPr>
      <w:r>
        <w:t>اور اس اس ماحول میں، اہ، پیغمبر کو پہچاننا اور ان کی ایک ایک بات کو ماننا، ساری زندگی ماننا، وقتی طور پر لوگ مان بھی لیتے ہیں لیکن بعد میں وہ پیچھے ہٹ جاتے ہیں۔</w:t>
      </w:r>
    </w:p>
    <w:p>
      <w:r>
        <w:rPr>
          <w:b/>
        </w:rPr>
        <w:t xml:space="preserve">[05:38] </w:t>
      </w:r>
      <w:r>
        <w:t>Jab dekhte hain ke is mein to hamara maadi nuqsan ho raha hai to woh peechay hatt jatay hain. To woh is zamanay mein jab ke aap ko log muzammam kehte thay, muzammam aap ka naam rakh diya tha, us zamanay mein unhon ne Muhammad ke ko pehchana.</w:t>
      </w:r>
    </w:p>
    <w:p>
      <w:pPr>
        <w:jc w:val="right"/>
      </w:pPr>
      <w:r>
        <w:t>جب دیکھتے ہیں کہ اس میں تو ہمارا مادی نقصان ہو رہا ہے تو وہ پیچھے ہٹ جاتے ہیں۔ تو وہ اس زمانے میں جب کہ آپ کو لوگ مزمم کہتے تھے، مزمم آپ کا نام رکھ دیا تھا، اس زمانے میں انہوں نے محمد کے کو پہچانا۔</w:t>
      </w:r>
    </w:p>
    <w:p>
      <w:r>
        <w:rPr>
          <w:b/>
        </w:rPr>
        <w:t xml:space="preserve">[05:53] </w:t>
      </w:r>
      <w:r>
        <w:t>Un ke aap ke aap peghambar hain. Is ko aik baar unhon ne maan liya to maan liya. Phir koi koi cheez un ko peechay nahi hata sakti thi.</w:t>
      </w:r>
    </w:p>
    <w:p>
      <w:pPr>
        <w:jc w:val="right"/>
      </w:pPr>
      <w:r>
        <w:t>ان کے آپ کے آپ پیغمبر ہیں۔ اس کو ایک بار انہوں نے مان لیا تو مان لیا۔ پھر کوئی کوئی چیز ان کو پیچھے نہیں ہٹا سکتی تھی۔</w:t>
      </w:r>
    </w:p>
    <w:p>
      <w:r>
        <w:rPr>
          <w:b/>
        </w:rPr>
        <w:t xml:space="preserve">[06:02] </w:t>
      </w:r>
      <w:r>
        <w:t>Halankay itna ziyada sakht mahaul tha. Woh insani azadi ka daur nahi tha na. Jab tak aap yeh na samjhein ke aaj ka mahaul woh nahi tha.</w:t>
      </w:r>
    </w:p>
    <w:p>
      <w:pPr>
        <w:jc w:val="right"/>
      </w:pPr>
      <w:r>
        <w:t>حالانکہ اتنا زیادہ سخت ماحول تھا۔ وہ انسانی آزادی کا دور نہیں تھا نا۔ جب تک آپ یہ نہ سمجھیں کہ آج کا ماحول وہ نہیں تھا۔</w:t>
      </w:r>
    </w:p>
    <w:p>
      <w:r>
        <w:rPr>
          <w:b/>
        </w:rPr>
        <w:t xml:space="preserve">[06:12] </w:t>
      </w:r>
      <w:r>
        <w:t>Aaj to azadi hai. Hum kuch bhi kaam karte hain. Humein azadi mili hui hai. Lekin woh zamanah religious persecution ka tha. Sirf yeh kehna ke Allah aik hai, us par log marte thay.</w:t>
      </w:r>
    </w:p>
    <w:p>
      <w:pPr>
        <w:jc w:val="right"/>
      </w:pPr>
      <w:r>
        <w:t>آج تو آزادی ہے۔ ہم کچھ بھی کام کرتے ہیں۔ ہمیں آزادی ملی ہوئی ہے۔ لیکن وہ زمانہ religious persecution کا تھا۔ صرف یہ کہنا کہ اللہ ایک ہے، اس پر لوگ مارتے تھے۔</w:t>
      </w:r>
    </w:p>
    <w:p>
      <w:r>
        <w:rPr>
          <w:b/>
        </w:rPr>
        <w:t xml:space="preserve">[06:24] </w:t>
      </w:r>
      <w:r>
        <w:t>Aik baar Abdullah ibn Masood Kaba gaye</w:t>
      </w:r>
    </w:p>
    <w:p>
      <w:pPr>
        <w:jc w:val="right"/>
      </w:pPr>
      <w:r>
        <w:t>ایک بار عبداللہ ابن مسعود کعبہ گئے</w:t>
      </w:r>
    </w:p>
    <w:p>
      <w:r>
        <w:rPr>
          <w:b/>
        </w:rPr>
        <w:t xml:space="preserve">[06:27] </w:t>
      </w:r>
      <w:r>
        <w:t>Aur wahan Surah Rehman parhna shuru kiya to logon ne un ke munh par marna shuru kiya. Bohat itna mara ke un ke munh pe nishan par gaya. Bohat hi senior companion of the Prophet thay woh.</w:t>
      </w:r>
    </w:p>
    <w:p>
      <w:pPr>
        <w:jc w:val="right"/>
      </w:pPr>
      <w:r>
        <w:t>اور وہاں سورہ رحمن پڑھنا شروع کیا تو لوگوں نے ان کے منہ پر مارنا شروع کیا۔ بہت اتنا مارا کہ ان کے منہ پہ نشان پڑ گیا۔ بہت ہی senior companion of the Prophet تھے وہ۔</w:t>
      </w:r>
    </w:p>
    <w:p>
      <w:r>
        <w:rPr>
          <w:b/>
        </w:rPr>
        <w:t xml:space="preserve">[06:39] </w:t>
      </w:r>
      <w:r>
        <w:t>To phir unhon ne phir bhi woh itnay bahadur log thay ke unhon ne kaha ke agar tum kaho to mein phir kal ja ke wahan Quran parhoon ga.</w:t>
      </w:r>
    </w:p>
    <w:p>
      <w:pPr>
        <w:jc w:val="right"/>
      </w:pPr>
      <w:r>
        <w:t>تو پھر انہوں نے پھر بھی وہ اتنے بہادر لوگ تھے کہ انہوں نے کہا کہ اگر تم کہو تو میں پھر کل جا کے وہاں قرآن پڑھوں گا۔</w:t>
      </w:r>
    </w:p>
    <w:p>
      <w:r>
        <w:rPr>
          <w:b/>
        </w:rPr>
        <w:t xml:space="preserve">[06:48] </w:t>
      </w:r>
      <w:r>
        <w:t>To is tareeqay se woh log kisi cheez se darne walay</w:t>
      </w:r>
    </w:p>
    <w:p>
      <w:pPr>
        <w:jc w:val="right"/>
      </w:pPr>
      <w:r>
        <w:t>تو اس طریقے سے وہ لوگ کسی چیز سے ڈرنے والے</w:t>
      </w:r>
    </w:p>
    <w:p>
      <w:r>
        <w:rPr>
          <w:b/>
        </w:rPr>
        <w:t xml:space="preserve">[06:52] </w:t>
      </w:r>
      <w:r>
        <w:t>Nahi thay. Jab unhon ne kisi sachai ko maan liya to woh us par bilkul jam gaye. Is yahi wajah hai ke itna bara inqilab pehli baar tareekh mein aaya.</w:t>
      </w:r>
    </w:p>
    <w:p>
      <w:pPr>
        <w:jc w:val="right"/>
      </w:pPr>
      <w:r>
        <w:t>نہیں تھے۔ جب انہوں نے کسی سچائی کو مان لیا تو وہ اس پر بالکل جم گئے۔ اس یہی وجہ ہے کہ اتنا بڑا انقلاب پہلی بار تاریخ میں آیا۔</w:t>
      </w:r>
    </w:p>
    <w:p>
      <w:r>
        <w:rPr>
          <w:b/>
        </w:rPr>
        <w:t xml:space="preserve">[07:04] </w:t>
      </w:r>
      <w:r>
        <w:t>Aik baar Hazrat Abu Bakar jo ke itnay senior aadmi thay, itnay maldar, bohat baray tajir, woh Kaba mein namaz parh rahay thay.</w:t>
      </w:r>
    </w:p>
    <w:p>
      <w:pPr>
        <w:jc w:val="right"/>
      </w:pPr>
      <w:r>
        <w:t>ایک بار حضرت ابوبکر جو کہ اتنے senior آدمی تھے، اتنے مالدار، بہت بڑے تاجر، وہ کعبہ میں نماز پڑھ رہے تھے۔</w:t>
      </w:r>
    </w:p>
    <w:p>
      <w:r>
        <w:rPr>
          <w:b/>
        </w:rPr>
        <w:t xml:space="preserve">[07:12] </w:t>
      </w:r>
      <w:r>
        <w:t>Un ko logon ne bohat mara aur bohat woh kuch kis jawab nahi yeh log dete thay. Retaliate nahi karte thay.</w:t>
      </w:r>
    </w:p>
    <w:p>
      <w:pPr>
        <w:jc w:val="right"/>
      </w:pPr>
      <w:r>
        <w:t>ان کو لوگوں نے بہت مارا اور بہت وہ کچھ کس جواب نہیں یہ لوگ دیتے تھے۔ retaliate نہیں کرتے تھے۔</w:t>
      </w:r>
    </w:p>
    <w:p>
      <w:r>
        <w:rPr>
          <w:b/>
        </w:rPr>
        <w:t xml:space="preserve">[07:20] </w:t>
      </w:r>
      <w:r>
        <w:t>Unhon ne Khuda ke deen ko aisa pakra tha ke us se itna un ko gehra attachment tha ke woh us ke liye har qurbani dene ke liye tayyar thay.</w:t>
      </w:r>
    </w:p>
    <w:p>
      <w:pPr>
        <w:jc w:val="right"/>
      </w:pPr>
      <w:r>
        <w:t>انہوں نے خدا کے دین کو ایسا پکڑا تھا کہ اس سے اتنا ان کو گہرا attachment تھا کہ وہ اس کے لیے ہر قربانی دینے کے لیے تیار تھے۔</w:t>
      </w:r>
    </w:p>
    <w:p>
      <w:r>
        <w:rPr>
          <w:b/>
        </w:rPr>
        <w:t xml:space="preserve">[07:31] </w:t>
      </w:r>
      <w:r>
        <w:t>Isi liye Rasool Allah Sal Allahu Alaihi Wasallam ne kaha ke mere ashaab jo hain sitaron ki manind hain, un mein se tum jis kisi bhi ki bhi pairwi karo, tum hidayat par ho ge.</w:t>
      </w:r>
    </w:p>
    <w:p>
      <w:pPr>
        <w:jc w:val="right"/>
      </w:pPr>
      <w:r>
        <w:t>اسی لیے رسول اللہ صلی اللہ علیہ وسلم نے کہا کہ میرے اصحاب جو ہیں ستاروں کی مانند ہیں، ان میں سے تم جس کسی بھی کی بھی پیروی کرو، تم ہدایت پر ہو گے۔</w:t>
      </w:r>
    </w:p>
    <w:p>
      <w:r>
        <w:rPr>
          <w:b/>
        </w:rPr>
        <w:t xml:space="preserve">[07:42] </w:t>
      </w:r>
      <w:r>
        <w:t>To</w:t>
      </w:r>
    </w:p>
    <w:p>
      <w:pPr>
        <w:jc w:val="right"/>
      </w:pPr>
      <w:r>
        <w:t>تو</w:t>
      </w:r>
    </w:p>
    <w:p>
      <w:r>
        <w:rPr>
          <w:b/>
        </w:rPr>
        <w:t xml:space="preserve">[07:43] </w:t>
      </w:r>
      <w:r>
        <w:t>Yeh tha jo Maulana ne likha hai ke fath conquest ke daur se pehlay qurbaniyan pesh karna, yeh Surah Al-Hadid mein aaya hai.</w:t>
      </w:r>
    </w:p>
    <w:p>
      <w:pPr>
        <w:jc w:val="right"/>
      </w:pPr>
      <w:r>
        <w:t>یہ تھا جو مولانا نے لکھا ہے کہ فتح conquest کے دور سے پہلے قربانیاں پیش کرنا، یہ سورہ الحدید میں آیا ہے۔</w:t>
      </w:r>
    </w:p>
    <w:p>
      <w:r>
        <w:rPr>
          <w:b/>
        </w:rPr>
        <w:t xml:space="preserve">[07:54] </w:t>
      </w:r>
      <w:r>
        <w:t>To qurbaniyan pesh karna aur baad mein deen ke liye kuch karna, woh kabhi bhi barabar nahi ho sakta. Kyun ke us waqt qurbaniyan pesh ki jab unhein kuch milnay wala nahi tha.</w:t>
      </w:r>
    </w:p>
    <w:p>
      <w:pPr>
        <w:jc w:val="right"/>
      </w:pPr>
      <w:r>
        <w:t>تو قربانیاں پیش کرنا اور بعد میں دین کے لیے کچھ کرنا، وہ کبھی بھی برابر نہیں ہو سکتا۔ کیونکہ اس وقت قربانیاں پیش کی جب انہیں کچھ ملنے والا نہیں تھا۔</w:t>
      </w:r>
    </w:p>
    <w:p>
      <w:r>
        <w:rPr>
          <w:b/>
        </w:rPr>
        <w:t xml:space="preserve">[08:06] </w:t>
      </w:r>
      <w:r>
        <w:t>Un ko sirf apni jaan o maal lutani thi. Kuch milnay wal</w:t>
      </w:r>
    </w:p>
    <w:p>
      <w:pPr>
        <w:jc w:val="right"/>
      </w:pPr>
      <w:r>
        <w:t>ان کو صرف اپنی جان و مال لٹانی تھی۔ کچھ ملنے وال</w:t>
      </w:r>
    </w:p>
    <w:p>
      <w:r>
        <w:rPr>
          <w:b/>
        </w:rPr>
        <w:t xml:space="preserve">[08:10] </w:t>
      </w:r>
      <w:r>
        <w:t>a nahi tha. Sirf badnami milnay wali thi ke dekho yeh kahan yeh log apna apna waqt, apna paisa, apna jaan, ah, woh woh kar rahay hain, sacrifice kar rahay hain.</w:t>
      </w:r>
    </w:p>
    <w:p>
      <w:pPr>
        <w:jc w:val="right"/>
      </w:pPr>
      <w:r>
        <w:t>ا نہیں تھا۔ صرف بدنامی ملنے والی تھی کہ دیکھو یہ کہاں یہ لوگ اپنا اپنا وقت، اپنا پیسہ، اپنا جان، اہ، وہ وہ کر رہے ہیں، sacrifice کر رہے ہیں۔</w:t>
      </w:r>
    </w:p>
    <w:p>
      <w:r>
        <w:rPr>
          <w:b/>
        </w:rPr>
        <w:t xml:space="preserve">[08:22] </w:t>
      </w:r>
      <w:r>
        <w:t>Kyun ke aap ki Rasool Allah Sal Allahu Alaihi Wasallam ki shakhsiyat abhi establish nahi hui thi. Abhi woh lafzi waday thay, jannat ke waday, dunya mein kamyabi ke waday.</w:t>
      </w:r>
    </w:p>
    <w:p>
      <w:pPr>
        <w:jc w:val="right"/>
      </w:pPr>
      <w:r>
        <w:t>کیونکہ آپ کی رسول اللہ صلی اللہ علیہ وسلم کی شخصیت ابھی establish نہیں ہوئی تھی۔ ابھی وہ لفظی وعدے تھے، جنت کے وعدے، دنیا میں کامیابی کے وعدے۔</w:t>
      </w:r>
    </w:p>
    <w:p>
      <w:r>
        <w:rPr>
          <w:b/>
        </w:rPr>
        <w:t xml:space="preserve">[08:33] </w:t>
      </w:r>
      <w:r>
        <w:t>Woh lafzi wadoon par unhon ne bilkul paka yaqeen kiya. Kyun ke un ko Allah Ta'ala se itni ziyada gehri</w:t>
      </w:r>
    </w:p>
    <w:p>
      <w:pPr>
        <w:jc w:val="right"/>
      </w:pPr>
      <w:r>
        <w:t>وہ لفظی وعدوں پر انہوں نے بالکل پکا یقین کیا۔ کیونکہ ان کو اللہ تعالی سے اتنی زیادہ گہری</w:t>
      </w:r>
    </w:p>
    <w:p>
      <w:r>
        <w:rPr>
          <w:b/>
        </w:rPr>
        <w:t xml:space="preserve">[08:40] </w:t>
      </w:r>
      <w:r>
        <w:t>Mohabbat thi, Rasool se mohabbat thi. To is wajah se unhon ne bohat hi gehrai se deen ko pakra aur hamesha bas woh aik un ko dhun thi ke deen ke kaam karne ke liye chahay kuch bhi ho.</w:t>
      </w:r>
    </w:p>
    <w:p>
      <w:pPr>
        <w:jc w:val="right"/>
      </w:pPr>
      <w:r>
        <w:t>محبت تھی، رسول سے محبت تھی۔ تو اس وجہ سے انہوں نے بہت ہی گہرائی سے دین کو پکڑا اور ہمیشہ بس وہ ایک ان کو دھن تھی کہ دین کے کام کرنے کے لیے چاہے کچھ بھی ہو۔</w:t>
      </w:r>
    </w:p>
    <w:p>
      <w:r>
        <w:rPr>
          <w:b/>
        </w:rPr>
        <w:t xml:space="preserve">[08:55] </w:t>
      </w:r>
      <w:r>
        <w:t>Kitnay log to jo khaas tor par labor class walay thay, to un ko log garam reit mein lita kar marte thay.</w:t>
      </w:r>
    </w:p>
    <w:p>
      <w:pPr>
        <w:jc w:val="right"/>
      </w:pPr>
      <w:r>
        <w:t>کتنے لوگ تو جو خاص طور پر labor کلاس والے تھے، تو ان کو لوگ گرم ریت میں لٹا کر مارتے تھے۔</w:t>
      </w:r>
    </w:p>
    <w:p>
      <w:r>
        <w:rPr>
          <w:b/>
        </w:rPr>
        <w:t xml:space="preserve">[09:04] </w:t>
      </w:r>
      <w:r>
        <w:t>Phir bhi woh koi bhi aisa nahi tha ke jo dobara dobara Rasool Allah Sal Allahu Alaihi Wasallam ke deen se wapas aa gaya ho.</w:t>
      </w:r>
    </w:p>
    <w:p>
      <w:pPr>
        <w:jc w:val="right"/>
      </w:pPr>
      <w:r>
        <w:t>پھر بھی وہ کوئی بھی ایسا نہیں تھا کہ جو دوبارہ دوبارہ رسول اللہ صلی اللہ علیہ وسلم کے دین سے واپس آ گیا ہو۔</w:t>
      </w:r>
    </w:p>
    <w:p>
      <w:r>
        <w:rPr>
          <w:b/>
        </w:rPr>
        <w:t xml:space="preserve">[09:14] </w:t>
      </w:r>
      <w:r>
        <w:t>woh har tarah ki musibat sehne ke liye woh tayyar thay. to isi wajah se sahaba jo hain hamare liye role model hain. ji yaqeenan apa aur kyunke aap aap ne sahi kaha ke woh role model hain, to mein chahunga ke kuch sahabi ki zindagi ko le kar aapse sawal</w:t>
      </w:r>
    </w:p>
    <w:p>
      <w:pPr>
        <w:jc w:val="right"/>
      </w:pPr>
      <w:r>
        <w:t>وہ ہر طرح کی مصیبت سہنے کے لیے وہ تیار تھے۔ تو اسی وجہ سے صحابہ جو ہیں ہمارے لیے role model ہیں۔ جی یقینا آپا اور کیونکہ آپ آپ نے صحیح کہا کہ وہ role model ہیں، تو میں چاہوں گا کہ کچھ صحابی کی زندگی کو لے کر آپ سے سوال</w:t>
      </w:r>
    </w:p>
    <w:p>
      <w:r>
        <w:rPr>
          <w:b/>
        </w:rPr>
        <w:t xml:space="preserve">[09:32] </w:t>
      </w:r>
      <w:r>
        <w:t>karoon. jaise apa hazrat abubakar jo Prophet ke baad sab se pehle khaleefa bhi thay aur Prophet ne ek martaba yeh bhi kaha ke amongst all men abubakar obliged me the most with his companionship and wealth.</w:t>
      </w:r>
    </w:p>
    <w:p>
      <w:pPr>
        <w:jc w:val="right"/>
      </w:pPr>
      <w:r>
        <w:t>کروں۔ جیسے آپا حضرت ابوبکر جو Prophet کے بعد سب سے پہلے خلیفہ بھی تھے اور Prophet نے ایک مرتبہ یہ بھی کہا کہ amongst all men ابوبکر obliged me the most with his companionship and wealth.</w:t>
      </w:r>
    </w:p>
    <w:p>
      <w:r>
        <w:rPr>
          <w:b/>
        </w:rPr>
        <w:t xml:space="preserve">[09:47] </w:t>
      </w:r>
      <w:r>
        <w:t>let there be no door of masjid closed for him. to apa, mein chahunga ke unki zindagi se le kar aap kuch hamein koi sabak batayein, hum sab ko.</w:t>
      </w:r>
    </w:p>
    <w:p>
      <w:pPr>
        <w:jc w:val="right"/>
      </w:pPr>
      <w:r>
        <w:t>Let there be no door of مسجد closed for him. تو آپا، میں چاہوں گا کہ ان کی زندگی سے لے کر آپ کچھ ہمیں کوئی سبق بتائیں، ہم سب کو۔</w:t>
      </w:r>
    </w:p>
    <w:p>
      <w:r>
        <w:rPr>
          <w:b/>
        </w:rPr>
        <w:t xml:space="preserve">[10:00] </w:t>
      </w:r>
      <w:r>
        <w:t>hazrat abubakar jo hain woh most senior companion thay Prophet ke aur woh hazrat abubakar hanif thay. ke arab mein dekhiye jo hazrat ibrahim aleh salam jo deen laye thay, woh deen taqreeban woh mit chuka tha.</w:t>
      </w:r>
    </w:p>
    <w:p>
      <w:pPr>
        <w:jc w:val="right"/>
      </w:pPr>
      <w:r>
        <w:t>حضرت ابوبکر جو ہیں وہ most senior companion تھے Prophet کے اور وہ حضرت ابوبکر حنیف تھے۔ کہ عرب میں دیکھیے جو حضرت ابراہیم علیہ السلام جو دین لائے تھے، وہ دین تقریباً وہ مٹ چکا تھا۔</w:t>
      </w:r>
    </w:p>
    <w:p>
      <w:r>
        <w:rPr>
          <w:b/>
        </w:rPr>
        <w:t xml:space="preserve">[10:15] </w:t>
      </w:r>
      <w:r>
        <w:t>aur misaal ke taur par namaz jab parhne ko jaate to namaz mein taliyan bajate thay, matlab bilkul bhool chuke thay.</w:t>
      </w:r>
    </w:p>
    <w:p>
      <w:pPr>
        <w:jc w:val="right"/>
      </w:pPr>
      <w:r>
        <w:t>اور مثال کے طور پر نماز جب پڑھنے کو جاتے تو نماز میں تالیاں بجاتے تھے، مطلب بالکل بھول چکے تھے۔</w:t>
      </w:r>
    </w:p>
    <w:p>
      <w:r>
        <w:rPr>
          <w:b/>
        </w:rPr>
        <w:t xml:space="preserve">[10:25] </w:t>
      </w:r>
      <w:r>
        <w:t>to bohat sare log thay jo woh samajhte thay ke yeh asal deen nahi hai jo peghambar ibrahim laye thay, yeh to kuch aur hi logon ne bana liya hai.</w:t>
      </w:r>
    </w:p>
    <w:p>
      <w:pPr>
        <w:jc w:val="right"/>
      </w:pPr>
      <w:r>
        <w:t>تو بہت سارے لوگ تھے جو وہ سمجھتے تھے کہ یہ اصل دین نہیں ہے جو پیغمبر ابراہیم لائے تھے، یہ تو کچھ اور ہی لوگوں نے بنا لیا ہے۔</w:t>
      </w:r>
    </w:p>
    <w:p>
      <w:r>
        <w:rPr>
          <w:b/>
        </w:rPr>
        <w:t xml:space="preserve">[10:35] </w:t>
      </w:r>
      <w:r>
        <w:t>to woh us ki talash mein rehte thay. to hazrat abubakar bhi ek hanif thay, truth seeker jis ko hum aaj keh sakte hain. to woh talash mein hi thay sachai ke aur hazrat rasool Allah sallallahu alaihi wasallam ko woh pehle se jante thay kyunke woh bhi tajir thay aur rasool Allah sallallahu alaihi wasallam ne bhi tijarat ki thi.</w:t>
      </w:r>
    </w:p>
    <w:p>
      <w:pPr>
        <w:jc w:val="right"/>
      </w:pPr>
      <w:r>
        <w:t>تو وہ اس کی تلاش میں رہتے تھے۔ تو حضرت ابوبکر بھی ایک حنیف تھے، truth seeker جس کو ہم آج کہہ سکتے ہیں۔ تو وہ تلاش میں ہی تھے سچائی کے اور حضرت رسول اللہ صلی اللہ علیہ وسلم کو وہ پہلے سے جانتے تھے کیونکہ وہ بھی تاجر تھے اور رسول اللہ صلی اللہ علیہ وسلم نے بھی تجارت کی تھی۔</w:t>
      </w:r>
    </w:p>
    <w:p>
      <w:r>
        <w:rPr>
          <w:b/>
        </w:rPr>
        <w:t xml:space="preserve">[10:53] </w:t>
      </w:r>
      <w:r>
        <w:t>to pehle se jaan jaan pehchan thi. to jab jab unhone suna ek bar woh tijarat ke silsile mein kahin bahar gaye hue thay, jab woh aaye to logon ne kehna shuru kiya ke ek aadmi aaya hai aur woh kehta hai mein peghambar hoon aur kehta hai ke ek maabood ko mano aur tum doosre maaboodon ko bura bhala kehta hai.</w:t>
      </w:r>
    </w:p>
    <w:p>
      <w:pPr>
        <w:jc w:val="right"/>
      </w:pPr>
      <w:r>
        <w:t>تو پہلے سے جان جان پہچان تھی۔ تو جب جب انہوں نے سنا ایک بار وہ تجارت کے سلسلے میں کہیں باہر گئے ہوئے تھے، جب وہ آئے تو لوگوں نے کہنا شروع کیا کہ ایک آدمی آیا ہے اور وہ کہتا ہے میں پیغمبر ہوں اور کہتا ہے کہ ایک معبود کو مانو اور تم دوسرے معبودوں کو برا بھلا کہتا ہے۔</w:t>
      </w:r>
    </w:p>
    <w:p>
      <w:r>
        <w:rPr>
          <w:b/>
        </w:rPr>
        <w:t xml:space="preserve">[11:16] </w:t>
      </w:r>
      <w:r>
        <w:t>to woh foran rasool Allah sallallahu alaihi wasallam ke paas gaye ke aisi aisi baat log keh rahe hain to kya baat hai, asal majra kya hai? to rasool Allah sallallahu alaihi wasallam ne bataya ke mujhe Khuda ne peghambar banaya hai aur Khuda ek hai, ek Khuda ki parastish karo.</w:t>
      </w:r>
    </w:p>
    <w:p>
      <w:pPr>
        <w:jc w:val="right"/>
      </w:pPr>
      <w:r>
        <w:t>تو وہ فوراً رسول اللہ صلی اللہ علیہ وسلم کے پاس گئے کہ ایسی ایسی بات لوگ کہہ رہے ہیں تو کیا بات ہے، اصل ماجرہ کیا ہے؟ تو رسول اللہ صلی اللہ علیہ وسلم نے بتایا کہ مجھے خدا نے پیغمبر بنایا ہے اور خدا ایک ہے، ایک خدا کی پرستش کرو۔</w:t>
      </w:r>
    </w:p>
    <w:p>
      <w:r>
        <w:rPr>
          <w:b/>
        </w:rPr>
        <w:t xml:space="preserve">[11:33] </w:t>
      </w:r>
      <w:r>
        <w:t>aur jo jo mein us waqt namaz bhi farz hui thi to namaz ke bare mein bataya.</w:t>
      </w:r>
    </w:p>
    <w:p>
      <w:pPr>
        <w:jc w:val="right"/>
      </w:pPr>
      <w:r>
        <w:t>اور جو جو میں اس وقت نماز بھی فرض ہوئی تھی تو نماز کے بارے میں بتایا۔</w:t>
      </w:r>
    </w:p>
    <w:p>
      <w:r>
        <w:rPr>
          <w:b/>
        </w:rPr>
        <w:t xml:space="preserve">[11:40] </w:t>
      </w:r>
      <w:r>
        <w:t>to hazrat abubakar pehle freed man hain kyunke wahan do tarah ki is society mein log rehte thay, ek ghulam aur ek freed log jo ke tribe se talluq rakhte thay.</w:t>
      </w:r>
    </w:p>
    <w:p>
      <w:pPr>
        <w:jc w:val="right"/>
      </w:pPr>
      <w:r>
        <w:t>تو حضرت ابوبکر پہلے freed man ہیں کیونکہ وہاں دو طرح کی اس سوسائٹی میں لوگ رہتے تھے، ایک غلام اور ایک freed لوگ جو کہ tribe سے تعلق رکھتے تھے۔</w:t>
      </w:r>
    </w:p>
    <w:p>
      <w:r>
        <w:rPr>
          <w:b/>
        </w:rPr>
        <w:t xml:space="preserve">[11:52] </w:t>
      </w:r>
      <w:r>
        <w:t>to pehle freed man hain jo Islam laye. sab se pehli khatoon to khadija jo Islam layi, us ke baad hazrat zaid Islam laye jo aap ke ghulam thay.</w:t>
      </w:r>
    </w:p>
    <w:p>
      <w:pPr>
        <w:jc w:val="right"/>
      </w:pPr>
      <w:r>
        <w:t>تو پہلے freed man ہیں جو اسلام لائے۔ سب سے پہلی خاتون تو خدیجہ جو اسلام لائیں، اس کے بعد حضرت زید اسلام لائے جو آپ کے غلام تھے۔</w:t>
      </w:r>
    </w:p>
    <w:p>
      <w:r>
        <w:rPr>
          <w:b/>
        </w:rPr>
        <w:t xml:space="preserve">[12:03] </w:t>
      </w:r>
      <w:r>
        <w:t>us ke baad hazrat ali jo ke abhi abhi unki das barah saal ki umar ke thay.</w:t>
      </w:r>
    </w:p>
    <w:p>
      <w:pPr>
        <w:jc w:val="right"/>
      </w:pPr>
      <w:r>
        <w:t>اس کے بعد حضرت علی جو کہ ابھی ابھی ان کی دس بارہ سال کی عمر کے تھے۔</w:t>
      </w:r>
    </w:p>
    <w:p>
      <w:r>
        <w:rPr>
          <w:b/>
        </w:rPr>
        <w:t xml:space="preserve">[12:09] </w:t>
      </w:r>
      <w:r>
        <w:t>to ek senior aadmi jo tha woh hazrat abubakr thay jo sab se pehle sab iman laye. to hazrat abubakar ki khaas baat yeh hai ke unko koi taraddud nahi hai, koi hesitation nahi.</w:t>
      </w:r>
    </w:p>
    <w:p>
      <w:pPr>
        <w:jc w:val="right"/>
      </w:pPr>
      <w:r>
        <w:t>تو ایک senior آدمی جو تھا وہ حضرت ابوبکری تھے جو سب سے پہلے سب ایمان لائے۔ تو حضرت ابوبکر کی خاص بات یہ ہے کہ ان کو کوئی تردد نہیں ہے، کوئی hesitation نہیں۔</w:t>
      </w:r>
    </w:p>
    <w:p>
      <w:r>
        <w:rPr>
          <w:b/>
        </w:rPr>
        <w:t xml:space="preserve">[12:22] </w:t>
      </w:r>
      <w:r>
        <w:t>jaise rasool Allah sallallahu alaihi wasallam ne bataya, waise hi unhone us ko maan liya kyunke woh rasool Allah sallallahu alaihi wasallam ko jante thay aur rasool Allah sallallahu alaihi wasallam pehle hi alameen ke naam se as-sadiq ke naam se mashhoor thay.</w:t>
      </w:r>
    </w:p>
    <w:p>
      <w:pPr>
        <w:jc w:val="right"/>
      </w:pPr>
      <w:r>
        <w:t>جیسے رسول اللہ صلی اللہ علیہ وسلم نے بتایا، ویسے ہی انہوں نے اس کو مان لیا کیونکہ وہ رسول اللہ صلی اللہ علیہ وسلم کو جانتے تھے اور رسول اللہ صلی اللہ علیہ وسلم پہلے ہی العالمین کے نام سے الصادق کے نام سے مشہور تھے۔</w:t>
      </w:r>
    </w:p>
    <w:p>
      <w:r>
        <w:rPr>
          <w:b/>
        </w:rPr>
        <w:t xml:space="preserve">[12:35] </w:t>
      </w:r>
      <w:r>
        <w:t>to jante thay ke woh jhoot nahi bol sakte.</w:t>
      </w:r>
    </w:p>
    <w:p>
      <w:pPr>
        <w:jc w:val="right"/>
      </w:pPr>
      <w:r>
        <w:t>تو جانتے تھے کہ وہ جھوٹ نہیں بول سکتے۔</w:t>
      </w:r>
    </w:p>
    <w:p>
      <w:r>
        <w:rPr>
          <w:b/>
        </w:rPr>
        <w:t xml:space="preserve">[12:38] </w:t>
      </w:r>
      <w:r>
        <w:t>to is wajah se unhone foran aap ki tasdeeq ki. aur isi tareeqe se ek aur mauqe par miraaj ke mauqe par jab miraaj ki baatein logon tak pahunchi ke woh kehte hain ke hum to aasman pe sab ja ke safar kar ke aaye hain to log mazaq uda</w:t>
      </w:r>
    </w:p>
    <w:p>
      <w:pPr>
        <w:jc w:val="right"/>
      </w:pPr>
      <w:r>
        <w:t>تو اس وجہ سے انہوں نے فوراً آپ کی تصدیق کی۔ اور اسی طریقے سے ایک اور موقع پر معراج کے موقع پر جب معراج کی باتیں لوگوں تک پہنچی کہ وہ کہتے ہیں کہ ہم تو آسمان پہ سب جا کے سفر کر کے آئے ہیں تو لوگ مذاق اڑا</w:t>
      </w:r>
    </w:p>
    <w:p>
      <w:r>
        <w:rPr>
          <w:b/>
        </w:rPr>
        <w:t xml:space="preserve">[12:56] </w:t>
      </w:r>
      <w:r>
        <w:t>rahe thay. to hazrat abubakar aaye rasool Allah ke paas aur rasool Allah sallallahu alaihi wasallam ne bataya to unhone pehle hi keh diya tha ke jab woh keh rahe hain peghambar to woh baat sahi hogi.</w:t>
      </w:r>
    </w:p>
    <w:p>
      <w:pPr>
        <w:jc w:val="right"/>
      </w:pPr>
      <w:r>
        <w:t>رہے تھے۔ تو حضرت ابوبکر آئے رسول اللہ کے پاس اور رسول اللہ صلی اللہ علیہ وسلم نے بتایا تو انہوں نے پہلے ہی کہہ دیا تھا کہ جب وہ کہہ رہے ہیں پیغمبر تو وہ بات صحیح ہوگی۔</w:t>
      </w:r>
    </w:p>
    <w:p>
      <w:r>
        <w:rPr>
          <w:b/>
        </w:rPr>
        <w:t xml:space="preserve">[13:08] </w:t>
      </w:r>
      <w:r>
        <w:t>phir unhone aa ke aur detail se maloomat ki to us waqt rasool Allah sallallahu alaihi wasallam ne unko as-siddiq ka laqab diya. as-siddiq maani truthful aur sab se pehle jo hai tasdeeq karne wale.</w:t>
      </w:r>
    </w:p>
    <w:p>
      <w:pPr>
        <w:jc w:val="right"/>
      </w:pPr>
      <w:r>
        <w:t>پھر انہوں نے آ کے اور detail سے معلومات کی تو اس وقت رسول اللہ صلی اللہ علیہ وسلم نے ان کو الصدیق کا لقب دیا۔ الصدیق معنی truthful اور سب سے پہلے جو ہے تصدیق کرنے والے۔</w:t>
      </w:r>
    </w:p>
    <w:p>
      <w:r>
        <w:rPr>
          <w:b/>
        </w:rPr>
        <w:t xml:space="preserve">[13:21] </w:t>
      </w:r>
      <w:r>
        <w:t>to hazrat abubakar bohat bare tajir thay.</w:t>
      </w:r>
    </w:p>
    <w:p>
      <w:pPr>
        <w:jc w:val="right"/>
      </w:pPr>
      <w:r>
        <w:t>تو حضرت ابوبکر بہت بڑے تاجر تھے۔</w:t>
      </w:r>
    </w:p>
    <w:p>
      <w:r>
        <w:rPr>
          <w:b/>
        </w:rPr>
        <w:t xml:space="preserve">[13:24] </w:t>
      </w:r>
      <w:r>
        <w:t>to unhone apna sara maal jo hai Islam ke liye, deen ke liye kharch kiya. aur khaas taur par ek kaam ke liye woh bohat kharch karte thay ke wahan par jo slaves thay, ghulam thay, woh zamane mein ghulami ka zamana tha.</w:t>
      </w:r>
    </w:p>
    <w:p>
      <w:pPr>
        <w:jc w:val="right"/>
      </w:pPr>
      <w:r>
        <w:t>تو انہوں نے اپنا سارا مال جو ہے اسلام کے لیے، دین کے لیے خرچ کیا۔ اور خاص طور پر ایک کام کے لیے وہ بہت خرچ کرتے تھے کہ وہاں پر جو slaves تھے، غلام تھے، وہ زمانے میں غلامی کا زمانہ تھا۔</w:t>
      </w:r>
    </w:p>
    <w:p>
      <w:r>
        <w:rPr>
          <w:b/>
        </w:rPr>
        <w:t xml:space="preserve">[13:41] </w:t>
      </w:r>
      <w:r>
        <w:t>to un jab woh Islam qubool karte to unko log bohat marte thay, bohat bohat zyada takleef dete thay. to kyunke unke paas unki pusht par koi qabila nahi tha.</w:t>
      </w:r>
    </w:p>
    <w:p>
      <w:pPr>
        <w:jc w:val="right"/>
      </w:pPr>
      <w:r>
        <w:t>تو ان جب وہ اسلام قبول کرتے تو ان کو لوگ بہت مارتے تھے، بہت بہت زیادہ تکلیف دیتے تھے۔ تو کیونکہ ان کے پاس ان کی پشت پر کوئی قبیلہ نہیں تھا۔</w:t>
      </w:r>
    </w:p>
    <w:p>
      <w:r>
        <w:rPr>
          <w:b/>
        </w:rPr>
        <w:t xml:space="preserve">[13:53] </w:t>
      </w:r>
      <w:r>
        <w:t>wahan jaise aaj police aur fauj hoti hai, qanoon hota hai to wahan qabila hota tha. to qabila hi logon ko protect karta tha. to is tareeqe se unke peeche qabila nahi hota tha to unko log bohat satate thay.</w:t>
      </w:r>
    </w:p>
    <w:p>
      <w:pPr>
        <w:jc w:val="right"/>
      </w:pPr>
      <w:r>
        <w:t>وہاں جیسے آج پولیس اور فوج ہوتی ہے، قانون ہوتا ہے تو وہاں قبیلہ ہوتا تھا۔ تو قبیلہ ہی لوگوں کو protect کرتا تھا۔ تو اس طریقے سے ان کے پیچھے قبیلہ نہیں ہوتا تھا تو ان کو لوگ بہت ستاتے تھے۔</w:t>
      </w:r>
    </w:p>
    <w:p>
      <w:r>
        <w:rPr>
          <w:b/>
        </w:rPr>
        <w:t xml:space="preserve">[14:07] </w:t>
      </w:r>
      <w:r>
        <w:t>to unka jab ghulam jo hain woh khareeday jaate thay to jab woh ghulam jab tak woh paisa na wapas kar dein, tab tak woh ghulam azaad nahi ho sakte thay.</w:t>
      </w:r>
    </w:p>
    <w:p>
      <w:pPr>
        <w:jc w:val="right"/>
      </w:pPr>
      <w:r>
        <w:t>تو ان کا جب غلام جو ہیں وہ خریدے جاتے تھے تو جب وہ غلام جب تک وہ پیسہ نہ واپس کر دیں، تب تک وہ غلام آزاد نہیں ہو سکتے تھے۔</w:t>
      </w:r>
    </w:p>
    <w:p>
      <w:r>
        <w:rPr>
          <w:b/>
        </w:rPr>
        <w:t xml:space="preserve">[14:18] </w:t>
      </w:r>
      <w:r>
        <w:t>to rasool hazrat abubakar unko paisa de kar unko azaad karate taake woh in musibaton se bachein jo bohat zyada un ke upar takleefein dali ja rahi thi.</w:t>
      </w:r>
    </w:p>
    <w:p>
      <w:pPr>
        <w:jc w:val="right"/>
      </w:pPr>
      <w:r>
        <w:t>تو رسول حضرت ابوبکر ان کو پیسہ دے کر ان کو آزاد کراتے تاکہ وہ ان مصیبتوں سے بچیں جو بہت زیادہ ان کے اوپر تکلیفیں ڈالی جا رہی تھیں۔</w:t>
      </w:r>
    </w:p>
    <w:p>
      <w:r>
        <w:rPr>
          <w:b/>
        </w:rPr>
        <w:t xml:space="preserve">[14:29] </w:t>
      </w:r>
      <w:r>
        <w:t>to har mauqa par unhon ne rasool Allah salallaho alaihi wasallam ka saath diya. hijrat jaise nazuk safar mein unhon ne aap ka saath diya.</w:t>
      </w:r>
    </w:p>
    <w:p>
      <w:pPr>
        <w:jc w:val="right"/>
      </w:pPr>
      <w:r>
        <w:t>تو ہر موقع پر انہوں نے رسول اللہ صلی اللہ علیہ وسلم کا ساتھ دیا۔ ہجرت جیسے نازک سفر میں انہوں نے آپ کا ساتھ گئے۔</w:t>
      </w:r>
    </w:p>
    <w:p>
      <w:r>
        <w:rPr>
          <w:b/>
        </w:rPr>
        <w:t xml:space="preserve">[14:38] </w:t>
      </w:r>
      <w:r>
        <w:t>aap ke bohat ziyada samajhdar the, bohat intelligent the aur bohat gehra ta'alluq tha rasool Allah salallaho alaihi wasallam se.</w:t>
      </w:r>
    </w:p>
    <w:p>
      <w:pPr>
        <w:jc w:val="right"/>
      </w:pPr>
      <w:r>
        <w:t>آپ کے بہت زیادہ سمجھدار تھے، بہت intelligent تھے اور بہت گہرا تعلق تھا رسول اللہ صلی اللہ علیہ وسلم سے۔</w:t>
      </w:r>
    </w:p>
    <w:p>
      <w:r>
        <w:rPr>
          <w:b/>
        </w:rPr>
        <w:t xml:space="preserve">[14:48] </w:t>
      </w:r>
      <w:r>
        <w:t>to sab se ziyada kharch karte the deen ke kaam par. to hazrat umar ne ek baar rasool Allah salallaho alaihi wasallam ne sadqe ka hukum diya.</w:t>
      </w:r>
    </w:p>
    <w:p>
      <w:pPr>
        <w:jc w:val="right"/>
      </w:pPr>
      <w:r>
        <w:t>تو سب سے زیادہ خرچ کرتے تھے دین کے کام پر۔ تو حضرت عمر نے ایک بار رسول اللہ صلی اللہ علیہ وسلم نے صدقے کا حکم دیا۔</w:t>
      </w:r>
    </w:p>
    <w:p>
      <w:r>
        <w:rPr>
          <w:b/>
        </w:rPr>
        <w:t xml:space="preserve">[14:58] </w:t>
      </w:r>
      <w:r>
        <w:t>to hazrat umar ne socha ke mere paas to daulat hai, us zamane mein koi un ka business raha hoga. to unhon ne kaha mere paas daulat hai, main aaj hazrat abubakar par main sabqat le jaunga.</w:t>
      </w:r>
    </w:p>
    <w:p>
      <w:pPr>
        <w:jc w:val="right"/>
      </w:pPr>
      <w:r>
        <w:t>تو حضرت عمر نے سوچا کہ میرے پاس تو دولت ہے، اس زمانے میں کوئی ان کا business رہا ہوگا۔ تو انہوں نے کہا میرے پاس دولت ہے، میں آج حضرت ابوبکر پر میں سبقت لے جاؤں گا۔</w:t>
      </w:r>
    </w:p>
    <w:p>
      <w:r>
        <w:rPr>
          <w:b/>
        </w:rPr>
        <w:t xml:space="preserve">[15:11] </w:t>
      </w:r>
      <w:r>
        <w:t>to woh apne poore ghar ka jo jo ghar mein jo asasa tha, to us mein se aadha maal lekar rasool Allah salallaho alaihi wasallam ki khidmat mein hazir hue.</w:t>
      </w:r>
    </w:p>
    <w:p>
      <w:pPr>
        <w:jc w:val="right"/>
      </w:pPr>
      <w:r>
        <w:t>تو وہ اپنے پورے گھر کا جو جو گھر میں جو اثاثہ تھا، تو اس میں سے آدھا مال لے کر رسول اللہ صلی اللہ علیہ وسلم کی خدمت میں حاضر ہوئے۔</w:t>
      </w:r>
    </w:p>
    <w:p>
      <w:r>
        <w:rPr>
          <w:b/>
        </w:rPr>
        <w:t xml:space="preserve">[15:22] </w:t>
      </w:r>
      <w:r>
        <w:t>wahan gaye to phir hazrat abubakar aaye to woh poora hi maal le aaye. to rasool Allah salallaho alaihi wasallam ne poocha hazrat umar se pehle ke tum ne apne ghar ke liye kya chhora hai?</w:t>
      </w:r>
    </w:p>
    <w:p>
      <w:pPr>
        <w:jc w:val="right"/>
      </w:pPr>
      <w:r>
        <w:t>وہاں گئے تو پھر حضرت ابوبکر آئے تو وہ پورا ہی مال لے آئے۔ تو رسول اللہ صلی اللہ علیہ وسلم نے پوچھا حضرت عمر سے پہلے کہ تم نے اپنے گھر کے لیے کیا چھوڑا ہے؟</w:t>
      </w:r>
    </w:p>
    <w:p>
      <w:r>
        <w:rPr>
          <w:b/>
        </w:rPr>
        <w:t xml:space="preserve">[15:33] </w:t>
      </w:r>
      <w:r>
        <w:t>to unhon ne kaha aadha maal ghar mein chhora hai.</w:t>
      </w:r>
    </w:p>
    <w:p>
      <w:pPr>
        <w:jc w:val="right"/>
      </w:pPr>
      <w:r>
        <w:t>تو انہوں نے کہا آدھا مال گھر میں چھوڑا ہے۔</w:t>
      </w:r>
    </w:p>
    <w:p>
      <w:r>
        <w:rPr>
          <w:b/>
        </w:rPr>
        <w:t xml:space="preserve">[15:36] </w:t>
      </w:r>
      <w:r>
        <w:t>to hazrat abubakar se poocha ke tum ne apne ghar ke liye kya chhora hai? to hazrat abubakar ne kaha ke main ne Allah aur us ke rasool ko ghar par chhora hai.</w:t>
      </w:r>
    </w:p>
    <w:p>
      <w:pPr>
        <w:jc w:val="right"/>
      </w:pPr>
      <w:r>
        <w:t>تو حضرت ابوبکر سے پوچھا کہ تم نے اپنے گھر کے لیے کیا چھوڑا ہے؟ تو حضرت ابوبکر نے کہا کہ میں نے اللہ اور اس کے رسول کو گھر پر چھوڑا ہے۔</w:t>
      </w:r>
    </w:p>
    <w:p>
      <w:r>
        <w:rPr>
          <w:b/>
        </w:rPr>
        <w:t xml:space="preserve">[15:51] </w:t>
      </w:r>
      <w:r>
        <w:t>tab hazrat umar ne kaha main abubakar se kisi muamle mein aage nahi badh sakta.</w:t>
      </w:r>
    </w:p>
    <w:p>
      <w:pPr>
        <w:jc w:val="right"/>
      </w:pPr>
      <w:r>
        <w:t>تب حضرت عمر نے کہا میں ابوبکر سے کسی معاملے میں آگے نہیں بڑھ سکتا۔</w:t>
      </w:r>
    </w:p>
    <w:p>
      <w:r>
        <w:rPr>
          <w:b/>
        </w:rPr>
        <w:t xml:space="preserve">[15:57] </w:t>
      </w:r>
      <w:r>
        <w:t>to itne zabardast yeh log the, isi wajah se islami inqilab jo duniya mein aaya, poori arab duniya ek bani in inhi logon ki qurbaniyon ki wajah se bani.</w:t>
      </w:r>
    </w:p>
    <w:p>
      <w:pPr>
        <w:jc w:val="right"/>
      </w:pPr>
      <w:r>
        <w:t>تو اتنے زبردست یہ لوگ تھے، اسی وجہ سے اسلامی انقلاب جو دنیا میں آیا، پوری عرب دنیا ایک بنی ان انہی لوگوں کی قربانیوں کی وجہ سے بنی۔</w:t>
      </w:r>
    </w:p>
    <w:p>
      <w:r>
        <w:rPr>
          <w:b/>
        </w:rPr>
        <w:t xml:space="preserve">[16:11] </w:t>
      </w:r>
      <w:r>
        <w:t>to hazrat abubakar ka ek bohat bada karkhana hai tadween e quran. kyunke rasool Allah salallaho alaihi wasallam ke zamane mein quran jo hai woh alag alag cheezon par likha jata tha.</w:t>
      </w:r>
    </w:p>
    <w:p>
      <w:pPr>
        <w:jc w:val="right"/>
      </w:pPr>
      <w:r>
        <w:t>تو حضرت ابوبکر کا ایک بہت بڑا کارنامہ ہے تدوین قرآن۔ کیونکہ رسول اللہ صلی اللہ علیہ وسلم کے زمانے میں قرآن جو ہے وہ الگ الگ چیزوں پر لکھا جاتا تھا۔</w:t>
      </w:r>
    </w:p>
    <w:p>
      <w:r>
        <w:rPr>
          <w:b/>
        </w:rPr>
        <w:t xml:space="preserve">[16:24] </w:t>
      </w:r>
      <w:r>
        <w:t>k</w:t>
      </w:r>
    </w:p>
    <w:p>
      <w:pPr>
        <w:jc w:val="right"/>
      </w:pPr>
      <w:r>
        <w:t>ک</w:t>
      </w:r>
    </w:p>
    <w:p>
      <w:r>
        <w:rPr>
          <w:b/>
        </w:rPr>
        <w:t xml:space="preserve">[16:25] </w:t>
      </w:r>
      <w:r>
        <w:t>bhi hadiyon par, kabhi chamde par, kabhi koi kaghaz mil gaya to alag alag likha jata tha. quran poora likha hua maujood tha lekin alag alag likha hua tha aur woh ek box mein rakha rehta tha.</w:t>
      </w:r>
    </w:p>
    <w:p>
      <w:pPr>
        <w:jc w:val="right"/>
      </w:pPr>
      <w:r>
        <w:t>بھی ہڈیوں پر، کبھی چمڑے پر، کبھی کوئی کاغذ مل گیا تو الگ الگ لکھا جاتا تھا۔ قرآن پورا لکھا ہوا موجود تھا لیکن الگ الگ لکھا ہوا تھا اور وہ ایک box میں رکھا رہتا تھا۔</w:t>
      </w:r>
    </w:p>
    <w:p>
      <w:r>
        <w:rPr>
          <w:b/>
        </w:rPr>
        <w:t xml:space="preserve">[16:37] </w:t>
      </w:r>
      <w:r>
        <w:t>to hazrat umar ke ek baar jang e yamama mein bohat sare huffaz jo huffaz e quran shaheed ho gaye. to hazrat umar ko bohat khatra hua ke kahin quran ghair mehfooz na ho jaye.</w:t>
      </w:r>
    </w:p>
    <w:p>
      <w:pPr>
        <w:jc w:val="right"/>
      </w:pPr>
      <w:r>
        <w:t>تو حضرت عمر کے ایک بار جنگیمامہ میں بہت سارے حفاظ جو حافظ قرآن شہید ہو گئے۔ تو حضرت عمر کو بہت خطرہ ہوا کہ کہیں قرآن غیر محفوظ نہ ہو جائے۔</w:t>
      </w:r>
    </w:p>
    <w:p>
      <w:r>
        <w:rPr>
          <w:b/>
        </w:rPr>
        <w:t xml:space="preserve">[16:51] </w:t>
      </w:r>
      <w:r>
        <w:t>to hazrat umar ne yeh mashwara diya hazrat abubakar ko ke tamam quran ko mehfooz kiya jaye. aur us waqt bade bade sahaba maujood the.</w:t>
      </w:r>
    </w:p>
    <w:p>
      <w:pPr>
        <w:jc w:val="right"/>
      </w:pPr>
      <w:r>
        <w:t>تو حضرت عمر نے یہ مشورہ دیا حضرت ابوبکر کو کہ تمام قرآن کو محفوظ کیا جائے۔ اور اس وقت بڑے بڑے صحابہ موجود تھے۔</w:t>
      </w:r>
    </w:p>
    <w:p>
      <w:r>
        <w:rPr>
          <w:b/>
        </w:rPr>
        <w:t xml:space="preserve">[17:01] </w:t>
      </w:r>
      <w:r>
        <w:t>to hazrat abubakar ne hazrat zaid ko incharge banaya aur log elaan kar diya. kyunke woh khalifa the to unhon ne elaan kar diya ke masjid mein aayein sab log aur jitne bhi quran jis ke paas likhe hue hain.</w:t>
      </w:r>
    </w:p>
    <w:p>
      <w:pPr>
        <w:jc w:val="right"/>
      </w:pPr>
      <w:r>
        <w:t>تو حضرت ابوبکر نے حضرت زید کو انچارج بنایا اور لوگ اعلان کر دیا۔ چونکہ وہ خلیفہ تھے تو انہوں نے اعلان کر دیا کہ مسجد میں آئیں سب لوگ اور جتنے بھی قرآن جس کے پاس لکھے ہوئے ہیں۔</w:t>
      </w:r>
    </w:p>
    <w:p>
      <w:r>
        <w:rPr>
          <w:b/>
        </w:rPr>
        <w:t xml:space="preserve">[17:16] </w:t>
      </w:r>
      <w:r>
        <w:t>log choti choti cheezon par apne paas quran ki koi surah likh likh kar apne paas rakh ke rehte the. to sab log apne paas jo bhi written document hai woh sab lekar masjid mein aayein aur ek committee tashkeel di aur sab ne mil kar us ko to check kiya written se aur jo hifz kiya hua tha logon ne hafze se.</w:t>
      </w:r>
    </w:p>
    <w:p>
      <w:pPr>
        <w:jc w:val="right"/>
      </w:pPr>
      <w:r>
        <w:t>لوگ چھوٹی چھوٹی چیزوں پر اپنے پاس قرآن کی کوئی سورہ لکھ لکھ کر اپنے پاس رکھ کے رہتے تھے۔ تو سب لوگ اپنے پاس جو بھی written document ہے وہ سب لے کر مسجد میں آئیں اور ایک committee تشکیل دی اور سب نے مل کر اس کو تو چیک کیا written سے اور جو حفظ کیا ہوا تھا لوگوں نے حافظے سے۔</w:t>
      </w:r>
    </w:p>
    <w:p>
      <w:r>
        <w:rPr>
          <w:b/>
        </w:rPr>
        <w:t xml:space="preserve">[17:38] </w:t>
      </w:r>
      <w:r>
        <w:t>to woh dono check kar ke jis ko double checking system kaha gaya hai.</w:t>
      </w:r>
    </w:p>
    <w:p>
      <w:pPr>
        <w:jc w:val="right"/>
      </w:pPr>
      <w:r>
        <w:t>تو وہ دونوں چیک کر کے جس کو double checking system کہا گیا ہے۔</w:t>
      </w:r>
    </w:p>
    <w:p>
      <w:r>
        <w:rPr>
          <w:b/>
        </w:rPr>
        <w:t xml:space="preserve">[17:42] </w:t>
      </w:r>
      <w:r>
        <w:t>to check kar ke poora ek bohat bada arrangement kiya, bohat zabardast mehnat ke sath check kar ke poora quran ko ek mujallad shakal mein us ko jama kiya jis ko raba kaha jata tha kyunke woh chokor tha.</w:t>
      </w:r>
    </w:p>
    <w:p>
      <w:pPr>
        <w:jc w:val="right"/>
      </w:pPr>
      <w:r>
        <w:t>تو چیک کر کے پورا ایک بہت بڑا arrangement کیا، بہت زبردست محنت کے ساتھ چیک کر کے پورا قرآن کو ایک مجلد شکل میں اس کو جمع کیا جس کو ربا کہا جاتا تھا کیونکہ وہ چوکور تھا۔</w:t>
      </w:r>
    </w:p>
    <w:p>
      <w:r>
        <w:rPr>
          <w:b/>
        </w:rPr>
        <w:t xml:space="preserve">[17:56] </w:t>
      </w:r>
      <w:r>
        <w:t>to is tarike se quran jo hai woh mehfooz ho gaya. to yeh bohat bada kaam hazrat abubakar ke zamane mein ho gaya warna to is mein bhi ikhtilafat paida ho jate aur phir in ikhtilafat ka koi hal ummat ke paas na hota.</w:t>
      </w:r>
    </w:p>
    <w:p>
      <w:pPr>
        <w:jc w:val="right"/>
      </w:pPr>
      <w:r>
        <w:t>تو اس طریقے سے قرآن جو ہے وہ محفوظ ہو گیا۔ تو یہ بہت بڑا کام حضرت ابوبکر کے زمانے میں ہو گیا ورنہ تو اس میں بھی اختلافات پیدا ہو جاتے اور پھر ان اختلافات کا کوئی حل امت کے پاس نہ ہوتا۔</w:t>
      </w:r>
    </w:p>
    <w:p>
      <w:r>
        <w:rPr>
          <w:b/>
        </w:rPr>
        <w:t xml:space="preserve">[18:11] </w:t>
      </w:r>
      <w:r>
        <w:t>ji aur apa ek cheez aur bohat important hai jo hum sab logon ko sochani chahiye ke to spend in the cause of God in those days was very different jaise agar aaj ke time pe agar koi charity kare ya donation kare to us ki bohat praises likhi jati hain, us ko bohat honor diya jata hai.</w:t>
      </w:r>
    </w:p>
    <w:p>
      <w:pPr>
        <w:jc w:val="right"/>
      </w:pPr>
      <w:r>
        <w:t>جی اور آپا ایک چیز اور بہت important ہے جو ہم سب لوگوں کو سوچنی چاہیے کہ to spend in the cause of God in those days was very different جیسے اگر آج کے ٹائم پہ اگر کوئی charity کرے یا donation کرے تو اس کی بہت praises لکھی جاتی ہیں، اس کو بہت honor دیا جاتا ہے۔</w:t>
      </w:r>
    </w:p>
    <w:p>
      <w:r>
        <w:rPr>
          <w:b/>
        </w:rPr>
        <w:t xml:space="preserve">[18:30] </w:t>
      </w:r>
      <w:r>
        <w:t>lekin us waqt yeh mahol nahi tha, chaudah sau saal pehle. tab is insan ko insane qarar diya jata tha ya phir us ko doubt bhari bhari nazron se dekha jata tha.</w:t>
      </w:r>
    </w:p>
    <w:p>
      <w:pPr>
        <w:jc w:val="right"/>
      </w:pPr>
      <w:r>
        <w:t>لیکن اس وقت یہ ماحول نہیں تھا، چودہ سو سال پہلے۔ تب اس انسان کو insane قرار دیا جاتا تھا یا پھر اس کو doubt بھری بھری نظروں سے دیکھا جاتا تھا۔</w:t>
      </w:r>
    </w:p>
    <w:p>
      <w:r>
        <w:rPr>
          <w:b/>
        </w:rPr>
        <w:t xml:space="preserve">[18:40] </w:t>
      </w:r>
      <w:r>
        <w:t>to is liye yeh sacrifice, woh jazba aur bhi ziyada ho jata hai. agar hum is time ko lekar so</w:t>
      </w:r>
    </w:p>
    <w:p>
      <w:pPr>
        <w:jc w:val="right"/>
      </w:pPr>
      <w:r>
        <w:t>تو اس لیے یہ sacrifice، وہ جذبہ اور بھی زیادہ ہو جاتا ہے۔ اگر ہم اس ٹائم کو لے کر سو</w:t>
      </w:r>
    </w:p>
    <w:p>
      <w:r>
        <w:rPr>
          <w:b/>
        </w:rPr>
        <w:t xml:space="preserve">[18:46] </w:t>
      </w:r>
      <w:r>
        <w:t>chein ke tab bohat ziyada retaliation tha sahaba ke liye aur aur rasool ke liye. to yeh bohat important farq hai.</w:t>
      </w:r>
    </w:p>
    <w:p>
      <w:pPr>
        <w:jc w:val="right"/>
      </w:pPr>
      <w:r>
        <w:t>چیں کہ تب بہت زیادہ retaliation تھا صحابہ کے لیے اور اور رسول کے لیے۔ تو یہ بہت important فرق ہے۔</w:t>
      </w:r>
    </w:p>
    <w:p>
      <w:r>
        <w:rPr>
          <w:b/>
        </w:rPr>
        <w:t xml:space="preserve">[18:55] </w:t>
      </w:r>
      <w:r>
        <w:t>apa ek cheez aur yeh bhi hai ke sahaba is is tarah the ke smallest of the things ko lekar bhi un ke andar dar aa jata tha Allah taala ka.</w:t>
      </w:r>
    </w:p>
    <w:p>
      <w:pPr>
        <w:jc w:val="right"/>
      </w:pPr>
      <w:r>
        <w:t>آپا ایک چیز اور یہ بھی ہے کہ صحابہ اس اس طرح تھے کہ smallest of the things کو لے کر بھی ان کے اندر ڈر آ جاتا تھا اللہ تعالی کا۔</w:t>
      </w:r>
    </w:p>
    <w:p>
      <w:r>
        <w:rPr>
          <w:b/>
        </w:rPr>
        <w:t xml:space="preserve">[19:06] </w:t>
      </w:r>
      <w:r>
        <w:t>jaise hazrat umar bin khattab ke liye kaha jata hai ke agar koi quran ki ayat suna di jaye to wo foran badal jate they.</w:t>
      </w:r>
    </w:p>
    <w:p>
      <w:pPr>
        <w:jc w:val="right"/>
      </w:pPr>
      <w:r>
        <w:t>جیسے حضرت عمر بن خطاب کے لیے کہا جاتا ہے کہ اگر کوئی قرآن کی آیت سنا دی جائے تو وہ فوراً بدل جاتے تھے۔</w:t>
      </w:r>
    </w:p>
    <w:p>
      <w:r>
        <w:rPr>
          <w:b/>
        </w:rPr>
        <w:t xml:space="preserve">[19:14] </w:t>
      </w:r>
      <w:r>
        <w:t>to wo dosre khalifa they hazrat abubakar ke baad. to main chahunga ke unki zindagi se bhi le kar aap kuch hamein sabak batayein. hazrat umar ke bare mein kaha jata hai ke waqafan inda kitabullah bohat zyada rukne wale they.</w:t>
      </w:r>
    </w:p>
    <w:p>
      <w:pPr>
        <w:jc w:val="right"/>
      </w:pPr>
      <w:r>
        <w:t>تو وہ دوسرے خلیفہ تھے حضرت ابوبکر کے بعد۔ تو میں چاہوں گا کہ ان کی زندگی سے بھی لے کر آپ کچھ ہمیں سبق بتائیں۔ حضرت عمر کے بارے میں کہا جاتا ہے کہ وقافا عند کتاب اللہ بہت زیادہ رکنے والے تھے۔</w:t>
      </w:r>
    </w:p>
    <w:p>
      <w:r>
        <w:rPr>
          <w:b/>
        </w:rPr>
        <w:t xml:space="preserve">[19:31] </w:t>
      </w:r>
      <w:r>
        <w:t>matlab kitni bhi unko to maloom hai ke bohat zyada ghussa aata tha. wo kitne bhi ghusse mein ha</w:t>
      </w:r>
    </w:p>
    <w:p>
      <w:pPr>
        <w:jc w:val="right"/>
      </w:pPr>
      <w:r>
        <w:t>مطلب کتنی بھی ان کو تو معلوم ہے کہ بہت زیادہ غصہ آتا تھا۔ وہ کتنے بھی غصے میں ہ</w:t>
      </w:r>
    </w:p>
    <w:p>
      <w:r>
        <w:rPr>
          <w:b/>
        </w:rPr>
        <w:t xml:space="preserve">[19:37] </w:t>
      </w:r>
      <w:r>
        <w:t>on, agar unke samne koi ayat parh di jaye us mauqe par to wo ek dam se dhal jate they. jaisa ke aap logon ne dekha jab rasool Allah sal Allah aleh wasalam ki wafat hui to wo kisi tarah manne ke liye tayyar nahi they, balke masjid nabwi mein khare ho gaye ke agar jo kahega ke rasool Allah ki wafat ho gayi to main uski gardan maar dunga.</w:t>
      </w:r>
    </w:p>
    <w:p>
      <w:pPr>
        <w:jc w:val="right"/>
      </w:pPr>
      <w:r>
        <w:t>وں، اگر ان کے سامنے کوئی آیت پڑھ دی جائے اس موقع پر تو وہ ایک دم سے ڈھہ جاتے تھے۔ جیسا کہ آپ لوگوں نے دیکھا جب رسول اللہ صلی اللہ علیہ وسلم کی وفات ہوئی تو وہ کسی طرح ماننے کے لیے تیار نہیں تھے، بلکہ مسجد نبوی میں کھڑے ہو گئے کہ اگر جو کہے گا کہ رسول اللہ کی وفات ہو گئی تو میں اس کی گردن مار دوں گا۔</w:t>
      </w:r>
    </w:p>
    <w:p>
      <w:r>
        <w:rPr>
          <w:b/>
        </w:rPr>
        <w:t xml:space="preserve">[19:59] </w:t>
      </w:r>
      <w:r>
        <w:t>to wo wo keh rahe they ke wo kahin gaye hue hain aur phir ayenge. jaise ek bar miraj hui thi to wo samjhe honge shayad koi miraj wa raj ke liye gaye hue hain. to hazrat abubakar ne ek ayat parh di ke kya muhammad ek insan they aur har insan ke pas har insan fani hai?</w:t>
      </w:r>
    </w:p>
    <w:p>
      <w:pPr>
        <w:jc w:val="right"/>
      </w:pPr>
      <w:r>
        <w:t>تو وہ وہ کہہ رہے تھے کہ وہ کہیں گئے ہوئے ہیں اور پھر آئیں گے۔ جیسے ایک بار معراج ہوئی تھی تو وہ سمجھے ہوں گے شاید کوئی معراج و راج کے لیے گئے ہوئے ہیں۔ تو حضرت ابوبکر نے ایک آیت پڑھ دی کہ کیا محمد ایک انسان تھے اور ہر انسان کے پاس ہر انسان فانی ہے؟</w:t>
      </w:r>
    </w:p>
    <w:p>
      <w:r>
        <w:rPr>
          <w:b/>
        </w:rPr>
        <w:t xml:space="preserve">[20:19] </w:t>
      </w:r>
      <w:r>
        <w:t>aur agar wo unko qatal kar diye jayein,</w:t>
      </w:r>
    </w:p>
    <w:p>
      <w:pPr>
        <w:jc w:val="right"/>
      </w:pPr>
      <w:r>
        <w:t>اور اگر وہ ان کو قتل کر دیے جائیں،</w:t>
      </w:r>
    </w:p>
    <w:p>
      <w:r>
        <w:rPr>
          <w:b/>
        </w:rPr>
        <w:t xml:space="preserve">[20:24] </w:t>
      </w:r>
      <w:r>
        <w:t>maut aa jaye unko to tum kya ulte paon phir jaoge? to sab se pehle to hazrat abubakar ne taqreer ki ke jo shaks Allah ki ibadat karta tha, Allah zinda hai, us par maut aane wali nahi.</w:t>
      </w:r>
    </w:p>
    <w:p>
      <w:pPr>
        <w:jc w:val="right"/>
      </w:pPr>
      <w:r>
        <w:t>موت آ جائے ان کو تو تم کیا الٹے پاؤں پھر جاؤ گے؟ تو سب سے پہلے تو حضرت ابوبکر نے تقریر کی کہ جو شخص اللہ کی عبادت کرتا تھا، اللہ زندہ ہے، اس پر موت آنے والی نہیں۔</w:t>
      </w:r>
    </w:p>
    <w:p>
      <w:r>
        <w:rPr>
          <w:b/>
        </w:rPr>
        <w:t xml:space="preserve">[20:37] </w:t>
      </w:r>
      <w:r>
        <w:t>phir iske baad unhone yeh jab ayat parhi ke muhammad sirf Allah ke rasool hain, unse pehle bhi rasool guzar chuke hain, agar un par maut aa jaye ya wo qatal kar diye jayein to kya tum ulte paon phir jaoge</w:t>
      </w:r>
    </w:p>
    <w:p>
      <w:pPr>
        <w:jc w:val="right"/>
      </w:pPr>
      <w:r>
        <w:t>پھر اس کے بعد انہوں نے یہ جب آیت پڑھی کہ محمد صرف اللہ کے رسول ہیں، ان سے پہلے بھی رسول گزر چکے ہیں، اگر ان پر موت آ جائے یا وہ قتل کر دیے جائیں تو کیا تم الٹے پاؤں پھر جاؤ گے</w:t>
      </w:r>
    </w:p>
    <w:p>
      <w:r>
        <w:rPr>
          <w:b/>
        </w:rPr>
        <w:t xml:space="preserve">[20:50] </w:t>
      </w:r>
      <w:r>
        <w:t>? to wo aisa wo dhal gaye ke unko laga ke unke paon ne jawab de diya hai aur wo zameen par gir pade. to isi liye unko kaha gaya hai waqafan inda kitabullah dosre sahaba bhi bohat zyada darte they, lekin hazrat umar ke bare mein yeh aur zyada hai yeh baat.</w:t>
      </w:r>
    </w:p>
    <w:p>
      <w:pPr>
        <w:jc w:val="right"/>
      </w:pPr>
      <w:r>
        <w:t>؟ تو وہ ایسا وہ ڈھہ گئے کہ ان کو لگا کہ ان کے پاؤں نے جواب دے دیا ہے اور وہ زمین پر گر پڑے۔ تو اسی لیے ان کو کہا گیا ہے وقافا عند کتاب اللہ دوسرے صحابہ بھی بہت زیادہ ڈرتے تھے، لیکن حضرت عمر کے بارے میں یہ اور زیادہ ہے یہ بات۔</w:t>
      </w:r>
    </w:p>
    <w:p>
      <w:r>
        <w:rPr>
          <w:b/>
        </w:rPr>
        <w:t xml:space="preserve">[21:11] </w:t>
      </w:r>
      <w:r>
        <w:t>to hazrat abubakar ke baad jo hain, hazrat umar jo hain wo second most senior companion second most devoted companion of the prophet they.</w:t>
      </w:r>
    </w:p>
    <w:p>
      <w:pPr>
        <w:jc w:val="right"/>
      </w:pPr>
      <w:r>
        <w:t>تو حضرت ابوبکر کے بعد جو ہیں، حضرت عمر جو ہیں وہ second most senior companion سیکنڈ موسٹ ڈیووٹیڈ کمپینین آف دی پرافٹ تھے۔</w:t>
      </w:r>
    </w:p>
    <w:p>
      <w:r>
        <w:rPr>
          <w:b/>
        </w:rPr>
        <w:t xml:space="preserve">[21:23] </w:t>
      </w:r>
      <w:r>
        <w:t>to bohat zyada unke andar strict discipline unke andar bohat zyada tha. yahan tak ke hazrat muawiya bhi unse darte they. to wo ek zabardast justice ke sath wo pura administration dekhte they.</w:t>
      </w:r>
    </w:p>
    <w:p>
      <w:pPr>
        <w:jc w:val="right"/>
      </w:pPr>
      <w:r>
        <w:t>تو بہت زیادہ ان کے اندر سٹرکٹ ڈسپلن ان کے اندر بہت زیادہ تھا۔ یہاں تک کہ حضرت معاویہ بھی ان سے ڈرتے تھے۔ تو وہ ایک زبردست جسٹس کے ساتھ وہ پورا ایڈمنسٹریشن دیکھتے تھے۔</w:t>
      </w:r>
    </w:p>
    <w:p>
      <w:r>
        <w:rPr>
          <w:b/>
        </w:rPr>
        <w:t xml:space="preserve">[21:37] </w:t>
      </w:r>
      <w:r>
        <w:t>wo apne upar bhi ek paisa kharch nahi karte they.</w:t>
      </w:r>
    </w:p>
    <w:p>
      <w:pPr>
        <w:jc w:val="right"/>
      </w:pPr>
      <w:r>
        <w:t>وہ اپنے اوپر بھی ایک پیسہ خرچ نہیں کرتے تھے۔</w:t>
      </w:r>
    </w:p>
    <w:p>
      <w:r>
        <w:rPr>
          <w:b/>
        </w:rPr>
        <w:t xml:space="preserve">[21:40] </w:t>
      </w:r>
      <w:r>
        <w:t>to baitulmal ka jo baad mein dekhi jab khulfa e rashideen ke baad log baitulmal ka paisa kharch karne lage to us waqt wo aisa nahi tha.</w:t>
      </w:r>
    </w:p>
    <w:p>
      <w:pPr>
        <w:jc w:val="right"/>
      </w:pPr>
      <w:r>
        <w:t>تو بیت المال کا جو بعد میں دیکھی جب خلفائے راشدین کے بعد لوگ بیت المال کا پیسہ خرچ کرنے لگے تو اس وقت وہ ایسا نہیں تھا۔</w:t>
      </w:r>
    </w:p>
    <w:p>
      <w:r>
        <w:rPr>
          <w:b/>
        </w:rPr>
        <w:t xml:space="preserve">[21:51] </w:t>
      </w:r>
      <w:r>
        <w:t>baitulmal ka paisa balke apna paisa bhi wo baitulmal mein daal diya karte they. to itna zyada unke bare mein mashhoor hai ke wo gasht lagate they.</w:t>
      </w:r>
    </w:p>
    <w:p>
      <w:pPr>
        <w:jc w:val="right"/>
      </w:pPr>
      <w:r>
        <w:t>بیت المال کا پیسہ بلکہ اپنا پیسہ بھی وہ بیت المال میں ڈال دیا کرتے تھے۔ تو اتنا زیادہ ان کے بارے میں مشہور ہے کہ وہ گشت لگاتے تھے۔</w:t>
      </w:r>
    </w:p>
    <w:p>
      <w:r>
        <w:rPr>
          <w:b/>
        </w:rPr>
        <w:t xml:space="preserve">[22:00] </w:t>
      </w:r>
      <w:r>
        <w:t>wo</w:t>
      </w:r>
    </w:p>
    <w:p>
      <w:pPr>
        <w:jc w:val="right"/>
      </w:pPr>
      <w:r>
        <w:t>وہ</w:t>
      </w:r>
    </w:p>
    <w:p>
      <w:r>
        <w:rPr>
          <w:b/>
        </w:rPr>
        <w:t xml:space="preserve">[22:01] </w:t>
      </w:r>
      <w:r>
        <w:t>sochte they ke agar ek insan bhi unke daur hukumat mein, ek insan ko bhi takleef hui, bhooka wo so raha to uske bare mein usko unko Khuda ke haan jawab dena padega.</w:t>
      </w:r>
    </w:p>
    <w:p>
      <w:pPr>
        <w:jc w:val="right"/>
      </w:pPr>
      <w:r>
        <w:t>سوچتے تھے کہ اگر ایک انسان بھی ان کے دور حکومت میں، ایک انسان کو بھی تکلیف ہوئی، بھوکا وہ سو رہا تو اس کے بارے میں اس کو ان کو خدا کے ہاں جواب دینا پڑے گا۔</w:t>
      </w:r>
    </w:p>
    <w:p>
      <w:r>
        <w:rPr>
          <w:b/>
        </w:rPr>
        <w:t xml:space="preserve">[22:15] </w:t>
      </w:r>
      <w:r>
        <w:t>to is wajah se wo bohat zyada is mein bohat zyada uska khayal rakhte they. ek un ek qissa bhi hai ke ek bar wo gasht laga rahe they</w:t>
      </w:r>
    </w:p>
    <w:p>
      <w:pPr>
        <w:jc w:val="right"/>
      </w:pPr>
      <w:r>
        <w:t>تو اس وجہ سے وہ بہت زیادہ اس میں بہت زیادہ اس کا خیال رکھتے تھے۔ ایک ان ایک قصہ بھی ہے کہ ایک بار وہ گشت لگا رہے تھے</w:t>
      </w:r>
    </w:p>
    <w:p>
      <w:r>
        <w:rPr>
          <w:b/>
        </w:rPr>
        <w:t xml:space="preserve">[22:27] </w:t>
      </w:r>
      <w:r>
        <w:t>to kisi ghar mein rone ki awaz aa rahi thi bachon ki. to unhone bahar se suna to maa keh rahi hai ke wo khana pak raha hai aur khana nahi pak raha tha balke us mein pathar daal diya tha aur bachon ko behlane ke liye ke bachhe samjhenge khana pak raha hai aur intezar karte karte wo so jayenge.</w:t>
      </w:r>
    </w:p>
    <w:p>
      <w:pPr>
        <w:jc w:val="right"/>
      </w:pPr>
      <w:r>
        <w:t>تو کسی گھر میں رونے کی آواز آ رہی تھی بچوں کی۔ تو انہوں نے باہر سے سنا تو ماں کہہ رہی ہے کہ وہ کھانا پک رہا ہے اور کھانا نہیں پک رہا تھا بلکہ اس میں پتھر ڈال دیا تھا اور بچوں کو بہلانے کے لیے کہ بچے سمجھیں گے کھانا پک رہا ہے اور انتظار کرتے کرتے وہ سو جائیں گے۔</w:t>
      </w:r>
    </w:p>
    <w:p>
      <w:r>
        <w:rPr>
          <w:b/>
        </w:rPr>
        <w:t xml:space="preserve">[22:48] </w:t>
      </w:r>
      <w:r>
        <w:t>to</w:t>
      </w:r>
    </w:p>
    <w:p>
      <w:pPr>
        <w:jc w:val="right"/>
      </w:pPr>
      <w:r>
        <w:t>تو</w:t>
      </w:r>
    </w:p>
    <w:p>
      <w:r>
        <w:rPr>
          <w:b/>
        </w:rPr>
        <w:t xml:space="preserve">[22:49] </w:t>
      </w:r>
      <w:r>
        <w:t>jab unhe yeh sari baat maloom hui to wo khud gaye aur ja ke baitulmal se apni peeth par saman khane ka ghalla le kar aaye aur usko diya.</w:t>
      </w:r>
    </w:p>
    <w:p>
      <w:pPr>
        <w:jc w:val="right"/>
      </w:pPr>
      <w:r>
        <w:t>جب انہیں یہ ساری بات معلوم ہوئی تو وہ خود گئے اور جا کے بیت المال سے اپنی پیٹھ پر سامان کھانے کا غلہ لے کر آئے اور اس کو دیا۔</w:t>
      </w:r>
    </w:p>
    <w:p>
      <w:r>
        <w:rPr>
          <w:b/>
        </w:rPr>
        <w:t xml:space="preserve">[23:00] </w:t>
      </w:r>
      <w:r>
        <w:t>aur wo boodhi ne kaha ke agar umar aise hi hote to kya hota? to unhone bataya bhi nahi ke main umar hoon, khud apni peeth par laad ke le gaye saman.</w:t>
      </w:r>
    </w:p>
    <w:p>
      <w:pPr>
        <w:jc w:val="right"/>
      </w:pPr>
      <w:r>
        <w:t>اور وہ بوڑھی اس نے کہا کہ اگر عمر ایسے ہی ہوتے تو کیا ہوتا؟ تو انہوں نے بتایا بھی نہیں کہ میں عمر ہوں، خود اپنی پیٹھ پر لاد کے لے گئے سامان۔</w:t>
      </w:r>
    </w:p>
    <w:p>
      <w:r>
        <w:rPr>
          <w:b/>
        </w:rPr>
        <w:t xml:space="preserve">[23:11] </w:t>
      </w:r>
      <w:r>
        <w:t>to isi tarah wo bilkul ek aam insan ki tarah rehte they. ek aam</w:t>
      </w:r>
    </w:p>
    <w:p>
      <w:pPr>
        <w:jc w:val="right"/>
      </w:pPr>
      <w:r>
        <w:t>تو اسی طرح وہ بالکل ایک عام آدمی کی طرح رہتے تھے۔ ایک عام</w:t>
      </w:r>
    </w:p>
    <w:p>
      <w:r>
        <w:rPr>
          <w:b/>
        </w:rPr>
        <w:t xml:space="preserve">[23:15] </w:t>
      </w:r>
      <w:r>
        <w:t>insan kisi ne ek bar dekha ke masjid nabwi ke ke chabutre par zameen mein so rahe hain bilkul. to apne upar ek paisa nahi kharch karte they.</w:t>
      </w:r>
    </w:p>
    <w:p>
      <w:pPr>
        <w:jc w:val="right"/>
      </w:pPr>
      <w:r>
        <w:t>آدمی کسی نے ایک بار دیکھا کہ مسجد نبوی کے کے چبوترے پر زمین میں سو رہے ہیں بالکل۔ تو اپنے اوپر ایک پیسہ نہیں خرچ کرتے تھے۔</w:t>
      </w:r>
    </w:p>
    <w:p>
      <w:r>
        <w:rPr>
          <w:b/>
        </w:rPr>
        <w:t xml:space="preserve">[23:24] </w:t>
      </w:r>
      <w:r>
        <w:t>itna darte they Khuda se ke Khuda ke haan pooch hogi to main kya jawab dunga? ek bar wo ek kuch saman aaya jaise ab unke zamane mein bohat badi empire ban gayi thi.</w:t>
      </w:r>
    </w:p>
    <w:p>
      <w:pPr>
        <w:jc w:val="right"/>
      </w:pPr>
      <w:r>
        <w:t>اتنا ڈرتے تھے خدا سے کہ خدا کے ہاں پوچھ ہوگی تو میں کیا جواب دوں گا؟ ایک بار وہ ایک کچھ سامان آیا جیسے اب ان کے زمانے میں بہت بڑی ایمپائر بن گئی تھی۔</w:t>
      </w:r>
    </w:p>
    <w:p>
      <w:r>
        <w:rPr>
          <w:b/>
        </w:rPr>
        <w:t xml:space="preserve">[23:37] </w:t>
      </w:r>
      <w:r>
        <w:t>to khiraj ke saman aate they dosre dosre mulkon se</w:t>
      </w:r>
    </w:p>
    <w:p>
      <w:pPr>
        <w:jc w:val="right"/>
      </w:pPr>
      <w:r>
        <w:t>تو خراج کے سامان آتے تھے دوسرے دوسرے ملکوں سے</w:t>
      </w:r>
    </w:p>
    <w:p>
      <w:r>
        <w:rPr>
          <w:b/>
        </w:rPr>
        <w:t xml:space="preserve">[23:40] </w:t>
      </w:r>
      <w:r>
        <w:t>to ek baar bohat bara sa thaan aaya kapron ka to woh us waqt woh sab ko banta jata tha. to sab ko ek ek joore ke hisab se sab ko banta gaya.</w:t>
      </w:r>
    </w:p>
    <w:p>
      <w:pPr>
        <w:jc w:val="right"/>
      </w:pPr>
      <w:r>
        <w:t>۔ تو ایک بار بہت بڑا سا تھان آیا کپڑوں کا تو وہ اس وقت وہ سب کو بانٹا جاتا تھا۔ تو سب کو ایک ایک جوڑے کے حساب سے سب کو بانٹا گیا۔</w:t>
      </w:r>
    </w:p>
    <w:p>
      <w:r>
        <w:rPr>
          <w:b/>
        </w:rPr>
        <w:t xml:space="preserve">[23:49] </w:t>
      </w:r>
      <w:r>
        <w:t>to hazrat umar bohat lambe the. jab woh kapra bana to hazrat umar ke mutabiq tha woh lamba lambe the. woh to itne hi kapra logon ko matlab laga ke unhon ne apne liye kapra zyada le liya warna un ka kurta to itne kapre mein hota nahi jitna hum sab ko mila hai.</w:t>
      </w:r>
    </w:p>
    <w:p>
      <w:pPr>
        <w:jc w:val="right"/>
      </w:pPr>
      <w:r>
        <w:t>تو حضرت عمر بہت لمبے تھے۔ جب وہ کپڑا بنا تو حضرت عمر کے مطابق تھا وہ لمبا لمبے تھے۔ وہ تو اتنا ہی کپڑا لوگوں کو مطلب لگا کہ انہوں نے اپنے لیے کپڑا زیادہ لے لیا ورنہ ان کا کرتا تو اتنے کپڑے میں ہوتا نہیں جتنا ہم سب کو ملا ہے۔</w:t>
      </w:r>
    </w:p>
    <w:p>
      <w:r>
        <w:rPr>
          <w:b/>
        </w:rPr>
        <w:t xml:space="preserve">[24:07] </w:t>
      </w:r>
      <w:r>
        <w:t>to hazrat umar ghusse nahi hue.</w:t>
      </w:r>
    </w:p>
    <w:p>
      <w:pPr>
        <w:jc w:val="right"/>
      </w:pPr>
      <w:r>
        <w:t>تو حضرت عمر غصہ نہیں ہوئے۔</w:t>
      </w:r>
    </w:p>
    <w:p>
      <w:r>
        <w:rPr>
          <w:b/>
        </w:rPr>
        <w:t xml:space="preserve">[24:11] </w:t>
      </w:r>
      <w:r>
        <w:t>unhon ne khare ho ke sab ke samne bataya ke dekho maine bhi itna hi kapra liya tha. mere chuki mera height zyada hai to mere itne kapre mein banta nahi mera kurta.</w:t>
      </w:r>
    </w:p>
    <w:p>
      <w:pPr>
        <w:jc w:val="right"/>
      </w:pPr>
      <w:r>
        <w:t>انہوں نے کھڑے ہو کے سب کے سامنے بتایا کہ دیکھو میں نے بھی اتنا ہی کپڑا لیا تھا۔ میرے چونکہ میرا ہائیٹ زیادہ ہے تو میرے اتنے کپڑے میں بنتا نہیں میرا کرتا۔</w:t>
      </w:r>
    </w:p>
    <w:p>
      <w:r>
        <w:rPr>
          <w:b/>
        </w:rPr>
        <w:t xml:space="preserve">[24:23] </w:t>
      </w:r>
      <w:r>
        <w:t>to mere bete ne mujhe apna karte ka kapra de diya. tab maine yeh kurta banaya hai. aisa nahi hai ke maine bait ul maal se kapra zyada le liya. to itna zyada woh zabardast hai.</w:t>
      </w:r>
    </w:p>
    <w:p>
      <w:pPr>
        <w:jc w:val="right"/>
      </w:pPr>
      <w:r>
        <w:t>تو میرے بیٹے نے مجھے اپنا کرتے کا کپڑا دے دیا۔ تب میں نے یہ کرتا بنایا ہے۔ ایسا نہیں ہے کہ میں نے بیت المال سے کپڑا زیادہ لے لیا۔ تو اتنا زیادہ وہ زبردست ہے۔</w:t>
      </w:r>
    </w:p>
    <w:p>
      <w:r>
        <w:rPr>
          <w:b/>
        </w:rPr>
        <w:t xml:space="preserve">[24:34] </w:t>
      </w:r>
      <w:r>
        <w:t>aap ko</w:t>
      </w:r>
    </w:p>
    <w:p>
      <w:pPr>
        <w:jc w:val="right"/>
      </w:pPr>
      <w:r>
        <w:t>آپ کو</w:t>
      </w:r>
    </w:p>
    <w:p>
      <w:r>
        <w:rPr>
          <w:b/>
        </w:rPr>
        <w:t xml:space="preserve">[24:35] </w:t>
      </w:r>
      <w:r>
        <w:t>aap ko maloom hoga ke ek baar jab india azaad hua to gandhi ji ne kaha ke congress walon ko khitab karte hue ke tum log jo hai umar abubakar ki tarah raho.</w:t>
      </w:r>
    </w:p>
    <w:p>
      <w:pPr>
        <w:jc w:val="right"/>
      </w:pPr>
      <w:r>
        <w:t>آپ کو معلوم ہوگا کہ ایک بار جب انڈیا آزاد ہوا تو گاندھی جی نے کہا کہ کانگریس والوں کو خطاب کرتے ہوئے کہ تم لوگ جو ہے عمر ابوبکر کی طرح رہو۔</w:t>
      </w:r>
    </w:p>
    <w:p>
      <w:r>
        <w:rPr>
          <w:b/>
        </w:rPr>
        <w:t xml:space="preserve">[24:48] </w:t>
      </w:r>
      <w:r>
        <w:t>They lived, they were masters of vast empire, but they lived like paupers.</w:t>
      </w:r>
    </w:p>
    <w:p>
      <w:pPr>
        <w:jc w:val="right"/>
      </w:pPr>
      <w:r>
        <w:t>They lived, they were masters of vast empire, but they lived like paupers.</w:t>
      </w:r>
    </w:p>
    <w:p>
      <w:r>
        <w:rPr>
          <w:b/>
        </w:rPr>
        <w:t xml:space="preserve">[24:55] </w:t>
      </w:r>
      <w:r>
        <w:t>to yeh jo hai un ki poori zindagi aisi hi thi. aur itne zabardast ghusse wale the lekin quran ki ayat padh dete to ek dam khamosh ho jate the.</w:t>
      </w:r>
    </w:p>
    <w:p>
      <w:pPr>
        <w:jc w:val="right"/>
      </w:pPr>
      <w:r>
        <w:t>تو یہ جو ہے ان کی پوری زندگی ایسی ہی تھی۔ اور اتنے زبردست غصے والے تھے لیکن قرآن کی آیت پڑھ دیتے تو ایک دم خاموش ہو جاتے تھے۔</w:t>
      </w:r>
    </w:p>
    <w:p>
      <w:r>
        <w:rPr>
          <w:b/>
        </w:rPr>
        <w:t xml:space="preserve">[25:08] </w:t>
      </w:r>
      <w:r>
        <w:t>to ek baar kya hua ke ek sahabi badu bohat sare aise the jin jo jo bohat baad mein islam laye the to un ki achi si training nahi ho</w:t>
      </w:r>
    </w:p>
    <w:p>
      <w:pPr>
        <w:jc w:val="right"/>
      </w:pPr>
      <w:r>
        <w:t>تو ایک بار کیا ہوا کہ ایک صحابی بدو بہت سارے ایسے تھے جن جو جو بہت بعد میں اسلام لائے تھے تو ان کی اچھی سی ٹریننگ نہیں ہو</w:t>
      </w:r>
    </w:p>
    <w:p>
      <w:r>
        <w:rPr>
          <w:b/>
        </w:rPr>
        <w:t xml:space="preserve">[25:17] </w:t>
      </w:r>
      <w:r>
        <w:t>paai thi. rasool allah sallallahu alaihi wasallam ki bohat jald wafat ho gayi aur zyada tar log fath e makkah ke baad iman laye the. to isi mein se ek aaye the, oveyana naam tha un ka.</w:t>
      </w:r>
    </w:p>
    <w:p>
      <w:pPr>
        <w:jc w:val="right"/>
      </w:pPr>
      <w:r>
        <w:t>پائی تھی۔ رسول اللہ صلی اللہ علیہ وسلم کی بہت جلد وفات ہو گئی اور زیادہ تر لوگ فتح مکہ کے بعد ایمان لائے تھے۔ تو اسی میں سے ایک آئے تھے، اوینا نام تھا ان کا۔</w:t>
      </w:r>
    </w:p>
    <w:p>
      <w:r>
        <w:rPr>
          <w:b/>
        </w:rPr>
        <w:t xml:space="preserve">[25:29] </w:t>
      </w:r>
      <w:r>
        <w:t>to saman bahar se aate rehte the, logon ko distribute kiya jata rehta tha. wahan koi salary system to tha nahi.</w:t>
      </w:r>
    </w:p>
    <w:p>
      <w:pPr>
        <w:jc w:val="right"/>
      </w:pPr>
      <w:r>
        <w:t>تو سامان باہر سے آتے رہتے تھے، لوگ کو ڈسٹریبیوٹ کیا جاتا رہتا تھا۔ وہاں کوئی سیلری سسٹم تو تھا نہیں۔</w:t>
      </w:r>
    </w:p>
    <w:p>
      <w:r>
        <w:rPr>
          <w:b/>
        </w:rPr>
        <w:t xml:space="preserve">[25:37] </w:t>
      </w:r>
      <w:r>
        <w:t>to agar aisi saman distribute ho raha tha to ek aaye, oveyana naam ke, unhon ne kaha: "ae khitab ke bete! khuda ki qasam, tum hum ko na kuch maal dete ho aur na hamare darmiyan insaaf karte ho." ab ek aise aadmi se kaha ke jo ek paisa apne liye nahi leta hai.</w:t>
      </w:r>
    </w:p>
    <w:p>
      <w:pPr>
        <w:jc w:val="right"/>
      </w:pPr>
      <w:r>
        <w:t>تو اگر ایسی سامان ڈسٹریبیوٹ ہو رہا تھا تو ایک آئے، اوینا نام کے، انہوں نے کہا: "اے خطاب کے بیٹے! خدا کی قسم، تم ہم کو نہ کچھ مال دیتے ہو اور نہ ہمارے درمیان انصاف کرتے ہو۔" اب ایک ایسے آدمی سے کہا کہ جو ایک پیسہ اپنے لیے نہیں لیتا ہے۔</w:t>
      </w:r>
    </w:p>
    <w:p>
      <w:r>
        <w:rPr>
          <w:b/>
        </w:rPr>
        <w:t xml:space="preserve">[25:55] </w:t>
      </w:r>
      <w:r>
        <w:t>to woh naturally woh ghusse mein aa gaye aur woh maar bhi dete the. un ke paas har dam kora rehta tha.</w:t>
      </w:r>
    </w:p>
    <w:p>
      <w:pPr>
        <w:jc w:val="right"/>
      </w:pPr>
      <w:r>
        <w:t>تو وہ نیچرلی وہ غصے میں آ گئے اور وہ مار بھی دیتے تھے۔ ان کے پاس ہر دم کوڑا رہتا تھا۔</w:t>
      </w:r>
    </w:p>
    <w:p>
      <w:r>
        <w:rPr>
          <w:b/>
        </w:rPr>
        <w:t xml:space="preserve">[26:03] </w:t>
      </w:r>
      <w:r>
        <w:t>to isi waqt un ke oveyana ke ek bhatije the, al har bin qais. to unhon ne kaha ke allah ne quran mein apne nabi ko hukum diya hai ke tum logon ko maaf kar do aur jahilon se araz karo.</w:t>
      </w:r>
    </w:p>
    <w:p>
      <w:pPr>
        <w:jc w:val="right"/>
      </w:pPr>
      <w:r>
        <w:t>تو اسی وقت ان کے اوینا کے ایک بھتیجے تھے، الحر بن قیس۔ تو انہوں نے کہا کہ اللہ نے قرآن میں اپنے نبی کو حکم دیا ہے کہ تم لوگوں کو معاف کر دو اور جاہلوں سے اعراض کرو۔</w:t>
      </w:r>
    </w:p>
    <w:p>
      <w:r>
        <w:rPr>
          <w:b/>
        </w:rPr>
        <w:t xml:space="preserve">[26:16] </w:t>
      </w:r>
      <w:r>
        <w:t>aur yeh aadmi bilashuba jahilon mein se hai. to foran aap ka ghussa khatam ho gaya. to woh bas khuda ki kitab ka reference do aur woh foran khamosh ho jate the, ruk jate the.</w:t>
      </w:r>
    </w:p>
    <w:p>
      <w:pPr>
        <w:jc w:val="right"/>
      </w:pPr>
      <w:r>
        <w:t>اور یہ آدمی بلاشبہ جاہلوں میں سے ہے۔ تو فوراً آپ کا غصہ ختم ہو گیا۔ تو وہ بس خدا کی کتاب کا ریفرنس دو اور وہ فوراً خاموش ہو جاتے تھے، رک جاتے تھے۔</w:t>
      </w:r>
    </w:p>
    <w:p>
      <w:r>
        <w:rPr>
          <w:b/>
        </w:rPr>
        <w:t xml:space="preserve">[26:30] </w:t>
      </w:r>
      <w:r>
        <w:t>to itna zyada khuda se, khuda se ka dar, accountability ka dar. hazrat abubakar ne ek baar kaha tha ke kaash ke main ek peed ki branch hota aur koi guzarta hua camel mujhe kha jata aur us ko dung mein nikal deta, khatam ho jata.</w:t>
      </w:r>
    </w:p>
    <w:p>
      <w:pPr>
        <w:jc w:val="right"/>
      </w:pPr>
      <w:r>
        <w:t>تو اتنا زیادہ خدا سے، خدا سے کا ڈر، اکاؤنٹیبلٹی کا ڈر۔ حضرت ابوبکر نے ایک بار کہا تھا کہ کاش کہ میں ایک پیڑ کی برانچ ہوتا اور کوئی گزرتا ہوا کیمل مجھے کھا جاتا اور اس کو ڈنگ میں نکال دیتا، ختم ہو جاتا۔</w:t>
      </w:r>
    </w:p>
    <w:p>
      <w:r>
        <w:rPr>
          <w:b/>
        </w:rPr>
        <w:t xml:space="preserve">[26:47] </w:t>
      </w:r>
      <w:r>
        <w:t>matlab main extinct ho jata. hazrat abubakar o umar is qadar darte the khuda ke ke kya pata maine koi anjane mein koi ghalti kar di ho aur allah ke haan is ki maafi hogi ke nahi.</w:t>
      </w:r>
    </w:p>
    <w:p>
      <w:pPr>
        <w:jc w:val="right"/>
      </w:pPr>
      <w:r>
        <w:t>مطلب میں ایکسٹنکٹ ہو جاتا۔ حضرت ابوبکر و عمر اس قدر ڈرتے تھے خدا کے کہ کیا پتہ میں نے کوئی انجانے میں کوئی غلطی کر دی ہو اور اللہ کے ہاں اس کی معافی ہوگی کہ نہیں۔</w:t>
      </w:r>
    </w:p>
    <w:p>
      <w:r>
        <w:rPr>
          <w:b/>
        </w:rPr>
        <w:t xml:space="preserve">[26:59] </w:t>
      </w:r>
      <w:r>
        <w:t>to is tarike ka ek baar ab taqreeban tamam jo senior companions ka yahi haal tha. jabke yeh log ashra mubashra mein the, yani un ko zindagi mein hi jannat ki basharat de di gayi thi.</w:t>
      </w:r>
    </w:p>
    <w:p>
      <w:pPr>
        <w:jc w:val="right"/>
      </w:pPr>
      <w:r>
        <w:t>تو اس طریقے کا ایک بار اب تقریباً تمام جو سینئر کمپینینز کا یہی حال تھا۔ جبکہ یہ لوگ عشرہ مبشرہ میں تھے، یعنی ان کو زندگی میں ہی جنت کی بشارت دے دی گئی تھی۔</w:t>
      </w:r>
    </w:p>
    <w:p>
      <w:r>
        <w:rPr>
          <w:b/>
        </w:rPr>
        <w:t xml:space="preserve">[27:11] </w:t>
      </w:r>
      <w:r>
        <w:t>phir bhi woh itna zyada khuda se darte the ke koi ek daleel aap haq de dijiye to woh foran us ko maan lete the.</w:t>
      </w:r>
    </w:p>
    <w:p>
      <w:pPr>
        <w:jc w:val="right"/>
      </w:pPr>
      <w:r>
        <w:t>پھر بھی وہ اتنا زیادہ خدا سے ڈرتے تھے کہ کوئی ایک دلیل آپ حق دے دیجئے تو وہ فوراً اس کو مان لیتے تھے۔</w:t>
      </w:r>
    </w:p>
    <w:p>
      <w:r>
        <w:rPr>
          <w:b/>
        </w:rPr>
        <w:t xml:space="preserve">[27:22] </w:t>
      </w:r>
      <w:r>
        <w:t>aur khaas tor par crisis management un ke andar itna</w:t>
      </w:r>
    </w:p>
    <w:p>
      <w:pPr>
        <w:jc w:val="right"/>
      </w:pPr>
      <w:r>
        <w:t>اور خاص طور پر کرائسز مینجمنٹ ان کے اندر اتنا</w:t>
      </w:r>
    </w:p>
    <w:p>
      <w:r>
        <w:rPr>
          <w:b/>
        </w:rPr>
        <w:t xml:space="preserve">[27:26] </w:t>
      </w:r>
      <w:r>
        <w:t>tha. crisis ke mauqe par bhi woh bilkul quran ki ek ayat un ko khamosh kar dene ke liye kafi hoti thi. ab misaal ke taur par aaj aap kitna bhi quran aur hadith ke hawale dete rahiye, log koi excuse pesh kar dete hain.</w:t>
      </w:r>
    </w:p>
    <w:p>
      <w:pPr>
        <w:jc w:val="right"/>
      </w:pPr>
      <w:r>
        <w:t>تھا۔ کرائسز کے موقع پر بھی وہ بالکل قرآن کی ایک آیت ان کو خاموش کر دینے کے لیے کافی ہوتی تھی۔ اب مثال کے طور پر آج آپ کتنا بھی قرآن اور حدیث کے حوالے دیتے رہیے، لوگ کوئی ایکسکیوز پیش کر دیتے ہیں۔</w:t>
      </w:r>
    </w:p>
    <w:p>
      <w:r>
        <w:rPr>
          <w:b/>
        </w:rPr>
        <w:t xml:space="preserve">[27:39] </w:t>
      </w:r>
      <w:r>
        <w:t>maulana kehte the: "If you have a good excuse, don't use it." to woh aaj kal hamara haal hai ke hum log excuse pesh karte rehte hain. wahan koi excuse nahi tha.</w:t>
      </w:r>
    </w:p>
    <w:p>
      <w:pPr>
        <w:jc w:val="right"/>
      </w:pPr>
      <w:r>
        <w:t>مولانا کہتے تھے: "If you have a good excuse, don't use it." تو وہ آج کل ہمارا حال ہے کہ ہم لوگ ایکسکیوز پیش کرتے رہتے ہیں۔ وہاں کوئی ایکسکیوز نہیں تھا۔</w:t>
      </w:r>
    </w:p>
    <w:p>
      <w:r>
        <w:rPr>
          <w:b/>
        </w:rPr>
        <w:t xml:space="preserve">[27:49] </w:t>
      </w:r>
      <w:r>
        <w:t>quran samne aa gaya to bas baat khatam.</w:t>
      </w:r>
    </w:p>
    <w:p>
      <w:pPr>
        <w:jc w:val="right"/>
      </w:pPr>
      <w:r>
        <w:t>قرآن سامنے آ گیا تو بس بات ختم۔</w:t>
      </w:r>
    </w:p>
    <w:p>
      <w:r>
        <w:rPr>
          <w:b/>
        </w:rPr>
        <w:t xml:space="preserve">[27:53] </w:t>
      </w:r>
      <w:r>
        <w:t>ek baar ek ek ek gaon ki baat hai, ek sahib ne kuch pandrah bees peed, aam ke peed the, kisi doosre ke khet mein, main jaise border mila hua rehta hai na, boundary, to kisi doosre ke khet se unhon ne qabza kar liya ke yeh mera peed hai.</w:t>
      </w:r>
    </w:p>
    <w:p>
      <w:pPr>
        <w:jc w:val="right"/>
      </w:pPr>
      <w:r>
        <w:t>ایک بار ایک ایک ایک گاؤں کی بات ہے، ایک صاحب نے کچھ پندرہ بیس پیڑ، آم کے پیڑ تھے، کسی دوسرے کے کھیت میں، میں جیسے بارڈر ملا ہوا رہتا ہے نا، باؤنڈری، تو کسی دوسرے کے کھیت سے انہوں نے قبضہ کر لیا کہ یہ میرا پیڑ ہے۔</w:t>
      </w:r>
    </w:p>
    <w:p>
      <w:r>
        <w:rPr>
          <w:b/>
        </w:rPr>
        <w:t xml:space="preserve">[28:10] </w:t>
      </w:r>
      <w:r>
        <w:t>to is se woh de nahin raha tha, to is se kaha gaya ke theek hai, tum quran hath mein le ke keh do: "mera peir hai, to tum tum ko hum de dete hain." to woh aadmi kehne laga: "yeh quran kahan se aa gaya?</w:t>
      </w:r>
    </w:p>
    <w:p>
      <w:pPr>
        <w:jc w:val="right"/>
      </w:pPr>
      <w:r>
        <w:t>تو اس سے وہ دے نہیں رہا تھا، تو اس سے کہا گیا کہ ٹھیک ہے، تم قرآن ہاتھ میں لے کے کہہ دو: "میرا پیڑ ہے، تو تم تم کو ہم دے دیتے ہیں۔" تو وہ آدمی کہنے لگا: "یہ قرآن کہاں سے آ گیا؟</w:t>
      </w:r>
    </w:p>
    <w:p>
      <w:r>
        <w:rPr>
          <w:b/>
        </w:rPr>
        <w:t xml:space="preserve">[28:22] </w:t>
      </w:r>
      <w:r>
        <w:t>matlab is beech mein quran kahan se aa gaya</w:t>
      </w:r>
    </w:p>
    <w:p>
      <w:pPr>
        <w:jc w:val="right"/>
      </w:pPr>
      <w:r>
        <w:t>مطلب اس بیچ میں قرآن کہاں سے آ گیا</w:t>
      </w:r>
    </w:p>
    <w:p>
      <w:r>
        <w:rPr>
          <w:b/>
        </w:rPr>
        <w:t xml:space="preserve">[28:24] </w:t>
      </w:r>
      <w:r>
        <w:t>?" to yeh sahaba aise nahin the, woh to har baat mein quran mein guidance talash karte the, aur jab quran mein guidance aa jati thi, phir apni apni bilkul nahin chalate the.</w:t>
      </w:r>
    </w:p>
    <w:p>
      <w:pPr>
        <w:jc w:val="right"/>
      </w:pPr>
      <w:r>
        <w:t>؟" تو یہ صحابہ ایسے نہیں تھے، وہ تو ہر بات میں قرآن میں گائیڈنس تلاش کرتے تھے، اور جب قرآن میں گائیڈنس آ جاتی تھی، پھر اپنی اپنی بالکل نہیں چلاتے تھے۔</w:t>
      </w:r>
    </w:p>
    <w:p>
      <w:r>
        <w:rPr>
          <w:b/>
        </w:rPr>
        <w:t xml:space="preserve">[28:36] </w:t>
      </w:r>
      <w:r>
        <w:t>aur itne zyada intelligent, itne zyada samajhdar, aur itne bashalahiyat log the, is ke bawajood quran ke aage woh dhah jaane wale log the.</w:t>
      </w:r>
    </w:p>
    <w:p>
      <w:pPr>
        <w:jc w:val="right"/>
      </w:pPr>
      <w:r>
        <w:t>اور اتنے زیادہ انٹیلیجنٹ، اتنے زیادہ سمجھدار، اور اتنے باصلاحیت لوگ تھے، اس کے باوجود قرآن کے آگے وہ ڈھہ جانے والے لوگ تھے۔</w:t>
      </w:r>
    </w:p>
    <w:p>
      <w:r>
        <w:rPr>
          <w:b/>
        </w:rPr>
        <w:t xml:space="preserve">[28:49] </w:t>
      </w:r>
      <w:r>
        <w:t>to yeh the sahaba. yeh to hum bahut thori si baatein bataein kyunke wahan paas itna time yahan par nahin hota. to yeh thori si baatein hum aap ke samne rakh rahe hain taake aap log sahaba ke bare mein, aap logon ki dilchaspi barhe, aur aap log khud sahaba ke bare mein kitabein parhein aur is se apne liye guidance hasil karein.</w:t>
      </w:r>
    </w:p>
    <w:p>
      <w:pPr>
        <w:jc w:val="right"/>
      </w:pPr>
      <w:r>
        <w:t>تو یہ تھے صحابہ۔ یہ تو ہم بہت تھوڑی سی باتیں بتائیں کیونکہ وہاں پاس اتنا ٹائم یہاں پر نہیں ہوتا۔ تو یہ تھوڑی سی باتیں ہم آپ کے سامنے رکھ رہے ہیں تاکہ آپ لوگ صحابہ کے بارے میں، آپ لوگوں کی دلچسپی بڑھے، اور آپ لوگ خود صحابہ کے بارے میں کتابیں پڑھیں اور اس سے اپنے لیے گائیڈنس حاصل کریں۔</w:t>
      </w:r>
    </w:p>
    <w:p>
      <w:r>
        <w:rPr>
          <w:b/>
        </w:rPr>
        <w:t xml:space="preserve">[29:10] </w:t>
      </w:r>
      <w:r>
        <w:t>ji apa trolly like you rightly said he Hazrat Umar was a great model of piety for all of us.</w:t>
      </w:r>
    </w:p>
    <w:p>
      <w:pPr>
        <w:jc w:val="right"/>
      </w:pPr>
      <w:r>
        <w:t>جی آپا ٹرولی لائک یو رائٹلی سیڈ ہی حضرت عمر واز ا گریٹ ماڈل اف پائٹی فار ال اف اس۔</w:t>
      </w:r>
    </w:p>
    <w:p>
      <w:r>
        <w:rPr>
          <w:b/>
        </w:rPr>
        <w:t xml:space="preserve">[29:19] </w:t>
      </w:r>
      <w:r>
        <w:t>apa similarly teesre khalifa hazrat usman, woh bhi bohat bade sahabi the. he was known to be very pious, kindhearted, and a very modest person.</w:t>
      </w:r>
    </w:p>
    <w:p>
      <w:pPr>
        <w:jc w:val="right"/>
      </w:pPr>
      <w:r>
        <w:t>آپا سمیلرلی تیسرے خلیفہ حضرت عثمان، وہ بھی بہت بڑے صحابی تھے۔ ہی واز نون ٹو بی ویری پائس، کائنڈ ہارٹڈ، اینڈ ا ویری ماڈسٹ پرسن۔</w:t>
      </w:r>
    </w:p>
    <w:p>
      <w:r>
        <w:rPr>
          <w:b/>
        </w:rPr>
        <w:t xml:space="preserve">[29:32] </w:t>
      </w:r>
      <w:r>
        <w:t>and people admired his generosity. ek waqia yeh bhi hai ke ek martaba unhon ne hazar oont jo maal se lade hue the, woh charity mein de diye.</w:t>
      </w:r>
    </w:p>
    <w:p>
      <w:pPr>
        <w:jc w:val="right"/>
      </w:pPr>
      <w:r>
        <w:t>اینڈ پیپل ایڈمائرڈ ہز جنروسٹی۔ ایک واقعہ یہ بھی ہے کہ ایک مرتبہ انہوں نے ہزار اونٹ جو مال سے لدے ہوئے تھے، وہ چیریٹی میں دے دیے۔</w:t>
      </w:r>
    </w:p>
    <w:p>
      <w:r>
        <w:rPr>
          <w:b/>
        </w:rPr>
        <w:t xml:space="preserve">[29:42] </w:t>
      </w:r>
      <w:r>
        <w:t>to apa, woh qissa kya hai? is ke bare mein bhi aap hum sab ko bataein.</w:t>
      </w:r>
    </w:p>
    <w:p>
      <w:pPr>
        <w:jc w:val="right"/>
      </w:pPr>
      <w:r>
        <w:t>تو آپا، وہ قصہ کیا ہے؟ اس کے بارے میں بھی آپ ہم سب کو بتائیں۔</w:t>
      </w:r>
    </w:p>
    <w:p>
      <w:r>
        <w:rPr>
          <w:b/>
        </w:rPr>
        <w:t xml:space="preserve">[29:47] </w:t>
      </w:r>
      <w:r>
        <w:t>yeh log bade bade tajir the. yeh hazrat usman bhi bani umayya se taluq rakhte the, aur bani umayya log jo hain tijarat karte the. to bahar jate the, trading system tha us zamane mein.</w:t>
      </w:r>
    </w:p>
    <w:p>
      <w:pPr>
        <w:jc w:val="right"/>
      </w:pPr>
      <w:r>
        <w:t>یہ لوگ بڑے بڑے تاجر تھے۔ یہ حضرت عثمان بھی بنو امیہ سے تعلق رکھتے تھے، اور بنو امیہ لوگ جو ہیں تجارت کرتے تھے۔ تو باہر جاتے تھے، ٹریڈنگ سسٹم تھا اس زمانے میں۔</w:t>
      </w:r>
    </w:p>
    <w:p>
      <w:r>
        <w:rPr>
          <w:b/>
        </w:rPr>
        <w:t xml:space="preserve">[30:01] </w:t>
      </w:r>
      <w:r>
        <w:t>oont pe saman le ke jate the, oont pe saman le kar aate the. to yeh bohat hi. ab hazrat usman jo hain, hazrat abubakar ke dost the.</w:t>
      </w:r>
    </w:p>
    <w:p>
      <w:pPr>
        <w:jc w:val="right"/>
      </w:pPr>
      <w:r>
        <w:t>اونٹ پہ سامان لے کے جاتے تھے، اونٹ پہ سامان لے کر آتے تھے۔ تو یہ بہت ہی۔ اب حضرت عثمان جو ہیں، حضرت ابوبکر کے دوست تھے۔</w:t>
      </w:r>
    </w:p>
    <w:p>
      <w:r>
        <w:rPr>
          <w:b/>
        </w:rPr>
        <w:t xml:space="preserve">[30:11] </w:t>
      </w:r>
      <w:r>
        <w:t>to hazrat abubakar ko jab islam mila to unhon ne apne doston mein kafi islam ko paigham ko pohanchaya, aur bohat sare log un ke saathi ban gaye.</w:t>
      </w:r>
    </w:p>
    <w:p>
      <w:pPr>
        <w:jc w:val="right"/>
      </w:pPr>
      <w:r>
        <w:t>تو حضرت ابوبکر کو جب اسلام ملا تو انہوں نے اپنے دوستوں میں کافی اسلام کو پیغام کو پہنچایا، اور بہت سارے لوگ ان کے ساتھی بن گئے۔</w:t>
      </w:r>
    </w:p>
    <w:p>
      <w:r>
        <w:rPr>
          <w:b/>
        </w:rPr>
        <w:t xml:space="preserve">[30:23] </w:t>
      </w:r>
      <w:r>
        <w:t>to hazrat usman jo hain, rasool allah sallallahu alaihi wasallam ke damad bhi the, aur khas taur par do betiyan aap se be woh aayi theen. pehle hazrat ruqayyah ki shadi hui thi aap se, lekin jab hazrat ruqayyah ki wafat ho gayi, tab umm kulsoom se hui.</w:t>
      </w:r>
    </w:p>
    <w:p>
      <w:pPr>
        <w:jc w:val="right"/>
      </w:pPr>
      <w:r>
        <w:t>تو حضرت عثمان جو ہیں، رسول اللہ صلی اللہ علیہ وسلم کے داماد بھی تھے، اور خاص طور پر دو بیٹیاں آپ سے بیوہ آئی تھیں۔ پہلے حضرت رقیہ کی شادی ہوئی تھی آپ سے، لیکن جب حضرت رقیہ کی وفات ہوگئی، تب ام کلثوم سے ہوئی۔</w:t>
      </w:r>
    </w:p>
    <w:p>
      <w:r>
        <w:rPr>
          <w:b/>
        </w:rPr>
        <w:t xml:space="preserve">[30:38] </w:t>
      </w:r>
      <w:r>
        <w:t>to is tarike se un ki bohat zyada darja tha.</w:t>
      </w:r>
    </w:p>
    <w:p>
      <w:pPr>
        <w:jc w:val="right"/>
      </w:pPr>
      <w:r>
        <w:t>تو اس طریقے سے ان کی بہت زیادہ درجہ تھا۔</w:t>
      </w:r>
    </w:p>
    <w:p>
      <w:r>
        <w:rPr>
          <w:b/>
        </w:rPr>
        <w:t xml:space="preserve">[30:43] </w:t>
      </w:r>
      <w:r>
        <w:t>to jo ek bada kaam jo hazrat usman ne kiya, aur us zamane ke lehaz se woh bohat bada kaam tha, kyunke hazrat abubakar ne ek copy banai thi, standard copy quran ki.</w:t>
      </w:r>
    </w:p>
    <w:p>
      <w:pPr>
        <w:jc w:val="right"/>
      </w:pPr>
      <w:r>
        <w:t>تو جو ایک بڑا کام جو حضرت عثمان نے کیا، اور اس زمانے کے لحاظ سے وہ بہت بڑا کام تھا، کیونکہ حضرت ابوبکر نے ایک کاپی بنائی تھی، اسٹینڈرڈ کاپی قرآن کی۔</w:t>
      </w:r>
    </w:p>
    <w:p>
      <w:r>
        <w:rPr>
          <w:b/>
        </w:rPr>
        <w:t xml:space="preserve">[30:56] </w:t>
      </w:r>
      <w:r>
        <w:t>ab yeh tha ke log is mein se logon ko sab poora quran zabani hi yaad tha, lekin sab ke jo accent alag alag hota tha.</w:t>
      </w:r>
    </w:p>
    <w:p>
      <w:pPr>
        <w:jc w:val="right"/>
      </w:pPr>
      <w:r>
        <w:t>اب یہ تھا کہ لوگ اس میں سے لوگوں کو سب پورا قرآن زبانی ہی یاد تھا، لیکن سب کے جو ایکسنٹ الگ الگ ہوتا تھا۔</w:t>
      </w:r>
    </w:p>
    <w:p>
      <w:r>
        <w:rPr>
          <w:b/>
        </w:rPr>
        <w:t xml:space="preserve">[31:06] </w:t>
      </w:r>
      <w:r>
        <w:t>to kai baar accent alag alag hone se mani matlab bhi badal jata hai.</w:t>
      </w:r>
    </w:p>
    <w:p>
      <w:pPr>
        <w:jc w:val="right"/>
      </w:pPr>
      <w:r>
        <w:t>تو کئی بار ایکسنٹ الگ الگ ہونے سے معنی مطلب بھی بدل جاتا ہے۔</w:t>
      </w:r>
    </w:p>
    <w:p>
      <w:r>
        <w:rPr>
          <w:b/>
        </w:rPr>
        <w:t xml:space="preserve">[31:11] </w:t>
      </w:r>
      <w:r>
        <w:t>to yeh hua ke ab das quraish ke das lehje ko to standard bana diya gaya, lekin phir isi das lehje par hi logon ko rakha gaya, kyunke jo bohat sare local dialect the, to us ke hisab se log alag alag tarike se padhte the.</w:t>
      </w:r>
    </w:p>
    <w:p>
      <w:pPr>
        <w:jc w:val="right"/>
      </w:pPr>
      <w:r>
        <w:t>تو یہ ہوا کہ اب دس قریش کے دس لہجے کو تو اسٹینڈرڈ بنا دیا گیا، لیکن پھر اسی دس لہجے پر ہی لوگوں کو رکھا گیا، کیونکہ جو بہت سارے لوکل ڈائلیکٹ تھے، تو اس کے حساب سے لوگ الگ الگ طریقے سے پڑھتے تھے۔</w:t>
      </w:r>
    </w:p>
    <w:p>
      <w:r>
        <w:rPr>
          <w:b/>
        </w:rPr>
        <w:t xml:space="preserve">[31:29] </w:t>
      </w:r>
      <w:r>
        <w:t>lekin yeh hua ke written mein kam se kam ek hi standard tareeqa hona chahiye.</w:t>
      </w:r>
    </w:p>
    <w:p>
      <w:pPr>
        <w:jc w:val="right"/>
      </w:pPr>
      <w:r>
        <w:t>لیکن یہ ہوا کہ رٹن میں کم سے کم ایک ہی اسٹینڈرڈ طریقہ ہونا چاہیے۔</w:t>
      </w:r>
    </w:p>
    <w:p>
      <w:r>
        <w:rPr>
          <w:b/>
        </w:rPr>
        <w:t xml:space="preserve">[31:36] </w:t>
      </w:r>
      <w:r>
        <w:t>bolne mein to har aadmi, har qaum ka alag alag lehja ho hi jata hai. to hazrat usman ne kiya kiya ke jo woh hazrat abubakar ne jo quran ki copy banai thi, to us ki ab chunke woh bohat bade ek empire tha, aur un ki bohat taqat thi, us ke khalifa the woh, to woh aisa kaam kar sakte the.</w:t>
      </w:r>
    </w:p>
    <w:p>
      <w:pPr>
        <w:jc w:val="right"/>
      </w:pPr>
      <w:r>
        <w:t>بولنے میں تو ہر آدمی، ہر قوم کا الگ الگ لہجہ ہو ہی جاتا ہے۔ تو حضرت عثمان نے کیا کیا کہ جو وہ حضرت ابوبکر نے جو قرآن کی کاپی بنائی تھی، تو اس کی اب چونکہ وہ بہت بڑے ایک ایمپائر تھا، اور ان کی بہت طاقت تھی، اس کے خلیفہ تھے وہ، تو وہ ایسا کام کر سکتے تھے۔</w:t>
      </w:r>
    </w:p>
    <w:p>
      <w:r>
        <w:rPr>
          <w:b/>
        </w:rPr>
        <w:t xml:space="preserve">[31:59] </w:t>
      </w:r>
      <w:r>
        <w:t>aam aadmi kar nahin sakta tha.</w:t>
      </w:r>
    </w:p>
    <w:p>
      <w:pPr>
        <w:jc w:val="right"/>
      </w:pPr>
      <w:r>
        <w:t>عام آدمی کر نہیں سکتا تھا۔</w:t>
      </w:r>
    </w:p>
    <w:p>
      <w:r>
        <w:rPr>
          <w:b/>
        </w:rPr>
        <w:t xml:space="preserve">[32:01] </w:t>
      </w:r>
      <w:r>
        <w:t>to unhon ne is ki copyan banai, aur har state ko is ki copyan bhejin apne arrangement ke tehat.</w:t>
      </w:r>
    </w:p>
    <w:p>
      <w:pPr>
        <w:jc w:val="right"/>
      </w:pPr>
      <w:r>
        <w:t>تو انہوں نے اس کی کاپیاں بنائیں، اور ہر اسٹیٹ کو اس کی کاپیاں بھیجیں اپنے ارینجمنٹ کے تحت۔</w:t>
      </w:r>
    </w:p>
    <w:p>
      <w:r>
        <w:rPr>
          <w:b/>
        </w:rPr>
        <w:t xml:space="preserve">[32:10] </w:t>
      </w:r>
      <w:r>
        <w:t>us waqt senior companions maujood the, to us waqt yeh ho bhi sakta tha, baad mein to yeh namumkin ho jata. to unhon ne har state ko woh copyan bhejin, phir isi copy se log jo hain, phir naqal karne lage quran ko.</w:t>
      </w:r>
    </w:p>
    <w:p>
      <w:pPr>
        <w:jc w:val="right"/>
      </w:pPr>
      <w:r>
        <w:t>اس وقت سینئر کمپینینز موجود تھے، تو اس وقت یہ ہو بھی سکتا تھا، بعد میں تو یہ ناممکن ہو جاتا۔ تو انہوں نے ہر اسٹیٹ کو وہ کاپیاں بھیجیں، پھر اسی کاپی سے لوگ جو ہیں، پھر نقل کرنے لگے قرآن کو۔</w:t>
      </w:r>
    </w:p>
    <w:p>
      <w:r>
        <w:rPr>
          <w:b/>
        </w:rPr>
        <w:t xml:space="preserve">[32:25] </w:t>
      </w:r>
      <w:r>
        <w:t>do teen copyan aaj bhi museum mein maujood hain. woh</w:t>
      </w:r>
    </w:p>
    <w:p>
      <w:pPr>
        <w:jc w:val="right"/>
      </w:pPr>
      <w:r>
        <w:t>دو تین کاپیاں آج بھی میوزیم میں موجود ہیں۔ وہ</w:t>
      </w:r>
    </w:p>
    <w:p>
      <w:r>
        <w:rPr>
          <w:b/>
        </w:rPr>
        <w:t xml:space="preserve">[32:30] </w:t>
      </w:r>
      <w:r>
        <w:t>to woh bohat maldar tajir the, lekin un ki ek baat thi ke woh bohat zyada lenient the, bohat zyada narm dil the. is ki wajah se logon ne bohat faida uthaya, aur logon ne bohat zyada masail bhi paida kiye, disturbance create kiye.</w:t>
      </w:r>
    </w:p>
    <w:p>
      <w:pPr>
        <w:jc w:val="right"/>
      </w:pPr>
      <w:r>
        <w:t>تو وہ بہت مالدار تاجر تھے، لیکن ان کی ایک بات تھی کہ وہ بہت زیادہ لینین تھے، بہت زیادہ نرم دل تھے۔ اس کی وجہ سے لوگوں نے بہت فائدہ اٹھایا، اور لوگوں نے بہت زیادہ مسائل بھی پیدا کیے، ڈسٹربنس کریٹ کیا۔</w:t>
      </w:r>
    </w:p>
    <w:p>
      <w:r>
        <w:rPr>
          <w:b/>
        </w:rPr>
        <w:t xml:space="preserve">[32:44] </w:t>
      </w:r>
      <w:r>
        <w:t>is ki wajah se revolt hua. woh kehte hain in ke upar nepotism ka woh lagaya ke apne logon ko aage barhaat</w:t>
      </w:r>
    </w:p>
    <w:p>
      <w:pPr>
        <w:jc w:val="right"/>
      </w:pPr>
      <w:r>
        <w:t>اس کی وجہ سے ریولٹ ہوا۔ وہ کہتے ہیں ان کے اوپر نیپارٹزم کا وہ لگایا کہ اپنے لوگوں کو آگے بڑھات</w:t>
      </w:r>
    </w:p>
    <w:p>
      <w:r>
        <w:rPr>
          <w:b/>
        </w:rPr>
        <w:t xml:space="preserve">[32:55] </w:t>
      </w:r>
      <w:r>
        <w:t>e hain. asal mein koi intentionly aisa kuch nahi tha ke apne logon ko aage barhana, balkay yeh woh itnay naram dil thay ke woh samajhte thay ke apne log jo hain, woh apne control mein rahen ge.</w:t>
      </w:r>
    </w:p>
    <w:p>
      <w:pPr>
        <w:jc w:val="right"/>
      </w:pPr>
      <w:r>
        <w:t>ے ہیں۔ اصل میں کوئی انٹینشنلی ایسا کچھ نہیں تھا کہ اپنے لوگوں کو آگے بڑھانا، بلکہ یہ وہ اتنے نرم دل تھے کہ وہ سمجھتے تھے کہ اپنے لوگ جو ہیں، وہ اپنے کنٹرول میں رہیں گے۔</w:t>
      </w:r>
    </w:p>
    <w:p>
      <w:r>
        <w:rPr>
          <w:b/>
        </w:rPr>
        <w:t xml:space="preserve">[33:09] </w:t>
      </w:r>
      <w:r>
        <w:t>is wajah se woh apne logon ko jagah jagah unhon ne rakha. to is ki wajah se revolt ho gaya. woh tribal age tha. har tribe jo hai, aik doosre tribe ko accept kar aasani se nahi karta tha.</w:t>
      </w:r>
    </w:p>
    <w:p>
      <w:pPr>
        <w:jc w:val="right"/>
      </w:pPr>
      <w:r>
        <w:t>اس وجہ سے وہ اپنے لوگوں کو جگہ جگہ انہوں نے رکھا۔ تو اس کی وجہ سے ریولٹ ہو گیا۔ وہ ٹرائبل ایج تھا۔ ہر ٹرائب جو ہے، ایک دوسرے ٹرائب کو ایکسیپٹ کر آسانی سے نہیں کرتا تھا۔</w:t>
      </w:r>
    </w:p>
    <w:p>
      <w:r>
        <w:rPr>
          <w:b/>
        </w:rPr>
        <w:t xml:space="preserve">[33:21] </w:t>
      </w:r>
      <w:r>
        <w:t>to woh log ghusa ho gaye ke sare uhde jo hain, woh banu ummaya ko mil gaye hain. to yeh yeh masla ho gaya tha.</w:t>
      </w:r>
    </w:p>
    <w:p>
      <w:pPr>
        <w:jc w:val="right"/>
      </w:pPr>
      <w:r>
        <w:t>تو وہ لوگ غصہ ہو گئے کہ سارے عہدے جو ہیں، وہ بنو امیہ کو مل گئے ہیں۔ تو یہ یہ مسئلہ ہو گیا تھا۔</w:t>
      </w:r>
    </w:p>
    <w:p>
      <w:r>
        <w:rPr>
          <w:b/>
        </w:rPr>
        <w:t xml:space="preserve">[33:30] </w:t>
      </w:r>
      <w:r>
        <w:t>to woh jo tha ke bohat ziyada woh kharch karte thay deen ki raah mein. to woh aik qissa hai, bohat hi dilchasp qissa hai ke aik baar madine mein qahd pada.</w:t>
      </w:r>
    </w:p>
    <w:p>
      <w:pPr>
        <w:jc w:val="right"/>
      </w:pPr>
      <w:r>
        <w:t>تو وہ جو تھا کہ بہت زیادہ وہ خرچ کرتے تھے دین کی راہ میں۔ تو وہ ایک قصہ ہے، بہت ہی دلچسپ قصہ ہے کہ ایک بار مدینے میں قہد پڑا۔</w:t>
      </w:r>
    </w:p>
    <w:p>
      <w:r>
        <w:rPr>
          <w:b/>
        </w:rPr>
        <w:t xml:space="preserve">[33:44] </w:t>
      </w:r>
      <w:r>
        <w:t>to bohat ziyada log pareshan thay.</w:t>
      </w:r>
    </w:p>
    <w:p>
      <w:pPr>
        <w:jc w:val="right"/>
      </w:pPr>
      <w:r>
        <w:t>تو بہت زیادہ لوگ پریشان تھے۔</w:t>
      </w:r>
    </w:p>
    <w:p>
      <w:r>
        <w:rPr>
          <w:b/>
        </w:rPr>
        <w:t xml:space="preserve">[33:47] </w:t>
      </w:r>
      <w:r>
        <w:t>to isi zamanay mein Hazrat Usman ke aik hazar oont bahar gaye hue thay. to bila saman laad laad ke oont par woh aaye madina.</w:t>
      </w:r>
    </w:p>
    <w:p>
      <w:pPr>
        <w:jc w:val="right"/>
      </w:pPr>
      <w:r>
        <w:t>تو اسی زمانے میں حضرت عثمان کے ایک ہزار اونٹ باہر گئے ہوئے تھے۔ تو بلا سامان لاد لاد کے اونٹ پر وہ آئے مدینہ۔</w:t>
      </w:r>
    </w:p>
    <w:p>
      <w:r>
        <w:rPr>
          <w:b/>
        </w:rPr>
        <w:t xml:space="preserve">[33:58] </w:t>
      </w:r>
      <w:r>
        <w:t>to logon ko pata chal gaya ke bohat ziyada saman aaya Hazrat Usman ke haan. to tamam madine ke jo tajar hain, wahan jama hue, aur unhon ne chaha ke khareed kar saman hum madine walon ke liye sadqa karen.</w:t>
      </w:r>
    </w:p>
    <w:p>
      <w:pPr>
        <w:jc w:val="right"/>
      </w:pPr>
      <w:r>
        <w:t>تو لوگوں کو پتہ چل گیا کہ بہت زیادہ سامان آیا حضرت عثمان کے ہاں۔ تو تمام مدینے کے جو تاجر ہیں، وہاں جمع ہوئے، اور انہوں نے چاہا کہ خرید کر سامان ہم مدینے والوں کے لیے صدقہ کریں۔</w:t>
      </w:r>
    </w:p>
    <w:p>
      <w:r>
        <w:rPr>
          <w:b/>
        </w:rPr>
        <w:t xml:space="preserve">[34:14] </w:t>
      </w:r>
      <w:r>
        <w:t>to jab wahan gaye sab sare tajar, to unhon ne poocha ke mujhe tum kya nafa doge is mein? to logon ne kaha das dirham.</w:t>
      </w:r>
    </w:p>
    <w:p>
      <w:pPr>
        <w:jc w:val="right"/>
      </w:pPr>
      <w:r>
        <w:t>تو جب وہاں گئے سب سارے تاجر، تو انہوں نے پوچھا کہ مجھے تم کیا نفع دو گے اس میں؟ تو لوگوں نے کہا دس درہم۔</w:t>
      </w:r>
    </w:p>
    <w:p>
      <w:r>
        <w:rPr>
          <w:b/>
        </w:rPr>
        <w:t xml:space="preserve">[34:24] </w:t>
      </w:r>
      <w:r>
        <w:t>wahan ki currency thi dirham, to das dirham par barah dirham. to Hazrat Usman ne kaha mujhe to is se ziyada mil raha hai. to us ne kaha chouda dirham.</w:t>
      </w:r>
    </w:p>
    <w:p>
      <w:pPr>
        <w:jc w:val="right"/>
      </w:pPr>
      <w:r>
        <w:t>وہاں کی کرنسی تھی درہم، تو دس درہم پر بارہ درہم۔ تو حضرت عثمان نے کہا مجھے تو اس سے زیادہ مل رہا ہے۔ تو اس نے کہا چودہ درہم۔</w:t>
      </w:r>
    </w:p>
    <w:p>
      <w:r>
        <w:rPr>
          <w:b/>
        </w:rPr>
        <w:t xml:space="preserve">[34:33] </w:t>
      </w:r>
      <w:r>
        <w:t>phir kaha ke is se bhi ziyada mil raha hai pandrah dirham. to tum is se ziyada mujhe doge? to unhon ne kaha pandrah dirham is se ziyada to hum nahi de payen</w:t>
      </w:r>
    </w:p>
    <w:p>
      <w:pPr>
        <w:jc w:val="right"/>
      </w:pPr>
      <w:r>
        <w:t>پھر کہا کہ اس سے بھی زیادہ مل رہا ہے پندرہ درہم۔ تو تم اس سے زیادہ مجھے دو گے؟ تو انہوں نے کہا پندرہ درہم اس سے زیادہ تو ہم نہیں دے پائیں</w:t>
      </w:r>
    </w:p>
    <w:p>
      <w:r>
        <w:rPr>
          <w:b/>
        </w:rPr>
        <w:t xml:space="preserve">[34:43] </w:t>
      </w:r>
      <w:r>
        <w:t>ge. to aap ne kaha ke mujhe to aik dirham ke badle das dirham mil raha hai. to unhon ne kaha sare tajar to yahan jama hain, aap ko kaun das dirham de raha hai?</w:t>
      </w:r>
    </w:p>
    <w:p>
      <w:pPr>
        <w:jc w:val="right"/>
      </w:pPr>
      <w:r>
        <w:t>گے۔ تو آپ نے کہا کہ مجھے تو ایک درہم کے بدلے دس درہم مل رہا ہے۔ تو انہوں نے کہا سارے تاجر تو یہاں جمع ہیں، آپ کو کون دس درہم دے رہا ہے؟</w:t>
      </w:r>
    </w:p>
    <w:p>
      <w:r>
        <w:rPr>
          <w:b/>
        </w:rPr>
        <w:t xml:space="preserve">[34:53] </w:t>
      </w:r>
      <w:r>
        <w:t>to unhon ne kaha ke mujhe mein ne sara ka sara maal Khuda ke liye sadqa kar diya hai. mein is ko madine walon ko mein sadqa kar raha hoon, yeh sara maal un ke li</w:t>
      </w:r>
    </w:p>
    <w:p>
      <w:pPr>
        <w:jc w:val="right"/>
      </w:pPr>
      <w:r>
        <w:t>تو انہوں نے کہا کہ مجھے میں نے سارا کا سارا مال خدا کے لیے صدقہ کر دیا ہے۔ میں اس کو مدینے والوں کو میں صدقہ کر رہا ہوں، یہ سارا مال ان کے لی</w:t>
      </w:r>
    </w:p>
    <w:p>
      <w:r>
        <w:rPr>
          <w:b/>
        </w:rPr>
        <w:t xml:space="preserve">[35:06] </w:t>
      </w:r>
      <w:r>
        <w:t>e. to Allah taala ka wada hai ke aik neki ke badle Allah taala das guna badla deta hai. yeh to chapter six Quran mein hai, verse 160.</w:t>
      </w:r>
    </w:p>
    <w:p>
      <w:pPr>
        <w:jc w:val="right"/>
      </w:pPr>
      <w:r>
        <w:t>ے۔ تو اللہ تعالی کا وعدہ ہے کہ ایک نیکی کے بدلے اللہ تعالی دس گنا بدلہ دیتا ہے۔ یہ تو چیپٹر سکس قرآن میں ہے، ورس 160۔</w:t>
      </w:r>
    </w:p>
    <w:p>
      <w:r>
        <w:rPr>
          <w:b/>
        </w:rPr>
        <w:t xml:space="preserve">[35:19] </w:t>
      </w:r>
      <w:r>
        <w:t>jo shakhs neki le kar aaye ga, to us ke liye us ka das guna badla hai. to is par unhon ne kaha a madine ke tajaron, gawara ho ke mein ne yeh tamam ghizai saman Allah ke liye shehar ke zaroorat mandon ke liye sadqa kar diya</w:t>
      </w:r>
    </w:p>
    <w:p>
      <w:pPr>
        <w:jc w:val="right"/>
      </w:pPr>
      <w:r>
        <w:t>جو شخص نیکی لے کر آئے گا، تو اس کے لیے اس کا دس گنا بدلہ ہے۔ تو اس پر انہوں نے کہا اے مدینہ کے تاجروں، گوار ہو کہ میں نے یہ تمام غذائی سامان اللہ کے لیے شہر کے ضرورت مندوں کے لیے صدقہ کر دیا</w:t>
      </w:r>
    </w:p>
    <w:p>
      <w:r>
        <w:rPr>
          <w:b/>
        </w:rPr>
        <w:t xml:space="preserve">[35:35] </w:t>
      </w:r>
      <w:r>
        <w:t>e. to aap yeh sochiye ke Khuda ke upar aik lafzi Quran alfaaz hi hain na, Khuda dikhai nahi de raha hai, jannat dikhai nahi de rahi hai.</w:t>
      </w:r>
    </w:p>
    <w:p>
      <w:pPr>
        <w:jc w:val="right"/>
      </w:pPr>
      <w:r>
        <w:t>۔ تو آپ یہ سوچیے کہ خدا کے اوپر ایک لفظی قرآن الفاظ ہی ہیں نا، خدا دکھائی نہیں دے رہا ہے، جنت دکھائی نہیں دے رہی ہے۔</w:t>
      </w:r>
    </w:p>
    <w:p>
      <w:r>
        <w:rPr>
          <w:b/>
        </w:rPr>
        <w:t xml:space="preserve">[35:45] </w:t>
      </w:r>
      <w:r>
        <w:t>in alfaaz par itna gehra yaqeen karna aur isi ke mutabiq apna amal karna to yeh bohat bari baat hai ke Khuda ke wadaon par yaqeen jo hai, aadmi ke hausle ko itna buland kar deta hai ke bari se bari qurbani bhi is ke liye koi mushkil cheez nahi rehti.</w:t>
      </w:r>
    </w:p>
    <w:p>
      <w:pPr>
        <w:jc w:val="right"/>
      </w:pPr>
      <w:r>
        <w:t>ان الفاظ پر اتنا گہرا یقین کرنا اور اسی کے مطابق اپنا عمل کرنا تو یہ بہت بڑی بات ہے کہ خدا کے وعدوں پر یقین جو ہے، آدمی کے حوصلے کو اتنا بلند کر دیتا ہے کہ بڑی سے بڑی قربانی بھی اس کے لیے کوئی مشکل چیز نہیں رہتی۔</w:t>
      </w:r>
    </w:p>
    <w:p>
      <w:r>
        <w:rPr>
          <w:b/>
        </w:rPr>
        <w:t xml:space="preserve">[36:03] </w:t>
      </w:r>
      <w:r>
        <w:t>yeh paighambar inqilab mein Maulana ne likha hai ke asal cheez jo hai na, woh gehra conviction hai. to in logon ka itna gehra conviction tha ke woh bilkul literally us ko adhere kar dete, literally us par yaqeen rakhte thay, aur isi ke mutabiq apni poori zindagi unhon ne basar ki.</w:t>
      </w:r>
    </w:p>
    <w:p>
      <w:pPr>
        <w:jc w:val="right"/>
      </w:pPr>
      <w:r>
        <w:t>یہ پیغمبر انقلاب میں مولانا نے لکھا ہے کہ اصل چیز جو ہے نا، وہ گہرا کنوکشن ہے۔ تو ان لوگوں کا اتنا گہرا کنوکشن تھا کہ وہ بالکل لٹرلی اس کو اڈیئر کر دیتے، لٹرلی اس پر یقین رکھتے تھے، اور اسی کے مطابق اپنی پوری زندگی انہوں نے بسر کیا۔</w:t>
      </w:r>
    </w:p>
    <w:p>
      <w:r>
        <w:rPr>
          <w:b/>
        </w:rPr>
        <w:t xml:space="preserve">[36:23] </w:t>
      </w:r>
      <w:r>
        <w:t>apa It's really amazing that it shows that how there was general eagerness among the companions to donate their wealth for the sake of Allah.</w:t>
      </w:r>
    </w:p>
    <w:p>
      <w:pPr>
        <w:jc w:val="right"/>
      </w:pPr>
      <w:r>
        <w:t>آپا It's really amazing that it shows that how there was general eagerness among the companions to donate their wealth for the sake of اللہ۔</w:t>
      </w:r>
    </w:p>
    <w:p>
      <w:r>
        <w:rPr>
          <w:b/>
        </w:rPr>
        <w:t xml:space="preserve">[36:33] </w:t>
      </w:r>
      <w:r>
        <w:t>to apa, mein chahoon ga kyunke yeh baray achhe qisse hain, is se bohat ziyada jo hai aik motivation milta hai. to mein chahoon ga aik aur sahabi thay Hazrat Abu Da</w:t>
      </w:r>
    </w:p>
    <w:p>
      <w:pPr>
        <w:jc w:val="right"/>
      </w:pPr>
      <w:r>
        <w:t>تو آپا، میں چاہوں گا کیونکہ یہ بڑے اچھے قصے ہیں، اس سے بہت زیادہ جو ہے ایک موٹیویشن ملتا ہے۔ تو میں چاہوں گا ایک اور صحابی تھے حضرت ابو د</w:t>
      </w:r>
    </w:p>
    <w:p>
      <w:r>
        <w:rPr>
          <w:b/>
        </w:rPr>
        <w:t xml:space="preserve">[36:44] </w:t>
      </w:r>
      <w:r>
        <w:t>ada, un ka bhi aik qissa hai ke kis tarah unhon ne apne debt orchard jo tha, un ka woh poora ka poora sadqa kar diya.</w:t>
      </w:r>
    </w:p>
    <w:p>
      <w:pPr>
        <w:jc w:val="right"/>
      </w:pPr>
      <w:r>
        <w:t>اعدہ، ان کا بھی ایک قصہ ہے کہ کس طرح انہوں نے اپنے ڈیٹ ارچرڈ جو تھا، ان کا وہ پورا کا پورا صدقہ کر دیا۔</w:t>
      </w:r>
    </w:p>
    <w:p>
      <w:r>
        <w:rPr>
          <w:b/>
        </w:rPr>
        <w:t xml:space="preserve">[36:53] </w:t>
      </w:r>
      <w:r>
        <w:t>to woh kya qissa hai, is ke baray mein bhi hum sab ko batayen. tamam sahib aise hi thay, bas yeh hai ke sab ke paas maal nahi hota tha. to woh log jo hain, jo kuch bhi hota tha, woh Khuda ki raah mein qurban karne ke liye bilkul tayyar rehte thay.</w:t>
      </w:r>
    </w:p>
    <w:p>
      <w:pPr>
        <w:jc w:val="right"/>
      </w:pPr>
      <w:r>
        <w:t>تو وہ کیا قصہ ہے، اس کے بارے میں بھی ہم سب کو بتائیں۔ تمام صاحب ایسے ہی تھے، بس یہ ہے کہ سب کے پاس مال نہیں ہوتا تھا۔ تو وہ لوگ جو ہیں، جو کچھ بھی ہوتا تھا، وہ خدا کی راہ میں قربان کرنے کے لیے بالکل تیار رہتے تھے۔</w:t>
      </w:r>
    </w:p>
    <w:p>
      <w:r>
        <w:rPr>
          <w:b/>
        </w:rPr>
        <w:t xml:space="preserve">[37:08] </w:t>
      </w:r>
      <w:r>
        <w:t>to isi mein se aik Abu Daada Ansari thay.</w:t>
      </w:r>
    </w:p>
    <w:p>
      <w:pPr>
        <w:jc w:val="right"/>
      </w:pPr>
      <w:r>
        <w:t>تو اسی میں سے ایک ابو داعدہ انصاری تھے۔</w:t>
      </w:r>
    </w:p>
    <w:p>
      <w:r>
        <w:rPr>
          <w:b/>
        </w:rPr>
        <w:t xml:space="preserve">[37:13] </w:t>
      </w:r>
      <w:r>
        <w:t>to jab Quran mein yeh ayat utri: "kaun hai jo Allah ko qarz-e-hasan de?" to matlab itna literally us ko lete thay Quran ki baaton ko ke woh gaye paighambar ke paas aur unhon ne kaha: "kya Allah waqai hum se qarz chahta hai?" paighambar ne kaha: "haan." to unhon ne kaha: "a Khuda ke rasool, apna hath laiye." aap ne apna hath un ke hath mein de diya.</w:t>
      </w:r>
    </w:p>
    <w:p>
      <w:pPr>
        <w:jc w:val="right"/>
      </w:pPr>
      <w:r>
        <w:t>تو جب قرآن میں یہ آیت اتری: "کون ہے جو اللہ کو قرض حسن دے؟" تو مطلب اتنا لٹرلی اس کو لیتے تھے قرآن کی باتوں کو کہ وہ گئے پیغمبر کے پاس اور انہوں نے کہا: "کیا اللہ واقعی ہم سے قرض چاہتا ہے؟" پیغمبر نے کہا: "ہاں۔" تو انہوں نے کہا: "اے خدا کے رسول، اپنا ہاتھ لائیے۔" آپ نے اپنا ہاتھ ان کے ہاتھ میں دے دیا۔</w:t>
      </w:r>
    </w:p>
    <w:p>
      <w:r>
        <w:rPr>
          <w:b/>
        </w:rPr>
        <w:t xml:space="preserve">[37:38] </w:t>
      </w:r>
      <w:r>
        <w:t>phir unhon ne kaha ke: "mere paas jo hai, mera aik bagh hai, mein</w:t>
      </w:r>
    </w:p>
    <w:p>
      <w:pPr>
        <w:jc w:val="right"/>
      </w:pPr>
      <w:r>
        <w:t>پھر انہوں نے کہا کہ: "میرے پاس جو ہے، میرا ایک باغ ہے، میں</w:t>
      </w:r>
    </w:p>
    <w:p>
      <w:r>
        <w:rPr>
          <w:b/>
        </w:rPr>
        <w:t xml:space="preserve">[37:43] </w:t>
      </w:r>
      <w:r>
        <w:t>is bagh ko apne rab ke ko qarz mein deta houn." to is bagh mein 600 darakht thay. ab dekhiye, is zamanay mein kitnay kam resources thay, wahi wahi aur koi aur zariya maash nahi tha, wahi zariya maash tha.</w:t>
      </w:r>
    </w:p>
    <w:p>
      <w:pPr>
        <w:jc w:val="right"/>
      </w:pPr>
      <w:r>
        <w:t>اس باغ کو اپنے رب کے کو قرض میں دیتا ہوں۔" تو اس باغ میں 600 درخت تھے۔ اب دیکھیے، اس زمانے میں کتنے کم ریسورسز تھے، وہی وہی اور کوئی اور ذریعہ معاش نہیں تھا، وہی ذریعہ معاش تھا۔</w:t>
      </w:r>
    </w:p>
    <w:p>
      <w:r>
        <w:rPr>
          <w:b/>
        </w:rPr>
        <w:t xml:space="preserve">[38:00] </w:t>
      </w:r>
      <w:r>
        <w:t>to wo jab unhon ne aik baar bait kar li, kyunkay wo log na jhoot boltay thay, waday ke pakay thay, jo kehtay thay wo kar guzartay thay, to bait kar li to kar li.</w:t>
      </w:r>
    </w:p>
    <w:p>
      <w:pPr>
        <w:jc w:val="right"/>
      </w:pPr>
      <w:r>
        <w:t>تو وہ جب انہوں نے ایک بار بیعت کر لی، کیونکہ وہ لوگ نہ جھوٹ بولتے تھے، وعدے کے پکے تھے، جو کہتے تھے وہ کر گزرتے تھے، تو بیعت کر لی تو کر لی۔</w:t>
      </w:r>
    </w:p>
    <w:p>
      <w:r>
        <w:rPr>
          <w:b/>
        </w:rPr>
        <w:t xml:space="preserve">[38:10] </w:t>
      </w:r>
      <w:r>
        <w:t>is</w:t>
      </w:r>
    </w:p>
    <w:p>
      <w:pPr>
        <w:jc w:val="right"/>
      </w:pPr>
      <w:r>
        <w:t>اس</w:t>
      </w:r>
    </w:p>
    <w:p>
      <w:r>
        <w:rPr>
          <w:b/>
        </w:rPr>
        <w:t xml:space="preserve">[38:11] </w:t>
      </w:r>
      <w:r>
        <w:t>waqt wo gaye apne bagh mein. is bagh mein un ki biwi baithi hui thi, um daadah, aur un se kaha ke: "tum bagh se niklo,</w:t>
      </w:r>
    </w:p>
    <w:p>
      <w:pPr>
        <w:jc w:val="right"/>
      </w:pPr>
      <w:r>
        <w:t>ی وقت وہ گئے اپنے باغ میں۔ اس باغ میں ان کی بیوی بیٹھی ہوئی تھی، ام داعدہ، اور ان سے کہا کہ: "تم باغ سے نکلو،</w:t>
      </w:r>
    </w:p>
    <w:p>
      <w:r>
        <w:rPr>
          <w:b/>
        </w:rPr>
        <w:t xml:space="preserve">[38:24] </w:t>
      </w:r>
      <w:r>
        <w:t>yeh bagh maine khuda ke liye de diya hai." aur biwi ko dekhiye, ansar ki aurtain bhi aisay hi theen. biwi ko dekhiye, usi waqt wo bagh se nikal gayi aur apne bachon ko le kar wo bagh mein thi.</w:t>
      </w:r>
    </w:p>
    <w:p>
      <w:pPr>
        <w:jc w:val="right"/>
      </w:pPr>
      <w:r>
        <w:t>یہ باغ میں نے خدا کے لیے دے دیا ہے۔" اور بیوی کو دیکھیے، انصار کی عورتیں بھی ایسے ہی تھیں۔ بیوی کو دیکھیے، اسی وقت وہ باغ سے نکل گئی اور اپنے بچوں کو لے کر وہ باغ میں تھی۔</w:t>
      </w:r>
    </w:p>
    <w:p>
      <w:r>
        <w:rPr>
          <w:b/>
        </w:rPr>
        <w:t xml:space="preserve">[38:37] </w:t>
      </w:r>
      <w:r>
        <w:t>bagh ki dekh bhaal aurtain bahar nikalti theen.</w:t>
      </w:r>
    </w:p>
    <w:p>
      <w:pPr>
        <w:jc w:val="right"/>
      </w:pPr>
      <w:r>
        <w:t>باغ کی دیکھ بھال عورتیں باہر نکلتی تھیں۔</w:t>
      </w:r>
    </w:p>
    <w:p>
      <w:r>
        <w:rPr>
          <w:b/>
        </w:rPr>
        <w:t xml:space="preserve">[38:40] </w:t>
      </w:r>
      <w:r>
        <w:t>yeh yeh jo hai na, yeh ke ghar mein aurtain rahein, yeh sab baad mein paida hua. yeh culture aurtain bahar nikalti theen aur apne bagh mein jati theen, wahan kaam karti theen.</w:t>
      </w:r>
    </w:p>
    <w:p>
      <w:pPr>
        <w:jc w:val="right"/>
      </w:pPr>
      <w:r>
        <w:t>یہ یہ جو ہے نا، یہ کہ گھر میں عورتیں رہیں، یہ سب بعد میں پیدا ہوا۔ یہ کلچر عورتیں باہر نکلتی تھیں اور اپنے باغ میں جاتی تھیں، وہاں کام کرتی تھیں۔</w:t>
      </w:r>
    </w:p>
    <w:p>
      <w:r>
        <w:rPr>
          <w:b/>
        </w:rPr>
        <w:t xml:space="preserve">[38:50] </w:t>
      </w:r>
      <w:r>
        <w:t>to is tareeqay se hamein bohat sari misalein milti hain. to wo apne bagh mein theen, kuch na kuch kaam karti hongi, peir jo bhi zaroorat hoti hogi.</w:t>
      </w:r>
    </w:p>
    <w:p>
      <w:pPr>
        <w:jc w:val="right"/>
      </w:pPr>
      <w:r>
        <w:t>تو اس طریقے سے ہمیں بہت ساری مثالیں ملتی ہیں۔ تو وہ اپنے باغ میں تھیں، کچھ نہ کچھ کام کرتی ہوں گی، پیڑ جو بھی ضرورت ہوتی ہوگی۔</w:t>
      </w:r>
    </w:p>
    <w:p>
      <w:r>
        <w:rPr>
          <w:b/>
        </w:rPr>
        <w:t xml:space="preserve">[39:02] </w:t>
      </w:r>
      <w:r>
        <w:t>to abu daadah ne kaha, um abu daadah ne kaha ke: "aap ki tijarat kamyab rahi." aur wo foran bagh se nikal gayeen, bohat khushi khushi.</w:t>
      </w:r>
    </w:p>
    <w:p>
      <w:pPr>
        <w:jc w:val="right"/>
      </w:pPr>
      <w:r>
        <w:t>تو ابو داعدہ نے کہا، ام ابو داعدہ نے کہا کہ: "آپ کی تجارت کامیاب رہی۔" اور وہ فوراً باغ سے نکل گئیں، بہت خوشی خوشی۔</w:t>
      </w:r>
    </w:p>
    <w:p>
      <w:r>
        <w:rPr>
          <w:b/>
        </w:rPr>
        <w:t xml:space="preserve">[39:15] </w:t>
      </w:r>
      <w:r>
        <w:t>unhon ne koi aitraaz nahi kiya ke phir hamara kya hoga. to rasool Allah sal Allah alayh wasallam ne jab yeh suna to kaha ke: "abu daadah ke liye jannat mein kitnay hi shadab aur phaldar darakht hain."</w:t>
      </w:r>
    </w:p>
    <w:p>
      <w:pPr>
        <w:jc w:val="right"/>
      </w:pPr>
      <w:r>
        <w:t>انہوں نے کوئی اعتراض نہیں کیا کہ پھر ہمارا کیا ہوگا۔ تو رسول اللہ صلی اللہ علیہ وسلم نے جب یہ سنا تو کہا کہ: "ابو داعدہ کے لیے جنت میں کتنے ہی شاداب اور پھل دار درخت ہیں۔"</w:t>
      </w:r>
    </w:p>
    <w:p>
      <w:r>
        <w:rPr>
          <w:b/>
        </w:rPr>
        <w:t xml:space="preserve">[39:29] </w:t>
      </w:r>
      <w:r>
        <w:t>to yeh log bilkul bechain rehtay thay khuda ke liye qurbani denay ke liye aur apne deen ki khatir apna sab kuch luta denay mein.</w:t>
      </w:r>
    </w:p>
    <w:p>
      <w:pPr>
        <w:jc w:val="right"/>
      </w:pPr>
      <w:r>
        <w:t>تو یہ لوگ بالکل بے چین رہتے تھے خدا کے لیے قربانی دینے کے لیے اور اپنے دین کی خاطر اپنا سب کچھ لٹا دینے میں۔</w:t>
      </w:r>
    </w:p>
    <w:p>
      <w:r>
        <w:rPr>
          <w:b/>
        </w:rPr>
        <w:t xml:space="preserve">[39:38] </w:t>
      </w:r>
      <w:r>
        <w:t>isi mein un ko lazzat milti thi. halankay wo zamanah jo aap ne kaha ke log in ko dewana samajhtay thay ke agay kuch nazar nahi aa raha hai.</w:t>
      </w:r>
    </w:p>
    <w:p>
      <w:pPr>
        <w:jc w:val="right"/>
      </w:pPr>
      <w:r>
        <w:t>اسی میں ان کو لذت ملتی تھی۔ حالانکہ وہ زمانہ جو آپ نے کہا کہ لوگ ان کو دیوانہ سمجھتے تھے کہ آگے کچھ نظر نہیں آ رہا ہے۔</w:t>
      </w:r>
    </w:p>
    <w:p>
      <w:r>
        <w:rPr>
          <w:b/>
        </w:rPr>
        <w:t xml:space="preserve">[39:48] </w:t>
      </w:r>
      <w:r>
        <w:t>tamam log pareshan hain, roz quraish hamlay kar rahay hain,</w:t>
      </w:r>
    </w:p>
    <w:p>
      <w:pPr>
        <w:jc w:val="right"/>
      </w:pPr>
      <w:r>
        <w:t>تمام لوگ پریشان ہیں، روز قریش حملے کر رہے ہیں،</w:t>
      </w:r>
    </w:p>
    <w:p>
      <w:r>
        <w:rPr>
          <w:b/>
        </w:rPr>
        <w:t xml:space="preserve">[39:52] </w:t>
      </w:r>
      <w:r>
        <w:t>yahan halaat kharab hain bilkul, aur jo kuch hai wo wo lutaye chalay ja rahay hain. kis kis aur koi jannat aur jahannum, yeh sab kisi ko dikhai to deti nahi thi.</w:t>
      </w:r>
    </w:p>
    <w:p>
      <w:pPr>
        <w:jc w:val="right"/>
      </w:pPr>
      <w:r>
        <w:t>یہاں حالات خراب ہیں بالکل، اور جو کچھ ہے وہ وہ لٹائے چلے جا رہے ہیں۔ کس کس اور کوئی جنت اور جہنم، یہ سب کسی کو دکھائی تو دیتی نہیں تھی۔</w:t>
      </w:r>
    </w:p>
    <w:p>
      <w:r>
        <w:rPr>
          <w:b/>
        </w:rPr>
        <w:t xml:space="preserve">[40:02] </w:t>
      </w:r>
      <w:r>
        <w:t>wo to sirf baseerat ki nigaah se wo dekhtay thay. to wo us waqt bilkul aisay hi hai jaise eintein buniyad mein dafan ho jati hain.</w:t>
      </w:r>
    </w:p>
    <w:p>
      <w:pPr>
        <w:jc w:val="right"/>
      </w:pPr>
      <w:r>
        <w:t>وہ تو صرف بصیرت کی نگاہ سے وہ دیکھتے تھے۔ تو وہ اس وقت بالکل ایسے ہی ہے جیسے اینٹیں بنیاد میں دفن ہو جاتی ہیں۔</w:t>
      </w:r>
    </w:p>
    <w:p>
      <w:r>
        <w:rPr>
          <w:b/>
        </w:rPr>
        <w:t xml:space="preserve">[40:13] </w:t>
      </w:r>
      <w:r>
        <w:t>to wahi buniyad mein dafan honay ke hum maani tha un ki qurbaniyan.</w:t>
      </w:r>
    </w:p>
    <w:p>
      <w:pPr>
        <w:jc w:val="right"/>
      </w:pPr>
      <w:r>
        <w:t>تو وہی بنیاد میں دفن ہونے کے ہم معنی تھا ان کی قربانیاں۔</w:t>
      </w:r>
    </w:p>
    <w:p>
      <w:r>
        <w:rPr>
          <w:b/>
        </w:rPr>
        <w:t xml:space="preserve">[40:18] </w:t>
      </w:r>
      <w:r>
        <w:t>to is tareeqay se us waqt rasool Allah sal Allah alayh wasallam ka saath dena, jab ke rasool Allah sal Allah alayh wasallam ki ki hesiyat establish nahi hui thi, jab ke jis ko kahein ke daur-e-muddamm tha.</w:t>
      </w:r>
    </w:p>
    <w:p>
      <w:pPr>
        <w:jc w:val="right"/>
      </w:pPr>
      <w:r>
        <w:t>تو اس طریقے سے اس وقت رسول اللہ صلی اللہ علیہ وسلم کا ساتھ دینا، جب کہ رسول اللہ صلی اللہ علیہ وسلم کی کی حیثیت اسٹیبلش نہیں ہوئی تھی، جب کہ جس کو کہیں کہ دور مذمم تھا۔</w:t>
      </w:r>
    </w:p>
    <w:p>
      <w:r>
        <w:rPr>
          <w:b/>
        </w:rPr>
        <w:t xml:space="preserve">[40:32] </w:t>
      </w:r>
      <w:r>
        <w:t>log har waqt bura bhala keh rahay thay aur koi aap ko baat mannay ke liye tayyar nahi tha, aap ki greatness ko koi mannay ke liye tayyar nahi tha.</w:t>
      </w:r>
    </w:p>
    <w:p>
      <w:pPr>
        <w:jc w:val="right"/>
      </w:pPr>
      <w:r>
        <w:t>لوگ ہر وقت برا بھلا کہہ رہے تھے اور کوئی آپ کو بات ماننے کے لیے تیار نہیں تھا، آپ کی گریٹنس کو کوئی ماننے کے لیے تیار نہیں تھا۔</w:t>
      </w:r>
    </w:p>
    <w:p>
      <w:r>
        <w:rPr>
          <w:b/>
        </w:rPr>
        <w:t xml:space="preserve">[40:42] </w:t>
      </w:r>
      <w:r>
        <w:t>to us waqt yeh yeh sab karna yeh bohat bari baat hai,</w:t>
      </w:r>
    </w:p>
    <w:p>
      <w:pPr>
        <w:jc w:val="right"/>
      </w:pPr>
      <w:r>
        <w:t>تو اس وقت یہ یہ سب کرنا یہ بہت بڑی بات ہے،</w:t>
      </w:r>
    </w:p>
    <w:p>
      <w:r>
        <w:rPr>
          <w:b/>
        </w:rPr>
        <w:t xml:space="preserve">[40:48] </w:t>
      </w:r>
      <w:r>
        <w:t>kyunkay us waqt nubuwwat jo hai wo controversial nubuwwat thi, aaj ki tarah nahi ke aaj aap aik muqaddas hero hain. aaj to agar aap ko koi kuch keh de to saray saray log mukhalif ho jatay hain aur hamla karna shuru kar detay hain.</w:t>
      </w:r>
    </w:p>
    <w:p>
      <w:pPr>
        <w:jc w:val="right"/>
      </w:pPr>
      <w:r>
        <w:t>کیونکہ اس وقت نبوت جو ہے وہ کنٹروورشل نبوت تھی، آج کی طرح نہیں کہ آج آپ ایک مقدس ہیرو ہیں۔ آج تو اگر آپ کو کوئی کچھ کہہ دے تو سارے سارے لوگ مخالف ہو جاتے ہیں اور حملہ کرنا شروع کر دیتے ہیں۔</w:t>
      </w:r>
    </w:p>
    <w:p>
      <w:r>
        <w:rPr>
          <w:b/>
        </w:rPr>
        <w:t xml:space="preserve">[41:04] </w:t>
      </w:r>
      <w:r>
        <w:t>to muaser rasool, yaani contemporary jo rasool hai, us ko pehchanna bohat hi sakht mushkil kaam hai. aur jantay hain aap ke itnay paighambar aaye is dunya mein, logon ne nahi pehchana.</w:t>
      </w:r>
    </w:p>
    <w:p>
      <w:pPr>
        <w:jc w:val="right"/>
      </w:pPr>
      <w:r>
        <w:t>تو معاصر رسول، یعنی کنٹیمپریری جو رسول ہے، اس کو پہچاننا بہت ہی سخت مشکل کام ہے۔ اور جانتے ہیں آپ کہ اتنے پیغمبر آئے اس دنیا میں، لوگوں نے نہیں پہچانا۔</w:t>
      </w:r>
    </w:p>
    <w:p>
      <w:r>
        <w:rPr>
          <w:b/>
        </w:rPr>
        <w:t xml:space="preserve">[41:17] </w:t>
      </w:r>
      <w:r>
        <w:t>chand logon ne, chand logon ne paighambar ka saath diya aur isi wajah se kabhi koi bara inqilab nahi aa saka. yeh pehli baar tareekh mein aisa hua ke aik aik groh ne paighambar ko pehchana, us ko saath diya, us ke liye tamam qurbaniyan karein.</w:t>
      </w:r>
    </w:p>
    <w:p>
      <w:pPr>
        <w:jc w:val="right"/>
      </w:pPr>
      <w:r>
        <w:t>چند لوگوں نے، چند لوگوں نے پیغمبر کا ساتھ دیا اور اسی وجہ سے کبھی کوئی بڑا انقلاب نہیں آ سکا۔ یہ پہلی بار تاریخ میں ایسا ہوا کہ ایک ایک گروہ نے پیغمبر کو پہچانا، اس کو ساتھ دیا، اس کے لیے تمام قربانیاں کیں۔</w:t>
      </w:r>
    </w:p>
    <w:p>
      <w:r>
        <w:rPr>
          <w:b/>
        </w:rPr>
        <w:t xml:space="preserve">[41:35] </w:t>
      </w:r>
      <w:r>
        <w:t>to tab aisa hua ke aap dunya ke sab se baray insan banay, nahi to akeley kaise? koi bhi itnay baray baray paighambar aaye, akeley ka kya kaam nahi hota?</w:t>
      </w:r>
    </w:p>
    <w:p>
      <w:pPr>
        <w:jc w:val="right"/>
      </w:pPr>
      <w:r>
        <w:t>تو تب ایسا ہوا کہ آپ دنیا کے سب سے بڑے انسان بنے، نہیں تو اکیلے کیسے؟ کوئی بھی اتنے بڑے بڑے پیغمبر آئے، اکیلے کا کیا کام نہیں ہوتا؟</w:t>
      </w:r>
    </w:p>
    <w:p>
      <w:r>
        <w:rPr>
          <w:b/>
        </w:rPr>
        <w:t xml:space="preserve">[41:46] </w:t>
      </w:r>
      <w:r>
        <w:t>aik bohat bari team chahiye hoti hai itna bara inqilab lanay ke liye. ji apa, bohat hi dil ko chhoone wala yeh incident hai.</w:t>
      </w:r>
    </w:p>
    <w:p>
      <w:pPr>
        <w:jc w:val="right"/>
      </w:pPr>
      <w:r>
        <w:t>ایک بہت بڑی ٹیم چاہیے ہوتی ہے اتنا بڑا انقلاب لانے کے لیے۔ جی آپا، بہت ہی دل کو چھونے والا یہ انسیڈنٹ ہے۔</w:t>
      </w:r>
    </w:p>
    <w:p>
      <w:r>
        <w:rPr>
          <w:b/>
        </w:rPr>
        <w:t xml:space="preserve">[41:56] </w:t>
      </w:r>
      <w:r>
        <w:t>aur apa, is se pata chalta hai ke sahaba ka kitna, un mein kitna jazba tha ke Allah ki mohabbat mein wo aik lamha bhi nahi sochtay thay aur apni poori jo un ki jo wealth thi, un ka jo time tha, wo kharch karnay ke liye tayyar ho jatay thay.</w:t>
      </w:r>
    </w:p>
    <w:p>
      <w:pPr>
        <w:jc w:val="right"/>
      </w:pPr>
      <w:r>
        <w:t>اور آپا، اس سے پتہ چلتا ہے کہ صحابہ کا کتنا، ان میں کتنا جذبہ تھا کہ اللہ کی محبت میں وہ ایک لمحہ بھی نہیں سوچتے تھے اور اپنی پوری جو ان کی جو ویلتھ تھی، ان کا جو ٹائم تھا، وہ خرچ کرنے کے لیے تیار ہو جاتے تھے۔</w:t>
      </w:r>
    </w:p>
    <w:p>
      <w:r>
        <w:rPr>
          <w:b/>
        </w:rPr>
        <w:t xml:space="preserve">[42:11] </w:t>
      </w:r>
      <w:r>
        <w:t>aur apa, main yahan par yeh bhi kahunga ke aaj bhi agar koi shakhs, agar Allah ki mohabbat ki khatir, insaan ki khair khwahi ke liye agar woh khada ho, apne aap ko involve kare to uska sawab be hisab hoga.</w:t>
      </w:r>
    </w:p>
    <w:p>
      <w:pPr>
        <w:jc w:val="right"/>
      </w:pPr>
      <w:r>
        <w:t>اور آپا، میں یہاں پر یہ بھی کہوں گا کہ آج بھی اگر کوئی شخص، اگر اللہ کی محبت کی خاطر، انسان کی خیر خواہی کے لیے اگر وہ کھڑا ہو، اپنے آپ کو انوالو کرے تو اس کا ثواب بے حساب ہوگا۔</w:t>
      </w:r>
    </w:p>
    <w:p>
      <w:r>
        <w:rPr>
          <w:b/>
        </w:rPr>
        <w:t xml:space="preserve">[42:27] </w:t>
      </w:r>
      <w:r>
        <w:t>aur yeh is hadith se bhi apa sabit hota hai jisko jisko main share karna chahunga, jo jiski riwayat Hazrat Anas se hai. to unhon ne bataya ke ek martaba Rasool Allah ne farmaya ke: "kya main tumhein un logon ke bare mein na bataun,</w:t>
      </w:r>
    </w:p>
    <w:p>
      <w:pPr>
        <w:jc w:val="right"/>
      </w:pPr>
      <w:r>
        <w:t>اور یہ اس حدیث سے بھی آپا ثابت ہوتا ہے جس کو جس کو میں شیئر کرنا چاہوں گا، جو جس کی روایت حضرت انس سے ہے۔ تو انہوں نے بتایا کہ ایک مرتبہ رسول اللہ نے فرمایا کہ: "کیا میں تمہیں ان لوگوں کے بارے میں نہ بتاؤں،</w:t>
      </w:r>
    </w:p>
    <w:p>
      <w:r>
        <w:rPr>
          <w:b/>
        </w:rPr>
        <w:t xml:space="preserve">[42:42] </w:t>
      </w:r>
      <w:r>
        <w:t>jin jo na nabi honge aur na shaheed honge?" Neither they will be prophets nor martyrs.</w:t>
      </w:r>
    </w:p>
    <w:p>
      <w:pPr>
        <w:jc w:val="right"/>
      </w:pPr>
      <w:r>
        <w:t>جن جو نہ نبی ہوں گے اور نہ شہید ہوں گے؟" Neither they will be prophets nor martyrs.</w:t>
      </w:r>
    </w:p>
    <w:p>
      <w:r>
        <w:rPr>
          <w:b/>
        </w:rPr>
        <w:t xml:space="preserve">[42:49] </w:t>
      </w:r>
      <w:r>
        <w:t>but Allah ke yahan unka itna ooncha maqam hoga ke qayamat ke din nabi aur shaheed bhi un par rash karenge aur un logon ka noor, un un logon ke yeh woh log honge jo noor ke khas members par honge aur pehchane jayenge.</w:t>
      </w:r>
    </w:p>
    <w:p>
      <w:pPr>
        <w:jc w:val="right"/>
      </w:pPr>
      <w:r>
        <w:t>بٹ اللہ کے یہاں ان کا اتنا اونچا مقام ہوگا کہ قیامت کے دن نبی اور شہید بھی ان پر رش کریں گے اور ان لوگوں کا نور، ان ان لوگوں کے یہ وہ لوگ ہوں گے جو نور کے خاص ممبروں پر ہوں گے اور پہچانے جائیں گے۔</w:t>
      </w:r>
    </w:p>
    <w:p>
      <w:r>
        <w:rPr>
          <w:b/>
        </w:rPr>
        <w:t xml:space="preserve">[43:06] </w:t>
      </w:r>
      <w:r>
        <w:t>to sahaba ne Rasool Allah se poocha ke yeh kaun log hain?</w:t>
      </w:r>
    </w:p>
    <w:p>
      <w:pPr>
        <w:jc w:val="right"/>
      </w:pPr>
      <w:r>
        <w:t>تو صحابہ نے رسول اللہ سے پوچھا کہ یہ کون لوگ ہیں؟</w:t>
      </w:r>
    </w:p>
    <w:p>
      <w:r>
        <w:rPr>
          <w:b/>
        </w:rPr>
        <w:t xml:space="preserve">[43:10] </w:t>
      </w:r>
      <w:r>
        <w:t>to Rasool Allah ne farmaya: "yeh woh log hain jo Allah ko mehboob banate hain aur Allah ko Allah ke bando ka mehboob banate hain." to Hazrat Anas ne kaha ke yeh baat to samajh aati hai ke Allah ko mehboob banate hain, par yeh nahi samajh aata ke Allah ko kaise woh mehboob banayenge Allah ke bande</w:t>
      </w:r>
    </w:p>
    <w:p>
      <w:pPr>
        <w:jc w:val="right"/>
      </w:pPr>
      <w:r>
        <w:t>تو رسول اللہ نے فرمایا: "یہ وہ لوگ ہیں جو اللہ کو محبوب بناتے ہیں اور اللہ کو اللہ کے بندوں کا محبوب بناتے ہیں۔" تو حضرت انس نے کہا کہ یہ بات تو سمجھ آتی ہے کہ اللہ کو محبوب بناتے ہیں، پر یہ نہیں سمجھ آتا کہ اللہ کو کیسے وہ محبوب بنائیں گے اللہ کے بندے</w:t>
      </w:r>
    </w:p>
    <w:p>
      <w:r>
        <w:rPr>
          <w:b/>
        </w:rPr>
        <w:t xml:space="preserve">[43:33] </w:t>
      </w:r>
      <w:r>
        <w:t>ke liye. to unhon ne kaha ke: "yeh jab yeh log Allah ke bando ko hukum denge un cheezon ke liye, matlab unke andar yeh curiosity ya yeh desire paida karenge ke woh woh sab kaam karein jo Allah ko pasand hain, Allah ko mehboob hain, aur un kamon se rokhenge jo Allah ko napasand hain." aur jab yeh log woh baat maan kar aisa karna lagen, karne lagenge ke Allah ke nazdeek woh kaam pasandeeda kaam hoga, to woh Allah ke mehboob ban jayen</w:t>
      </w:r>
    </w:p>
    <w:p>
      <w:pPr>
        <w:jc w:val="right"/>
      </w:pPr>
      <w:r>
        <w:t>کے لیے۔ تو انہوں نے کہا کہ: "یہ جب یہ لوگ اللہ کے بندوں کو حکم دیں گے ان چیزوں کے لیے، مطلب ان کے اندر یہ کریوسٹی یا یہ ڈیزائر پیدا کریں گے کہ وہ وہ سب کام کریں جو اللہ کو پسند ہیں، اللہ کو محبوب ہیں، اور ان کاموں سے روکیں گے جو اللہ کو ناپسند ہیں۔" اور جب یہ لوگ وہ بات مان کر ایسا کرنا لگیں، کرنے لگیں گے کہ اللہ کے نزدیک وہ کام پسندیدہ کام ہوگا، تو وہ اللہ کے محبوب بن جائیں</w:t>
      </w:r>
    </w:p>
    <w:p>
      <w:r>
        <w:rPr>
          <w:b/>
        </w:rPr>
        <w:t xml:space="preserve">[44:02] </w:t>
      </w:r>
      <w:r>
        <w:t>ge. to apa, yeh bohat hi pyari aur hopeful hadith hai. aur agar hum isko hamesha apne zehen mein rakhein ke humein is category ke liye apne aap ko inspire karna hai, to hum logon ke liye yeh ek bohat directional hadith ho jati hai.</w:t>
      </w:r>
    </w:p>
    <w:p>
      <w:pPr>
        <w:jc w:val="right"/>
      </w:pPr>
      <w:r>
        <w:t>گے۔ تو آپا، یہ بہت ہی پیاری اور ہوپ فل حدیث ہے۔ اور اگر ہم اس کو ہمیشہ اپنے ذہن میں رکھیں کہ ہمیں اس کیٹگری کے لیے اپنے آپ کو انسپائر کرنا ہے، تو ہم لوگوں کے لیے یہ ایک بہت ڈائریکشنل حدیث ہو جاتی ہے۔</w:t>
      </w:r>
    </w:p>
    <w:p>
      <w:r>
        <w:rPr>
          <w:b/>
        </w:rPr>
        <w:t xml:space="preserve">[44:18] </w:t>
      </w:r>
      <w:r>
        <w:t>apa, ab main ek sawal, ek aur sahabi, bade sahabi jo Hazrat Khalid bin Walid hain, unke hawale se poochna chahunga. unko Saifullah ka title bhi diya tha prophet ne, yani Sword of God</w:t>
      </w:r>
    </w:p>
    <w:p>
      <w:pPr>
        <w:jc w:val="right"/>
      </w:pPr>
      <w:r>
        <w:t>آپا، اب میں ایک سوال، ایک اور صحابی، بڑے صحابی جو حضرت خالد بن ولید ہیں، ان کے حوالے سے پوچھنا چاہوں گا۔ ان کو سیف اللہ کا ٹائٹل بھی دیا تھا پرافٹ نے، یعنی سوارڈ آف گا</w:t>
      </w:r>
    </w:p>
    <w:p>
      <w:r>
        <w:rPr>
          <w:b/>
        </w:rPr>
        <w:t xml:space="preserve">[44:32] </w:t>
      </w:r>
      <w:r>
        <w:t>d. he was a war general aur prophet ke baad unhone kafi provinces ko recapture kara tha, who were breaking away from Islam.</w:t>
      </w:r>
    </w:p>
    <w:p>
      <w:pPr>
        <w:jc w:val="right"/>
      </w:pPr>
      <w:r>
        <w:t>ڈ۔ ہی واز ا وار جنرل اور پرافٹ کے بعد انہوں نے کافی پروونسز کو ری کیپچر کرا تھا، ہو وار بریکنگ اوے فرام اسلام۔</w:t>
      </w:r>
    </w:p>
    <w:p>
      <w:r>
        <w:rPr>
          <w:b/>
        </w:rPr>
        <w:t xml:space="preserve">[44:43] </w:t>
      </w:r>
      <w:r>
        <w:t>to apa, main chahunga ke unki zindagi se bhi aap koi example humein batayein jo hamare liye ek sabak ki baat ho.</w:t>
      </w:r>
    </w:p>
    <w:p>
      <w:pPr>
        <w:jc w:val="right"/>
      </w:pPr>
      <w:r>
        <w:t>تو آپا، میں چاہوں گا کہ ان کی زندگی سے بھی آپ کوئی ایگزیمپل ہمیں بتائیں جو ہمارے لیے ایک سبق کی بات ہو۔</w:t>
      </w:r>
    </w:p>
    <w:p>
      <w:r>
        <w:rPr>
          <w:b/>
        </w:rPr>
        <w:t xml:space="preserve">[44:53] </w:t>
      </w:r>
      <w:r>
        <w:t>ji, jab koi mission chal raha ho, khudai mission, to sirf maal ki hi qurbani darkar nahi hoti, balkeh apni ego ki qurbani yeh bhi bohat badi qurbani hai.</w:t>
      </w:r>
    </w:p>
    <w:p>
      <w:pPr>
        <w:jc w:val="right"/>
      </w:pPr>
      <w:r>
        <w:t>جی، جب کوئی مشن چل رہا ہو، خدائی مشن، تو صرف مال کی ہی قربانی درکار نہیں ہوتی، بلکہ اپنی ایگو کی قربانی یہ بھی بہت بڑی قربانی ہے۔</w:t>
      </w:r>
    </w:p>
    <w:p>
      <w:r>
        <w:rPr>
          <w:b/>
        </w:rPr>
        <w:t xml:space="preserve">[45:04] </w:t>
      </w:r>
      <w:r>
        <w:t>kyunke bohat baar aisa hota hai ke logon ki ego hurt hoti hai to woh mission ko chhod dete hain. to yeh yeh bhi misalein hum ko bohat milti hain prophet ke companions mein.</w:t>
      </w:r>
    </w:p>
    <w:p>
      <w:pPr>
        <w:jc w:val="right"/>
      </w:pPr>
      <w:r>
        <w:t>کیونکہ بہت بار ایسا ہوتا ہے کہ لوگوں کی ایگو ہرٹ ہوتی ہے تو وہ مشن کو چھوڑ دیتے ہیں۔ تو یہ یہ بھی مثالیں ہم کو بہت ملتی ہیں پرافٹ کے کمپینینز میں۔</w:t>
      </w:r>
    </w:p>
    <w:p>
      <w:r>
        <w:rPr>
          <w:b/>
        </w:rPr>
        <w:t xml:space="preserve">[45:15] </w:t>
      </w:r>
      <w:r>
        <w:t>to Khalid bin Walid ki ek bohat zabardast misal hai yeh ke bohat bade general the, woh bohat bahadur</w:t>
      </w:r>
    </w:p>
    <w:p>
      <w:pPr>
        <w:jc w:val="right"/>
      </w:pPr>
      <w:r>
        <w:t>تو خالد بن ولید کی ایک بہت زبردست مثال ہے یہ کہ بہت بڑے جنرل تھے، وہ بہت بہادر</w:t>
      </w:r>
    </w:p>
    <w:p>
      <w:r>
        <w:rPr>
          <w:b/>
        </w:rPr>
        <w:t xml:space="preserve">[45:22] </w:t>
      </w:r>
      <w:r>
        <w:t>, ghair mamooli qabliyat unke andar, jangi qabliyat unke andar thi. to woh jo hain, taqreeban so jangon mein unhone participate kiya aur kisi jang mein woh haare nahi.</w:t>
      </w:r>
    </w:p>
    <w:p>
      <w:pPr>
        <w:jc w:val="right"/>
      </w:pPr>
      <w:r>
        <w:t>، غیر معمولی قابلیت ان کے اندر، جنگی قابلیت ان کے اندر تھی۔ تو وہ جو ہیں، تقریباً سو جنگوں میں انہوں نے پارٹیسپیٹ کیا اور کسی جنگ میں وہ ہارے نہیں۔</w:t>
      </w:r>
    </w:p>
    <w:p>
      <w:r>
        <w:rPr>
          <w:b/>
        </w:rPr>
        <w:t xml:space="preserve">[45:37] </w:t>
      </w:r>
      <w:r>
        <w:t>to itna zabardast woh general the, woh to bohat baad mein woh Islam mein dakhil hue, lekin Rasool Allah Salallaho Alaihi Wasallam ne unki bohat qadar karte the.</w:t>
      </w:r>
    </w:p>
    <w:p>
      <w:pPr>
        <w:jc w:val="right"/>
      </w:pPr>
      <w:r>
        <w:t>تو اتنا زبردست وہ جنرل تھے، وہ تو بہت بعد میں وہ اسلام میں داخل ہوئے، لیکن رسول اللہ صلی اللہ علیہ وسلم نے ان کی بہت قدر کرتے تھے۔</w:t>
      </w:r>
    </w:p>
    <w:p>
      <w:r>
        <w:rPr>
          <w:b/>
        </w:rPr>
        <w:t xml:space="preserve">[45:49] </w:t>
      </w:r>
      <w:r>
        <w:t>to iske baad woh jo hain, irtidad mein jab Hazrat Abu Bakr ke zamane mein, asal mein jab Rasool Allah Salallaho Alaihi Wasallam ki wafat hui to irtidad phail gaya.</w:t>
      </w:r>
    </w:p>
    <w:p>
      <w:pPr>
        <w:jc w:val="right"/>
      </w:pPr>
      <w:r>
        <w:t>تو اس کے بعد وہ جو ہیں، ارتداد میں جب حضرت ابوبکر کے زمانے میں، اصل میں جب رسول اللہ صلی اللہ علیہ وسلم کی وفات ہوئی تو ارتداد پھیل گیا۔</w:t>
      </w:r>
    </w:p>
    <w:p>
      <w:r>
        <w:rPr>
          <w:b/>
        </w:rPr>
        <w:t xml:space="preserve">[46:01] </w:t>
      </w:r>
      <w:r>
        <w:t>logon ne yeh samjha ke rasool ki wajah se Allah ki madad aati thi, ab woh madad to aayegi nahi. to unhone revolt kar diya</w:t>
      </w:r>
    </w:p>
    <w:p>
      <w:pPr>
        <w:jc w:val="right"/>
      </w:pPr>
      <w:r>
        <w:t>لوگوں نے یہ سمجھا کہ رسول کی وجہ سے اللہ کی مدد آتی تھی، اب وہ مدد تو آئے گی نہیں۔ تو انہوں نے ریولٹ کر دیا</w:t>
      </w:r>
    </w:p>
    <w:p>
      <w:r>
        <w:rPr>
          <w:b/>
        </w:rPr>
        <w:t xml:space="preserve">[46:10] </w:t>
      </w:r>
      <w:r>
        <w:t>, khaas to khaas revolt unka yeh jihad par tha aur zakat par tha, kyunke itna mali wasail itne kam the ke unko samajh mein nahi aata tha ke kharch karna, kyunke unka apna hi kaam nahi chalta tha.</w:t>
      </w:r>
    </w:p>
    <w:p>
      <w:pPr>
        <w:jc w:val="right"/>
      </w:pPr>
      <w:r>
        <w:t>، خاص تو خاص ریولٹ ان کا یہ جہاد پر تھا اور زکوۃ پر تھا، کیونکہ اتنا مالی وسائل اتنے کم تھے کہ ان کو سمجھ میں نہیں آتا تھا کہ خرچ کرنا، کیونکہ ان کا اپنا ہی کام نہیں چلتا تھا۔</w:t>
      </w:r>
    </w:p>
    <w:p>
      <w:r>
        <w:rPr>
          <w:b/>
        </w:rPr>
        <w:t xml:space="preserve">[46:26] </w:t>
      </w:r>
      <w:r>
        <w:t>to is wajah se unhone revolt kar diya. to us waqt Hazrat Khalid ne bohat bada role ada kiya aur revolt ko khatam karne mein</w:t>
      </w:r>
    </w:p>
    <w:p>
      <w:pPr>
        <w:jc w:val="right"/>
      </w:pPr>
      <w:r>
        <w:t>تو اس وجہ سے انہوں نے ریولٹ کر دیا۔ تو اس وقت حضرت خالد نے بہت بڑا رول ادا کیا اور ریولٹ کو ختم کرنے میں</w:t>
      </w:r>
    </w:p>
    <w:p>
      <w:r>
        <w:rPr>
          <w:b/>
        </w:rPr>
        <w:t xml:space="preserve">[46:35] </w:t>
      </w:r>
      <w:r>
        <w:t>۔ phir iske baad unhone Sham mein aur Iraq mein bohat badi badi jangain unhone kin aur is mein sab mein unhone conquest ki.</w:t>
      </w:r>
    </w:p>
    <w:p>
      <w:pPr>
        <w:jc w:val="right"/>
      </w:pPr>
      <w:r>
        <w:t>۔ پھر اس کے بعد انہوں نے شام میں اور عراق میں بہت بڑی بڑی جنگیں انہوں نے کیں اور اس میں سب میں انہوں نے کانکوئسٹ ہوئی۔</w:t>
      </w:r>
    </w:p>
    <w:p>
      <w:r>
        <w:rPr>
          <w:b/>
        </w:rPr>
        <w:t xml:space="preserve">[46:45] </w:t>
      </w:r>
      <w:r>
        <w:t>sab mein to asal mein Hazrat Khalid kuch aise kaam karte the jo Hazrat Umar ko pasand nahi the. misal ke taur par, koi kisi koi shayar ne bohat achha koi nazm padhi to usko bohat zyada paisa de diya.</w:t>
      </w:r>
    </w:p>
    <w:p>
      <w:pPr>
        <w:jc w:val="right"/>
      </w:pPr>
      <w:r>
        <w:t>سب میں تو اصل میں حضرت خالد کچھ ایسے کام کرتے تھے جو حضرت عمر کو پسند نہیں تھے۔ مثال کے طور پر، کوئی کسی کوئی شاعر نے بہت اچھا کوئی نظم پڑھی تو اس کو بہت زیادہ پیسہ دے دیا۔</w:t>
      </w:r>
    </w:p>
    <w:p>
      <w:r>
        <w:rPr>
          <w:b/>
        </w:rPr>
        <w:t xml:space="preserve">[46:58] </w:t>
      </w:r>
      <w:r>
        <w:t>ab paisa sab baitulmal ka hota tha us zamane mein aur sab ko barabar barabar equally woh distribute kiya jata tha. sirf matlab state ki requirement ke liye koi bhi khalifa apne liye koi maal nahi leta tha.</w:t>
      </w:r>
    </w:p>
    <w:p>
      <w:pPr>
        <w:jc w:val="right"/>
      </w:pPr>
      <w:r>
        <w:t>اب پیسہ سب بیت المال کا ہوتا تھا اس زمانے میں اور سب کو برابر برابر ایکولی وہ ڈسٹریبیوٹ کیا جاتا تھا۔ صرف مطلب اسٹیٹ کی ریکوائرمنٹ کے لیے کوئی بھی خلیفہ اپنے لیے کوئی مال نہیں لیتا تھا۔</w:t>
      </w:r>
    </w:p>
    <w:p>
      <w:r>
        <w:rPr>
          <w:b/>
        </w:rPr>
        <w:t xml:space="preserve">[47:12] </w:t>
      </w:r>
      <w:r>
        <w:t>to is tarah ki kuch baatein thin, woh apni marzi se kuch kaam aisa kar dete the. to Hazrat Umar</w:t>
      </w:r>
    </w:p>
    <w:p>
      <w:pPr>
        <w:jc w:val="right"/>
      </w:pPr>
      <w:r>
        <w:t>تو اس طرح کی کچھ باتیں تھیں، وہ اپنی مرضی سے کچھ کام ایسا کر دیتے تھے۔ تو حضرت عمر</w:t>
      </w:r>
    </w:p>
    <w:p>
      <w:r>
        <w:rPr>
          <w:b/>
        </w:rPr>
        <w:t xml:space="preserve">[47:17] </w:t>
      </w:r>
      <w:r>
        <w:t>Abu Bakr se hi shikayat kiya tha, lekin Hazrat Abu Bakr ne unki salahiyaton ko dekhte hue unko barkarar rakha</w:t>
      </w:r>
    </w:p>
    <w:p>
      <w:pPr>
        <w:jc w:val="right"/>
      </w:pPr>
      <w:r>
        <w:t>ابوبکر سے ہی شکایت کیا تھا، لیکن حضرت ابوبکر نے ان کی صلاحیتوں کو دیکھتے ہوئے ان کو برقرار رکھا</w:t>
      </w:r>
    </w:p>
    <w:p>
      <w:r>
        <w:rPr>
          <w:b/>
        </w:rPr>
        <w:t xml:space="preserve">[47:24] </w:t>
      </w:r>
      <w:r>
        <w:t>tha. to jaise hi hazrat umar khaleefa hue, un ko mozoool kar diya aur aise mauqe par mozoool kiya ke jab ke jang chal rahi thi aur woh sardar thay, general thay woh.</w:t>
      </w:r>
    </w:p>
    <w:p>
      <w:pPr>
        <w:jc w:val="right"/>
      </w:pPr>
      <w:r>
        <w:t>تھا۔ تو جیسے ہی حضرت عمر خلیفہ ہوئے، ان کو معزول کر دیا اور ایسے موقع پر معزول کیا کہ جب کہ جنگ چل رہی تھی اور وہ سردار تھے، جنرل تھے وہ۔</w:t>
      </w:r>
    </w:p>
    <w:p>
      <w:r>
        <w:rPr>
          <w:b/>
        </w:rPr>
        <w:t xml:space="preserve">[47:36] </w:t>
      </w:r>
      <w:r>
        <w:t>aur abu ubaydah ibn al-jarrah ko hazrat umar ne sardar muqarrar kiya. to ain jang ke mauqe par un ko bataya gaya ke woh mozoool kar diye gaye hain aur aik aam fauji afsar ki hesiyat se woh unhon ne larnay lagay.</w:t>
      </w:r>
    </w:p>
    <w:p>
      <w:pPr>
        <w:jc w:val="right"/>
      </w:pPr>
      <w:r>
        <w:t>اور ابو عبیدہ ابن الجراح کو حضرت عمر نے سردار مقرر کیا۔ تو عین جنگ کے موقع پر ان کو بتایا گیا کہ وہ معزول کر دیے گئے ہیں اور ایک عام فوجی افسر کی حیثیت سے وہ انہوں نے لڑنے لگے۔</w:t>
      </w:r>
    </w:p>
    <w:p>
      <w:r>
        <w:rPr>
          <w:b/>
        </w:rPr>
        <w:t xml:space="preserve">[47:50] </w:t>
      </w:r>
      <w:r>
        <w:t>to</w:t>
      </w:r>
    </w:p>
    <w:p>
      <w:pPr>
        <w:jc w:val="right"/>
      </w:pPr>
      <w:r>
        <w:t>تو</w:t>
      </w:r>
    </w:p>
    <w:p>
      <w:r>
        <w:rPr>
          <w:b/>
        </w:rPr>
        <w:t xml:space="preserve">[47:51] </w:t>
      </w:r>
      <w:r>
        <w:t>ab chounke log yeh samajhnay lag gaye thay ke khalid ki wajah se sari futoohaat ho rahi hain, hazrat umar yeh nahi chahtay thay ke log futoohaat ko khalid se attribute karen, balkay sirf aur sirf khuda se attribute karen.</w:t>
      </w:r>
    </w:p>
    <w:p>
      <w:pPr>
        <w:jc w:val="right"/>
      </w:pPr>
      <w:r>
        <w:t>اب چونکہ لوگ یہ سمجھنے لگ گئے تھے کہ خالد کی وجہ سے ساری فتوحات ہو رہی ہیں، حضرت عمر یہ نہیں چاہتے تھے کہ لوگ فتوحات کو خالد سے ایٹریبیوٹ کریں، بلکہ صرف اور صرف خدا سے ایٹریبیوٹ کریں۔</w:t>
      </w:r>
    </w:p>
    <w:p>
      <w:r>
        <w:rPr>
          <w:b/>
        </w:rPr>
        <w:t xml:space="preserve">[48:06] </w:t>
      </w:r>
      <w:r>
        <w:t>to yeh bhi aik masla tha. woh aik dam aik jo personality cult hota hai, woh develop ho gaya tha. to isi wajah se jab jab aam logon ne suna ke hazrat khalid ko mozoool kar diya</w:t>
      </w:r>
    </w:p>
    <w:p>
      <w:pPr>
        <w:jc w:val="right"/>
      </w:pPr>
      <w:r>
        <w:t>تو یہ بھی ایک مسئلہ تھا۔ وہ ایک دم ایک جو پرسنیلٹی کلٹ ہوتا ہے، وہ ڈیولپ ہو گیا تھا۔ تو اسی وجہ سے جب جب عام لوگوں نے سنا کہ حضرت خالد کو معزول کر دیا</w:t>
      </w:r>
    </w:p>
    <w:p>
      <w:r>
        <w:rPr>
          <w:b/>
        </w:rPr>
        <w:t xml:space="preserve">[48:19] </w:t>
      </w:r>
      <w:r>
        <w:t>gaya hai, to wahan par log khayme mein rehtay thay. khayme mein tamam log jama hue ke aap khaleefa ke hukum ko mat maniye, hum aap ke sath hain. to ab aise mauqe par yahi hota hai ke woh alag ho jatay hain ke hum itni bari be izzati hum hum bardasht nahi kar saktay.</w:t>
      </w:r>
    </w:p>
    <w:p>
      <w:pPr>
        <w:jc w:val="right"/>
      </w:pPr>
      <w:r>
        <w:t>گیا ہے، تو وہاں پر لوگ خیمے میں رہتے تھے۔ خیمے میں تمام لوگ جمع ہوئے کہ آپ خلیفہ کے حکم کو مت مانیے، ہم آپ کے ساتھ ہیں۔ تو اب ایسے موقع پر یہی ہوتا ہے کہ وہ الگ ہو جاتے ہیں کہ ہم اتنی بڑی بے عزتی ہم ہم برداشت نہیں کر سکتے۔</w:t>
      </w:r>
    </w:p>
    <w:p>
      <w:r>
        <w:rPr>
          <w:b/>
        </w:rPr>
        <w:t xml:space="preserve">[48:34] </w:t>
      </w:r>
      <w:r>
        <w:t>lekin kya tareekhi kalma hazrat khalid ne is waqt bola ke woh sonay se likhnay laiq hai ke hazrat khalid ne kaha ke main umar ke liye nahi larta, umar ke rabb ke liye larta hoon.</w:t>
      </w:r>
    </w:p>
    <w:p>
      <w:pPr>
        <w:jc w:val="right"/>
      </w:pPr>
      <w:r>
        <w:t>لیکن کیا تاریخی کلمہ حضرت خالد نے اس وقت بولا کہ وہ سونے سے لکھنے لائق ہے کہ حضرت خالد نے کہا کہ میں عمر کے لیے نہیں لڑتا، عمر کے رب کے لیے لڑتا ہوں۔</w:t>
      </w:r>
    </w:p>
    <w:p>
      <w:r>
        <w:rPr>
          <w:b/>
        </w:rPr>
        <w:t xml:space="preserve">[48:47] </w:t>
      </w:r>
      <w:r>
        <w:t>to yeh baat hai ke woh log jo kaam bhi kartay thay, woh khuda ke liye kartay thay. insaan se koi bhi shikayat ho, us ko kuch bhi us se asar nahi letay thay.</w:t>
      </w:r>
    </w:p>
    <w:p>
      <w:pPr>
        <w:jc w:val="right"/>
      </w:pPr>
      <w:r>
        <w:t>تو یہ بات ہے کہ وہ لوگ جو کام بھی کرتے تھے، وہ خدا کے لیے کرتے تھے۔ انسان سے کوئی بھی شکایت ہو، اس کو کچھ بھی اس سے اثر نہیں لیتے تھے۔</w:t>
      </w:r>
    </w:p>
    <w:p>
      <w:r>
        <w:rPr>
          <w:b/>
        </w:rPr>
        <w:t xml:space="preserve">[48:58] </w:t>
      </w:r>
      <w:r>
        <w:t>shikayaton to dekhiye, har society mein, har family mein, har jagah society shikayat hoti hai, lekin kuch over all aik interest hota hai. us ki wajah se aadmi in shikayaton ko khatam karta rehta hai.</w:t>
      </w:r>
    </w:p>
    <w:p>
      <w:pPr>
        <w:jc w:val="right"/>
      </w:pPr>
      <w:r>
        <w:t>شکایتوں تو دیکھیے، ہر سوسائٹی میں، ہر فیملی میں، ہر جگہ سوسائٹی شکایت ہوتی ہے، لیکن کچھ اوور آل ایک انٹرسٹ ہوتا ہے۔ اس کی وجہ سے آدمی ان شکایتوں کو ختم کرتا رہتا ہے۔</w:t>
      </w:r>
    </w:p>
    <w:p>
      <w:r>
        <w:rPr>
          <w:b/>
        </w:rPr>
        <w:t xml:space="preserve">[49:09] </w:t>
      </w:r>
      <w:r>
        <w:t>lekin aise mauqe par woh interest agar gehra interest nahi hai jo insaan ka family mein hota hai,</w:t>
      </w:r>
    </w:p>
    <w:p>
      <w:pPr>
        <w:jc w:val="right"/>
      </w:pPr>
      <w:r>
        <w:t>لیکن ایسے موقع پر وہ انٹرسٹ اگر گہرا انٹرسٹ نہیں ہے جو انسان کا فیملی میں ہوتا ہے،</w:t>
      </w:r>
    </w:p>
    <w:p>
      <w:r>
        <w:rPr>
          <w:b/>
        </w:rPr>
        <w:t xml:space="preserve">[49:16] </w:t>
      </w:r>
      <w:r>
        <w:t>to phir woh in shikayaton se mutasir ho jata hai. to wohi interest jo kisi ko aik family se hota hai, to wohi interest un ko un ko ho gaya tha deen se, khuda ke deen se.</w:t>
      </w:r>
    </w:p>
    <w:p>
      <w:pPr>
        <w:jc w:val="right"/>
      </w:pPr>
      <w:r>
        <w:t>تو پھر وہ ان شکایتوں سے متاثر ہو جاتا ہے۔ تو وہی انٹرسٹ جو کسی کو ایک فیملی سے ہوتا ہے، تو وہی انٹرسٹ ان کو ان کو ہو گیا تھا دین سے، خدا کے دین سے۔</w:t>
      </w:r>
    </w:p>
    <w:p>
      <w:r>
        <w:rPr>
          <w:b/>
        </w:rPr>
        <w:t xml:space="preserve">[49:29] </w:t>
      </w:r>
      <w:r>
        <w:t>isi wajah se hamein aisi misaal aik do nahi, hazaron aisi misalein hain ke kis tareeqay se yeh log in shikayaton se oopar uth kar bilkul total sense mein positively aur objectively woh sochtay thay aur isi ke mutabiq amal kartay thay.</w:t>
      </w:r>
    </w:p>
    <w:p>
      <w:pPr>
        <w:jc w:val="right"/>
      </w:pPr>
      <w:r>
        <w:t>اسی وجہ سے ہمیں ایسی مثال ایک دو نہیں، ہزاروں ایسی مثالیں ہیں کہ کس طریقے سے یہ لوگ ان شکایتوں سے اوپر اٹھ کر بالکل ٹوٹل سینس میں پازیٹیولی اور ابجیکٹولی وہ سوچتے تھے اور اسی کے مطابق عمل کرتے تھے۔</w:t>
      </w:r>
    </w:p>
    <w:p>
      <w:r>
        <w:rPr>
          <w:b/>
        </w:rPr>
        <w:t xml:space="preserve">[49:44] </w:t>
      </w:r>
      <w:r>
        <w:t>kisi bhi sahabi ne aisa nahi kiya ke woh deen ke maamlay mein koi jhoot lagaye, galat baat kahe. chahay personally kuch grievances hotay thay, lekin deen ke maamlay mein woh sab sachay thay aur us mein kabhi unhon ne koi shikayat ki baat nahi hui.</w:t>
      </w:r>
    </w:p>
    <w:p>
      <w:pPr>
        <w:jc w:val="right"/>
      </w:pPr>
      <w:r>
        <w:t>کسی بھی صحابی نے ایسا نہیں کیا کہ وہ دین کے معاملے میں کوئی جھوٹ لگائے، غلط بات کہے۔ چاہے پرسنلی کچھ گریونسز ہوتے تھے، لیکن دین کے معاملے میں وہ سب سچے تھے اور اس میں کبھی انہوں نے کوئی شکایت کی بات نہیں ہوئی۔</w:t>
      </w:r>
    </w:p>
    <w:p>
      <w:r>
        <w:rPr>
          <w:b/>
        </w:rPr>
        <w:t xml:space="preserve">[50:01] </w:t>
      </w:r>
      <w:r>
        <w:t>us mein ji jazak Allah aap. apa kafi comments aur questions bhi aa rahay hain, to main pehlay kuch comments parhna chahoon ga.</w:t>
      </w:r>
    </w:p>
    <w:p>
      <w:pPr>
        <w:jc w:val="right"/>
      </w:pPr>
      <w:r>
        <w:t>اس میں جی جزاک اللہ آپا۔ آپا کافی کمنٹس اور کوئسچنز بھی آ رہے ہیں، تو میں پہلے کچھ کمنٹس پڑھنا چاہوں گا۔</w:t>
      </w:r>
    </w:p>
    <w:p>
      <w:r>
        <w:rPr>
          <w:b/>
        </w:rPr>
        <w:t xml:space="preserve">[50:11] </w:t>
      </w:r>
      <w:r>
        <w:t>yeh comment bheja hai muhammad asif sahib ne kanpur se. unhon ne likha hai ke sahaba hamaray liye ideal hain, role model hain. waqai hamein hamari zindagi mein jo bhi hidayat leni hai, sahaba se leni hai, un ki life se hamein apni zindagi mein apply karnay se bohat support milta hai.</w:t>
      </w:r>
    </w:p>
    <w:p>
      <w:pPr>
        <w:jc w:val="right"/>
      </w:pPr>
      <w:r>
        <w:t>یہ کمنٹ بھیجا ہے محمد آصف صاحب نے کانپور سے۔ انہوں نے لکھا ہے کہ صحابہ ہمارے لیے آئیڈیل ہیں، رول ماڈل ہیں۔ واقعی ہمیں ہماری زندگی میں جو بھی ہدایت لینی ہے، صحابہ سے لینی ہے، ان کی لائف سے ہمیں اپنی زندگی میں اپلائی کرنے سے بہت سپورٹ ملتا ہے۔</w:t>
      </w:r>
    </w:p>
    <w:p>
      <w:r>
        <w:rPr>
          <w:b/>
        </w:rPr>
        <w:t xml:space="preserve">[50:32] </w:t>
      </w:r>
      <w:r>
        <w:t>professor najma siddiqui ne dubai se likha hai: "what a great session on sahaba! jazak Allah."</w:t>
      </w:r>
    </w:p>
    <w:p>
      <w:pPr>
        <w:jc w:val="right"/>
      </w:pPr>
      <w:r>
        <w:t>پروفیسر نجمہ صدیقی نے دبئی سے لکھا ہے: "واٹ ا گریٹ سیشن ان صحابہ! جزاک اللہ۔"</w:t>
      </w:r>
    </w:p>
    <w:p>
      <w:r>
        <w:rPr>
          <w:b/>
        </w:rPr>
        <w:t xml:space="preserve">[50:39] </w:t>
      </w:r>
      <w:r>
        <w:t>miss farida kamran ne pakistan se likha hai: "sahaba focus was only for akhirat. they are the great motivator, thought provoking and informative lecture today.</w:t>
      </w:r>
    </w:p>
    <w:p>
      <w:pPr>
        <w:jc w:val="right"/>
      </w:pPr>
      <w:r>
        <w:t>مس فریدہ کامران نے پاکستان سے لکھا ہے: "صحابہ فوکس واز اونلی فار آخرت۔ دے آر دا گریٹ موٹیویٹر، تھاٹ پرووکنگ اینڈ انفارمیٹیو لیکچر ٹوڈے۔</w:t>
      </w:r>
    </w:p>
    <w:p>
      <w:r>
        <w:rPr>
          <w:b/>
        </w:rPr>
        <w:t xml:space="preserve">[50:49] </w:t>
      </w:r>
      <w:r>
        <w:t>jazak Allah." miss quratulain ne likha hai: "very impressive, illuminating and fruitful conversation about sahaba. one of the best take away of today enlightening conversation is that for all true seekers.</w:t>
      </w:r>
    </w:p>
    <w:p>
      <w:pPr>
        <w:jc w:val="right"/>
      </w:pPr>
      <w:r>
        <w:t>جزاک اللہ۔" مس قرتلین نے لکھا ہے: "ویری امپریسو، ایلومینیٹنگ اینڈ فروٹ فل کنورسیشن اباؤٹ صحابہ۔ ون اف دا بیسٹ ٹیک اوے اف ٹوڈے انلائٹننگ کنورسیشن از دیٹ فار ال ٹرو سیکرز۔</w:t>
      </w:r>
    </w:p>
    <w:p>
      <w:r>
        <w:rPr>
          <w:b/>
        </w:rPr>
        <w:t xml:space="preserve">[51:03] </w:t>
      </w:r>
      <w:r>
        <w:t>sahaba are the role models to follow</w:t>
      </w:r>
    </w:p>
    <w:p>
      <w:pPr>
        <w:jc w:val="right"/>
      </w:pPr>
      <w:r>
        <w:t>صحابہ آر دا رول ماڈلز ٹو فال</w:t>
      </w:r>
    </w:p>
    <w:p>
      <w:r>
        <w:rPr>
          <w:b/>
        </w:rPr>
        <w:t xml:space="preserve">[51:05] </w:t>
      </w:r>
      <w:r>
        <w:t>w. narrating some specific virtual incidents of sahaba is really commendable to remind us of their greatness and god fearing." imran ahmed sahib ne likha hai: "masha Allah,</w:t>
      </w:r>
    </w:p>
    <w:p>
      <w:pPr>
        <w:jc w:val="right"/>
      </w:pPr>
      <w:r>
        <w:t>و۔ نیریٹنگ سمی سپیسیفک ورچول انسیڈنٹس اف صحابہ از ریلی کمنڈیبل ٹو ریمائنڈ اس اف دیر گریٹنس اینڈ گاڈ فیئرنگ۔" عمران احمد صاحب نے لکھا ہے: "ماشاءاللہ،</w:t>
      </w:r>
    </w:p>
    <w:p>
      <w:r>
        <w:rPr>
          <w:b/>
        </w:rPr>
        <w:t xml:space="preserve">[51:19] </w:t>
      </w:r>
      <w:r>
        <w:t>very inspirational talk. kis qadar pakhta eman aur yaqeen tha sahaba ka. waqai seerat rasool aur life of companions ko parhna chahiye.</w:t>
      </w:r>
    </w:p>
    <w:p>
      <w:pPr>
        <w:jc w:val="right"/>
      </w:pPr>
      <w:r>
        <w:t>ویری انسپریشنل ٹاک۔ کس قدر پختہ ایمان اور یقین تھا صحابہ کا۔ واقعی سیرت رسول اور لائف اف کمپینینز کو پڑھنا چاہیے۔</w:t>
      </w:r>
    </w:p>
    <w:p>
      <w:r>
        <w:rPr>
          <w:b/>
        </w:rPr>
        <w:t xml:space="preserve">[51:31] </w:t>
      </w:r>
      <w:r>
        <w:t>is se hamein, is se hamaray eman aur yaqeen mein kafi izafa hoga. jazak Allah." apa ans sahib ne muzaffar nagar se likha hai: "Allah aap ko jaza e khair ata farmaye." apa aur isi tarah aap se apna kaam letay rahen.</w:t>
      </w:r>
    </w:p>
    <w:p>
      <w:pPr>
        <w:jc w:val="right"/>
      </w:pPr>
      <w:r>
        <w:t>اس سے ہمیں، اس سے ہمارے ایمان اور یقین میں کافی اضافہ ہوگا۔ جزاک اللہ۔" آپا انس صاحب نے مظفر نگر سے لکھا ہے: "اللہ آپ کو جزائے خیر عطا فرمائے۔" آپا اور اسی طرح آپ سے اپنا کام لیتے رہیں۔</w:t>
      </w:r>
    </w:p>
    <w:p>
      <w:r>
        <w:rPr>
          <w:b/>
        </w:rPr>
        <w:t xml:space="preserve">[51:50] </w:t>
      </w:r>
      <w:r>
        <w:t>main aap mein Maulana ko dekhta hoon. my best wishes are always with you.</w:t>
      </w:r>
    </w:p>
    <w:p>
      <w:pPr>
        <w:jc w:val="right"/>
      </w:pPr>
      <w:r>
        <w:t>میں آپ میں مولانا کو دیکھتا ہوں۔ مائی بیسٹ وشز آر الویز ود یو۔</w:t>
      </w:r>
    </w:p>
    <w:p>
      <w:r>
        <w:rPr>
          <w:b/>
        </w:rPr>
        <w:t xml:space="preserve">[51:56] </w:t>
      </w:r>
      <w:r>
        <w:t>apa, yeh aamir mori sahib ka comment bhi hai aur aik sawal bhi hai. unhon ne likha hai: "apa, thank for such an insightful lecture. what is the most important trait that all of the prophets companion shared?</w:t>
      </w:r>
    </w:p>
    <w:p>
      <w:pPr>
        <w:jc w:val="right"/>
      </w:pPr>
      <w:r>
        <w:t>آپا، یہ عامر موری صاحب کا کمنٹ بھی ہے اور ایک سوال بھی ہے۔ انہوں نے لکھا ہے: "آپا، تھینک فار سچ اینڈ انسائٹ فل لیکچر۔ واٹ از دا موسٹ امپورٹنٹ ٹریٹ دیٹ ال اف دا پرافٹس کمپینین شیئرڈ؟</w:t>
      </w:r>
    </w:p>
    <w:p>
      <w:r>
        <w:rPr>
          <w:b/>
        </w:rPr>
        <w:t xml:space="preserve">[52:10] </w:t>
      </w:r>
      <w:r>
        <w:t>that we should emulate in order to live god oriented life." to is ke baray mein kuch aap batayein.</w:t>
      </w:r>
    </w:p>
    <w:p>
      <w:pPr>
        <w:jc w:val="right"/>
      </w:pPr>
      <w:r>
        <w:t>دیٹ وی شوڈ ایمولیٹ ان آرڈر ٹو لیو گاڈ اورینٹڈ لائف۔" تو اس کے بارے میں کچھ آپ بتائیں۔</w:t>
      </w:r>
    </w:p>
    <w:p>
      <w:r>
        <w:rPr>
          <w:b/>
        </w:rPr>
        <w:t xml:space="preserve">[52:19] </w:t>
      </w:r>
      <w:r>
        <w:t>so ek gehra attachment to the mission aur wo mission kyunke khuda ka mission hai. to gehra attachment to the mission aur bilkul focus ho paradise par, akhirat par. jaise sahaba the, wo bilkul focused the ke agar unhone koi galat kaam kiya to khuda ke yahan wo accountable honge.</w:t>
      </w:r>
    </w:p>
    <w:p>
      <w:pPr>
        <w:jc w:val="right"/>
      </w:pPr>
      <w:r>
        <w:t>सो एक गहरा अटैचमेंट टू द मिशन और वो मिशन क्योंकि खुदा का मिशन है। तो गहरा अटैचमेंट टू द मिशन और बिल्कुल फोकस हो पैराडाइस पर, आखिरत पर। जैसे صحابہ थे, वो बिल्कुल फोकस्ड थे कि अगर उन्होंने कोई गलत काम किया तो खुदा के यहां वो अकाउंटेबल होंगे।</w:t>
      </w:r>
    </w:p>
    <w:p>
      <w:r>
        <w:rPr>
          <w:b/>
        </w:rPr>
        <w:t xml:space="preserve">[52:44] </w:t>
      </w:r>
      <w:r>
        <w:t>to jab aadmi focused ho jayega na, destruction uska khatam ho jayega. wo dunya ke mamle mein unko koi destruction tha hi nahi, sirf aur sirf us deen ke liye kaam karte the, mission ke liye kaam karte the. kuch bhi nahi sochte the ke ghar mein hamare koi jo masle hain, wo kaise hal honge. jaise hazrat abubakar sara maal le aaye, to unhone yeh nahi socha ke hamare ghar walon ka kya hoga</w:t>
      </w:r>
    </w:p>
    <w:p>
      <w:pPr>
        <w:jc w:val="right"/>
      </w:pPr>
      <w:r>
        <w:t>तो जब आदमी फोकस्ड हो जाएगा ना, डिस्ट्रक्शन उसका खत्म हो जाएगा। वो दुनिया के मामले में उनको कोई डिस्ट्रक्शन था ही नहीं, सिर्फ और सिर्फ उस दीन के लिए काम करते थे, मिशन के लिए काम करते थे। कुछ भी नहीं सोचते थे कि घर में हमारे कोई जो मसले हैं, वो कैसे हल होंगे। जैसे حضرت ابوبکر सारा माल ले आए, तो उन्होंने यह नहीं सोचा कि हमारे घर वालों का क्या होगा</w:t>
      </w:r>
    </w:p>
    <w:p>
      <w:r>
        <w:rPr>
          <w:b/>
        </w:rPr>
        <w:t xml:space="preserve">[53:09] </w:t>
      </w:r>
      <w:r>
        <w:t>. jab woh Madina ja rahe the Rasoolullah sallallahu alaihi wasallam ke sath Hazrat mein, to unke paas</w:t>
      </w:r>
    </w:p>
    <w:p>
      <w:pPr>
        <w:jc w:val="right"/>
      </w:pPr>
      <w:r>
        <w:t>। जब वह मदीना जा रहे थे रसूलल्लाह सल्लल्लाहु अलैहि वसल्लम के साथ हजरत में, तो उनके पास</w:t>
      </w:r>
    </w:p>
    <w:p>
      <w:r>
        <w:rPr>
          <w:b/>
        </w:rPr>
        <w:t xml:space="preserve">[53:16] </w:t>
      </w:r>
      <w:r>
        <w:t>5000 dirham the.</w:t>
      </w:r>
    </w:p>
    <w:p>
      <w:pPr>
        <w:jc w:val="right"/>
      </w:pPr>
      <w:r>
        <w:t>5000 दिरहम थे।</w:t>
      </w:r>
    </w:p>
    <w:p>
      <w:r>
        <w:rPr>
          <w:b/>
        </w:rPr>
        <w:t xml:space="preserve">[53:18] </w:t>
      </w:r>
      <w:r>
        <w:t>to woh sab lekar chale gaye.</w:t>
      </w:r>
    </w:p>
    <w:p>
      <w:pPr>
        <w:jc w:val="right"/>
      </w:pPr>
      <w:r>
        <w:t>तो वह सब लेकर चले गए।</w:t>
      </w:r>
    </w:p>
    <w:p>
      <w:r>
        <w:rPr>
          <w:b/>
        </w:rPr>
        <w:t xml:space="preserve">[53:20] </w:t>
      </w:r>
      <w:r>
        <w:t>ab unke boodhe baap the, unki beti thi, to ab woh pareshan hote ki ghar mein kaam kaise</w:t>
      </w:r>
    </w:p>
    <w:p>
      <w:pPr>
        <w:jc w:val="right"/>
      </w:pPr>
      <w:r>
        <w:t>अब उनके बूढ़े बाप थे, उनकी बेटी थी, तो अब वह परेशान होते कि घर में काम कैसे</w:t>
      </w:r>
    </w:p>
    <w:p>
      <w:r>
        <w:rPr>
          <w:b/>
        </w:rPr>
        <w:t xml:space="preserve">[53:26] </w:t>
      </w:r>
      <w:r>
        <w:t>chalega. matlab woh kaha, "Allah ko chhod ke gaye hain, Allah kal sab sambhal lega."</w:t>
      </w:r>
    </w:p>
    <w:p>
      <w:pPr>
        <w:jc w:val="right"/>
      </w:pPr>
      <w:r>
        <w:t>चलेगा। मतलब वह कहा, "अल्लाह को छोड़ के गए हैं, अल्लाह कल सब संभाल लेगा।"</w:t>
      </w:r>
    </w:p>
    <w:p>
      <w:r>
        <w:rPr>
          <w:b/>
        </w:rPr>
        <w:t xml:space="preserve">[53:31] </w:t>
      </w:r>
      <w:r>
        <w:t>to unhone ek thaili mein kuch kankar mankar rakh diya.</w:t>
      </w:r>
    </w:p>
    <w:p>
      <w:pPr>
        <w:jc w:val="right"/>
      </w:pPr>
      <w:r>
        <w:t>तो उन्होंने एक थैली में कुछ कंकर मंकर रख दिया।</w:t>
      </w:r>
    </w:p>
    <w:p>
      <w:r>
        <w:rPr>
          <w:b/>
        </w:rPr>
        <w:t xml:space="preserve">[53:35] </w:t>
      </w:r>
      <w:r>
        <w:t>to woh nabi the, unke baap Abu Kaf Kaf jo the.</w:t>
      </w:r>
    </w:p>
    <w:p>
      <w:pPr>
        <w:jc w:val="right"/>
      </w:pPr>
      <w:r>
        <w:t>तो वो नाबी थे, उनके बाप अबू काफ काफ जो थे।</w:t>
      </w:r>
    </w:p>
    <w:p>
      <w:r>
        <w:rPr>
          <w:b/>
        </w:rPr>
        <w:t xml:space="preserve">[53:39] </w:t>
      </w:r>
      <w:r>
        <w:t>to unhone, unki beti ne wo thaili use chhua hua ke samjhe ke wo dirham rakha hua hai. to wo mutamain ho gaye, kehne lage, "theek hai, hamare liye chhodkar wo gaya hai." to unki beti ne aisa kiya, na kisi ko na shikayat nahi hui, beti ko nahi ke kuch chhodkar nahi gaye. aur allah taala ne sabka intezam, allah hai hi karne wala. to is tarike se wo log khuda par mukammal, total sense mein khuda par bharosa.</w:t>
      </w:r>
    </w:p>
    <w:p>
      <w:pPr>
        <w:jc w:val="right"/>
      </w:pPr>
      <w:r>
        <w:t>तो उन्होंने, उनकी बेटी ने वह थैली उसे छुआ हुआ कि समझे कि वह दिरहम रखा हुआ है। तो वह मुतमइन हो गए, कहने लगे, "ठीक है, हमारे लिए छोड़कर वह गया है।" तो उनकी बेटी ने ऐसा किया, ना किसी को ना शिकायत नहीं हुई, बेटी को नहीं कि कुछ छोड़कर नहीं गए। और अल्लाह ताला ने सबका इंतजाम, अल्लाह है ही करने वाला। तो इस तरीके से वह लोग खुदा पर मुकम्मल, टोटल सेंस में खुदा पर भरोसा।</w:t>
      </w:r>
    </w:p>
    <w:p>
      <w:r>
        <w:rPr>
          <w:b/>
        </w:rPr>
        <w:t xml:space="preserve">[54:08] </w:t>
      </w:r>
      <w:r>
        <w:t>to khuda par bharose ki ek yeh to kahani hai, lekin dilchasp kahani hai. kisi ne kaha ke sab kuch dene wala khuda hai. to ek aadmi ne kaha, "achha, to khuda khilayega, pilayega. to main ek ped par baith jata hoon,</w:t>
      </w:r>
    </w:p>
    <w:p>
      <w:pPr>
        <w:jc w:val="right"/>
      </w:pPr>
      <w:r>
        <w:t>तो खुदा पर भरोसे की एक यह तो कहानी है, लेकिन दिलचस्प कहानी है। किसी ने कहा कि सब कुछ देने वाला खुदा है। तो एक आदमी ने कहा, "अच्छा, तो खुदा खिलाएगा, पिलाएगा। तो मैं एक पेड़ पर बैठ जाता हूं,</w:t>
      </w:r>
    </w:p>
    <w:p>
      <w:r>
        <w:rPr>
          <w:b/>
        </w:rPr>
        <w:t xml:space="preserve">[54:23] </w:t>
      </w:r>
      <w:r>
        <w:t>dekhenge kaise khuda khilata, pilata hai." hamein to matlab uska to hai ke hum mehnat karte hain, kamate hain, tab apne liye intezam karte hain khane-peene ka. wo ped par baith gaya. ab pehle zamane ki baat hai, jab kafile din bhar chalte the aur raat ko aake kahin</w:t>
      </w:r>
    </w:p>
    <w:p>
      <w:pPr>
        <w:jc w:val="right"/>
      </w:pPr>
      <w:r>
        <w:t>देखेंगे कैसे खुदा खिलाता, पिलाता है।" हमें तो मतलब उसका तो है कि हम मेहनत करते हैं, कमाते हैं, तब अपने लिए इंतजाम करते हैं खाने-पीने का। वो पेड़ पर बैठ गया। अब पहले जमाने की बात है, जब काफिले दिन भर चलते थे और रात को आके कहीं</w:t>
      </w:r>
    </w:p>
    <w:p>
      <w:r>
        <w:rPr>
          <w:b/>
        </w:rPr>
        <w:t xml:space="preserve">[54:38] </w:t>
      </w:r>
      <w:r>
        <w:t>padao daalte the, wahan apna khana-wana pakate the, khate-peete the, phir subah ko chalte the.</w:t>
      </w:r>
    </w:p>
    <w:p>
      <w:pPr>
        <w:jc w:val="right"/>
      </w:pPr>
      <w:r>
        <w:t>पड़ाव डालते थे, वहां अपना खाना-वाना पकाते थे, खाते-पीते थे, फिर सुबह को चलते थे।</w:t>
      </w:r>
    </w:p>
    <w:p>
      <w:r>
        <w:rPr>
          <w:b/>
        </w:rPr>
        <w:t xml:space="preserve">[54:44] </w:t>
      </w:r>
      <w:r>
        <w:t>to woh aadmi ped par khamosh baitha raha ki dekhen khane ko milta hai ki nahi milta hai.</w:t>
      </w:r>
    </w:p>
    <w:p>
      <w:pPr>
        <w:jc w:val="right"/>
      </w:pPr>
      <w:r>
        <w:t>तो वह आदमी पेड़ पर खामोश बैठा रहा कि देखें खाने को मिलता है कि नहीं मिलता है।</w:t>
      </w:r>
    </w:p>
    <w:p>
      <w:r>
        <w:rPr>
          <w:b/>
        </w:rPr>
        <w:t xml:space="preserve">[54:49] </w:t>
      </w:r>
      <w:r>
        <w:t>to ab un logon ko pata bhi nahi chala ki upar kaun baitha hua hai.</w:t>
      </w:r>
    </w:p>
    <w:p>
      <w:pPr>
        <w:jc w:val="right"/>
      </w:pPr>
      <w:r>
        <w:t>तो अब उन लोगों को पता भी नहीं चला कि ऊपर कौन बैठा हुआ है।</w:t>
      </w:r>
    </w:p>
    <w:p>
      <w:r>
        <w:rPr>
          <w:b/>
        </w:rPr>
        <w:t xml:space="preserve">[54:53] </w:t>
      </w:r>
      <w:r>
        <w:t>to kehne lage, jab usne seasoning ki, baghaar-baghaar kiya, to usko jo hai khansi aa gayi.</w:t>
      </w:r>
    </w:p>
    <w:p>
      <w:pPr>
        <w:jc w:val="right"/>
      </w:pPr>
      <w:r>
        <w:t>तो कहने लगे, जब उसने सीजनिंग की, बघार-बघार किया, तो उसको जो है खांसी आ गई।</w:t>
      </w:r>
    </w:p>
    <w:p>
      <w:r>
        <w:rPr>
          <w:b/>
        </w:rPr>
        <w:t xml:space="preserve">[54:59] </w:t>
      </w:r>
      <w:r>
        <w:t>to khansi aa gayi, to woh usko bulaya aur apne khane mein shareek kiya.</w:t>
      </w:r>
    </w:p>
    <w:p>
      <w:pPr>
        <w:jc w:val="right"/>
      </w:pPr>
      <w:r>
        <w:t>तो खांसी आ गई, तो वह उसको बुलाया और अपने खाने में शरीक किया।</w:t>
      </w:r>
    </w:p>
    <w:p>
      <w:r>
        <w:rPr>
          <w:b/>
        </w:rPr>
        <w:t xml:space="preserve">[55:03] </w:t>
      </w:r>
      <w:r>
        <w:t>to uski samajh mein aaya ki khana jo hai, woh Khuda ki taraf se hota hai, sab kuch</w:t>
      </w:r>
    </w:p>
    <w:p>
      <w:pPr>
        <w:jc w:val="right"/>
      </w:pPr>
      <w:r>
        <w:t>तो उसकी समझ में आया कि खाना जो है, वह खुदा की तरफ से होता है, सब कुछ</w:t>
      </w:r>
    </w:p>
    <w:p>
      <w:r>
        <w:rPr>
          <w:b/>
        </w:rPr>
        <w:t xml:space="preserve">[55:08] </w:t>
      </w:r>
      <w:r>
        <w:t>Khuda ki taraf</w:t>
      </w:r>
    </w:p>
    <w:p>
      <w:pPr>
        <w:jc w:val="right"/>
      </w:pPr>
      <w:r>
        <w:t>खुदा की तरफ</w:t>
      </w:r>
    </w:p>
    <w:p>
      <w:r>
        <w:rPr>
          <w:b/>
        </w:rPr>
        <w:t xml:space="preserve">[55:09] </w:t>
      </w:r>
      <w:r>
        <w:t>se hota hai. to ho sakta hai kahani hogi, lekin baharhal bahut illustrative kahani hai. to allah taala sabka intezam karta hai. aap dekhiye, makka mein kitne sakht halaat the, boycott kar diya, kuch khane-peene ko nahi milta tha. madine mein bhi bahut zamane tak halaat kharab rahe, lekin phir bhi allah ne sabko sambhala. to yeh tha</w:t>
      </w:r>
    </w:p>
    <w:p>
      <w:pPr>
        <w:jc w:val="right"/>
      </w:pPr>
      <w:r>
        <w:t>से होता है। तो हो सकता है कहानी होगी, लेकिन बहरहाल बहुत इलस्ट्रेटिव कहानी है। तो अल्लाह ताला सबका इंतजाम करता है। आप देखिए, मक्का में कितने सख्त हालात थे, बॉयकॉट कर दिया, कुछ खाने-पीने को नहीं मिलता था। मदीने में भी बहुत जमाने तक हालात खराब रहे, लेकिन फिर भी अल्लाह ने सबको संभाला। तो यह था</w:t>
      </w:r>
    </w:p>
    <w:p>
      <w:r>
        <w:rPr>
          <w:b/>
        </w:rPr>
        <w:t xml:space="preserve">[55:30] </w:t>
      </w:r>
      <w:r>
        <w:t>gehra-gehra bharosa, deep conviction ke khuda ke upar. to khuda can take care of every</w:t>
      </w:r>
    </w:p>
    <w:p>
      <w:pPr>
        <w:jc w:val="right"/>
      </w:pPr>
      <w:r>
        <w:t>गहरा-गहरा भरोसा, डीप कन्विक्शन कि खुदा के ऊपर। तो खुदा कैन टेक केयर ऑफ एवरी</w:t>
      </w:r>
    </w:p>
    <w:p>
      <w:r>
        <w:rPr>
          <w:b/>
        </w:rPr>
        <w:t xml:space="preserve">[55:40] </w:t>
      </w:r>
      <w:r>
        <w:t>one, ab kar hi raha hai.</w:t>
      </w:r>
    </w:p>
    <w:p>
      <w:pPr>
        <w:jc w:val="right"/>
      </w:pPr>
      <w:r>
        <w:t>वन, अब कर ही रहा है।</w:t>
      </w:r>
    </w:p>
    <w:p>
      <w:r>
        <w:rPr>
          <w:b/>
        </w:rPr>
        <w:t xml:space="preserve">[55:41] </w:t>
      </w:r>
      <w:r>
        <w:t>saari chidiyon ko, parindon ko, sab kuch Khuda hi kar raha hai.</w:t>
      </w:r>
    </w:p>
    <w:p>
      <w:pPr>
        <w:jc w:val="right"/>
      </w:pPr>
      <w:r>
        <w:t>सारी चिड़ियों को, परिंदों को, सब कुछ खुदा ही कर रहा है।</w:t>
      </w:r>
    </w:p>
    <w:p>
      <w:r>
        <w:rPr>
          <w:b/>
        </w:rPr>
        <w:t xml:space="preserve">[55:44] </w:t>
      </w:r>
      <w:r>
        <w:t>itni duniya mein, itni makhlooq hain, sab Khuda kar raha hai.</w:t>
      </w:r>
    </w:p>
    <w:p>
      <w:pPr>
        <w:jc w:val="right"/>
      </w:pPr>
      <w:r>
        <w:t>इतनी दुनिया में, इतनी मखलूक हैं, सब खुदा कर रहा है।</w:t>
      </w:r>
    </w:p>
    <w:p>
      <w:r>
        <w:rPr>
          <w:b/>
        </w:rPr>
        <w:t xml:space="preserve">[55:48] </w:t>
      </w:r>
      <w:r>
        <w:t>to Khuda hamare madh jo zarooraten hain, usko kahin na kahin se poora karega.</w:t>
      </w:r>
    </w:p>
    <w:p>
      <w:pPr>
        <w:jc w:val="right"/>
      </w:pPr>
      <w:r>
        <w:t>तो खुदा हमारे माध्य जो जरूरतें हैं, उसको कहीं ना कहीं से पूरा करेगा।</w:t>
      </w:r>
    </w:p>
    <w:p>
      <w:r>
        <w:rPr>
          <w:b/>
        </w:rPr>
        <w:t xml:space="preserve">[55:53] </w:t>
      </w:r>
      <w:r>
        <w:t>Hazrat Ali ne kaha ki jab bachcha paida hota hai, to likh diya jata hai usko kya duniya</w:t>
      </w:r>
    </w:p>
    <w:p>
      <w:pPr>
        <w:jc w:val="right"/>
      </w:pPr>
      <w:r>
        <w:t>हजरत अली ने कहा कि जब बच्चा पैदा होता है, तो लिख दिया जाता है उसको क्या दुनिया</w:t>
      </w:r>
    </w:p>
    <w:p>
      <w:r>
        <w:rPr>
          <w:b/>
        </w:rPr>
        <w:t xml:space="preserve">[55:58] </w:t>
      </w:r>
      <w:r>
        <w:t>mein milne wala hai, aur woh milkar rehta hai.</w:t>
      </w:r>
    </w:p>
    <w:p>
      <w:pPr>
        <w:jc w:val="right"/>
      </w:pPr>
      <w:r>
        <w:t>में मिलने वाला है, और वह मिलकर रहता है।</w:t>
      </w:r>
    </w:p>
    <w:p>
      <w:r>
        <w:rPr>
          <w:b/>
        </w:rPr>
        <w:t xml:space="preserve">[56:02] </w:t>
      </w:r>
      <w:r>
        <w:t>to is tarike se woh gehra attachment mission se woh paida ho jaye.</w:t>
      </w:r>
    </w:p>
    <w:p>
      <w:pPr>
        <w:jc w:val="right"/>
      </w:pPr>
      <w:r>
        <w:t>तो इस तरीके से वह गहरा अटैचमेंट मिशन से वह पैदा हो जाए।</w:t>
      </w:r>
    </w:p>
    <w:p>
      <w:r>
        <w:rPr>
          <w:b/>
        </w:rPr>
        <w:t xml:space="preserve">[56:07] </w:t>
      </w:r>
      <w:r>
        <w:t>to aaj hum bhi wahi kaam kar sakte hain,</w:t>
      </w:r>
    </w:p>
    <w:p>
      <w:pPr>
        <w:jc w:val="right"/>
      </w:pPr>
      <w:r>
        <w:t>तो आज हम भी वही काम कर सकते हैं,</w:t>
      </w:r>
    </w:p>
    <w:p>
      <w:r>
        <w:rPr>
          <w:b/>
        </w:rPr>
        <w:t xml:space="preserve">[56:10] </w:t>
      </w:r>
      <w:r>
        <w:t>bilkul jo ikhwan rasool wale aapne abhi bataya na. to is zama, aakhri zamane mein bhi jo allah ka kaam hone wala hai, sari dunya mein khuda ke jo paigham pahunchne ka, allah ka yeh matlab yeh ek hadith hai, uski prediction hai wo ke ghar-ghar kalma khuda ka pahunch jayega. to pahunchane ke liye kuch ek team darkar hai.</w:t>
      </w:r>
    </w:p>
    <w:p>
      <w:pPr>
        <w:jc w:val="right"/>
      </w:pPr>
      <w:r>
        <w:t>बिल्कुल जो इखवान रसूल वाले आपने अभी बताया ना। तो इस जमा, आखिरी जमाने में भी जो अल्लाह का काम होने वाला है, सारी दुनिया में खुदा के जो पैगाम पहुंचने का, अल्लाह का यह मतलब यह एक हदीस है, उसकी प्रेडिक्शन है वह कि घर-घर कलमा खुदा का पहुंच जाएगा। तो पहुंचाने के लिए कुछ एक टीम दरकार है।</w:t>
      </w:r>
    </w:p>
    <w:p>
      <w:r>
        <w:rPr>
          <w:b/>
        </w:rPr>
        <w:t xml:space="preserve">[56:32] </w:t>
      </w:r>
      <w:r>
        <w:t>to jo team bhi is tarike se kaam karegi, puri gehrai se mission ko samajhkar, to uske liye wo itna badi hadith hai ke akhirat mein ambiya bhi uske upar fakhr karenge,</w:t>
      </w:r>
    </w:p>
    <w:p>
      <w:pPr>
        <w:jc w:val="right"/>
      </w:pPr>
      <w:r>
        <w:t>तो जो टीम भी इस तरीके से काम करेगी, पूरी गहराई से मिशन को समझ करके, तो उसके लिए वह इतना बड़ी हदीस है कि आखिरत में अंबिया भी उसके ऊपर फख्र करेंगे,</w:t>
      </w:r>
    </w:p>
    <w:p>
      <w:r>
        <w:rPr>
          <w:b/>
        </w:rPr>
        <w:t xml:space="preserve">[56:48] </w:t>
      </w:r>
      <w:r>
        <w:t>envy karenge ke matlab ambiya ke upar to wahi aati thi, paigambar aur angels aate the, aur wo unko sab baat batate the. aur yeh logon ko kaise sachchai mili, hidayat mili ke farishte bhi nahi aaye, uske bawajood unhone sachchai ko discover kiya aur sari dunya mein usko failaya. to wo wo log hain jinke upar akhirat mein paigambar bhi fakhr karenge.</w:t>
      </w:r>
    </w:p>
    <w:p>
      <w:pPr>
        <w:jc w:val="right"/>
      </w:pPr>
      <w:r>
        <w:t>एनवी करेंगे कि मतलब अंबिया के ऊपर तो वही आती थी, पैगंबर और एंजल्स आते थे, और वह उनको सब बात बताते थे। और यह लोगों को कैसे सच्चाई मिली, हिदायत मिली कि फरिश्ते भी नहीं आए, उसके बावजूद उन्होंने सच्चाई को डिस्कवर किया और सारी दुनिया में उसको फैलाया। तो वह वह लोग हैं जिनके ऊपर आखिरत में पैगंबर भी फख्र करेंगे।</w:t>
      </w:r>
    </w:p>
    <w:p>
      <w:r>
        <w:rPr>
          <w:b/>
        </w:rPr>
        <w:t xml:space="preserve">[57:17] </w:t>
      </w:r>
      <w:r>
        <w:t>to wahi gehra attachment mission se paida ho jaye, to wahi kaam aaj bhi kiya ja sakta hai. aaj to technology ki wajah se aur aasan ho gaya hai kaam. ji,</w:t>
      </w:r>
    </w:p>
    <w:p>
      <w:pPr>
        <w:jc w:val="right"/>
      </w:pPr>
      <w:r>
        <w:t>तो वही गहरा अटैचमेंट मिशन से पैदा हो जाए, तो वही काम आज भी किया जा सकता है। आज तो टेक्नोलॉजी की वजह से और आसान हो गया है काम। जी,</w:t>
      </w:r>
    </w:p>
    <w:p>
      <w:r>
        <w:rPr>
          <w:b/>
        </w:rPr>
        <w:t xml:space="preserve">[57:30] </w:t>
      </w:r>
      <w:r>
        <w:t>aap ek comment padhna chahunga jo mohammed munis iqbal sahab ne bheja hai delhi se. unhone likha hai ke "sahaba were muslim by choice and we are muslim by chance.</w:t>
      </w:r>
    </w:p>
    <w:p>
      <w:pPr>
        <w:jc w:val="right"/>
      </w:pPr>
      <w:r>
        <w:t>आप एक कमेंट पढ़ना चाहूंगा जो मोहम्मद मुनीस इकबाल साहब ने भेजा है दिल्ली से। उन्होंने लिखा है कि "सहाबा वर मुस्लिम बाय चॉइस एंड वी आर मुस्लिम बाय चांस।</w:t>
      </w:r>
    </w:p>
    <w:p>
      <w:r>
        <w:rPr>
          <w:b/>
        </w:rPr>
        <w:t xml:space="preserve">[57:43] </w:t>
      </w:r>
      <w:r>
        <w:t xml:space="preserve">it is due to the sacrifice made by sahaba that we are here as muslims today. they made the right choice and led the foundation for the future generations. we on the other hand have today weaken those foundation because we have never understood the value of those sacrifice made by sahaba. </w:t>
      </w:r>
    </w:p>
    <w:p>
      <w:pPr>
        <w:jc w:val="right"/>
      </w:pPr>
      <w:r>
        <w:t>इट इज ड्यू टू द सैक्रिफाइस मेड बाय सहाबा दैट वी आर हियर एज मुस्लिम्स टुडे। दे मेड द राइट चॉइस एंड लेड द फाउंडेशन फॉर द फ्यूचर जनरेशंस। वी ऑन द अदर हैंड हैव टुडे वीकन दोस फाउंडेशन बिकॉज वी हैव नेवर अंडरस्टूड द वैल्यू ऑफ दोस सैक्रिफाइस मेड बाय सहाबा।</w:t>
      </w:r>
    </w:p>
    <w:p>
      <w:r>
        <w:rPr>
          <w:b/>
        </w:rPr>
        <w:t xml:space="preserve">[58:03] </w:t>
      </w:r>
      <w:r>
        <w:t>hence it becomes extremely important for us to take the responsibility and follow the footsteps of sahaba. take lessons from their life and apply it in ours. pleasing allah is the only option we have." apa, yeh ek sawal doctor stuti ne poocha hai.</w:t>
      </w:r>
    </w:p>
    <w:p>
      <w:pPr>
        <w:jc w:val="right"/>
      </w:pPr>
      <w:r>
        <w:t>हेंस इट बिकम्स एक्सट्रीमली इंपॉर्टेंट फॉर अस टू टेक द रिस्पांसिबिलिटी एंड फॉलो द फुटस्टेप्स ऑफ सहाबा। टेक लेसंस फ्रॉम देयर लाइफ एंड अप्लाई इट इन आवर्स। प्लीजिंग अल्लाह इज द ओनली ऑप्शन वी हैव।" आपा, ये एक सवाल डॉक्टर स्तुति ने पूछा है।</w:t>
      </w:r>
    </w:p>
    <w:p>
      <w:r>
        <w:rPr>
          <w:b/>
        </w:rPr>
        <w:t xml:space="preserve">[58:21] </w:t>
      </w:r>
      <w:r>
        <w:t>unka sawal hai ke "apa, you said prophet and companions did not lie at all, but today people say they follow the sunnat, but still they lie saying that this is very common and everybody does that. people are lying thinking that its not a sin. what would be your advice or opinion on this?" maulana kehte the "direct jhoot hota hai, ek indirect jhoot hota hai. to</w:t>
      </w:r>
    </w:p>
    <w:p>
      <w:pPr>
        <w:jc w:val="right"/>
      </w:pPr>
      <w:r>
        <w:t>उनका सवाल है कि "आपा, यू सेड प्रॉफेट एंड कंपनियंस डिड नॉट लाय एट ऑल, बट टुडे पीपल से दे फॉलो द सुन्नत, बट स्टिल दे लाय सेइंग दैट दिस इज वेरी कॉमन एंड एवरीबॉडी डज दैट। पीपल आर लाइंग थिंकिंग दैट इट्स नॉट अ सिन। व्हाट वुड बी योर एडवाइस और ओपिनियन ऑन दिस?" مولانا کہتے تھے "डायरेक्ट झूठ होता है, एक इनडायरेक्ट झूठ होता है। तो</w:t>
      </w:r>
    </w:p>
    <w:p>
      <w:r>
        <w:rPr>
          <w:b/>
        </w:rPr>
        <w:t xml:space="preserve">[58:50] </w:t>
      </w:r>
      <w:r>
        <w:t>agar kabhi hum log jo hain, kuch ghuma phira ke baat keh dete the, to usko indirect jhoot keh dete. kehte the, 'yeh bhi jhoot hai.' to koshish yahi karna chahiye ke bilkul as it is baat kahein. asal mein wahi masla hai accountability ka dar. jab tak hamare andar wo khauf na paida ho jaye ke hum ek-ek cheez ke liye khuda ke aage accountable hain, tab tak yeh khatam nahi ho sakta. kyunke jhoot bolne mein bahut convenient hai na,</w:t>
      </w:r>
    </w:p>
    <w:p>
      <w:pPr>
        <w:jc w:val="right"/>
      </w:pPr>
      <w:r>
        <w:t>अगर कभी हम लोग जो हैं, कुछ घुमा फिरा के बात कह देते थे, तो उसको इनडायरेक्ट झूठ कह देते। कहते थे, 'यह भी झूठ है।' तो कोशिश यही करना चाहिए कि बिल्कुल एज इट इज बात कहें। असल में वही मसला है अकाउंटेबिलिटी का डर। जब तक हमारे अंदर वह खौफ ना पैदा हो जाए कि हम एक-एक चीज के लिए खुदा के आगे अकाउंटेबल हैं, तब तक यह खत्म नहीं हो सकता। क्योंकि झूठ बोलने में बहुत कन्वीनियंट है ना,</w:t>
      </w:r>
    </w:p>
    <w:p>
      <w:r>
        <w:rPr>
          <w:b/>
        </w:rPr>
        <w:t xml:space="preserve">[59:18] </w:t>
      </w:r>
      <w:r>
        <w:t>bahut aasani se hum koi baat kisi se chhupa sakte hain. to yeh bas yahi dar paida ho jana chahiye ke khuda ke yahan hamara har cheez, khuda ke yahan hamara record pura ka pura hazir kar diya jayega. dunya mein to wo chhup jata hai. bade se bada jhoot, bade se bada crime,</w:t>
      </w:r>
    </w:p>
    <w:p>
      <w:pPr>
        <w:jc w:val="right"/>
      </w:pPr>
      <w:r>
        <w:t>बहुत आसानी से हम कोई बात किसी से छुपा सकते हैं। तो यह बस यही डर पैदा हो जाना चाहिए कि खुदा के यहां हमारा हर चीज, खुदा के यहां हमारा रिकॉर्ड पूरा का पूरा हाजिर कर दिया जाएगा। दुनिया में तो वह छुप जाता है। बड़े से बड़ा झूठ, बड़े से बड़ा क्राइम,</w:t>
      </w:r>
    </w:p>
    <w:p>
      <w:r>
        <w:rPr>
          <w:b/>
        </w:rPr>
        <w:t xml:space="preserve">[59:37] </w:t>
      </w:r>
      <w:r>
        <w:t>vakeel higher kar lijiye, wo sab usko kaam kamyab ho jate hain apne case mein. lekin khuda ke yahan yeh sab</w:t>
      </w:r>
    </w:p>
    <w:p>
      <w:pPr>
        <w:jc w:val="right"/>
      </w:pPr>
      <w:r>
        <w:t>वकील हायर कर लीजिए, वह सब उसको काम कामयाब हो जाते हैं अपने केस में। लेकिन खुदा के यहां यह सब</w:t>
      </w:r>
    </w:p>
    <w:p>
      <w:r>
        <w:rPr>
          <w:b/>
        </w:rPr>
        <w:t xml:space="preserve">[59:45] </w:t>
      </w:r>
      <w:r>
        <w:t>nahi chalega. khuda ke yahan to hamara jo hai, pura kachcha chittha samne rahega. sirf agar hum maafi mangte hain aur aainda aisa na karne ki puri tarike se resolve karte hain, tab hamara wo, hamare jo jo hamara aamal nama hai, usse wo delete ho jayega. to agar galti ho jaye, bhai insan hai, galti hoti hai. to uske liye hamein bahut zyada khuda se istighfar karna chahiye, maafi mangna chahiye.</w:t>
      </w:r>
    </w:p>
    <w:p>
      <w:pPr>
        <w:jc w:val="right"/>
      </w:pPr>
      <w:r>
        <w:t>नहीं चलेगा। खुदा के यहां तो हमारा जो है, पूरा कच्चा चिट्ठा सामने रहेगा। सिर्फ अगर हम माफी मांगते हैं और आइंदा ऐसा ना करने की पूरी तरीके से रिजॉल्व करते हैं, तब हमारा वह, हमारे जो जो हमारा आमाल नामा है, उससे वह डिलीट हो जाएगा। तो अगर गलती हो जाए, भाई इंसान है, गलती होती है। तो उसके लिए हमें बहुत ज्यादा खुदा से इस्तगफार करना चाहिए, माफी मांगना चाहिए।</w:t>
      </w:r>
    </w:p>
    <w:p>
      <w:r>
        <w:rPr>
          <w:b/>
        </w:rPr>
        <w:t xml:space="preserve">[1:00:12] </w:t>
      </w:r>
      <w:r>
        <w:t>apa jo chauthe khalifa the, hazrat ali, unke hawale se bhi main ek sawal karna chahunga. kyunke aapne pehle hazrat abu bakar, hazrat umar aur hazrat usman ki zindagi se bahut achhe sabak diye hain hum sabko. to hazrat ali se bhi ek riwayat hai, aur hazrat ibn abbas se bhi ek riwayat hai ke prophet ne unke liye dua kari,</w:t>
      </w:r>
    </w:p>
    <w:p>
      <w:pPr>
        <w:jc w:val="right"/>
      </w:pPr>
      <w:r>
        <w:t>آپا जो चौथे खलीफा थे, हजरत अली, उनके हवाले से भी मैं एक सवाल करना चाहूंगा। क्योंकि आपने पहले हजरत अबू बकर, हजरत उमर और हजरत उस्मान की जिंदगी से बहुत अच्छे सबक दिए हैं हम सबको। तो हजरत अली से भी आप एक रिवायत है, और हजरत इब्न अब्बास से भी एक रिवायत है कि प्रॉफेट ने उनके लिए दुआ करी,</w:t>
      </w:r>
    </w:p>
    <w:p>
      <w:r>
        <w:rPr>
          <w:b/>
        </w:rPr>
        <w:t xml:space="preserve">[1:00:35] </w:t>
      </w:r>
      <w:r>
        <w:t>"that he gets guidance to decide cases."</w:t>
      </w:r>
    </w:p>
    <w:p>
      <w:pPr>
        <w:jc w:val="right"/>
      </w:pPr>
      <w:r>
        <w:t>"दैट ही गेट्स गाइडेंस टू डिसाइड केसेस।"</w:t>
      </w:r>
    </w:p>
    <w:p>
      <w:r>
        <w:rPr>
          <w:b/>
        </w:rPr>
        <w:t xml:space="preserve">[1:00:38] </w:t>
      </w:r>
      <w:r>
        <w:t>دعا یہ کری تھی انہوں نے کہ "Give him steady of tongue and guidance to his heart."</w:t>
      </w:r>
    </w:p>
    <w:p>
      <w:pPr>
        <w:jc w:val="right"/>
      </w:pPr>
      <w:r>
        <w:t>दुआ यह करी थी उन्होंने कि "गिव हिम स्टेडी ऑफ टंग एंड गाइडेंस टू हिज हार्ट।"</w:t>
      </w:r>
    </w:p>
    <w:p>
      <w:r>
        <w:rPr>
          <w:b/>
        </w:rPr>
        <w:t xml:space="preserve">[1:00:44] </w:t>
      </w:r>
      <w:r>
        <w:t>to aap, unke, unki zindagi se bhi humein bohat sabak milte hain.</w:t>
      </w:r>
    </w:p>
    <w:p>
      <w:pPr>
        <w:jc w:val="right"/>
      </w:pPr>
      <w:r>
        <w:t>तो आप, उनके, उनकी जिंदगी से भी हमें बहुत सबक मिलते हैं।</w:t>
      </w:r>
    </w:p>
    <w:p>
      <w:r>
        <w:rPr>
          <w:b/>
        </w:rPr>
        <w:t xml:space="preserve">[1:00:48] </w:t>
      </w:r>
      <w:r>
        <w:t>to main chahunga ke kuch unki zindagi se aap hum sabko batayein, koi sabak hum sabke liye.</w:t>
      </w:r>
    </w:p>
    <w:p>
      <w:pPr>
        <w:jc w:val="right"/>
      </w:pPr>
      <w:r>
        <w:t>तो मैं चाहूंगा कि कुछ उनकी जिंदगी से आप हम सबको बताएं, कोई सबक हम सबके लिए।</w:t>
      </w:r>
    </w:p>
    <w:p>
      <w:r>
        <w:rPr>
          <w:b/>
        </w:rPr>
        <w:t xml:space="preserve">[1:00:56] </w:t>
      </w:r>
      <w:r>
        <w:t>hazrat ali bohat zyada intelligent the, bohat zyada samajhdar the.</w:t>
      </w:r>
    </w:p>
    <w:p>
      <w:pPr>
        <w:jc w:val="right"/>
      </w:pPr>
      <w:r>
        <w:t>حضرت علی बहुत ज्यादा इंटेलिजेंट थे, बहुत ज्यादा समझदार थे।</w:t>
      </w:r>
    </w:p>
    <w:p>
      <w:r>
        <w:rPr>
          <w:b/>
        </w:rPr>
        <w:t xml:space="preserve">[1:01:01] </w:t>
      </w:r>
      <w:r>
        <w:t>उन्होंने बहुत सारे, जिसको wise saying कहते हैं, उनसे बहुत ज्यादा wise saying attribute हैं।</w:t>
      </w:r>
    </w:p>
    <w:p>
      <w:pPr>
        <w:jc w:val="right"/>
      </w:pPr>
      <w:r>
        <w:t>उन्होंने बहुत सारे, जिसको वाइस सेइंग कहते हैं, उनसे बहुत ज्यादा वाइस सेइंग एट्रिब्यूट हैं।</w:t>
      </w:r>
    </w:p>
    <w:p>
      <w:r>
        <w:rPr>
          <w:b/>
        </w:rPr>
        <w:t xml:space="preserve">[1:01:10] </w:t>
      </w:r>
      <w:r>
        <w:t>us mein aik, us jo hai, woh Maulana kehte thay, "My man's real man's value lies in excellence." matlab jo bhi kaam insaan kare, woh behtareen kare. isi mein uski value hai. yaani ke ab matlab usko bohat pure tareeqay se, usko behtareen tareeqay se us kaam ko kare. toh usi mein usko dunya ki bhi success milegi, akhirat ki bhi milegi.</w:t>
      </w:r>
    </w:p>
    <w:p>
      <w:pPr>
        <w:jc w:val="right"/>
      </w:pPr>
      <w:r>
        <w:t>उसमें एक, उस जो है, वह मौलाना कहते थे, "मैंस रियल मैंस वैल्यू लाइज इन एक्सीलेंस।" मतलब जो भी काम इंसान करे, वह बेहतरीन करे। इसी में उसकी वैल्यू है। यानी कि अब मतलब उसको बहुत पूरे तरीके से, उसको बेहतरीन तरीके से उस काम को करे। तो उसी में उसको दुनिया की भी सक्सेस मिलेगी, आखिरत की भी मिलेगी।</w:t>
      </w:r>
    </w:p>
    <w:p>
      <w:r>
        <w:rPr>
          <w:b/>
        </w:rPr>
        <w:t xml:space="preserve">[1:01:38] </w:t>
      </w:r>
      <w:r>
        <w:t>namaz bhi parhe, toh bohat zyada khushu o khuzu se parhe. har kaam woh behtareen tareeqay se anjaam de. toh bohat sari unki sayings hain, us par poori aik kitab hai. toh main yahan ab chunke time kam hai, main sirf aik waqia batati hoon ke jab Hazrat Ali chauthe khaleefa bane, toh kitne zyada yeh Sahaba log justice par qaim rehte thay.</w:t>
      </w:r>
    </w:p>
    <w:p>
      <w:pPr>
        <w:jc w:val="right"/>
      </w:pPr>
      <w:r>
        <w:t>नमाज भी पढ़े, तो बहुत ज्यादा खुश व खुजू से पढ़े। हर काम वह बेहतरीन तरीके से अंजाम दे। तो बहुत सारी उनकी सेइंग्स हैं, उस पर पूरी एक किताब है। तो मैं यहां अब चूंकि टाइम कम है, मैं सिर्फ एक वाकया बताती हूं कि जब हजरत अली चौथे खलीफा बने, तो कितने ज्यादा यह सहाबा लोग जस्टिस पर कायम रहते थे।</w:t>
      </w:r>
    </w:p>
    <w:p>
      <w:r>
        <w:rPr>
          <w:b/>
        </w:rPr>
        <w:t xml:space="preserve">[1:02:02] </w:t>
      </w:r>
      <w:r>
        <w:t>toh dekhiye, aapas mein ladaai jhagde bhi hue. Hazrat Ali, Hazrat Muawiya mein zabardast jangein huin. lekin deen ke maamle mein woh bilkul as it is baat kehte thay. deen ke maamle mein koi shikayat nahi ke unhone koi kahin bhi deen ke maamle mein jhoot bola ho, koi galat bayani kiya ho.</w:t>
      </w:r>
    </w:p>
    <w:p>
      <w:pPr>
        <w:jc w:val="right"/>
      </w:pPr>
      <w:r>
        <w:t>तो देखिए, आपस में लड़ाई झगड़े भी हुए। हजरत अली, हजरत मुआविया में जबरदस्त जंगे हुईं। लेकिन दीन के मामले में वह बिल्कुल एज इट इज बात कहते थे। दीन के मामले में कोई शिकायत नहीं कि उन्होंने कोई कहीं भी दीन के मामले में झूठ बोला हो, कोई गलत बयानी किया हो।</w:t>
      </w:r>
    </w:p>
    <w:p>
      <w:r>
        <w:rPr>
          <w:b/>
        </w:rPr>
        <w:t xml:space="preserve">[1:02:22] </w:t>
      </w:r>
      <w:r>
        <w:t>toh woh jo jhagde hain, woh personal hain. aur aik baar do Sahabi, aik Hazrat Muawiya aur Hazrat Ali mein, mein koi Hazrat Muawiya se Hazrat Ali ki burai bayan karne laga. toh unhone bilkul usko chup kara diya, khamosh kara diya ke "dekho, deen ke maamle mein yeh baat nahi chalegi. jo hamare jhagde hain, woh dunya ke maamle mein hain. deen ke maamle mein hum Ali ko kuch nahi kahenge, na kisi Sahabi ko kuch kehte hain.</w:t>
      </w:r>
    </w:p>
    <w:p>
      <w:pPr>
        <w:jc w:val="right"/>
      </w:pPr>
      <w:r>
        <w:t>तो वह जो झगड़े हैं, वह पर्सनल हैं। और एक बार दो सहाबी, एक हजरत मुआविया और हजरत अली में, में कोई हजरत मुआविया से हजरत अली की बुराई बयान करने लगा। तो उन्होंने बिल्कुल उसको चुप करा दिया, खामोश करा दिया कि "देखो, दीन के मामले में यह बात नहीं चलेगी। जो हमारे झगड़े हैं, वह दुनिया के मामले में हैं। दीन के मामले में हम अली को कुछ नहीं कहेंगे, ना किसी सहाबी को कुछ कहते हैं।</w:t>
      </w:r>
    </w:p>
    <w:p>
      <w:r>
        <w:rPr>
          <w:b/>
        </w:rPr>
        <w:t xml:space="preserve">[1:02:48] </w:t>
      </w:r>
      <w:r>
        <w:t>"deen ke maamle mein beinteha sincere yeh log thay. toh justice par itna zyada qaim thay. Hazrat Ali khaleefa, us waqt aap yeh baat samjhiye ke poori aik empire qaim ho chuki thi. bade bade mulk fateh ho chuke thay. uske khaleefa toh Hazrat Ali ka aik baar aisa hua ke zirah gum ho gayi. woh jangi poshak hota hai, toh woh gum gayi, gum ho gayi.</w:t>
      </w:r>
    </w:p>
    <w:p>
      <w:pPr>
        <w:jc w:val="right"/>
      </w:pPr>
      <w:r>
        <w:t>" दीन के मामले में बेइंतहा सिंसियर यह लोग थे। तो जस्टिस पर इतना ज्यादा कायम थे। हजरत अली खलीफा, उस वक्त आप यह बात समझिए कि पूरी एक एंपायर कायम हो चुकी थी। बड़े-बड़े मुल्क फतह हो चुके थे। उसके खलीफा तो हजरत अली का एक बार ऐसा हुआ कि जिरा गुम हो गई। वह जंगी पोशाक होता है, तो वह गुम गई, गुम हो गई।</w:t>
      </w:r>
    </w:p>
    <w:p>
      <w:r>
        <w:rPr>
          <w:b/>
        </w:rPr>
        <w:t xml:space="preserve">[1:03:13] </w:t>
      </w:r>
      <w:r>
        <w:t>toh aik baar woh nikle bahar, toh dekha bazaar mein wahi zirah koi bech raha hai. toh unhone kaha ke "yeh toh meri zirah hai," lekin usne dene se inkaar kar diya. usne kaha, "nahi, yeh meri zirah hai." toh Hazrat Ali aik aik khaleefa hotay hue uske saath gaye ke "chalo, Qazi ke yahan chale. wahi faisla karega." toh Qazi Shur us waqt wahan ke Qazi thay. toh wahan gaye,</w:t>
      </w:r>
    </w:p>
    <w:p>
      <w:pPr>
        <w:jc w:val="right"/>
      </w:pPr>
      <w:r>
        <w:t>तो एक बार वह निकले बाहर, तो देखा बाजार में वही जरा कोई बेच रहा है। तो उन्होंने कहा कि "यह तो मेरी जरा है," लेकिन उसने देने से इंकार कर दिया। उसने कहा, "नहीं, यह मेरी जरा है।" तो हजरत अली एक एक खलीफा होते हुए उसके साथ गए कि "चलो, काजी के यहां चले। वही फैसला करेगा।" तो काजी शुर उस वक्त वहां के काजी थे। तो वहां गए,</w:t>
      </w:r>
    </w:p>
    <w:p>
      <w:r>
        <w:rPr>
          <w:b/>
        </w:rPr>
        <w:t xml:space="preserve">[1:03:39] </w:t>
      </w:r>
      <w:r>
        <w:t>toh wahan bhi usne yahi kaha ke "nahi, yeh Ameerul Momineen jhoot bol rahe hain." Ameerul Momineen Hazrat Umar ke zamane se yeh khaleefa ka title bana tha, "leader of the believers." toh woh kehta hai, "Ameerul Momineen jhoot bol rahe hain," phir bhi Ameerul Momineen gussa nahi hotay ke woh aik aam aadmi aur woh khaleefa. toh Qazi Shur ne kaha ke Hazrat Ali se ke "aap gawah laiye," kyunke do gawah hotay hain, witness jisko kehte hain.</w:t>
      </w:r>
    </w:p>
    <w:p>
      <w:pPr>
        <w:jc w:val="right"/>
      </w:pPr>
      <w:r>
        <w:t>तो वहां भी उसने यही कहा कि "नहीं, यह अमीरुल मोमिनीन झूठ बोल रहे हैं।" अमीरुल मोमिनीन हजरत उमर के जमाने से यह खलीफा का टाइटल बना था, "लीडर ऑफ द बिलीवर्स।" तो वह कहता है, "अमीरुल मोमिनीन झूठ बोल रहे हैं," फिर भी अमीरुल मोमिनीन गुस्सा नहीं होते कि वह एक आम आदमी और वह खलीफा। तो काजी शुर ने कहा कि हजरत अली से कि "आप गवाह लाइए," क्योंकि दो गवाह होते हैं, विटनेस जिसको कहते हैं।</w:t>
      </w:r>
    </w:p>
    <w:p>
      <w:r>
        <w:rPr>
          <w:b/>
        </w:rPr>
        <w:t xml:space="preserve">[1:04:06] </w:t>
      </w:r>
      <w:r>
        <w:t>toh aap ke paas saath mein Hazrat Hasan thay, aap ke bete aur ghulam thay, Qambar. toh Qazi ne kaha, "Hasan ka toh main gawahi qabool nahi kar sakta, kyunke bete ki gawahi baap ke maamle mein woh qabile qabool nahi hai." toh unhone bete ki qurbani. ab unhone kaha ke "Hasan toh jannat mein naujawanon ke sardar hain," tab bhi unhone unki gawahi qabool nahi ki. toh</w:t>
      </w:r>
    </w:p>
    <w:p>
      <w:pPr>
        <w:jc w:val="right"/>
      </w:pPr>
      <w:r>
        <w:t>तो आपके पास साथ में हजरत हसन थे, आपके बेटे और गुलाम थे, कंबर। तो काजी ने कहा, "हसन का तो मैं गवाही कबूल नहीं कर सकता, क्योंकि बेटे की गवाही बाप के मामले में वह काबिले कबूल नहीं है।" तो उन्होंने बेटे की कुर्बानी। अब उन्होंने कहा कि "हसन तो जन्नत में नौजवानों के सरदार हैं," तब भी उन्होंने उनकी गवाही कबूल नहीं की। तो</w:t>
      </w:r>
    </w:p>
    <w:p>
      <w:r>
        <w:rPr>
          <w:b/>
        </w:rPr>
        <w:t xml:space="preserve">[1:04:33] </w:t>
      </w:r>
      <w:r>
        <w:t>Hazrat Ali ne Qazi Shur se kuch nahi kaha ke "aise yeh galat kar rahe hain." aap kuch nahi kaha, na gussa hue, na kuch nahi kiya ke "mere khilaaf aap ne faisla kiya," balkay us faisle ko unhone qabool kar liya. toh ab jab qabool kar liya, toh woh aadmi itna mutasir ho gaya kehne laga ke "itni ajeeb baat hai ke Qazi Ameerul Momineen ke khilaaf faisla kare aur woh usko maan le.</w:t>
      </w:r>
    </w:p>
    <w:p>
      <w:pPr>
        <w:jc w:val="right"/>
      </w:pPr>
      <w:r>
        <w:t>हजरत अली ने काजी शुर से कुछ नहीं कहा कि "ऐसे यह गलत कर रहे हैं।" आप कुछ नहीं कहा, ना गुस्सा हुए, ना कुछ नहीं किया कि "मेरे खिलाफ आपने फैसला किया," बल्कि उस फैसले को उन्होंने कबूल कर लिया। तो अब जब कबूल कर लिया, तो वह आदमी इतना मुतसिर हो गया कहने लगा कि "इतनी अजीब बात है कि काजी अमीरुल मोमिनीन के खिलाफ फैसला करे और वह उसको मान ले।</w:t>
      </w:r>
    </w:p>
    <w:p>
      <w:r>
        <w:rPr>
          <w:b/>
        </w:rPr>
        <w:t xml:space="preserve">[1:04:59] </w:t>
      </w:r>
      <w:r>
        <w:t>" toh woh usi waqt woh Hazrat Ali ka follower ban gaya. aur woh zirah, matlab Hazrat Ali ne conscious ko awake kiya uske aur woh maan gaya. qanoon se woh nahi maan raha tha. toh woh zirah wapas dene laga. toh Hazrat Ali ne kaha, "nahi, zirah apne paas hi rakho. ab woh unka follower ban gaya hai." toh phir usko aur paisa bhi diya, oont bhi diya. usko toh</w:t>
      </w:r>
    </w:p>
    <w:p>
      <w:pPr>
        <w:jc w:val="right"/>
      </w:pPr>
      <w:r>
        <w:t>" तो वह उसी वक्त वह हजरत अली का फॉलोअर बन गया। और वह जिरा, मतलब हजरत अली ने कॉन्शियस को अवेक किया उसके और वह मान गया। कानून से वह नहीं मान रहा था। तो वह जिरा वापस देने लगा। तो हजरत अली ने कहा, "नहीं, जिरा अपने पास ही रखो। अब वह उनका फॉलोअर बन गया है।" तो फिर उसको और पैसा भी दिया, ऊंट भी दिया। उसको तो</w:t>
      </w:r>
    </w:p>
    <w:p>
      <w:r>
        <w:rPr>
          <w:b/>
        </w:rPr>
        <w:t xml:space="preserve">[1:05:22] </w:t>
      </w:r>
      <w:r>
        <w:t>hukmaran jo hain, yeh khaastaur par chaaron khulafa rashid jo thay, woh apne aap ko qanoon se balatar nahi samajhte thay, balkay aik aam aadmi ki tarah woh unka har kaam hota tha. bilkul, woh kabhi bhi unhone apne aap ko superior kisi se nahi samjha. woh koi tanqeed kar deta tha,</w:t>
      </w:r>
    </w:p>
    <w:p>
      <w:pPr>
        <w:jc w:val="right"/>
      </w:pPr>
      <w:r>
        <w:t>हुक्मरान जो हैं, यह खासतौर पर चारों खलीफा राशिद जो थे, वह अपने आप को कानून से बालतर नहीं समझते थे, बल्कि एक आम आदमी की तरह वह उनका हर काम होता था। बिल्कुल, वह कभी भी उन्होंने अपने आप को सुपीरियर किसी से नहीं समझा। वो कोई तनकीद कर देता था,</w:t>
      </w:r>
    </w:p>
    <w:p>
      <w:r>
        <w:rPr>
          <w:b/>
        </w:rPr>
        <w:t xml:space="preserve">[1:05:41] </w:t>
      </w:r>
      <w:r>
        <w:t>koi kuch bhi keh deta tha, toh uska daleel se jawab diya karte thay.</w:t>
      </w:r>
    </w:p>
    <w:p>
      <w:pPr>
        <w:jc w:val="right"/>
      </w:pPr>
      <w:r>
        <w:t>कोई कुछ भी कह देता था, तो उसका दलील से जवाब दिया करते थे।</w:t>
      </w:r>
    </w:p>
    <w:p>
      <w:r>
        <w:rPr>
          <w:b/>
        </w:rPr>
        <w:t xml:space="preserve">[1:05:45] </w:t>
      </w:r>
      <w:r>
        <w:t>toh yeh aik bilkul us zamane ke lihaaz se aik istina, exceptional example thi. kyunke us zamane mein hukmaran toh bilkul, hukmaran toh bilkul touch mein hi nahi tha awam ke. aur kahan ke barabar unke, us us aadmi ke saath woh barabar chal rahe hain, ja rahe hain, Qazi ke yahan, Qazi se apne khilaaf faisla sun rahe hain, usko accept kar rahe hain. toh yeh toh bilkul ab kahani lagega.</w:t>
      </w:r>
    </w:p>
    <w:p>
      <w:pPr>
        <w:jc w:val="right"/>
      </w:pPr>
      <w:r>
        <w:t>तो यह एक बिल्कुल उस जमाने के लिहाज से एक इस्तना, एक्सेप्शनल एग्जांपल थी। क्योंकि उस जमाने में हुक्मरान तो बिल्कुल, हुक्मरान तो बिल्कुल टच में ही नहीं था आवाम के। और कहां के बराबर उनके, उस उस आदमी के साथ वो बराबर चल रहे हैं, जा रहे हैं, काजी के यहां, काजी से अपने खिलाफ फैसला सुन रहे हैं, उसको एक्सेप्ट कर रहे हैं। तो यह तो बिल्कुल अब कहानी लगेगा।</w:t>
      </w:r>
    </w:p>
    <w:p>
      <w:r>
        <w:rPr>
          <w:b/>
        </w:rPr>
        <w:t xml:space="preserve">[1:06:13] </w:t>
      </w:r>
      <w:r>
        <w:t>toh toh Maulana likhte hain ke "afsana, aik yeh afsana tha." afsane mein toh hota hai ke hukmaran jo hai, itna adil hai, yeh woh hai. toh afsane ko asre rasool ne haqeeqi zindagi ka aik waqia bana diya. toh yeh aise behisaab waqia thay. toh is liye main baar baar kehti hoon ke aap log Sahaba ki zindagi ko parhiye aur us se apne liye learning lijiye.</w:t>
      </w:r>
    </w:p>
    <w:p>
      <w:pPr>
        <w:jc w:val="right"/>
      </w:pPr>
      <w:r>
        <w:t>तो तो मौलाना लिखते हैं कि "अफसाना, एक यह अफसाना था।" अफसाने में तो होता है कि हुक्मरान जो है, इतना आदिल है, यह वो है। तो अफसाने को असबे रसूल ने हकीकी जिंदगी का एक वाकया बना दिया। तो यह ऐसे बेहिसाब वाकया थे। तो इसीलिए मैं बार-बार कहती हूं कि आप लोग सहाबा की जिंदगियों को पढ़िए और उससे अपने लिए लर्निंग लीजिए।</w:t>
      </w:r>
    </w:p>
    <w:p>
      <w:r>
        <w:rPr>
          <w:b/>
        </w:rPr>
        <w:t xml:space="preserve">[1:06:42] </w:t>
      </w:r>
      <w:r>
        <w:t>JazakAllah Apa thank you. Today's talk was indeed very inspiring, very enlightening, and I would say that it was very spirited. And I am sure all those people who are watching today's conversation on the companions of the Prophet, they are filled with God consciousness and the jazba to do more and more of dawah work. Thank you Apa. Thank you for watching today's program. We will be back next Sunday 10:30 AM. Thank you.</w:t>
      </w:r>
    </w:p>
    <w:p>
      <w:pPr>
        <w:jc w:val="right"/>
      </w:pPr>
      <w:r>
        <w:t>جزاک اللہ آپا थैंक यू। टुडेज टॉक वाज इनडीड वेरी इंस्पायरिंग, वेरी इनलाइटनिंग, एंड आई वुड से दैट इट वाज वेरी स्पिरिटेड। एंड आई एम श्योर ऑल दोस पीपल हु आर वाचिंग टुडेज कन्वर्सेशन ऑन द कंपनियंस ऑफ द प्रॉफेट, दे आर फिल्ड विद गॉड कॉन्शियस एंड द जज्बा टू डू मोर एंड मोर ऑफ दाओ वर्क। थैंक यू आपा। थैंक यू फॉर वाचिंग टुडेज प्रोग्राम। वी विल बी बैक नेक्स्ट संडे 10:30 एएम। थैंक 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