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(In Conversation with Maulana) 23 11 2008</w:t>
      </w:r>
    </w:p>
    <w:p>
      <w:r>
        <w:t>https://www.youtube.com/watch?v=CyS3i4AlGfs</w:t>
      </w:r>
    </w:p>
    <w:p>
      <w:r>
        <w:rPr>
          <w:b/>
        </w:rPr>
        <w:t xml:space="preserve">[00:11] </w:t>
      </w:r>
      <w:r>
        <w:t>Ah, this question is from Ms. Razia. What is New Gandhism? Can our mission be associated with it?</w:t>
      </w:r>
    </w:p>
    <w:p>
      <w:pPr>
        <w:jc w:val="right"/>
      </w:pPr>
      <w:r>
        <w:t>اہ، دس کوئسچن از فرام مس راضیہ۔ واٹ از نیو گاندھیانزم؟ کین آر مشن بی ایسوسیٹڈ ود اِٹ؟</w:t>
      </w:r>
    </w:p>
    <w:p>
      <w:r>
        <w:rPr>
          <w:b/>
        </w:rPr>
        <w:t xml:space="preserve">[00:25] </w:t>
      </w:r>
      <w:r>
        <w:t>Kal aaye thay Musharraf Siddharth, a types of India ke. Un se main ne baat karte hue kaha ke yeh lafz use kiya tha maine, New Gandhism.</w:t>
      </w:r>
    </w:p>
    <w:p>
      <w:pPr>
        <w:jc w:val="right"/>
      </w:pPr>
      <w:r>
        <w:t>کل آئے تھے مشرف سدھارت، ایک ٹائپس آف انڈیا کے۔ ان سے میں نے بات کرتے ہوئے کہا کہ یہ لفظ یوز کیا تھا میں نے، نیو گاندھی ازم۔</w:t>
      </w:r>
    </w:p>
    <w:p>
      <w:r>
        <w:rPr>
          <w:b/>
        </w:rPr>
        <w:t xml:space="preserve">[00:38] </w:t>
      </w:r>
      <w:r>
        <w:t>To bas main samajhta hoon ke hamara jo mission hai woh New Gandhism hai.</w:t>
      </w:r>
    </w:p>
    <w:p>
      <w:pPr>
        <w:jc w:val="right"/>
      </w:pPr>
      <w:r>
        <w:t>تو بس میں سمجھتا ہوں کہ ہمارا جو مشن ہے وہ نیو گاندھی ازم ہے۔</w:t>
      </w:r>
    </w:p>
    <w:p>
      <w:r>
        <w:rPr>
          <w:b/>
        </w:rPr>
        <w:t xml:space="preserve">[00:45] </w:t>
      </w:r>
      <w:r>
        <w:t>Main ne kai baar Mahatma Gandhi ko dream mein dekha.</w:t>
      </w:r>
    </w:p>
    <w:p>
      <w:pPr>
        <w:jc w:val="right"/>
      </w:pPr>
      <w:r>
        <w:t>میں نے کئی بار مہاتما گاندھی کو ڈریم میں دیکھا۔</w:t>
      </w:r>
    </w:p>
    <w:p>
      <w:r>
        <w:rPr>
          <w:b/>
        </w:rPr>
        <w:t xml:space="preserve">[00:52] </w:t>
      </w:r>
      <w:r>
        <w:t>Main ne ek baar dekha ke main ek road hai, us par walk kar raha hoon, paidal. Phir ek darakht hai, ek peed.</w:t>
      </w:r>
    </w:p>
    <w:p>
      <w:pPr>
        <w:jc w:val="right"/>
      </w:pPr>
      <w:r>
        <w:t>میں نے ایک بار دیکھا کہ میں ایک روڈ ہے، اس پر واک کر رہا ہوں، پیدل۔ پھر ایک درخت ہے، ایک پیڑ۔</w:t>
      </w:r>
    </w:p>
    <w:p>
      <w:r>
        <w:rPr>
          <w:b/>
        </w:rPr>
        <w:t xml:space="preserve">[01:04] </w:t>
      </w:r>
      <w:r>
        <w:t>Us ke neeche Mahatma Gandhi akele baithe hue hain. Ek dum wahi haliya hai jo un ka hota tha. Bohat hi sad.</w:t>
      </w:r>
    </w:p>
    <w:p>
      <w:pPr>
        <w:jc w:val="right"/>
      </w:pPr>
      <w:r>
        <w:t>اس کے نیچے مہاتما گاندھی اکیلے بیٹھے ہوئے ہیں۔ ایک دم وہی حلیہ ہے جو ان کا ہوتا تھا۔ بہت ہی سیڈ۔</w:t>
      </w:r>
    </w:p>
    <w:p>
      <w:r>
        <w:rPr>
          <w:b/>
        </w:rPr>
        <w:t xml:space="preserve">[01:15] </w:t>
      </w:r>
      <w:r>
        <w:t>To main un ke paas jata hoon. To mujh ko ek pin dete hain. Mahatma Gandhi ek pin dete hain.</w:t>
      </w:r>
    </w:p>
    <w:p>
      <w:pPr>
        <w:jc w:val="right"/>
      </w:pPr>
      <w:r>
        <w:t>تو میں ان کے پاس جاتا ہوں۔ تو مجھ کو ایک پن دیتے ہیں۔ مہاتما گاندھی ایک پن دیتے ہیں۔</w:t>
      </w:r>
    </w:p>
    <w:p>
      <w:r>
        <w:rPr>
          <w:b/>
        </w:rPr>
        <w:t xml:space="preserve">[01:25] </w:t>
      </w:r>
      <w:r>
        <w:t>Aur kehte hain ke Maulana sahib, aap jo kar rahe hain us ko karte rahiye.</w:t>
      </w:r>
    </w:p>
    <w:p>
      <w:pPr>
        <w:jc w:val="right"/>
      </w:pPr>
      <w:r>
        <w:t>اور کہتے ہیں کہ مولانا صاحب، آپ جو کر رہے ہیں اس کو کرتے رہیے۔</w:t>
      </w:r>
    </w:p>
    <w:p>
      <w:r>
        <w:rPr>
          <w:b/>
        </w:rPr>
        <w:t xml:space="preserve">[01:36] </w:t>
      </w:r>
      <w:r>
        <w:t>bas itna hi bolay woh ke maulana sahib, aap jo kar rahay hain us ko kartay rahay. aur pin diya unhon nay. to bas mein samajhta hoon ke mein mahatma gandhi ka reincarnation hoon.</w:t>
      </w:r>
    </w:p>
    <w:p>
      <w:pPr>
        <w:jc w:val="right"/>
      </w:pPr>
      <w:r>
        <w:t>بس اتنا ہی بولے وہ کہ مولانا صاحب، آپ جو کر رہے ہیں اس کو کرتے رہیے۔ اور پن دیا انہوں نے۔ تو بس میں سمجھتا ہوں کہ میں مہاتما گاندھی کا ری انکارنیشن ہوں۔</w:t>
      </w:r>
    </w:p>
    <w:p>
      <w:r>
        <w:rPr>
          <w:b/>
        </w:rPr>
        <w:t xml:space="preserve">[01:49] </w:t>
      </w:r>
      <w:r>
        <w:t>ya kam az kam yeh keh sakta hoon ke mahatma gandhi ke ideas jo hain un ka mein embodiment hoon. aap yeh na dainkhay ke mera term of reference kya hota hai.</w:t>
      </w:r>
    </w:p>
    <w:p>
      <w:pPr>
        <w:jc w:val="right"/>
      </w:pPr>
      <w:r>
        <w:t>یا کم از کم یہ کہہ سکتا ہوں کہ مہاتما گاندھی کے آئیڈیاز جو ہیں ان کا میں ایمبارڈیمنٹ ہوں۔ آپ یہ نہ دیکھیں کہ میرا ٹرم آف ریفرنس کیا ہوتا ہے۔</w:t>
      </w:r>
    </w:p>
    <w:p>
      <w:r>
        <w:rPr>
          <w:b/>
        </w:rPr>
        <w:t xml:space="preserve">[01:59] </w:t>
      </w:r>
      <w:r>
        <w:t>matlab mahatma gandhi ka term of reference geeta hota tha. agar mera term of reference quran hai to us mein bharkiyay nahin aap. kaha mahatma gandhi khud kehtay thay ke ram rahim aik hai.</w:t>
      </w:r>
    </w:p>
    <w:p>
      <w:pPr>
        <w:jc w:val="right"/>
      </w:pPr>
      <w:r>
        <w:t>مطلب مہاتما گاندھی کا ٹرم آف ریفرنس گیتا ہوتا تھا۔ اگر میرا ٹرم آف ریفرنس قرآن ہے تو اس میں بھڑکیے نہیں آپ۔ کہا مہاتما گاندھی خود کہتے تھے کہ رام رحیم ایک ہے۔</w:t>
      </w:r>
    </w:p>
    <w:p>
      <w:r>
        <w:rPr>
          <w:b/>
        </w:rPr>
        <w:t xml:space="preserve">[02:12] </w:t>
      </w:r>
      <w:r>
        <w:t>mahatma gandhi ke haan gaaya jaata tha gaana, baqayda. daily. ram rahim aik hai. to jo cheez unhein jo boltay thay woh geeta ke reference mein, usi ko agar boloon quran ke reference mein to baat aik hi hui, do nahin hui.</w:t>
      </w:r>
    </w:p>
    <w:p>
      <w:pPr>
        <w:jc w:val="right"/>
      </w:pPr>
      <w:r>
        <w:t>مہاتما گاندھی کے ہاں گایا جاتا تھا گانا، باقاعدہ۔ ڈیلی۔ رام رحیم ایک ہے۔ تو جو چیز انہیں جو بولتے تھے وہ گیتا کے ریفرنس میں، اسی کو اگر بولوں قرآن کے ریفرنس میں تو بات ایک ہی ہوئی، دو نہیں ہوئی۔</w:t>
      </w:r>
    </w:p>
    <w:p>
      <w:r>
        <w:rPr>
          <w:b/>
        </w:rPr>
        <w:t xml:space="preserve">[02:31] </w:t>
      </w:r>
      <w:r>
        <w:t>to mein to baharhal yeh samajhta hoon ke mein mahatma gandhi ke ideas ka embodiment hoon. aur waqia hai ke is waqt india mein agar koi mahatma gandhi ko represent kar raha hai to mein akela hoon.</w:t>
      </w:r>
    </w:p>
    <w:p>
      <w:pPr>
        <w:jc w:val="right"/>
      </w:pPr>
      <w:r>
        <w:t>تو میں تو بہرحال یہ سمجھتا ہوں کہ میں مہاتما گاندھی کے آئیڈیاز کا ایمبارڈیمنٹ ہوں۔ اور واقعہ ہے کہ اس وقت انڈیا میں اگر کوئی مہاتما گاندھی کو ریپریزنٹ کر رہا ہے تو میں اکیلا ہوں۔</w:t>
      </w:r>
    </w:p>
    <w:p>
      <w:r>
        <w:rPr>
          <w:b/>
        </w:rPr>
        <w:t xml:space="preserve">[02:44] </w:t>
      </w:r>
      <w:r>
        <w:t>koi doosra aadmi nahin hai. dainkhay mahatma gandhi ke jo saathi thay woh un ke successor nahin ban sakay.</w:t>
      </w:r>
    </w:p>
    <w:p>
      <w:pPr>
        <w:jc w:val="right"/>
      </w:pPr>
      <w:r>
        <w:t>کوئی دوسرا آدمی نہیں ہے۔ دیکھیں مہاتما گاندھی کے جو ساتھی تھے وہ ان کے سکسیسر نہیں بن سکے۔</w:t>
      </w:r>
    </w:p>
    <w:p>
      <w:r>
        <w:rPr>
          <w:b/>
        </w:rPr>
        <w:t xml:space="preserve">[02:53] </w:t>
      </w:r>
      <w:r>
        <w:t>sab ke sab un ke revolution ke political beneficiary thay. yani un ka jo revolution aaya us se political faiday uthaye logon nay.</w:t>
      </w:r>
    </w:p>
    <w:p>
      <w:pPr>
        <w:jc w:val="right"/>
      </w:pPr>
      <w:r>
        <w:t>سب کے سب ان کے ریولوشن کے پولیٹیکل بینیفیشری تھے۔ یعنی ان کا جو ریولوشن آیا اس سے پولیٹیکل فائدے اٹھائے لوگوں نے۔</w:t>
      </w:r>
    </w:p>
    <w:p>
      <w:r>
        <w:rPr>
          <w:b/>
        </w:rPr>
        <w:t xml:space="preserve">[03:03] </w:t>
      </w:r>
      <w:r>
        <w:t>mein nay koi faida nahin uthaya. mein bhi aik freedom fighter hoon. mein bhi bohat se faiday lay sakta tha. mujhe offer bhi kai diye gaye. koi faida mein nay nahin liya.</w:t>
      </w:r>
    </w:p>
    <w:p>
      <w:pPr>
        <w:jc w:val="right"/>
      </w:pPr>
      <w:r>
        <w:t>میں نے کوئی فائدہ نہیں اٹھایا۔ میں بھی ایک فریڈم فائٹر ہوں۔ میں بھی بہت سے فائدے لے سکتا تھا۔ مجھے آفر بھی کئی دیئے گئے۔ کوئی فائدہ میں نے نہیں لیا۔</w:t>
      </w:r>
    </w:p>
    <w:p>
      <w:r>
        <w:rPr>
          <w:b/>
        </w:rPr>
        <w:t xml:space="preserve">[03:14] </w:t>
      </w:r>
      <w:r>
        <w:t>to mein apnay aap ko mahatma gandhi ka true successor manta hoon. is se koi na bharkaye ke woh agar geeta ka reference detay thay aur mein quran ka reference deta hoon to yeh to yeh to khud woh kehtay thay ke ram rahim aik hai.</w:t>
      </w:r>
    </w:p>
    <w:p>
      <w:pPr>
        <w:jc w:val="right"/>
      </w:pPr>
      <w:r>
        <w:t>تو میں اپنے آپ کو مہاتما گاندھی کا ٹرو سکسیسر مانتا ہوں۔ اس سے کوئی نہ بھڑکائے کہ وہ اگر گیتا کا ریفرنس دیتے تھے اور میں قرآن کا ریفرنس دیتا ہوں تو یہ تو یہ تو خود وہ کہتے تھے کہ رام رحیم ایک ہے۔</w:t>
      </w:r>
    </w:p>
    <w:p>
      <w:r>
        <w:rPr>
          <w:b/>
        </w:rPr>
        <w:t xml:space="preserve">[03:30] </w:t>
      </w:r>
      <w:r>
        <w:t>is ko lay kar koi koi bharkna nahin chahiye kisi ko. aur waqia yeh hai ke mahatma gandhi ke mission ko mein revive kar raha hoon. yeh mein nay musharraf siddharth se kaha.</w:t>
      </w:r>
    </w:p>
    <w:p>
      <w:pPr>
        <w:jc w:val="right"/>
      </w:pPr>
      <w:r>
        <w:t>اس کو لے کر کوئی کوئی بھڑکنا نہیں چاہیے کسی کو۔ اور واقعہ یہ ہے کہ مہاتما گاندھی کے مشن کو میں ریوائیو کر رہا ہوں۔ یہ میں نے مشرف سدھارت سے کہا۔</w:t>
      </w:r>
    </w:p>
    <w:p>
      <w:r>
        <w:rPr>
          <w:b/>
        </w:rPr>
        <w:t xml:space="preserve">[03:41] </w:t>
      </w:r>
      <w:r>
        <w:t>aur yahan tak mein samajhta hoon ke unhon nay maana is cheez ko. is ke wazan ko, is ke weight ko unhon nay tasleem kiya.</w:t>
      </w:r>
    </w:p>
    <w:p>
      <w:pPr>
        <w:jc w:val="right"/>
      </w:pPr>
      <w:r>
        <w:t>اور یہاں تک میں سمجھتا ہوں کہ انہوں نے مانا اس چیز کو۔ اس کے وزن کو، اس کے ویٹ کو انہوں نے تسلیم کیا۔</w:t>
      </w:r>
    </w:p>
    <w:p>
      <w:r>
        <w:rPr>
          <w:b/>
        </w:rPr>
        <w:t xml:space="preserve">[03:49] </w:t>
      </w:r>
      <w:r>
        <w:t>to new gandhi-ism jo hai woh naam hai guardian philosophy ka naye situation mein application.</w:t>
      </w:r>
    </w:p>
    <w:p>
      <w:pPr>
        <w:jc w:val="right"/>
      </w:pPr>
      <w:r>
        <w:t>تو نیو گاندھی ازم جو ہے وہ نام ہے گارڈین فلاسفی کا نئے سچویشن میں ری ایپلیکیشن۔</w:t>
      </w:r>
    </w:p>
    <w:p>
      <w:r>
        <w:rPr>
          <w:b/>
        </w:rPr>
        <w:t xml:space="preserve">[03:59] </w:t>
      </w:r>
      <w:r>
        <w:t>woh mein kar raha hoon khuda ke fazal se.</w:t>
      </w:r>
    </w:p>
    <w:p>
      <w:pPr>
        <w:jc w:val="right"/>
      </w:pPr>
      <w:r>
        <w:t>وہ میں کر رہا ہوں خدا کے فضل سے۔</w:t>
      </w:r>
    </w:p>
    <w:p>
      <w:r>
        <w:rPr>
          <w:b/>
        </w:rPr>
        <w:t xml:space="preserve">[04:05] </w:t>
      </w:r>
      <w:r>
        <w:t>logon ka mamla hai ke kuch kuch oopri cheezon ko lay kar bharktay hain. gehrai gehrai mein ja kar nahin dainkhtay. gehrai mein ja kar nahin dainkhtay.</w:t>
      </w:r>
    </w:p>
    <w:p>
      <w:pPr>
        <w:jc w:val="right"/>
      </w:pPr>
      <w:r>
        <w:t>لوگوں کا معاملہ ہے کہ کچھ کچھ اوپری چیزوں کو لے کر بھڑکتے ہیں۔ گہرے گہرے گہرائی میں جا کر نہیں دیکھتے۔ گہرائی میں جا کر نہیں دیکھتے۔</w:t>
      </w:r>
    </w:p>
    <w:p>
      <w:r>
        <w:rPr>
          <w:b/>
        </w:rPr>
        <w:t xml:space="preserve">[04:16] </w:t>
      </w:r>
      <w:r>
        <w:t>gehrai mein ja kar aap dainkhay to lagay ke waqai yeh aadmi revive kar raha hai guardian philosophy ko. inshallah mein is par aik aik poora aik lecture inshallah hum rakhein gay india international center mein.</w:t>
      </w:r>
    </w:p>
    <w:p>
      <w:pPr>
        <w:jc w:val="right"/>
      </w:pPr>
      <w:r>
        <w:t>گہرائی میں جا کر آپ دیکھیں تو لگے کہ واقعی یہ آدمی ریوائیو کر رہا ہے گارڈین فلاسفی کو۔ انشاءاللہ میں اس پر ایک ایک پورا ایک لیکچر انشاءاللہ ہم رکھیں گے انڈیا انٹرنیشنل سینٹر میں۔</w:t>
      </w:r>
    </w:p>
    <w:p>
      <w:r>
        <w:rPr>
          <w:b/>
        </w:rPr>
        <w:t xml:space="preserve">[04:29] </w:t>
      </w:r>
      <w:r>
        <w:t>isi par. what is new gandhi-ism. to us mein aap sun sakain gay poori baat.</w:t>
      </w:r>
    </w:p>
    <w:p>
      <w:pPr>
        <w:jc w:val="right"/>
      </w:pPr>
      <w:r>
        <w:t>اسی پر۔ واٹ از نیو گاندھی ازم۔ تو اس میں آپ سن سکیں گے پوری بات۔</w:t>
      </w:r>
    </w:p>
    <w:p>
      <w:r>
        <w:rPr>
          <w:b/>
        </w:rPr>
        <w:t xml:space="preserve">[04:38] </w:t>
      </w:r>
      <w:r>
        <w:t>this question is from mr. adin chandra roy. is there any conflict between teachings of quran and hadith?</w:t>
      </w:r>
    </w:p>
    <w:p>
      <w:pPr>
        <w:jc w:val="right"/>
      </w:pPr>
      <w:r>
        <w:t>دس کوئسچن از فرام مسٹر ادین چندرا روئے۔ از دیر اینی کانفلکٹ بٹوین ٹیچنگز آف قرآن اینڈ حدیث؟</w:t>
      </w:r>
    </w:p>
    <w:p>
      <w:r>
        <w:rPr>
          <w:b/>
        </w:rPr>
        <w:t xml:space="preserve">[04:50] </w:t>
      </w:r>
      <w:r>
        <w:t>secondly, since the prophet was only a messenger and no divine being, why should hadith be an example to be followed?</w:t>
      </w:r>
    </w:p>
    <w:p>
      <w:pPr>
        <w:jc w:val="right"/>
      </w:pPr>
      <w:r>
        <w:t>سیکنڈلی، سنس دا پرافٹ واز اونلی ا میسنجر اینڈ نو ڈیوائن بینگ، وائی شوڈ حدیث بی این ایگزیمپل ٹو بی فالوڈ؟</w:t>
      </w:r>
    </w:p>
    <w:p>
      <w:r>
        <w:rPr>
          <w:b/>
        </w:rPr>
        <w:t xml:space="preserve">[05:03] </w:t>
      </w:r>
      <w:r>
        <w:t>mera khayal hai yeh question bohat hi healthy question hai. aur mein is se bari had tak agree karta hoon.</w:t>
      </w:r>
    </w:p>
    <w:p>
      <w:pPr>
        <w:jc w:val="right"/>
      </w:pPr>
      <w:r>
        <w:t>میرا خیال ہے یہ کوئسچن بہت ہی ہیلدی کوئسچن ہے۔ اور میں اس سے بڑی حد تک ایگری کرتا ہوں۔</w:t>
      </w:r>
    </w:p>
    <w:p>
      <w:r>
        <w:rPr>
          <w:b/>
        </w:rPr>
        <w:t xml:space="preserve">[05:17] </w:t>
      </w:r>
      <w:r>
        <w:t>thoda sa mein is ko explain karoon ga. woh aap samajh leejiyay. dainkhay quran aur hadith jo hai. quran o hadith jo hai woh yani</w:t>
      </w:r>
    </w:p>
    <w:p>
      <w:pPr>
        <w:jc w:val="right"/>
      </w:pPr>
      <w:r>
        <w:t>تھوڑا سا میں اس کو ایکسپلین کروں گا۔ وہ آپ سمجھ لیجیے۔ دیکھیں قرآن اور حدیث جو ہے۔ قرآن و حدیث جو ہے وہ یعنی</w:t>
      </w:r>
    </w:p>
    <w:p>
      <w:r>
        <w:rPr>
          <w:b/>
        </w:rPr>
        <w:t xml:space="preserve">[05:33] </w:t>
      </w:r>
      <w:r>
        <w:t>jo jo difference maana jaata hai yani clergy jo difference maanti hai. orthodoxy jo difference maanti hai. woh yeh hai ke quran jo hai woh wohi wohi language mein preserve hai jo us language mein woh aaya tha.</w:t>
      </w:r>
    </w:p>
    <w:p>
      <w:pPr>
        <w:jc w:val="right"/>
      </w:pPr>
      <w:r>
        <w:t>جو جو ڈیفرنس مانا جاتا ہے یعنی کلرجی جو ڈیفرنس مانتی ہے۔ آرتھوڈوکسی جو ڈیفرنس مانتی ہے۔ وہ یہ ہے کہ قرآن جو ہے وہ وہی وہی لینگویج میں پریزرو ہے جو اس لینگویج میں وہ آیا تھا۔</w:t>
      </w:r>
    </w:p>
    <w:p>
      <w:r>
        <w:rPr>
          <w:b/>
        </w:rPr>
        <w:t xml:space="preserve">[05:50] </w:t>
      </w:r>
      <w:r>
        <w:t>angel ke zariye se. aur hadith jo hai woh rasool allah ki apni zuban mein hai. apni language mein hai. aur jo agar koi aadmi arabic language jaanta ho, achi.</w:t>
      </w:r>
    </w:p>
    <w:p>
      <w:pPr>
        <w:jc w:val="right"/>
      </w:pPr>
      <w:r>
        <w:t>اینجل کے ذریعے سے۔ اور حدیث جو ہے وہ رسول اللہ کی اپنی زبان میں ہے۔ اپنی لینگویج میں ہے۔ اور جو اگر کوئی آدمی عربک لینگویج جانتا ہو، اچھی۔</w:t>
      </w:r>
    </w:p>
    <w:p>
      <w:r>
        <w:rPr>
          <w:b/>
        </w:rPr>
        <w:t xml:space="preserve">[06:05] </w:t>
      </w:r>
      <w:r>
        <w:t>to bohat aasani se samajh sakta hai is baat ko. kyunkay jab aap quran ko parhtay hain aur hadith ko parhtay hain. to bohat hi clear tor par dono ki language alag alag hoti hai.</w:t>
      </w:r>
    </w:p>
    <w:p>
      <w:pPr>
        <w:jc w:val="right"/>
      </w:pPr>
      <w:r>
        <w:t>تو بہت آسانی سے سمجھ سکتا ہے اس بات کو۔ کیونکہ جب آپ قرآن کو پڑھتے ہیں اور حدیث کو پڑھتے ہیں۔ تو بہت ہی کلیئر طور پر دونوں کی لینگویج الگ الگ ہوتی ہے۔</w:t>
      </w:r>
    </w:p>
    <w:p>
      <w:r>
        <w:rPr>
          <w:b/>
        </w:rPr>
        <w:t xml:space="preserve">[06:15] </w:t>
      </w:r>
      <w:r>
        <w:t>aik dam clear tor par. yeh koi nahin keh sakta ke dono aik hi insan ka kalam hai. quran ki language aik dam alag hai.</w:t>
      </w:r>
    </w:p>
    <w:p>
      <w:pPr>
        <w:jc w:val="right"/>
      </w:pPr>
      <w:r>
        <w:t>ایک دم کلیئر طور پر۔ یہ کوئی نہیں کہہ سکتا کہ دونوں ایک ہی انسان کا کلام ہے۔ قرآن کی لینگویج ایک دم الگ ہے۔</w:t>
      </w:r>
    </w:p>
    <w:p>
      <w:r>
        <w:rPr>
          <w:b/>
        </w:rPr>
        <w:t xml:space="preserve">[06:26] </w:t>
      </w:r>
      <w:r>
        <w:t>aur hadith ki language bilkul alag hai. apnay style ke aitbar se. style ke aitbar se. to yeh aik haqeeqat hai ke quran jo hai woh preserve hai unhi shabdon mein jin shabdon mein utra tha woh.</w:t>
      </w:r>
    </w:p>
    <w:p>
      <w:pPr>
        <w:jc w:val="right"/>
      </w:pPr>
      <w:r>
        <w:t>اور حدیث کی لینگویج بالکل الگ ہے۔ اپنے اسٹائل کے اعتبار سے۔ اسٹائل کے اعتبار سے۔ تو یہ ایک حقیقت ہے کہ قرآن جو ہے وہ پریزرو ہے انہی शब्दوں میں جن शब्दوں میں اترا تھا وہ۔</w:t>
      </w:r>
    </w:p>
    <w:p>
      <w:r>
        <w:rPr>
          <w:b/>
        </w:rPr>
        <w:t xml:space="preserve">[06:43] </w:t>
      </w:r>
      <w:r>
        <w:t>aur hadith jo hai woh is tarah se preserve nahi hai. meaning mein toh preserve hai woh. lekin iske shabdon mein bahal farq aaya hai baat ko.</w:t>
      </w:r>
    </w:p>
    <w:p>
      <w:pPr>
        <w:jc w:val="right"/>
      </w:pPr>
      <w:r>
        <w:t>اور حدیث جو ہے وہ اس طرح سے پریزرو نہیں ہے۔ میننگ میں تو پریزرو ہے وہ۔ لیکن اس کے शब्दوں میں بہرحال فرق آیا ہے بات کو۔</w:t>
      </w:r>
    </w:p>
    <w:p>
      <w:r>
        <w:rPr>
          <w:b/>
        </w:rPr>
        <w:t xml:space="preserve">[06:52] </w:t>
      </w:r>
      <w:r>
        <w:t>is wajah se iska darja secondary hai. primary darja quran ka hai. lekin quran quran mein sari baat nahi hai.</w:t>
      </w:r>
    </w:p>
    <w:p>
      <w:pPr>
        <w:jc w:val="right"/>
      </w:pPr>
      <w:r>
        <w:t>اس وجہ سے اس کا درجہ سیکنڈری ہے۔ پرائمری درجہ قرآن کا ہے۔ لیکن قرآن قرآن میں ساری بات نہیں ہے۔</w:t>
      </w:r>
    </w:p>
    <w:p>
      <w:r>
        <w:rPr>
          <w:b/>
        </w:rPr>
        <w:t xml:space="preserve">[07:05] </w:t>
      </w:r>
      <w:r>
        <w:t>quran mein dekhein basics hain basics. aur bahut sari detail jo hai woh quran mein nahi hai. toh hadith ko hamein dekhna padta hai. yeh hai dono mein farq.</w:t>
      </w:r>
    </w:p>
    <w:p>
      <w:pPr>
        <w:jc w:val="right"/>
      </w:pPr>
      <w:r>
        <w:t>قرآن میں دیکھیں بیسکس ہیں بیسکس۔ اور بہت ساری ڈیٹیل جو ہے وہ قرآن میں نہیں ہے۔ تو حدیث کو ہمیں دیکھنا پڑتا ہے۔ یہ ہے دونوں میں فرق۔</w:t>
      </w:r>
    </w:p>
    <w:p>
      <w:r>
        <w:rPr>
          <w:b/>
        </w:rPr>
        <w:t xml:space="preserve">[07:18] </w:t>
      </w:r>
      <w:r>
        <w:t>aur ek question kiya tha?</w:t>
      </w:r>
    </w:p>
    <w:p>
      <w:pPr>
        <w:jc w:val="right"/>
      </w:pPr>
      <w:r>
        <w:t>اور ایک کوئسچن کیا تھا؟</w:t>
      </w:r>
    </w:p>
    <w:p>
      <w:r>
        <w:rPr>
          <w:b/>
        </w:rPr>
        <w:t xml:space="preserve">[07:21] </w:t>
      </w:r>
      <w:r>
        <w:t>ah is there any conflict between teachings of quran and hadith? and since the prophet was only a messenger and no divine being, why should hadith be an example to be followed?</w:t>
      </w:r>
    </w:p>
    <w:p>
      <w:pPr>
        <w:jc w:val="right"/>
      </w:pPr>
      <w:r>
        <w:t>اہ از دیر اینی کانفلکٹ بٹوین ٹیچنگز آف قرآن اینڈ حدیث؟ اینڈ سنس دا پرافٹ واز اونلی ا میسنجر اینڈ نو ڈیوائن بینگ، وائی شوڈ حدیث بی این ایگزیمپل ٹو بی فالوڈ؟</w:t>
      </w:r>
    </w:p>
    <w:p>
      <w:r>
        <w:rPr>
          <w:b/>
        </w:rPr>
        <w:t xml:space="preserve">[07:32] </w:t>
      </w:r>
      <w:r>
        <w:t>yeh aap ne bilkul sahi kaha ke prophet messenger thay. messenger of god. woh divine being nahi thay. bilkul nahi.</w:t>
      </w:r>
    </w:p>
    <w:p>
      <w:pPr>
        <w:jc w:val="right"/>
      </w:pPr>
      <w:r>
        <w:t>یہ آپ نے بالکل صحیح کہا کہ پرافٹ میسنجر تھے۔ میسنجر آف گاڈ۔ وہ ڈیوائن بینگ نہیں تھے۔ بالکل نہیں۔</w:t>
      </w:r>
    </w:p>
    <w:p>
      <w:r>
        <w:rPr>
          <w:b/>
        </w:rPr>
        <w:t xml:space="preserve">[07:42] </w:t>
      </w:r>
      <w:r>
        <w:t>koi agar manta ho toh galat manta hai woh. woh insan thay. hal kuntu illa basharun rasoolan. insan thay aur messenger thay bas.</w:t>
      </w:r>
    </w:p>
    <w:p>
      <w:pPr>
        <w:jc w:val="right"/>
      </w:pPr>
      <w:r>
        <w:t>کوئی اگر مانتا ہو تو غلط مانتا ہے وہ۔ وہ انسان تھے۔ ہل کنت الا بشر رسولہ۔ انسان تھے اور میسنجر تھے بس۔</w:t>
      </w:r>
    </w:p>
    <w:p>
      <w:r>
        <w:rPr>
          <w:b/>
        </w:rPr>
        <w:t xml:space="preserve">[07:53] </w:t>
      </w:r>
      <w:r>
        <w:t>toh is wajah se</w:t>
      </w:r>
    </w:p>
    <w:p>
      <w:pPr>
        <w:jc w:val="right"/>
      </w:pPr>
      <w:r>
        <w:t>تو اس وجہ سے</w:t>
      </w:r>
    </w:p>
    <w:p>
      <w:r>
        <w:rPr>
          <w:b/>
        </w:rPr>
        <w:t xml:space="preserve">[07:56] </w:t>
      </w:r>
      <w:r>
        <w:t>mein samajhta hoon ke jo scholars hain woh yeh nahi mante hain ke dono ka darja ek hai. isko secondary batate hain.</w:t>
      </w:r>
    </w:p>
    <w:p>
      <w:pPr>
        <w:jc w:val="right"/>
      </w:pPr>
      <w:r>
        <w:t>میں سمجھتا ہوں کہ جو اسکالرز ہیں وہ یہ نہیں مانتے ہیں کہ دونوں کا درجہ ایک ہے۔ اس کو سیکنڈری بتاتے ہیں۔</w:t>
      </w:r>
    </w:p>
    <w:p>
      <w:r>
        <w:rPr>
          <w:b/>
        </w:rPr>
        <w:t xml:space="preserve">[08:06] </w:t>
      </w:r>
      <w:r>
        <w:t>yani quran ko primary batate hain aur isko secondary batate hain. yani jo cheez quran se na nikle aur hadith se nikle toh usko nahi mana jayega. usko nahi mana jayega.</w:t>
      </w:r>
    </w:p>
    <w:p>
      <w:pPr>
        <w:jc w:val="right"/>
      </w:pPr>
      <w:r>
        <w:t>یعنی قرآن کو پرائمری بتاتے ہیں اور اس کو سیکنڈری بتاتے ہیں۔ یعنی جو چیز قرآن سے نہ نکلے اور حدیث سے نکلے تو اس کو نہیں مانا جائے گا۔ اس کو نہیں مانا جائے گا۔</w:t>
      </w:r>
    </w:p>
    <w:p>
      <w:r>
        <w:rPr>
          <w:b/>
        </w:rPr>
        <w:t xml:space="preserve">[08:17] </w:t>
      </w:r>
      <w:r>
        <w:t>jise mein ek misaal ek example deta hoon aap ko. ke kuch log ek hadith sunate hain. mein ne dekhi woh fabricated hai.</w:t>
      </w:r>
    </w:p>
    <w:p>
      <w:pPr>
        <w:jc w:val="right"/>
      </w:pPr>
      <w:r>
        <w:t>جسے میں ایک مثال ایک ایگزامپل دیتا ہوں آپ کو۔ کہ کچھ لوگ ایک حدیث سناتے ہیں۔ میں نے دیکھی وہ فیبریکیٹڈ ہے۔</w:t>
      </w:r>
    </w:p>
    <w:p>
      <w:r>
        <w:rPr>
          <w:b/>
        </w:rPr>
        <w:t xml:space="preserve">[08:27] </w:t>
      </w:r>
      <w:r>
        <w:t>ke as-salihu lil-lahu wat-talu hu li.</w:t>
      </w:r>
    </w:p>
    <w:p>
      <w:pPr>
        <w:jc w:val="right"/>
      </w:pPr>
      <w:r>
        <w:t>کہ الصالح للہ والطالح لی۔</w:t>
      </w:r>
    </w:p>
    <w:p>
      <w:r>
        <w:rPr>
          <w:b/>
        </w:rPr>
        <w:t xml:space="preserve">[08:34] </w:t>
      </w:r>
      <w:r>
        <w:t>yani bure log jo hain unka ab mein salvation ka zimmedar hoon. achhe log jo hain unko khuda salvation dega. bilkul ek bilkul hi absurd baat hai yeh.</w:t>
      </w:r>
    </w:p>
    <w:p>
      <w:pPr>
        <w:jc w:val="right"/>
      </w:pPr>
      <w:r>
        <w:t>یعنی برے لوگ جو ہیں ان کا اب میں سالویشن کا ذمہ دار ہوں۔ اچھے لوگ جو ہیں ان کو خدا سالویشن دے گا۔ بالکل ایک بالکل ہی ایبسورڈ بات ہے یہ۔</w:t>
      </w:r>
    </w:p>
    <w:p>
      <w:r>
        <w:rPr>
          <w:b/>
        </w:rPr>
        <w:t xml:space="preserve">[08:44] </w:t>
      </w:r>
      <w:r>
        <w:t>iska na hadith se koi taluq hai na na quran se koi taluq hai. toh hum mein yeh kahunga ke jo achhe scholars hain woh yeh mante hain ke hamesha judge kiya jayega quran se.</w:t>
      </w:r>
    </w:p>
    <w:p>
      <w:pPr>
        <w:jc w:val="right"/>
      </w:pPr>
      <w:r>
        <w:t>اس کا نہ حدیث سے کوئی تعلق ہے نہ نہ قرآن سے کوئی تعلق ہے۔ تو ہم میں یہ کہوں گا کہ جو اچھے اسکالرز ہیں وہ یہ مانتے ہیں کہ ہمیشہ جج کیا جائے قرآن سے۔</w:t>
      </w:r>
    </w:p>
    <w:p>
      <w:r>
        <w:rPr>
          <w:b/>
        </w:rPr>
        <w:t xml:space="preserve">[08:58] </w:t>
      </w:r>
      <w:r>
        <w:t>dono ko ekal darja nahi diya jayega. quran se judge kiya jayega. agar quran par poora utrega tabhi hum manenge ke yeh yeh sahi hai.</w:t>
      </w:r>
    </w:p>
    <w:p>
      <w:pPr>
        <w:jc w:val="right"/>
      </w:pPr>
      <w:r>
        <w:t>دونوں کو ایکول درجہ نہیں دیا جائے گا۔ قرآن سے جج کیا جائے گا۔ اگر قرآن پر پورا اترے گا تبھی ہم مانیں گے کہ یہ یہ صحیح ہے۔</w:t>
      </w:r>
    </w:p>
    <w:p>
      <w:r>
        <w:rPr>
          <w:b/>
        </w:rPr>
        <w:t xml:space="preserve">[09:09] </w:t>
      </w:r>
      <w:r>
        <w:t>nahi toh usko discard kar denge. toh aap ka question jo hai mein samajhta hoon ke koi theek question hai aap ka. aur mein isko sirf mein ne isko thoda sa explain kiya hai aap ke question ko.</w:t>
      </w:r>
    </w:p>
    <w:p>
      <w:pPr>
        <w:jc w:val="right"/>
      </w:pPr>
      <w:r>
        <w:t>نہیں تو اس کو ڈسکارڈ کر دیں گے۔ تو آپ کا کوئسچن جو ہے میں سمجھتا ہوں کہ کوئی ٹھیک کوئسچن ہے آپ کا۔ اور میں اس کو صرف میں نے اس کو تھوڑا سا ایکسپلین کیا ہے آپ کے کوئسچن کو۔</w:t>
      </w:r>
    </w:p>
    <w:p>
      <w:r>
        <w:rPr>
          <w:b/>
        </w:rPr>
        <w:t xml:space="preserve">[09:23] </w:t>
      </w:r>
      <w:r>
        <w:t>this question is from doctor farida khanum. what was mahatma gandhi's mission which you want to revive? kindly comment.</w:t>
      </w:r>
    </w:p>
    <w:p>
      <w:pPr>
        <w:jc w:val="right"/>
      </w:pPr>
      <w:r>
        <w:t>دس کوئسچن از فرام ڈاکٹر فریدہ خانم۔ واٹ واز مہاتما گاندھی از مشن وچ یو وانٹ ٹو ریوائیو؟ کائنڈلی کمنٹ۔</w:t>
      </w:r>
    </w:p>
    <w:p>
      <w:r>
        <w:rPr>
          <w:b/>
        </w:rPr>
        <w:t xml:space="preserve">[09:32] </w:t>
      </w:r>
      <w:r>
        <w:t>yeh spiritual mission tha mahatma gandhi ka. mein jitna samjha hoon mahatma gandhi ko. mere paas sari books hain unki.</w:t>
      </w:r>
    </w:p>
    <w:p>
      <w:pPr>
        <w:jc w:val="right"/>
      </w:pPr>
      <w:r>
        <w:t>یہ سپریچول مشن تھا مہاتما گاندھی کا۔ میں جتنا سمجھا ہوں مہاتما گاندھی کو۔ میرے پاس ساری بکس ہیں ان کی۔</w:t>
      </w:r>
    </w:p>
    <w:p>
      <w:r>
        <w:rPr>
          <w:b/>
        </w:rPr>
        <w:t xml:space="preserve">[09:45] </w:t>
      </w:r>
      <w:r>
        <w:t>woh spiritual revolution lana chahte thay. spiritual revolution yani insan ke andar jo ek aur faculty hai jisko hum spirituality kehte hain.</w:t>
      </w:r>
    </w:p>
    <w:p>
      <w:pPr>
        <w:jc w:val="right"/>
      </w:pPr>
      <w:r>
        <w:t>وہ سپریچول ریولوشن لانا چاہتے تھے۔ سپریچول ریولوشن یعنی انسان کے اندر جو ایک اور فیکلٹی ہے جس کو ہم سپریچولٹی کہتے ہیں۔</w:t>
      </w:r>
    </w:p>
    <w:p>
      <w:r>
        <w:rPr>
          <w:b/>
        </w:rPr>
        <w:t xml:space="preserve">[09:57] </w:t>
      </w:r>
      <w:r>
        <w:t>isko zinda karna. lekin unka soch yeh thi ke jab tak british rule yahan par hai toh hum woh kaam kar nahi payenge. toh iske liye poora zor diya unhone british rule ko hatane mein.</w:t>
      </w:r>
    </w:p>
    <w:p>
      <w:pPr>
        <w:jc w:val="right"/>
      </w:pPr>
      <w:r>
        <w:t>اس کو زندہ کرنا۔ لیکن ان کا سوچ یہ تھی کہ جب تک برٹش رول یہاں پر ہے تو ہم وہ کام کر نہیں پائیں گے۔ تو اس کے لیے پورا زور دیا انہوں نے برٹش رول کو ہٹانے میں۔</w:t>
      </w:r>
    </w:p>
    <w:p>
      <w:r>
        <w:rPr>
          <w:b/>
        </w:rPr>
        <w:t xml:space="preserve">[10:10] </w:t>
      </w:r>
      <w:r>
        <w:t>lekin mein ne kal kaha musharraf siddharth se ke mahatma gandhi ki ek ek woh thi yani unko ek kami thi unke mission ki ke woh team nahi ban saki unke haan.</w:t>
      </w:r>
    </w:p>
    <w:p>
      <w:pPr>
        <w:jc w:val="right"/>
      </w:pPr>
      <w:r>
        <w:t>لیکن میں نے کل کہا مشرف سدھارت سے کہ مہاتما گاندھی کی ایک ایک وہ تھی یعنی ان کو ایک کمی تھی ان کے مشن کی کہ وہ ٹیم نہیں بن سکی ان کے ہاں۔</w:t>
      </w:r>
    </w:p>
    <w:p>
      <w:r>
        <w:rPr>
          <w:b/>
        </w:rPr>
        <w:t xml:space="preserve">[10:24] </w:t>
      </w:r>
      <w:r>
        <w:t>dekhein jo british rule ko hatane ki wali baat thi unke liye toh logon ko mobilize karna kafi tha. sadkon par bahut zyada bheed ho.</w:t>
      </w:r>
    </w:p>
    <w:p>
      <w:pPr>
        <w:jc w:val="right"/>
      </w:pPr>
      <w:r>
        <w:t>دیکھیں جو برٹش رول کو ہٹانے کی والی بات تھی ان کے لیے تو لوگوں کو موبیلائز کرنا کافی تھا۔ سڑکوں پر بہت زیادہ بھیڑ ہو۔</w:t>
      </w:r>
    </w:p>
    <w:p>
      <w:r>
        <w:rPr>
          <w:b/>
        </w:rPr>
        <w:t xml:space="preserve">[10:33] </w:t>
      </w:r>
      <w:r>
        <w:t>jalson par bahut zyada bheed ho. toh woh kafi tha ke angrez ghabra ke bhage yahan se. toh logon ko mobilize kar ke unhone yeh faida uthaya. logon ko mobilize kar ke unhone british ko yani yahan se nikalne par majboor kiya.</w:t>
      </w:r>
    </w:p>
    <w:p>
      <w:pPr>
        <w:jc w:val="right"/>
      </w:pPr>
      <w:r>
        <w:t>جلسوں پر بہت زیادہ بھیڑ ہو۔ تو وہ کافی تھا کہ انگریز گھبرا کے بھاگے یہاں سے۔ تو لوگوں کو موبیلائز کر کے انہوں نے یہ فائدہ اٹھایا۔ لوگوں کو موبیلائز کر کے انہوں نے برٹشز کو یعنی یہاں سے نکلنے پر مجبور کیا۔</w:t>
      </w:r>
    </w:p>
    <w:p>
      <w:r>
        <w:rPr>
          <w:b/>
        </w:rPr>
        <w:t xml:space="preserve">[10:48] </w:t>
      </w:r>
      <w:r>
        <w:t>lekin ab jo naya india banana tha. yani quit india toh chal sakta tha is tarah se. lekin jo naya india banana tha.</w:t>
      </w:r>
    </w:p>
    <w:p>
      <w:pPr>
        <w:jc w:val="right"/>
      </w:pPr>
      <w:r>
        <w:t>لیکن اب جو نیا انڈیا بنانا تھا۔ یعنی کوئٹ انڈیا تو چل سکتا تھا اس طرح سے۔ لیکن جو نیا انڈیا بنانا تھا۔</w:t>
      </w:r>
    </w:p>
    <w:p>
      <w:r>
        <w:rPr>
          <w:b/>
        </w:rPr>
        <w:t xml:space="preserve">[10:59] </w:t>
      </w:r>
      <w:r>
        <w:t>uske liye hamein chahiye thi ek team. ek team chahiye thi. bahut hi sincere kaam tha. bahut hi constructive kaam tha.</w:t>
      </w:r>
    </w:p>
    <w:p>
      <w:pPr>
        <w:jc w:val="right"/>
      </w:pPr>
      <w:r>
        <w:t>اس کے لیے ہمیں چاہیے تھی ایک ٹیم۔ ایک ٹیم چاہیے تھی۔ بہت ہی سنسیئر کام تھا۔ بہت ہی کنسٹرکٹو کام تھا۔</w:t>
      </w:r>
    </w:p>
    <w:p>
      <w:r>
        <w:rPr>
          <w:b/>
        </w:rPr>
        <w:t xml:space="preserve">[11:08] </w:t>
      </w:r>
      <w:r>
        <w:t>boht hi sochi samjhi planning chahiye thi. ab woh team nahi mili un ko. kyunke khud aap ne parha hoga ke ab meri kon sune ga. to kyun aisa hua?</w:t>
      </w:r>
    </w:p>
    <w:p>
      <w:pPr>
        <w:jc w:val="right"/>
      </w:pPr>
      <w:r>
        <w:t>بہت ہی سوچی سمجھی پلاننگ چاہیے تھی۔ اب وہ ٹیم نہیں ملی ان کو۔ کیونکہ خود آپ نے پڑھا ہوگا کہ اب میری کون سنے گا۔ تو کیوں ایسا ہوا؟</w:t>
      </w:r>
    </w:p>
    <w:p>
      <w:r>
        <w:rPr>
          <w:b/>
        </w:rPr>
        <w:t xml:space="preserve">[11:18] </w:t>
      </w:r>
      <w:r>
        <w:t>jitne congress ke log the woh sab chale gaye. government mein minister banne mein governor banne mein lag gaye. har aadmi jo hai us ka political yani political faida uthane laga.</w:t>
      </w:r>
    </w:p>
    <w:p>
      <w:pPr>
        <w:jc w:val="right"/>
      </w:pPr>
      <w:r>
        <w:t>جتنے کانگریس کے لوگ تھے وہ سب چلے گئے۔ گورنمنٹ میں منسٹر بننے میں گورنر بننے میں لگ گئے۔ ہر آدمی جو ہے اس کا پولیٹیکل یعنی پولیٹیکل فائدہ اٹھانے لگا۔</w:t>
      </w:r>
    </w:p>
    <w:p>
      <w:r>
        <w:rPr>
          <w:b/>
        </w:rPr>
        <w:t xml:space="preserve">[11:30] </w:t>
      </w:r>
      <w:r>
        <w:t>to koi team nahi rahi jo is ko jo gandhi ke mission ko aage barhaye. to main bhi political yani mera jo mission hai woh bhi spiritual revolution hai.</w:t>
      </w:r>
    </w:p>
    <w:p>
      <w:pPr>
        <w:jc w:val="right"/>
      </w:pPr>
      <w:r>
        <w:t>تو کوئی ٹیم نہیں رہی جو اس کو جو گاندھی کے مشن کو آگے بڑھائے۔ تو میں بھی پولیٹیکل یعنی میرا جو مشن ہے وہ بھی سپریچول ریولوشن ہے۔</w:t>
      </w:r>
    </w:p>
    <w:p>
      <w:r>
        <w:rPr>
          <w:b/>
        </w:rPr>
        <w:t xml:space="preserve">[11:40] </w:t>
      </w:r>
      <w:r>
        <w:t>spiritual revolution. basically. to lekin main yeh kar raha hoon ke main team pehle bana raha hoon. main ne un se kaha musharraf siddharth se ke mera tareeqa jo hai fabric society ka model liya hai main ne.</w:t>
      </w:r>
    </w:p>
    <w:p>
      <w:pPr>
        <w:jc w:val="right"/>
      </w:pPr>
      <w:r>
        <w:t>سپریچول ریولوشن۔ بیسیکلی۔ تو لیکن میں یہ کر رہا ہوں کہ میں ٹیم پہلے بنا رہا ہوں۔ میں نے ان سے کہا مشرف سدھارت سے کہ میرا طریقہ جو ہے فیبرک سوسائٹی کا ماڈل لیا ہے میں نے۔</w:t>
      </w:r>
    </w:p>
    <w:p>
      <w:r>
        <w:rPr>
          <w:b/>
        </w:rPr>
        <w:t xml:space="preserve">[11:54] </w:t>
      </w:r>
      <w:r>
        <w:t>ke pehle team banao aur team phir us ke baad aage kaam kare gi. to basically mahatma gandhi ka mission jo tha spiritual revolution ka mission tha.</w:t>
      </w:r>
    </w:p>
    <w:p>
      <w:pPr>
        <w:jc w:val="right"/>
      </w:pPr>
      <w:r>
        <w:t>کہ پہلے ٹیم بناؤ اور ٹیم پھر اس کے بعد آگے کام کرے گی۔ تو بیسیکلی مہاتما گاندھی کا مشن جو تھا سپریچول ریولوشن کا مشن تھا۔</w:t>
      </w:r>
    </w:p>
    <w:p>
      <w:r>
        <w:rPr>
          <w:b/>
        </w:rPr>
        <w:t xml:space="preserve">[12:04] </w:t>
      </w:r>
      <w:r>
        <w:t>lekin woh aadha reh gaya woh. is aadha jo reh gaya us ko main chahta hoon ke us ko poora karoon inshallah. agar allah chahe ga to poora ho kar rahe ga.</w:t>
      </w:r>
    </w:p>
    <w:p>
      <w:pPr>
        <w:jc w:val="right"/>
      </w:pPr>
      <w:r>
        <w:t>لیکن وہ آدھا رہ گیا وہ۔ اس آدھا جو رہ گیا اس کو میں چاہتا ہوں کہ اس کو پورا کروں انشاءاللہ۔ اگر اللہ چاہے گا تو پورا ہو کر رہے گا۔</w:t>
      </w:r>
    </w:p>
    <w:p>
      <w:r>
        <w:rPr>
          <w:b/>
        </w:rPr>
        <w:t xml:space="preserve">[12:16] </w:t>
      </w:r>
      <w:r>
        <w:t>das question is from miss najma siddiqui. maulana as you explained that these days muslim go to developed countries for economic gains.</w:t>
      </w:r>
    </w:p>
    <w:p>
      <w:pPr>
        <w:jc w:val="right"/>
      </w:pPr>
      <w:r>
        <w:t>دس کوئسچن از فرام مس نجمہ صدیقی۔ مولانا ایز یو ایکسپلینڈ دیٹ دیز ڈیز مسلم گو ٹو ڈویلپڈ کنٹریز فار اکنامک گینز۔</w:t>
      </w:r>
    </w:p>
    <w:p>
      <w:r>
        <w:rPr>
          <w:b/>
        </w:rPr>
        <w:t xml:space="preserve">[12:29] </w:t>
      </w:r>
      <w:r>
        <w:t>unlike before. all though this is true but now in almost every country there are most where muslims from different countries come together develop better understanding with each other and also do dawah work.</w:t>
      </w:r>
    </w:p>
    <w:p>
      <w:pPr>
        <w:jc w:val="right"/>
      </w:pPr>
      <w:r>
        <w:t>انلائک بیفور۔ آل دو دس از ٹرو بٹ ناؤ ان الموسٹ ایوری کنٹری دیر آر موسٹ ویر مسلمز فرام ڈفرنٹ کنٹریز کم ٹوگیدر ڈویلپ بیٹر انڈرسٹینڈنگ ود ایچ ادر اینڈ آل سو ڈو دعویٰ ورک۔</w:t>
      </w:r>
    </w:p>
    <w:p>
      <w:r>
        <w:rPr>
          <w:b/>
        </w:rPr>
        <w:t xml:space="preserve">[12:46] </w:t>
      </w:r>
      <w:r>
        <w:t>i see this as a positive point. please give your comments.</w:t>
      </w:r>
    </w:p>
    <w:p>
      <w:pPr>
        <w:jc w:val="right"/>
      </w:pPr>
      <w:r>
        <w:t>آئی سی دس ایز اے پازیٹیو پوائنٹ۔ پلیز گیو یور کمنٹس۔</w:t>
      </w:r>
    </w:p>
    <w:p>
      <w:r>
        <w:rPr>
          <w:b/>
        </w:rPr>
        <w:t xml:space="preserve">[12:51] </w:t>
      </w:r>
      <w:r>
        <w:t>dawah work kahin nahi kar raha hai musalman. job kar raha hai. paisa kama raha hai bas. main to nahi janta kahin jahan dawah work kar raha ho.</w:t>
      </w:r>
    </w:p>
    <w:p>
      <w:pPr>
        <w:jc w:val="right"/>
      </w:pPr>
      <w:r>
        <w:t>دعویٰ ورک کہیں نہیں کر رہا ہے مسلمان۔ جاب کر رہا ہے۔ پیسہ کما رہا ہے بس۔ میں تو نہیں جانتا کہیں جہاں دعویٰ ورک کر رہا ہو۔</w:t>
      </w:r>
    </w:p>
    <w:p>
      <w:r>
        <w:rPr>
          <w:b/>
        </w:rPr>
        <w:t xml:space="preserve">[13:00] </w:t>
      </w:r>
      <w:r>
        <w:t>kahin aisa hai ke dawat ke naam lete hain. waise main america gaya main. to ek sahib hain unhone mujh se kaha ke aap dawat dawat karte hain.</w:t>
      </w:r>
    </w:p>
    <w:p>
      <w:pPr>
        <w:jc w:val="right"/>
      </w:pPr>
      <w:r>
        <w:t>کہیں ایسا ہے کہ دعوت کے نام لیتے ہیں۔ ویسے میں امریکہ گیا میں۔ تو ایک صاحب ہیں انہوں نے مجھ سے کہا کہ آپ دعوت دعوت کرتے ہیں۔</w:t>
      </w:r>
    </w:p>
    <w:p>
      <w:r>
        <w:rPr>
          <w:b/>
        </w:rPr>
        <w:t xml:space="preserve">[13:10] </w:t>
      </w:r>
      <w:r>
        <w:t>dawat ka matlab aap us ko bhi kaho ke us ko bhadakne ki zarorat nahi hai. dawat ka matlab wohi hai spiritual revolution. main jab dawat ki lafz bolta hoon to us ki murad meri yahi hoti hai spiritual revolution.</w:t>
      </w:r>
    </w:p>
    <w:p>
      <w:pPr>
        <w:jc w:val="right"/>
      </w:pPr>
      <w:r>
        <w:t>دعوت کا مطلب آپ اس کو بھی کہو کہ اس کو بھڑکنے کی ضرورت نہیں ہے۔ دعوت کا مطلب وہی ہے سپریچول ریولوشن۔ میں جب دعوت کی لفظ بولتا ہوں تو اس کی مراد میری یہی ہوتی ہے سپریچول ریولوشن۔</w:t>
      </w:r>
    </w:p>
    <w:p>
      <w:r>
        <w:rPr>
          <w:b/>
        </w:rPr>
        <w:t xml:space="preserve">[13:22] </w:t>
      </w:r>
      <w:r>
        <w:t>kyunke us ko koi bhi word denge aap to us ko us ka ek contribution dena pare ga aap ko.</w:t>
      </w:r>
    </w:p>
    <w:p>
      <w:pPr>
        <w:jc w:val="right"/>
      </w:pPr>
      <w:r>
        <w:t>کیونکہ اس کو کوئی بھی ورڈ دیں گے آپ تو اس کو اس کا ایک کانٹریبیوشن دینا پڑے گا آپ کو۔</w:t>
      </w:r>
    </w:p>
    <w:p>
      <w:r>
        <w:rPr>
          <w:b/>
        </w:rPr>
        <w:t xml:space="preserve">[13:30] </w:t>
      </w:r>
      <w:r>
        <w:t>to main ne us ka jo jo dawah word ka istemal karta hoon to spiritual revolution ke sense mein istemal karta hoon. to khair wahan main gaya to main ne unhone kaha ke aap dawah work karte hain yeh baat.</w:t>
      </w:r>
    </w:p>
    <w:p>
      <w:pPr>
        <w:jc w:val="right"/>
      </w:pPr>
      <w:r>
        <w:t>تو میں نے اس کا جو جو دعویٰ ورڈ کا استعمال کرتا ہوں تو سپریچول ریولوشن کے سینس میں استعمال کرتا ہوں۔ تو خیر وہاں میں گیا تو میں نے انہوں نے کہا کہ آپ دعویٰ ورک کرتے ہیں یہ بات۔</w:t>
      </w:r>
    </w:p>
    <w:p>
      <w:r>
        <w:rPr>
          <w:b/>
        </w:rPr>
        <w:t xml:space="preserve">[13:42] </w:t>
      </w:r>
      <w:r>
        <w:t>hum bhi dawah work karte hain. hum bhi kar rahe hain dawah work. to main ne kaha woh kaise? to unhone kaha ke main aap ko dikhaoon ga. to agle din woh unhone apni gaari par ek sahib mujhe bheja.</w:t>
      </w:r>
    </w:p>
    <w:p>
      <w:pPr>
        <w:jc w:val="right"/>
      </w:pPr>
      <w:r>
        <w:t>ہم بھی دعویٰ ورک کرتے ہیں۔ ہم بھی کر رہے ہیں دعویٰ ورک۔ تو میں نے کہا وہ کیسے؟ تو انہوں نے کہا کہ میں آپ کو دکھاؤں گا۔ تو اگلے دن وہ انہوں نے اپنی گاڑی پر ایک صاحب مجھے بھیجا۔</w:t>
      </w:r>
    </w:p>
    <w:p>
      <w:r>
        <w:rPr>
          <w:b/>
        </w:rPr>
        <w:t xml:space="preserve">[13:54] </w:t>
      </w:r>
      <w:r>
        <w:t>ek building mein hum pohanche. wahan kuch log the jo un ko unhone rakha tha wahan par. woh kya kaam kar rahe the? yani usa mein usa ke schoolon mein jo books parhai jati hain.</w:t>
      </w:r>
    </w:p>
    <w:p>
      <w:pPr>
        <w:jc w:val="right"/>
      </w:pPr>
      <w:r>
        <w:t>ایک بلڈنگ میں ہم پہنچے۔ وہاں کچھ لوگ تھے جو ان کو انہوں نے رکھا تھا وہاں پر۔ وہ کیا کام کر رہے تھے؟ یعنی یو ایس اے میں یو ایس اے کے اسکولوں میں جو بکس پڑھائی جاتی ہیں۔</w:t>
      </w:r>
    </w:p>
    <w:p>
      <w:r>
        <w:rPr>
          <w:b/>
        </w:rPr>
        <w:t xml:space="preserve">[14:08] </w:t>
      </w:r>
      <w:r>
        <w:t>us mein kahan kahan aisa woh hai reference jo musalmanon ke against mein hai. yani musalmanon ko keh diya ho ke musalman jo hain woh violent hote hain farz ki jiye.</w:t>
      </w:r>
    </w:p>
    <w:p>
      <w:pPr>
        <w:jc w:val="right"/>
      </w:pPr>
      <w:r>
        <w:t>اس میں کہاں کہاں ایسا وہ ہے ریفرنس جو مسلمانوں کے اگینسٹ میں ہے۔ یعنی مسلمانوں کو کہہ دیا ہو کہ مسلمان جو ہیں وہ وائلنٹ ہوتے ہیں فرض کیجیے۔</w:t>
      </w:r>
    </w:p>
    <w:p>
      <w:r>
        <w:rPr>
          <w:b/>
        </w:rPr>
        <w:t xml:space="preserve">[14:17] </w:t>
      </w:r>
      <w:r>
        <w:t>to us ko nikalen ge woh. koi aur baat jo musalmanon ke against mein ho us ko nikalen ge woh. jo us ko woh banayen ge.</w:t>
      </w:r>
    </w:p>
    <w:p>
      <w:pPr>
        <w:jc w:val="right"/>
      </w:pPr>
      <w:r>
        <w:t>تو اس کو نکالیں گے وہ۔ کوئی اور بات جو مسلمانوں کے اگینسٹ میں ہو اس کو نکالیں گے وہ۔ جو اس کو وہ بنائیں گے۔</w:t>
      </w:r>
    </w:p>
    <w:p>
      <w:r>
        <w:rPr>
          <w:b/>
        </w:rPr>
        <w:t xml:space="preserve">[14:26] </w:t>
      </w:r>
      <w:r>
        <w:t>ek presentation banayen ge. aur bhejenge department of education mein ke us ko theek karo. to main ne kaha yeh dawah work kahan se hai yeh to. yeh to community work hai. community work hai.</w:t>
      </w:r>
    </w:p>
    <w:p>
      <w:pPr>
        <w:jc w:val="right"/>
      </w:pPr>
      <w:r>
        <w:t>ایک پریزنٹیشن بنائیں گے۔ اور بھیجیں گے ڈیپارٹمنٹ آف ایجوکیشن میں کہ اس کو ٹھیک کرو۔ تو میں نے کہا یہ دعویٰ ورک کہاں سے ہے یہ تو۔ یہ تو کمیونٹی ورک ہے۔ کمیونٹی ورک ہے۔</w:t>
      </w:r>
    </w:p>
    <w:p>
      <w:r>
        <w:rPr>
          <w:b/>
        </w:rPr>
        <w:t xml:space="preserve">[14:37] </w:t>
      </w:r>
      <w:r>
        <w:t>aur musalman violence to kar hi rahe hain. agar us mein hai to galat galat kaun sa hai? sara duniya musalman violence kar rahe hain. to agar kitaab mein likh jaye to us mein galti kya hai?</w:t>
      </w:r>
    </w:p>
    <w:p>
      <w:pPr>
        <w:jc w:val="right"/>
      </w:pPr>
      <w:r>
        <w:t>اور مسلمان وائلنس تو کر ہی رہے ہیں۔ اگر اس میں ہے تو غلط غلط کون سا ہے؟ سارا دنیا مسلمان وائلنس کر رہے ہیں۔ تو اگر کتاب میں لکھ جائے تو اس میں غلطی کیا ہے؟</w:t>
      </w:r>
    </w:p>
    <w:p>
      <w:r>
        <w:rPr>
          <w:b/>
        </w:rPr>
        <w:t xml:space="preserve">[14:48] </w:t>
      </w:r>
      <w:r>
        <w:t>to behal yeh dawah work nahi hai. logon ko pata bhi nahi ke spirituality kya cheez hai. spirituality mein yeh bhi shamil hai ke aap communities oopar uth jayen.</w:t>
      </w:r>
    </w:p>
    <w:p>
      <w:pPr>
        <w:jc w:val="right"/>
      </w:pPr>
      <w:r>
        <w:t>تو بہرحال یہ دعویٰ ورک نہیں ہے۔ لوگوں کو پتہ بھی نہیں کہ سپریچولٹی کیا چیز ہے۔ سپریچولٹی میں یہ بھی شامل ہے کہ آپ کمیونٹیز اوپر اٹھ جائیں۔</w:t>
      </w:r>
    </w:p>
    <w:p>
      <w:r>
        <w:rPr>
          <w:b/>
        </w:rPr>
        <w:t xml:space="preserve">[14:58] </w:t>
      </w:r>
      <w:r>
        <w:t>my community right or wrong mein jo log jeete hon woh jante bhi nahi abc d spirituality ki. sare musalman sare musalman jo hain un ka kya hai?</w:t>
      </w:r>
    </w:p>
    <w:p>
      <w:pPr>
        <w:jc w:val="right"/>
      </w:pPr>
      <w:r>
        <w:t>مائی کمیونٹی رائٹ آر رانگ میں جو لوگ جیتے ہوں وہ جانتے بھی نہیں اے بی سی ڈی سپریچولٹی کی۔ سارے مسلمان سارے مسلمان جو ہیں ان کا کیا ہے؟</w:t>
      </w:r>
    </w:p>
    <w:p>
      <w:r>
        <w:rPr>
          <w:b/>
        </w:rPr>
        <w:t xml:space="preserve">[15:08] </w:t>
      </w:r>
      <w:r>
        <w:t>my community right or wrong. aise log kya jaane dawat ko kya jaane spirituality ko. spirituality woh hai. spirituality mein aap ko sab cheez se oopar uthna parta hai.</w:t>
      </w:r>
    </w:p>
    <w:p>
      <w:pPr>
        <w:jc w:val="right"/>
      </w:pPr>
      <w:r>
        <w:t>مائی کمیونٹی رائٹ آر رانگ۔ ایسے لوگ کیا جانے دعوت کو کیا جانے سپریچولٹی کو۔ سپریچولٹی وہ ہے۔ سپریچولٹی میں آپ کو سب چیز سے اوپر اٹھنا پڑتا ہے۔</w:t>
      </w:r>
    </w:p>
    <w:p>
      <w:r>
        <w:rPr>
          <w:b/>
        </w:rPr>
        <w:t xml:space="preserve">[15:22] </w:t>
      </w:r>
      <w:r>
        <w:t>jo apni community mein jeeta ho woh spirituality ka naam leta hai to galat naam leta hai. insan mein jeena parta hai. spirituality ka matlab hota hai insan mein jeena parta hai.</w:t>
      </w:r>
    </w:p>
    <w:p>
      <w:pPr>
        <w:jc w:val="right"/>
      </w:pPr>
      <w:r>
        <w:t>جو اپنی کمیونٹی میں جیتا ہو وہ سپریچولٹی کا نام لیتا ہے تو غلط نام لیتا ہے۔ انسان میں جینا پڑتا ہے۔ سپریچولٹی کا مطلب ہوتا ہے انسان میں جینا پڑتا ہے۔</w:t>
      </w:r>
    </w:p>
    <w:p>
      <w:r>
        <w:rPr>
          <w:b/>
        </w:rPr>
        <w:t xml:space="preserve">[15:32] </w:t>
      </w:r>
      <w:r>
        <w:t>jab insan ko apna concern banayen aap. sare insan aap ke liye ek ho jayen. best jo hai spirituality ka jo principle woh hai love your enemy.</w:t>
      </w:r>
    </w:p>
    <w:p>
      <w:pPr>
        <w:jc w:val="right"/>
      </w:pPr>
      <w:r>
        <w:t>جب انسان کو اپنا کنسرن بنائیں آپ۔ سارے انسان آپ کے لیے ایک ہو جائیں۔ بیسٹ جو ہے سپریچولٹی کا جو پرنسپل وہ ہے لو یور اینمی۔</w:t>
      </w:r>
    </w:p>
    <w:p>
      <w:r>
        <w:rPr>
          <w:b/>
        </w:rPr>
        <w:t xml:space="preserve">[15:44] </w:t>
      </w:r>
      <w:r>
        <w:t>yani lo all including your enemy. main samajhta hoon ke best formula spirituality ka yeh hai. Mahatma Gandhi is ko bohat ziyada mante thay is cheez ko.</w:t>
      </w:r>
    </w:p>
    <w:p>
      <w:pPr>
        <w:jc w:val="right"/>
      </w:pPr>
      <w:r>
        <w:t>یعنی لو آل انکلوڈنگ یور اینمی۔ میں سمجھتا ہوں کہ بیسٹ فارمولا سپریچولٹی کا یہ ہے۔ مہاتما گاندھی اس کو بہت زیادہ مانتے تھے اس چیز کو۔</w:t>
      </w:r>
    </w:p>
    <w:p>
      <w:r>
        <w:rPr>
          <w:b/>
        </w:rPr>
        <w:t xml:space="preserve">[15:54] </w:t>
      </w:r>
      <w:r>
        <w:t>bohat ziyada mante thay. to main samajhta hoon ke spirituality jo hai is ka expression love ki shakal mein hota hai. saare insanon se mohabbat. main keh sakta hoon jo mere saath rehte hain woh gawahi gawahi denge ke mere dil mein har ek ke liye pyar hai.</w:t>
      </w:r>
    </w:p>
    <w:p>
      <w:pPr>
        <w:jc w:val="right"/>
      </w:pPr>
      <w:r>
        <w:t>بہت زیادہ مانتے تھے۔ تو میں سمجھتا ہوں کہ سپریچولٹی جو ہے اس کا ایکسپریشن لو کی شکل میں ہوتا ہے۔ سارے انسانوں سے محبت۔ میں کہہ سکتا ہوں جو میرے ساتھ رہتے ہیں وہ گواہی گواہی دیں گے کہ میرے دل میں ہر ایک کے لیے پیار ہے۔</w:t>
      </w:r>
    </w:p>
    <w:p>
      <w:r>
        <w:rPr>
          <w:b/>
        </w:rPr>
        <w:t xml:space="preserve">[16:09] </w:t>
      </w:r>
      <w:r>
        <w:t>har ek ke liye mohabbat hai. yeh nahi ke meri community ke liye to hai aur doosron ke liye nahi hai. main sab ko ek sa manta hoon. aur yahi main samajhta hoon spirituality ka jo hai essence hai essence.</w:t>
      </w:r>
    </w:p>
    <w:p>
      <w:pPr>
        <w:jc w:val="right"/>
      </w:pPr>
      <w:r>
        <w:t>ہر ایک کے لیے محبت ہے۔ یہ نہیں کہ میری کمیونٹی کے لیے تو ہے اور دوسروں کے لیے نہیں ہے۔ میں سب کو ایک سا مانتا ہوں۔ اور یہی میں سمجھتا ہوں سپریچولٹی کا جو ہے ایسنس ہے ایسنس۔</w:t>
      </w:r>
    </w:p>
    <w:p>
      <w:r>
        <w:rPr>
          <w:b/>
        </w:rPr>
        <w:t xml:space="preserve">[16:22] </w:t>
      </w:r>
      <w:r>
        <w:t>ke aap ko aap ke dil mein sab ke liye pyar aa jaye. kisi ke liye hate na ho. kisi ke liye vice na ho. to isi India ko aap banana chahte hain.</w:t>
      </w:r>
    </w:p>
    <w:p>
      <w:pPr>
        <w:jc w:val="right"/>
      </w:pPr>
      <w:r>
        <w:t>کہ آپ کو آپ کے دل میں سب کے لیے پیار آ جائے۔ کسی کے لیے ہیٹ نہ ہو۔ کسی کے لیے وائس نہ ہو۔ تو اسی انڈیا کو آپ بنانا چاہتے ہیں۔</w:t>
      </w:r>
    </w:p>
    <w:p>
      <w:r>
        <w:rPr>
          <w:b/>
        </w:rPr>
        <w:t xml:space="preserve">[16:32] </w:t>
      </w:r>
      <w:r>
        <w:t>isi India ko. hamara matlab matlab yeh nahi ke log apna culture badlein apna mazhab badlein. nahi. apna dil badlein. yeh main saaf kar dena chahta hoon ke mera mission kisi ke culture ko badalna nahi hai.</w:t>
      </w:r>
    </w:p>
    <w:p>
      <w:pPr>
        <w:jc w:val="right"/>
      </w:pPr>
      <w:r>
        <w:t>اسی انڈیا کو۔ ہمارا مطلب مطلب یہ نہیں کہ لوگ اپنا کلچر بدلیں اپنا مذہب بدلیں۔ نہیں۔ اپنا دل بدلیں۔ یہ میں صاف کر دینا چاہتا ہوں کہ میرا مشن کسی کے کلچر کو بدلنا نہیں ہے۔</w:t>
      </w:r>
    </w:p>
    <w:p>
      <w:r>
        <w:rPr>
          <w:b/>
        </w:rPr>
        <w:t xml:space="preserve">[16:44] </w:t>
      </w:r>
      <w:r>
        <w:t>kisi ka naam ko badalna nahi hai. kisi ke mission ko badalna nahi hai. kisi ke mazhab ko badalna nahi hai. yeh mera mission hai hi nahi. main kabhi kisi se nahi kehta ke tum apna mazhab badlo.</w:t>
      </w:r>
    </w:p>
    <w:p>
      <w:pPr>
        <w:jc w:val="right"/>
      </w:pPr>
      <w:r>
        <w:t>کسی کا نام کو بدلنا نہیں ہے۔ کسی کے مشن کو بدلنا نہیں ہے۔ کسی کے مذہب کو بدلنا نہیں ہے۔ یہ میرا مشن ہے ہی نہیں۔ میں کبھی کسی سے نہیں کہتا کہ تم اپنا مذہب بدلو۔</w:t>
      </w:r>
    </w:p>
    <w:p>
      <w:r>
        <w:rPr>
          <w:b/>
        </w:rPr>
        <w:t xml:space="preserve">[16:54] </w:t>
      </w:r>
      <w:r>
        <w:t>ya naam badlo. koi nahi keh sakta is duniya mein ke maine is se aisa kaha ho. main dil badalne ki baat karta hoon. dil badalna kya hai?</w:t>
      </w:r>
    </w:p>
    <w:p>
      <w:pPr>
        <w:jc w:val="right"/>
      </w:pPr>
      <w:r>
        <w:t>یا نام بدلو۔ کوئی نہیں کہہ سکتا اس دنیا میں کہ میں نے اس سے ایسا کہا ہو۔ میں دل بدلنے کی بات کرتا ہوں۔ دل بدلنا کیا ہے؟</w:t>
      </w:r>
    </w:p>
    <w:p>
      <w:r>
        <w:rPr>
          <w:b/>
        </w:rPr>
        <w:t xml:space="preserve">[17:04] </w:t>
      </w:r>
      <w:r>
        <w:t>wohi love your enemy. saare insanon ko ek samajhna. saare insanon se pyar karna. saare insanon ke liye dil mein yani positive thought aa jana.</w:t>
      </w:r>
    </w:p>
    <w:p>
      <w:pPr>
        <w:jc w:val="right"/>
      </w:pPr>
      <w:r>
        <w:t>وہی لو یور اینمی۔ سارے انسانوں کو ایک سمجھنا۔ سارے انسانوں سے پیار کرنا۔ سارے انسانوں کے لیے دل میں یعنی پازیٹیو تھاٹ آ جانا۔</w:t>
      </w:r>
    </w:p>
    <w:p>
      <w:r>
        <w:rPr>
          <w:b/>
        </w:rPr>
        <w:t xml:space="preserve">[17:14] </w:t>
      </w:r>
      <w:r>
        <w:t>yeh mera mission hai. mera mission hargiz yeh nahi hai ke koi mazhab badle koi naam badle koi culture badle. kuch mere mujhe mujhe is se koi lena dena nahi hai.</w:t>
      </w:r>
    </w:p>
    <w:p>
      <w:pPr>
        <w:jc w:val="right"/>
      </w:pPr>
      <w:r>
        <w:t>یہ میرا مشن ہے۔ میرا مشن ہرگز یہ نہیں ہے کہ کوئی مذہب بدلے کوئی نام بدلے کوئی کلچر بدلے۔ کچھ میرے مجھے مجھے اس سے کوئی لینا دینا نہیں ہے۔</w:t>
      </w:r>
    </w:p>
    <w:p>
      <w:r>
        <w:rPr>
          <w:b/>
        </w:rPr>
        <w:t xml:space="preserve">[17:25] </w:t>
      </w:r>
      <w:r>
        <w:t>mera ek hi mission hai ke logon ke dil badal jayein. logon ki main aap ko bataoon ke mujhe main gaya tha is se pehle to Zurich ke airport pe ek Hindu lady mili.</w:t>
      </w:r>
    </w:p>
    <w:p>
      <w:pPr>
        <w:jc w:val="right"/>
      </w:pPr>
      <w:r>
        <w:t>میرا ایک ہی مشن ہے کہ لوگوں کے دل بدل جائیں۔ لوگوں کی میں آپ کو بتاؤں کہ مجھے میں گیا تھا اس سے پہلے تو زیوری کے ایئرپورٹ پہ ایک ہندو لیڈی ملی۔</w:t>
      </w:r>
    </w:p>
    <w:p>
      <w:r>
        <w:rPr>
          <w:b/>
        </w:rPr>
        <w:t xml:space="preserve">[17:36] </w:t>
      </w:r>
      <w:r>
        <w:t>yani Delhi mein rehti hain woh. to woh artist hain woh gayi theen teen mahine ke liye. government Switzerland government ne un ko bulaya tha. to airport par lagi woh Switzerland ki burai karne.</w:t>
      </w:r>
    </w:p>
    <w:p>
      <w:pPr>
        <w:jc w:val="right"/>
      </w:pPr>
      <w:r>
        <w:t>یعنی دلی میں رہتی ہیں وہ۔ تو وہ آرٹسٹ ہیں وہ گئی تھیں تین مہینے کے لیے۔ گورنمنٹ سویٹزرلینڈ گورنمنٹ نے ان کو بلایا تھا۔ تو ایئرپورٹ پر لگی وہ سویٹزرلینڈ کی برائی کرنے۔</w:t>
      </w:r>
    </w:p>
    <w:p>
      <w:r>
        <w:rPr>
          <w:b/>
        </w:rPr>
        <w:t xml:space="preserve">[17:52] </w:t>
      </w:r>
      <w:r>
        <w:t>meri soch kya hai is is se aap samajh sakte hain meri soch kya hai. yeh bhi gawah hain is waqt maujood thay wahan par. aur bhi kai log thay. to teen mahine ke liye government of Switzerland ne bulaya un ko apne haan mehman rakha kharcha diya un ko aur burai kar rahe hain Switzerland ki.</w:t>
      </w:r>
    </w:p>
    <w:p>
      <w:pPr>
        <w:jc w:val="right"/>
      </w:pPr>
      <w:r>
        <w:t>میری سوچ کیا ہے اس اس سے آپ سمجھ سکتے ہیں میری سوچ کیا ہے۔ یہ بھی گواہ ہیں اس وقت موجود تھے وہاں پر۔ اور بھی کئی لوگ تھے۔ تو تین مہینے کے لیے گورنمنٹ آف سویٹزرلینڈ نے بلایا ان کو اپنے ہاں مہمان رکھا خرچہ دیا ان کو اور برائی کر رہے ہیں سویٹزرلینڈ کی۔</w:t>
      </w:r>
    </w:p>
    <w:p>
      <w:r>
        <w:rPr>
          <w:b/>
        </w:rPr>
        <w:t xml:space="preserve">[18:12] </w:t>
      </w:r>
      <w:r>
        <w:t>to maine kaha ke dekhiye aap gaaye ko poojti hain lekin gaaye ke culture ko nahi manti hain aap. kaha woh kaise? main ne kaha what is cow?</w:t>
      </w:r>
    </w:p>
    <w:p>
      <w:pPr>
        <w:jc w:val="right"/>
      </w:pPr>
      <w:r>
        <w:t>تو میں نے کہا کہ دیکھیے آپ گائے کو پوجتی ہیں لیکن گائے کے کلچر کو نہیں مانتی ہیں آپ۔ کہا وہ کیسے؟ میں نے کہا واٹ از کاؤ؟</w:t>
      </w:r>
    </w:p>
    <w:p>
      <w:r>
        <w:rPr>
          <w:b/>
        </w:rPr>
        <w:t xml:space="preserve">[18:23] </w:t>
      </w:r>
      <w:r>
        <w:t>cow is an cow is a divine industry.</w:t>
      </w:r>
    </w:p>
    <w:p>
      <w:pPr>
        <w:jc w:val="right"/>
      </w:pPr>
      <w:r>
        <w:t>کاؤ از این کاؤ از ا ڈیوائن انڈسٹری۔</w:t>
      </w:r>
    </w:p>
    <w:p>
      <w:r>
        <w:rPr>
          <w:b/>
        </w:rPr>
        <w:t xml:space="preserve">[18:30] </w:t>
      </w:r>
      <w:r>
        <w:t>kaise hai ke cow jo hai non milk ko milk mein badalti hai. cow ko aap dete hain ghaas aap ko dete hain doodh.</w:t>
      </w:r>
    </w:p>
    <w:p>
      <w:pPr>
        <w:jc w:val="right"/>
      </w:pPr>
      <w:r>
        <w:t>کیسے ہے کہ کاؤ جو ہے نان ملک کو ملک میں بدلتی ہے۔ کاؤ کو آپ دیتے ہیں گھاس آپ کو دیتے ہیں دودھ۔</w:t>
      </w:r>
    </w:p>
    <w:p>
      <w:r>
        <w:rPr>
          <w:b/>
        </w:rPr>
        <w:t xml:space="preserve">[18:42] </w:t>
      </w:r>
      <w:r>
        <w:t>so cow is an industry. cow has the capacity to to convert non milk to milk.</w:t>
      </w:r>
    </w:p>
    <w:p>
      <w:pPr>
        <w:jc w:val="right"/>
      </w:pPr>
      <w:r>
        <w:t>سو کاؤ از این انڈسٹری۔ کاؤ ہیز دا کپیسٹی ٹو ٹو کنورٹ نان ملک ٹو ملک۔</w:t>
      </w:r>
    </w:p>
    <w:p>
      <w:r>
        <w:rPr>
          <w:b/>
        </w:rPr>
        <w:t xml:space="preserve">[18:51] </w:t>
      </w:r>
      <w:r>
        <w:t>to aap ko agar koi saari experience wahan hua ho to isi ko liye kyun baithi hain aap? is saari experience ko badlie positive experience mein.</w:t>
      </w:r>
    </w:p>
    <w:p>
      <w:pPr>
        <w:jc w:val="right"/>
      </w:pPr>
      <w:r>
        <w:t>تو آپ کو اگر کوئی ساری ایکسپیرینس وہاں ہوا ہو تو اسی کو لیے کیوں بیٹھی ہیں آپ؟ اس ساری ایکسپیرینس کو بدلیے پازیٹیو ایکسپیرینس میں۔</w:t>
      </w:r>
    </w:p>
    <w:p>
      <w:r>
        <w:rPr>
          <w:b/>
        </w:rPr>
        <w:t xml:space="preserve">[19:00] </w:t>
      </w:r>
      <w:r>
        <w:t>agar aap sach much cow ko manti hain to. cow ko poojna hasil nahi hai. cow ke culture ko badal lena hasil hai. ke aap cow ki taraf baniye.</w:t>
      </w:r>
    </w:p>
    <w:p>
      <w:pPr>
        <w:jc w:val="right"/>
      </w:pPr>
      <w:r>
        <w:t>اگر آپ سچ مچ کاؤ کو مانتی ہیں تو۔ کاؤ کو پوجنا حاصل نہیں ہے۔ کاؤ کے کلچر کو بدل لینا حاصل ہے۔ کہ آپ کاؤ کی طرف بنیے۔</w:t>
      </w:r>
    </w:p>
    <w:p>
      <w:r>
        <w:rPr>
          <w:b/>
        </w:rPr>
        <w:t xml:space="preserve">[19:10] </w:t>
      </w:r>
      <w:r>
        <w:t>negative thought ko positive thought mein convert kijiye. koi hate ka experience ho tab bhi us ke pyar mein badlie aap. yani non milk ko milk mein badlie.</w:t>
      </w:r>
    </w:p>
    <w:p>
      <w:pPr>
        <w:jc w:val="right"/>
      </w:pPr>
      <w:r>
        <w:t>نیگیٹیو تھاٹ کو پازیٹیو تھاٹ میں کنورٹ کیجیے۔ کوئی ہیٹ کا ایکسپیرینس ہو تب بھی اس کے پیار میں بدلیے آپ۔ یعنی نان ملک کو ملک میں بدلیے۔</w:t>
      </w:r>
    </w:p>
    <w:p>
      <w:r>
        <w:rPr>
          <w:b/>
        </w:rPr>
        <w:t xml:space="preserve">[19:20] </w:t>
      </w:r>
      <w:r>
        <w:t>tab aap cow ko manne wale hongi. woh bechari aurat bohat achhi thi woh ro ne lagi woh. us ki aankhon se aansu tip tip tip girne laga.</w:t>
      </w:r>
    </w:p>
    <w:p>
      <w:pPr>
        <w:jc w:val="right"/>
      </w:pPr>
      <w:r>
        <w:t>تب آپ کاؤ کو ماننے والے ہوں گی۔ وہ بیچاری عورت بہت اچھی تھی وہ روڑے لگی وہ۔ اس کی آنکھوں سے آنسو ٹپ ٹپ ٹپ گرنے لگا۔</w:t>
      </w:r>
    </w:p>
    <w:p>
      <w:r>
        <w:rPr>
          <w:b/>
        </w:rPr>
        <w:t xml:space="preserve">[19:30] </w:t>
      </w:r>
      <w:r>
        <w:t>to yeh hai mera mission. ke log cow ko poojte hain main kehta hoon cow culture ko apnao.</w:t>
      </w:r>
    </w:p>
    <w:p>
      <w:pPr>
        <w:jc w:val="right"/>
      </w:pPr>
      <w:r>
        <w:t>تو یہ ہے میرا مشن۔ کہ لوگ کاؤ کو پوجتے ہیں میں کہتا ہوں کاؤ کلچر کو اپناؤ۔</w:t>
      </w:r>
    </w:p>
    <w:p>
      <w:r>
        <w:rPr>
          <w:b/>
        </w:rPr>
        <w:t xml:space="preserve">[19:40] </w:t>
      </w:r>
      <w:r>
        <w:t>to matlab dil ko badlo mind ko badlo. negativity ko khatam karo. yeh hai mera mission. main samajhta hoon ke yahi wahan Mahatma Gandhi ka mission tha.</w:t>
      </w:r>
    </w:p>
    <w:p>
      <w:pPr>
        <w:jc w:val="right"/>
      </w:pPr>
      <w:r>
        <w:t>تو مطلب دل کو بدلو مائنڈ کو بدلو۔ نیگیٹیوٹی کو ختم کرو۔ یہ ہے میرا مشن۔ میں سمجھتا ہوں کہ یہی وہاں مہاتما گاندھی کا مشن تھا۔</w:t>
      </w:r>
    </w:p>
    <w:p>
      <w:r>
        <w:rPr>
          <w:b/>
        </w:rPr>
        <w:t xml:space="preserve">[19:50] </w:t>
      </w:r>
      <w:r>
        <w:t>is is ko ek lafz ek shabd mein kahoon ga ke yeh spiritual revolution.</w:t>
      </w:r>
    </w:p>
    <w:p>
      <w:pPr>
        <w:jc w:val="right"/>
      </w:pPr>
      <w:r>
        <w:t>اس اس کو ایک لفظ ایک शब्द میں کہوں گا کہ یہ سپریچول ریولوشن۔</w:t>
      </w:r>
    </w:p>
    <w:p>
      <w:r>
        <w:rPr>
          <w:b/>
        </w:rPr>
        <w:t xml:space="preserve">[19:57] </w:t>
      </w:r>
      <w:r>
        <w:t>this question is from Dr. Fareeda Khanam. The Quran says wa yakun deen kullulillah which means let religion be holy for Lord.</w:t>
      </w:r>
    </w:p>
    <w:p>
      <w:pPr>
        <w:jc w:val="right"/>
      </w:pPr>
      <w:r>
        <w:t>دس کوئسچن از فرام ڈاکٹر فریدہ خانم۔ دی قرآن سیز و یکون دین کل للہ وچ مینز لیٹ ریلیجن بی ہولی فار لارڈ۔</w:t>
      </w:r>
    </w:p>
    <w:p>
      <w:r>
        <w:rPr>
          <w:b/>
        </w:rPr>
        <w:t xml:space="preserve">[20:11] </w:t>
      </w:r>
      <w:r>
        <w:t>what does it mean?</w:t>
      </w:r>
    </w:p>
    <w:p>
      <w:pPr>
        <w:jc w:val="right"/>
      </w:pPr>
      <w:r>
        <w:t>واٹ ڈز اٹ مین؟</w:t>
      </w:r>
    </w:p>
    <w:p>
      <w:r>
        <w:rPr>
          <w:b/>
        </w:rPr>
        <w:t xml:space="preserve">[20:14] </w:t>
      </w:r>
      <w:r>
        <w:t>nahi is ka matlab jo hai woh kya hai? is ko samjhiye. is ka translation theek nahi hai. is ka matlab yeh hai ke ke jo woh jo hai yani reason jo hai reason woh sab ke sab sachai ke haq mein ho jaye.</w:t>
      </w:r>
    </w:p>
    <w:p>
      <w:pPr>
        <w:jc w:val="right"/>
      </w:pPr>
      <w:r>
        <w:t>نہیں اس کا مطلب جو ہے وہ کیا ہے؟ اس کو سمجھیے۔ اس کا ٹرانسلیشن ٹھیک نہیں ہے۔ اس کا مطلب یہ ہے کہ کہ جو وہ جو ہے یعنی ریزن جو ہے ریزن وہ سب کے سب سچائی کے حق میں ہو جائے۔</w:t>
      </w:r>
    </w:p>
    <w:p>
      <w:r>
        <w:rPr>
          <w:b/>
        </w:rPr>
        <w:t xml:space="preserve">[20:38] </w:t>
      </w:r>
      <w:r>
        <w:t>sachai ke haq mein sare reason chale jayein. kisi aur ki taraf woh reason na rahe. yani yahan par yani political is ka koi political matlab nahi hai is is ayat ka.</w:t>
      </w:r>
    </w:p>
    <w:p>
      <w:pPr>
        <w:jc w:val="right"/>
      </w:pPr>
      <w:r>
        <w:t>سچائی کے حق میں سارے ریزن چلے جائیں۔ کسی اور کی طرف وہ ریزن نہ رہے۔ یعنی یہاں پر یعنی پولیٹیکل اس کا کوئی پولیٹیکل مطلب نہیں ہے اس اس آیت کا۔</w:t>
      </w:r>
    </w:p>
    <w:p>
      <w:r>
        <w:rPr>
          <w:b/>
        </w:rPr>
        <w:t xml:space="preserve">[20:49] </w:t>
      </w:r>
      <w:r>
        <w:t>woh aaj woh hua hai main samajhta hoon. woh hua hai aaj. is se pehle duniya mein aap jante hain ek suppression tha. suppression tha.</w:t>
      </w:r>
    </w:p>
    <w:p>
      <w:pPr>
        <w:jc w:val="right"/>
      </w:pPr>
      <w:r>
        <w:t>وہ آج وہ ہوا ہے میں سمجھتا ہوں۔ وہ ہوا ہے آج۔ اس سے پہلے دنیا میں آپ جانتے ہیں ایک سپریسیشن تھا۔ سپریسیشن تھا۔</w:t>
      </w:r>
    </w:p>
    <w:p>
      <w:r>
        <w:rPr>
          <w:b/>
        </w:rPr>
        <w:t xml:space="preserve">[20:58] </w:t>
      </w:r>
      <w:r>
        <w:t>phir science aayi. science ne suppression ko khatam kiya. main samajhta hoon ke is se murad scientific age hai. scientific age mein pehli baar aisa hua hai ke duniya jo hai reason reason ko le ke sochne lagi hai.</w:t>
      </w:r>
    </w:p>
    <w:p>
      <w:pPr>
        <w:jc w:val="right"/>
      </w:pPr>
      <w:r>
        <w:t>پھر سائنس آئی۔ سائنس نے سپریسیشن کو ختم کیا۔ میں سمجھتا ہوں کہ اس سے مراد سائنٹیفک ایج ہے۔ سائنٹیفک ایج میں پہلی بار ایسا ہوا ہے کہ دنیا جو ہے ریزن ریزن کو لے کے سوچنے لگی ہے۔</w:t>
      </w:r>
    </w:p>
    <w:p>
      <w:r>
        <w:rPr>
          <w:b/>
        </w:rPr>
        <w:t xml:space="preserve">[21:14] </w:t>
      </w:r>
      <w:r>
        <w:t>har cheez ko reason out kiya jata hai. har cheez ko is par facts par judge judge kiya jata hai. aur jab aap facts par judge karein cheezon ko to sachai sabit hogi.</w:t>
      </w:r>
    </w:p>
    <w:p>
      <w:pPr>
        <w:jc w:val="right"/>
      </w:pPr>
      <w:r>
        <w:t>ہر چیز کو ریزن آؤٹ کیا جاتا ہے۔ ہر چیز کو اس پر فیکٹس پر جج جج کیا جاتا ہے۔ اور جب آپ فیکٹس پر جج کریں چیزوں کو تو سچائی ثابت ہوگی۔</w:t>
      </w:r>
    </w:p>
    <w:p>
      <w:r>
        <w:rPr>
          <w:b/>
        </w:rPr>
        <w:t xml:space="preserve">[21:25] </w:t>
      </w:r>
      <w:r>
        <w:t>false fit apne aap khatam ho jayega. jaise aap jante hain ke jab suppression ka zamana tha to log geo centric theory ko mante the.</w:t>
      </w:r>
    </w:p>
    <w:p>
      <w:pPr>
        <w:jc w:val="right"/>
      </w:pPr>
      <w:r>
        <w:t>فالس فٹ اپنے آپ ختم ہو جائے گا۔ جیسے آپ جانتے ہیں کہ جب سپریسیشن کا زمانہ تھا تو لوگ جیو سینٹرک تھیوری کو مانتے تھے۔</w:t>
      </w:r>
    </w:p>
    <w:p>
      <w:r>
        <w:rPr>
          <w:b/>
        </w:rPr>
        <w:t xml:space="preserve">[21:34] </w:t>
      </w:r>
      <w:r>
        <w:t>lekin science ke daur mein woh discard ho gayi. ab heliocentric theory ko mana jata hai. to suppression suppression based thinking jo thi woh is ka khatam ho jaye aur reason based thinking duniya mein aa jaye.</w:t>
      </w:r>
    </w:p>
    <w:p>
      <w:pPr>
        <w:jc w:val="right"/>
      </w:pPr>
      <w:r>
        <w:t>لیکن سائنس کے دور میں وہ ڈسکارڈ ہو گئی۔ اب ہیلو سینٹرک تھیوری کو مانا جاتا ہے۔ تو سپریشن سپریسیشن بیسڈ تھنکنگ جو تھی وہ اس کا ختم ہو جائے اور ریزن بیسڈ تھنکنگ دنیا میں آ جائے۔</w:t>
      </w:r>
    </w:p>
    <w:p>
      <w:r>
        <w:rPr>
          <w:b/>
        </w:rPr>
        <w:t xml:space="preserve">[21:49] </w:t>
      </w:r>
      <w:r>
        <w:t>yeh matlab hai is ayat ka. woh scientific daur mein ho chuka hai. har mamle mein pehle suppression chalta tha. har mamle mein.</w:t>
      </w:r>
    </w:p>
    <w:p>
      <w:pPr>
        <w:jc w:val="right"/>
      </w:pPr>
      <w:r>
        <w:t>یہ مطلب ہے اس آیت کا۔ وہ سائنٹیفک دور میں ہو چکا ہے۔ ہر معاملے میں پہلے سپریسیشن چلتا تھا۔ ہر معاملے میں۔</w:t>
      </w:r>
    </w:p>
    <w:p>
      <w:r>
        <w:rPr>
          <w:b/>
        </w:rPr>
        <w:t xml:space="preserve">[21:59] </w:t>
      </w:r>
      <w:r>
        <w:t>ab bajaye suppression ke har cheez ko reason out kiya jata hai. ab jo cheez reason se prove hoti hai usi ko mana jata hai. yahi matlab hai is ayat ka mentality.</w:t>
      </w:r>
    </w:p>
    <w:p>
      <w:pPr>
        <w:jc w:val="right"/>
      </w:pPr>
      <w:r>
        <w:t>اب بجائے سپریسیشن کے ہر چیز کو ریزن آؤٹ کیا جاتا ہے۔ اب جو چیز ریزن سے پروف ہوتی ہے اسی کو مانا جاتا ہے۔ یہی مطلب ہے اس آیت کا مینٹی۔</w:t>
      </w:r>
    </w:p>
    <w:p>
      <w:r>
        <w:rPr>
          <w:b/>
        </w:rPr>
        <w:t xml:space="preserve">[22:10] </w:t>
      </w:r>
      <w:r>
        <w:t>ke woh daur aa jaye jab sachai ko supreme hesiyat mil jaye. suppression ko ya kisi aur cheez ko supreme hesiyat khatam ho jaye.</w:t>
      </w:r>
    </w:p>
    <w:p>
      <w:pPr>
        <w:jc w:val="right"/>
      </w:pPr>
      <w:r>
        <w:t>کہ وہ دور آ جائے جب سچائی کو سپریم حیثیت مل جائے۔ سپریسیشن کو یا کسی اور چیز کو سپریم حیثیت ختم ہو جائے۔</w:t>
      </w:r>
    </w:p>
    <w:p>
      <w:r>
        <w:rPr>
          <w:b/>
        </w:rPr>
        <w:t xml:space="preserve">[22:21] </w:t>
      </w:r>
      <w:r>
        <w:t>there is another question by doctor farida khanum. the basic requirement of dawah work is to interact with non muslims.</w:t>
      </w:r>
    </w:p>
    <w:p>
      <w:pPr>
        <w:jc w:val="right"/>
      </w:pPr>
      <w:r>
        <w:t>دیر از انادر کوئسچن بائے ڈاکٹر فریدہ خانم۔ دا بیسک ریکوائرمنٹ آف دعویٰ ورک از ٹو انٹریکٹ ود نان مسلمز۔</w:t>
      </w:r>
    </w:p>
    <w:p>
      <w:r>
        <w:rPr>
          <w:b/>
        </w:rPr>
        <w:t xml:space="preserve">[22:31] </w:t>
      </w:r>
      <w:r>
        <w:t>nowhere muslims interact with non muslims. still they believe that they are performing dawah work. why is this so?</w:t>
      </w:r>
    </w:p>
    <w:p>
      <w:pPr>
        <w:jc w:val="right"/>
      </w:pPr>
      <w:r>
        <w:t>نو ویئر مسلمز انٹریکٹ ود نان مسلمز۔ سٹل دے بیلیو دیٹ دے آر پرفارمنگ دعویٰ ورک۔ وائی از دس سو؟</w:t>
      </w:r>
    </w:p>
    <w:p>
      <w:r>
        <w:rPr>
          <w:b/>
        </w:rPr>
        <w:t xml:space="preserve">[22:40] </w:t>
      </w:r>
      <w:r>
        <w:t>dekhein muslim aur non muslim ka jo yeh baat hai yeh sahi nahi hai main ne di. yeh sahi nahi hai yeh. yeh samajhne ke liye bola jata hai samajhne ke liye lekin yeh sahi word nahi hai.</w:t>
      </w:r>
    </w:p>
    <w:p>
      <w:pPr>
        <w:jc w:val="right"/>
      </w:pPr>
      <w:r>
        <w:t>دیکھیں مسلم اور نان مسلم کا جو یہ بات ہے یہ صحیح نہیں ہے میں نے دی۔ یہ صحیح نہیں ہے یہ۔ یہ سمجھنے کے لیے بولا جاتا ہے سمجھنے کے لیے لیکن یہ صحیح ورڈ نہیں ہے۔</w:t>
      </w:r>
    </w:p>
    <w:p>
      <w:r>
        <w:rPr>
          <w:b/>
        </w:rPr>
        <w:t xml:space="preserve">[22:52] </w:t>
      </w:r>
      <w:r>
        <w:t>sahi word kya hai? ek woh insan hai jo aware ho. ek woh insan jo aware na ho. ek insan jo bhool mein pada hua hai.</w:t>
      </w:r>
    </w:p>
    <w:p>
      <w:pPr>
        <w:jc w:val="right"/>
      </w:pPr>
      <w:r>
        <w:t>صحیح ورڈ کیا ہے؟ ایک وہ انسان ہے جو اویئر ہو۔ ایک وہ انسان جو اویئر نہ ہو۔ ایک انسان جو بھول میں پڑا ہوا ہے۔</w:t>
      </w:r>
    </w:p>
    <w:p>
      <w:r>
        <w:rPr>
          <w:b/>
        </w:rPr>
        <w:t xml:space="preserve">[23:01] </w:t>
      </w:r>
      <w:r>
        <w:t>ek insan jis ki aqal jaag jaag uthi hai. to dawah work bhi spiritual work ke sense mein hai. dawah work koi spiritual cheez woh koi mis</w:t>
      </w:r>
    </w:p>
    <w:p>
      <w:pPr>
        <w:jc w:val="right"/>
      </w:pPr>
      <w:r>
        <w:t>ایک انسان جس کی عقل جاگ جاگ اٹھی ہے۔ تو دعویٰ ورک بھی سپریچول ورک کے سینس میں ہے۔ دعویٰ ورک کوئی سپریچول چیز وہ کوئی 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