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Oriented Life (In Conversation with Maulana) 23 10 11</w:t>
      </w:r>
    </w:p>
    <w:p>
      <w:r>
        <w:t>https://www.youtube.com/watch?v=E_LWwsWww2U</w:t>
      </w:r>
    </w:p>
    <w:p>
      <w:r>
        <w:rPr>
          <w:b/>
        </w:rPr>
        <w:t xml:space="preserve">[00:11] </w:t>
      </w:r>
      <w:r>
        <w:t>maulana yeh sawal misster shoaib khan ne kiya hai lucknow se unhone likha hai "it is urged in the quran chapter number 2 verse number 208 o ye who believe enter into islam wholeheartedly" maulana kindly explain this verse.</w:t>
      </w:r>
    </w:p>
    <w:p>
      <w:pPr>
        <w:jc w:val="right"/>
      </w:pPr>
      <w:r>
        <w:t>مولانا یہ سوال مسٹر شعیب خان نے کیا ہے لکھنؤ سے انہوں نے لکھا ہے "اٹ از ارجڈ ان دا قران چیپٹر نمبر ٹو ورس نمبر 208 او یو ہو بیلیو انٹر انٹو اسلام ہول ہارٹڈلی" مولانا کائنڈلی ایکسپلین دس ورس۔</w:t>
      </w:r>
    </w:p>
    <w:p>
      <w:r>
        <w:rPr>
          <w:b/>
        </w:rPr>
        <w:t xml:space="preserve">[00:36] </w:t>
      </w:r>
      <w:r>
        <w:t>wholeheartedly is ka tarjuma nahi hoga yani is ka tarjuma hoga poore ke poore islam mein dakhil ho jao khud khuloos fasl mein kaf poore ke poore</w:t>
      </w:r>
    </w:p>
    <w:p>
      <w:pPr>
        <w:jc w:val="right"/>
      </w:pPr>
      <w:r>
        <w:t>ہول ہارٹڈلی اس کا ترجمہ نہیں ہوگا یعنی اس کا ترجمہ ہوگا پورے کے پورے اسلام میں داخل ہو جاؤ خود خلوص فصل میں کاف پورے کے پورے</w:t>
      </w:r>
    </w:p>
    <w:p>
      <w:r>
        <w:rPr>
          <w:b/>
        </w:rPr>
        <w:t xml:space="preserve">[00:51] </w:t>
      </w:r>
      <w:r>
        <w:t>to dekhen poore ke poore ka matlab yeh nahi ke sara nizam dakhil karo islam mein yeh bilkul</w:t>
      </w:r>
    </w:p>
    <w:p>
      <w:pPr>
        <w:jc w:val="right"/>
      </w:pPr>
      <w:r>
        <w:t>تو دیکھیں پورے کے پورے کا مطلب یہ نہیں کہ سارا نظام داخل کرو اسلام میں یہ بالکل</w:t>
      </w:r>
    </w:p>
    <w:p>
      <w:r>
        <w:rPr>
          <w:b/>
        </w:rPr>
        <w:t xml:space="preserve">[00:56] </w:t>
      </w:r>
      <w:r>
        <w:t>hi baseless baat hai yeh qisse nikala jaye nazariya</w:t>
      </w:r>
    </w:p>
    <w:p>
      <w:pPr>
        <w:jc w:val="right"/>
      </w:pPr>
      <w:r>
        <w:t>ہی بیسلیس بات ہے یہ قصے نکالا جائے نظریہ</w:t>
      </w:r>
    </w:p>
    <w:p>
      <w:r>
        <w:rPr>
          <w:b/>
        </w:rPr>
        <w:t xml:space="preserve">[00:59] </w:t>
      </w:r>
      <w:r>
        <w:t>ke siyasi nizam samaji nizam iqtisadi nizam falan nizam yeh nizam nahi nahi yeh ayat individual ko mukhatib</w:t>
      </w:r>
    </w:p>
    <w:p>
      <w:pPr>
        <w:jc w:val="right"/>
      </w:pPr>
      <w:r>
        <w:t>کہ سیاسی نظام سماجی نظام اقتصادی نظام فلاں نظام یہ نظام نہیں نہیں یہ ایت انڈیویجول کو مخاطب</w:t>
      </w:r>
    </w:p>
    <w:p>
      <w:r>
        <w:rPr>
          <w:b/>
        </w:rPr>
        <w:t xml:space="preserve">[01:08] </w:t>
      </w:r>
      <w:r>
        <w:t>kar rahi hai ek fard ko ek shakhs apne aap ko</w:t>
      </w:r>
    </w:p>
    <w:p>
      <w:pPr>
        <w:jc w:val="right"/>
      </w:pPr>
      <w:r>
        <w:t>کر رہی ہے ایک فرد کو ایک شخص اپنے اپ کو</w:t>
      </w:r>
    </w:p>
    <w:p>
      <w:r>
        <w:rPr>
          <w:b/>
        </w:rPr>
        <w:t xml:space="preserve">[01:15] </w:t>
      </w:r>
      <w:r>
        <w:t>apne jo bas mein hai us ke aitbar se poore ke poore islam mein dakhil ho yani</w:t>
      </w:r>
    </w:p>
    <w:p>
      <w:pPr>
        <w:jc w:val="right"/>
      </w:pPr>
      <w:r>
        <w:t>اپنے جو بس میں ہے اس کے اعتبار سے پورے کے پورے اسلام میں داخل ہو یعنی</w:t>
      </w:r>
    </w:p>
    <w:p>
      <w:r>
        <w:rPr>
          <w:b/>
        </w:rPr>
        <w:t xml:space="preserve">[01:22] </w:t>
      </w:r>
      <w:r>
        <w:t>poori zindagi us ki god oriented zindagi ban jaye</w:t>
      </w:r>
    </w:p>
    <w:p>
      <w:pPr>
        <w:jc w:val="right"/>
      </w:pPr>
      <w:r>
        <w:t>پوری زندگی اس کی گاڈ اورینٹڈ زندگی بن جائے</w:t>
      </w:r>
    </w:p>
    <w:p>
      <w:r>
        <w:rPr>
          <w:b/>
        </w:rPr>
        <w:t xml:space="preserve">[01:27] </w:t>
      </w:r>
      <w:r>
        <w:t>uski sochna</w:t>
      </w:r>
    </w:p>
    <w:p>
      <w:pPr>
        <w:jc w:val="right"/>
      </w:pPr>
      <w:r>
        <w:t>اس کی سوچنا</w:t>
      </w:r>
    </w:p>
    <w:p>
      <w:r>
        <w:rPr>
          <w:b/>
        </w:rPr>
        <w:t xml:space="preserve">[01:29] </w:t>
      </w:r>
      <w:r>
        <w:t>uska bolna uska behavior uski dealing yeh matlab hai iska yeh harghiz matlab nahi</w:t>
      </w:r>
    </w:p>
    <w:p>
      <w:pPr>
        <w:jc w:val="right"/>
      </w:pPr>
      <w:r>
        <w:t>اس کا بولنا اس کا بیہیویئر اس کی ڈیلنگ یہ مطلب ہے اس کا یہ ہرگز مطلب نہیں</w:t>
      </w:r>
    </w:p>
    <w:p>
      <w:r>
        <w:rPr>
          <w:b/>
        </w:rPr>
        <w:t xml:space="preserve">[01:36] </w:t>
      </w:r>
      <w:r>
        <w:t>hai ke</w:t>
      </w:r>
    </w:p>
    <w:p>
      <w:pPr>
        <w:jc w:val="right"/>
      </w:pPr>
      <w:r>
        <w:t>ہے کہ</w:t>
      </w:r>
    </w:p>
    <w:p>
      <w:r>
        <w:rPr>
          <w:b/>
        </w:rPr>
        <w:t xml:space="preserve">[01:37] </w:t>
      </w:r>
      <w:r>
        <w:t>sare nizam hayat ko woh karo</w:t>
      </w:r>
    </w:p>
    <w:p>
      <w:pPr>
        <w:jc w:val="right"/>
      </w:pPr>
      <w:r>
        <w:t>سارے نظام حیات کو وہ کرو</w:t>
      </w:r>
    </w:p>
    <w:p>
      <w:r>
        <w:rPr>
          <w:b/>
        </w:rPr>
        <w:t xml:space="preserve">[01:41] </w:t>
      </w:r>
      <w:r>
        <w:t>lad kar logon se qabza karo aur har jagah islam nafiz karo iska koi taluq</w:t>
      </w:r>
    </w:p>
    <w:p>
      <w:pPr>
        <w:jc w:val="right"/>
      </w:pPr>
      <w:r>
        <w:t>لڑ کر لوگوں سے قبضہ کرو اور ہر جگہ اسلام نافذ کرو اس کا کوئی تعلق</w:t>
      </w:r>
    </w:p>
    <w:p>
      <w:r>
        <w:rPr>
          <w:b/>
        </w:rPr>
        <w:t xml:space="preserve">[01:48] </w:t>
      </w:r>
      <w:r>
        <w:t>is khud sakhta mafhoom ka is ayat se nahi kyunke kai log is se yeh matlab nikalte hain</w:t>
      </w:r>
    </w:p>
    <w:p>
      <w:pPr>
        <w:jc w:val="right"/>
      </w:pPr>
      <w:r>
        <w:t>اس خود ساختہ مفہوم کا اس ایت سے نہیں کیونکہ کئی لوگ اس سے یہ مطلب نکالتے ہیں</w:t>
      </w:r>
    </w:p>
    <w:p>
      <w:r>
        <w:rPr>
          <w:b/>
        </w:rPr>
        <w:t xml:space="preserve">[01:56] </w:t>
      </w:r>
      <w:r>
        <w:t>is ka tarjuma yeh hai ke</w:t>
      </w:r>
    </w:p>
    <w:p>
      <w:pPr>
        <w:jc w:val="right"/>
      </w:pPr>
      <w:r>
        <w:t>اس کا ترجمہ یہ ہے کہ</w:t>
      </w:r>
    </w:p>
    <w:p>
      <w:r>
        <w:rPr>
          <w:b/>
        </w:rPr>
        <w:t xml:space="preserve">[01:59] </w:t>
      </w:r>
      <w:r>
        <w:t>ae iman lane walon tum</w:t>
      </w:r>
    </w:p>
    <w:p>
      <w:pPr>
        <w:jc w:val="right"/>
      </w:pPr>
      <w:r>
        <w:t>اے ایمان لانے والو تم</w:t>
      </w:r>
    </w:p>
    <w:p>
      <w:r>
        <w:rPr>
          <w:b/>
        </w:rPr>
        <w:t xml:space="preserve">[02:05] </w:t>
      </w:r>
      <w:r>
        <w:t>poore ke poore islam mein dakhil ho jao</w:t>
      </w:r>
    </w:p>
    <w:p>
      <w:pPr>
        <w:jc w:val="right"/>
      </w:pPr>
      <w:r>
        <w:t>پورے کے پورے اسلام میں داخل ہو جاؤ</w:t>
      </w:r>
    </w:p>
    <w:p>
      <w:r>
        <w:rPr>
          <w:b/>
        </w:rPr>
        <w:t xml:space="preserve">[02:11] </w:t>
      </w:r>
      <w:r>
        <w:t>yeh nahi kaha ke ae logon logon tum munazzam ho kar</w:t>
      </w:r>
    </w:p>
    <w:p>
      <w:pPr>
        <w:jc w:val="right"/>
      </w:pPr>
      <w:r>
        <w:t>یہ نہیں کہا کہ اے لوگوں لوگوں تم منظم ہو کر</w:t>
      </w:r>
    </w:p>
    <w:p>
      <w:r>
        <w:rPr>
          <w:b/>
        </w:rPr>
        <w:t xml:space="preserve">[02:16] </w:t>
      </w:r>
      <w:r>
        <w:t>logon se ittedar chheeno yeh kahan is mein hai</w:t>
      </w:r>
    </w:p>
    <w:p>
      <w:pPr>
        <w:jc w:val="right"/>
      </w:pPr>
      <w:r>
        <w:t>لوگوں سے اقتدار چھینو یہ کہاں اس میں ہے</w:t>
      </w:r>
    </w:p>
    <w:p>
      <w:r>
        <w:rPr>
          <w:b/>
        </w:rPr>
        <w:t xml:space="preserve">[02:19] </w:t>
      </w:r>
      <w:r>
        <w:t>ke iqtidaar chheen kar ke sare mamlaat hayat par islam par qanoon naafiz karo yeh kahan hai is mein</w:t>
      </w:r>
    </w:p>
    <w:p>
      <w:pPr>
        <w:jc w:val="right"/>
      </w:pPr>
      <w:r>
        <w:t>کہ اقتدار چھین کر کے سارے معاملات حیات پر اسلام پر قانون نافذ کرو یہ کہاں ہے اس میں</w:t>
      </w:r>
    </w:p>
    <w:p>
      <w:r>
        <w:rPr>
          <w:b/>
        </w:rPr>
        <w:t xml:space="preserve">[02:28] </w:t>
      </w:r>
      <w:r>
        <w:t>is is woh woh shakhs jo islam laya hai us shakhs ko khitab kar rahi hai ayat</w:t>
      </w:r>
    </w:p>
    <w:p>
      <w:pPr>
        <w:jc w:val="right"/>
      </w:pPr>
      <w:r>
        <w:t>اس اس وہ وہ شخص جو اسلام لایا ہے اس شخص کو خطاب کر رہی ہے ایت</w:t>
      </w:r>
    </w:p>
    <w:p>
      <w:r>
        <w:rPr>
          <w:b/>
        </w:rPr>
        <w:t xml:space="preserve">[02:34] </w:t>
      </w:r>
      <w:r>
        <w:t>ke ae ae shakhs jo tu islam laya hai tu dawah kar raha hai momin hone ka tu</w:t>
      </w:r>
    </w:p>
    <w:p>
      <w:pPr>
        <w:jc w:val="right"/>
      </w:pPr>
      <w:r>
        <w:t>کہ اے اے شخص جو تو اسلام لایا ہے تو دعوی کر رہا ہے مومن ہونے کا تو</w:t>
      </w:r>
    </w:p>
    <w:p>
      <w:r>
        <w:rPr>
          <w:b/>
        </w:rPr>
        <w:t xml:space="preserve">[02:40] </w:t>
      </w:r>
      <w:r>
        <w:t>apni poori zindagi ko islam mein rang rang le</w:t>
      </w:r>
    </w:p>
    <w:p>
      <w:pPr>
        <w:jc w:val="right"/>
      </w:pPr>
      <w:r>
        <w:t>اپنی پوری زندگی کو اسلام میں رنگ رنگ لے</w:t>
      </w:r>
    </w:p>
    <w:p>
      <w:r>
        <w:rPr>
          <w:b/>
        </w:rPr>
        <w:t xml:space="preserve">[02:43] </w:t>
      </w:r>
      <w:r>
        <w:t>woh jo doosri jagah hai sabqat</w:t>
      </w:r>
    </w:p>
    <w:p>
      <w:pPr>
        <w:jc w:val="right"/>
      </w:pPr>
      <w:r>
        <w:t>وہ جو دوسری جگہ ہے سبقت</w:t>
      </w:r>
    </w:p>
    <w:p>
      <w:r>
        <w:rPr>
          <w:b/>
        </w:rPr>
        <w:t xml:space="preserve">[02:47] </w:t>
      </w:r>
      <w:r>
        <w:t>allah allah apni zaati zindagi ko tumhare aitbar se</w:t>
      </w:r>
    </w:p>
    <w:p>
      <w:pPr>
        <w:jc w:val="right"/>
      </w:pPr>
      <w:r>
        <w:t>اللہ اللہ اپنی ذاتی زندگی کو تمہارے اعتبار سے</w:t>
      </w:r>
    </w:p>
    <w:p>
      <w:r>
        <w:rPr>
          <w:b/>
        </w:rPr>
        <w:t xml:space="preserve">[02:53] </w:t>
      </w:r>
      <w:r>
        <w:t>islam ke rang mein rang do yani poori tarah ins ban jao poori tarah sachche ban jao mamlaat</w:t>
      </w:r>
    </w:p>
    <w:p>
      <w:pPr>
        <w:jc w:val="right"/>
      </w:pPr>
      <w:r>
        <w:t>اسلام کے رنگ میں رنگ دو یعنی پوری طرح انس بن جاؤ پوری طرح سچے بن جاؤ معاملات</w:t>
      </w:r>
    </w:p>
    <w:p>
      <w:r>
        <w:rPr>
          <w:b/>
        </w:rPr>
        <w:t xml:space="preserve">[03:00] </w:t>
      </w:r>
      <w:r>
        <w:t>mein poori tarike se sahi dealing karo yeh matlab hai is ka</w:t>
      </w:r>
    </w:p>
    <w:p>
      <w:pPr>
        <w:jc w:val="right"/>
      </w:pPr>
      <w:r>
        <w:t>میں پوری طریقے سے صحیح ڈیلنگ کرو یہ مطلب ہے اس کا</w:t>
      </w:r>
    </w:p>
    <w:p>
      <w:r>
        <w:rPr>
          <w:b/>
        </w:rPr>
        <w:t xml:space="preserve">[03:09] </w:t>
      </w:r>
      <w:r>
        <w:t>مس فرحان خان نے ممبئی سے سوال کیا ہے انہوں نے لکھا ہے "When inviting non-Muslims towards</w:t>
      </w:r>
    </w:p>
    <w:p>
      <w:pPr>
        <w:jc w:val="right"/>
      </w:pPr>
      <w:r>
        <w:t>مس فرحان خان نے ممبئی سے سوال کیا ہے انہوں نے لکھا ہے "وین انوائٹنگ نان مسلمز ٹورڈز</w:t>
      </w:r>
    </w:p>
    <w:p>
      <w:r>
        <w:rPr>
          <w:b/>
        </w:rPr>
        <w:t xml:space="preserve">[03:18] </w:t>
      </w:r>
      <w:r>
        <w:t>اسلام ہاؤ کین وی ایکسپیکٹ دیم ٹو ایکسیپٹ the supernatural concepts like معجزات and existence of جن"</w:t>
      </w:r>
    </w:p>
    <w:p>
      <w:pPr>
        <w:jc w:val="right"/>
      </w:pPr>
      <w:r>
        <w:t>اسلام ہاؤ کین وی ایکسپیکٹ دیم ٹو ایکسیپٹ دا سپر نیچرل کانسیپٹس لائک معجزات اینڈ ایگزسٹنس اف جن"</w:t>
      </w:r>
    </w:p>
    <w:p>
      <w:r>
        <w:rPr>
          <w:b/>
        </w:rPr>
        <w:t xml:space="preserve">[03:40] </w:t>
      </w:r>
      <w:r>
        <w:t>dekhein aap to aap ka kaam hai</w:t>
      </w:r>
    </w:p>
    <w:p>
      <w:pPr>
        <w:jc w:val="right"/>
      </w:pPr>
      <w:r>
        <w:t>دیکھیں اپ تو اپ کا کام ہے</w:t>
      </w:r>
    </w:p>
    <w:p>
      <w:r>
        <w:rPr>
          <w:b/>
        </w:rPr>
        <w:t xml:space="preserve">[03:46] </w:t>
      </w:r>
      <w:r>
        <w:t>logon ko literature pahunchana</w:t>
      </w:r>
    </w:p>
    <w:p>
      <w:pPr>
        <w:jc w:val="right"/>
      </w:pPr>
      <w:r>
        <w:t>لوگوں کو لٹریچر پہنچانا</w:t>
      </w:r>
    </w:p>
    <w:p>
      <w:r>
        <w:rPr>
          <w:b/>
        </w:rPr>
        <w:t xml:space="preserve">[03:49] </w:t>
      </w:r>
      <w:r>
        <w:t>baat pahunchana jab tak aadmi ka mind prepare na ho jaye tab tak woh kuch bhi nahi samjhe</w:t>
      </w:r>
    </w:p>
    <w:p>
      <w:pPr>
        <w:jc w:val="right"/>
      </w:pPr>
      <w:r>
        <w:t>بات پہنچانا جب تک ادمی کا مائنڈ پریپیئر نہ ہو جائے تب تک وہ کچھ بھی نہیں سمجھے</w:t>
      </w:r>
    </w:p>
    <w:p>
      <w:r>
        <w:rPr>
          <w:b/>
        </w:rPr>
        <w:t xml:space="preserve">[03:57] </w:t>
      </w:r>
      <w:r>
        <w:t>ga mislan mein</w:t>
      </w:r>
    </w:p>
    <w:p>
      <w:pPr>
        <w:jc w:val="right"/>
      </w:pPr>
      <w:r>
        <w:t>گا مثلا میں</w:t>
      </w:r>
    </w:p>
    <w:p>
      <w:r>
        <w:rPr>
          <w:b/>
        </w:rPr>
        <w:t xml:space="preserve">[04:01] </w:t>
      </w:r>
      <w:r>
        <w:t>yani samajhta hoon ke</w:t>
      </w:r>
    </w:p>
    <w:p>
      <w:pPr>
        <w:jc w:val="right"/>
      </w:pPr>
      <w:r>
        <w:t>یعنی سمجھتا ہوں کہ</w:t>
      </w:r>
    </w:p>
    <w:p>
      <w:r>
        <w:rPr>
          <w:b/>
        </w:rPr>
        <w:t xml:space="preserve">[04:04] </w:t>
      </w:r>
      <w:r>
        <w:t>har cheez moajza hai yeh maa ke pait mein ek bachcha ban kar niklta hai yeh moajza nahi</w:t>
      </w:r>
    </w:p>
    <w:p>
      <w:pPr>
        <w:jc w:val="right"/>
      </w:pPr>
      <w:r>
        <w:t>ہر چیز معجزہ ہے یہ ماں کے پیٹ میں ایک بچہ بن کر نکلتا ہے یہ معجزہ نہیں</w:t>
      </w:r>
    </w:p>
    <w:p>
      <w:r>
        <w:rPr>
          <w:b/>
        </w:rPr>
        <w:t xml:space="preserve">[04:09] </w:t>
      </w:r>
      <w:r>
        <w:t>hai yani gosht aur khoon bachcha ban jata hai dekhne wala sunne wala chalne wala</w:t>
      </w:r>
    </w:p>
    <w:p>
      <w:pPr>
        <w:jc w:val="right"/>
      </w:pPr>
      <w:r>
        <w:t>ہے یعنی گوشت اور خون بچہ بن جاتا ہے دیکھنے والا سننے والا چلنے والا</w:t>
      </w:r>
    </w:p>
    <w:p>
      <w:r>
        <w:rPr>
          <w:b/>
        </w:rPr>
        <w:t xml:space="preserve">[04:17] </w:t>
      </w:r>
      <w:r>
        <w:t>ek beej ek ghar zameen mein parta hai ek darakht ban jata hai moajza hi toh hai yeh</w:t>
      </w:r>
    </w:p>
    <w:p>
      <w:pPr>
        <w:jc w:val="right"/>
      </w:pPr>
      <w:r>
        <w:t>ایک بیج ایک گھر زمین میں پڑتا ہے ایک درخت بن جاتا ہے معجزہ ہی تو ہے یہ</w:t>
      </w:r>
    </w:p>
    <w:p>
      <w:r>
        <w:rPr>
          <w:b/>
        </w:rPr>
        <w:t xml:space="preserve">[04:21] </w:t>
      </w:r>
      <w:r>
        <w:t>do ghasi milti hain woh pani ban jati hai moajza hi toh hai</w:t>
      </w:r>
    </w:p>
    <w:p>
      <w:pPr>
        <w:jc w:val="right"/>
      </w:pPr>
      <w:r>
        <w:t>دو گھسی ملتی ہیں وہ پانی بن جاتی ہے معجزہ ہی تو ہے</w:t>
      </w:r>
    </w:p>
    <w:p>
      <w:r>
        <w:rPr>
          <w:b/>
        </w:rPr>
        <w:t xml:space="preserve">[04:26] </w:t>
      </w:r>
      <w:r>
        <w:t>toh sab cheez moajza hi hai moaj</w:t>
      </w:r>
    </w:p>
    <w:p>
      <w:pPr>
        <w:jc w:val="right"/>
      </w:pPr>
      <w:r>
        <w:t>تو سب چیز معجزہ ہی ہے معج</w:t>
      </w:r>
    </w:p>
    <w:p>
      <w:r>
        <w:rPr>
          <w:b/>
        </w:rPr>
        <w:t xml:space="preserve">[04:29] </w:t>
      </w:r>
      <w:r>
        <w:t>za kya hai conversion</w:t>
      </w:r>
    </w:p>
    <w:p>
      <w:pPr>
        <w:jc w:val="right"/>
      </w:pPr>
      <w:r>
        <w:t>زہ کیا ہے کنورژن</w:t>
      </w:r>
    </w:p>
    <w:p>
      <w:r>
        <w:rPr>
          <w:b/>
        </w:rPr>
        <w:t xml:space="preserve">[04:31] </w:t>
      </w:r>
      <w:r>
        <w:t>hazrat moosa ke haath mein jo asaa tha woh saanp ban gaya darwaza case of conversion toh conversion</w:t>
      </w:r>
    </w:p>
    <w:p>
      <w:pPr>
        <w:jc w:val="right"/>
      </w:pPr>
      <w:r>
        <w:t>حضرت موسی کے ہاتھ میں جو عصا تھا وہ سانپ بن گیا دروازہ کیس اف کنورژن تو کنورژن</w:t>
      </w:r>
    </w:p>
    <w:p>
      <w:r>
        <w:rPr>
          <w:b/>
        </w:rPr>
        <w:t xml:space="preserve">[04:38] </w:t>
      </w:r>
      <w:r>
        <w:t>toh har waqt ho raha hai</w:t>
      </w:r>
    </w:p>
    <w:p>
      <w:pPr>
        <w:jc w:val="right"/>
      </w:pPr>
      <w:r>
        <w:t>تو ہر وقت ہو رہا ہے</w:t>
      </w:r>
    </w:p>
    <w:p>
      <w:r>
        <w:rPr>
          <w:b/>
        </w:rPr>
        <w:t xml:space="preserve">[04:41] </w:t>
      </w:r>
      <w:r>
        <w:t>har waqt ho raha hai</w:t>
      </w:r>
    </w:p>
    <w:p>
      <w:pPr>
        <w:jc w:val="right"/>
      </w:pPr>
      <w:r>
        <w:t>ہر وقت ہو رہا ہے</w:t>
      </w:r>
    </w:p>
    <w:p>
      <w:r>
        <w:rPr>
          <w:b/>
        </w:rPr>
        <w:t xml:space="preserve">[04:44] </w:t>
      </w:r>
      <w:r>
        <w:t>matter jo hai roshan sitara ban gaya beej jo hai bada darakht ban gaya</w:t>
      </w:r>
    </w:p>
    <w:p>
      <w:pPr>
        <w:jc w:val="right"/>
      </w:pPr>
      <w:r>
        <w:t>میٹر جو ہے روشن ستارہ بن گیا بیج جو ہے بڑا درخت بن گیا</w:t>
      </w:r>
    </w:p>
    <w:p>
      <w:r>
        <w:rPr>
          <w:b/>
        </w:rPr>
        <w:t xml:space="preserve">[04:51] </w:t>
      </w:r>
      <w:r>
        <w:t>insaan maa ke pait mein gosht aur khoon jo hai bachcha ban gaya</w:t>
      </w:r>
    </w:p>
    <w:p>
      <w:pPr>
        <w:jc w:val="right"/>
      </w:pPr>
      <w:r>
        <w:t>انسان ماں کے پیٹ میں گوشت اور خون جو ہے بچہ بن گیا</w:t>
      </w:r>
    </w:p>
    <w:p>
      <w:r>
        <w:rPr>
          <w:b/>
        </w:rPr>
        <w:t xml:space="preserve">[04:55] </w:t>
      </w:r>
      <w:r>
        <w:t>toh sab conversion hi toh ho rahi hai</w:t>
      </w:r>
    </w:p>
    <w:p>
      <w:pPr>
        <w:jc w:val="right"/>
      </w:pPr>
      <w:r>
        <w:t>تو سب کنورژن ہی تو ہو رہی ہے</w:t>
      </w:r>
    </w:p>
    <w:p>
      <w:r>
        <w:rPr>
          <w:b/>
        </w:rPr>
        <w:t xml:space="preserve">[05:00] </w:t>
      </w:r>
      <w:r>
        <w:t>koi yeh nahi ke pehle jo hua woh bas woh woh tha moajza</w:t>
      </w:r>
    </w:p>
    <w:p>
      <w:pPr>
        <w:jc w:val="right"/>
      </w:pPr>
      <w:r>
        <w:t>کوئی یہ نہیں کہ پہلے جو ہوا وہ بس وہ وہ تھا معجزہ</w:t>
      </w:r>
    </w:p>
    <w:p>
      <w:r>
        <w:rPr>
          <w:b/>
        </w:rPr>
        <w:t xml:space="preserve">[05:06] </w:t>
      </w:r>
      <w:r>
        <w:t>mein bol raha hoon mein toh har waqt sochta hoon ke moajza hai ke mein bol raha hoon</w:t>
      </w:r>
    </w:p>
    <w:p>
      <w:pPr>
        <w:jc w:val="right"/>
      </w:pPr>
      <w:r>
        <w:t>میں بول رہا ہوں میں تو ہر وقت سوچتا ہوں کہ معجزہ ہے کہ میں بول رہا ہوں</w:t>
      </w:r>
    </w:p>
    <w:p>
      <w:r>
        <w:rPr>
          <w:b/>
        </w:rPr>
        <w:t xml:space="preserve">[05:12] </w:t>
      </w:r>
      <w:r>
        <w:t>kaise mein ne socha kaise meri soch jo hai woh lafzon mein dhali kaise mein ne zabaan se</w:t>
      </w:r>
    </w:p>
    <w:p>
      <w:pPr>
        <w:jc w:val="right"/>
      </w:pPr>
      <w:r>
        <w:t>کیسے میں نے سوچا کیسے میری سوچ جو ہے وہ لفظوں میں ڈھلی کیسے میں نے زبان سے</w:t>
      </w:r>
    </w:p>
    <w:p>
      <w:r>
        <w:rPr>
          <w:b/>
        </w:rPr>
        <w:t xml:space="preserve">[05:19] </w:t>
      </w:r>
      <w:r>
        <w:t>ada kiya kaise woh baat aap tak pahunchi kaise aap ne sun liya phir electronic daur mein woh</w:t>
      </w:r>
    </w:p>
    <w:p>
      <w:pPr>
        <w:jc w:val="right"/>
      </w:pPr>
      <w:r>
        <w:t>ادا کیا کیسے وہ بات اپ تک پہنچی کیسے اپ نے سن لیا پھر الیکٹرانک دور میں وہ</w:t>
      </w:r>
    </w:p>
    <w:p>
      <w:r>
        <w:rPr>
          <w:b/>
        </w:rPr>
        <w:t xml:space="preserve">[05:27] </w:t>
      </w:r>
      <w:r>
        <w:t>cheez universal ho gayi to moajza hi to hai yeh to moajza ki haqeeqat hai conversion aur conversion</w:t>
      </w:r>
    </w:p>
    <w:p>
      <w:pPr>
        <w:jc w:val="right"/>
      </w:pPr>
      <w:r>
        <w:t>چیز یونیورسل ہو گئی تو معجزہ ہی تو ہے یہ تو معجزہ کی حقیقت ہے کنورژن اور کنورژن</w:t>
      </w:r>
    </w:p>
    <w:p>
      <w:r>
        <w:rPr>
          <w:b/>
        </w:rPr>
        <w:t xml:space="preserve">[05:34] </w:t>
      </w:r>
      <w:r>
        <w:t>har waqt ho raha hai lekin yeh baat hai kab samjhega aadmi jab us ko us ke</w:t>
      </w:r>
    </w:p>
    <w:p>
      <w:pPr>
        <w:jc w:val="right"/>
      </w:pPr>
      <w:r>
        <w:t>ہر وقت ہو رہا ہے لیکن یہ بات ہے کب سمجھے گا ادمی جب اس کو اس کے</w:t>
      </w:r>
    </w:p>
    <w:p>
      <w:r>
        <w:rPr>
          <w:b/>
        </w:rPr>
        <w:t xml:space="preserve">[05:39] </w:t>
      </w:r>
      <w:r>
        <w:t>mind ko aap prepare karen pehle din nahi samajh lega yeh umeed na rakhiye ke idhar aap</w:t>
      </w:r>
    </w:p>
    <w:p>
      <w:pPr>
        <w:jc w:val="right"/>
      </w:pPr>
      <w:r>
        <w:t>مائنڈ کو اپ پریپیئر کریں پہلے دن نہیں سمجھ لے گا یہ امید نہ رکھیے کہ ادھر اپ</w:t>
      </w:r>
    </w:p>
    <w:p>
      <w:r>
        <w:rPr>
          <w:b/>
        </w:rPr>
        <w:t xml:space="preserve">[05:45] </w:t>
      </w:r>
      <w:r>
        <w:t>ne kaha idhar</w:t>
      </w:r>
    </w:p>
    <w:p>
      <w:pPr>
        <w:jc w:val="right"/>
      </w:pPr>
      <w:r>
        <w:t>نے کہا ادھر</w:t>
      </w:r>
    </w:p>
    <w:p>
      <w:r>
        <w:rPr>
          <w:b/>
        </w:rPr>
        <w:t xml:space="preserve">[05:46] </w:t>
      </w:r>
      <w:r>
        <w:t>us ne maan liya jab mind ban jayega us waqt sab kuch maan lega main bhi</w:t>
      </w:r>
    </w:p>
    <w:p>
      <w:pPr>
        <w:jc w:val="right"/>
      </w:pPr>
      <w:r>
        <w:t>اس نے مان لیا جب مائنڈ بن جائے گا اس وقت سب کچھ مان لے گا میں بھی</w:t>
      </w:r>
    </w:p>
    <w:p>
      <w:r>
        <w:rPr>
          <w:b/>
        </w:rPr>
        <w:t xml:space="preserve">[05:51] </w:t>
      </w:r>
      <w:r>
        <w:t>pehley nahi manta tha</w:t>
      </w:r>
    </w:p>
    <w:p>
      <w:pPr>
        <w:jc w:val="right"/>
      </w:pPr>
      <w:r>
        <w:t>پہلے نہیں مانتا تھا</w:t>
      </w:r>
    </w:p>
    <w:p>
      <w:r>
        <w:rPr>
          <w:b/>
        </w:rPr>
        <w:t xml:space="preserve">[05:54] </w:t>
      </w:r>
      <w:r>
        <w:t>pehley main aisi baaton ko nahi manta tha naujawani ki umar mein ab main jab maine daryaft</w:t>
      </w:r>
    </w:p>
    <w:p>
      <w:pPr>
        <w:jc w:val="right"/>
      </w:pPr>
      <w:r>
        <w:t>پہلے میں ایسی باتوں کو نہیں مانتا تھا نوجوانی کی عمر میں اب میں جب میں نے دریافت</w:t>
      </w:r>
    </w:p>
    <w:p>
      <w:r>
        <w:rPr>
          <w:b/>
        </w:rPr>
        <w:t xml:space="preserve">[06:01] </w:t>
      </w:r>
      <w:r>
        <w:t>kiya kya hai kya to conversion hi to hai yeh</w:t>
      </w:r>
    </w:p>
    <w:p>
      <w:pPr>
        <w:jc w:val="right"/>
      </w:pPr>
      <w:r>
        <w:t>کیا کیا ہے کیا تو کنورژن ہی تو ہے یہ</w:t>
      </w:r>
    </w:p>
    <w:p>
      <w:r>
        <w:rPr>
          <w:b/>
        </w:rPr>
        <w:t xml:space="preserve">[06:05] </w:t>
      </w:r>
      <w:r>
        <w:t>har cheez yaani asa Hazrat Musa ka asa jo saanp ban gaya to conversion to tha woh to</w:t>
      </w:r>
    </w:p>
    <w:p>
      <w:pPr>
        <w:jc w:val="right"/>
      </w:pPr>
      <w:r>
        <w:t>ہر چیز یعنی عصا حضرت موسی کا عصا جو سانپ بن گیا تو کنورژن تو تھا وہ تو</w:t>
      </w:r>
    </w:p>
    <w:p>
      <w:r>
        <w:rPr>
          <w:b/>
        </w:rPr>
        <w:t xml:space="preserve">[06:13] </w:t>
      </w:r>
      <w:r>
        <w:t>har waqt conversion ho raha hai har waqt conversion ho raha hai</w:t>
      </w:r>
    </w:p>
    <w:p>
      <w:pPr>
        <w:jc w:val="right"/>
      </w:pPr>
      <w:r>
        <w:t>ہر وقت کنورژن ہو رہا ہے ہر وقت کنورژن ہو رہا ہے</w:t>
      </w:r>
    </w:p>
    <w:p>
      <w:r>
        <w:rPr>
          <w:b/>
        </w:rPr>
        <w:t xml:space="preserve">[06:19] </w:t>
      </w:r>
      <w:r>
        <w:t>main jab gaon mein rehta tha UP mein</w:t>
      </w:r>
    </w:p>
    <w:p>
      <w:pPr>
        <w:jc w:val="right"/>
      </w:pPr>
      <w:r>
        <w:t>میں جب گاؤں میں رہتا تھا یو پی میں</w:t>
      </w:r>
    </w:p>
    <w:p>
      <w:r>
        <w:rPr>
          <w:b/>
        </w:rPr>
        <w:t xml:space="preserve">[06:23] </w:t>
      </w:r>
      <w:r>
        <w:t>to apne ghar mein maine</w:t>
      </w:r>
    </w:p>
    <w:p>
      <w:pPr>
        <w:jc w:val="right"/>
      </w:pPr>
      <w:r>
        <w:t>تو اپنے گھر میں میں نے</w:t>
      </w:r>
    </w:p>
    <w:p>
      <w:r>
        <w:rPr>
          <w:b/>
        </w:rPr>
        <w:t xml:space="preserve">[06:27] </w:t>
      </w:r>
      <w:r>
        <w:t>ek woh lagaya</w:t>
      </w:r>
    </w:p>
    <w:p>
      <w:pPr>
        <w:jc w:val="right"/>
      </w:pPr>
      <w:r>
        <w:t>ایک وہ لگایا</w:t>
      </w:r>
    </w:p>
    <w:p>
      <w:r>
        <w:rPr>
          <w:b/>
        </w:rPr>
        <w:t xml:space="preserve">[06:32] </w:t>
      </w:r>
      <w:r>
        <w:t>jis</w:t>
      </w:r>
    </w:p>
    <w:p>
      <w:pPr>
        <w:jc w:val="right"/>
      </w:pPr>
      <w:r>
        <w:t>جس</w:t>
      </w:r>
    </w:p>
    <w:p>
      <w:r>
        <w:rPr>
          <w:b/>
        </w:rPr>
        <w:t xml:space="preserve">[06:32] </w:t>
      </w:r>
      <w:r>
        <w:t>ko kehte hain eucalyptus</w:t>
      </w:r>
    </w:p>
    <w:p>
      <w:pPr>
        <w:jc w:val="right"/>
      </w:pPr>
      <w:r>
        <w:t>کو کہتے ہیں یوکلپٹس</w:t>
      </w:r>
    </w:p>
    <w:p>
      <w:r>
        <w:rPr>
          <w:b/>
        </w:rPr>
        <w:t xml:space="preserve">[06:36] </w:t>
      </w:r>
      <w:r>
        <w:t>ek itni si badi si shakh kahin mujhe mili woh lagaya aur bohat hi bada darakht ban gaya</w:t>
      </w:r>
    </w:p>
    <w:p>
      <w:pPr>
        <w:jc w:val="right"/>
      </w:pPr>
      <w:r>
        <w:t>ایک اتنی سی بڑی سی شاخ کہیں مجھے ملی وہ لگایا اور بہت ہی بڑا درخت بن گیا</w:t>
      </w:r>
    </w:p>
    <w:p>
      <w:r>
        <w:rPr>
          <w:b/>
        </w:rPr>
        <w:t xml:space="preserve">[06:41] </w:t>
      </w:r>
      <w:r>
        <w:t>itna bada ke door door se woh dikhai deta tha woh pehchan ban gayi dekho bhai woh gaon</w:t>
      </w:r>
    </w:p>
    <w:p>
      <w:pPr>
        <w:jc w:val="right"/>
      </w:pPr>
      <w:r>
        <w:t>اتنا بڑا کہ دور دور سے وہ دکھائی دیتا تھا وہ پہچان بن گئی دیکھو بھئی وہ گاؤں</w:t>
      </w:r>
    </w:p>
    <w:p>
      <w:r>
        <w:rPr>
          <w:b/>
        </w:rPr>
        <w:t xml:space="preserve">[06:49] </w:t>
      </w:r>
      <w:r>
        <w:t>jahan eucalyptus ka darakht hai</w:t>
      </w:r>
    </w:p>
    <w:p>
      <w:pPr>
        <w:jc w:val="right"/>
      </w:pPr>
      <w:r>
        <w:t>جہاں یوکلپٹس کا درخت ہے</w:t>
      </w:r>
    </w:p>
    <w:p>
      <w:r>
        <w:rPr>
          <w:b/>
        </w:rPr>
        <w:t xml:space="preserve">[06:51] </w:t>
      </w:r>
      <w:r>
        <w:t>itna sa bada to kaise woh ek choti si shakh ek bada darakht ban gaya jo door tak</w:t>
      </w:r>
    </w:p>
    <w:p>
      <w:pPr>
        <w:jc w:val="right"/>
      </w:pPr>
      <w:r>
        <w:t>اتنا سا بڑا تو کیسے وہ ایک چھوٹی سی شاخ ایک بڑا درخت بن گیا جو دور تک</w:t>
      </w:r>
    </w:p>
    <w:p>
      <w:r>
        <w:rPr>
          <w:b/>
        </w:rPr>
        <w:t xml:space="preserve">[06:58] </w:t>
      </w:r>
      <w:r>
        <w:t>دکھائی دے that was a case of conversion</w:t>
      </w:r>
    </w:p>
    <w:p>
      <w:pPr>
        <w:jc w:val="right"/>
      </w:pPr>
      <w:r>
        <w:t>دکھائی دے دیٹ واز ا کیس اف کنورژن</w:t>
      </w:r>
    </w:p>
    <w:p>
      <w:r>
        <w:rPr>
          <w:b/>
        </w:rPr>
        <w:t xml:space="preserve">[07:02] </w:t>
      </w:r>
      <w:r>
        <w:t>to main to hairaan hota tha dekh dekh kar ke ke kaise Khuda ne ek choti si shakh</w:t>
      </w:r>
    </w:p>
    <w:p>
      <w:pPr>
        <w:jc w:val="right"/>
      </w:pPr>
      <w:r>
        <w:t>تو میں تو حیران ہوتا تھا دیکھ دیکھ کر کے کہ کیسے خدا نے ایک چھوٹی سی شاخ</w:t>
      </w:r>
    </w:p>
    <w:p>
      <w:r>
        <w:rPr>
          <w:b/>
        </w:rPr>
        <w:t xml:space="preserve">[07:07] </w:t>
      </w:r>
      <w:r>
        <w:t>ko itna bada darakht bana diya</w:t>
      </w:r>
    </w:p>
    <w:p>
      <w:pPr>
        <w:jc w:val="right"/>
      </w:pPr>
      <w:r>
        <w:t>کو اتنا بڑا درخت بنا دیا</w:t>
      </w:r>
    </w:p>
    <w:p>
      <w:r>
        <w:rPr>
          <w:b/>
        </w:rPr>
        <w:t xml:space="preserve">[07:10] </w:t>
      </w:r>
      <w:r>
        <w:t>to har cheez jo hai case of conversion hai har cheez moajza hai lekin us waqt aadmi ki</w:t>
      </w:r>
    </w:p>
    <w:p>
      <w:pPr>
        <w:jc w:val="right"/>
      </w:pPr>
      <w:r>
        <w:t>تو ہر چیز جو ہے کیس اف کنورژن ہے ہر چیز معجزہ ہے لیکن اس وقت ادمی کی</w:t>
      </w:r>
    </w:p>
    <w:p>
      <w:r>
        <w:rPr>
          <w:b/>
        </w:rPr>
        <w:t xml:space="preserve">[07:16] </w:t>
      </w:r>
      <w:r>
        <w:t>samajh mein aayega jab ke us</w:t>
      </w:r>
    </w:p>
    <w:p>
      <w:pPr>
        <w:jc w:val="right"/>
      </w:pPr>
      <w:r>
        <w:t>سمجھ میں ائے گا جب کہ اس</w:t>
      </w:r>
    </w:p>
    <w:p>
      <w:r>
        <w:rPr>
          <w:b/>
        </w:rPr>
        <w:t xml:space="preserve">[07:17] </w:t>
      </w:r>
      <w:r>
        <w:t>ka zehan aap bana chuke hon</w:t>
      </w:r>
    </w:p>
    <w:p>
      <w:pPr>
        <w:jc w:val="right"/>
      </w:pPr>
      <w:r>
        <w:t>کا ذہن اپ بنا چکے ہوں</w:t>
      </w:r>
    </w:p>
    <w:p>
      <w:r>
        <w:rPr>
          <w:b/>
        </w:rPr>
        <w:t xml:space="preserve">[07:23] </w:t>
      </w:r>
      <w:r>
        <w:t>maulana yeh sawal aaya hai Mr Ashish Diwari ka Kanpur se unhone likha hai I had asked</w:t>
      </w:r>
    </w:p>
    <w:p>
      <w:pPr>
        <w:jc w:val="right"/>
      </w:pPr>
      <w:r>
        <w:t>مولانا یہ سوال ایا ہے مسٹر عشیش دیواری کا کانپور سے انہوں نے لکھا ہے ائی ہیڈ اسکڈ</w:t>
      </w:r>
    </w:p>
    <w:p>
      <w:r>
        <w:rPr>
          <w:b/>
        </w:rPr>
        <w:t xml:space="preserve">[07:30] </w:t>
      </w:r>
      <w:r>
        <w:t>This question, I had asked a question from Maulana in the last Sunday talk, but perhaps it was</w:t>
      </w:r>
    </w:p>
    <w:p>
      <w:pPr>
        <w:jc w:val="right"/>
      </w:pPr>
      <w:r>
        <w:t>دس کوئسچن ائی ہیڈ اسکڈ ا کوئسچن فرام مولانا ان دا لاسٹ سنڈے ٹاک بٹ پرہیپس اٹ واز</w:t>
      </w:r>
    </w:p>
    <w:p>
      <w:r>
        <w:rPr>
          <w:b/>
        </w:rPr>
        <w:t xml:space="preserve">[07:37] </w:t>
      </w:r>
      <w:r>
        <w:t>misunderstood. I have a firm belief in God, but the basic question in my mind relates to</w:t>
      </w:r>
    </w:p>
    <w:p>
      <w:pPr>
        <w:jc w:val="right"/>
      </w:pPr>
      <w:r>
        <w:t>مس انڈرسٹوڈ ائی ہیو ا فرم بیلیف ان گاڈ بٹ دا بیسک کوئسچن ان مائی مائنڈ ریلیٹس ٹو</w:t>
      </w:r>
    </w:p>
    <w:p>
      <w:r>
        <w:rPr>
          <w:b/>
        </w:rPr>
        <w:t xml:space="preserve">[07:45] </w:t>
      </w:r>
      <w:r>
        <w:t>Why we are here in this world you have said that the creation plan of God is to</w:t>
      </w:r>
    </w:p>
    <w:p>
      <w:pPr>
        <w:jc w:val="right"/>
      </w:pPr>
      <w:r>
        <w:t>وائی وی ار ہیر ان دس ورلڈ یو ہیو سیڈ دیٹ دا کریشن پلان اف گاڈ از ٹو</w:t>
      </w:r>
    </w:p>
    <w:p>
      <w:r>
        <w:rPr>
          <w:b/>
        </w:rPr>
        <w:t xml:space="preserve">[07:50] </w:t>
      </w:r>
      <w:r>
        <w:t>test man in this world and find out whether he is worthy of living in paradise but God</w:t>
      </w:r>
    </w:p>
    <w:p>
      <w:pPr>
        <w:jc w:val="right"/>
      </w:pPr>
      <w:r>
        <w:t>ٹیسٹ مین ان دس ورلڈ اینڈ فائنڈ اؤٹ ویدر ہی از وردی اف لیونگ ان پیراڈائز بٹ گاڈ</w:t>
      </w:r>
    </w:p>
    <w:p>
      <w:r>
        <w:rPr>
          <w:b/>
        </w:rPr>
        <w:t xml:space="preserve">[07:58] </w:t>
      </w:r>
      <w:r>
        <w:t>as the most merciful to His creatures. So why would He subject them to trials and hardships?</w:t>
      </w:r>
    </w:p>
    <w:p>
      <w:pPr>
        <w:jc w:val="right"/>
      </w:pPr>
      <w:r>
        <w:t>از دا موسٹ مرسی فل ٹو ہز کریچرز سو وائی وڈ ہی سبجیکٹ دیم ٹو ٹرائلز اینڈ ہارڈشپس</w:t>
      </w:r>
    </w:p>
    <w:p>
      <w:r>
        <w:rPr>
          <w:b/>
        </w:rPr>
        <w:t xml:space="preserve">[08:04] </w:t>
      </w:r>
      <w:r>
        <w:t>for testing them if such a test is not</w:t>
      </w:r>
    </w:p>
    <w:p>
      <w:pPr>
        <w:jc w:val="right"/>
      </w:pPr>
      <w:r>
        <w:t>فار ٹیسٹنگ دیم اف سچ ا ٹیسٹ از ناٹ</w:t>
      </w:r>
    </w:p>
    <w:p>
      <w:r>
        <w:rPr>
          <w:b/>
        </w:rPr>
        <w:t xml:space="preserve">[08:08] </w:t>
      </w:r>
      <w:r>
        <w:t>really necessary and the outcome of the test is known in advance if quran is truly the word of god it must answer this basic question is there any verse in quran that can shed any light on this matter in my own reading of quran i could not find the answer please provide your valuable guidance in this regard</w:t>
      </w:r>
    </w:p>
    <w:p>
      <w:pPr>
        <w:jc w:val="right"/>
      </w:pPr>
      <w:r>
        <w:t>ریلی نیسیسری اینڈ دی اؤٹ کم اف دا ٹیسٹ از نون ان ایڈوانس اف قران از ٹرولی دا ورڈ اف گاڈ اٹ مسٹ انسر دس بیسک کوئسچن از دیر اینی ورس ان قران دیٹ کین شیڈ اینی لائٹ ان دس میٹر ان مائی اون ریڈنگ اف قران ائی کڈ ناٹ فائنڈ دا انسر پلیز پرووائیڈ یور ویلیوبل گائیڈنس ان دس ریگارڈ</w:t>
      </w:r>
    </w:p>
    <w:p>
      <w:r>
        <w:rPr>
          <w:b/>
        </w:rPr>
        <w:t xml:space="preserve">[08:32] </w:t>
      </w:r>
      <w:r>
        <w:t>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p>
    <w:p>
      <w:pPr>
        <w:jc w:val="right"/>
      </w:pPr>
      <w:r>
        <w:t>دیکھیں یہ یہی ایک کوئسچن نہیں بلین کوئسچن ہیں لیکن اپ کو کرنا کیا ہے سائنس میں ایک فارمولا ہے اس کو کہتے ہیں پرنسپل اف ایلیمینیشن یعنی کچھ کوئسچن ایسے ہوتے ہیں ان کو اپ کو یعنی چھوڑنا پڑتا ہے اگنور کرنا پڑتا ہے ورنہ اپ کہیں نہیں پہنچے</w:t>
      </w:r>
    </w:p>
    <w:p>
      <w:r>
        <w:rPr>
          <w:b/>
        </w:rPr>
        <w:t xml:space="preserve">[08:57] </w:t>
      </w:r>
      <w:r>
        <w:t>farz kijiye ke aap delhi mein hai aap ko jana hai kanpur toh har waqt yeh andesha hai ke mein train se jaon toh kahin train jo hai patri se utar jaye kahin earthquake aa jaye kahin woh storm aa jaye toh kya aap safar nahi karenge</w:t>
      </w:r>
    </w:p>
    <w:p>
      <w:pPr>
        <w:jc w:val="right"/>
      </w:pPr>
      <w:r>
        <w:t>فرض کیجئے کہ اپ دلے میں ہے اپ کو جانا ہے کانپور تو ہر وقت یہ اندیشہ ہے کہ میں ٹرین سے جاؤں تو کہیں ٹرین جو ہے پٹری سے اتر جائے کہیں ارتھ کوئیک ا جائے کہیں وہ اسٹارم ا جائے تو کیا اپ سفر نہیں کریں گے</w:t>
      </w:r>
    </w:p>
    <w:p>
      <w:r>
        <w:rPr>
          <w:b/>
        </w:rPr>
        <w:t xml:space="preserve">[09:17] </w:t>
      </w:r>
      <w:r>
        <w:t>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p>
    <w:p>
      <w:pPr>
        <w:jc w:val="right"/>
      </w:pPr>
      <w:r>
        <w:t>اس کو ایلیمینیٹ کرتے ہیں اپ اس اس سوالات کو ایلیمینیٹ کرتے ہیں ہر معاملے میں اسی کی بات نہیں ہے ہر معاملے میں ہزاروں کوئسچن ہیں سائیڈ کوئسچنز سائیڈ اس کو اپ ایلیمینیٹ کرتے ہیں تو دنیا میں زندہ ہیں تو یہ ایک سائیڈ کوئسچن ہے اصل بات جو سوچنے کی اس میں فوکس ہونا چاہیے وہ کیا ہے</w:t>
      </w:r>
    </w:p>
    <w:p>
      <w:r>
        <w:rPr>
          <w:b/>
        </w:rPr>
        <w:t xml:space="preserve">[09:40] </w:t>
      </w:r>
      <w:r>
        <w:t>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p>
    <w:p>
      <w:pPr>
        <w:jc w:val="right"/>
      </w:pPr>
      <w:r>
        <w:t>کہ اللہ تعالی نے کتنی بڑی میرے ساتھ یعنی رحمت کی ہے کہ مجھے پیدا کیا جب کہ میں میرا وجود نہیں تھا ایک دنیا میں رکھا 60 70 سال 50 سال 80 سال کے لیے اور مجھے صرف اتنا کرنا ہے کہ ہے کہ ازادی کو مس یوز نہ کروں اور اس کے بعد مجھے ایٹرنل پرائیورٹی ملے گی</w:t>
      </w:r>
    </w:p>
    <w:p>
      <w:r>
        <w:rPr>
          <w:b/>
        </w:rPr>
        <w:t xml:space="preserve">[10:09] </w:t>
      </w:r>
      <w:r>
        <w:t>mein ek shakhs se mila ek baar jo padh raha tha university mein toh ek kamre mein raat din rehta tha woh farz us ko zaroor tha ke mujhe top karna hai top karna hai bade bade baal ho gaye the baal nahi banwata tha woh</w:t>
      </w:r>
    </w:p>
    <w:p>
      <w:pPr>
        <w:jc w:val="right"/>
      </w:pPr>
      <w:r>
        <w:t>میں ایک شخص سے ملا ایک بار جو پڑھ رہا تھا یونیورسٹی میں تو ایک کمرے میں رات دن رہتا تھا وہ فرض اس کو ضرور تھا کہ مجھے ٹاپ کرنا ہے ٹاپ کرنا ہے بڑے بڑے بال ہو گئے تھے بال نہیں بنواتا تھا وہ</w:t>
      </w:r>
    </w:p>
    <w:p>
      <w:r>
        <w:rPr>
          <w:b/>
        </w:rPr>
        <w:t xml:space="preserve">[10:27] </w:t>
      </w:r>
      <w:r>
        <w:t>yani bilkul neat bana hua tha us zamane mein woh toh mein ne us se poocha ke bhai aap ki halat hai aisi toh yeh aap ko kaisa lagta hai yeh</w:t>
      </w:r>
    </w:p>
    <w:p>
      <w:pPr>
        <w:jc w:val="right"/>
      </w:pPr>
      <w:r>
        <w:t>یعنی بالکل میٹ بنا ہوا تھا اس زمانے میں وہ تو میں نے اس سے پوچھا کہ بھائی اپ کی حالت ہے ایسی تو یہ اپ کو کیسا لگتا ہے یہ</w:t>
      </w:r>
    </w:p>
    <w:p>
      <w:r>
        <w:rPr>
          <w:b/>
        </w:rPr>
        <w:t xml:space="preserve">[10:39] </w:t>
      </w:r>
      <w:r>
        <w:t>toh us ne kaha yeh baat kahi ke jab mein yeh sochta hoon jis din mein top karunga us din foran mere taraqqi ke darwaze khul jayenge toh sab bhool jata hai pareshani bhool jati hai</w:t>
      </w:r>
    </w:p>
    <w:p>
      <w:pPr>
        <w:jc w:val="right"/>
      </w:pPr>
      <w:r>
        <w:t>تو اس نے کہا یہ بات کہی کہ جب میں یہ سوچتا ہوں جس دن میں ٹاپ کروں گا اس دن فورا میرے ترقی کے دروازے کھل جائیں گے تو سب بھول جاتا ہے پریشانی بھول جاتی ہے</w:t>
      </w:r>
    </w:p>
    <w:p>
      <w:r>
        <w:rPr>
          <w:b/>
        </w:rPr>
        <w:t xml:space="preserve">[10:53] </w:t>
      </w:r>
      <w:r>
        <w:t>agar woh yeh sochta ke kahin main mar jaon beech mein ke accident ho jaye ke falan baat</w:t>
      </w:r>
    </w:p>
    <w:p>
      <w:pPr>
        <w:jc w:val="right"/>
      </w:pPr>
      <w:r>
        <w:t>اگر وہ یہ سوچتا کہ کہیں میں مر جاؤں بیچ میں کہ ایکسیڈنٹ ہو جائے کہ فلاں بات</w:t>
      </w:r>
    </w:p>
    <w:p>
      <w:r>
        <w:rPr>
          <w:b/>
        </w:rPr>
        <w:t xml:space="preserve">[10:58] </w:t>
      </w:r>
      <w:r>
        <w:t>ho jaye to use phansa rehta hai woh dekhen side question mein phansna yeh is ka naam hai</w:t>
      </w:r>
    </w:p>
    <w:p>
      <w:pPr>
        <w:jc w:val="right"/>
      </w:pPr>
      <w:r>
        <w:t>ہو جائے تو اسے پھنسا رہتا ہے وہ دیکھیں سائیڈ کوئسچن میں پھنسنا یہ اس کا نام ہے</w:t>
      </w:r>
    </w:p>
    <w:p>
      <w:r>
        <w:rPr>
          <w:b/>
        </w:rPr>
        <w:t xml:space="preserve">[11:04] </w:t>
      </w:r>
      <w:r>
        <w:t>confusion yaad rakhiye</w:t>
      </w:r>
    </w:p>
    <w:p>
      <w:pPr>
        <w:jc w:val="right"/>
      </w:pPr>
      <w:r>
        <w:t>کنفیوژن یاد رکھیے</w:t>
      </w:r>
    </w:p>
    <w:p>
      <w:r>
        <w:rPr>
          <w:b/>
        </w:rPr>
        <w:t xml:space="preserve">[11:07] </w:t>
      </w:r>
      <w:r>
        <w:t>side question hamesha hi hotay hain kisi bhi cheez mein agar aap side question mein phanse to aap</w:t>
      </w:r>
    </w:p>
    <w:p>
      <w:pPr>
        <w:jc w:val="right"/>
      </w:pPr>
      <w:r>
        <w:t>سائیڈ کوئسچن ہمیشہ ہی ہوتے ہیں کسی بھی چیز میں اگر اپ سائیڈ کوئسچن میں پھنسے تو اپ</w:t>
      </w:r>
    </w:p>
    <w:p>
      <w:r>
        <w:rPr>
          <w:b/>
        </w:rPr>
        <w:t xml:space="preserve">[11:13] </w:t>
      </w:r>
      <w:r>
        <w:t>zinda reh rahe hain aap shadi na karen aap bachon ko na padhayen aap business na karen aap</w:t>
      </w:r>
    </w:p>
    <w:p>
      <w:pPr>
        <w:jc w:val="right"/>
      </w:pPr>
      <w:r>
        <w:t>زندہ رہ رہے ہیں اپ شادی نہ کریں اپ بچوں کو نہ پڑھائیں اپ بزنس نہ کریں اپ</w:t>
      </w:r>
    </w:p>
    <w:p>
      <w:r>
        <w:rPr>
          <w:b/>
        </w:rPr>
        <w:t xml:space="preserve">[11:16] </w:t>
      </w:r>
      <w:r>
        <w:t>job na karen kyunke har jagah side question maujood hai</w:t>
      </w:r>
    </w:p>
    <w:p>
      <w:pPr>
        <w:jc w:val="right"/>
      </w:pPr>
      <w:r>
        <w:t>جاب نہ کریں کیونکہ ہر جگہ سائیڈ کوئسچن موجود ہے</w:t>
      </w:r>
    </w:p>
    <w:p>
      <w:r>
        <w:rPr>
          <w:b/>
        </w:rPr>
        <w:t xml:space="preserve">[11:21] </w:t>
      </w:r>
      <w:r>
        <w:t>to yeh science mein yahi hota hai ke aaj scientist jab aap kisi cheez ki tehqeeq karta hai</w:t>
      </w:r>
    </w:p>
    <w:p>
      <w:pPr>
        <w:jc w:val="right"/>
      </w:pPr>
      <w:r>
        <w:t>تو یہ سائنس میں یہی ہوتا ہے کہ اج سائنسدان جب اپ کسی چیز کی تحقیق کرتا ہے</w:t>
      </w:r>
    </w:p>
    <w:p>
      <w:r>
        <w:rPr>
          <w:b/>
        </w:rPr>
        <w:t xml:space="preserve">[11:27] </w:t>
      </w:r>
      <w:r>
        <w:t>to bohat si cheezen darmian mein aati hain ke cheezen jo ab amal ke amal ke bete roop</w:t>
      </w:r>
    </w:p>
    <w:p>
      <w:pPr>
        <w:jc w:val="right"/>
      </w:pPr>
      <w:r>
        <w:t>تو بہت سی چیزیں درمیان میں اتی ہیں کہ چیزیں جو اب عمل کے عمل کے بیٹے روپ</w:t>
      </w:r>
    </w:p>
    <w:p>
      <w:r>
        <w:rPr>
          <w:b/>
        </w:rPr>
        <w:t xml:space="preserve">[11:32] </w:t>
      </w:r>
      <w:r>
        <w:t>mein hain mili juli roop mein hain</w:t>
      </w:r>
    </w:p>
    <w:p>
      <w:pPr>
        <w:jc w:val="right"/>
      </w:pPr>
      <w:r>
        <w:t>میں ہیں ملی جلی روپ میں ہیں</w:t>
      </w:r>
    </w:p>
    <w:p>
      <w:r>
        <w:rPr>
          <w:b/>
        </w:rPr>
        <w:t xml:space="preserve">[11:35] </w:t>
      </w:r>
      <w:r>
        <w:t>scientist aik cheez ki tehqeeq kar raha hai to beech</w:t>
      </w:r>
    </w:p>
    <w:p>
      <w:pPr>
        <w:jc w:val="right"/>
      </w:pPr>
      <w:r>
        <w:t>سائنسدان ایک چیز کی تحقیق کر رہا ہے تو بیچ</w:t>
      </w:r>
    </w:p>
    <w:p>
      <w:r>
        <w:rPr>
          <w:b/>
        </w:rPr>
        <w:t xml:space="preserve">[11:38] </w:t>
      </w:r>
      <w:r>
        <w:t>mein doosri cheezen aati hain jiska taluq chemistry se hai iska taluq biology se hai is</w:t>
      </w:r>
    </w:p>
    <w:p>
      <w:pPr>
        <w:jc w:val="right"/>
      </w:pPr>
      <w:r>
        <w:t>میں دوسری چیزیں اتی ہیں جس کا تعلق کیمسٹری سے ہے اس کا تعلق بائیولوجی سے ہے اس</w:t>
      </w:r>
    </w:p>
    <w:p>
      <w:r>
        <w:rPr>
          <w:b/>
        </w:rPr>
        <w:t xml:space="preserve">[11:42] </w:t>
      </w:r>
      <w:r>
        <w:t>ka taluq physics hai iska taluq is se hai is se woh chhodta jata hai is aik</w:t>
      </w:r>
    </w:p>
    <w:p>
      <w:pPr>
        <w:jc w:val="right"/>
      </w:pPr>
      <w:r>
        <w:t>کا تعلق فزکس ہے اس کا تعلق اس سے ہے اس سے وہ چھوڑتا جاتا ہے اس ایک</w:t>
      </w:r>
    </w:p>
    <w:p>
      <w:r>
        <w:rPr>
          <w:b/>
        </w:rPr>
        <w:t xml:space="preserve">[11:47] </w:t>
      </w:r>
      <w:r>
        <w:t>cheez tak safar karta hai woh tab woh tehqeeq kar pata hai jisko kehte hain principle of</w:t>
      </w:r>
    </w:p>
    <w:p>
      <w:pPr>
        <w:jc w:val="right"/>
      </w:pPr>
      <w:r>
        <w:t>چیز تک سفر کرتا ہے وہ تب وہ تحقیق کر پاتا ہے جس کو کہتے ہیں پرنسپل اف</w:t>
      </w:r>
    </w:p>
    <w:p>
      <w:r>
        <w:rPr>
          <w:b/>
        </w:rPr>
        <w:t xml:space="preserve">[11:53] </w:t>
      </w:r>
      <w:r>
        <w:t>elimination to aap ko yeh karna hai yahan bhi karna hai</w:t>
      </w:r>
    </w:p>
    <w:p>
      <w:pPr>
        <w:jc w:val="right"/>
      </w:pPr>
      <w:r>
        <w:t>ایلیمینیشن تو اپ کو یہ کرنا ہے یہاں بھی کرنا ہے</w:t>
      </w:r>
    </w:p>
    <w:p>
      <w:r>
        <w:rPr>
          <w:b/>
        </w:rPr>
        <w:t xml:space="preserve">[11:59] </w:t>
      </w:r>
      <w:r>
        <w:t>side questions ko aap ko ignore karna padega nahi to phanse rahenge phanse rahenge kuch</w:t>
      </w:r>
    </w:p>
    <w:p>
      <w:pPr>
        <w:jc w:val="right"/>
      </w:pPr>
      <w:r>
        <w:t>سائیڈ کوئسچنز کو اپ کو اگنور کرنا پڑے گا نہیں تو پھنسے رہیں گے پھنسے رہیں گے کچھ</w:t>
      </w:r>
    </w:p>
    <w:p>
      <w:r>
        <w:rPr>
          <w:b/>
        </w:rPr>
        <w:t xml:space="preserve">[12:04] </w:t>
      </w:r>
      <w:r>
        <w:t>nahi hoga aur sawal yeh hai ke aap isi mein kyun itna zyada</w:t>
      </w:r>
    </w:p>
    <w:p>
      <w:pPr>
        <w:jc w:val="right"/>
      </w:pPr>
      <w:r>
        <w:t>نہیں ہوگا اور سوال یہ ہے کہ اپ اسی میں کیوں اتنا زیادہ</w:t>
      </w:r>
    </w:p>
    <w:p>
      <w:r>
        <w:rPr>
          <w:b/>
        </w:rPr>
        <w:t xml:space="preserve">[12:10] </w:t>
      </w:r>
      <w:r>
        <w:t>mein kehta hoon aap ki zindagi kaun sa maamla aisa hai jahan yeh sab question na hon aur us ko eliminate na kiya ho aap ne</w:t>
      </w:r>
    </w:p>
    <w:p>
      <w:pPr>
        <w:jc w:val="right"/>
      </w:pPr>
      <w:r>
        <w:t>میں کہتا ہوں اپ کی زندگی کون سا معاملہ ایسا ہے جہاں یہ سب کوئسچن نہ ہوں اور اس کو ایلیمینیٹ نہ کیا ہو اپ نے</w:t>
      </w:r>
    </w:p>
    <w:p>
      <w:r>
        <w:rPr>
          <w:b/>
        </w:rPr>
        <w:t xml:space="preserve">[12:17] </w:t>
      </w:r>
      <w:r>
        <w:t>jab aap ne business ki hogi jab aap ne padha hoga jab aap ne job kiya hoga jab</w:t>
      </w:r>
    </w:p>
    <w:p>
      <w:pPr>
        <w:jc w:val="right"/>
      </w:pPr>
      <w:r>
        <w:t>جب اپ نے بزنس کی ہوگی جب اپ نے پڑھا ہوگا جب اپ نے جاب کیا ہوگا جب</w:t>
      </w:r>
    </w:p>
    <w:p>
      <w:r>
        <w:rPr>
          <w:b/>
        </w:rPr>
        <w:t xml:space="preserve">[12:21] </w:t>
      </w:r>
      <w:r>
        <w:t>aap ne shadi ki hogi jab aap ne bachay ko school mein dakhil kiya hoga jab aap ne</w:t>
      </w:r>
    </w:p>
    <w:p>
      <w:pPr>
        <w:jc w:val="right"/>
      </w:pPr>
      <w:r>
        <w:t>اپ نے شادی کی ہوگی جب اپ نے بچے کو اسکول میں داخل کیا ہوگا جب اپ نے</w:t>
      </w:r>
    </w:p>
    <w:p>
      <w:r>
        <w:rPr>
          <w:b/>
        </w:rPr>
        <w:t xml:space="preserve">[12:26] </w:t>
      </w:r>
      <w:r>
        <w:t>safar har jagah aise question thay aaj bhi aise question hain</w:t>
      </w:r>
    </w:p>
    <w:p>
      <w:pPr>
        <w:jc w:val="right"/>
      </w:pPr>
      <w:r>
        <w:t>سفر کیا ہر جگہ ایسے کوئسچن تھے اج بھی ایسے کوئسچن ہیں</w:t>
      </w:r>
    </w:p>
    <w:p>
      <w:r>
        <w:rPr>
          <w:b/>
        </w:rPr>
        <w:t xml:space="preserve">[12:32] </w:t>
      </w:r>
      <w:r>
        <w:t>to aap is ko eliminate karte hain apnay jo aap ka goal hai is badhte rehte hain badhte</w:t>
      </w:r>
    </w:p>
    <w:p>
      <w:pPr>
        <w:jc w:val="right"/>
      </w:pPr>
      <w:r>
        <w:t>تو اپ اس کو ایلیمینیٹ کرتے ہیں اپنے جو اپ کا گول ہے اس بڑھتے رہتے ہیں بڑھتے</w:t>
      </w:r>
    </w:p>
    <w:p>
      <w:r>
        <w:rPr>
          <w:b/>
        </w:rPr>
        <w:t xml:space="preserve">[12:37] </w:t>
      </w:r>
      <w:r>
        <w:t>rehte hain badhte rehte hain to yeh side question yani principle principle of elimination yeh universal principle hai</w:t>
      </w:r>
    </w:p>
    <w:p>
      <w:pPr>
        <w:jc w:val="right"/>
      </w:pPr>
      <w:r>
        <w:t>رہتے ہیں بڑھتے رہتے ہیں تو یہ سائیڈ کوئسچن یعنی پرنسپل پرنسپل اف ایلیمینیشن یہ یونیورسل پرنسپل ہے</w:t>
      </w:r>
    </w:p>
    <w:p>
      <w:r>
        <w:rPr>
          <w:b/>
        </w:rPr>
        <w:t xml:space="preserve">[12:46] </w:t>
      </w:r>
      <w:r>
        <w:t>har aadmi is pe karta hi karta hai amal na kare to pagal ho jaye to main kahun</w:t>
      </w:r>
    </w:p>
    <w:p>
      <w:pPr>
        <w:jc w:val="right"/>
      </w:pPr>
      <w:r>
        <w:t>ہر ادمی اس پہ کرتا ہی کرتا ہے عمل نہ کرے تو پاگل ہو جائے تو میں کہوں</w:t>
      </w:r>
    </w:p>
    <w:p>
      <w:r>
        <w:rPr>
          <w:b/>
        </w:rPr>
        <w:t xml:space="preserve">[12:51] </w:t>
      </w:r>
      <w:r>
        <w:t>ga sirf yeh sochiye ke kaisa aaj yeh mauqa diya Allah taala ne mujh ko ke main aik</w:t>
      </w:r>
    </w:p>
    <w:p>
      <w:pPr>
        <w:jc w:val="right"/>
      </w:pPr>
      <w:r>
        <w:t>گا صرف یہ سوچیے کہ کیسا اج یہ موقع دیا اللہ تعالی نے مجھ کو کہ میں ایک</w:t>
      </w:r>
    </w:p>
    <w:p>
      <w:r>
        <w:rPr>
          <w:b/>
        </w:rPr>
        <w:t xml:space="preserve">[12:57] </w:t>
      </w:r>
      <w:r>
        <w:t>sirf aik cheez ko aik aik</w:t>
      </w:r>
    </w:p>
    <w:p>
      <w:pPr>
        <w:jc w:val="right"/>
      </w:pPr>
      <w:r>
        <w:t>صرف ایک چیز کو ایک ایک</w:t>
      </w:r>
    </w:p>
    <w:p>
      <w:r>
        <w:rPr>
          <w:b/>
        </w:rPr>
        <w:t xml:space="preserve">[13:02] </w:t>
      </w:r>
      <w:r>
        <w:t>cheez sabit kar doon apni zindagi mein ke main ne Khuda ki di hui freedom ko misuse</w:t>
      </w:r>
    </w:p>
    <w:p>
      <w:pPr>
        <w:jc w:val="right"/>
      </w:pPr>
      <w:r>
        <w:t>چیز ثابت کر دوں اپنی زندگی میں کہ میں نے خدا کی دی ہوئی فریڈم کو مس یوز</w:t>
      </w:r>
    </w:p>
    <w:p>
      <w:r>
        <w:rPr>
          <w:b/>
        </w:rPr>
        <w:t xml:space="preserve">[13:07] </w:t>
      </w:r>
      <w:r>
        <w:t>nahi kiya aur uske baad i eternal paradise hai</w:t>
      </w:r>
    </w:p>
    <w:p>
      <w:pPr>
        <w:jc w:val="right"/>
      </w:pPr>
      <w:r>
        <w:t>نہیں کیا اور اس کے بعد ائی ایٹرنل پیراڈائز ہے</w:t>
      </w:r>
    </w:p>
    <w:p>
      <w:r>
        <w:rPr>
          <w:b/>
        </w:rPr>
        <w:t xml:space="preserve">[13:13] </w:t>
      </w:r>
      <w:r>
        <w:t>to yeh to bilkul thrilling aap ko thrill aayega soch kar ke</w:t>
      </w:r>
    </w:p>
    <w:p>
      <w:pPr>
        <w:jc w:val="right"/>
      </w:pPr>
      <w:r>
        <w:t>تو یہ تو بالکل تھرلنگ اپ کو تھرل ائے گا سوچ کر کے</w:t>
      </w:r>
    </w:p>
    <w:p>
      <w:r>
        <w:rPr>
          <w:b/>
        </w:rPr>
        <w:t xml:space="preserve">[13:18] </w:t>
      </w:r>
      <w:r>
        <w:t>thrill aayega</w:t>
      </w:r>
    </w:p>
    <w:p>
      <w:pPr>
        <w:jc w:val="right"/>
      </w:pPr>
      <w:r>
        <w:t>تھرل ائے گا</w:t>
      </w:r>
    </w:p>
    <w:p>
      <w:r>
        <w:rPr>
          <w:b/>
        </w:rPr>
        <w:t xml:space="preserve">[13:20] </w:t>
      </w:r>
      <w:r>
        <w:t>yeh kyunke aap ne is ko discover nahi kiya yani woh thrilling discovery aap ko nahi hui goal</w:t>
      </w:r>
    </w:p>
    <w:p>
      <w:pPr>
        <w:jc w:val="right"/>
      </w:pPr>
      <w:r>
        <w:t>یہ کیونکہ اپ نے اس کو ڈسکور نہیں کیا یعنی وہ تھرلنگ ڈسکوری اپ کو نہیں ہوئی گول</w:t>
      </w:r>
    </w:p>
    <w:p>
      <w:r>
        <w:rPr>
          <w:b/>
        </w:rPr>
        <w:t xml:space="preserve">[13:27] </w:t>
      </w:r>
      <w:r>
        <w:t>ke baray mein to aap side question mein phanse hue hain</w:t>
      </w:r>
    </w:p>
    <w:p>
      <w:pPr>
        <w:jc w:val="right"/>
      </w:pPr>
      <w:r>
        <w:t>کے بارے میں تو اپ سائیڈ کوئسچن میں پھنسے ہوئے ہیں</w:t>
      </w:r>
    </w:p>
    <w:p>
      <w:r>
        <w:rPr>
          <w:b/>
        </w:rPr>
        <w:t xml:space="preserve">[13:31] </w:t>
      </w:r>
      <w:r>
        <w:t>mein sirf yahi kahunga ke aap doosri zindagi ke doosre mamle mein is ke aasani karte to</w:t>
      </w:r>
    </w:p>
    <w:p>
      <w:pPr>
        <w:jc w:val="right"/>
      </w:pPr>
      <w:r>
        <w:t>میں صرف یہی کہوں گا کہ اپ دوسری زندگی کے دوسرے معاملے میں اس کے اسانی کرتے تو</w:t>
      </w:r>
    </w:p>
    <w:p>
      <w:r>
        <w:rPr>
          <w:b/>
        </w:rPr>
        <w:t xml:space="preserve">[13:36] </w:t>
      </w:r>
      <w:r>
        <w:t>aap double standard aap double standard ban rahe hain</w:t>
      </w:r>
    </w:p>
    <w:p>
      <w:pPr>
        <w:jc w:val="right"/>
      </w:pPr>
      <w:r>
        <w:t>اپ ڈبل اسٹڈ اپ ڈبل اسٹڈ بن رہے ہیں</w:t>
      </w:r>
    </w:p>
    <w:p>
      <w:r>
        <w:rPr>
          <w:b/>
        </w:rPr>
        <w:t xml:space="preserve">[13:41] </w:t>
      </w:r>
      <w:r>
        <w:t>dekhein saada baat nahi hai aap double standard ban rahe hain har doosre mamle mein aap side</w:t>
      </w:r>
    </w:p>
    <w:p>
      <w:pPr>
        <w:jc w:val="right"/>
      </w:pPr>
      <w:r>
        <w:t>دیکھیں سادہ بات نہیں ہے اپ ڈبل اسٹڈ بن رہے ہیں ہر دوسرے معاملے میں اپ سائیڈ</w:t>
      </w:r>
    </w:p>
    <w:p>
      <w:r>
        <w:rPr>
          <w:b/>
        </w:rPr>
        <w:t xml:space="preserve">[13:47] </w:t>
      </w:r>
      <w:r>
        <w:t>question ko ignore karte hain har doosre maamle mein koi maamla aisa nahi hai ke aap side question ko</w:t>
      </w:r>
    </w:p>
    <w:p>
      <w:pPr>
        <w:jc w:val="right"/>
      </w:pPr>
      <w:r>
        <w:t>کوئسچن کو اگنور کرتے ہیں ہر دوسرے معاملے میں کوئی معاملہ ایسا نہیں ہے کہ اپ سائیڈ کوئسچن کو</w:t>
      </w:r>
    </w:p>
    <w:p>
      <w:r>
        <w:rPr>
          <w:b/>
        </w:rPr>
        <w:t xml:space="preserve">[13:56] </w:t>
      </w:r>
      <w:r>
        <w:t>ek baar to yahan par dekhiye yahan jo prime minister the jo kuch din ke liye pehle chand</w:t>
      </w:r>
    </w:p>
    <w:p>
      <w:pPr>
        <w:jc w:val="right"/>
      </w:pPr>
      <w:r>
        <w:t>ایک بار تو یہاں پر دیکھیے یہاں جو پرائم منسٹر تھے جو کچھ دن کے لیے پہلے چند</w:t>
      </w:r>
    </w:p>
    <w:p>
      <w:r>
        <w:rPr>
          <w:b/>
        </w:rPr>
        <w:t xml:space="preserve">[14:03] </w:t>
      </w:r>
      <w:r>
        <w:t>sheikh chand sheikh ke haan boatsey mein unhon ne ek form banaya tha bohat acha form bohat beauty</w:t>
      </w:r>
    </w:p>
    <w:p>
      <w:pPr>
        <w:jc w:val="right"/>
      </w:pPr>
      <w:r>
        <w:t>شیخ چند شیخ کے ہاں بوٹسی میں انہوں نے ایک فارم بنایا تھا بہت اچھا فارم بہت بیوٹی</w:t>
      </w:r>
    </w:p>
    <w:p>
      <w:r>
        <w:rPr>
          <w:b/>
        </w:rPr>
        <w:t xml:space="preserve">[14:09] </w:t>
      </w:r>
      <w:r>
        <w:t>full to unhon ne ek baar to wahan function kiya tha mujhe bulaya tha wahan ab zahir hai</w:t>
      </w:r>
    </w:p>
    <w:p>
      <w:pPr>
        <w:jc w:val="right"/>
      </w:pPr>
      <w:r>
        <w:t>فل تو انہوں نے ایک بار تو وہاں فنکشن کیا تھا مجھے بلایا تھا وہاں اب ظاہر ہے</w:t>
      </w:r>
    </w:p>
    <w:p>
      <w:r>
        <w:rPr>
          <w:b/>
        </w:rPr>
        <w:t xml:space="preserve">[14:16] </w:t>
      </w:r>
      <w:r>
        <w:t>ke prime minister ka form aur wahan par</w:t>
      </w:r>
    </w:p>
    <w:p>
      <w:pPr>
        <w:jc w:val="right"/>
      </w:pPr>
      <w:r>
        <w:t>کہ پرائم منسٹر کا فارم اور وہاں پر</w:t>
      </w:r>
    </w:p>
    <w:p>
      <w:r>
        <w:rPr>
          <w:b/>
        </w:rPr>
        <w:t xml:space="preserve">[14:20] </w:t>
      </w:r>
      <w:r>
        <w:t>bohat aala intezamat the acha mein ne jo khana khaya to mujhe food poisoning ho gayi</w:t>
      </w:r>
    </w:p>
    <w:p>
      <w:pPr>
        <w:jc w:val="right"/>
      </w:pPr>
      <w:r>
        <w:t>بہت اعلی انتظامات تھے اچھا میں نے جو کھانا کھایا تو مجھے فوڈ پوائزننگ ہو گئی</w:t>
      </w:r>
    </w:p>
    <w:p>
      <w:r>
        <w:rPr>
          <w:b/>
        </w:rPr>
        <w:t xml:space="preserve">[14:26] </w:t>
      </w:r>
      <w:r>
        <w:t>food poisoning hui aur itna zyada mein pareshan hua ke bayan se bahar ab isi ko le kar</w:t>
      </w:r>
    </w:p>
    <w:p>
      <w:pPr>
        <w:jc w:val="right"/>
      </w:pPr>
      <w:r>
        <w:t>فوڈ پوائزننگ ہوئی اور اتنا زیادہ میں پریشان ہوا کہ بیان سے باہر اب اسی کو لے کر</w:t>
      </w:r>
    </w:p>
    <w:p>
      <w:r>
        <w:rPr>
          <w:b/>
        </w:rPr>
        <w:t xml:space="preserve">[14:32] </w:t>
      </w:r>
      <w:r>
        <w:t>mein kahoon har khane ko mein shakk karoon to bhooka nahi mar jaunga mein</w:t>
      </w:r>
    </w:p>
    <w:p>
      <w:pPr>
        <w:jc w:val="right"/>
      </w:pPr>
      <w:r>
        <w:t>میں کہوں ہر کھانے کو میں شک کروں تو بھوکا نہیں مر جاؤں گا میں</w:t>
      </w:r>
    </w:p>
    <w:p>
      <w:r>
        <w:rPr>
          <w:b/>
        </w:rPr>
        <w:t xml:space="preserve">[14:37] </w:t>
      </w:r>
      <w:r>
        <w:t>ke wahan ka jo khana tha chand sheikh ke haan woh us mein pata nahi kya cheez ki thi food poisoning ho gayi ab har khane mein shakk karoon mein toh bhooka maroon ga mein aise hi mein kashmir mein gaya toh wahan par pahalgam mein pani pi liya mein ne wahan pani woh heavy water hota hai heavy water toh mere sir mein bohat dard hua bohat dard hua ke mein</w:t>
      </w:r>
    </w:p>
    <w:p>
      <w:pPr>
        <w:jc w:val="right"/>
      </w:pPr>
      <w:r>
        <w:t>کہ وہاں کا جو کھانا تھا چند شیخ کے ہاں وہ اس میں پتہ نہیں کیا چیز کی تھی فوڈ پوائزننگ ہو گئی اب ہر کھانے میں شک کروں میں تو بھوکا مروں گا میں ایسے ہی میں کشمیر میں گیا تو وہاں پر پہل گام میں پانی پی لیا میں نے وہاں پانی وہ ہیوی واٹر ہوتا ہے ہیوی واٹر تو میرے سر میں بہت درد ہوا بہت درد ہوا کہ میں</w:t>
      </w:r>
    </w:p>
    <w:p>
      <w:r>
        <w:rPr>
          <w:b/>
        </w:rPr>
        <w:t xml:space="preserve">[15:04] </w:t>
      </w:r>
      <w:r>
        <w:t>yani bolna bhi mushkil se hota tha to ab mein koi pani na piyoon jo pani piyoon ga</w:t>
      </w:r>
    </w:p>
    <w:p>
      <w:pPr>
        <w:jc w:val="right"/>
      </w:pPr>
      <w:r>
        <w:t>یعنی بولنا بھی مشکل سے ہوتا تھا تو اب میں کوئی پانی نہ پیوں جو پانی پیوں گا</w:t>
      </w:r>
    </w:p>
    <w:p>
      <w:r>
        <w:rPr>
          <w:b/>
        </w:rPr>
        <w:t xml:space="preserve">[15:11] </w:t>
      </w:r>
      <w:r>
        <w:t>samjhun ke bhai wahi phir dobara na ho jaye shakk kar loon to yeh dekhiye shakk mein jeena</w:t>
      </w:r>
    </w:p>
    <w:p>
      <w:pPr>
        <w:jc w:val="right"/>
      </w:pPr>
      <w:r>
        <w:t>سمجھوں کہ بھئی وہی پھر دوبارہ نہ ہو جائے شک کر لوں تو یہ دیکھیے شک میں جینا</w:t>
      </w:r>
    </w:p>
    <w:p>
      <w:r>
        <w:rPr>
          <w:b/>
        </w:rPr>
        <w:t xml:space="preserve">[15:17] </w:t>
      </w:r>
      <w:r>
        <w:t>koi jeena nahi hai</w:t>
      </w:r>
    </w:p>
    <w:p>
      <w:pPr>
        <w:jc w:val="right"/>
      </w:pPr>
      <w:r>
        <w:t>کوئی جینا نہیں ہے</w:t>
      </w:r>
    </w:p>
    <w:p>
      <w:r>
        <w:rPr>
          <w:b/>
        </w:rPr>
        <w:t xml:space="preserve">[15:19] </w:t>
      </w:r>
      <w:r>
        <w:t>aaj aisa aadmi double standard banta hai kuch cheezon mein shakk karega kuch cheezon mein nahi kare</w:t>
      </w:r>
    </w:p>
    <w:p>
      <w:pPr>
        <w:jc w:val="right"/>
      </w:pPr>
      <w:r>
        <w:t>اج ایسا ادمی ڈبل اسٹینڈرڈ بنتا ہے کچھ چیزوں میں شک کرے گا کچھ چیزوں میں نہیں کرے</w:t>
      </w:r>
    </w:p>
    <w:p>
      <w:r>
        <w:rPr>
          <w:b/>
        </w:rPr>
        <w:t xml:space="preserve">[15:22] </w:t>
      </w:r>
      <w:r>
        <w:t>ga kuch cheezon mein side question par zor dega kuch cheezon ko ignore karega</w:t>
      </w:r>
    </w:p>
    <w:p>
      <w:pPr>
        <w:jc w:val="right"/>
      </w:pPr>
      <w:r>
        <w:t>گا کچھ چیزوں میں سائیڈ کوئسچن پر زور دے گا کچھ چیزوں کو اگنور کرے گا</w:t>
      </w:r>
    </w:p>
    <w:p>
      <w:r>
        <w:rPr>
          <w:b/>
        </w:rPr>
        <w:t xml:space="preserve">[15:30] </w:t>
      </w:r>
      <w:r>
        <w:t>to is se bachiye ke aap ka case double standard case ban jaye dual thinking ka case ban</w:t>
      </w:r>
    </w:p>
    <w:p>
      <w:pPr>
        <w:jc w:val="right"/>
      </w:pPr>
      <w:r>
        <w:t>تو اس سے بچیے کہ اپ کا کیس ڈبل اسٹینڈرڈ کیس بن جائے ڈول تھنکنگ کا کیس بن</w:t>
      </w:r>
    </w:p>
    <w:p>
      <w:r>
        <w:rPr>
          <w:b/>
        </w:rPr>
        <w:t xml:space="preserve">[15:36] </w:t>
      </w:r>
      <w:r>
        <w:t>jaye is se bachiye</w:t>
      </w:r>
    </w:p>
    <w:p>
      <w:pPr>
        <w:jc w:val="right"/>
      </w:pPr>
      <w:r>
        <w:t>جائے اس سے بچیے</w:t>
      </w:r>
    </w:p>
    <w:p>
      <w:r>
        <w:rPr>
          <w:b/>
        </w:rPr>
        <w:t xml:space="preserve">[15:40] </w:t>
      </w:r>
      <w:r>
        <w:t>molana agla sawal kya hai miss sadia ne dilli se unhon ne likha hai ke in sahih al bukhari</w:t>
      </w:r>
    </w:p>
    <w:p>
      <w:pPr>
        <w:jc w:val="right"/>
      </w:pPr>
      <w:r>
        <w:t>مولانا اگلا سوال کیا ہے مس سعدیہ نے دلی سے انہوں نے لکھا ہے کہ ان صحیح البخاری</w:t>
      </w:r>
    </w:p>
    <w:p>
      <w:r>
        <w:rPr>
          <w:b/>
        </w:rPr>
        <w:t xml:space="preserve">[15:48] </w:t>
      </w:r>
      <w:r>
        <w:t>chapter number nine hadith number 84 and 57 it is mentioned whoever changes his religion</w:t>
      </w:r>
    </w:p>
    <w:p>
      <w:pPr>
        <w:jc w:val="right"/>
      </w:pPr>
      <w:r>
        <w:t>چیپٹر نمبر نائن حدیث نمبر 84 اینڈ 57 اٹ از مینشنڈ ہو ایور چینجز ہز ریلیجن</w:t>
      </w:r>
    </w:p>
    <w:p>
      <w:r>
        <w:rPr>
          <w:b/>
        </w:rPr>
        <w:t xml:space="preserve">[15:57] </w:t>
      </w:r>
      <w:r>
        <w:t>kill him and there is an other hadith number 83 where it is mentioned the blood of a</w:t>
      </w:r>
    </w:p>
    <w:p>
      <w:pPr>
        <w:jc w:val="right"/>
      </w:pPr>
      <w:r>
        <w:t>کل ہم یٹ اینڈ دیر از انادر حدیث نمبر 83 ویئر اٹ از مینشنڈ دا بلڈ اف ا</w:t>
      </w:r>
    </w:p>
    <w:p>
      <w:r>
        <w:rPr>
          <w:b/>
        </w:rPr>
        <w:t xml:space="preserve">[16:04] </w:t>
      </w:r>
      <w:r>
        <w:t>muslim who confesses that none has the right to be worshipped but god and that i am his</w:t>
      </w:r>
    </w:p>
    <w:p>
      <w:pPr>
        <w:jc w:val="right"/>
      </w:pPr>
      <w:r>
        <w:t>مسلم ہو کنفیسز دیٹ نن ہیز دا رائٹ ٹو بی ورشپڈ بٹ گاڈ اینڈ دیٹ ائی ایم ہز</w:t>
      </w:r>
    </w:p>
    <w:p>
      <w:r>
        <w:rPr>
          <w:b/>
        </w:rPr>
        <w:t xml:space="preserve">[16:11] </w:t>
      </w:r>
      <w:r>
        <w:t>messenger cannot be shed except in three cases one of which is when he leaves the Muslims</w:t>
      </w:r>
    </w:p>
    <w:p>
      <w:pPr>
        <w:jc w:val="right"/>
      </w:pPr>
      <w:r>
        <w:t>میسنجر کین ناٹ بی شیڈ ایکسیپٹ ان تھری کیسز ون اف وچ از وین ہی لیوز دا مسلمز</w:t>
      </w:r>
    </w:p>
    <w:p>
      <w:r>
        <w:rPr>
          <w:b/>
        </w:rPr>
        <w:t xml:space="preserve">[16:20] </w:t>
      </w:r>
      <w:r>
        <w:t>kindly throw light on this following two often quoted hadith regarding apostasy</w:t>
      </w:r>
    </w:p>
    <w:p>
      <w:pPr>
        <w:jc w:val="right"/>
      </w:pPr>
      <w:r>
        <w:t>کائنڈلی تھرو لائٹ ان دس فالونگ ٹو افن کوٹڈ حدیث ریگارڈنگ اپوسٹیسی</w:t>
      </w:r>
    </w:p>
    <w:p>
      <w:r>
        <w:rPr>
          <w:b/>
        </w:rPr>
        <w:t xml:space="preserve">[16:27] </w:t>
      </w:r>
      <w:r>
        <w:t>dekhiye yeh hadith hai khabar wahid ke taur par hai woh mun badla deen faqtaloo mein ne is</w:t>
      </w:r>
    </w:p>
    <w:p>
      <w:pPr>
        <w:jc w:val="right"/>
      </w:pPr>
      <w:r>
        <w:t>دیکھیے یہ حدیث ہے خبر واحد کے طور پر ہے وہ من بدل دین فقتلو میں نے اس</w:t>
      </w:r>
    </w:p>
    <w:p>
      <w:r>
        <w:rPr>
          <w:b/>
        </w:rPr>
        <w:t xml:space="preserve">[16:34] </w:t>
      </w:r>
      <w:r>
        <w:t>peh kitaab likhi hai woh maqala likha hai thirty pages ka meri kitaab hikmat-e-islam mein ne is</w:t>
      </w:r>
    </w:p>
    <w:p>
      <w:pPr>
        <w:jc w:val="right"/>
      </w:pPr>
      <w:r>
        <w:t>پہ کتاب لکھی ہے وہ مقال لکھا ہے تھرٹی پیجز کا میری کتاب حکمت اسلام میں نے اس</w:t>
      </w:r>
    </w:p>
    <w:p>
      <w:r>
        <w:rPr>
          <w:b/>
        </w:rPr>
        <w:t xml:space="preserve">[16:42] </w:t>
      </w:r>
      <w:r>
        <w:t>mein likha hai ke haan lafz deen jo hai mazhab maani mein nahi hai dekhiye is zamane mein</w:t>
      </w:r>
    </w:p>
    <w:p>
      <w:pPr>
        <w:jc w:val="right"/>
      </w:pPr>
      <w:r>
        <w:t>میں لکھا ہے کہ ہاں لفظ دین جو ہے مذہب معنی میں نہیں ہے دیکھیں اس زمانے میں</w:t>
      </w:r>
    </w:p>
    <w:p>
      <w:r>
        <w:rPr>
          <w:b/>
        </w:rPr>
        <w:t xml:space="preserve">[16:50] </w:t>
      </w:r>
      <w:r>
        <w:t>jo aaj kal jo term bolte hain hum is tarah se is tarah terminology nahi bani thi is</w:t>
      </w:r>
    </w:p>
    <w:p>
      <w:pPr>
        <w:jc w:val="right"/>
      </w:pPr>
      <w:r>
        <w:t>جو اج کل جو ٹرم بولتے ہیں ہم اس طرح سے اس طرح ٹرمینالوجی نہیں بنی تھی اس</w:t>
      </w:r>
    </w:p>
    <w:p>
      <w:r>
        <w:rPr>
          <w:b/>
        </w:rPr>
        <w:t xml:space="preserve">[16:56] </w:t>
      </w:r>
      <w:r>
        <w:t>tarah se nahi bani thi misaal ke taur par dekhiye aaj hum bolte hain woh</w:t>
      </w:r>
    </w:p>
    <w:p>
      <w:pPr>
        <w:jc w:val="right"/>
      </w:pPr>
      <w:r>
        <w:t>طرح سے نہیں بنی تھی مثلا دیکھیے اج ہم بولتے ہیں وہ</w:t>
      </w:r>
    </w:p>
    <w:p>
      <w:r>
        <w:rPr>
          <w:b/>
        </w:rPr>
        <w:t xml:space="preserve">[17:01] </w:t>
      </w:r>
      <w:r>
        <w:t>yaani baghavat ka lafz bolte hain state se baghavat</w:t>
      </w:r>
    </w:p>
    <w:p>
      <w:pPr>
        <w:jc w:val="right"/>
      </w:pPr>
      <w:r>
        <w:t>یعنی بغاوت کا لفظ بولتے ہیں اسٹیٹ سے بغاوت</w:t>
      </w:r>
    </w:p>
    <w:p>
      <w:r>
        <w:rPr>
          <w:b/>
        </w:rPr>
        <w:t xml:space="preserve">[17:06] </w:t>
      </w:r>
      <w:r>
        <w:t>is zamane mein state se baghavat ka lafz nahi hua karta tha toh yahi deen hi ka lafz</w:t>
      </w:r>
    </w:p>
    <w:p>
      <w:pPr>
        <w:jc w:val="right"/>
      </w:pPr>
      <w:r>
        <w:t>اس زمانے میں اسٹیٹ سے بغاوت کا لفظ نہیں ہوا کرتا تھا تو یہی دین ہی کا لفظ</w:t>
      </w:r>
    </w:p>
    <w:p>
      <w:r>
        <w:rPr>
          <w:b/>
        </w:rPr>
        <w:t xml:space="preserve">[17:10] </w:t>
      </w:r>
      <w:r>
        <w:t>bola jata tha toh yahan</w:t>
      </w:r>
    </w:p>
    <w:p>
      <w:pPr>
        <w:jc w:val="right"/>
      </w:pPr>
      <w:r>
        <w:t>بولا جاتا تھا تو یہاں</w:t>
      </w:r>
    </w:p>
    <w:p>
      <w:r>
        <w:rPr>
          <w:b/>
        </w:rPr>
        <w:t xml:space="preserve">[17:12] </w:t>
      </w:r>
      <w:r>
        <w:t>jo lafz deen hai woh state se baghavat ke maani mein hai woh mazhab badalne ke maani mein</w:t>
      </w:r>
    </w:p>
    <w:p>
      <w:pPr>
        <w:jc w:val="right"/>
      </w:pPr>
      <w:r>
        <w:t>جو لفظ دین ہے وہ اسٹیٹ سے بغاوت کے معنی میں ہے وہ مذہب بدلنے کے معنی میں</w:t>
      </w:r>
    </w:p>
    <w:p>
      <w:r>
        <w:rPr>
          <w:b/>
        </w:rPr>
        <w:t xml:space="preserve">[17:17] </w:t>
      </w:r>
      <w:r>
        <w:t>nahi hai woh ek poori kahani hai is ke woh aisa nahi hai ke sirf ek hadith ho</w:t>
      </w:r>
    </w:p>
    <w:p>
      <w:pPr>
        <w:jc w:val="right"/>
      </w:pPr>
      <w:r>
        <w:t>نہیں ہے وہ ایک پوری کہانی ہے اس کے وہ ایسا نہیں ہے کہ صرف ایک حدیث ہو</w:t>
      </w:r>
    </w:p>
    <w:p>
      <w:r>
        <w:rPr>
          <w:b/>
        </w:rPr>
        <w:t xml:space="preserve">[17:22] </w:t>
      </w:r>
      <w:r>
        <w:t>ek poora waqia hai is ka is poore waqie ki taraf bhi dekhiye aap</w:t>
      </w:r>
    </w:p>
    <w:p>
      <w:pPr>
        <w:jc w:val="right"/>
      </w:pPr>
      <w:r>
        <w:t>ایک پورا واقعہ ہے اس کا اس پورے واقعے کی طرف بھی دیکھیے اپ</w:t>
      </w:r>
    </w:p>
    <w:p>
      <w:r>
        <w:rPr>
          <w:b/>
        </w:rPr>
        <w:t xml:space="preserve">[17:27] </w:t>
      </w:r>
      <w:r>
        <w:t>toh jo yeh jo log is ko lete hain woh yeh samajhte nahi is cheez ko ke woh</w:t>
      </w:r>
    </w:p>
    <w:p>
      <w:pPr>
        <w:jc w:val="right"/>
      </w:pPr>
      <w:r>
        <w:t>تو جو یہ جو لوگ اس کو لیتے ہیں وہ یہ سمجھتے نہیں اس چیز کو کہ وہ</w:t>
      </w:r>
    </w:p>
    <w:p>
      <w:r>
        <w:rPr>
          <w:b/>
        </w:rPr>
        <w:t xml:space="preserve">[17:33] </w:t>
      </w:r>
      <w:r>
        <w:t>mazhab maani mein nahi hai woh state se wafadari badalne ke maani mein hai yaani dushman woh woh</w:t>
      </w:r>
    </w:p>
    <w:p>
      <w:pPr>
        <w:jc w:val="right"/>
      </w:pPr>
      <w:r>
        <w:t>مذہب معنی میں نہیں ہے وہ اسٹیٹ سے وفاداری بدلنے کے معنی میں ہے یعنی دشمن وہ وہ</w:t>
      </w:r>
    </w:p>
    <w:p>
      <w:r>
        <w:rPr>
          <w:b/>
        </w:rPr>
        <w:t xml:space="preserve">[17:40] </w:t>
      </w:r>
      <w:r>
        <w:t>jang ke waqt ka maamla hai dekhiye jang ke waqt agar koi shakhs wafadari ko badle aur dushman</w:t>
      </w:r>
    </w:p>
    <w:p>
      <w:pPr>
        <w:jc w:val="right"/>
      </w:pPr>
      <w:r>
        <w:t>جنگ کے وقت کا معاملہ ہے دیکھیں جنگ کے وقت اگر کوئی شخص وفاداری کو بدلے اور دشمن</w:t>
      </w:r>
    </w:p>
    <w:p>
      <w:r>
        <w:rPr>
          <w:b/>
        </w:rPr>
        <w:t xml:space="preserve">[17:46] </w:t>
      </w:r>
      <w:r>
        <w:t>se mil jaye toh aaj bhi yeh maana jata hai ke woh qabil-e-gurd badal nahi hai</w:t>
      </w:r>
    </w:p>
    <w:p>
      <w:pPr>
        <w:jc w:val="right"/>
      </w:pPr>
      <w:r>
        <w:t>سے مل جائے تو اج بھی یہ مانا جاتا ہے کہ وہ قابل گرد بدل نہیں ہے</w:t>
      </w:r>
    </w:p>
    <w:p>
      <w:r>
        <w:rPr>
          <w:b/>
        </w:rPr>
        <w:t xml:space="preserve">[17:52] </w:t>
      </w:r>
      <w:r>
        <w:t>mazhab badalne par agar maarne ko ho toh Quran mein saaf saaf kyun nahi hukum aaya</w:t>
      </w:r>
    </w:p>
    <w:p>
      <w:pPr>
        <w:jc w:val="right"/>
      </w:pPr>
      <w:r>
        <w:t>مذہب بدلنے پر اگر مارنے کو ہو تو قران میں صاف صاف کیوں نہیں حکم ایا</w:t>
      </w:r>
    </w:p>
    <w:p>
      <w:r>
        <w:rPr>
          <w:b/>
        </w:rPr>
        <w:t xml:space="preserve">[17:58] </w:t>
      </w:r>
      <w:r>
        <w:t>yeh bhi yaad rakhiye ke Quran jo hai capital punishment ke maani mein sirf Quran se sabit hona</w:t>
      </w:r>
    </w:p>
    <w:p>
      <w:pPr>
        <w:jc w:val="right"/>
      </w:pPr>
      <w:r>
        <w:t>یہ بھی یاد رکھیے کہ قران جو ہے کیپیٹل پنشمنٹ کے معنی میں صرف قران سے ثابت ہونا</w:t>
      </w:r>
    </w:p>
    <w:p>
      <w:r>
        <w:rPr>
          <w:b/>
        </w:rPr>
        <w:t xml:space="preserve">[18:06] </w:t>
      </w:r>
      <w:r>
        <w:t>chahiye ab capital punishment ka usool jo hai hadith se nahi nikaal sakte aap</w:t>
      </w:r>
    </w:p>
    <w:p>
      <w:pPr>
        <w:jc w:val="right"/>
      </w:pPr>
      <w:r>
        <w:t>چاہیے اب کیپیٹل پنشمنٹ کا اصول جو ہے حدیث سے نہیں نکال سکتے اپ</w:t>
      </w:r>
    </w:p>
    <w:p>
      <w:r>
        <w:rPr>
          <w:b/>
        </w:rPr>
        <w:t xml:space="preserve">[18:12] </w:t>
      </w:r>
      <w:r>
        <w:t>yaani itni badi baat jo hai yaani saare jo Quran majeed mein jitne basic teachings hain woh sab</w:t>
      </w:r>
    </w:p>
    <w:p>
      <w:pPr>
        <w:jc w:val="right"/>
      </w:pPr>
      <w:r>
        <w:t>یعنی اتنی بڑی بات جو ہے یعنی سارے جو قران مجید میں جتنے بیسک ٹیچنگز ہیں وہ سب</w:t>
      </w:r>
    </w:p>
    <w:p>
      <w:r>
        <w:rPr>
          <w:b/>
        </w:rPr>
        <w:t xml:space="preserve">[18:18] </w:t>
      </w:r>
      <w:r>
        <w:t>Quran mein hai koi basic teaching aisi nahi jo Quran mein na ho hadith mein detail hai basic</w:t>
      </w:r>
    </w:p>
    <w:p>
      <w:pPr>
        <w:jc w:val="right"/>
      </w:pPr>
      <w:r>
        <w:t>قران میں ہے کوئی بیسک ٹیچنگ ایسی نہیں جو قران میں نہ ہو حدیث میں ڈیٹیل ہے بیسک</w:t>
      </w:r>
    </w:p>
    <w:p>
      <w:r>
        <w:rPr>
          <w:b/>
        </w:rPr>
        <w:t xml:space="preserve">[18:24] </w:t>
      </w:r>
      <w:r>
        <w:t>teaching hai sab hadith Quran mein sab maujood hai toh yeh capital punishment ki cheez ka taalluq basic</w:t>
      </w:r>
    </w:p>
    <w:p>
      <w:pPr>
        <w:jc w:val="right"/>
      </w:pPr>
      <w:r>
        <w:t>ٹیچنگ ہے سب حدیث قران میں سب موجود ہے تو یہ کیپیٹل پریشمنٹ کی چیز کا تعلق بیسک</w:t>
      </w:r>
    </w:p>
    <w:p>
      <w:r>
        <w:rPr>
          <w:b/>
        </w:rPr>
        <w:t xml:space="preserve">[18:30] </w:t>
      </w:r>
      <w:r>
        <w:t>teaching se hai woh Quran mein milna chahiye toh usool yeh hai dekhiye ke agar Quran aur hadith</w:t>
      </w:r>
    </w:p>
    <w:p>
      <w:pPr>
        <w:jc w:val="right"/>
      </w:pPr>
      <w:r>
        <w:t>ٹیچنگ سے ہے وہ قران میں ملنا چاہیے تو اصول یہ ہے دیکھیے کہ اگر قران اور حدیث</w:t>
      </w:r>
    </w:p>
    <w:p>
      <w:r>
        <w:rPr>
          <w:b/>
        </w:rPr>
        <w:t xml:space="preserve">[18:37] </w:t>
      </w:r>
      <w:r>
        <w:t>ke darmiyan bazahir koi takrao dikhai de jaye toh hadith ki taweel ki jayegi Quran ki</w:t>
      </w:r>
    </w:p>
    <w:p>
      <w:pPr>
        <w:jc w:val="right"/>
      </w:pPr>
      <w:r>
        <w:t>کے درمیان بظاہر کوئی ٹکراؤ دکھائی دے دیا دے تو حدیث کی تاویل کی جائے گی قران کی</w:t>
      </w:r>
    </w:p>
    <w:p>
      <w:r>
        <w:rPr>
          <w:b/>
        </w:rPr>
        <w:t xml:space="preserve">[18:43] </w:t>
      </w:r>
      <w:r>
        <w:t>taweel</w:t>
      </w:r>
    </w:p>
    <w:p>
      <w:pPr>
        <w:jc w:val="right"/>
      </w:pPr>
      <w:r>
        <w:t>تاویل</w:t>
      </w:r>
    </w:p>
    <w:p>
      <w:r>
        <w:rPr>
          <w:b/>
        </w:rPr>
        <w:t xml:space="preserve">[18:43] </w:t>
      </w:r>
      <w:r>
        <w:t>nahi ki jayegi yani hadith ko quran ke tabe kiya jayega na ke na ke hadith</w:t>
      </w:r>
    </w:p>
    <w:p>
      <w:pPr>
        <w:jc w:val="right"/>
      </w:pPr>
      <w:r>
        <w:t>نہیں کی جائے گی یعنی حدیث کو قران کے تابع کیا جائے گا نہ کہ نہ کہ حدیث</w:t>
      </w:r>
    </w:p>
    <w:p>
      <w:r>
        <w:rPr>
          <w:b/>
        </w:rPr>
        <w:t xml:space="preserve">[18:48] </w:t>
      </w:r>
      <w:r>
        <w:t>ko quran ke tabe kiya jayega yani ulta nahi kiya jayega hadith ko quran ke tabe</w:t>
      </w:r>
    </w:p>
    <w:p>
      <w:pPr>
        <w:jc w:val="right"/>
      </w:pPr>
      <w:r>
        <w:t>کو قران کے تابع کیا جائے گا یعنی الٹا نہیں کیا جائے گا حدیث کو قران کے تابع</w:t>
      </w:r>
    </w:p>
    <w:p>
      <w:r>
        <w:rPr>
          <w:b/>
        </w:rPr>
        <w:t xml:space="preserve">[18:54] </w:t>
      </w:r>
      <w:r>
        <w:t>kiya jayega quran ko hadith ke tabe nahi kiya jayega isi liye main yeh kehta hoon</w:t>
      </w:r>
    </w:p>
    <w:p>
      <w:pPr>
        <w:jc w:val="right"/>
      </w:pPr>
      <w:r>
        <w:t>کیا جائے گا قران کو حدیث کے تابع نہیں کیا جائے گا اسی لیے میں یہ کہتا ہوں</w:t>
      </w:r>
    </w:p>
    <w:p>
      <w:r>
        <w:rPr>
          <w:b/>
        </w:rPr>
        <w:t xml:space="preserve">[18:58] </w:t>
      </w:r>
      <w:r>
        <w:t>ke yahan par jo lafz deen hai</w:t>
      </w:r>
    </w:p>
    <w:p>
      <w:pPr>
        <w:jc w:val="right"/>
      </w:pPr>
      <w:r>
        <w:t>کہ یہاں پر جو لفظ دین ہے</w:t>
      </w:r>
    </w:p>
    <w:p>
      <w:r>
        <w:rPr>
          <w:b/>
        </w:rPr>
        <w:t xml:space="preserve">[19:02] </w:t>
      </w:r>
      <w:r>
        <w:t>wo mazhab ke mani mein nahi is mein maine bahut se logon ke naqal kiya hai apne</w:t>
      </w:r>
    </w:p>
    <w:p>
      <w:pPr>
        <w:jc w:val="right"/>
      </w:pPr>
      <w:r>
        <w:t>وہ مذہب کے معنی میں نہیں اس میں میں نے بہت سے لوگوں کے نقل کیا ہے اپنے</w:t>
      </w:r>
    </w:p>
    <w:p>
      <w:r>
        <w:rPr>
          <w:b/>
        </w:rPr>
        <w:t xml:space="preserve">[19:06] </w:t>
      </w:r>
      <w:r>
        <w:t>maqale mein doosre logon ki</w:t>
      </w:r>
    </w:p>
    <w:p>
      <w:pPr>
        <w:jc w:val="right"/>
      </w:pPr>
      <w:r>
        <w:t>مقالے میں دوسرے لوگوں کی</w:t>
      </w:r>
    </w:p>
    <w:p>
      <w:r>
        <w:rPr>
          <w:b/>
        </w:rPr>
        <w:t xml:space="preserve">[19:10] </w:t>
      </w:r>
      <w:r>
        <w:t>ara yani aasani se main akela keh raha hoon wahan bahut se maine naqal kiya is ko</w:t>
      </w:r>
    </w:p>
    <w:p>
      <w:pPr>
        <w:jc w:val="right"/>
      </w:pPr>
      <w:r>
        <w:t>اراء یعنی اسانی سے میں اکیلا کہہ رہا ہوں وہاں بہت سے میں نے نقل کیا اس کو</w:t>
      </w:r>
    </w:p>
    <w:p>
      <w:r>
        <w:rPr>
          <w:b/>
        </w:rPr>
        <w:t xml:space="preserve">[19:15] </w:t>
      </w:r>
      <w:r>
        <w:t>aap padh lijiye mera maqala jo hai thirty pages ka bahut zyada is mein hawale diye hain main</w:t>
      </w:r>
    </w:p>
    <w:p>
      <w:pPr>
        <w:jc w:val="right"/>
      </w:pPr>
      <w:r>
        <w:t>اپ پڑھ لیجئے میرا مقالہ جو ہے تھرٹی پیجز کا بہت زیادہ اس میں حوالے دیے ہیں میں</w:t>
      </w:r>
    </w:p>
    <w:p>
      <w:r>
        <w:rPr>
          <w:b/>
        </w:rPr>
        <w:t xml:space="preserve">[19:21] </w:t>
      </w:r>
      <w:r>
        <w:t>ne to is hadith se mera hadith sabit nahi hota ke koi aadmi agar murtad ho jaye to</w:t>
      </w:r>
    </w:p>
    <w:p>
      <w:pPr>
        <w:jc w:val="right"/>
      </w:pPr>
      <w:r>
        <w:t>نے تو اس حدیث سے میرا حدیث ثابت نہیں ہوتا کہ کوئی ادمی اگر مرتد ہو جائے تو</w:t>
      </w:r>
    </w:p>
    <w:p>
      <w:r>
        <w:rPr>
          <w:b/>
        </w:rPr>
        <w:t xml:space="preserve">[19:26] </w:t>
      </w:r>
      <w:r>
        <w:t>wahan dalo is ko yeh sabit nahi hota is se</w:t>
      </w:r>
    </w:p>
    <w:p>
      <w:pPr>
        <w:jc w:val="right"/>
      </w:pPr>
      <w:r>
        <w:t>وہاں ڈالو اس کو یہ ثابت نہیں ہوتا اس سے</w:t>
      </w:r>
    </w:p>
    <w:p>
      <w:r>
        <w:rPr>
          <w:b/>
        </w:rPr>
        <w:t xml:space="preserve">[19:32] </w:t>
      </w:r>
      <w:r>
        <w:t>maulana agla sawal mister zeeshan yusuf ka hai hyderabad se unhone likha hai maulana today discussion on freedom of thought was very enlightening could you please suggest me any of your books devoted to this topic to further my knowledge</w:t>
      </w:r>
    </w:p>
    <w:p>
      <w:pPr>
        <w:jc w:val="right"/>
      </w:pPr>
      <w:r>
        <w:t>مولانا اگلا سوال مسٹر ذیشان یوسف کا ہے حیدراباد سے انہوں نے لکھا ہے مولانا ٹوڈے ڈسکشن ان فریڈم اف تھاٹ واز ویری انلائٹننگ کڈ یو پلیز سجیسٹ می اینی اف یور بکس ڈیوٹیڈ ٹو دس ٹاپک ٹو فردر مائی نالج</w:t>
      </w:r>
    </w:p>
    <w:p>
      <w:r>
        <w:rPr>
          <w:b/>
        </w:rPr>
        <w:t xml:space="preserve">[19:53] </w:t>
      </w:r>
      <w:r>
        <w:t>ek kitab hai deen insaniyat is mein kai chapter hain ek chapter fifty pages ka hai huryat e fikr yani fikr ki azadi is ko aap padh sakte hain kitab ka naam hai deen insaniyat is chapter ka naam hai huryat e fikr jo pachas pages ka hai</w:t>
      </w:r>
    </w:p>
    <w:p>
      <w:pPr>
        <w:jc w:val="right"/>
      </w:pPr>
      <w:r>
        <w:t>ایک کتاب ہے دین انسانیت اس میں کئی چیپٹر ہیں ایک چیپٹر ففٹی پیجز کا ہے حریت فکر یعنی فکر کی ازادی اس کو اپ پڑھ سکتے ہیں کتاب کا نام ہے دین انسانیت اس چیپٹر کا نام ہے حریت فکر جو پچاس پیجز کا ہے</w:t>
      </w:r>
    </w:p>
    <w:p>
      <w:r>
        <w:rPr>
          <w:b/>
        </w:rPr>
        <w:t xml:space="preserve">[20:17] </w:t>
      </w:r>
      <w:r>
        <w:t>maulana unhone ek apna doubt bhi likha hai jo woh chahte hain ke aap clear karein unhone likha hai ke if a man who living in an islamic state use abusive language about prophet of islam then how should that very islamic administration deal with that man the question i guess could be asked to me while i am doing my da'wah work please suggest me your valuable</w:t>
      </w:r>
    </w:p>
    <w:p>
      <w:pPr>
        <w:jc w:val="right"/>
      </w:pPr>
      <w:r>
        <w:t>مولانا انہوں نے ایک اپنا ڈاؤٹ بھی لکھا ہے جو وہ چاہتے ہیں کہ اپ کلیئر کریں انہوں نے لکھا ہے کہ اف ا مین ہو لیونگ ان این اسلامک سٹیٹ یوز ابزیو لینگویج اباؤٹ پرافٹ اف اسلام دین ہاؤ شوڈ دیٹ ویری اسلامک ایڈمنسٹریشن ڈیل ود دیٹ مین دا کوئسچن ائی گیس کڈ بی اسک ٹو می وائل ائی ایم ڈوئنگ مائی دعوی ورک پلیز سجیسٹ می یور ویلیوبل</w:t>
      </w:r>
    </w:p>
    <w:p>
      <w:r>
        <w:rPr>
          <w:b/>
        </w:rPr>
        <w:t xml:space="preserve">[20:43] </w:t>
      </w:r>
      <w:r>
        <w:t>answer dekhiye yeh masla lan artic hai nahi</w:t>
      </w:r>
    </w:p>
    <w:p>
      <w:pPr>
        <w:jc w:val="right"/>
      </w:pPr>
      <w:r>
        <w:t>انسر دیکھیے یہ مسئلہ لان ارٹک ہے نہیں</w:t>
      </w:r>
    </w:p>
    <w:p>
      <w:r>
        <w:rPr>
          <w:b/>
        </w:rPr>
        <w:t xml:space="preserve">[20:49] </w:t>
      </w:r>
      <w:r>
        <w:t>admission ka hai nahi yeh masla yeh masla dawat o tabligh ka hai yani aap is ko ja</w:t>
      </w:r>
    </w:p>
    <w:p>
      <w:pPr>
        <w:jc w:val="right"/>
      </w:pPr>
      <w:r>
        <w:t>ایڈمیشن کا ہے نہیں یہ مسئلہ یہ مسئلہ دعوت و تبلیغ کا ہے یعنی اپ اس کو جا</w:t>
      </w:r>
    </w:p>
    <w:p>
      <w:r>
        <w:rPr>
          <w:b/>
        </w:rPr>
        <w:t xml:space="preserve">[20:55] </w:t>
      </w:r>
      <w:r>
        <w:t>ke miliye is se baat kijiye agar us ne kitab likhi hai to aap bhi ek kitab likhiye</w:t>
      </w:r>
    </w:p>
    <w:p>
      <w:pPr>
        <w:jc w:val="right"/>
      </w:pPr>
      <w:r>
        <w:t>کے ملیے اس سے بات کیجئے اگر اس نے کتاب لکھی ہے تو اپ بھی ایک کتاب لکھیے</w:t>
      </w:r>
    </w:p>
    <w:p>
      <w:r>
        <w:rPr>
          <w:b/>
        </w:rPr>
        <w:t xml:space="preserve">[21:00] </w:t>
      </w:r>
      <w:r>
        <w:t>aap bhi kijiye</w:t>
      </w:r>
    </w:p>
    <w:p>
      <w:pPr>
        <w:jc w:val="right"/>
      </w:pPr>
      <w:r>
        <w:t>اپ بھی کیجئے</w:t>
      </w:r>
    </w:p>
    <w:p>
      <w:r>
        <w:rPr>
          <w:b/>
        </w:rPr>
        <w:t xml:space="preserve">[21:02] </w:t>
      </w:r>
      <w:r>
        <w:t>yeh lan artic masla hi nahi hai lan artic ka masla jab hoga jab ke wo koi social</w:t>
      </w:r>
    </w:p>
    <w:p>
      <w:pPr>
        <w:jc w:val="right"/>
      </w:pPr>
      <w:r>
        <w:t>یہ لان ارٹک مسئلہ ہی نہیں ہے لان ارٹک کا مسئلہ جب ہوگا جب کہ وہ کوئی سوشل</w:t>
      </w:r>
    </w:p>
    <w:p>
      <w:r>
        <w:rPr>
          <w:b/>
        </w:rPr>
        <w:t xml:space="preserve">[21:07] </w:t>
      </w:r>
      <w:r>
        <w:t>crime kare kisi ko physical injury pahunchaye kisi ka maal chheen le kisi ka hath paon tode wo</w:t>
      </w:r>
    </w:p>
    <w:p>
      <w:pPr>
        <w:jc w:val="right"/>
      </w:pPr>
      <w:r>
        <w:t>کرائم کرے کسی کو فزیکل انجری پہنچائے کسی کا مال چھین لے کسی کا ہاتھ پاؤں توڑے وہ</w:t>
      </w:r>
    </w:p>
    <w:p>
      <w:r>
        <w:rPr>
          <w:b/>
        </w:rPr>
        <w:t xml:space="preserve">[21:15] </w:t>
      </w:r>
      <w:r>
        <w:t>sirf agar zaban se ek baat bolta hai</w:t>
      </w:r>
    </w:p>
    <w:p>
      <w:pPr>
        <w:jc w:val="right"/>
      </w:pPr>
      <w:r>
        <w:t>صرف اگر زبان سے ایک بات بولتا ہے</w:t>
      </w:r>
    </w:p>
    <w:p>
      <w:r>
        <w:rPr>
          <w:b/>
        </w:rPr>
        <w:t xml:space="preserve">[21:19] </w:t>
      </w:r>
      <w:r>
        <w:t>wo koi mazmoon chhapta hai to wo hargiz hargiz admission ka masla nahi hai wo wo masla hai</w:t>
      </w:r>
    </w:p>
    <w:p>
      <w:pPr>
        <w:jc w:val="right"/>
      </w:pPr>
      <w:r>
        <w:t>وہ کوئی مضمون چھاپتا ہے تو وہ ہرگز ہرگز ایڈمیشن کا مسئلہ نہیں ہے وہ وہ مسئلہ ہے</w:t>
      </w:r>
    </w:p>
    <w:p>
      <w:r>
        <w:rPr>
          <w:b/>
        </w:rPr>
        <w:t xml:space="preserve">[21:27] </w:t>
      </w:r>
      <w:r>
        <w:t>daii o molakh ka yani</w:t>
      </w:r>
    </w:p>
    <w:p>
      <w:pPr>
        <w:jc w:val="right"/>
      </w:pPr>
      <w:r>
        <w:t>داعی و مولخ کا یعنی</w:t>
      </w:r>
    </w:p>
    <w:p>
      <w:r>
        <w:rPr>
          <w:b/>
        </w:rPr>
        <w:t xml:space="preserve">[21:28] </w:t>
      </w:r>
      <w:r>
        <w:t>daii o molakh is se mil kar ke is ke doubt clear karen</w:t>
      </w:r>
    </w:p>
    <w:p>
      <w:pPr>
        <w:jc w:val="right"/>
      </w:pPr>
      <w:r>
        <w:t>داعی و مولخ اس سے مل کر کے اس کے ڈاؤٹ کلیئر کریں</w:t>
      </w:r>
    </w:p>
    <w:p>
      <w:r>
        <w:rPr>
          <w:b/>
        </w:rPr>
        <w:t xml:space="preserve">[21:34] </w:t>
      </w:r>
      <w:r>
        <w:t>is par khud bhi mazmoon likhen kitab likhen yahi karen is ki misal yeh hai dekhiye</w:t>
      </w:r>
    </w:p>
    <w:p>
      <w:pPr>
        <w:jc w:val="right"/>
      </w:pPr>
      <w:r>
        <w:t>اس پر خود بھی مضمون لکھیں کتاب لکھیں یہی کریں اس کی مثال یہ ہے دیکھیے</w:t>
      </w:r>
    </w:p>
    <w:p>
      <w:r>
        <w:rPr>
          <w:b/>
        </w:rPr>
        <w:t xml:space="preserve">[21:40] </w:t>
      </w:r>
      <w:r>
        <w:t>ke madine mein rasool Allah sallallahu alaihi wasallam ke zamane mein state qaim ho chuka tha</w:t>
      </w:r>
    </w:p>
    <w:p>
      <w:pPr>
        <w:jc w:val="right"/>
      </w:pPr>
      <w:r>
        <w:t>کہ مدینے میں رسول اللہ صلی اللہ علیہ وسلم کے زمانے میں اسٹیٹ قائم ہو چکا تھا</w:t>
      </w:r>
    </w:p>
    <w:p>
      <w:r>
        <w:rPr>
          <w:b/>
        </w:rPr>
        <w:t xml:space="preserve">[21:47] </w:t>
      </w:r>
      <w:r>
        <w:t>yani admission qaim ho chuka tha wahan par madine mein</w:t>
      </w:r>
    </w:p>
    <w:p>
      <w:pPr>
        <w:jc w:val="right"/>
      </w:pPr>
      <w:r>
        <w:t>یعنی ایڈمیشن قائم ہو چکا تھا وہاں پر مدینے میں</w:t>
      </w:r>
    </w:p>
    <w:p>
      <w:r>
        <w:rPr>
          <w:b/>
        </w:rPr>
        <w:t xml:space="preserve">[21:51] </w:t>
      </w:r>
      <w:r>
        <w:t>to us zamane mein wahan par aisa tha ke kuch log</w:t>
      </w:r>
    </w:p>
    <w:p>
      <w:pPr>
        <w:jc w:val="right"/>
      </w:pPr>
      <w:r>
        <w:t>تو اس زمانے میں وہاں پر ایسا تھا کہ کچھ لوگ</w:t>
      </w:r>
    </w:p>
    <w:p>
      <w:r>
        <w:rPr>
          <w:b/>
        </w:rPr>
        <w:t xml:space="preserve">[21:56] </w:t>
      </w:r>
      <w:r>
        <w:t>rasool Allah ke khilaf ya Islam ke khilaf bolte the</w:t>
      </w:r>
    </w:p>
    <w:p>
      <w:pPr>
        <w:jc w:val="right"/>
      </w:pPr>
      <w:r>
        <w:t>رسول اللہ کے خلاف یا اسلام کے خلاف بولتے تھے</w:t>
      </w:r>
    </w:p>
    <w:p>
      <w:r>
        <w:rPr>
          <w:b/>
        </w:rPr>
        <w:t xml:space="preserve">[22:00] </w:t>
      </w:r>
      <w:r>
        <w:t>to ek sahabi the un ka naam tha hasan bin sabit woh shair the</w:t>
      </w:r>
    </w:p>
    <w:p>
      <w:pPr>
        <w:jc w:val="right"/>
      </w:pPr>
      <w:r>
        <w:t>تو ایک صحابی تھے ان کا نام تھا حسان بن ثابت وہ شاعر تھے</w:t>
      </w:r>
    </w:p>
    <w:p>
      <w:r>
        <w:rPr>
          <w:b/>
        </w:rPr>
        <w:t xml:space="preserve">[22:07] </w:t>
      </w:r>
      <w:r>
        <w:t>is zamane mein dekhen jab printing press nahi tha to sher o shairi yeh</w:t>
      </w:r>
    </w:p>
    <w:p>
      <w:pPr>
        <w:jc w:val="right"/>
      </w:pPr>
      <w:r>
        <w:t>اس زمانے میں دیکھیں جب پرنٹنگ پریس نہیں تھا تو شعر و شاعری یہ</w:t>
      </w:r>
    </w:p>
    <w:p>
      <w:r>
        <w:rPr>
          <w:b/>
        </w:rPr>
        <w:t xml:space="preserve">[22:13] </w:t>
      </w:r>
      <w:r>
        <w:t>shairi jo thi woh aaj kal ke tareeqe se samjhen ke woh journalism thi is zamane ki sahafat</w:t>
      </w:r>
    </w:p>
    <w:p>
      <w:pPr>
        <w:jc w:val="right"/>
      </w:pPr>
      <w:r>
        <w:t>شاعری جو تھی وہ اج کل کے طریقے سے سمجھیں کہ وہ جرنلزم تھی اس زمانے کی صحافت</w:t>
      </w:r>
    </w:p>
    <w:p>
      <w:r>
        <w:rPr>
          <w:b/>
        </w:rPr>
        <w:t xml:space="preserve">[22:19] </w:t>
      </w:r>
      <w:r>
        <w:t>journalism kyunke chhap chhap kar ke phaila nahi sakte the aap kisi cheez ko kyunke naqab tanffus tha</w:t>
      </w:r>
    </w:p>
    <w:p>
      <w:pPr>
        <w:jc w:val="right"/>
      </w:pPr>
      <w:r>
        <w:t>جرنلزم کیونکہ چھپ چھپ کر کے پھیلا نہیں سکتے تھے اپ کسی چیز کو کیونکہ نقاب تنفس تھا</w:t>
      </w:r>
    </w:p>
    <w:p>
      <w:r>
        <w:rPr>
          <w:b/>
        </w:rPr>
        <w:t xml:space="preserve">[22:26] </w:t>
      </w:r>
      <w:r>
        <w:t>to aap sher ke roop mein jab aap karte the to to bohat jald logon ko yaad hota</w:t>
      </w:r>
    </w:p>
    <w:p>
      <w:pPr>
        <w:jc w:val="right"/>
      </w:pPr>
      <w:r>
        <w:t>تو اپ شعر کے روپ میں جب اپ کرتے تھے تو تو بہت جلد لوگوں کو یاد ہوتا</w:t>
      </w:r>
    </w:p>
    <w:p>
      <w:r>
        <w:rPr>
          <w:b/>
        </w:rPr>
        <w:t xml:space="preserve">[22:30] </w:t>
      </w:r>
      <w:r>
        <w:t>hota tha woh phailate the is ko</w:t>
      </w:r>
    </w:p>
    <w:p>
      <w:pPr>
        <w:jc w:val="right"/>
      </w:pPr>
      <w:r>
        <w:t>ہوتا تھا وہ پھیلاتے تھے اس کو</w:t>
      </w:r>
    </w:p>
    <w:p>
      <w:r>
        <w:rPr>
          <w:b/>
        </w:rPr>
        <w:t xml:space="preserve">[22:33] </w:t>
      </w:r>
      <w:r>
        <w:t>to aap ne</w:t>
      </w:r>
    </w:p>
    <w:p>
      <w:pPr>
        <w:jc w:val="right"/>
      </w:pPr>
      <w:r>
        <w:t>تو اپ نے</w:t>
      </w:r>
    </w:p>
    <w:p>
      <w:r>
        <w:rPr>
          <w:b/>
        </w:rPr>
        <w:t xml:space="preserve">[22:35] </w:t>
      </w:r>
      <w:r>
        <w:t>hasan bin sabit se kaha ke tum is ka jawab do yeh jo log Islam ke khilaf ya</w:t>
      </w:r>
    </w:p>
    <w:p>
      <w:pPr>
        <w:jc w:val="right"/>
      </w:pPr>
      <w:r>
        <w:t>حسان ابن ثابت سے کہا کہ تم اس کا جواب دو یہ جو لوگ اسلام کے خلاف یا</w:t>
      </w:r>
    </w:p>
    <w:p>
      <w:r>
        <w:rPr>
          <w:b/>
        </w:rPr>
        <w:t xml:space="preserve">[22:43] </w:t>
      </w:r>
      <w:r>
        <w:t>Quran ke khilaf baaten karte hain to aata hai ek kitab um mein ke hasan bin sabit ke</w:t>
      </w:r>
    </w:p>
    <w:p>
      <w:pPr>
        <w:jc w:val="right"/>
      </w:pPr>
      <w:r>
        <w:t>قران کے خلاف باتیں کرتے ہیں تو اتا ہے ایک کتاب ام میں کہ حسان بن ثابت کے</w:t>
      </w:r>
    </w:p>
    <w:p>
      <w:r>
        <w:rPr>
          <w:b/>
        </w:rPr>
        <w:t xml:space="preserve">[22:48] </w:t>
      </w:r>
      <w:r>
        <w:t>liye mimbar rakha gaya masjid Nabwi mein yani Madine ki masjid Nabwi mein un ke liye mimbar rakha</w:t>
      </w:r>
    </w:p>
    <w:p>
      <w:pPr>
        <w:jc w:val="right"/>
      </w:pPr>
      <w:r>
        <w:t>لیے ممبر رکھا گیا مسجد نبوی میں یعنی مدینے کی مسجد نبوی میں ان کے لیے ممبر رکھا</w:t>
      </w:r>
    </w:p>
    <w:p>
      <w:r>
        <w:rPr>
          <w:b/>
        </w:rPr>
        <w:t xml:space="preserve">[22:55] </w:t>
      </w:r>
      <w:r>
        <w:t>gaya is par baithe aur baith kar unhon ne ash'ar kahe un</w:t>
      </w:r>
    </w:p>
    <w:p>
      <w:pPr>
        <w:jc w:val="right"/>
      </w:pPr>
      <w:r>
        <w:t>گیا اس پر بیٹھے اور بیٹھ کر انہوں نے اشعار کہے ان</w:t>
      </w:r>
    </w:p>
    <w:p>
      <w:r>
        <w:rPr>
          <w:b/>
        </w:rPr>
        <w:t xml:space="preserve">[22:59] </w:t>
      </w:r>
      <w:r>
        <w:t>ke khilaf woh ash'ar jaise akhbar phailte hain use woh phailaya gaya woh yeh jawab to ek tareeqa</w:t>
      </w:r>
    </w:p>
    <w:p>
      <w:pPr>
        <w:jc w:val="right"/>
      </w:pPr>
      <w:r>
        <w:t>کے خلاف وہ اشعار جیسے اخبار پھیلتے ہیں اسے وہ پھیلایا گیا وہ یہ جواب تو ایک طریقہ</w:t>
      </w:r>
    </w:p>
    <w:p>
      <w:r>
        <w:rPr>
          <w:b/>
        </w:rPr>
        <w:t xml:space="preserve">[23:05] </w:t>
      </w:r>
      <w:r>
        <w:t>hai yeh to main saaf arz karta hoon ke agar koi rasool ke khilaf Khuda ke khilaf Quran</w:t>
      </w:r>
    </w:p>
    <w:p>
      <w:pPr>
        <w:jc w:val="right"/>
      </w:pPr>
      <w:r>
        <w:t>ہے یہ تو میں صاف عرض کرتا ہوں کہ اگر کوئی رسول کے خلاف خدا کے خلاف قران</w:t>
      </w:r>
    </w:p>
    <w:p>
      <w:r>
        <w:rPr>
          <w:b/>
        </w:rPr>
        <w:t xml:space="preserve">[23:13] </w:t>
      </w:r>
      <w:r>
        <w:t>ke khilaf Islam ke khilaf bolta hai to woh hargiz hargiz intezamiya ka masla nahi hai woh law</w:t>
      </w:r>
    </w:p>
    <w:p>
      <w:pPr>
        <w:jc w:val="right"/>
      </w:pPr>
      <w:r>
        <w:t>کے خلاف اسلام کے خلاف بولتا ہے تو وہ ہرگز ہرگز انتظامیہ کا مسئلہ نہیں ہے وہ لان</w:t>
      </w:r>
    </w:p>
    <w:p>
      <w:r>
        <w:rPr>
          <w:b/>
        </w:rPr>
        <w:t xml:space="preserve">[23:20] </w:t>
      </w:r>
      <w:r>
        <w:t>order ka masla nahi hai woh police ka masla nahi hai woh masla hai</w:t>
      </w:r>
    </w:p>
    <w:p>
      <w:pPr>
        <w:jc w:val="right"/>
      </w:pPr>
      <w:r>
        <w:t>ارڈر کا مسئلہ نہیں ہے وہ پولیس کا مسئلہ نہیں ہے وہ مسئلہ ہے</w:t>
      </w:r>
    </w:p>
    <w:p>
      <w:r>
        <w:rPr>
          <w:b/>
        </w:rPr>
        <w:t xml:space="preserve">[23:26] </w:t>
      </w:r>
      <w:r>
        <w:t>is baat ka ke aap is ko samjhaen is ke khilaf is ke is ke is par kitab</w:t>
      </w:r>
    </w:p>
    <w:p>
      <w:pPr>
        <w:jc w:val="right"/>
      </w:pPr>
      <w:r>
        <w:t>اس بات کا کہ اپ اس کو سمجھائیں اس کے خلاف اس کے اس کے اس پر کتاب</w:t>
      </w:r>
    </w:p>
    <w:p>
      <w:r>
        <w:rPr>
          <w:b/>
        </w:rPr>
        <w:t xml:space="preserve">[23:31] </w:t>
      </w:r>
      <w:r>
        <w:t>likhen is par mazmoon likhen is par yeh karen yani kitab ke jawab mein kitab qalam ke jawab</w:t>
      </w:r>
    </w:p>
    <w:p>
      <w:pPr>
        <w:jc w:val="right"/>
      </w:pPr>
      <w:r>
        <w:t>لکھیں اس پر مضمون لکھیں اس پر یہ کریں یعنی کتاب کے جواب میں کتاب قلم کے جواب</w:t>
      </w:r>
    </w:p>
    <w:p>
      <w:r>
        <w:rPr>
          <w:b/>
        </w:rPr>
        <w:t xml:space="preserve">[23:38] </w:t>
      </w:r>
      <w:r>
        <w:t>mein qalam taqreer ke jawab mein taqreer yeh hai Islam ka tareeqa</w:t>
      </w:r>
    </w:p>
    <w:p>
      <w:pPr>
        <w:jc w:val="right"/>
      </w:pPr>
      <w:r>
        <w:t>میں قلم تقریر کے جواب میں تقریر یہ ہے اسلام کا طریقہ</w:t>
      </w:r>
    </w:p>
    <w:p>
      <w:r>
        <w:rPr>
          <w:b/>
        </w:rPr>
        <w:t xml:space="preserve">[23:46] </w:t>
      </w:r>
      <w:r>
        <w:t>maulana agla sawal aaya hai mister kailash nath ka kingston usa se unhone likha hai maulana i have some issues with the divine ordaining of division of labor between men and women as you have indicated that is the man to work outside and woman to home is this divine ordaining ordaining subject to change with the demands of changing life</w:t>
      </w:r>
    </w:p>
    <w:p>
      <w:pPr>
        <w:jc w:val="right"/>
      </w:pPr>
      <w:r>
        <w:t>مولانا اگلا سوال ایا ہے مسٹر کیلاش ناتھ کا کنگسٹن یو ایس اے سے انہوں نے لکھا ہے مولانا ائی ہیو سم ایشوز ودا ڈیوائن ارڈیننگ اف ڈیویژن اف لیبر بٹوین مین اینڈ وومن ایز یو ہیو انڈیکیٹڈ دیٹ از دا مین ٹو ورک اؤٹ سائیڈ اینڈ وومن ٹو ہوم از دس ڈیوائن ارڈیننگ ارڈیننگ سبجیکٹ ٹو چینج ودا ڈیمانڈز اف چینجنگ لائف</w:t>
      </w:r>
    </w:p>
    <w:p>
      <w:r>
        <w:rPr>
          <w:b/>
        </w:rPr>
        <w:t xml:space="preserve">[24:13] </w:t>
      </w:r>
      <w:r>
        <w:t>Women not only do so much outside these days, they even are recruited to the defense and</w:t>
      </w:r>
    </w:p>
    <w:p>
      <w:pPr>
        <w:jc w:val="right"/>
      </w:pPr>
      <w:r>
        <w:t>وومن ناٹ اونلی ڈو سو مچ اؤٹ سائیڈ دیز ڈیز دے ایون ار ریکروٹڈ ٹو دا ڈیفنس اینڈ</w:t>
      </w:r>
    </w:p>
    <w:p>
      <w:r>
        <w:rPr>
          <w:b/>
        </w:rPr>
        <w:t xml:space="preserve">[24:19] </w:t>
      </w:r>
      <w:r>
        <w:t>assigned to frontline and field action where they are vulnerable targets for abuse. I realized the physical</w:t>
      </w:r>
    </w:p>
    <w:p>
      <w:pPr>
        <w:jc w:val="right"/>
      </w:pPr>
      <w:r>
        <w:t>اسائن ٹو فرنٹ لائن اینڈ فیلڈ ایکشن ویئر دے ار ولنیریبل ٹارگٹس فار ابیوز ائی ریلائز دی فزیکل</w:t>
      </w:r>
    </w:p>
    <w:p>
      <w:r>
        <w:rPr>
          <w:b/>
        </w:rPr>
        <w:t xml:space="preserve">[24:28] </w:t>
      </w:r>
      <w:r>
        <w:t>and psychological differences in the makeup and constitution between men and women. But isn't it that men</w:t>
      </w:r>
    </w:p>
    <w:p>
      <w:pPr>
        <w:jc w:val="right"/>
      </w:pPr>
      <w:r>
        <w:t>اینڈ سائیکلوجیکل ڈیفرنسز ان دا میک اپ اینڈ کانسٹیٹیوشن بٹوین مین اینڈ وومن بٹ ازنٹ اٹ دیٹ مین</w:t>
      </w:r>
    </w:p>
    <w:p>
      <w:r>
        <w:rPr>
          <w:b/>
        </w:rPr>
        <w:t xml:space="preserve">[24:35] </w:t>
      </w:r>
      <w:r>
        <w:t>can do a lot to share and be a helping hand for women at home and women can</w:t>
      </w:r>
    </w:p>
    <w:p>
      <w:pPr>
        <w:jc w:val="right"/>
      </w:pPr>
      <w:r>
        <w:t>کین ڈو ا لاٹ ٹو شیئر اینڈ بی ا ہیلپنگ ہینڈ فار وومن ایٹ ہوم اینڈ وومن کین</w:t>
      </w:r>
    </w:p>
    <w:p>
      <w:r>
        <w:rPr>
          <w:b/>
        </w:rPr>
        <w:t xml:space="preserve">[24:41] </w:t>
      </w:r>
      <w:r>
        <w:t>do the same with men outside</w:t>
      </w:r>
    </w:p>
    <w:p>
      <w:pPr>
        <w:jc w:val="right"/>
      </w:pPr>
      <w:r>
        <w:t>ڈو دا سیم ود مین اؤٹ سائیڈ</w:t>
      </w:r>
    </w:p>
    <w:p>
      <w:r>
        <w:rPr>
          <w:b/>
        </w:rPr>
        <w:t xml:space="preserve">[24:45] </w:t>
      </w:r>
      <w:r>
        <w:t>wouldnt this divine ordain of division of labor you are talking about are so much at odds with the realities of the world we live in your comments in this regard will help and may god give you keep you going in continuing to guide and bless us towards our efforts to make good sense out of this complex world</w:t>
      </w:r>
    </w:p>
    <w:p>
      <w:pPr>
        <w:jc w:val="right"/>
      </w:pPr>
      <w:r>
        <w:t>وڈنٹ دس ڈیوائن ارڈین اف ڈیویژن اف لیبر یو ار ٹاکنگ اباؤٹ ار سو مچ ایٹ اڈز ودا ریلیٹیز اف دا ورلڈ وی لیو ان یور کمنٹس ان دس ریگارڈ ویل ہیلپ اینڈ می گاڈ گیو یو کیپ یو گوئنگ ان کنٹینیونگ ٹو گائیڈ اینڈ بلیس اس ٹورڈز اور ایفرٹس ٹو میک گڈ سینس اؤٹ اف دس کمپلیکس ورلڈ</w:t>
      </w:r>
    </w:p>
    <w:p>
      <w:r>
        <w:rPr>
          <w:b/>
        </w:rPr>
        <w:t xml:space="preserve">[25:06] </w:t>
      </w:r>
      <w:r>
        <w:t>dekhiye maine aisa nahi likha hai aap is ko phir se padhiye meri tehreer ko ke aurat</w:t>
      </w:r>
    </w:p>
    <w:p>
      <w:pPr>
        <w:jc w:val="right"/>
      </w:pPr>
      <w:r>
        <w:t>دیکھیے میں نے ایسا نہیں لکھا ہے اپ اس کو پھر سے پڑھیے میری تحریر کو کہ عورت</w:t>
      </w:r>
    </w:p>
    <w:p>
      <w:r>
        <w:rPr>
          <w:b/>
        </w:rPr>
        <w:t xml:space="preserve">[25:12] </w:t>
      </w:r>
      <w:r>
        <w:t>sirf ghar kaam kare aur aurat sirf bahar kaam kare aisa maine likha hai maine kaha</w:t>
      </w:r>
    </w:p>
    <w:p>
      <w:pPr>
        <w:jc w:val="right"/>
      </w:pPr>
      <w:r>
        <w:t>صرف گھر کام کرے اور عورت صرف باہر کام کرے ایسا میں نے لکھا ہے میں نے کہا</w:t>
      </w:r>
    </w:p>
    <w:p>
      <w:r>
        <w:rPr>
          <w:b/>
        </w:rPr>
        <w:t xml:space="preserve">[25:17] </w:t>
      </w:r>
      <w:r>
        <w:t>ke basically aisa hona chahiye basically wahan lafz padhiye aap mera hmm aisa nahi likha likha maine</w:t>
      </w:r>
    </w:p>
    <w:p>
      <w:pPr>
        <w:jc w:val="right"/>
      </w:pPr>
      <w:r>
        <w:t>کہ بیسیکلی ایسا ہونا چاہیے بیسیکلی وہاں لفظ پڑھیے اپ میرا ہمم ایسا نہیں لکھا لکھا میں نے</w:t>
      </w:r>
    </w:p>
    <w:p>
      <w:r>
        <w:rPr>
          <w:b/>
        </w:rPr>
        <w:t xml:space="preserve">[25:23] </w:t>
      </w:r>
      <w:r>
        <w:t>kabhi bhi nahi likha hai yani ek general division yeh hai general aam halat mein ke aisa aurat</w:t>
      </w:r>
    </w:p>
    <w:p>
      <w:pPr>
        <w:jc w:val="right"/>
      </w:pPr>
      <w:r>
        <w:t>کبھی بھی نہیں لکھا ہے یعنی ایک جنرل ڈیویژن یہ ہے جنرل عام حالت میں کہ ایسا عورت</w:t>
      </w:r>
    </w:p>
    <w:p>
      <w:r>
        <w:rPr>
          <w:b/>
        </w:rPr>
        <w:t xml:space="preserve">[25:32] </w:t>
      </w:r>
      <w:r>
        <w:t>kare aisa mard kare lekin agar aap zaroorat samajhte hain to mard bahar ja kar kaam kar sakti</w:t>
      </w:r>
    </w:p>
    <w:p>
      <w:pPr>
        <w:jc w:val="right"/>
      </w:pPr>
      <w:r>
        <w:t>کرے ایسا مرد کرے لیکن اگر اپ ضرورت سمجھتے ہیں تو مرد باہر جا کر کام کر سکتی</w:t>
      </w:r>
    </w:p>
    <w:p>
      <w:r>
        <w:rPr>
          <w:b/>
        </w:rPr>
        <w:t xml:space="preserve">[25:40] </w:t>
      </w:r>
      <w:r>
        <w:t>hai aur is mein koi islam mein koi harj nahi hai harj asal cheez jo hai dekhiye yeh</w:t>
      </w:r>
    </w:p>
    <w:p>
      <w:pPr>
        <w:jc w:val="right"/>
      </w:pPr>
      <w:r>
        <w:t>ہے اور اس میں کوئی اسلام میں کوئی حرج نہیں ہے حرج اصل چیز جو ہے دیکھیے یہ</w:t>
      </w:r>
    </w:p>
    <w:p>
      <w:r>
        <w:rPr>
          <w:b/>
        </w:rPr>
        <w:t xml:space="preserve">[25:48] </w:t>
      </w:r>
      <w:r>
        <w:t>nahi ke aurat ghar mein confine rahi hai matlab nahi asal</w:t>
      </w:r>
    </w:p>
    <w:p>
      <w:pPr>
        <w:jc w:val="right"/>
      </w:pPr>
      <w:r>
        <w:t>نہیں کہ عورت گھر میں کنفائن رہی ہے مطلب نہیں اصل</w:t>
      </w:r>
    </w:p>
    <w:p>
      <w:r>
        <w:rPr>
          <w:b/>
        </w:rPr>
        <w:t xml:space="preserve">[25:52] </w:t>
      </w:r>
      <w:r>
        <w:t>mein asal cheez jo islam mein hai woh newdity</w:t>
      </w:r>
    </w:p>
    <w:p>
      <w:pPr>
        <w:jc w:val="right"/>
      </w:pPr>
      <w:r>
        <w:t>میں اصل چیز جو اسلام میں ہے وہ نیوڈیٹی</w:t>
      </w:r>
    </w:p>
    <w:p>
      <w:r>
        <w:rPr>
          <w:b/>
        </w:rPr>
        <w:t xml:space="preserve">[25:56] </w:t>
      </w:r>
      <w:r>
        <w:t>یعنی free society اور یہ سب جو ہوتا ہے یعنی مرد عورت بالکل مچھلیوں کی طرح رہتے ہیں</w:t>
      </w:r>
    </w:p>
    <w:p>
      <w:pPr>
        <w:jc w:val="right"/>
      </w:pPr>
      <w:r>
        <w:t>یعنی فری سوسائٹی اور یہ سب جو ہوتا ہے یعنی مرد عورت بالکل مچھلیوں کی طرح رہتے ہیں</w:t>
      </w:r>
    </w:p>
    <w:p>
      <w:r>
        <w:rPr>
          <w:b/>
        </w:rPr>
        <w:t xml:space="preserve">[26:03] </w:t>
      </w:r>
      <w:r>
        <w:t>yeh sab galat hai islam mein</w:t>
      </w:r>
    </w:p>
    <w:p>
      <w:pPr>
        <w:jc w:val="right"/>
      </w:pPr>
      <w:r>
        <w:t>یہ سب غلط ہے اسلام میں</w:t>
      </w:r>
    </w:p>
    <w:p>
      <w:r>
        <w:rPr>
          <w:b/>
        </w:rPr>
        <w:t xml:space="preserve">[26:06] </w:t>
      </w:r>
      <w:r>
        <w:t>aisa nahi ke aurat bahar kaam nahi kar sakti</w:t>
      </w:r>
    </w:p>
    <w:p>
      <w:pPr>
        <w:jc w:val="right"/>
      </w:pPr>
      <w:r>
        <w:t>ایسا نہیں کہ عورت باہر کام نہیں کر سکتی</w:t>
      </w:r>
    </w:p>
    <w:p>
      <w:r>
        <w:rPr>
          <w:b/>
        </w:rPr>
        <w:t xml:space="preserve">[26:11] </w:t>
      </w:r>
      <w:r>
        <w:t>aisa hargiz nahi hai lekin aam halaat mein maine kaha hai ke aam halaat mein</w:t>
      </w:r>
    </w:p>
    <w:p>
      <w:pPr>
        <w:jc w:val="right"/>
      </w:pPr>
      <w:r>
        <w:t>ایسا ہرگز نہیں ہے لیکن عام حالات میں میں نے کہا ہے کہ عام حالات میں</w:t>
      </w:r>
    </w:p>
    <w:p>
      <w:r>
        <w:rPr>
          <w:b/>
        </w:rPr>
        <w:t xml:space="preserve">[26:17] </w:t>
      </w:r>
      <w:r>
        <w:t>agar yeh arrangement hota hai ke aurat ghar ka sambhalti hai mard bahar ka sambhalta hai to yeh</w:t>
      </w:r>
    </w:p>
    <w:p>
      <w:pPr>
        <w:jc w:val="right"/>
      </w:pPr>
      <w:r>
        <w:t>اگر یہ ارینجمنٹ ہوتا ہے کہ عورت گھر کا سنبھالتی ہے مرد باہر کا سنبھالتا ہے تو یہ</w:t>
      </w:r>
    </w:p>
    <w:p>
      <w:r>
        <w:rPr>
          <w:b/>
        </w:rPr>
        <w:t xml:space="preserve">[26:24] </w:t>
      </w:r>
      <w:r>
        <w:t>ایک نیچرل ڈیویژن ہوگا آپ یورپ امریکہ کا ذکر فرما رہے ہیں میں بار بار وہاں گیا ہوں</w:t>
      </w:r>
    </w:p>
    <w:p>
      <w:pPr>
        <w:jc w:val="right"/>
      </w:pPr>
      <w:r>
        <w:t>ایک نیچرل ڈیویژن ہوگا اپ یورپ امریکہ کا ذکر فرما رہے ہیں میں بار بار وہاں گیا ہوں</w:t>
      </w:r>
    </w:p>
    <w:p>
      <w:r>
        <w:rPr>
          <w:b/>
        </w:rPr>
        <w:t xml:space="preserve">[26:31] </w:t>
      </w:r>
      <w:r>
        <w:t>wahan par chounke is is ko nahi mante log to is se bohat nuksan hua hai wahan jis</w:t>
      </w:r>
    </w:p>
    <w:p>
      <w:pPr>
        <w:jc w:val="right"/>
      </w:pPr>
      <w:r>
        <w:t>وہاں پر چونکہ اس اس کو نہیں مانتے لوگ تو اس سے بہت نقصان ہوا ہے وہاں جس</w:t>
      </w:r>
    </w:p>
    <w:p>
      <w:r>
        <w:rPr>
          <w:b/>
        </w:rPr>
        <w:t xml:space="preserve">[26:37] </w:t>
      </w:r>
      <w:r>
        <w:t>ko</w:t>
      </w:r>
    </w:p>
    <w:p>
      <w:pPr>
        <w:jc w:val="right"/>
      </w:pPr>
      <w:r>
        <w:t>کو</w:t>
      </w:r>
    </w:p>
    <w:p>
      <w:r>
        <w:rPr>
          <w:b/>
        </w:rPr>
        <w:t xml:space="preserve">[26:37] </w:t>
      </w:r>
      <w:r>
        <w:t>کہتے ہیں broken homes, broken homes جو مسئلہ پیدا ہوا ہے وہ ہر وہاں کا سپر مسئلہ ہے</w:t>
      </w:r>
    </w:p>
    <w:p>
      <w:pPr>
        <w:jc w:val="right"/>
      </w:pPr>
      <w:r>
        <w:t>کہتے ہیں بروکن ہومز بروکن ہومز جو مسئلہ پیدا ہوا ہے وہ ہر وہاں کا سپر مسئلہ ہے</w:t>
      </w:r>
    </w:p>
    <w:p>
      <w:r>
        <w:rPr>
          <w:b/>
        </w:rPr>
        <w:t xml:space="preserve">[26:44] </w:t>
      </w:r>
      <w:r>
        <w:t>broken homes, yaani maa mein alag, bachche alag, aur shauhar alag. Toh bachche bilkul yaani koi unki</w:t>
      </w:r>
    </w:p>
    <w:p>
      <w:pPr>
        <w:jc w:val="right"/>
      </w:pPr>
      <w:r>
        <w:t>بروکن ہومز یعنی ماں میں الگ بچے الگ اور شوہر الگ تو بچے بالکل یعنی کوئی ان کی</w:t>
      </w:r>
    </w:p>
    <w:p>
      <w:r>
        <w:rPr>
          <w:b/>
        </w:rPr>
        <w:t xml:space="preserve">[26:55] </w:t>
      </w:r>
      <w:r>
        <w:t>ٹریننگ نہیں ہوتی بالکل اینیمل کی طرح جیتے ہیں وہ تو broken homes کو جو جو phenomena وہاں</w:t>
      </w:r>
    </w:p>
    <w:p>
      <w:pPr>
        <w:jc w:val="right"/>
      </w:pPr>
      <w:r>
        <w:t>ٹریننگ نہیں ہوتی بالکل اینیمل کی طرح جیتے ہیں وہ تو بروکن ہومز کو جو جو فیناومینا وہاں</w:t>
      </w:r>
    </w:p>
    <w:p>
      <w:r>
        <w:rPr>
          <w:b/>
        </w:rPr>
        <w:t xml:space="preserve">[27:01] </w:t>
      </w:r>
      <w:r>
        <w:t>ہے وہ وہ تو super evil ہے وہاں کی سوسائٹی بالکل یعنی تباہ ہو گئی اس کی بنا</w:t>
      </w:r>
    </w:p>
    <w:p>
      <w:pPr>
        <w:jc w:val="right"/>
      </w:pPr>
      <w:r>
        <w:t>ہے وہ وہ تو سپر ایول ہے وہاں کی سوسائٹی بالکل یعنی تباہ ہو گئی اس کی بنا</w:t>
      </w:r>
    </w:p>
    <w:p>
      <w:r>
        <w:rPr>
          <w:b/>
        </w:rPr>
        <w:t xml:space="preserve">[27:09] </w:t>
      </w:r>
      <w:r>
        <w:t>par to natural taqseem mein yeh hai maine kaha hai ke dono shobe hain yani ghar sambhalna</w:t>
      </w:r>
    </w:p>
    <w:p>
      <w:pPr>
        <w:jc w:val="right"/>
      </w:pPr>
      <w:r>
        <w:t>پر تو نیچرل تقسیم میں یہ ہے میں نے کہا ہے کہ دونوں شعبے ہیں یعنی گھر سنبھالنا</w:t>
      </w:r>
    </w:p>
    <w:p>
      <w:r>
        <w:rPr>
          <w:b/>
        </w:rPr>
        <w:t xml:space="preserve">[27:18] </w:t>
      </w:r>
      <w:r>
        <w:t>bachon ko sambhalna aur bahar ka sambhalna bhi lekin yeh koi</w:t>
      </w:r>
    </w:p>
    <w:p>
      <w:pPr>
        <w:jc w:val="right"/>
      </w:pPr>
      <w:r>
        <w:t>بچوں کو سنبھالنا اور باہر کا سنبھالنا بھی لیکن یہ کوئی</w:t>
      </w:r>
    </w:p>
    <w:p>
      <w:r>
        <w:rPr>
          <w:b/>
        </w:rPr>
        <w:t xml:space="preserve">[27:22] </w:t>
      </w:r>
      <w:r>
        <w:t>aisa nahi ke aise hi lazman har jagah hona chahiye maine yeh bhi kaha hai aap parhein</w:t>
      </w:r>
    </w:p>
    <w:p>
      <w:pPr>
        <w:jc w:val="right"/>
      </w:pPr>
      <w:r>
        <w:t>ایسا نہیں کہ ایسے ہی لازما ہر جگہ ہونا چاہیے میں نے یہ بھی کہا ہے اپ پڑھیں</w:t>
      </w:r>
    </w:p>
    <w:p>
      <w:r>
        <w:rPr>
          <w:b/>
        </w:rPr>
        <w:t xml:space="preserve">[27:27] </w:t>
      </w:r>
      <w:r>
        <w:t>اس کو کہ یہ جو generation کو جو تیار کرنا ہے کہ through education اس کے لیے best</w:t>
      </w:r>
    </w:p>
    <w:p>
      <w:pPr>
        <w:jc w:val="right"/>
      </w:pPr>
      <w:r>
        <w:t>اس کو کہ یہ جو جنریشن کو جو تیار کرنا ہے کہ تھرو ایجوکیشن اس کے لیے بیسٹ</w:t>
      </w:r>
    </w:p>
    <w:p>
      <w:r>
        <w:rPr>
          <w:b/>
        </w:rPr>
        <w:t xml:space="preserve">[27:38] </w:t>
      </w:r>
      <w:r>
        <w:t>teacher aurtein hoti hain yani education ka jo department hai woh aurton ko sambhalna chahiye kyunke aurtein bohat</w:t>
      </w:r>
    </w:p>
    <w:p>
      <w:pPr>
        <w:jc w:val="right"/>
      </w:pPr>
      <w:r>
        <w:t>ٹیچر عورتیں ہوتی ہیں یعنی ایجوکیشن کا جو ڈیپارٹمنٹ ہے وہ عورتوں کو سنبھالنا چاہیے کیونکہ عورتیں بہت</w:t>
      </w:r>
    </w:p>
    <w:p>
      <w:r>
        <w:rPr>
          <w:b/>
        </w:rPr>
        <w:t xml:space="preserve">[27:46] </w:t>
      </w:r>
      <w:r>
        <w:t>acha teaching ka job kar sakti hain yeh bhi maine likha hai to aap phir se parhiye</w:t>
      </w:r>
    </w:p>
    <w:p>
      <w:pPr>
        <w:jc w:val="right"/>
      </w:pPr>
      <w:r>
        <w:t>اچھا ٹیچنگ کا جاب کر سکتی ہیں یہ بھی میں نے لکھا ہے تو اپ پھر سے پڑھیے</w:t>
      </w:r>
    </w:p>
    <w:p>
      <w:r>
        <w:rPr>
          <w:b/>
        </w:rPr>
        <w:t xml:space="preserve">[27:51] </w:t>
      </w:r>
      <w:r>
        <w:t>is ko maine is ko aisa nahi likha hai ke sirf yeh aur sirf woh</w:t>
      </w:r>
    </w:p>
    <w:p>
      <w:pPr>
        <w:jc w:val="right"/>
      </w:pPr>
      <w:r>
        <w:t>اس کو میں نے اس کو ایسا نہیں لکھا ہے کہ صرف یہ اور صرف وہ</w:t>
      </w:r>
    </w:p>
    <w:p>
      <w:r>
        <w:rPr>
          <w:b/>
        </w:rPr>
        <w:t xml:space="preserve">[28:03] </w:t>
      </w:r>
      <w:r>
        <w:t>molana agla sawal mister khawaja kaleemuddin ne kiya hai america se unhon ne likha hai i have</w:t>
      </w:r>
    </w:p>
    <w:p>
      <w:pPr>
        <w:jc w:val="right"/>
      </w:pPr>
      <w:r>
        <w:t>مولانا اگلا سوال مسٹر خواجہ کلیم الدین نے کیا ہے امریکہ سے انہوں نے لکھا ہے ائی ہیو</w:t>
      </w:r>
    </w:p>
    <w:p>
      <w:r>
        <w:rPr>
          <w:b/>
        </w:rPr>
        <w:t xml:space="preserve">[28:11] </w:t>
      </w:r>
      <w:r>
        <w:t>just returned from a program where a mufti of a maryland masjid had arrived and was delivering</w:t>
      </w:r>
    </w:p>
    <w:p>
      <w:pPr>
        <w:jc w:val="right"/>
      </w:pPr>
      <w:r>
        <w:t>جسٹ ریٹرنڈ فرام ا پروگرام ویئر ا مفتی اف ا میری لینڈ مسجد ہیڈ ارائیوڈ اینڈ واز ڈیلیورنگ</w:t>
      </w:r>
    </w:p>
    <w:p>
      <w:r>
        <w:rPr>
          <w:b/>
        </w:rPr>
        <w:t xml:space="preserve">[28:18] </w:t>
      </w:r>
      <w:r>
        <w:t>a lecture on the topic love of the prophet he was advising people to love the prophet by</w:t>
      </w:r>
    </w:p>
    <w:p>
      <w:pPr>
        <w:jc w:val="right"/>
      </w:pPr>
      <w:r>
        <w:t>ا لیکچر ان دا ٹاپک لو اف دا پرافٹ ہی واز ایڈوائزنگ پیپل ٹو لو دا پرافٹ بائے</w:t>
      </w:r>
    </w:p>
    <w:p>
      <w:r>
        <w:rPr>
          <w:b/>
        </w:rPr>
        <w:t xml:space="preserve">[28:25] </w:t>
      </w:r>
      <w:r>
        <w:t>liking the things what he liked he said the prophet used to like squash in urdu it is</w:t>
      </w:r>
    </w:p>
    <w:p>
      <w:pPr>
        <w:jc w:val="right"/>
      </w:pPr>
      <w:r>
        <w:t>لائکنگ دا تھنگز واٹ ہی لائکڈ ہی سیڈ دا پرافٹ یوز ٹو لائک سکواش ان اردو اٹ از</w:t>
      </w:r>
    </w:p>
    <w:p>
      <w:r>
        <w:rPr>
          <w:b/>
        </w:rPr>
        <w:t xml:space="preserve">[28:33] </w:t>
      </w:r>
      <w:r>
        <w:t>kaddu he said we should all eat squash the other thing what he said was that in the</w:t>
      </w:r>
    </w:p>
    <w:p>
      <w:pPr>
        <w:jc w:val="right"/>
      </w:pPr>
      <w:r>
        <w:t>کدو ہی سیڈ وی شوڈ ال ایٹ سکواش دی ادر تھنگ واٹ ہی سیڈ واز دیٹ ان دا</w:t>
      </w:r>
    </w:p>
    <w:p>
      <w:r>
        <w:rPr>
          <w:b/>
        </w:rPr>
        <w:t xml:space="preserve">[28:40] </w:t>
      </w:r>
      <w:r>
        <w:t>day of qyamat the prophet will stand at the gate of jannah and will not enter until each</w:t>
      </w:r>
    </w:p>
    <w:p>
      <w:pPr>
        <w:jc w:val="right"/>
      </w:pPr>
      <w:r>
        <w:t>ڈے اف قیامت دا پرافٹ ویل سٹینڈ ایٹ دا گیٹ اف جنہ اینڈ ویل ناٹ انٹر انٹل ایچ</w:t>
      </w:r>
    </w:p>
    <w:p>
      <w:r>
        <w:rPr>
          <w:b/>
        </w:rPr>
        <w:t xml:space="preserve">[28:48] </w:t>
      </w:r>
      <w:r>
        <w:t>and every person</w:t>
      </w:r>
    </w:p>
    <w:p>
      <w:pPr>
        <w:jc w:val="right"/>
      </w:pPr>
      <w:r>
        <w:t>اینڈ ایوری پرسن</w:t>
      </w:r>
    </w:p>
    <w:p>
      <w:r>
        <w:rPr>
          <w:b/>
        </w:rPr>
        <w:t xml:space="preserve">[28:50] </w:t>
      </w:r>
      <w:r>
        <w:t>of his ummah has not entered is</w:t>
      </w:r>
    </w:p>
    <w:p>
      <w:pPr>
        <w:jc w:val="right"/>
      </w:pPr>
      <w:r>
        <w:t>اف ہز امتی ہیز ناٹ انٹرڈ از</w:t>
      </w:r>
    </w:p>
    <w:p>
      <w:r>
        <w:rPr>
          <w:b/>
        </w:rPr>
        <w:t xml:space="preserve">[28:53] </w:t>
      </w:r>
      <w:r>
        <w:t>this is true yeh sab bilkul baseless baatein hain ke taqreer karne wale se baatein bola karte hain</w:t>
      </w:r>
    </w:p>
    <w:p>
      <w:pPr>
        <w:jc w:val="right"/>
      </w:pPr>
      <w:r>
        <w:t>دس ٹرو یہ سب بالکل بیسلیس باتیں ہیں کہ تقریر کرنے والے سے باتیں بولا کرتے ہیں</w:t>
      </w:r>
    </w:p>
    <w:p>
      <w:r>
        <w:rPr>
          <w:b/>
        </w:rPr>
        <w:t xml:space="preserve">[29:03] </w:t>
      </w:r>
      <w:r>
        <w:t>rasoolullah ke muamle mein dekhiye</w:t>
      </w:r>
    </w:p>
    <w:p>
      <w:pPr>
        <w:jc w:val="right"/>
      </w:pPr>
      <w:r>
        <w:t>رسول اللہ کے معاملے میں دیکھیے</w:t>
      </w:r>
    </w:p>
    <w:p>
      <w:r>
        <w:rPr>
          <w:b/>
        </w:rPr>
        <w:t xml:space="preserve">[29:06] </w:t>
      </w:r>
      <w:r>
        <w:t>jo basic hamara</w:t>
      </w:r>
    </w:p>
    <w:p>
      <w:pPr>
        <w:jc w:val="right"/>
      </w:pPr>
      <w:r>
        <w:t>جو بیسک ہمارا</w:t>
      </w:r>
    </w:p>
    <w:p>
      <w:r>
        <w:rPr>
          <w:b/>
        </w:rPr>
        <w:t xml:space="preserve">[29:09] </w:t>
      </w:r>
      <w:r>
        <w:t>jo jo hona chahiye tareeqa woh ek aayat mein bata diya gaya hai woh aayat hai qul in</w:t>
      </w:r>
    </w:p>
    <w:p>
      <w:pPr>
        <w:jc w:val="right"/>
      </w:pPr>
      <w:r>
        <w:t>جو جو ہونا چاہیے طریقہ وہ ایک ایت میں بتا دیا گیا ہے وہ ایت ہے قل ان</w:t>
      </w:r>
    </w:p>
    <w:p>
      <w:r>
        <w:rPr>
          <w:b/>
        </w:rPr>
        <w:t xml:space="preserve">[29:18] </w:t>
      </w:r>
      <w:r>
        <w:t>kun tum tuhibbunallaha fatabiuni yuhbibkumullahu surah al imran mein qul in kun tum tuhibbunallaha fatabiuni yuhbibkumullahu</w:t>
      </w:r>
    </w:p>
    <w:p>
      <w:pPr>
        <w:jc w:val="right"/>
      </w:pPr>
      <w:r>
        <w:t>کنتم تحبون اللہ فتبعونی یحببکم اللہ سورہ ال عمران میں قل ان کنتم تحبون اللہ فتبعونی یحببکم اللہ</w:t>
      </w:r>
    </w:p>
    <w:p>
      <w:r>
        <w:rPr>
          <w:b/>
        </w:rPr>
        <w:t xml:space="preserve">[29:30] </w:t>
      </w:r>
      <w:r>
        <w:t>dekhiye iska tarjuma yeh hai kaho</w:t>
      </w:r>
    </w:p>
    <w:p>
      <w:pPr>
        <w:jc w:val="right"/>
      </w:pPr>
      <w:r>
        <w:t>دیکھیے اس کا ترجمہ یہ ہے کہو</w:t>
      </w:r>
    </w:p>
    <w:p>
      <w:r>
        <w:rPr>
          <w:b/>
        </w:rPr>
        <w:t xml:space="preserve">[29:34] </w:t>
      </w:r>
      <w:r>
        <w:t>ke agar tum Allah se mohabbat karte ho to rasool ko itba</w:t>
      </w:r>
    </w:p>
    <w:p>
      <w:pPr>
        <w:jc w:val="right"/>
      </w:pPr>
      <w:r>
        <w:t>کہ اگر تم اللہ سے محبت کرتے ہو تو رسول کو اتباع</w:t>
      </w:r>
    </w:p>
    <w:p>
      <w:r>
        <w:rPr>
          <w:b/>
        </w:rPr>
        <w:t xml:space="preserve">[29:38] </w:t>
      </w:r>
      <w:r>
        <w:t>karo toh itba is se nikalta hai ke rasool se ke bare mein jo matloob hai aslan woh itba hai toh yeh lekin itba ka matlab yeh nahi ke woh kaddu khaye toh hum kaddu khaye yeh hargiz nahi matlab is ka hai itba deen ke maamle mein</w:t>
      </w:r>
    </w:p>
    <w:p>
      <w:pPr>
        <w:jc w:val="right"/>
      </w:pPr>
      <w:r>
        <w:t>کرو تو اتباع اس سے نکلتا ہے کہ رسول سے کے بارے میں جو مطلوب ہے اصلا وہ اتباع ہے تو یہ لیکن اتباع کا مطلب یہ نہیں کہ وہ کدو کھائے تو ہم کدو کھائیں یہ ہرگز نہیں مطلب اس کا ہے اتباع دین کے معاملے میں</w:t>
      </w:r>
    </w:p>
    <w:p>
      <w:r>
        <w:rPr>
          <w:b/>
        </w:rPr>
        <w:t xml:space="preserve">[29:58] </w:t>
      </w:r>
      <w:r>
        <w:t>ulama ne dekhiye tafrigh ki hai sunnat aadiyah sunnat ghair aadiyah yaani arab ki aadat ke mutabiq</w:t>
      </w:r>
    </w:p>
    <w:p>
      <w:pPr>
        <w:jc w:val="right"/>
      </w:pPr>
      <w:r>
        <w:t>علماء نے دیکھیے تفریق کی ہے سنت عادیہ سنت غیر عادیہ یعنی عرب کی عادت کے مطابق</w:t>
      </w:r>
    </w:p>
    <w:p>
      <w:r>
        <w:rPr>
          <w:b/>
        </w:rPr>
        <w:t xml:space="preserve">[30:08] </w:t>
      </w:r>
      <w:r>
        <w:t>kuch cheezein thi wahan par jo rasool Allah ne ikhtiyar kiya jaise kaddu kha liya to kaddu sunnat</w:t>
      </w:r>
    </w:p>
    <w:p>
      <w:pPr>
        <w:jc w:val="right"/>
      </w:pPr>
      <w:r>
        <w:t>کچھ چیزیں تھیں وہاں پر جو رسول اللہ نے اختیار کیا جیسے کدو کھا لیا تو کدو سنت</w:t>
      </w:r>
    </w:p>
    <w:p>
      <w:r>
        <w:rPr>
          <w:b/>
        </w:rPr>
        <w:t xml:space="preserve">[30:13] </w:t>
      </w:r>
      <w:r>
        <w:t>nahi hai woh arab ki aadat hai</w:t>
      </w:r>
    </w:p>
    <w:p>
      <w:pPr>
        <w:jc w:val="right"/>
      </w:pPr>
      <w:r>
        <w:t>نہیں ہے وہ عرب کی عادت ہے</w:t>
      </w:r>
    </w:p>
    <w:p>
      <w:r>
        <w:rPr>
          <w:b/>
        </w:rPr>
        <w:t xml:space="preserve">[30:17] </w:t>
      </w:r>
      <w:r>
        <w:t>jo sunnat hai woh hai jo rasool sallallahu alaihi wasallam ne zuban se farmaya ho ke aisa</w:t>
      </w:r>
    </w:p>
    <w:p>
      <w:pPr>
        <w:jc w:val="right"/>
      </w:pPr>
      <w:r>
        <w:t>جو سنت ہے وہ ہے جو رسول صلی اللہ علیہ وسلم نے زبان سے فرمایا ہو کہ ایسا</w:t>
      </w:r>
    </w:p>
    <w:p>
      <w:r>
        <w:rPr>
          <w:b/>
        </w:rPr>
        <w:t xml:space="preserve">[30:21] </w:t>
      </w:r>
      <w:r>
        <w:t>karo ke aap ne farmaya ke ke salu kama rait مني asli namaz is tarah padho dekh kar</w:t>
      </w:r>
    </w:p>
    <w:p>
      <w:pPr>
        <w:jc w:val="right"/>
      </w:pPr>
      <w:r>
        <w:t>کرو کہ اپ نے فرمایا کہ کہ صلو کما رایت منی اصلی نماز اس طرح پڑھو دیکھ کر</w:t>
      </w:r>
    </w:p>
    <w:p>
      <w:r>
        <w:rPr>
          <w:b/>
        </w:rPr>
        <w:t xml:space="preserve">[30:31] </w:t>
      </w:r>
      <w:r>
        <w:t>jaise ke main padhta hoon ke aap ne farmaya to yeh masla ulama ka muslim hai ke rasool</w:t>
      </w:r>
    </w:p>
    <w:p>
      <w:pPr>
        <w:jc w:val="right"/>
      </w:pPr>
      <w:r>
        <w:t>جیسے کہ میں پڑھتا ہوں کہ اپ نے فرمایا تو یہ مسئلہ علماء کا مسلم ہے کہ رسول</w:t>
      </w:r>
    </w:p>
    <w:p>
      <w:r>
        <w:rPr>
          <w:b/>
        </w:rPr>
        <w:t xml:space="preserve">[30:37] </w:t>
      </w:r>
      <w:r>
        <w:t>Allah ne lafzan jis baat ko kaha ho woh hukum banega aur yeh jo yeh jo hai</w:t>
      </w:r>
    </w:p>
    <w:p>
      <w:pPr>
        <w:jc w:val="right"/>
      </w:pPr>
      <w:r>
        <w:t>اللہ نے لفظا جس بات کو کہا ہو وہ حکم بنے گا اور یہ جو یہ جو ہے</w:t>
      </w:r>
    </w:p>
    <w:p>
      <w:r>
        <w:rPr>
          <w:b/>
        </w:rPr>
        <w:t xml:space="preserve">[30:43] </w:t>
      </w:r>
      <w:r>
        <w:t>khane</w:t>
      </w:r>
    </w:p>
    <w:p>
      <w:pPr>
        <w:jc w:val="right"/>
      </w:pPr>
      <w:r>
        <w:t>کھانے</w:t>
      </w:r>
    </w:p>
    <w:p>
      <w:r>
        <w:rPr>
          <w:b/>
        </w:rPr>
        <w:t xml:space="preserve">[30:43] </w:t>
      </w:r>
      <w:r>
        <w:t>peene ke maamlaat ya kapde ke maamlaat ya sawari ke maamlaat woh nahi hain jo mufti sahib ne taqreer ki kya woh khachhar par sawari karte hain oont par sawari karte hain</w:t>
      </w:r>
    </w:p>
    <w:p>
      <w:pPr>
        <w:jc w:val="right"/>
      </w:pPr>
      <w:r>
        <w:t>پینے کے معاملات یا کپڑے کے معاملات یا سواری کے معاملات وہ نہیں ہیں جو مفتی صاحب نے تقریر کی کیا وہ خچر پر سواری کرتے ہیں اونٹ پر سواری کرتے ہیں</w:t>
      </w:r>
    </w:p>
    <w:p>
      <w:r>
        <w:rPr>
          <w:b/>
        </w:rPr>
        <w:t xml:space="preserve">[30:53] </w:t>
      </w:r>
      <w:r>
        <w:t>woh kaise pahunch gaye America kya oont par maut ke America gaye the woh ya aisi taqreerein log</w:t>
      </w:r>
    </w:p>
    <w:p>
      <w:pPr>
        <w:jc w:val="right"/>
      </w:pPr>
      <w:r>
        <w:t>وہ کیسے پہنچ گئے امریکہ کیا اونٹ پر مٹ کے امریکہ گئے تھے وہ یا ایسی تقریریں لوگ</w:t>
      </w:r>
    </w:p>
    <w:p>
      <w:r>
        <w:rPr>
          <w:b/>
        </w:rPr>
        <w:t xml:space="preserve">[30:59] </w:t>
      </w:r>
      <w:r>
        <w:t>karte hain beqarar soch samjhe</w:t>
      </w:r>
    </w:p>
    <w:p>
      <w:pPr>
        <w:jc w:val="right"/>
      </w:pPr>
      <w:r>
        <w:t>کرتے ہیں بے قرار سوچ سمجھے</w:t>
      </w:r>
    </w:p>
    <w:p>
      <w:r>
        <w:rPr>
          <w:b/>
        </w:rPr>
        <w:t xml:space="preserve">[31:02] </w:t>
      </w:r>
      <w:r>
        <w:t>to sunnat ka matlab yeh nahi ke aap oont par sawari karein khachar par sawari karein kaddu khayein</w:t>
      </w:r>
    </w:p>
    <w:p>
      <w:pPr>
        <w:jc w:val="right"/>
      </w:pPr>
      <w:r>
        <w:t>تو سنت کا مطلب یہ نہیں کہ اپ اونٹ پر سواری کریں خچر پر سواری کریں کدو کھائیں</w:t>
      </w:r>
    </w:p>
    <w:p>
      <w:r>
        <w:rPr>
          <w:b/>
        </w:rPr>
        <w:t xml:space="preserve">[31:06] </w:t>
      </w:r>
      <w:r>
        <w:t>harghiz nahi sunnat ka mutalliq hai woh cheezein jo aap ko Allah ki raza deti hain aur aap</w:t>
      </w:r>
    </w:p>
    <w:p>
      <w:pPr>
        <w:jc w:val="right"/>
      </w:pPr>
      <w:r>
        <w:t>ہرگز نہیں سنت کا متعلق ہے وہ چیزیں جو اپ کو اللہ کی رضا دیتی ہیں اور اپ</w:t>
      </w:r>
    </w:p>
    <w:p>
      <w:r>
        <w:rPr>
          <w:b/>
        </w:rPr>
        <w:t xml:space="preserve">[31:14] </w:t>
      </w:r>
      <w:r>
        <w:t>ko jannat mein dakhle ka yaani haq hum is istihqaq deti hain is bare mein itba</w:t>
      </w:r>
    </w:p>
    <w:p>
      <w:pPr>
        <w:jc w:val="right"/>
      </w:pPr>
      <w:r>
        <w:t>کو جنت میں داخلے کا یعنی حق ہم اس استحقاق دیتی ہیں اس بارے میں اتباع</w:t>
      </w:r>
    </w:p>
    <w:p>
      <w:r>
        <w:rPr>
          <w:b/>
        </w:rPr>
        <w:t xml:space="preserve">[31:24] </w:t>
      </w:r>
      <w:r>
        <w:t>baqi jo hai jo arab ke tareeqe the</w:t>
      </w:r>
    </w:p>
    <w:p>
      <w:pPr>
        <w:jc w:val="right"/>
      </w:pPr>
      <w:r>
        <w:t>باقی جو ہے جو عرب کے طریقے تھے</w:t>
      </w:r>
    </w:p>
    <w:p>
      <w:r>
        <w:rPr>
          <w:b/>
        </w:rPr>
        <w:t xml:space="preserve">[31:30] </w:t>
      </w:r>
      <w:r>
        <w:t>woh isko woh woh woh sunnat nahi hai woh woh woh sunnat ke darje mein nahi hai</w:t>
      </w:r>
    </w:p>
    <w:p>
      <w:pPr>
        <w:jc w:val="right"/>
      </w:pPr>
      <w:r>
        <w:t>وہ اس کو وہ وہ وہ سنت نہیں ہے وہ وہ وہ سنت کے درجے میں نہیں ہے</w:t>
      </w:r>
    </w:p>
    <w:p>
      <w:r>
        <w:rPr>
          <w:b/>
        </w:rPr>
        <w:t xml:space="preserve">[31:36] </w:t>
      </w:r>
      <w:r>
        <w:t>woh</w:t>
      </w:r>
    </w:p>
    <w:p>
      <w:pPr>
        <w:jc w:val="right"/>
      </w:pPr>
      <w:r>
        <w:t>وہ</w:t>
      </w:r>
    </w:p>
    <w:p>
      <w:r>
        <w:rPr>
          <w:b/>
        </w:rPr>
        <w:t xml:space="preserve">[31:40] </w:t>
      </w:r>
      <w:r>
        <w:t>yeh baat ulama ne bahut is par tafseel se likhi hai yeh baat hai koi mein nayi baat</w:t>
      </w:r>
    </w:p>
    <w:p>
      <w:pPr>
        <w:jc w:val="right"/>
      </w:pPr>
      <w:r>
        <w:t>یہ بات علماء نے بہت اس پر تفصیل سے لکھی ہے یہ بات ہے کوئی میں نئی بات</w:t>
      </w:r>
    </w:p>
    <w:p>
      <w:r>
        <w:rPr>
          <w:b/>
        </w:rPr>
        <w:t xml:space="preserve">[31:44] </w:t>
      </w:r>
      <w:r>
        <w:t>nahi kar raha hoon ke jin cheezon ka talluq jannat o jahannum se hai asal mein wahi sunnat</w:t>
      </w:r>
    </w:p>
    <w:p>
      <w:pPr>
        <w:jc w:val="right"/>
      </w:pPr>
      <w:r>
        <w:t>نہیں کر رہا ہوں کہ جن چیزوں کا تعلق جنت و جہنم سے ہے اصل میں وہی سنت</w:t>
      </w:r>
    </w:p>
    <w:p>
      <w:r>
        <w:rPr>
          <w:b/>
        </w:rPr>
        <w:t xml:space="preserve">[31:49] </w:t>
      </w:r>
      <w:r>
        <w:t>hai baqi cheezein jo aap ka zaouq ho zaati zaouq ho ya arab ki aadaat se talluq rakhta</w:t>
      </w:r>
    </w:p>
    <w:p>
      <w:pPr>
        <w:jc w:val="right"/>
      </w:pPr>
      <w:r>
        <w:t>ہے باقی چیزیں جو اپ کا ذوق ہو ذاتی ذوق ہو یا عرب کی عادات سے تعلق رکھتا</w:t>
      </w:r>
    </w:p>
    <w:p>
      <w:r>
        <w:rPr>
          <w:b/>
        </w:rPr>
        <w:t xml:space="preserve">[31:56] </w:t>
      </w:r>
      <w:r>
        <w:t>ho woh sunnat is darje ki sunnat nahi hai ke iska aap itba karein iska</w:t>
      </w:r>
    </w:p>
    <w:p>
      <w:pPr>
        <w:jc w:val="right"/>
      </w:pPr>
      <w:r>
        <w:t>ہو وہ سنت اس درجے کی سنت نہیں ہے کہ اس کا اپ اتباع کریں اس کا</w:t>
      </w:r>
    </w:p>
    <w:p>
      <w:r>
        <w:rPr>
          <w:b/>
        </w:rPr>
        <w:t xml:space="preserve">[32:03] </w:t>
      </w:r>
      <w:r>
        <w:t>misalan is zamane mein aap motor car par padhte hain aap khachar par nahi padhte hain oont par</w:t>
      </w:r>
    </w:p>
    <w:p>
      <w:pPr>
        <w:jc w:val="right"/>
      </w:pPr>
      <w:r>
        <w:t>مثلا اس زمانے میں اپ موٹر کار پر پڑھتے ہیں اپ خچر پر نہیں پڑھتے ہیں اونٹ پر</w:t>
      </w:r>
    </w:p>
    <w:p>
      <w:r>
        <w:rPr>
          <w:b/>
        </w:rPr>
        <w:t xml:space="preserve">[32:06] </w:t>
      </w:r>
      <w:r>
        <w:t>nahi padhenge to iska matlab nahi ke jo jo car par baitha hai ke woh woh</w:t>
      </w:r>
    </w:p>
    <w:p>
      <w:pPr>
        <w:jc w:val="right"/>
      </w:pPr>
      <w:r>
        <w:t>نہیں پڑھیں گے تو اس کا مطلب نہیں کہ جو جو کار پر بیٹھا ہے کہ وہ وہ</w:t>
      </w:r>
    </w:p>
    <w:p>
      <w:r>
        <w:rPr>
          <w:b/>
        </w:rPr>
        <w:t xml:space="preserve">[32:10] </w:t>
      </w:r>
      <w:r>
        <w:t>sunnat ke khilaf chal raha hai yeh matlab nahi hai to is tarah ki baatein log taqreerein karte</w:t>
      </w:r>
    </w:p>
    <w:p>
      <w:pPr>
        <w:jc w:val="right"/>
      </w:pPr>
      <w:r>
        <w:t>سنت کے خلاف چل رہا ہے یہ مطلب نہیں ہے تو اس طرح کی باتیں لوگ تقریریں کرتے</w:t>
      </w:r>
    </w:p>
    <w:p>
      <w:r>
        <w:rPr>
          <w:b/>
        </w:rPr>
        <w:t xml:space="preserve">[32:15] </w:t>
      </w:r>
      <w:r>
        <w:t>hain lekin woh sab bilkul baseless hoti hain</w:t>
      </w:r>
    </w:p>
    <w:p>
      <w:pPr>
        <w:jc w:val="right"/>
      </w:pPr>
      <w:r>
        <w:t>ہیں لیکن وہ سب بالکل بیسلیس ہوتی ہیں</w:t>
      </w:r>
    </w:p>
    <w:p>
      <w:r>
        <w:rPr>
          <w:b/>
        </w:rPr>
        <w:t xml:space="preserve">[32:21] </w:t>
      </w:r>
      <w:r>
        <w:t>maulana agla sawal kya hai mister aamir bin yusuf ne karachi pakistan se unhone likha hai kindly explain what is huqooqullah and what is huqooqul ibad</w:t>
      </w:r>
    </w:p>
    <w:p>
      <w:pPr>
        <w:jc w:val="right"/>
      </w:pPr>
      <w:r>
        <w:t>مولانا اگلا سوال کیا ہے مسٹر عامر بن یوسف نے کراچی پاکستان سے انہوں نے لکھا ہے کائنڈلی ایکسپلین واٹ از حقوق اللہ اینڈ واٹ از حقوق العباد</w:t>
      </w:r>
    </w:p>
    <w:p>
      <w:r>
        <w:rPr>
          <w:b/>
        </w:rPr>
        <w:t xml:space="preserve">[32:34] </w:t>
      </w:r>
      <w:r>
        <w:t>ek hadith hai</w:t>
      </w:r>
    </w:p>
    <w:p>
      <w:pPr>
        <w:jc w:val="right"/>
      </w:pPr>
      <w:r>
        <w:t>ایک حدیث ہے</w:t>
      </w:r>
    </w:p>
    <w:p>
      <w:r>
        <w:rPr>
          <w:b/>
        </w:rPr>
        <w:t xml:space="preserve">[32:36] </w:t>
      </w:r>
      <w:r>
        <w:t>ke ittaqillaha wa khalqannasa khalq hasanain</w:t>
      </w:r>
    </w:p>
    <w:p>
      <w:pPr>
        <w:jc w:val="right"/>
      </w:pPr>
      <w:r>
        <w:t>کہ اتق اللہ و خالق الناس خلق حسنین</w:t>
      </w:r>
    </w:p>
    <w:p>
      <w:r>
        <w:rPr>
          <w:b/>
        </w:rPr>
        <w:t xml:space="preserve">[32:42] </w:t>
      </w:r>
      <w:r>
        <w:t>yaani Allah se jo Allah ka jo haq hai woh yeh hai ke hum Allah se darein</w:t>
      </w:r>
    </w:p>
    <w:p>
      <w:pPr>
        <w:jc w:val="right"/>
      </w:pPr>
      <w:r>
        <w:t>یعنی اللہ سے جو اللہ کا جو حق ہے وہ یہ ہے کہ ہم اللہ سے ڈریں</w:t>
      </w:r>
    </w:p>
    <w:p>
      <w:r>
        <w:rPr>
          <w:b/>
        </w:rPr>
        <w:t xml:space="preserve">[32:49] </w:t>
      </w:r>
      <w:r>
        <w:t>walam yakhsha illallaha</w:t>
      </w:r>
    </w:p>
    <w:p>
      <w:pPr>
        <w:jc w:val="right"/>
      </w:pPr>
      <w:r>
        <w:t>ولم یخش الا اللہ</w:t>
      </w:r>
    </w:p>
    <w:p>
      <w:r>
        <w:rPr>
          <w:b/>
        </w:rPr>
        <w:t xml:space="preserve">[32:52] </w:t>
      </w:r>
      <w:r>
        <w:t>yeh Allah ka haq hai ke Allah se darein yaani</w:t>
      </w:r>
    </w:p>
    <w:p>
      <w:pPr>
        <w:jc w:val="right"/>
      </w:pPr>
      <w:r>
        <w:t>یہ اللہ کا حق ہے کہ اللہ سے ڈریں یعنی</w:t>
      </w:r>
    </w:p>
    <w:p>
      <w:r>
        <w:rPr>
          <w:b/>
        </w:rPr>
        <w:t xml:space="preserve">[32:57] </w:t>
      </w:r>
      <w:r>
        <w:t>apne tamam qaul mein fe'l mein har cheez mein</w:t>
      </w:r>
    </w:p>
    <w:p>
      <w:pPr>
        <w:jc w:val="right"/>
      </w:pPr>
      <w:r>
        <w:t>اپنے تمام قول میں فعل میں ہر چیز میں</w:t>
      </w:r>
    </w:p>
    <w:p>
      <w:r>
        <w:rPr>
          <w:b/>
        </w:rPr>
        <w:t xml:space="preserve">[33:02] </w:t>
      </w:r>
      <w:r>
        <w:t>yeh dhyan rakhein ke kya cheez Allah ko pasand hai kya cheez Allah ko pasand nahi hai mislan</w:t>
      </w:r>
    </w:p>
    <w:p>
      <w:pPr>
        <w:jc w:val="right"/>
      </w:pPr>
      <w:r>
        <w:t>یہ دھیان رکھیں کہ کیا چیز اللہ کو پسند ہے کیا چیز اللہ کو پسند نہیں ہے مثلا</w:t>
      </w:r>
    </w:p>
    <w:p>
      <w:r>
        <w:rPr>
          <w:b/>
        </w:rPr>
        <w:t xml:space="preserve">[33:07] </w:t>
      </w:r>
      <w:r>
        <w:t>jhoot pasand nahi hai to jhoot chhod dein sach pasand hai to sach ikhtiyar karein</w:t>
      </w:r>
    </w:p>
    <w:p>
      <w:pPr>
        <w:jc w:val="right"/>
      </w:pPr>
      <w:r>
        <w:t>جھوٹ پسند نہیں ہے تو جھوٹ چھوڑ دیں سچ پسند ہے تو سچ اختیار کریں</w:t>
      </w:r>
    </w:p>
    <w:p>
      <w:r>
        <w:rPr>
          <w:b/>
        </w:rPr>
        <w:t xml:space="preserve">[33:12] </w:t>
      </w:r>
      <w:r>
        <w:t>dishonesty pasand nahi hai to dishonesty chhod dein honesty pasand hai to honesty ikhtiyar karein warna</w:t>
      </w:r>
    </w:p>
    <w:p>
      <w:pPr>
        <w:jc w:val="right"/>
      </w:pPr>
      <w:r>
        <w:t>ڈس اونسٹری پسند نہیں ہے تو ڈس اونسٹری چھوڑ دیں اونسٹری پسند ہے تو اونسٹری اختیار کریں ورنہ</w:t>
      </w:r>
    </w:p>
    <w:p>
      <w:r>
        <w:rPr>
          <w:b/>
        </w:rPr>
        <w:t xml:space="preserve">[33:17] </w:t>
      </w:r>
      <w:r>
        <w:t>pakad Allah taala ka pakad</w:t>
      </w:r>
    </w:p>
    <w:p>
      <w:pPr>
        <w:jc w:val="right"/>
      </w:pPr>
      <w:r>
        <w:t>پکڑ اللہ تعالی کا پکڑ</w:t>
      </w:r>
    </w:p>
    <w:p>
      <w:r>
        <w:rPr>
          <w:b/>
        </w:rPr>
        <w:t xml:space="preserve">[33:19] </w:t>
      </w:r>
      <w:r>
        <w:t>ho jayegi</w:t>
      </w:r>
    </w:p>
    <w:p>
      <w:pPr>
        <w:jc w:val="right"/>
      </w:pPr>
      <w:r>
        <w:t>ہو جائے گی</w:t>
      </w:r>
    </w:p>
    <w:p>
      <w:r>
        <w:rPr>
          <w:b/>
        </w:rPr>
        <w:t xml:space="preserve">[33:21] </w:t>
      </w:r>
      <w:r>
        <w:t>aur jahan tak insaan ka mamla hai to</w:t>
      </w:r>
    </w:p>
    <w:p>
      <w:pPr>
        <w:jc w:val="right"/>
      </w:pPr>
      <w:r>
        <w:t>اور جہاں تک انسان کا معاملہ ہے تو</w:t>
      </w:r>
    </w:p>
    <w:p>
      <w:r>
        <w:rPr>
          <w:b/>
        </w:rPr>
        <w:t xml:space="preserve">[33:24] </w:t>
      </w:r>
      <w:r>
        <w:t>insaan ka mamla yeh hai ke aap</w:t>
      </w:r>
    </w:p>
    <w:p>
      <w:pPr>
        <w:jc w:val="right"/>
      </w:pPr>
      <w:r>
        <w:t>انسان کا معاملہ یہ ہے کہ اپ</w:t>
      </w:r>
    </w:p>
    <w:p>
      <w:r>
        <w:rPr>
          <w:b/>
        </w:rPr>
        <w:t xml:space="preserve">[33:28] </w:t>
      </w:r>
      <w:r>
        <w:t>ek hadith hai ke</w:t>
      </w:r>
    </w:p>
    <w:p>
      <w:pPr>
        <w:jc w:val="right"/>
      </w:pPr>
      <w:r>
        <w:t>ایک حدیث ہے کہ</w:t>
      </w:r>
    </w:p>
    <w:p>
      <w:r>
        <w:rPr>
          <w:b/>
        </w:rPr>
        <w:t xml:space="preserve">[33:30] </w:t>
      </w:r>
      <w:r>
        <w:t>ke teen cheezein hain ek insaan ki doosri insaan par haram hain</w:t>
      </w:r>
    </w:p>
    <w:p>
      <w:pPr>
        <w:jc w:val="right"/>
      </w:pPr>
      <w:r>
        <w:t>کہ تین چیزیں ہیں ایک انسان کی دوسری انسان پر حرام ہیں</w:t>
      </w:r>
    </w:p>
    <w:p>
      <w:r>
        <w:rPr>
          <w:b/>
        </w:rPr>
        <w:t xml:space="preserve">[33:35] </w:t>
      </w:r>
      <w:r>
        <w:t>damahu wa malahu wa'irduhu iska khoon iska maal iski aabroo to insaan ke bare</w:t>
      </w:r>
    </w:p>
    <w:p>
      <w:pPr>
        <w:jc w:val="right"/>
      </w:pPr>
      <w:r>
        <w:t>دمہ و مالہ و عرضہ اس کا خون اس کا مال اس کی ابرو تو انسان کے بارے</w:t>
      </w:r>
    </w:p>
    <w:p>
      <w:r>
        <w:rPr>
          <w:b/>
        </w:rPr>
        <w:t xml:space="preserve">[33:42] </w:t>
      </w:r>
      <w:r>
        <w:t>mein teen basic cheezein hain ke doosre insaan ki aap jaan nahi le sakte doosre insaan ko aap</w:t>
      </w:r>
    </w:p>
    <w:p>
      <w:pPr>
        <w:jc w:val="right"/>
      </w:pPr>
      <w:r>
        <w:t>میں تین بیسک چیزیں ہیں کہ دوسرے انسان کی اپ جان نہیں لے سکتے دوسرے انسان کو اپ</w:t>
      </w:r>
    </w:p>
    <w:p>
      <w:r>
        <w:rPr>
          <w:b/>
        </w:rPr>
        <w:t xml:space="preserve">[33:48] </w:t>
      </w:r>
      <w:r>
        <w:t>be aabroo nahi kar sakte doosre insaan ka maal nahi chheen sakte aap</w:t>
      </w:r>
    </w:p>
    <w:p>
      <w:pPr>
        <w:jc w:val="right"/>
      </w:pPr>
      <w:r>
        <w:t>بے ابرو نہیں کر سکتے دوسرے انسان کا مال نہیں چھین سکتے اپ</w:t>
      </w:r>
    </w:p>
    <w:p>
      <w:r>
        <w:rPr>
          <w:b/>
        </w:rPr>
        <w:t xml:space="preserve">[33:54] </w:t>
      </w:r>
      <w:r>
        <w:t>to yeh hai farq insaan ke mamle mein aur Khuda ke mamle mein</w:t>
      </w:r>
    </w:p>
    <w:p>
      <w:pPr>
        <w:jc w:val="right"/>
      </w:pPr>
      <w:r>
        <w:t>تو یہ ہے فرق انسان کے معاملے میں اور خدا کے معاملے میں</w:t>
      </w:r>
    </w:p>
    <w:p>
      <w:r>
        <w:rPr>
          <w:b/>
        </w:rPr>
        <w:t xml:space="preserve">[34:02] </w:t>
      </w:r>
      <w:r>
        <w:t>مولانا اگلا سوال مسٹر احمد انوت نے دلی سے کیا ہے انہوں نے لکھا ہے in Quran chapter</w:t>
      </w:r>
    </w:p>
    <w:p>
      <w:pPr>
        <w:jc w:val="right"/>
      </w:pPr>
      <w:r>
        <w:t>مولانا اگلا سوال مسٹر احمد انوت نے دلی سے کیا ہے انہوں نے لکھا ہے ان قران چیپٹر</w:t>
      </w:r>
    </w:p>
    <w:p>
      <w:r>
        <w:rPr>
          <w:b/>
        </w:rPr>
        <w:t xml:space="preserve">[34:09] </w:t>
      </w:r>
      <w:r>
        <w:t>nine verse number 113</w:t>
      </w:r>
    </w:p>
    <w:p>
      <w:pPr>
        <w:jc w:val="right"/>
      </w:pPr>
      <w:r>
        <w:t>نائن ورس نمبر 113</w:t>
      </w:r>
    </w:p>
    <w:p>
      <w:r>
        <w:rPr>
          <w:b/>
        </w:rPr>
        <w:t xml:space="preserve">[34:12] </w:t>
      </w:r>
      <w:r>
        <w:t>The translation says it is not proper for the prophet and those who believe to seek forgiveness for</w:t>
      </w:r>
    </w:p>
    <w:p>
      <w:pPr>
        <w:jc w:val="right"/>
      </w:pPr>
      <w:r>
        <w:t>دا ٹرانسلیشن سیز اٹ از ناٹ پراپر فار دا پرافٹ اینڈ دوز ہو بیلیو ٹو سیک فورگیونس فار</w:t>
      </w:r>
    </w:p>
    <w:p>
      <w:r>
        <w:rPr>
          <w:b/>
        </w:rPr>
        <w:t xml:space="preserve">[34:21] </w:t>
      </w:r>
      <w:r>
        <w:t>polytheist even though they are close relatives</w:t>
      </w:r>
    </w:p>
    <w:p>
      <w:pPr>
        <w:jc w:val="right"/>
      </w:pPr>
      <w:r>
        <w:t>پولیتھیسٹ ایون دو دے ار کلوز ریلیٹوز</w:t>
      </w:r>
    </w:p>
    <w:p>
      <w:r>
        <w:rPr>
          <w:b/>
        </w:rPr>
        <w:t xml:space="preserve">[34:26] </w:t>
      </w:r>
      <w:r>
        <w:t>after it has become clear to them that they have earned the punishment of hell</w:t>
      </w:r>
    </w:p>
    <w:p>
      <w:pPr>
        <w:jc w:val="right"/>
      </w:pPr>
      <w:r>
        <w:t>افٹر اٹ ہیز بیکم کلیئر ٹو دیم دیٹ دے ہیو ارن دی پنشمنٹ اف ہیل</w:t>
      </w:r>
    </w:p>
    <w:p>
      <w:r>
        <w:rPr>
          <w:b/>
        </w:rPr>
        <w:t xml:space="preserve">[34:32] </w:t>
      </w:r>
      <w:r>
        <w:t>kindly explain</w:t>
      </w:r>
    </w:p>
    <w:p>
      <w:pPr>
        <w:jc w:val="right"/>
      </w:pPr>
      <w:r>
        <w:t>کائنڈلی ایکس</w:t>
      </w:r>
    </w:p>
    <w:p>
      <w:r>
        <w:rPr>
          <w:b/>
        </w:rPr>
        <w:t xml:space="preserve">[34:33] </w:t>
      </w:r>
      <w:r>
        <w:t>this verse dekhein yeh jang ke bare mein hai aap halaat ke bare mein nahi hai jangy</w:t>
      </w:r>
    </w:p>
    <w:p>
      <w:pPr>
        <w:jc w:val="right"/>
      </w:pPr>
      <w:r>
        <w:t>پلین دس ورس دیکھیں یہ جنگ کے بارے میں ہے اپ حالات کے بارے میں نہیں ہے جنگی</w:t>
      </w:r>
    </w:p>
    <w:p>
      <w:r>
        <w:rPr>
          <w:b/>
        </w:rPr>
        <w:t xml:space="preserve">[34:39] </w:t>
      </w:r>
      <w:r>
        <w:t>halat ka yeh qanoon hai is ke context se alag kar ke ap parhein ge to kuch samajh</w:t>
      </w:r>
    </w:p>
    <w:p>
      <w:pPr>
        <w:jc w:val="right"/>
      </w:pPr>
      <w:r>
        <w:t>حالات کا یہ قانون ہے اس کے کنٹیکسٹ سے الگ کر کے اپ پڑھیں گے تو کچھ سمجھ</w:t>
      </w:r>
    </w:p>
    <w:p>
      <w:r>
        <w:rPr>
          <w:b/>
        </w:rPr>
        <w:t xml:space="preserve">[34:45] </w:t>
      </w:r>
      <w:r>
        <w:t>nahin gaye to har ek ko ap nafrat karein ge har ek ko dushman bana lein ge apna</w:t>
      </w:r>
    </w:p>
    <w:p>
      <w:pPr>
        <w:jc w:val="right"/>
      </w:pPr>
      <w:r>
        <w:t>نہیں گئے تو ہر ایک کو اپ نفرت کریں گے ہر ایک کو دشمن بنا لیں گے اپنا</w:t>
      </w:r>
    </w:p>
    <w:p>
      <w:r>
        <w:rPr>
          <w:b/>
        </w:rPr>
        <w:t xml:space="preserve">[34:49] </w:t>
      </w:r>
      <w:r>
        <w:t>jab musalma muslim aur doosre jo thay un ke mukhalifeen at war thay tab ka yeh qanoon hai</w:t>
      </w:r>
    </w:p>
    <w:p>
      <w:pPr>
        <w:jc w:val="right"/>
      </w:pPr>
      <w:r>
        <w:t>جب مسلمہ مسلم اور دوسرے جو تھے ان کے مخالفین ایٹ وار تھے تب کا یہ قانون ہے</w:t>
      </w:r>
    </w:p>
    <w:p>
      <w:r>
        <w:rPr>
          <w:b/>
        </w:rPr>
        <w:t xml:space="preserve">[34:58] </w:t>
      </w:r>
      <w:r>
        <w:t>is ko is ke context hata kar mat dekhiye is ko ap tafseeron mein parhiye is ke shan</w:t>
      </w:r>
    </w:p>
    <w:p>
      <w:pPr>
        <w:jc w:val="right"/>
      </w:pPr>
      <w:r>
        <w:t>اس کو اس کے کنٹیکسٹ ہٹا کر مت دیکھیے اس کو اپ تفسیروں میں پڑھیے اس کے شان</w:t>
      </w:r>
    </w:p>
    <w:p>
      <w:r>
        <w:rPr>
          <w:b/>
        </w:rPr>
        <w:t xml:space="preserve">[35:04] </w:t>
      </w:r>
      <w:r>
        <w:t>nuzool ko to ap yeh baat clear ho jaye gi ap ke upar is is is ayat ka</w:t>
      </w:r>
    </w:p>
    <w:p>
      <w:pPr>
        <w:jc w:val="right"/>
      </w:pPr>
      <w:r>
        <w:t>نزول کو تو اپ یہ بات کلیئر ہو جائے گی اپ کے اوپر اس اس اس ایت کا</w:t>
      </w:r>
    </w:p>
    <w:p>
      <w:r>
        <w:rPr>
          <w:b/>
        </w:rPr>
        <w:t xml:space="preserve">[35:09] </w:t>
      </w:r>
      <w:r>
        <w:t>shan nuzool ap tasawwur mil jaye ga ap ko</w:t>
      </w:r>
    </w:p>
    <w:p>
      <w:pPr>
        <w:jc w:val="right"/>
      </w:pPr>
      <w:r>
        <w:t>شان نزول اپ تصور مل جائے گا اپ کو</w:t>
      </w:r>
    </w:p>
    <w:p>
      <w:r>
        <w:rPr>
          <w:b/>
        </w:rPr>
        <w:t xml:space="preserve">[35:13] </w:t>
      </w:r>
      <w:r>
        <w:t>Dr Owais ne Delhi se likha hai if the two thought crime or social crime which is more severe and why</w:t>
      </w:r>
    </w:p>
    <w:p>
      <w:pPr>
        <w:jc w:val="right"/>
      </w:pPr>
      <w:r>
        <w:t>ڈاکٹر اویس نے دلی سے لکھا ہے اف دا ٹو تھاٹ کرائم اور سوشل کرائم وچ از مور سیویئر اینڈ وائی</w:t>
      </w:r>
    </w:p>
    <w:p>
      <w:r>
        <w:rPr>
          <w:b/>
        </w:rPr>
        <w:t xml:space="preserve">[35:27] </w:t>
      </w:r>
      <w:r>
        <w:t>bhai ek insan ke aitbar se sakht hai doosra khuda ke aitbar se sakht hai sakht dono hain</w:t>
      </w:r>
    </w:p>
    <w:p>
      <w:pPr>
        <w:jc w:val="right"/>
      </w:pPr>
      <w:r>
        <w:t>بھئی ایک انسان کے اعتبار سے سخت ہے دوسرا خدا کے اعتبار سے سخت ہے سخت دونوں ہیں</w:t>
      </w:r>
    </w:p>
    <w:p>
      <w:r>
        <w:rPr>
          <w:b/>
        </w:rPr>
        <w:t xml:space="preserve">[35:33] </w:t>
      </w:r>
      <w:r>
        <w:t>yani shirk jo hai woh Allah taala maaf nahin farmayein ge lekin woh woh Allah ke haan punishable</w:t>
      </w:r>
    </w:p>
    <w:p>
      <w:pPr>
        <w:jc w:val="right"/>
      </w:pPr>
      <w:r>
        <w:t>یعنی شرک جو ہے وہ اللہ تعالی معاف نہیں فرمائیں گے لیکن وہ وہ اللہ کے ہاں پنشبل</w:t>
      </w:r>
    </w:p>
    <w:p>
      <w:r>
        <w:rPr>
          <w:b/>
        </w:rPr>
        <w:t xml:space="preserve">[35:37] </w:t>
      </w:r>
      <w:r>
        <w:t>hai duniya mein nahin</w:t>
      </w:r>
    </w:p>
    <w:p>
      <w:pPr>
        <w:jc w:val="right"/>
      </w:pPr>
      <w:r>
        <w:t>ہے دنیا میں نہیں</w:t>
      </w:r>
    </w:p>
    <w:p>
      <w:r>
        <w:rPr>
          <w:b/>
        </w:rPr>
        <w:t xml:space="preserve">[35:40] </w:t>
      </w:r>
      <w:r>
        <w:t>to sakhti mein dono mein aisa nahin koi kam sakht ho lekin insan ke bare mein ap crime</w:t>
      </w:r>
    </w:p>
    <w:p>
      <w:pPr>
        <w:jc w:val="right"/>
      </w:pPr>
      <w:r>
        <w:t>تو سختی میں دونوں میں ایسا نہیں کوئی کم سخت ہو لیکن انسان کے بارے میں اپ کرائم</w:t>
      </w:r>
    </w:p>
    <w:p>
      <w:r>
        <w:rPr>
          <w:b/>
        </w:rPr>
        <w:t xml:space="preserve">[35:49] </w:t>
      </w:r>
      <w:r>
        <w:t>karein ge to duniya mein woh punishable hai khuda ke bare mein karein ge to akhirat mein punishable</w:t>
      </w:r>
    </w:p>
    <w:p>
      <w:pPr>
        <w:jc w:val="right"/>
      </w:pPr>
      <w:r>
        <w:t>کریں گے تو دنیا میں وہ پنشبل ہے خدا کے بارے میں کریں گے تو اخرت میں پنشبل</w:t>
      </w:r>
    </w:p>
    <w:p>
      <w:r>
        <w:rPr>
          <w:b/>
        </w:rPr>
        <w:t xml:space="preserve">[35:53] </w:t>
      </w:r>
      <w:r>
        <w:t>hai bhai yeh farq hai bas</w:t>
      </w:r>
    </w:p>
    <w:p>
      <w:pPr>
        <w:jc w:val="right"/>
      </w:pPr>
      <w:r>
        <w:t>ہے بھئی یہ فرق ہے بس</w:t>
      </w:r>
    </w:p>
    <w:p>
      <w:r>
        <w:rPr>
          <w:b/>
        </w:rPr>
        <w:t xml:space="preserve">[35:59] </w:t>
      </w:r>
      <w:r>
        <w:t>Mr Mazhar ne Delhi se likha hai kya Quran ko padhne ki koi khaas shariyat hai pakki napakki ka masla hai ya nahi</w:t>
      </w:r>
    </w:p>
    <w:p>
      <w:pPr>
        <w:jc w:val="right"/>
      </w:pPr>
      <w:r>
        <w:t>مسٹر مظہر نے دلی سے لکھا ہے کیا قران کو پڑھنے کی کوئی خاص شریعت ہے پاکی ناپاکی کا مسئلہ ہے یا نہیں</w:t>
      </w:r>
    </w:p>
    <w:p>
      <w:r>
        <w:rPr>
          <w:b/>
        </w:rPr>
        <w:t xml:space="preserve">[36:13] </w:t>
      </w:r>
      <w:r>
        <w:t>quran ko parhne ke liye ek hi shart hai woh quran mein hai</w:t>
      </w:r>
    </w:p>
    <w:p>
      <w:pPr>
        <w:jc w:val="right"/>
      </w:pPr>
      <w:r>
        <w:t>قران کو پڑھنے کے لیے ایک ہی شرط ہے وہ قران میں ہے</w:t>
      </w:r>
    </w:p>
    <w:p>
      <w:r>
        <w:rPr>
          <w:b/>
        </w:rPr>
        <w:t xml:space="preserve">[36:18] </w:t>
      </w:r>
      <w:r>
        <w:t>attaqullah wa yualimkumullah Allah se daro to Allah tum ko quran ke mazameen samjhaye ga asal</w:t>
      </w:r>
    </w:p>
    <w:p>
      <w:pPr>
        <w:jc w:val="right"/>
      </w:pPr>
      <w:r>
        <w:t>اتق اللہ و یعلمکم اللہ اللہ سے ڈرو تو اللہ تم کو قران کے مضامین سمجھائے گا اصل</w:t>
      </w:r>
    </w:p>
    <w:p>
      <w:r>
        <w:rPr>
          <w:b/>
        </w:rPr>
        <w:t xml:space="preserve">[36:27] </w:t>
      </w:r>
      <w:r>
        <w:t>shart yeh hai baqi zahiri shartein hain woh sab log zahiri sharton ko jante hain asal shart se</w:t>
      </w:r>
    </w:p>
    <w:p>
      <w:pPr>
        <w:jc w:val="right"/>
      </w:pPr>
      <w:r>
        <w:t>شرط یہ ہے باقی ظاہری شرطیں ہیں وہ سب لوگ ظاہری شرطوں کو جانتے ہیں اصل شرط سے</w:t>
      </w:r>
    </w:p>
    <w:p>
      <w:r>
        <w:rPr>
          <w:b/>
        </w:rPr>
        <w:t xml:space="preserve">[36:32] </w:t>
      </w:r>
      <w:r>
        <w:t>be khabar hain jitna zyada ap ke andar taqwa hoga khuda tesi hogi sanjidgi hogi</w:t>
      </w:r>
    </w:p>
    <w:p>
      <w:pPr>
        <w:jc w:val="right"/>
      </w:pPr>
      <w:r>
        <w:t>بے خبر ہیں جتنا زیادہ اپ کے اندر تقوی ہوگا خدا تسی ہوگی سنجیدگی ہوگی</w:t>
      </w:r>
    </w:p>
    <w:p>
      <w:r>
        <w:rPr>
          <w:b/>
        </w:rPr>
        <w:t xml:space="preserve">[36:40] </w:t>
      </w:r>
      <w:r>
        <w:t>honesty hogi sincerity hogi itni quran ki samajh mein ap ka aye ga asal shart yeh hai</w:t>
      </w:r>
    </w:p>
    <w:p>
      <w:pPr>
        <w:jc w:val="right"/>
      </w:pPr>
      <w:r>
        <w:t>اونسٹری ہوگی سنسیرٹی ہوگی اتنی قران کی سمجھ میں اپ کا ائے گا اصل شرط یہ ہے</w:t>
      </w:r>
    </w:p>
    <w:p>
      <w:r>
        <w:rPr>
          <w:b/>
        </w:rPr>
        <w:t xml:space="preserve">[36:48] </w:t>
      </w:r>
      <w:r>
        <w:t>logon ka haal yeh hai ke jo asal shart hai is is ka to zikr nahin karte aur</w:t>
      </w:r>
    </w:p>
    <w:p>
      <w:pPr>
        <w:jc w:val="right"/>
      </w:pPr>
      <w:r>
        <w:t>لوگوں کا حال یہ ہے کہ جو اصل شرط ہے اس اس کا تو ذکر نہیں کرتے اور</w:t>
      </w:r>
    </w:p>
    <w:p>
      <w:r>
        <w:rPr>
          <w:b/>
        </w:rPr>
        <w:t xml:space="preserve">[36:53] </w:t>
      </w:r>
      <w:r>
        <w:t>jo jo zahiri shart hai usi ka zikr karte hain</w:t>
      </w:r>
    </w:p>
    <w:p>
      <w:pPr>
        <w:jc w:val="right"/>
      </w:pPr>
      <w:r>
        <w:t>جو جو ظاہری شرط ہے اسی کا ذکر کرتے ہیں</w:t>
      </w:r>
    </w:p>
    <w:p>
      <w:r>
        <w:rPr>
          <w:b/>
        </w:rPr>
        <w:t xml:space="preserve">[36:58] </w:t>
      </w:r>
      <w:r>
        <w:t>beh-haal</w:t>
      </w:r>
    </w:p>
    <w:p>
      <w:pPr>
        <w:jc w:val="right"/>
      </w:pPr>
      <w:r>
        <w:t>بہرحال</w:t>
      </w:r>
    </w:p>
    <w:p>
      <w:r>
        <w:rPr>
          <w:b/>
        </w:rPr>
        <w:t xml:space="preserve">[36:58] </w:t>
      </w:r>
      <w:r>
        <w:t>Quran mein jo likha hua hai woh yahi hai ittaqullah wa yualimkumullah is ayat ko aap ja kar tafseer mein bhi likhiye</w:t>
      </w:r>
    </w:p>
    <w:p>
      <w:pPr>
        <w:jc w:val="right"/>
      </w:pPr>
      <w:r>
        <w:t>قران میں جو لکھا ہوا ہے وہ یہی ہے اتق اللہ و یعلمکم اللہ اس ایت کو اپ جا کر تفسیر میں بھی لکھیے</w:t>
      </w:r>
    </w:p>
    <w:p>
      <w:r>
        <w:rPr>
          <w:b/>
        </w:rPr>
        <w:t xml:space="preserve">[37:08] </w:t>
      </w:r>
      <w:r>
        <w:t>Maulana unka ek aur sawal hai unhone likha hai ke kya hum aisa kar sakte hain ke kabhi kabhi bakra eid par qurbani na kar ke is paise ko kisi ki madad ke liye de dein is paise se kisi ki zaroorat mein help kar sakte hain ya us waqt qurbani karna hi farz hai</w:t>
      </w:r>
    </w:p>
    <w:p>
      <w:pPr>
        <w:jc w:val="right"/>
      </w:pPr>
      <w:r>
        <w:t>مولانا ان کا ایک اور سوال ہے انہوں نے لکھا ہے کہ کیا ہم ایسا کر سکتے ہیں کہ کبھی کبھی بکرہ عید پر قربانی نہ کر کے اس پیسے کو کسی کی مدد کے لیے دے دیں اس پیسے سے کسی کی ضرورت میں ہیلپ کر سکتے ہیں یا اس وقت قربانی کرنا ہی فرض ہے</w:t>
      </w:r>
    </w:p>
    <w:p>
      <w:r>
        <w:rPr>
          <w:b/>
        </w:rPr>
        <w:t xml:space="preserve">[37:27] </w:t>
      </w:r>
      <w:r>
        <w:t>is tarah ke masle aap apne masjid ke imam se poochhiye yahan is tarah yeh yeh majlis is tarah ke masle ke liye nahi hai aap jahan namaz padhte hain jis masjid mein aap mohalle mein uske imam sahab se poochhiye woh batayenge aap ko</w:t>
      </w:r>
    </w:p>
    <w:p>
      <w:pPr>
        <w:jc w:val="right"/>
      </w:pPr>
      <w:r>
        <w:t>اس طرح کے مسئلے اپ اپنے مسجد کے امام سے پوچھیے یہاں اس طرح یہ یہ مجلس اس طرح کے مسئلے کے لیے نہیں ہے اپ جہاں نماز پڑھتے ہیں جس مسجد میں اپ محلے میں اس کے امام صاحب سے پوچھیے وہ بتائیں گے اپ کو</w:t>
      </w:r>
    </w:p>
    <w:p>
      <w:r>
        <w:rPr>
          <w:b/>
        </w:rPr>
        <w:t xml:space="preserve">[37:43] </w:t>
      </w:r>
      <w:r>
        <w:t>maulana yeh sawal aya hai mister ashish tiwari ka kanpur se unhon ne likha hai ke maulana sahib</w:t>
      </w:r>
    </w:p>
    <w:p>
      <w:pPr>
        <w:jc w:val="right"/>
      </w:pPr>
      <w:r>
        <w:t>مولانا یہ سوال ایا ہے مسٹر عاشیش تیواری کا کانپور سے انہوں نے لکھا ہے کہ مولانا صاحب</w:t>
      </w:r>
    </w:p>
    <w:p>
      <w:r>
        <w:rPr>
          <w:b/>
        </w:rPr>
        <w:t xml:space="preserve">[37:50] </w:t>
      </w:r>
      <w:r>
        <w:t>ان today's lecture you have said that God wants man to convert his potential into actual in this</w:t>
      </w:r>
    </w:p>
    <w:p>
      <w:pPr>
        <w:jc w:val="right"/>
      </w:pPr>
      <w:r>
        <w:t>ان ٹوڈے لیکچر یو ہیو سیڈ دیٹ گاڈ وانٹس مین ٹو کنورٹ ہز پوٹینشل انٹو ایکچول ان دس</w:t>
      </w:r>
    </w:p>
    <w:p>
      <w:r>
        <w:rPr>
          <w:b/>
        </w:rPr>
        <w:t xml:space="preserve">[37:57] </w:t>
      </w:r>
      <w:r>
        <w:t>Therefore, life is an opportunity to learn about God and develop a God-oriented life. This</w:t>
      </w:r>
    </w:p>
    <w:p>
      <w:pPr>
        <w:jc w:val="right"/>
      </w:pPr>
      <w:r>
        <w:t>لائف دیر فور لائف از ان اپرچونیٹی ٹو لرن اباؤٹ گاڈ اینڈ ڈیویلپ ا گاڈ اورینٹڈ لائف دس</w:t>
      </w:r>
    </w:p>
    <w:p>
      <w:r>
        <w:rPr>
          <w:b/>
        </w:rPr>
        <w:t xml:space="preserve">[38:06] </w:t>
      </w:r>
      <w:r>
        <w:t>perfectly agrees with how Hinduism treats life. However, you have also said that in Islam the life</w:t>
      </w:r>
    </w:p>
    <w:p>
      <w:pPr>
        <w:jc w:val="right"/>
      </w:pPr>
      <w:r>
        <w:t>پرفیکٹلی ایگریز ود ہاؤ ہندوازم ٹریٹس لائف ہاؤ ایور یو ہیو السو سیڈ دیٹ ان اسلام دا لائف</w:t>
      </w:r>
    </w:p>
    <w:p>
      <w:r>
        <w:rPr>
          <w:b/>
        </w:rPr>
        <w:t xml:space="preserve">[38:14] </w:t>
      </w:r>
      <w:r>
        <w:t>As a test, how can the learning and testing be carried out simultaneously?</w:t>
      </w:r>
    </w:p>
    <w:p>
      <w:pPr>
        <w:jc w:val="right"/>
      </w:pPr>
      <w:r>
        <w:t>از ا ٹیسٹ ہاؤ کین دا لرننگ اینڈ ٹیسٹنگ بی کیریڈ اؤٹ سائملٹینیسلی</w:t>
      </w:r>
    </w:p>
    <w:p>
      <w:r>
        <w:rPr>
          <w:b/>
        </w:rPr>
        <w:t xml:space="preserve">[38:21] </w:t>
      </w:r>
      <w:r>
        <w:t>in Hinduism man is given several opportunities to learn about God but in Islam it appears the testing and learning are carried out simultaneously please comment yani kya dono mein koi takrao to ismein aaya nahi kya takrao ismein kya hai takrao is</w:t>
      </w:r>
    </w:p>
    <w:p>
      <w:pPr>
        <w:jc w:val="right"/>
      </w:pPr>
      <w:r>
        <w:t>ان ہندوازم مین از گیون سیورل اپرچونیٹیز ٹو لرن اباؤٹ گاڈ بٹ ان اسلام اٹ اپیئرز دا ٹیسٹنگ اینڈ لرننگ ار کیریڈ اؤٹ سائملٹینیسلی پلیز کمنٹ یعنی کیا دونوں میں کوئی ٹکراؤ تو اس میں ایا نہیں کیا ٹکراؤ اس میں کیا ہے ٹکراؤ اس</w:t>
      </w:r>
    </w:p>
    <w:p>
      <w:r>
        <w:rPr>
          <w:b/>
        </w:rPr>
        <w:t xml:space="preserve">[38:43] </w:t>
      </w:r>
      <w:r>
        <w:t>mein kya hai maulana un ka shayad is pe reference hai ke jo yeh likh rahe hain ke</w:t>
      </w:r>
    </w:p>
    <w:p>
      <w:pPr>
        <w:jc w:val="right"/>
      </w:pPr>
      <w:r>
        <w:t>میں کیا ہے مولانا ان کا شاید اس پہ ریفرنس ہے کہ جو یہ لکھ رہے ہیں کہ</w:t>
      </w:r>
    </w:p>
    <w:p>
      <w:r>
        <w:rPr>
          <w:b/>
        </w:rPr>
        <w:t xml:space="preserve">[38:47] </w:t>
      </w:r>
      <w:r>
        <w:t>in hinduism mein is given several opportunities</w:t>
      </w:r>
    </w:p>
    <w:p>
      <w:pPr>
        <w:jc w:val="right"/>
      </w:pPr>
      <w:r>
        <w:t>ان ہندوازم مین از گیون سیورل اپرچونیٹیز</w:t>
      </w:r>
    </w:p>
    <w:p>
      <w:r>
        <w:rPr>
          <w:b/>
        </w:rPr>
        <w:t xml:space="preserve">[38:51] </w:t>
      </w:r>
      <w:r>
        <w:t>aur islam mein jo hai woh test aur learn learning ek sath hai to yeh ava gaman ko</w:t>
      </w:r>
    </w:p>
    <w:p>
      <w:pPr>
        <w:jc w:val="right"/>
      </w:pPr>
      <w:r>
        <w:t>اور اسلام میں جو ہے وہ ٹیسٹ اور لرن لرننگ ایک ساتھ ہے تو یہ اوا گمن کو</w:t>
      </w:r>
    </w:p>
    <w:p>
      <w:r>
        <w:rPr>
          <w:b/>
        </w:rPr>
        <w:t xml:space="preserve">[38:56] </w:t>
      </w:r>
      <w:r>
        <w:t>refer kar rahe hain shayad bhai hinduism ke bare mein ap kisi sadhu se poochein swami se mein</w:t>
      </w:r>
    </w:p>
    <w:p>
      <w:pPr>
        <w:jc w:val="right"/>
      </w:pPr>
      <w:r>
        <w:t>ریفر کر رہے ہیں شاید بھئی ہندوازم کے بارے میں اپ کسی سادھو سے پوچھیں سوامی سے میں</w:t>
      </w:r>
    </w:p>
    <w:p>
      <w:r>
        <w:rPr>
          <w:b/>
        </w:rPr>
        <w:t xml:space="preserve">[39:01] </w:t>
      </w:r>
      <w:r>
        <w:t>to islam ki tashreeh kar raha hoon</w:t>
      </w:r>
    </w:p>
    <w:p>
      <w:pPr>
        <w:jc w:val="right"/>
      </w:pPr>
      <w:r>
        <w:t>تو اسلام کی تشریح کر رہا ہوں</w:t>
      </w:r>
    </w:p>
    <w:p>
      <w:r>
        <w:rPr>
          <w:b/>
        </w:rPr>
        <w:t xml:space="preserve">[39:04] </w:t>
      </w:r>
      <w:r>
        <w:t>is waqt mein islam ki tashreeh kar raha hoon hinduwism mein jo hai us ko aap kisi swami</w:t>
      </w:r>
    </w:p>
    <w:p>
      <w:pPr>
        <w:jc w:val="right"/>
      </w:pPr>
      <w:r>
        <w:t>اس وقت میں اسلام کی تشریح کر رہا ہوں ہندوازم میں جو ہے اس کو اپ کسی سوامی</w:t>
      </w:r>
    </w:p>
    <w:p>
      <w:r>
        <w:rPr>
          <w:b/>
        </w:rPr>
        <w:t xml:space="preserve">[39:07] </w:t>
      </w:r>
      <w:r>
        <w:t>ji se poochhiye mr muhammad rahat ne dilli se likha hai kisi bhi be qusoor insaan ko insaaf</w:t>
      </w:r>
    </w:p>
    <w:p>
      <w:pPr>
        <w:jc w:val="right"/>
      </w:pPr>
      <w:r>
        <w:t>جی سے پوچھیے مسٹر محمد راحت نے دلی سے لکھا ہے کسی بھی بے قصور انسان کو انصاف</w:t>
      </w:r>
    </w:p>
    <w:p>
      <w:r>
        <w:rPr>
          <w:b/>
        </w:rPr>
        <w:t xml:space="preserve">[39:16] </w:t>
      </w:r>
      <w:r>
        <w:t>dilane ke liye jhoot ka sahara liya ja sakta hai is ke bare mein bataein</w:t>
      </w:r>
    </w:p>
    <w:p>
      <w:pPr>
        <w:jc w:val="right"/>
      </w:pPr>
      <w:r>
        <w:t>دلانے کے لیے جھوٹ کا سہارا لیا جا سکتا ہے اس کے بارے میں بتائیں</w:t>
      </w:r>
    </w:p>
    <w:p>
      <w:r>
        <w:rPr>
          <w:b/>
        </w:rPr>
        <w:t xml:space="preserve">[39:25] </w:t>
      </w:r>
      <w:r>
        <w:t>yeh is koi is tarah se ismein maine ek bataya tha particular case ho tab bataya tha masla yeh yeh koi sawal nahi hai is tarah ke sawalat jo hai general aadaad nahi keh sakta koi particular case batai ke falan shakhs aisa hai iske sath aisa hai iska aisa hai to bata sakta hoon ke wahan kya karna chahiye aise aise koi masla nahi ho sakta is tarah ka masla nahi bataya bataya sakta.</w:t>
      </w:r>
    </w:p>
    <w:p>
      <w:pPr>
        <w:jc w:val="right"/>
      </w:pPr>
      <w:r>
        <w:t>یہ اس کوئی اس طرح سے اس میں میں نے ایک بتایا تھا پرٹیکولر کیس ہو تب بتایا تھا مسئلہ یہ یہ کوئی سوال نہیں ہے اس طرح کے سوالات جو ہے جرنل اعداد نہیں کہہ سکتا کوئی پرٹیکولر کیس بتائی کہ فلاں شخص ایسا ہے اس کے ساتھ ایسا ہے اس کا ایسا ہے تو بتا سکتا ہوں کہ وہاں کیا کرنا چاہیے ایسے ایسے کوئی مسئلہ نہیں ہو سکتا اس طرح کا مسئلہ نہیں بتایا بتایا سکتا.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