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(In Conversation with Maulana) 05 8 07</w:t>
      </w:r>
    </w:p>
    <w:p>
      <w:r>
        <w:t>https://www.youtube.com/watch?v=cP0z8o_50Zc</w:t>
      </w:r>
    </w:p>
    <w:p>
      <w:r>
        <w:rPr>
          <w:b/>
        </w:rPr>
        <w:t xml:space="preserve">[00:11] </w:t>
      </w:r>
      <w:r>
        <w:t>Uh, this question is from Ayesha.</w:t>
      </w:r>
    </w:p>
    <w:p>
      <w:pPr>
        <w:jc w:val="right"/>
      </w:pPr>
      <w:r>
        <w:t>अह, दिस क्वेश्चन इज़ फ्रॉम आयशा।</w:t>
      </w:r>
    </w:p>
    <w:p>
      <w:r>
        <w:rPr>
          <w:b/>
        </w:rPr>
        <w:t xml:space="preserve">[00:20] </w:t>
      </w:r>
      <w:r>
        <w:t>مولانا، how do we discover our unique potential? Please elaborate.</w:t>
      </w:r>
    </w:p>
    <w:p>
      <w:pPr>
        <w:jc w:val="right"/>
      </w:pPr>
      <w:r>
        <w:t>مولانا، हाउ डू वी डिस्कवर आवर यूनिक पोटेंशियल? प्लीज़ एलेबोरेट।</w:t>
      </w:r>
    </w:p>
    <w:p>
      <w:r>
        <w:rPr>
          <w:b/>
        </w:rPr>
        <w:t xml:space="preserve">[00:29] </w:t>
      </w:r>
      <w:r>
        <w:t>sa-sab se mushkil question pehle hi ho gaya.</w:t>
      </w:r>
    </w:p>
    <w:p>
      <w:pPr>
        <w:jc w:val="right"/>
      </w:pPr>
      <w:r>
        <w:t>स-सबसे मुश्किल क्वेश्चन पहले ही हो गया।</w:t>
      </w:r>
    </w:p>
    <w:p>
      <w:r>
        <w:rPr>
          <w:b/>
        </w:rPr>
        <w:t xml:space="preserve">[00:39] </w:t>
      </w:r>
      <w:r>
        <w:t>sab se jo difficult question hai, wahi pehle kar diya aap ne.</w:t>
      </w:r>
    </w:p>
    <w:p>
      <w:pPr>
        <w:jc w:val="right"/>
      </w:pPr>
      <w:r>
        <w:t>सबसे जो डिफिकल्ट क्वेश्चन है, वही पहले कर दिया आपने।</w:t>
      </w:r>
    </w:p>
    <w:p>
      <w:r>
        <w:rPr>
          <w:b/>
        </w:rPr>
        <w:t xml:space="preserve">[00:48] </w:t>
      </w:r>
      <w:r>
        <w:t>bhai, dekhiye, ye readers digest mein maine ek article padha tha.</w:t>
      </w:r>
    </w:p>
    <w:p>
      <w:pPr>
        <w:jc w:val="right"/>
      </w:pPr>
      <w:r>
        <w:t>भाई, देखिए, ये रीडर्स डाइजेस्ट में मैंने एक आर्टिकल पढ़ा था।</w:t>
      </w:r>
    </w:p>
    <w:p>
      <w:r>
        <w:rPr>
          <w:b/>
        </w:rPr>
        <w:t xml:space="preserve">[01:04] </w:t>
      </w:r>
      <w:r>
        <w:t>uska caption tha "obey diet impulse".</w:t>
      </w:r>
    </w:p>
    <w:p>
      <w:pPr>
        <w:jc w:val="right"/>
      </w:pPr>
      <w:r>
        <w:t>उसका कैप्शन था "ओबे डाइट इंपल्स"।</w:t>
      </w:r>
    </w:p>
    <w:p>
      <w:r>
        <w:rPr>
          <w:b/>
        </w:rPr>
        <w:t xml:space="preserve">[01:19] </w:t>
      </w:r>
      <w:r>
        <w:t>obey diet impulse.</w:t>
      </w:r>
    </w:p>
    <w:p>
      <w:pPr>
        <w:jc w:val="right"/>
      </w:pPr>
      <w:r>
        <w:t>ओबे डाइट इंपल्स।</w:t>
      </w:r>
    </w:p>
    <w:p>
      <w:r>
        <w:rPr>
          <w:b/>
        </w:rPr>
        <w:t xml:space="preserve">[01:25] </w:t>
      </w:r>
      <w:r>
        <w:t>to mein samajhta hoon ke nature ne jab aap ko potential diya hai, itna bara, to nature hi aap ko</w:t>
      </w:r>
    </w:p>
    <w:p>
      <w:pPr>
        <w:jc w:val="right"/>
      </w:pPr>
      <w:r>
        <w:t>तो मैं समझता हूँ कि नेचर ने जब आपको पोटेंशियल दिया है, इतना बड़ा, तो नेचर ही आपको</w:t>
      </w:r>
    </w:p>
    <w:p>
      <w:r>
        <w:rPr>
          <w:b/>
        </w:rPr>
        <w:t xml:space="preserve">[01:31] </w:t>
      </w:r>
      <w:r>
        <w:t>guide bhi karti hai.</w:t>
      </w:r>
    </w:p>
    <w:p>
      <w:pPr>
        <w:jc w:val="right"/>
      </w:pPr>
      <w:r>
        <w:t>गाइड भी करती है।</w:t>
      </w:r>
    </w:p>
    <w:p>
      <w:r>
        <w:rPr>
          <w:b/>
        </w:rPr>
        <w:t xml:space="preserve">[01:37] </w:t>
      </w:r>
      <w:r>
        <w:t>to ek impulse hamesha aata hai.</w:t>
      </w:r>
    </w:p>
    <w:p>
      <w:pPr>
        <w:jc w:val="right"/>
      </w:pPr>
      <w:r>
        <w:t>तो एक इंपल्स हमेशा आता है।</w:t>
      </w:r>
    </w:p>
    <w:p>
      <w:r>
        <w:rPr>
          <w:b/>
        </w:rPr>
        <w:t xml:space="preserve">[01:43] </w:t>
      </w:r>
      <w:r>
        <w:t>lekin impulse ke saath saath koi temptation bhi hota hai. saath saath</w:t>
      </w:r>
    </w:p>
    <w:p>
      <w:pPr>
        <w:jc w:val="right"/>
      </w:pPr>
      <w:r>
        <w:t>लेकिन इंपल्स के साथ-साथ कोई टेंपटेशन भी होता है। साथ-साथ</w:t>
      </w:r>
    </w:p>
    <w:p>
      <w:r>
        <w:rPr>
          <w:b/>
        </w:rPr>
        <w:t xml:space="preserve">[01:49] </w:t>
      </w:r>
      <w:r>
        <w:t>—</w:t>
      </w:r>
    </w:p>
    <w:p>
      <w:pPr>
        <w:jc w:val="right"/>
      </w:pPr>
      <w:r>
        <w:t>।</w:t>
      </w:r>
    </w:p>
    <w:p>
      <w:r>
        <w:rPr>
          <w:b/>
        </w:rPr>
        <w:t xml:space="preserve">[01:53] </w:t>
      </w:r>
      <w:r>
        <w:t>ye bhi law of nature hai.</w:t>
      </w:r>
    </w:p>
    <w:p>
      <w:pPr>
        <w:jc w:val="right"/>
      </w:pPr>
      <w:r>
        <w:t>ये भी लॉ ऑफ़ नेचर है।</w:t>
      </w:r>
    </w:p>
    <w:p>
      <w:r>
        <w:rPr>
          <w:b/>
        </w:rPr>
        <w:t xml:space="preserve">[01:58] </w:t>
      </w:r>
      <w:r>
        <w:t>ye baat mein keh raha hoon apne experience se.</w:t>
      </w:r>
    </w:p>
    <w:p>
      <w:pPr>
        <w:jc w:val="right"/>
      </w:pPr>
      <w:r>
        <w:t>ये बात मैं कह रहा हूँ अपने एक्सपीरियंस से।</w:t>
      </w:r>
    </w:p>
    <w:p>
      <w:r>
        <w:rPr>
          <w:b/>
        </w:rPr>
        <w:t xml:space="preserve">[02:02] </w:t>
      </w:r>
      <w:r>
        <w:t>apne experience se keh raha hoon ke zaroor ek impulse aata hai, right direction mein aap ko guide kar</w:t>
      </w:r>
    </w:p>
    <w:p>
      <w:pPr>
        <w:jc w:val="right"/>
      </w:pPr>
      <w:r>
        <w:t>अपने एक्सपीरियंस से कह रहा हूँ कि ज़रूर एक इंपल्स आता है, राइट डायरेक्शन में आपको गाइड कर</w:t>
      </w:r>
    </w:p>
    <w:p>
      <w:r>
        <w:rPr>
          <w:b/>
        </w:rPr>
        <w:t xml:space="preserve">[02:06] </w:t>
      </w:r>
      <w:r>
        <w:t>raha hota hai.</w:t>
      </w:r>
    </w:p>
    <w:p>
      <w:pPr>
        <w:jc w:val="right"/>
      </w:pPr>
      <w:r>
        <w:t>रहा होता है।</w:t>
      </w:r>
    </w:p>
    <w:p>
      <w:r>
        <w:rPr>
          <w:b/>
        </w:rPr>
        <w:t xml:space="preserve">[02:11] </w:t>
      </w:r>
      <w:r>
        <w:t>lekin saath saath ek temptation bhi hota hai.</w:t>
      </w:r>
    </w:p>
    <w:p>
      <w:pPr>
        <w:jc w:val="right"/>
      </w:pPr>
      <w:r>
        <w:t>लेकिन साथ-साथ एक टेंपटेशन भी होता है।</w:t>
      </w:r>
    </w:p>
    <w:p>
      <w:r>
        <w:rPr>
          <w:b/>
        </w:rPr>
        <w:t xml:space="preserve">[02:15] </w:t>
      </w:r>
      <w:r>
        <w:t>jaise main bachpan mein, bahut bachpan mein,</w:t>
      </w:r>
    </w:p>
    <w:p>
      <w:pPr>
        <w:jc w:val="right"/>
      </w:pPr>
      <w:r>
        <w:t>जैसे मैं बचपन में, बहुत बचपन में,</w:t>
      </w:r>
    </w:p>
    <w:p>
      <w:r>
        <w:rPr>
          <w:b/>
        </w:rPr>
        <w:t xml:space="preserve">[02:19] </w:t>
      </w:r>
      <w:r>
        <w:t>gaon mein rehta tha.</w:t>
      </w:r>
    </w:p>
    <w:p>
      <w:pPr>
        <w:jc w:val="right"/>
      </w:pPr>
      <w:r>
        <w:t>गाँव में रहता था।</w:t>
      </w:r>
    </w:p>
    <w:p>
      <w:r>
        <w:rPr>
          <w:b/>
        </w:rPr>
        <w:t xml:space="preserve">[02:24] </w:t>
      </w:r>
      <w:r>
        <w:t>yeh British India ka zamana tha.</w:t>
      </w:r>
    </w:p>
    <w:p>
      <w:pPr>
        <w:jc w:val="right"/>
      </w:pPr>
      <w:r>
        <w:t>ये ब्रिटिश इंडिया का ज़माना था।</w:t>
      </w:r>
    </w:p>
    <w:p>
      <w:r>
        <w:rPr>
          <w:b/>
        </w:rPr>
        <w:t xml:space="preserve">[02:28] </w:t>
      </w:r>
      <w:r>
        <w:t>to ek chhota sa, itna bada tha main.</w:t>
      </w:r>
    </w:p>
    <w:p>
      <w:pPr>
        <w:jc w:val="right"/>
      </w:pPr>
      <w:r>
        <w:t>तो एक छोटा सा, इतना बड़ा था मैं।</w:t>
      </w:r>
    </w:p>
    <w:p>
      <w:r>
        <w:rPr>
          <w:b/>
        </w:rPr>
        <w:t xml:space="preserve">[02:32] </w:t>
      </w:r>
      <w:r>
        <w:t>to gaon ke bachche jo hain, woh Dussehra dekhne ke liye jaate the.</w:t>
      </w:r>
    </w:p>
    <w:p>
      <w:pPr>
        <w:jc w:val="right"/>
      </w:pPr>
      <w:r>
        <w:t>तो गाँव के बच्चे जो हैं, वो दशहरा देखने के लिए जाते थे।</w:t>
      </w:r>
    </w:p>
    <w:p>
      <w:r>
        <w:rPr>
          <w:b/>
        </w:rPr>
        <w:t xml:space="preserve">[02:36] </w:t>
      </w:r>
      <w:r>
        <w:t>ek aur do-teen meel ke faasle par, do-do meel ke doori par ek tha, Bisunpur ek gaon tha.</w:t>
      </w:r>
    </w:p>
    <w:p>
      <w:pPr>
        <w:jc w:val="right"/>
      </w:pPr>
      <w:r>
        <w:t>एक और दो-तीन मील के फासले पर, दो-दो मील के दूरी पर एक था, बिसनपुर एक गाँव था।</w:t>
      </w:r>
    </w:p>
    <w:p>
      <w:r>
        <w:rPr>
          <w:b/>
        </w:rPr>
        <w:t xml:space="preserve">[02:41] </w:t>
      </w:r>
      <w:r>
        <w:t>to Bisunpur mein bade dhoom se Dussehra hota tha.</w:t>
      </w:r>
    </w:p>
    <w:p>
      <w:pPr>
        <w:jc w:val="right"/>
      </w:pPr>
      <w:r>
        <w:t>तो बिसनपुर में बड़े धूम से दशहरा होता था।</w:t>
      </w:r>
    </w:p>
    <w:p>
      <w:r>
        <w:rPr>
          <w:b/>
        </w:rPr>
        <w:t xml:space="preserve">[02:45] </w:t>
      </w:r>
      <w:r>
        <w:t>market banti thi wahan par, khoob bikta tha. us</w:t>
      </w:r>
    </w:p>
    <w:p>
      <w:pPr>
        <w:jc w:val="right"/>
      </w:pPr>
      <w:r>
        <w:t>मार्केट बनती थी वहाँ पर, खूब बिकता था। उस</w:t>
      </w:r>
    </w:p>
    <w:p>
      <w:r>
        <w:rPr>
          <w:b/>
        </w:rPr>
        <w:t xml:space="preserve">[02:49] </w:t>
      </w:r>
      <w:r>
        <w:t>zamane mein bikne ki cheezein itni item to thin nahin, aajkal ki tarike se.</w:t>
      </w:r>
    </w:p>
    <w:p>
      <w:pPr>
        <w:jc w:val="right"/>
      </w:pPr>
      <w:r>
        <w:t>ज़माने में बिकने की चीज़ें इतनी आइटम तो थीं नहीं, आजकल की तरीके से।</w:t>
      </w:r>
    </w:p>
    <w:p>
      <w:r>
        <w:rPr>
          <w:b/>
        </w:rPr>
        <w:t xml:space="preserve">[02:54] </w:t>
      </w:r>
      <w:r>
        <w:t>ab to bahut item ho gaye hain.</w:t>
      </w:r>
    </w:p>
    <w:p>
      <w:pPr>
        <w:jc w:val="right"/>
      </w:pPr>
      <w:r>
        <w:t>अब तो बहुत आइटम हो गए हैं।</w:t>
      </w:r>
    </w:p>
    <w:p>
      <w:r>
        <w:rPr>
          <w:b/>
        </w:rPr>
        <w:t xml:space="preserve">[02:58] </w:t>
      </w:r>
      <w:r>
        <w:t>to ab sabke bachche jo, maaen unki jeb mein paisa daal deti thin.</w:t>
      </w:r>
    </w:p>
    <w:p>
      <w:pPr>
        <w:jc w:val="right"/>
      </w:pPr>
      <w:r>
        <w:t>तो अब सबके बच्चे जो, माँएँ उनकी जेब में पैसा डाल देती थीं।</w:t>
      </w:r>
    </w:p>
    <w:p>
      <w:r>
        <w:rPr>
          <w:b/>
        </w:rPr>
        <w:t xml:space="preserve">[03:03] </w:t>
      </w:r>
      <w:r>
        <w:t>to meri maa meri jeb mein kuch paisa daal deti thin wahan.</w:t>
      </w:r>
    </w:p>
    <w:p>
      <w:pPr>
        <w:jc w:val="right"/>
      </w:pPr>
      <w:r>
        <w:t>तो मेरी माँ मेरी जेब में कुछ पैसा डाल देती थीं वहाँ।</w:t>
      </w:r>
    </w:p>
    <w:p>
      <w:r>
        <w:rPr>
          <w:b/>
        </w:rPr>
        <w:t xml:space="preserve">[03:07] </w:t>
      </w:r>
      <w:r>
        <w:t>matlab wahan, aajkal ke zamane mein, shopping karne ke liye.</w:t>
      </w:r>
    </w:p>
    <w:p>
      <w:pPr>
        <w:jc w:val="right"/>
      </w:pPr>
      <w:r>
        <w:t>मतलब वहाँ, आजकल के ज़माने में, शॉपिंग करने के लिए।</w:t>
      </w:r>
    </w:p>
    <w:p>
      <w:r>
        <w:rPr>
          <w:b/>
        </w:rPr>
        <w:t xml:space="preserve">[03:11] </w:t>
      </w:r>
      <w:r>
        <w:t>tab to woh shopping kya thi, bas do-ek cheez thin, woh khareed lo usko.</w:t>
      </w:r>
    </w:p>
    <w:p>
      <w:pPr>
        <w:jc w:val="right"/>
      </w:pPr>
      <w:r>
        <w:t>तब तो वो शॉपिंग क्या थी, बस दो-एक चीज़ थीं, वो खरीद लो उसको।</w:t>
      </w:r>
    </w:p>
    <w:p>
      <w:r>
        <w:rPr>
          <w:b/>
        </w:rPr>
        <w:t xml:space="preserve">[03:16] </w:t>
      </w:r>
      <w:r>
        <w:t>to sab bachche dhoom se khareedte the.</w:t>
      </w:r>
    </w:p>
    <w:p>
      <w:pPr>
        <w:jc w:val="right"/>
      </w:pPr>
      <w:r>
        <w:t>तो सब बच्चे धूम से खरीदते थे।</w:t>
      </w:r>
    </w:p>
    <w:p>
      <w:r>
        <w:rPr>
          <w:b/>
        </w:rPr>
        <w:t xml:space="preserve">[03:20] </w:t>
      </w:r>
      <w:r>
        <w:t>to zahir hai ki mujhe bhi ek aata tha ki main bhi khareedoon, main bhi yeh-yeh cheez loon.</w:t>
      </w:r>
    </w:p>
    <w:p>
      <w:pPr>
        <w:jc w:val="right"/>
      </w:pPr>
      <w:r>
        <w:t>तो जाहिर है कि मुझे भी एक आता था कि मैं भी खरीदूँ, मैं भी ये-ये चीज़ लूँ।</w:t>
      </w:r>
    </w:p>
    <w:p>
      <w:r>
        <w:rPr>
          <w:b/>
        </w:rPr>
        <w:t xml:space="preserve">[03:24] </w:t>
      </w:r>
      <w:r>
        <w:t>lekin saath-saath ek aur impulse mere mind mein aata tha.</w:t>
      </w:r>
    </w:p>
    <w:p>
      <w:pPr>
        <w:jc w:val="right"/>
      </w:pPr>
      <w:r>
        <w:t>लेकिन साथ-साथ एक और इंपल्स मेरे माइंड में आता था।</w:t>
      </w:r>
    </w:p>
    <w:p>
      <w:r>
        <w:rPr>
          <w:b/>
        </w:rPr>
        <w:t xml:space="preserve">[03:29] </w:t>
      </w:r>
      <w:r>
        <w:t>kyunki main pehle ek thinking mind mere andar shuru se hai.</w:t>
      </w:r>
    </w:p>
    <w:p>
      <w:pPr>
        <w:jc w:val="right"/>
      </w:pPr>
      <w:r>
        <w:t>क्योंकि मैं पहले एक थिंकिंग माइंड मेरे अंदर शुरू से है।</w:t>
      </w:r>
    </w:p>
    <w:p>
      <w:r>
        <w:rPr>
          <w:b/>
        </w:rPr>
        <w:t xml:space="preserve">[03:33] </w:t>
      </w:r>
      <w:r>
        <w:t>sochna, sochna, sochna.</w:t>
      </w:r>
    </w:p>
    <w:p>
      <w:pPr>
        <w:jc w:val="right"/>
      </w:pPr>
      <w:r>
        <w:t>सोचना, सोचना, सोचना।</w:t>
      </w:r>
    </w:p>
    <w:p>
      <w:r>
        <w:rPr>
          <w:b/>
        </w:rPr>
        <w:t xml:space="preserve">[03:37] </w:t>
      </w:r>
      <w:r>
        <w:t>to har baat ko sochkar uski deep mein jaana.</w:t>
      </w:r>
    </w:p>
    <w:p>
      <w:pPr>
        <w:jc w:val="right"/>
      </w:pPr>
      <w:r>
        <w:t>तो हर बात को सोचकर उसकी डीप में जाना।</w:t>
      </w:r>
    </w:p>
    <w:p>
      <w:r>
        <w:rPr>
          <w:b/>
        </w:rPr>
        <w:t xml:space="preserve">[03:42] </w:t>
      </w:r>
      <w:r>
        <w:t>ab mera mind to laga hua hai usmein, deep mein jaane ki taraf.</w:t>
      </w:r>
    </w:p>
    <w:p>
      <w:pPr>
        <w:jc w:val="right"/>
      </w:pPr>
      <w:r>
        <w:t>अब मेरा माइंड तो लगा हुआ है उसमें, डीप में जाने की तरफ।</w:t>
      </w:r>
    </w:p>
    <w:p>
      <w:r>
        <w:rPr>
          <w:b/>
        </w:rPr>
        <w:t xml:space="preserve">[03:46] </w:t>
      </w:r>
      <w:r>
        <w:t>ab bachche jo khoob khareed rahe</w:t>
      </w:r>
    </w:p>
    <w:p>
      <w:pPr>
        <w:jc w:val="right"/>
      </w:pPr>
      <w:r>
        <w:t>अब बच्चे जो खूब खरीद रहे</w:t>
      </w:r>
    </w:p>
    <w:p>
      <w:r>
        <w:rPr>
          <w:b/>
        </w:rPr>
        <w:t xml:space="preserve">[03:50] </w:t>
      </w:r>
      <w:r>
        <w:t>hain, khush ho rahe hain. To ye by nature tha mere andar. Us waqt samajh nahi thi mere andar. Lekin main phir bhi impulse ki taraf jaata tha main. Temptation ki taraf nahi jaata tha main. Isiliye mujhe yaad hai ke har saal, har saal jaata tha main. Lekin main jo paisa meri maa deti thi jeb mein, poora ka poora lauta leta tha. Lauta aa jaata tha. Poora ka poora unhein de deta tha. Ka</w:t>
      </w:r>
    </w:p>
    <w:p>
      <w:pPr>
        <w:jc w:val="right"/>
      </w:pPr>
      <w:r>
        <w:t>हैं, खुश हो रहे हैं। तो ये बाय नेचर था मेरे अंदर। उस वक्त समझ नहीं थी मेरे अंदर। लेकिन मैं फिर भी इंपल्स की तरफ जाता था मैं। टेंपटेशन की तरफ नहीं जाता था मैं। इसीलिए मुझे याद है कि हर साल, हर साल जाता था मैं। लेकिन मैं जो पैसा मेरी माँ देती थी जेब में, पूरा का पूरा लौटा लेता था। लौटा आ जाता था। पूरा का पूरा उन्हें दे देता था। क</w:t>
      </w:r>
    </w:p>
    <w:p>
      <w:r>
        <w:rPr>
          <w:b/>
        </w:rPr>
        <w:t xml:space="preserve">[04:20] </w:t>
      </w:r>
      <w:r>
        <w:t>bhi maine wahan par kuch cheez khareedi nahi. Koi shopping nahi kiya maine. To dekhiye, us waqt main sochta hoon, to mujhe yaad aata hai ke ek taraf ye shauk ke bachche khareedein to hum bhi khareedein. Jo woh impulse andar ka. Ke ek curiosity hoti thi, ye kya cheez hai, woh kya cheez hai, woh kya cheez hai. To main us curiosity ko follow karta tha. Us temptation ko kill kar deta tha. Ye by nature tha mere andar us waqt</w:t>
      </w:r>
    </w:p>
    <w:p>
      <w:pPr>
        <w:jc w:val="right"/>
      </w:pPr>
      <w:r>
        <w:t>भी मैंने वहाँ पर कुछ चीज़ खरीदी नहीं। कोई शॉपिंग नहीं किया मैंने। तो देखिए, उस वक्त मैं सोचता हूँ, तो मुझे याद आता है कि एक तरफ ये शौक कि बच्चे खरीदें तो हम भी खरीदें। जो वो इंपल्स अंदर का। कि एक क्यूरियोसिटी होती थी, ये क्या चीज़ है, वो क्या चीज़ है, वो क्या चीज़ है। तो मैं उस क्यूरियोसिटी को फॉलो करता था। उस टेंपटेशन को किल कर देता था। ये बाय नेचर था मेरे अंदर उस वक्त</w:t>
      </w:r>
    </w:p>
    <w:p>
      <w:r>
        <w:rPr>
          <w:b/>
        </w:rPr>
        <w:t xml:space="preserve">[04:50] </w:t>
      </w:r>
      <w:r>
        <w:t>.</w:t>
      </w:r>
    </w:p>
    <w:p>
      <w:pPr>
        <w:jc w:val="right"/>
      </w:pPr>
      <w:r>
        <w:t>।</w:t>
      </w:r>
    </w:p>
    <w:p>
      <w:r>
        <w:rPr>
          <w:b/>
        </w:rPr>
        <w:t xml:space="preserve">[04:55] </w:t>
      </w:r>
      <w:r>
        <w:t>to main samajhta hoon ki yeh har ek ka mamla hai.</w:t>
      </w:r>
    </w:p>
    <w:p>
      <w:pPr>
        <w:jc w:val="right"/>
      </w:pPr>
      <w:r>
        <w:t>तो मैं समझता हूँ कि ये हर एक का मामला है।</w:t>
      </w:r>
    </w:p>
    <w:p>
      <w:r>
        <w:rPr>
          <w:b/>
        </w:rPr>
        <w:t xml:space="preserve">[04:59] </w:t>
      </w:r>
      <w:r>
        <w:t>daily life mein, rozana aisa hota hai ki ek hota hai temptation.</w:t>
      </w:r>
    </w:p>
    <w:p>
      <w:pPr>
        <w:jc w:val="right"/>
      </w:pPr>
      <w:r>
        <w:t>डेली लाइफ में, रोज़ाना ऐसा होता है कि एक होता है टेंपटेशन।</w:t>
      </w:r>
    </w:p>
    <w:p>
      <w:r>
        <w:rPr>
          <w:b/>
        </w:rPr>
        <w:t xml:space="preserve">[05:03] </w:t>
      </w:r>
      <w:r>
        <w:t>aur ek hota hai wo impulse.</w:t>
      </w:r>
    </w:p>
    <w:p>
      <w:pPr>
        <w:jc w:val="right"/>
      </w:pPr>
      <w:r>
        <w:t>और एक होता है वो इंपल्स।</w:t>
      </w:r>
    </w:p>
    <w:p>
      <w:r>
        <w:rPr>
          <w:b/>
        </w:rPr>
        <w:t xml:space="preserve">[05:08] </w:t>
      </w:r>
      <w:r>
        <w:t>to temptation zyada strong hota hai.</w:t>
      </w:r>
    </w:p>
    <w:p>
      <w:pPr>
        <w:jc w:val="right"/>
      </w:pPr>
      <w:r>
        <w:t>तो टेंपटेशन ज़्यादा स्ट्रांग होता है।</w:t>
      </w:r>
    </w:p>
    <w:p>
      <w:r>
        <w:rPr>
          <w:b/>
        </w:rPr>
        <w:t xml:space="preserve">[05:12] </w:t>
      </w:r>
      <w:r>
        <w:t>aur impulse jo hai, thoda weak hota hai. hamesha.</w:t>
      </w:r>
    </w:p>
    <w:p>
      <w:pPr>
        <w:jc w:val="right"/>
      </w:pPr>
      <w:r>
        <w:t>और इंपल्स जो है, थोड़ा वीक होता है। हमेशा।</w:t>
      </w:r>
    </w:p>
    <w:p>
      <w:r>
        <w:rPr>
          <w:b/>
        </w:rPr>
        <w:t xml:space="preserve">[05:16] </w:t>
      </w:r>
      <w:r>
        <w:t>to main yahi kahunga, follow that impulse.</w:t>
      </w:r>
    </w:p>
    <w:p>
      <w:pPr>
        <w:jc w:val="right"/>
      </w:pPr>
      <w:r>
        <w:t>तो मैं यही कहूँगा, फॉलो दैट इंपल्स।</w:t>
      </w:r>
    </w:p>
    <w:p>
      <w:r>
        <w:rPr>
          <w:b/>
        </w:rPr>
        <w:t xml:space="preserve">[05:21] </w:t>
      </w:r>
      <w:r>
        <w:t>ignore that, yaani ek hi formula main kahunga hai ki ignore that temptation and follow that impulse.</w:t>
      </w:r>
    </w:p>
    <w:p>
      <w:pPr>
        <w:jc w:val="right"/>
      </w:pPr>
      <w:r>
        <w:t>इग्नोर दैट, यानी एक ही फ़ार्मूला मैं कहूँगा है कि इग्नोर दैट टेंपटेशन एंड फॉलो दैट इंपल्स।</w:t>
      </w:r>
    </w:p>
    <w:p>
      <w:r>
        <w:rPr>
          <w:b/>
        </w:rPr>
        <w:t xml:space="preserve">[05:26] </w:t>
      </w:r>
      <w:r>
        <w:t>yahi uska course hai.</w:t>
      </w:r>
    </w:p>
    <w:p>
      <w:pPr>
        <w:jc w:val="right"/>
      </w:pPr>
      <w:r>
        <w:t>यही उसका कोर्स है।</w:t>
      </w:r>
    </w:p>
    <w:p>
      <w:r>
        <w:rPr>
          <w:b/>
        </w:rPr>
        <w:t xml:space="preserve">[05:31] </w:t>
      </w:r>
      <w:r>
        <w:t>ignore that temptation and follow that impulse.</w:t>
      </w:r>
    </w:p>
    <w:p>
      <w:pPr>
        <w:jc w:val="right"/>
      </w:pPr>
      <w:r>
        <w:t>इग्नोर दैट टेंपटेशन एंड फॉलो दैट इंपल्स।</w:t>
      </w:r>
    </w:p>
    <w:p>
      <w:r>
        <w:rPr>
          <w:b/>
        </w:rPr>
        <w:t xml:space="preserve">[05:36] </w:t>
      </w:r>
      <w:r>
        <w:t>to impulse hamesha thoda weak rahega.</w:t>
      </w:r>
    </w:p>
    <w:p>
      <w:pPr>
        <w:jc w:val="right"/>
      </w:pPr>
      <w:r>
        <w:t>तो इंपल्स हमेशा थोड़ा वीक रहेगा।</w:t>
      </w:r>
    </w:p>
    <w:p>
      <w:r>
        <w:rPr>
          <w:b/>
        </w:rPr>
        <w:t xml:space="preserve">[05:41] </w:t>
      </w:r>
      <w:r>
        <w:t>aur temptation thoda strong rahega.</w:t>
      </w:r>
    </w:p>
    <w:p>
      <w:pPr>
        <w:jc w:val="right"/>
      </w:pPr>
      <w:r>
        <w:t>और टेंपटेशन थोड़ा स्ट्रांग रहेगा।</w:t>
      </w:r>
    </w:p>
    <w:p>
      <w:r>
        <w:rPr>
          <w:b/>
        </w:rPr>
        <w:t xml:space="preserve">[05:46] </w:t>
      </w:r>
      <w:r>
        <w:t>ab wahan par aapko thoda</w:t>
      </w:r>
    </w:p>
    <w:p>
      <w:pPr>
        <w:jc w:val="right"/>
      </w:pPr>
      <w:r>
        <w:t>अब वहाँ पर आपको थोड़ा</w:t>
      </w:r>
    </w:p>
    <w:p>
      <w:r>
        <w:rPr>
          <w:b/>
        </w:rPr>
        <w:t xml:space="preserve">[05:51] </w:t>
      </w:r>
      <w:r>
        <w:t>determination dikhana hai. to agar aap aisa karte rahen, karte rahen, to aapka jo wo badh jayega wo. wo faculty. yani follow that impulse wali faculty badh jayegi. aur agar aap usko follow na karen, to wo weak ho jayegi. aur phir aap temptation hi mein chalte rahenge, chalte rahenge. ye main apne experience se kehta hoon. bahut se logon ko maine</w:t>
      </w:r>
    </w:p>
    <w:p>
      <w:pPr>
        <w:jc w:val="right"/>
      </w:pPr>
      <w:r>
        <w:t>डिटरमिनेशन दिखाना है। तो अगर आप ऐसा करते रहें, करते रहें, तो आपका जो वो बढ़ जाएगा वो। वो फैकल्टी। यानी फॉलो दैट इंपल्स वाली फैकल्टी बढ़ जाएगी। और अगर आप उसको फॉलो न करें, तो वो वीक हो जाएगी। और फिर आप टेंपटेशन ही में चलते रहेंगे, चलते रहेंगे। ये मैं अपने एक्सपीरियंस से कहता हूँ। बहुत से लोगों को मैंने</w:t>
      </w:r>
    </w:p>
    <w:p>
      <w:r>
        <w:rPr>
          <w:b/>
        </w:rPr>
        <w:t xml:space="preserve">[06:21] </w:t>
      </w:r>
      <w:r>
        <w:t>dekha hai aise hi.</w:t>
      </w:r>
    </w:p>
    <w:p>
      <w:pPr>
        <w:jc w:val="right"/>
      </w:pPr>
      <w:r>
        <w:t>देखा है ऐसे ही।</w:t>
      </w:r>
    </w:p>
    <w:p>
      <w:r>
        <w:rPr>
          <w:b/>
        </w:rPr>
        <w:t xml:space="preserve">[06:26] </w:t>
      </w:r>
      <w:r>
        <w:t>to yahi ek hi formula mujhe maloom hai ki ignore that temptation and follow that impulse.</w:t>
      </w:r>
    </w:p>
    <w:p>
      <w:pPr>
        <w:jc w:val="right"/>
      </w:pPr>
      <w:r>
        <w:t>तो यही एक ही फ़ार्मूला मुझे मालूम है कि इग्नोर दैट टेंपटेशन एंड फॉलो दैट इंपल्स।</w:t>
      </w:r>
    </w:p>
    <w:p>
      <w:r>
        <w:rPr>
          <w:b/>
        </w:rPr>
        <w:t xml:space="preserve">[06:30] </w:t>
      </w:r>
      <w:r>
        <w:t>this question is from Shah Imran Hasan.</w:t>
      </w:r>
    </w:p>
    <w:p>
      <w:pPr>
        <w:jc w:val="right"/>
      </w:pPr>
      <w:r>
        <w:t>दिस क्वेश्चन इज़ फ्रॉम शाह इमरान हसन।</w:t>
      </w:r>
    </w:p>
    <w:p>
      <w:r>
        <w:rPr>
          <w:b/>
        </w:rPr>
        <w:t xml:space="preserve">[06:35] </w:t>
      </w:r>
      <w:r>
        <w:t>maulana, why mostly madrasa-based Muslims hate non-Muslims?</w:t>
      </w:r>
    </w:p>
    <w:p>
      <w:pPr>
        <w:jc w:val="right"/>
      </w:pPr>
      <w:r>
        <w:t>मौलाना, व्हाई मोस्टली मदरसा-बेस्ड मुस्लिम्स हेट नॉन-मुस्लिम्स?</w:t>
      </w:r>
    </w:p>
    <w:p>
      <w:r>
        <w:rPr>
          <w:b/>
        </w:rPr>
        <w:t xml:space="preserve">[06:39] </w:t>
      </w:r>
      <w:r>
        <w:t>how can we finish this bad situation?</w:t>
      </w:r>
    </w:p>
    <w:p>
      <w:pPr>
        <w:jc w:val="right"/>
      </w:pPr>
      <w:r>
        <w:t>हाउ कैन वी फिनिश दिस बैड सिचुएशन?</w:t>
      </w:r>
    </w:p>
    <w:p>
      <w:r>
        <w:rPr>
          <w:b/>
        </w:rPr>
        <w:t xml:space="preserve">[06:44] </w:t>
      </w:r>
      <w:r>
        <w:t>main samajhta hoon ki bahut aise ki baat hai.</w:t>
      </w:r>
    </w:p>
    <w:p>
      <w:pPr>
        <w:jc w:val="right"/>
      </w:pPr>
      <w:r>
        <w:t>मैं समझता हूँ कि बहुत ऐसे की बात है।</w:t>
      </w:r>
    </w:p>
    <w:p>
      <w:r>
        <w:rPr>
          <w:b/>
        </w:rPr>
        <w:t xml:space="preserve">[06:48] </w:t>
      </w:r>
      <w:r>
        <w:t>ye to sabki baat hai.</w:t>
      </w:r>
    </w:p>
    <w:p>
      <w:pPr>
        <w:jc w:val="right"/>
      </w:pPr>
      <w:r>
        <w:t>ये तो सबकी बात है।</w:t>
      </w:r>
    </w:p>
    <w:p>
      <w:r>
        <w:rPr>
          <w:b/>
        </w:rPr>
        <w:t xml:space="preserve">[06:53] </w:t>
      </w:r>
      <w:r>
        <w:t>saare musalmanon ki baat hai. abhi dekhiye, mere paas ek sahab aaye. ye saari duniya ke musalmanon ki baat hai. abhi do-char din ki baat hai. ek sahab, jo unki family thi syria ki, yani arab. to wo unke walidain jo the, parents jo the, syria chhodkar gaye turkey. migrate kiya unhone. phir turkey se</w:t>
      </w:r>
    </w:p>
    <w:p>
      <w:pPr>
        <w:jc w:val="right"/>
      </w:pPr>
      <w:r>
        <w:t>सारे मुसलमानों की बात है। अभी देखिए, मेरे पास एक साहब आए। ये सारी दुनिया के मुसलमानों की बात है। अभी दो-चार दिन की बात है। एक साहब, जो उनकी फैमिली थी सीरिया की, यानी अरब। तो वो उनके वालदैन जो थे, पेरेंट्स जो थे, सीरिया छोड़कर गए टर्की। माइग्रेट किया उन्होंने। फिर टर्की से</w:t>
      </w:r>
    </w:p>
    <w:p>
      <w:r>
        <w:rPr>
          <w:b/>
        </w:rPr>
        <w:t xml:space="preserve">[07:23] </w:t>
      </w:r>
      <w:r>
        <w:t>phir migrate karke wo Australia gaye.</w:t>
      </w:r>
    </w:p>
    <w:p>
      <w:pPr>
        <w:jc w:val="right"/>
      </w:pPr>
      <w:r>
        <w:t>फिर माइग्रेट करके वो ऑस्ट्रेलिया गए।</w:t>
      </w:r>
    </w:p>
    <w:p>
      <w:r>
        <w:rPr>
          <w:b/>
        </w:rPr>
        <w:t xml:space="preserve">[07:26] </w:t>
      </w:r>
      <w:r>
        <w:t>ab wo Australia mein rehte hain.</w:t>
      </w:r>
    </w:p>
    <w:p>
      <w:pPr>
        <w:jc w:val="right"/>
      </w:pPr>
      <w:r>
        <w:t>अब वो ऑस्ट्रेलिया में रहते हैं।</w:t>
      </w:r>
    </w:p>
    <w:p>
      <w:r>
        <w:rPr>
          <w:b/>
        </w:rPr>
        <w:t xml:space="preserve">[07:30] </w:t>
      </w:r>
      <w:r>
        <w:t>to aap dekhiye ki wo kehte kya hain.</w:t>
      </w:r>
    </w:p>
    <w:p>
      <w:pPr>
        <w:jc w:val="right"/>
      </w:pPr>
      <w:r>
        <w:t>तो आप देखिए कि वो कहते क्या हैं।</w:t>
      </w:r>
    </w:p>
    <w:p>
      <w:r>
        <w:rPr>
          <w:b/>
        </w:rPr>
        <w:t xml:space="preserve">[07:34] </w:t>
      </w:r>
      <w:r>
        <w:t>mujhse mile to baatchit karte-karte unhone kaha ki main gaya tha Agra.</w:t>
      </w:r>
    </w:p>
    <w:p>
      <w:pPr>
        <w:jc w:val="right"/>
      </w:pPr>
      <w:r>
        <w:t>मुझसे मिले तो बातचीत करते-करते उन्होंने कहा कि मैं गया था आगरा।</w:t>
      </w:r>
    </w:p>
    <w:p>
      <w:r>
        <w:rPr>
          <w:b/>
        </w:rPr>
        <w:t xml:space="preserve">[07:38] </w:t>
      </w:r>
      <w:r>
        <w:t>wahan maine Taj Mahal dekha.</w:t>
      </w:r>
    </w:p>
    <w:p>
      <w:pPr>
        <w:jc w:val="right"/>
      </w:pPr>
      <w:r>
        <w:t>वहाँ मैंने ताजमहल देखा।</w:t>
      </w:r>
    </w:p>
    <w:p>
      <w:r>
        <w:rPr>
          <w:b/>
        </w:rPr>
        <w:t xml:space="preserve">[07:42] </w:t>
      </w:r>
      <w:r>
        <w:t>to kehte hain ki Taj Mahal dekhkar bahut sad ho gaya main.</w:t>
      </w:r>
    </w:p>
    <w:p>
      <w:pPr>
        <w:jc w:val="right"/>
      </w:pPr>
      <w:r>
        <w:t>तो कहते हैं कि ताजमहल देखकर बहुत सैड हो गया मैं।</w:t>
      </w:r>
    </w:p>
    <w:p>
      <w:r>
        <w:rPr>
          <w:b/>
        </w:rPr>
        <w:t xml:space="preserve">[07:46] </w:t>
      </w:r>
      <w:r>
        <w:t>bahut andar se mujhe dukh hua.</w:t>
      </w:r>
    </w:p>
    <w:p>
      <w:pPr>
        <w:jc w:val="right"/>
      </w:pPr>
      <w:r>
        <w:t>बहुत अंदर से मुझे दुख हुआ।</w:t>
      </w:r>
    </w:p>
    <w:p>
      <w:r>
        <w:rPr>
          <w:b/>
        </w:rPr>
        <w:t xml:space="preserve">[07:49] </w:t>
      </w:r>
      <w:r>
        <w:t>ab main bada hairaan hua ki Taj Mahal dekhkar kyun dukh hua unko hua.</w:t>
      </w:r>
    </w:p>
    <w:p>
      <w:pPr>
        <w:jc w:val="right"/>
      </w:pPr>
      <w:r>
        <w:t>अब मैं बड़ा हैरान हुआ कि ताजमहल देखकर क्यों दुख हुआ उनको हुआ।</w:t>
      </w:r>
    </w:p>
    <w:p>
      <w:r>
        <w:rPr>
          <w:b/>
        </w:rPr>
        <w:t xml:space="preserve">[07:53] </w:t>
      </w:r>
      <w:r>
        <w:t>to kya kehte hain, isko banaya musalmanon ne.</w:t>
      </w:r>
    </w:p>
    <w:p>
      <w:pPr>
        <w:jc w:val="right"/>
      </w:pPr>
      <w:r>
        <w:t>तो क्या कहते हैं, इसको बनाया मुसलमानों ने।</w:t>
      </w:r>
    </w:p>
    <w:p>
      <w:r>
        <w:rPr>
          <w:b/>
        </w:rPr>
        <w:t xml:space="preserve">[07:58] </w:t>
      </w:r>
      <w:r>
        <w:t>ab hindu jo hain, usko istemal kar rahe hain.</w:t>
      </w:r>
    </w:p>
    <w:p>
      <w:pPr>
        <w:jc w:val="right"/>
      </w:pPr>
      <w:r>
        <w:t>अब हिंदू जो हैं, उसको इस्तेमाल कर रहे हैं।</w:t>
      </w:r>
    </w:p>
    <w:p>
      <w:r>
        <w:rPr>
          <w:b/>
        </w:rPr>
        <w:t xml:space="preserve">[08:02] </w:t>
      </w:r>
      <w:r>
        <w:t>us se faida utha rahe hain.</w:t>
      </w:r>
    </w:p>
    <w:p>
      <w:pPr>
        <w:jc w:val="right"/>
      </w:pPr>
      <w:r>
        <w:t>उससे फायदा उठा रहे हैं।</w:t>
      </w:r>
    </w:p>
    <w:p>
      <w:r>
        <w:rPr>
          <w:b/>
        </w:rPr>
        <w:t xml:space="preserve">[08:06] </w:t>
      </w:r>
      <w:r>
        <w:t>ye hate jo hai, sare musalmanon mein basa hua hai. kyon?</w:t>
      </w:r>
    </w:p>
    <w:p>
      <w:pPr>
        <w:jc w:val="right"/>
      </w:pPr>
      <w:r>
        <w:t>ये हेट जो है, सारे मुसलमानों में बसा हुआ है। क्यों?</w:t>
      </w:r>
    </w:p>
    <w:p>
      <w:r>
        <w:rPr>
          <w:b/>
        </w:rPr>
        <w:t xml:space="preserve">[08:10] </w:t>
      </w:r>
      <w:r>
        <w:t>main kya sochta hoon?</w:t>
      </w:r>
    </w:p>
    <w:p>
      <w:pPr>
        <w:jc w:val="right"/>
      </w:pPr>
      <w:r>
        <w:t>मैं क्या सोचता हूँ?</w:t>
      </w:r>
    </w:p>
    <w:p>
      <w:r>
        <w:rPr>
          <w:b/>
        </w:rPr>
        <w:t xml:space="preserve">[08:15] </w:t>
      </w:r>
      <w:r>
        <w:t>main to ye sochta hoon ke india mein, aap jante hain, shahjahan ne banaya tha.</w:t>
      </w:r>
    </w:p>
    <w:p>
      <w:pPr>
        <w:jc w:val="right"/>
      </w:pPr>
      <w:r>
        <w:t>मैं तो ये सोचता हूँ कि इंडिया में, आप जानते हैं, शाहजहाँ ने बनाया था।</w:t>
      </w:r>
    </w:p>
    <w:p>
      <w:r>
        <w:rPr>
          <w:b/>
        </w:rPr>
        <w:t xml:space="preserve">[08:19] </w:t>
      </w:r>
      <w:r>
        <w:t>to main kahunga ke india mein ye mughal jo the,</w:t>
      </w:r>
    </w:p>
    <w:p>
      <w:pPr>
        <w:jc w:val="right"/>
      </w:pPr>
      <w:r>
        <w:t>तो मैं कहूँगा कि इंडिया में ये मुग़ल जो थे,</w:t>
      </w:r>
    </w:p>
    <w:p>
      <w:r>
        <w:rPr>
          <w:b/>
        </w:rPr>
        <w:t xml:space="preserve">[08:23] </w:t>
      </w:r>
      <w:r>
        <w:t>bahar se aaye.</w:t>
      </w:r>
    </w:p>
    <w:p>
      <w:pPr>
        <w:jc w:val="right"/>
      </w:pPr>
      <w:r>
        <w:t>बाहर से आए।</w:t>
      </w:r>
    </w:p>
    <w:p>
      <w:r>
        <w:rPr>
          <w:b/>
        </w:rPr>
        <w:t xml:space="preserve">[08:27] </w:t>
      </w:r>
      <w:r>
        <w:t>wo india mein intruder the wo.</w:t>
      </w:r>
    </w:p>
    <w:p>
      <w:pPr>
        <w:jc w:val="right"/>
      </w:pPr>
      <w:r>
        <w:t>वो इंडिया में इनट्रूडर थे वो।</w:t>
      </w:r>
    </w:p>
    <w:p>
      <w:r>
        <w:rPr>
          <w:b/>
        </w:rPr>
        <w:t xml:space="preserve">[08:30] </w:t>
      </w:r>
      <w:r>
        <w:t>main unko dil se manta hoon ke wo intruder the wo.</w:t>
      </w:r>
    </w:p>
    <w:p>
      <w:pPr>
        <w:jc w:val="right"/>
      </w:pPr>
      <w:r>
        <w:t>मैं उनको दिल से मानता हूँ कि वो इनट्रूडर थे वो।</w:t>
      </w:r>
    </w:p>
    <w:p>
      <w:r>
        <w:rPr>
          <w:b/>
        </w:rPr>
        <w:t xml:space="preserve">[08:34] </w:t>
      </w:r>
      <w:r>
        <w:t>to india mein unhone welcome kiya unko.</w:t>
      </w:r>
    </w:p>
    <w:p>
      <w:pPr>
        <w:jc w:val="right"/>
      </w:pPr>
      <w:r>
        <w:t>तो इंडिया में उन्होंने वेलकम किया उनको।</w:t>
      </w:r>
    </w:p>
    <w:p>
      <w:r>
        <w:rPr>
          <w:b/>
        </w:rPr>
        <w:t xml:space="preserve">[08:37] </w:t>
      </w:r>
      <w:r>
        <w:t>inko raaz ban gaya unka.</w:t>
      </w:r>
    </w:p>
    <w:p>
      <w:pPr>
        <w:jc w:val="right"/>
      </w:pPr>
      <w:r>
        <w:t>इनको राज़ बन गया उनका।</w:t>
      </w:r>
    </w:p>
    <w:p>
      <w:r>
        <w:rPr>
          <w:b/>
        </w:rPr>
        <w:t xml:space="preserve">[08:40] </w:t>
      </w:r>
      <w:r>
        <w:t>raaz karke khoob thath bhi karte rahe wo.</w:t>
      </w:r>
    </w:p>
    <w:p>
      <w:pPr>
        <w:jc w:val="right"/>
      </w:pPr>
      <w:r>
        <w:t>राज़ करके खूब ठाठ भी करते रहे वो।</w:t>
      </w:r>
    </w:p>
    <w:p>
      <w:r>
        <w:rPr>
          <w:b/>
        </w:rPr>
        <w:t xml:space="preserve">[08:44] </w:t>
      </w:r>
      <w:r>
        <w:t>to apni biwi ke liye tajmahal banaya unhone.</w:t>
      </w:r>
    </w:p>
    <w:p>
      <w:pPr>
        <w:jc w:val="right"/>
      </w:pPr>
      <w:r>
        <w:t>तो अपनी बीवी के लिए ताजमहल बनाया उन्होंने।</w:t>
      </w:r>
    </w:p>
    <w:p>
      <w:r>
        <w:rPr>
          <w:b/>
        </w:rPr>
        <w:t xml:space="preserve">[08:47] </w:t>
      </w:r>
      <w:r>
        <w:t>bhai, india walon ke liye university kyon nahin banayi unhone?</w:t>
      </w:r>
    </w:p>
    <w:p>
      <w:pPr>
        <w:jc w:val="right"/>
      </w:pPr>
      <w:r>
        <w:t>भाई, इंडिया वालों के लिए यूनिवर्सिटी क्यों नहीं बनाई उन्होंने?</w:t>
      </w:r>
    </w:p>
    <w:p>
      <w:r>
        <w:rPr>
          <w:b/>
        </w:rPr>
        <w:t xml:space="preserve">[08:51] </w:t>
      </w:r>
      <w:r>
        <w:t>mughalon ke paas jab india ki daulat aayi,</w:t>
      </w:r>
    </w:p>
    <w:p>
      <w:pPr>
        <w:jc w:val="right"/>
      </w:pPr>
      <w:r>
        <w:t>मुग़लों के पास जब इंडिया की दौलत आई,</w:t>
      </w:r>
    </w:p>
    <w:p>
      <w:r>
        <w:rPr>
          <w:b/>
        </w:rPr>
        <w:t xml:space="preserve">[08:54] </w:t>
      </w:r>
      <w:r>
        <w:t>to kya kya unhone tajmahal banaya.</w:t>
      </w:r>
    </w:p>
    <w:p>
      <w:pPr>
        <w:jc w:val="right"/>
      </w:pPr>
      <w:r>
        <w:t>तो क्या-क्या उन्होंने ताजमहल बनाया।</w:t>
      </w:r>
    </w:p>
    <w:p>
      <w:r>
        <w:rPr>
          <w:b/>
        </w:rPr>
        <w:t xml:space="preserve">[08:57] </w:t>
      </w:r>
      <w:r>
        <w:t>ulal kala banaya.</w:t>
      </w:r>
    </w:p>
    <w:p>
      <w:pPr>
        <w:jc w:val="right"/>
      </w:pPr>
      <w:r>
        <w:t>उलाल कला बनाया।</w:t>
      </w:r>
    </w:p>
    <w:p>
      <w:r>
        <w:rPr>
          <w:b/>
        </w:rPr>
        <w:t xml:space="preserve">[09:01] </w:t>
      </w:r>
      <w:r>
        <w:t>bhai, india ka aur bhi bada kaam tha.</w:t>
      </w:r>
    </w:p>
    <w:p>
      <w:pPr>
        <w:jc w:val="right"/>
      </w:pPr>
      <w:r>
        <w:t>भाई, इंडिया का और भी बड़ा काम था।</w:t>
      </w:r>
    </w:p>
    <w:p>
      <w:r>
        <w:rPr>
          <w:b/>
        </w:rPr>
        <w:t xml:space="preserve">[09:04] </w:t>
      </w:r>
      <w:r>
        <w:t>wo tha university banana.</w:t>
      </w:r>
    </w:p>
    <w:p>
      <w:pPr>
        <w:jc w:val="right"/>
      </w:pPr>
      <w:r>
        <w:t>वो था यूनिवर्सिटी बनाना।</w:t>
      </w:r>
    </w:p>
    <w:p>
      <w:r>
        <w:rPr>
          <w:b/>
        </w:rPr>
        <w:t xml:space="preserve">[09:07] </w:t>
      </w:r>
      <w:r>
        <w:t>india ke liye university, india ke liye medical college, india ke liye research center.</w:t>
      </w:r>
    </w:p>
    <w:p>
      <w:pPr>
        <w:jc w:val="right"/>
      </w:pPr>
      <w:r>
        <w:t>इंडिया के लिए यूनिवर्सिटी, इंडिया के लिए मेडिकल कॉलेज, इंडिया के लिए रिसर्च सेंटर।</w:t>
      </w:r>
    </w:p>
    <w:p>
      <w:r>
        <w:rPr>
          <w:b/>
        </w:rPr>
        <w:t xml:space="preserve">[09:11] </w:t>
      </w:r>
      <w:r>
        <w:t>ye sab karte.</w:t>
      </w:r>
    </w:p>
    <w:p>
      <w:pPr>
        <w:jc w:val="right"/>
      </w:pPr>
      <w:r>
        <w:t>ये सब करते।</w:t>
      </w:r>
    </w:p>
    <w:p>
      <w:r>
        <w:rPr>
          <w:b/>
        </w:rPr>
        <w:t xml:space="preserve">[09:14] </w:t>
      </w:r>
      <w:r>
        <w:t>aap jante hain, usi zamane mein, jab shahjahan tha is mulk mein, usi zamane mein europe mein khoob</w:t>
      </w:r>
    </w:p>
    <w:p>
      <w:pPr>
        <w:jc w:val="right"/>
      </w:pPr>
      <w:r>
        <w:t>आप जानते हैं, उसी ज़माने में, जब शाहजहाँ था इस मुल्क में, उसी ज़माने में यूरोप में खूब</w:t>
      </w:r>
    </w:p>
    <w:p>
      <w:r>
        <w:rPr>
          <w:b/>
        </w:rPr>
        <w:t xml:space="preserve">[09:17] </w:t>
      </w:r>
      <w:r>
        <w:t>taraqqiyan ho rahi thin.</w:t>
      </w:r>
    </w:p>
    <w:p>
      <w:pPr>
        <w:jc w:val="right"/>
      </w:pPr>
      <w:r>
        <w:t>तरक्कियां हो रही थीं।</w:t>
      </w:r>
    </w:p>
    <w:p>
      <w:r>
        <w:rPr>
          <w:b/>
        </w:rPr>
        <w:t xml:space="preserve">[09:21] </w:t>
      </w:r>
      <w:r>
        <w:t>usi zamane mein. yani europe</w:t>
      </w:r>
    </w:p>
    <w:p>
      <w:pPr>
        <w:jc w:val="right"/>
      </w:pPr>
      <w:r>
        <w:t>उसी ज़माने में। यानी यूरोप</w:t>
      </w:r>
    </w:p>
    <w:p>
      <w:r>
        <w:rPr>
          <w:b/>
        </w:rPr>
        <w:t xml:space="preserve">[09:24] </w:t>
      </w:r>
      <w:r>
        <w:t>mein renesa aa chuka tha.</w:t>
      </w:r>
    </w:p>
    <w:p>
      <w:pPr>
        <w:jc w:val="right"/>
      </w:pPr>
      <w:r>
        <w:t>में रेनेसा आ चुका था।</w:t>
      </w:r>
    </w:p>
    <w:p>
      <w:r>
        <w:rPr>
          <w:b/>
        </w:rPr>
        <w:t xml:space="preserve">[09:28] </w:t>
      </w:r>
      <w:r>
        <w:t>europe mein renesa aa chuka tha.</w:t>
      </w:r>
    </w:p>
    <w:p>
      <w:pPr>
        <w:jc w:val="right"/>
      </w:pPr>
      <w:r>
        <w:t>यूरोप में रेनेसा आ चुका था।</w:t>
      </w:r>
    </w:p>
    <w:p>
      <w:r>
        <w:rPr>
          <w:b/>
        </w:rPr>
        <w:t xml:space="preserve">[09:31] </w:t>
      </w:r>
      <w:r>
        <w:t>to kyon nahin unhon ne bheja ek temptation ki jao ki europe ko pata karke aao ki wahan kya-kya</w:t>
      </w:r>
    </w:p>
    <w:p>
      <w:pPr>
        <w:jc w:val="right"/>
      </w:pPr>
      <w:r>
        <w:t>तो क्यों नहीं उन्होंने भेजा एक टेंपटेशन कि जाओ कि यूरोप को पता करके आओ कि वहाँ क्या-क्या</w:t>
      </w:r>
    </w:p>
    <w:p>
      <w:r>
        <w:rPr>
          <w:b/>
        </w:rPr>
        <w:t xml:space="preserve">[09:34] </w:t>
      </w:r>
      <w:r>
        <w:t>taraqqiyan ho rahi hain.</w:t>
      </w:r>
    </w:p>
    <w:p>
      <w:pPr>
        <w:jc w:val="right"/>
      </w:pPr>
      <w:r>
        <w:t>तरक्कियां हो रही हैं।</w:t>
      </w:r>
    </w:p>
    <w:p>
      <w:r>
        <w:rPr>
          <w:b/>
        </w:rPr>
        <w:t xml:space="preserve">[09:38] </w:t>
      </w:r>
      <w:r>
        <w:t>hum india mein usko laayenge.</w:t>
      </w:r>
    </w:p>
    <w:p>
      <w:pPr>
        <w:jc w:val="right"/>
      </w:pPr>
      <w:r>
        <w:t>हम इंडिया में उसको लाएँगे।</w:t>
      </w:r>
    </w:p>
    <w:p>
      <w:r>
        <w:rPr>
          <w:b/>
        </w:rPr>
        <w:t xml:space="preserve">[09:41] </w:t>
      </w:r>
      <w:r>
        <w:t>to main to tajmahal ko dekhkar kehta hoon ki kitna galat kaam kiya is aadmi ne.</w:t>
      </w:r>
    </w:p>
    <w:p>
      <w:pPr>
        <w:jc w:val="right"/>
      </w:pPr>
      <w:r>
        <w:t>तो मैं तो ताजमहल को देखकर कहता हूँ कि कितना गलत काम किया इस आदमी ने।</w:t>
      </w:r>
    </w:p>
    <w:p>
      <w:r>
        <w:rPr>
          <w:b/>
        </w:rPr>
        <w:t xml:space="preserve">[09:44] </w:t>
      </w:r>
      <w:r>
        <w:t>ki duniya, hamare desh ko tajmahal dekar mara wo.</w:t>
      </w:r>
    </w:p>
    <w:p>
      <w:pPr>
        <w:jc w:val="right"/>
      </w:pPr>
      <w:r>
        <w:t>कि दुनिया, हमारे देश को ताजमहल देकर मरा वो।</w:t>
      </w:r>
    </w:p>
    <w:p>
      <w:r>
        <w:rPr>
          <w:b/>
        </w:rPr>
        <w:t xml:space="preserve">[09:48] </w:t>
      </w:r>
      <w:r>
        <w:t>india ko deta university, india ko deta medical college, india ko deta research center.</w:t>
      </w:r>
    </w:p>
    <w:p>
      <w:pPr>
        <w:jc w:val="right"/>
      </w:pPr>
      <w:r>
        <w:t>इंडिया को देता यूनिवर्सिटी, इंडिया को देता मेडिकल कॉलेज, इंडिया को देता रिसर्च सेंटर।</w:t>
      </w:r>
    </w:p>
    <w:p>
      <w:r>
        <w:rPr>
          <w:b/>
        </w:rPr>
        <w:t xml:space="preserve">[09:51] </w:t>
      </w:r>
      <w:r>
        <w:t>ye deta wo. to</w:t>
      </w:r>
    </w:p>
    <w:p>
      <w:pPr>
        <w:jc w:val="right"/>
      </w:pPr>
      <w:r>
        <w:t>ये देता वो। तो</w:t>
      </w:r>
    </w:p>
    <w:p>
      <w:r>
        <w:rPr>
          <w:b/>
        </w:rPr>
        <w:t xml:space="preserve">[09:54] </w:t>
      </w:r>
      <w:r>
        <w:t>soch ka dekhiye fark. soch. ye soch poori duniya ke musalmanon mein hai. yahan se lekar jahan bhi main gaya, britain mein, america mein, arab countries mein, jahan bhi, pakistan mein, har jagah, iran mein, sab hate mein jeete, hate mein jeete. ko madrasa ki baat kyon kehte hain aap? ye to university ko padha hua aadmi hai. jis-jisne, jiska maine ab kaha aapko. saare aap jaiye, muslim university jaiye, sab hate mein jeete hain. m</w:t>
      </w:r>
    </w:p>
    <w:p>
      <w:pPr>
        <w:jc w:val="right"/>
      </w:pPr>
      <w:r>
        <w:t>सोच का देखिए फर्क। सोच। ये सोच पूरी दुनिया के मुसलमानों में है। यहाँ से लेकर जहाँ भी मैं गया, ब्रिटेन में, अमेरिका में, अरब कंट्रीज़ में, जहाँ भी, पाकिस्तान में, हर जगह, ईरान में, सब हेट में जीते, हेट में जीते। को मदरसे की बात क्यों कहते हैं आप? ये तो यूनिवर्सिटी को पढ़ा हुआ आदमी है। जिस-जिसने, जिसका मैंने अब कहा आपको। सारे आप जाइए, मुस्लिम यूनिवर्सिटी जाइए, सब हेट में जीते हैं। म</w:t>
      </w:r>
    </w:p>
    <w:p>
      <w:r>
        <w:rPr>
          <w:b/>
        </w:rPr>
        <w:t xml:space="preserve">[10:24] </w:t>
      </w:r>
      <w:r>
        <w:t>darase ki baat kyon karte hain aap?</w:t>
      </w:r>
    </w:p>
    <w:p>
      <w:pPr>
        <w:jc w:val="right"/>
      </w:pPr>
      <w:r>
        <w:t>दरसे की बात क्यों करते हैं आप?</w:t>
      </w:r>
    </w:p>
    <w:p>
      <w:r>
        <w:rPr>
          <w:b/>
        </w:rPr>
        <w:t xml:space="preserve">[10:29] </w:t>
      </w:r>
      <w:r>
        <w:t>saara aligarh university jo hai, hate mein jeeta hai.</w:t>
      </w:r>
    </w:p>
    <w:p>
      <w:pPr>
        <w:jc w:val="right"/>
      </w:pPr>
      <w:r>
        <w:t>सारा अलीगढ़ यूनिवर्सिटी जो है, हेट में जीता है।</w:t>
      </w:r>
    </w:p>
    <w:p>
      <w:r>
        <w:rPr>
          <w:b/>
        </w:rPr>
        <w:t xml:space="preserve">[10:33] </w:t>
      </w:r>
      <w:r>
        <w:t>to ye hate phenomena, universal phenomena hai musalmanon ka.</w:t>
      </w:r>
    </w:p>
    <w:p>
      <w:pPr>
        <w:jc w:val="right"/>
      </w:pPr>
      <w:r>
        <w:t>तो ये हेट फ़िनोमिना, यूनिवर्सल फ़िनोमिना है मुसलमानों का।</w:t>
      </w:r>
    </w:p>
    <w:p>
      <w:r>
        <w:rPr>
          <w:b/>
        </w:rPr>
        <w:t xml:space="preserve">[10:37] </w:t>
      </w:r>
      <w:r>
        <w:t>madarse ka phenomena nahin hai.</w:t>
      </w:r>
    </w:p>
    <w:p>
      <w:pPr>
        <w:jc w:val="right"/>
      </w:pPr>
      <w:r>
        <w:t>मदरसे का फ़िनोमिना नहीं है।</w:t>
      </w:r>
    </w:p>
    <w:p>
      <w:r>
        <w:rPr>
          <w:b/>
        </w:rPr>
        <w:t xml:space="preserve">[10:42] </w:t>
      </w:r>
      <w:r>
        <w:t>uski wajah kya hai?</w:t>
      </w:r>
    </w:p>
    <w:p>
      <w:pPr>
        <w:jc w:val="right"/>
      </w:pPr>
      <w:r>
        <w:t>उसकी वजह क्या है?</w:t>
      </w:r>
    </w:p>
    <w:p>
      <w:r>
        <w:rPr>
          <w:b/>
        </w:rPr>
        <w:t xml:space="preserve">[10:46] </w:t>
      </w:r>
      <w:r>
        <w:t>uski saari responsibility aati hai hamare, yaani incompetent leaderon par.</w:t>
      </w:r>
    </w:p>
    <w:p>
      <w:pPr>
        <w:jc w:val="right"/>
      </w:pPr>
      <w:r>
        <w:t>उसकी सारी रिस्पांसिबिलिटी आती है हमारे, यानी इनकंपिटेंट लीडरों पर।</w:t>
      </w:r>
    </w:p>
    <w:p>
      <w:r>
        <w:rPr>
          <w:b/>
        </w:rPr>
        <w:t xml:space="preserve">[10:50] </w:t>
      </w:r>
      <w:r>
        <w:t>jinhon ne formula, yaani is zamane mein musalman jo hain, unko decline par aa gaye the</w:t>
      </w:r>
    </w:p>
    <w:p>
      <w:pPr>
        <w:jc w:val="right"/>
      </w:pPr>
      <w:r>
        <w:t>जिन्होंने फ़ार्मूला, यानी इस ज़माने में मुसलमान जो हैं, उनको डिक्लाइन पर आ गए थे</w:t>
      </w:r>
    </w:p>
    <w:p>
      <w:r>
        <w:rPr>
          <w:b/>
        </w:rPr>
        <w:t xml:space="preserve">[10:54] </w:t>
      </w:r>
      <w:r>
        <w:t>wo. to phir se uthane ke liye kya unhone formula nikala? ke wo bale madrasa ka formula. pride ka formula. logon kehte hain, pride lao, pride. to pride to ulti-ulti, ulti hai, ulta dose tha ye. ek bhi aadmi mujhe bata dijiye poore is do sau saal mein, do sau saal mein, jisne jo kuch sachmuch janta ho ke modern world scientific world</w:t>
      </w:r>
    </w:p>
    <w:p>
      <w:pPr>
        <w:jc w:val="right"/>
      </w:pPr>
      <w:r>
        <w:t>वो। तो फिर से उठाने के लिए क्या उन्होंने फ़ार्मूला निकाला? कि वो बले मदरस का फ़ार्मूला। प्राइड का फ़ार्मूला। लोगों कहते हैं, प्राइड लाओ, प्राइड। तो प्राइड तो उल्टी-उल्टी, उल्टी है, उल्टा डोज़ था ये। एक भी आदमी मुझे बता दीजिए पूरे इस दो सौ साल में, दो सौ साल में, जिसने जो कुछ सचमुच जानता हो कि मॉडर्न वर्ल्ड साइंटिफिक वर्ल्ड</w:t>
      </w:r>
    </w:p>
    <w:p>
      <w:r>
        <w:rPr>
          <w:b/>
        </w:rPr>
        <w:t xml:space="preserve">[11:24] </w:t>
      </w:r>
      <w:r>
        <w:t>hai. modern world ek naya world hai. ab musalmanon ko modern education lena hai. modern science seekhna hai. modern knowledge unko gain karna hai. mujhe ek aadmi mujhe bata dijiye. sir syed ko jo kaha jata hai ke sahab, education unke liye kya tha? mughalon ke zamane mein persian language yahan hoti thi. persian seekh-seekhkar log wo lete the. services milti thin unko. ab jab britishers ne persian ko khatm</w:t>
      </w:r>
    </w:p>
    <w:p>
      <w:pPr>
        <w:jc w:val="right"/>
      </w:pPr>
      <w:r>
        <w:t>है। मॉडर्न वर्ल्ड एक नया वर्ल्ड है। अब मुसलमानों को मॉडर्न एजुकेशन लेना है। मॉडर्न साइंस सीखना है। मॉडर्न नॉलेज उनको गेन करना है। मुझे एक आदमी मुझे बता दीजिए। सर सैयद को जो कहा जाता है कि साहब, एजुकेशन उनके लिए क्या था? मुग़लों के ज़माने में पर्शियन लैंग्वेज यहाँ होती थी। पर्शियन सीख-सीखकर लोग वो लेते थे। सर्विसेज़ मिलती थीं उनको। अब जब ब्रिटिशर्स ने पर्शियन को खत्म</w:t>
      </w:r>
    </w:p>
    <w:p>
      <w:r>
        <w:rPr>
          <w:b/>
        </w:rPr>
        <w:t xml:space="preserve">[11:54] </w:t>
      </w:r>
      <w:r>
        <w:t>kiya aur english ko laaye, to musalmanon ke paas services nahin rahin.</w:t>
      </w:r>
    </w:p>
    <w:p>
      <w:pPr>
        <w:jc w:val="right"/>
      </w:pPr>
      <w:r>
        <w:t>किया और इंग्लिश को लाए, तो मुसलमानों के पास सर्विसेज़ नहीं रहीं।</w:t>
      </w:r>
    </w:p>
    <w:p>
      <w:r>
        <w:rPr>
          <w:b/>
        </w:rPr>
        <w:t xml:space="preserve">[11:58] </w:t>
      </w:r>
      <w:r>
        <w:t>ab unka dard kya tha?</w:t>
      </w:r>
    </w:p>
    <w:p>
      <w:pPr>
        <w:jc w:val="right"/>
      </w:pPr>
      <w:r>
        <w:t>अब उनका दर्द क्या था?</w:t>
      </w:r>
    </w:p>
    <w:p>
      <w:r>
        <w:rPr>
          <w:b/>
        </w:rPr>
        <w:t xml:space="preserve">[12:02] </w:t>
      </w:r>
      <w:r>
        <w:t>sirf ye ki musalman angrezi padhein aur services milein unko.</w:t>
      </w:r>
    </w:p>
    <w:p>
      <w:pPr>
        <w:jc w:val="right"/>
      </w:pPr>
      <w:r>
        <w:t>सिर्फ ये कि मुसलमान अंग्रेजी पढ़ें और सर्विसेज़ मिलें उनको।</w:t>
      </w:r>
    </w:p>
    <w:p>
      <w:r>
        <w:rPr>
          <w:b/>
        </w:rPr>
        <w:t xml:space="preserve">[12:06] </w:t>
      </w:r>
      <w:r>
        <w:t>aap padhiye unki life syed ki.</w:t>
      </w:r>
    </w:p>
    <w:p>
      <w:pPr>
        <w:jc w:val="right"/>
      </w:pPr>
      <w:r>
        <w:t>आप पढ़िए उनकी लाइफ सर सैयद की।</w:t>
      </w:r>
    </w:p>
    <w:p>
      <w:r>
        <w:rPr>
          <w:b/>
        </w:rPr>
        <w:t xml:space="preserve">[12:10] </w:t>
      </w:r>
      <w:r>
        <w:t>ye-ye koi, ye koi, koi baat hai ye.</w:t>
      </w:r>
    </w:p>
    <w:p>
      <w:pPr>
        <w:jc w:val="right"/>
      </w:pPr>
      <w:r>
        <w:t>ये-ये कोई, ये कोई, कोई बात है ये।</w:t>
      </w:r>
    </w:p>
    <w:p>
      <w:r>
        <w:rPr>
          <w:b/>
        </w:rPr>
        <w:t xml:space="preserve">[12:14] </w:t>
      </w:r>
      <w:r>
        <w:t>are bhai, modern world ek modern knowledge lekar aaya hai.</w:t>
      </w:r>
    </w:p>
    <w:p>
      <w:pPr>
        <w:jc w:val="right"/>
      </w:pPr>
      <w:r>
        <w:t>अरे भाई, मॉडर्न वर्ल्ड एक मॉडर्न नॉलेज लेकर आया है।</w:t>
      </w:r>
    </w:p>
    <w:p>
      <w:r>
        <w:rPr>
          <w:b/>
        </w:rPr>
        <w:t xml:space="preserve">[12:18] </w:t>
      </w:r>
      <w:r>
        <w:t>modern, yaani har cheez mein, har cheez ko ek naya paida hua hai.</w:t>
      </w:r>
    </w:p>
    <w:p>
      <w:pPr>
        <w:jc w:val="right"/>
      </w:pPr>
      <w:r>
        <w:t>मॉडर्न, यानी हर चीज़ में, हर चीज़ को एक नया पैदा हुआ है।</w:t>
      </w:r>
    </w:p>
    <w:p>
      <w:r>
        <w:rPr>
          <w:b/>
        </w:rPr>
        <w:t xml:space="preserve">[12:22] </w:t>
      </w:r>
      <w:r>
        <w:t>naya daur, naya zamana.</w:t>
      </w:r>
    </w:p>
    <w:p>
      <w:pPr>
        <w:jc w:val="right"/>
      </w:pPr>
      <w:r>
        <w:t>नया दौर, नया ज़माना।</w:t>
      </w:r>
    </w:p>
    <w:p>
      <w:r>
        <w:rPr>
          <w:b/>
        </w:rPr>
        <w:t xml:space="preserve">[12:26] </w:t>
      </w:r>
      <w:r>
        <w:t>to bajaye iske ki ye kehte ki musalmanon, tum naye zamane mein pahunch gaye ho.</w:t>
      </w:r>
    </w:p>
    <w:p>
      <w:pPr>
        <w:jc w:val="right"/>
      </w:pPr>
      <w:r>
        <w:t>तो बजाय इसके कि ये कहते कि मुसलमानों, तुम नए ज़माने में पहुँच गए हो।</w:t>
      </w:r>
    </w:p>
    <w:p>
      <w:r>
        <w:rPr>
          <w:b/>
        </w:rPr>
        <w:t xml:space="preserve">[12:29] </w:t>
      </w:r>
      <w:r>
        <w:t>naye zamane ko seekho.</w:t>
      </w:r>
    </w:p>
    <w:p>
      <w:pPr>
        <w:jc w:val="right"/>
      </w:pPr>
      <w:r>
        <w:t>नए ज़माने को सीखो।</w:t>
      </w:r>
    </w:p>
    <w:p>
      <w:r>
        <w:rPr>
          <w:b/>
        </w:rPr>
        <w:t xml:space="preserve">[12:31] </w:t>
      </w:r>
      <w:r>
        <w:t>modern education hasil karo.</w:t>
      </w:r>
    </w:p>
    <w:p>
      <w:pPr>
        <w:jc w:val="right"/>
      </w:pPr>
      <w:r>
        <w:t>मॉडर्न एजुकेशन हासिल करो।</w:t>
      </w:r>
    </w:p>
    <w:p>
      <w:r>
        <w:rPr>
          <w:b/>
        </w:rPr>
        <w:t xml:space="preserve">[12:34] </w:t>
      </w:r>
      <w:r>
        <w:t>ye kya ki bas ye jo tumhara empire khatm hua hai, to ye sab dushman hain.</w:t>
      </w:r>
    </w:p>
    <w:p>
      <w:pPr>
        <w:jc w:val="right"/>
      </w:pPr>
      <w:r>
        <w:t>ये क्या कि बस ये जो तुम्हारा एम्पायर खत्म हुआ है, तो ये सब दुश्मन हैं।</w:t>
      </w:r>
    </w:p>
    <w:p>
      <w:r>
        <w:rPr>
          <w:b/>
        </w:rPr>
        <w:t xml:space="preserve">[12:37] </w:t>
      </w:r>
      <w:r>
        <w:t>ye sab conspiracy karte hain.</w:t>
      </w:r>
    </w:p>
    <w:p>
      <w:pPr>
        <w:jc w:val="right"/>
      </w:pPr>
      <w:r>
        <w:t>ये सब कान्स्पैसी करते हैं।</w:t>
      </w:r>
    </w:p>
    <w:p>
      <w:r>
        <w:rPr>
          <w:b/>
        </w:rPr>
        <w:t xml:space="preserve">[12:40] </w:t>
      </w:r>
      <w:r>
        <w:t>tumhara empire chheen liya hai.</w:t>
      </w:r>
    </w:p>
    <w:p>
      <w:pPr>
        <w:jc w:val="right"/>
      </w:pPr>
      <w:r>
        <w:t>तुम्हारा एम्पायर छीन लिया है।</w:t>
      </w:r>
    </w:p>
    <w:p>
      <w:r>
        <w:rPr>
          <w:b/>
        </w:rPr>
        <w:t xml:space="preserve">[12:42] </w:t>
      </w:r>
      <w:r>
        <w:t>to musalmanon ki soch kahan lagi?</w:t>
      </w:r>
    </w:p>
    <w:p>
      <w:pPr>
        <w:jc w:val="right"/>
      </w:pPr>
      <w:r>
        <w:t>तो मुसलमानों की सोच कहाँ लगी?</w:t>
      </w:r>
    </w:p>
    <w:p>
      <w:r>
        <w:rPr>
          <w:b/>
        </w:rPr>
        <w:t xml:space="preserve">[12:45] </w:t>
      </w:r>
      <w:r>
        <w:t>ki aathvan empire kyon khatm ho gaya?</w:t>
      </w:r>
    </w:p>
    <w:p>
      <w:pPr>
        <w:jc w:val="right"/>
      </w:pPr>
      <w:r>
        <w:t>कि आठवाँ एम्पायर क्यों खत्म हो गया?</w:t>
      </w:r>
    </w:p>
    <w:p>
      <w:r>
        <w:rPr>
          <w:b/>
        </w:rPr>
        <w:t xml:space="preserve">[12:48] </w:t>
      </w:r>
      <w:r>
        <w:t>aur Mughal empire kyon khatm ho gaya?</w:t>
      </w:r>
    </w:p>
    <w:p>
      <w:pPr>
        <w:jc w:val="right"/>
      </w:pPr>
      <w:r>
        <w:t>और मुग़ल एम्पायर क्यों खत्म हो गया?</w:t>
      </w:r>
    </w:p>
    <w:p>
      <w:r>
        <w:rPr>
          <w:b/>
        </w:rPr>
        <w:t xml:space="preserve">[12:51] </w:t>
      </w:r>
      <w:r>
        <w:t>aur khilafat kyon khatm ho gayi?</w:t>
      </w:r>
    </w:p>
    <w:p>
      <w:pPr>
        <w:jc w:val="right"/>
      </w:pPr>
      <w:r>
        <w:t>और खिलाफत क्यों खत्म हो गई?</w:t>
      </w:r>
    </w:p>
    <w:p>
      <w:r>
        <w:rPr>
          <w:b/>
        </w:rPr>
        <w:t xml:space="preserve">[12:53] </w:t>
      </w:r>
      <w:r>
        <w:t>ye sab jhoothi soch thi bilkul.</w:t>
      </w:r>
    </w:p>
    <w:p>
      <w:pPr>
        <w:jc w:val="right"/>
      </w:pPr>
      <w:r>
        <w:t>ये सब झूठी सोच थी बिल्कुल।</w:t>
      </w:r>
    </w:p>
    <w:p>
      <w:r>
        <w:rPr>
          <w:b/>
        </w:rPr>
        <w:t xml:space="preserve">[12:56] </w:t>
      </w:r>
      <w:r>
        <w:t>quran mein hai ke tilkal ayyamudaweluhubinnas. bahut badi baat hai ye. bahut hi badi baat hai. tilkal ayyamudaweluhubinnas. yani political power jo hai, kabhi inke paas rahega, kabhi unke paas rahega. monopoly kabhi kisi ko nahi hogi. musalmanon ne kyonke aath sau saal tak rule raha unka, to monopoly samajh liya aapne ko. yani political power ko apni monopoly samajh liya.</w:t>
      </w:r>
    </w:p>
    <w:p>
      <w:pPr>
        <w:jc w:val="right"/>
      </w:pPr>
      <w:r>
        <w:t>क़ुरआन में है कि तिलकल अय्यामुनु दावेलुहा बिन नास। बहुत बड़ी बात है ये। बहुत ही बड़ी बात है। तिलकल अय्यामुनु दावेलुहा बिन नास। यानी पॉलिटिकल पावर जो है, कभी इनके पास रहेगा, कभी उनके पास रहेगा। मोनोपोली कभी किसी को नहीं होगी। मुसलमानों ने क्योंकि आठ सौ साल तक रूल रहा उनका, तो मोनोपोली समझ लिया आपने को। यानी पॉलिटिकल पावर को अपनी मोनोपोली समझ लिया।</w:t>
      </w:r>
    </w:p>
    <w:p>
      <w:r>
        <w:rPr>
          <w:b/>
        </w:rPr>
        <w:t xml:space="preserve">[13:26] </w:t>
      </w:r>
      <w:r>
        <w:t>saara khulasa ye hai.</w:t>
      </w:r>
    </w:p>
    <w:p>
      <w:pPr>
        <w:jc w:val="right"/>
      </w:pPr>
      <w:r>
        <w:t>सारा खुलासा ये है।</w:t>
      </w:r>
    </w:p>
    <w:p>
      <w:r>
        <w:rPr>
          <w:b/>
        </w:rPr>
        <w:t xml:space="preserve">[13:30] </w:t>
      </w:r>
      <w:r>
        <w:t>aath sau saal jo rule kiya unhone Asia aur Africa mein, yahan tak ki Spain pahunch gaye.</w:t>
      </w:r>
    </w:p>
    <w:p>
      <w:pPr>
        <w:jc w:val="right"/>
      </w:pPr>
      <w:r>
        <w:t>आठ सौ साल जो रूल किया उन्होंने एशिया और अफ्रीका में, यहाँ तक कि स्पेन पहुँच गए।</w:t>
      </w:r>
    </w:p>
    <w:p>
      <w:r>
        <w:rPr>
          <w:b/>
        </w:rPr>
        <w:t xml:space="preserve">[13:35] </w:t>
      </w:r>
      <w:r>
        <w:t>to political empire tha unka bahut bada, aap jante hain.</w:t>
      </w:r>
    </w:p>
    <w:p>
      <w:pPr>
        <w:jc w:val="right"/>
      </w:pPr>
      <w:r>
        <w:t>तो पॉलिटिकल एम्पायर था उनका बहुत बड़ा, आप जानते हैं।</w:t>
      </w:r>
    </w:p>
    <w:p>
      <w:r>
        <w:rPr>
          <w:b/>
        </w:rPr>
        <w:t xml:space="preserve">[13:39] </w:t>
      </w:r>
      <w:r>
        <w:t>to ye conspiracy aur conspiracy ye mizaj ban gaya ki politics hamari monopoly hai.</w:t>
      </w:r>
    </w:p>
    <w:p>
      <w:pPr>
        <w:jc w:val="right"/>
      </w:pPr>
      <w:r>
        <w:t>तो ये कान्स्पैसी और कान्स्पैसी ये मिजाज बन गया कि पॉलिटिक्स हमारी मोनोपोली है।</w:t>
      </w:r>
    </w:p>
    <w:p>
      <w:r>
        <w:rPr>
          <w:b/>
        </w:rPr>
        <w:t xml:space="preserve">[13:43] </w:t>
      </w:r>
      <w:r>
        <w:t>hamein ko haq hai.</w:t>
      </w:r>
    </w:p>
    <w:p>
      <w:pPr>
        <w:jc w:val="right"/>
      </w:pPr>
      <w:r>
        <w:t>हमें को हक़ है।</w:t>
      </w:r>
    </w:p>
    <w:p>
      <w:r>
        <w:rPr>
          <w:b/>
        </w:rPr>
        <w:t xml:space="preserve">[13:48] </w:t>
      </w:r>
      <w:r>
        <w:t>har mulk mulk ke mask, milke khudaye mask.</w:t>
      </w:r>
    </w:p>
    <w:p>
      <w:pPr>
        <w:jc w:val="right"/>
      </w:pPr>
      <w:r>
        <w:t>हर मुल्क मुल्क के मास्क, मिलके ख़ुदाए मास्क।</w:t>
      </w:r>
    </w:p>
    <w:p>
      <w:r>
        <w:rPr>
          <w:b/>
        </w:rPr>
        <w:t xml:space="preserve">[13:52] </w:t>
      </w:r>
      <w:r>
        <w:t>to saare log condition ho gaye politics</w:t>
      </w:r>
    </w:p>
    <w:p>
      <w:pPr>
        <w:jc w:val="right"/>
      </w:pPr>
      <w:r>
        <w:t>तो सारे लोग कंडीशन हो गए पॉलिटिक्स</w:t>
      </w:r>
    </w:p>
    <w:p>
      <w:r>
        <w:rPr>
          <w:b/>
        </w:rPr>
        <w:t xml:space="preserve">[13:56] </w:t>
      </w:r>
      <w:r>
        <w:t>mein. one to all. one to all sab condition ho gaye politics mein. aur india mein sabse bada naam hota hai shah ul illah sahab ka, jo sabse bade top most scholar hain wo. unhone likh diya apni kitab mein ke sabse bada jo hai wo jihad hai. abhi pakistan se ek chhapa hai, maine padha usko. wo kehte hain ke islam mein samm bonum gardan katana hai. sahi islam mein samm bonum</w:t>
      </w:r>
    </w:p>
    <w:p>
      <w:pPr>
        <w:jc w:val="right"/>
      </w:pPr>
      <w:r>
        <w:t>में। वन टू ऑल। वन टू ऑल सब कंडीशन हो गए पॉलिटिक्स में। और इंडिया में सबसे बड़ा नाम होता है शाह उल इल्लाह साहब का, जो सबसे बड़े टॉप मोस्ट स्कॉलर हैं वो। उन्होंने लिख दिया अपनी किताब में कि सबसे बड़ा जो है वो जिहाद है। अभी पाकिस्तान से एक छपा है, मैंने पढ़ा उसको। वो कहते हैं कि इस्लाम में समम बोनम गर्दन कटाना है। सही इस्लाम में समम बोनम</w:t>
      </w:r>
    </w:p>
    <w:p>
      <w:r>
        <w:rPr>
          <w:b/>
        </w:rPr>
        <w:t xml:space="preserve">[14:26] </w:t>
      </w:r>
      <w:r>
        <w:t>gardan katani hai.</w:t>
      </w:r>
    </w:p>
    <w:p>
      <w:pPr>
        <w:jc w:val="right"/>
      </w:pPr>
      <w:r>
        <w:t>गर्दन कटानी है।</w:t>
      </w:r>
    </w:p>
    <w:p>
      <w:r>
        <w:rPr>
          <w:b/>
        </w:rPr>
        <w:t xml:space="preserve">[14:29] </w:t>
      </w:r>
      <w:r>
        <w:t>matlab khudkushi kar lo, mar jao sab log.</w:t>
      </w:r>
    </w:p>
    <w:p>
      <w:pPr>
        <w:jc w:val="right"/>
      </w:pPr>
      <w:r>
        <w:t>मतलब ख़ुदकुशी कर लो, मर जाओ सब लोग।</w:t>
      </w:r>
    </w:p>
    <w:p>
      <w:r>
        <w:rPr>
          <w:b/>
        </w:rPr>
        <w:t xml:space="preserve">[14:33] </w:t>
      </w:r>
      <w:r>
        <w:t>yaani Islam mein samm bonam hai.</w:t>
      </w:r>
    </w:p>
    <w:p>
      <w:pPr>
        <w:jc w:val="right"/>
      </w:pPr>
      <w:r>
        <w:t>यानी इस्लाम में समम बोनम है।</w:t>
      </w:r>
    </w:p>
    <w:p>
      <w:r>
        <w:rPr>
          <w:b/>
        </w:rPr>
        <w:t xml:space="preserve">[14:36] </w:t>
      </w:r>
      <w:r>
        <w:t>gardan katwa kar mar jao.</w:t>
      </w:r>
    </w:p>
    <w:p>
      <w:pPr>
        <w:jc w:val="right"/>
      </w:pPr>
      <w:r>
        <w:t>गर्दन कटवा कर मर जाओ।</w:t>
      </w:r>
    </w:p>
    <w:p>
      <w:r>
        <w:rPr>
          <w:b/>
        </w:rPr>
        <w:t xml:space="preserve">[14:40] </w:t>
      </w:r>
      <w:r>
        <w:t>duniya ko aise Islam ki zaroorat hi kya hai, mujhe bataiye.</w:t>
      </w:r>
    </w:p>
    <w:p>
      <w:pPr>
        <w:jc w:val="right"/>
      </w:pPr>
      <w:r>
        <w:t>दुनिया को ऐसे इस्लाम की ज़रूरत ही क्या है, मुझे बताइए।</w:t>
      </w:r>
    </w:p>
    <w:p>
      <w:r>
        <w:rPr>
          <w:b/>
        </w:rPr>
        <w:t xml:space="preserve">[14:43] </w:t>
      </w:r>
      <w:r>
        <w:t>duniya ko aise Islam ki kya zaroorat hai jo sirf sikhata hai suicide karke mar jao.</w:t>
      </w:r>
    </w:p>
    <w:p>
      <w:pPr>
        <w:jc w:val="right"/>
      </w:pPr>
      <w:r>
        <w:t>दुनिया को ऐसे इस्लाम की क्या ज़रूरत है जो सिर्फ सिखाता है सुसाइड करके मर जाओ।</w:t>
      </w:r>
    </w:p>
    <w:p>
      <w:r>
        <w:rPr>
          <w:b/>
        </w:rPr>
        <w:t xml:space="preserve">[14:46] </w:t>
      </w:r>
      <w:r>
        <w:t>duniya kahe ki tumhara, tumhara Islam tum le jao, hamein nahin chahiye aisa Islam ko.</w:t>
      </w:r>
    </w:p>
    <w:p>
      <w:pPr>
        <w:jc w:val="right"/>
      </w:pPr>
      <w:r>
        <w:t>दुनिया कहे कि तुम्हारा, तुम्हारा इस्लाम तुम ले जाओ, हमें नहीं चाहिए ऐसा इस्लाम को।</w:t>
      </w:r>
    </w:p>
    <w:p>
      <w:r>
        <w:rPr>
          <w:b/>
        </w:rPr>
        <w:t xml:space="preserve">[14:50] </w:t>
      </w:r>
      <w:r>
        <w:t>jis Islam mein zindagi ho, jis Islam mein life ho, jis Islam mein progress ho, jismein development ho,</w:t>
      </w:r>
    </w:p>
    <w:p>
      <w:pPr>
        <w:jc w:val="right"/>
      </w:pPr>
      <w:r>
        <w:t>जिस इस्लाम में ज़िंदगी हो, जिस इस्लाम में लाइफ हो, जिस इस्लाम में प्रोग्रेस हो, जिसमें डेवलपमेंट हो,</w:t>
      </w:r>
    </w:p>
    <w:p>
      <w:r>
        <w:rPr>
          <w:b/>
        </w:rPr>
        <w:t xml:space="preserve">[14:53] </w:t>
      </w:r>
      <w:r>
        <w:t>jisme future ho, jisme hope ho, wo</w:t>
      </w:r>
    </w:p>
    <w:p>
      <w:pPr>
        <w:jc w:val="right"/>
      </w:pPr>
      <w:r>
        <w:t>जिसमें फ्यूचर हो, जिसमें होप हो, वो</w:t>
      </w:r>
    </w:p>
    <w:p>
      <w:r>
        <w:rPr>
          <w:b/>
        </w:rPr>
        <w:t xml:space="preserve">[14:56] </w:t>
      </w:r>
      <w:r>
        <w:t>islam chahiye humko.</w:t>
      </w:r>
    </w:p>
    <w:p>
      <w:pPr>
        <w:jc w:val="right"/>
      </w:pPr>
      <w:r>
        <w:t>इस्लाम चाहिए हमको।</w:t>
      </w:r>
    </w:p>
    <w:p>
      <w:r>
        <w:rPr>
          <w:b/>
        </w:rPr>
        <w:t xml:space="preserve">[15:00] </w:t>
      </w:r>
      <w:r>
        <w:t>tumhara samam bonam ye hai ki mar ke gardan katwa kar mar jao.</w:t>
      </w:r>
    </w:p>
    <w:p>
      <w:pPr>
        <w:jc w:val="right"/>
      </w:pPr>
      <w:r>
        <w:t>तुम्हारा समम बोनम ये है कि मर के गर्दन कटवा कर मर जाओ।</w:t>
      </w:r>
    </w:p>
    <w:p>
      <w:r>
        <w:rPr>
          <w:b/>
        </w:rPr>
        <w:t xml:space="preserve">[15:03] </w:t>
      </w:r>
      <w:r>
        <w:t>to tum jao, tum apna islam lekar jao.</w:t>
      </w:r>
    </w:p>
    <w:p>
      <w:pPr>
        <w:jc w:val="right"/>
      </w:pPr>
      <w:r>
        <w:t>तो तुम जाओ, तुम अपना इस्लाम लेकर जाओ।</w:t>
      </w:r>
    </w:p>
    <w:p>
      <w:r>
        <w:rPr>
          <w:b/>
        </w:rPr>
        <w:t xml:space="preserve">[15:06] </w:t>
      </w:r>
      <w:r>
        <w:t>to main ye kahunga ki ek jal ki baat yahan hai ki aath sau saal tak musalmanon ne</w:t>
      </w:r>
    </w:p>
    <w:p>
      <w:pPr>
        <w:jc w:val="right"/>
      </w:pPr>
      <w:r>
        <w:t>तो मैं ये कहूँगा कि एक जल की बात यहाँ है कि आठ सौ साल तक मुसलमानों ने</w:t>
      </w:r>
    </w:p>
    <w:p>
      <w:r>
        <w:rPr>
          <w:b/>
        </w:rPr>
        <w:t xml:space="preserve">[15:10] </w:t>
      </w:r>
      <w:r>
        <w:t>rule kiya duniya mein.</w:t>
      </w:r>
    </w:p>
    <w:p>
      <w:pPr>
        <w:jc w:val="right"/>
      </w:pPr>
      <w:r>
        <w:t>रूल किया दुनिया में।</w:t>
      </w:r>
    </w:p>
    <w:p>
      <w:r>
        <w:rPr>
          <w:b/>
        </w:rPr>
        <w:t xml:space="preserve">[15:13] </w:t>
      </w:r>
      <w:r>
        <w:t>aap jante hain ki wo jo empire tha, aajkal ke superpower se bada tha wo.</w:t>
      </w:r>
    </w:p>
    <w:p>
      <w:pPr>
        <w:jc w:val="right"/>
      </w:pPr>
      <w:r>
        <w:t>आप जानते हैं कि वो जो एम्पायर था, आजकल के सुपरपावर से बड़ा था वो।</w:t>
      </w:r>
    </w:p>
    <w:p>
      <w:r>
        <w:rPr>
          <w:b/>
        </w:rPr>
        <w:t xml:space="preserve">[15:16] </w:t>
      </w:r>
      <w:r>
        <w:t>rusiya ka superpower, america ka superpower milkar ke bhi utna bada nahi banta.</w:t>
      </w:r>
    </w:p>
    <w:p>
      <w:pPr>
        <w:jc w:val="right"/>
      </w:pPr>
      <w:r>
        <w:t>रूसिया का सुपरपावर, अमेरिका का सुपरपावर मिलकर के भी उतना बड़ा नहीं बनता।</w:t>
      </w:r>
    </w:p>
    <w:p>
      <w:r>
        <w:rPr>
          <w:b/>
        </w:rPr>
        <w:t xml:space="preserve">[15:20] </w:t>
      </w:r>
      <w:r>
        <w:t>jitna bada tha musalmanon ka superpower.</w:t>
      </w:r>
    </w:p>
    <w:p>
      <w:pPr>
        <w:jc w:val="right"/>
      </w:pPr>
      <w:r>
        <w:t>जितना बड़ा था मुसलमानों का सुपरपावर।</w:t>
      </w:r>
    </w:p>
    <w:p>
      <w:r>
        <w:rPr>
          <w:b/>
        </w:rPr>
        <w:t xml:space="preserve">[15:23] </w:t>
      </w:r>
      <w:r>
        <w:t>rusiya jab su</w:t>
      </w:r>
    </w:p>
    <w:p>
      <w:pPr>
        <w:jc w:val="right"/>
      </w:pPr>
      <w:r>
        <w:t>रूसिया जब सु</w:t>
      </w:r>
    </w:p>
    <w:p>
      <w:r>
        <w:rPr>
          <w:b/>
        </w:rPr>
        <w:t xml:space="preserve">[15:26] </w:t>
      </w:r>
      <w:r>
        <w:t>perpower tha, tab jo uska area tha aur america, dono ka area milakar bhi utna nahi ban jata ke musalmanon ka tha. to musalman ye samajh bethe ke political power hamari monopoly hai. aaj tak usi obsession mein jee rahe hain, usi obsession mein. saare musalman one to all isi mein jee rahe hain. imam abdul afgani, syed qutub, ambi shake paras</w:t>
      </w:r>
    </w:p>
    <w:p>
      <w:pPr>
        <w:jc w:val="right"/>
      </w:pPr>
      <w:r>
        <w:t>परपावर था, तब जो उसका एरिया था और अमेरिका, दोनों का एरिया मिलाकर भी उतना नहीं बन जाता कि मुसलमानों का था। तो मुसलमान ये समझ बैठे कि पॉलिटिकल पावर हमारी मोनोपोली है। आज तक उसी ऑब्सेशन में जी रहे हैं, उसी ऑब्सेशन में। सारे मुसलमान वन टू ऑल इसी में जी रहे हैं। इमाम अब्दुल अफगानी, सैयद कुतुब, अंबी शके परस</w:t>
      </w:r>
    </w:p>
    <w:p>
      <w:r>
        <w:rPr>
          <w:b/>
        </w:rPr>
        <w:t xml:space="preserve">[15:56] </w:t>
      </w:r>
      <w:r>
        <w:t>ra, aur ye abul aala modi, iqbal, jisko bhi dekhiye, jisko bhi dekhiye, sab usi mein jee rahe hain.</w:t>
      </w:r>
    </w:p>
    <w:p>
      <w:pPr>
        <w:jc w:val="right"/>
      </w:pPr>
      <w:r>
        <w:t>रा, और ये अबुल आला मोदी, इकबाल, जिसको भी देखिए, जिसको भी देखिए, सब उसी में जी रहे हैं।</w:t>
      </w:r>
    </w:p>
    <w:p>
      <w:r>
        <w:rPr>
          <w:b/>
        </w:rPr>
        <w:t xml:space="preserve">[16:00] </w:t>
      </w:r>
      <w:r>
        <w:t>har mulk milke mask, milke khudaye mask.</w:t>
      </w:r>
    </w:p>
    <w:p>
      <w:pPr>
        <w:jc w:val="right"/>
      </w:pPr>
      <w:r>
        <w:t>हर मुल्क मिलके मास्क, मिलके ख़ुदाए मास्क।</w:t>
      </w:r>
    </w:p>
    <w:p>
      <w:r>
        <w:rPr>
          <w:b/>
        </w:rPr>
        <w:t xml:space="preserve">[16:04] </w:t>
      </w:r>
      <w:r>
        <w:t>to baharhal, quran mein bataya gaya hai ki political power kisi ki monopoly nahi hai, nahi hai, nahi hai.</w:t>
      </w:r>
    </w:p>
    <w:p>
      <w:pPr>
        <w:jc w:val="right"/>
      </w:pPr>
      <w:r>
        <w:t>तो बहरहाल, क़ुरआन में बताया गया है कि पॉलिटिकल पावर किसी की मोनोपोली नहीं है, नहीं है, नहीं है।</w:t>
      </w:r>
    </w:p>
    <w:p>
      <w:r>
        <w:rPr>
          <w:b/>
        </w:rPr>
        <w:t xml:space="preserve">[16:08] </w:t>
      </w:r>
      <w:r>
        <w:t>tilkal ayyamudawaluha bin naas.</w:t>
      </w:r>
    </w:p>
    <w:p>
      <w:pPr>
        <w:jc w:val="right"/>
      </w:pPr>
      <w:r>
        <w:t>तिलकल अय्यामुनु दावेलुहा बिन नास।</w:t>
      </w:r>
    </w:p>
    <w:p>
      <w:r>
        <w:rPr>
          <w:b/>
        </w:rPr>
        <w:t xml:space="preserve">[16:11] </w:t>
      </w:r>
      <w:r>
        <w:t>ye india mein dekhiye aap.</w:t>
      </w:r>
    </w:p>
    <w:p>
      <w:pPr>
        <w:jc w:val="right"/>
      </w:pPr>
      <w:r>
        <w:t>ये इंडिया में देखिए आप।</w:t>
      </w:r>
    </w:p>
    <w:p>
      <w:r>
        <w:rPr>
          <w:b/>
        </w:rPr>
        <w:t xml:space="preserve">[16:15] </w:t>
      </w:r>
      <w:r>
        <w:t>kabhi political power tha rajaon ke paas.</w:t>
      </w:r>
    </w:p>
    <w:p>
      <w:pPr>
        <w:jc w:val="right"/>
      </w:pPr>
      <w:r>
        <w:t>कभी पॉलिटिकल पावर था राजाओं के पास।</w:t>
      </w:r>
    </w:p>
    <w:p>
      <w:r>
        <w:rPr>
          <w:b/>
        </w:rPr>
        <w:t xml:space="preserve">[16:19] </w:t>
      </w:r>
      <w:r>
        <w:t>phir aaya mugalon ke paas.</w:t>
      </w:r>
    </w:p>
    <w:p>
      <w:pPr>
        <w:jc w:val="right"/>
      </w:pPr>
      <w:r>
        <w:t>फिर आया मुग़लों के पास।</w:t>
      </w:r>
    </w:p>
    <w:p>
      <w:r>
        <w:rPr>
          <w:b/>
        </w:rPr>
        <w:t xml:space="preserve">[16:23] </w:t>
      </w:r>
      <w:r>
        <w:t>phir aaya britishers ke paas.</w:t>
      </w:r>
    </w:p>
    <w:p>
      <w:pPr>
        <w:jc w:val="right"/>
      </w:pPr>
      <w:r>
        <w:t>फिर आया ब्रिटिशर्स के पास।</w:t>
      </w:r>
    </w:p>
    <w:p>
      <w:r>
        <w:rPr>
          <w:b/>
        </w:rPr>
        <w:t xml:space="preserve">[16:27] </w:t>
      </w:r>
      <w:r>
        <w:t>phir aaya congress ke paas.</w:t>
      </w:r>
    </w:p>
    <w:p>
      <w:pPr>
        <w:jc w:val="right"/>
      </w:pPr>
      <w:r>
        <w:t>फिर आया कांग्रेस के पास।</w:t>
      </w:r>
    </w:p>
    <w:p>
      <w:r>
        <w:rPr>
          <w:b/>
        </w:rPr>
        <w:t xml:space="preserve">[16:31] </w:t>
      </w:r>
      <w:r>
        <w:t>ye hota rahega, aise hi hota rahega.</w:t>
      </w:r>
    </w:p>
    <w:p>
      <w:pPr>
        <w:jc w:val="right"/>
      </w:pPr>
      <w:r>
        <w:t>ये होता रहेगा, ऐसे ही होता रहेगा।</w:t>
      </w:r>
    </w:p>
    <w:p>
      <w:r>
        <w:rPr>
          <w:b/>
        </w:rPr>
        <w:t xml:space="preserve">[16:35] </w:t>
      </w:r>
      <w:r>
        <w:t>political power kisi ek-ek ke paas nahi rahega.</w:t>
      </w:r>
    </w:p>
    <w:p>
      <w:pPr>
        <w:jc w:val="right"/>
      </w:pPr>
      <w:r>
        <w:t>पॉलिटिकल पावर किसी एक-एक के पास नहीं रहेगा।</w:t>
      </w:r>
    </w:p>
    <w:p>
      <w:r>
        <w:rPr>
          <w:b/>
        </w:rPr>
        <w:t xml:space="preserve">[16:40] </w:t>
      </w:r>
      <w:r>
        <w:t>kabhi bhi political power kisi ki monopoly nahi ban sakti.</w:t>
      </w:r>
    </w:p>
    <w:p>
      <w:pPr>
        <w:jc w:val="right"/>
      </w:pPr>
      <w:r>
        <w:t>कभी भी पॉलिटिकल पावर किसी की मोनोपोली नहीं बन सकती।</w:t>
      </w:r>
    </w:p>
    <w:p>
      <w:r>
        <w:rPr>
          <w:b/>
        </w:rPr>
        <w:t xml:space="preserve">[16:44] </w:t>
      </w:r>
      <w:r>
        <w:t>lekin unfortunately yahi saare musalmanon ka haal hua.</w:t>
      </w:r>
    </w:p>
    <w:p>
      <w:pPr>
        <w:jc w:val="right"/>
      </w:pPr>
      <w:r>
        <w:t>लेकिन अनफॉर्चूनेटली यही सारे मुसलमानों का हाल हुआ।</w:t>
      </w:r>
    </w:p>
    <w:p>
      <w:r>
        <w:rPr>
          <w:b/>
        </w:rPr>
        <w:t xml:space="preserve">[16:48] </w:t>
      </w:r>
      <w:r>
        <w:t>to iski hum price de rahe hain.</w:t>
      </w:r>
    </w:p>
    <w:p>
      <w:pPr>
        <w:jc w:val="right"/>
      </w:pPr>
      <w:r>
        <w:t>तो इसकी हम प्राइस दे रहे हैं।</w:t>
      </w:r>
    </w:p>
    <w:p>
      <w:r>
        <w:rPr>
          <w:b/>
        </w:rPr>
        <w:t xml:space="preserve">[16:52] </w:t>
      </w:r>
      <w:r>
        <w:t>to hate jo hai, hate ki jad ye hai ki humne samajh liya ki duniya mein hum</w:t>
      </w:r>
    </w:p>
    <w:p>
      <w:pPr>
        <w:jc w:val="right"/>
      </w:pPr>
      <w:r>
        <w:t>तो हेट जो है, हेट की जड़ ये है कि हमने समझ लिया कि दुनिया में हम</w:t>
      </w:r>
    </w:p>
    <w:p>
      <w:r>
        <w:rPr>
          <w:b/>
        </w:rPr>
        <w:t xml:space="preserve">[16:57] </w:t>
      </w:r>
      <w:r>
        <w:t>raaz karne ke liye paida hue hain.</w:t>
      </w:r>
    </w:p>
    <w:p>
      <w:pPr>
        <w:jc w:val="right"/>
      </w:pPr>
      <w:r>
        <w:t>राज़ करने के लिए पैदा हुए हैं।</w:t>
      </w:r>
    </w:p>
    <w:p>
      <w:r>
        <w:rPr>
          <w:b/>
        </w:rPr>
        <w:t xml:space="preserve">[17:00] </w:t>
      </w:r>
      <w:r>
        <w:t>raaz karne ke liye paida hue hain.</w:t>
      </w:r>
    </w:p>
    <w:p>
      <w:pPr>
        <w:jc w:val="right"/>
      </w:pPr>
      <w:r>
        <w:t>राज़ करने के लिए पैदा हुए हैं।</w:t>
      </w:r>
    </w:p>
    <w:p>
      <w:r>
        <w:rPr>
          <w:b/>
        </w:rPr>
        <w:t xml:space="preserve">[17:02] </w:t>
      </w:r>
      <w:r>
        <w:t>is par to saikadon kitabein likhi gayin, aap padhiye musalmanon ke.</w:t>
      </w:r>
    </w:p>
    <w:p>
      <w:pPr>
        <w:jc w:val="right"/>
      </w:pPr>
      <w:r>
        <w:t>इस पर तो सैकड़ों किताबें लिखी गईं, आप पढ़िए मुसलमानों के।</w:t>
      </w:r>
    </w:p>
    <w:p>
      <w:r>
        <w:rPr>
          <w:b/>
        </w:rPr>
        <w:t xml:space="preserve">[17:05] </w:t>
      </w:r>
      <w:r>
        <w:t>jo modern mind musalmanon ka hai is zamane ka.</w:t>
      </w:r>
    </w:p>
    <w:p>
      <w:pPr>
        <w:jc w:val="right"/>
      </w:pPr>
      <w:r>
        <w:t>जो मॉडर्न माइंड मुसलमानों का है इस ज़माने का।</w:t>
      </w:r>
    </w:p>
    <w:p>
      <w:r>
        <w:rPr>
          <w:b/>
        </w:rPr>
        <w:t xml:space="preserve">[17:08] </w:t>
      </w:r>
      <w:r>
        <w:t>wo yahi hai, yahi hai.</w:t>
      </w:r>
    </w:p>
    <w:p>
      <w:pPr>
        <w:jc w:val="right"/>
      </w:pPr>
      <w:r>
        <w:t>वो यही है, यही है।</w:t>
      </w:r>
    </w:p>
    <w:p>
      <w:r>
        <w:rPr>
          <w:b/>
        </w:rPr>
        <w:t xml:space="preserve">[17:10] </w:t>
      </w:r>
      <w:r>
        <w:t>syed qutub ki kitabein padhiye aap.</w:t>
      </w:r>
    </w:p>
    <w:p>
      <w:pPr>
        <w:jc w:val="right"/>
      </w:pPr>
      <w:r>
        <w:t>सैयद कुतुब की किताबें पढ़िए आप।</w:t>
      </w:r>
    </w:p>
    <w:p>
      <w:r>
        <w:rPr>
          <w:b/>
        </w:rPr>
        <w:t xml:space="preserve">[17:13] </w:t>
      </w:r>
      <w:r>
        <w:t>abul ala modi ki kitabein padhiye aap.</w:t>
      </w:r>
    </w:p>
    <w:p>
      <w:pPr>
        <w:jc w:val="right"/>
      </w:pPr>
      <w:r>
        <w:t>अबुल आला मोदी की किताबें पढ़िए आप।</w:t>
      </w:r>
    </w:p>
    <w:p>
      <w:r>
        <w:rPr>
          <w:b/>
        </w:rPr>
        <w:t xml:space="preserve">[17:16] </w:t>
      </w:r>
      <w:r>
        <w:t>iqbal ki kitabein padhiye aap.</w:t>
      </w:r>
    </w:p>
    <w:p>
      <w:pPr>
        <w:jc w:val="right"/>
      </w:pPr>
      <w:r>
        <w:t>इकबाल की किताबें पढ़िए आप।</w:t>
      </w:r>
    </w:p>
    <w:p>
      <w:r>
        <w:rPr>
          <w:b/>
        </w:rPr>
        <w:t xml:space="preserve">[17:19] </w:t>
      </w:r>
      <w:r>
        <w:t>ab dekhiye ke main aapko ek bahut hi, ek lesson kitna bada hai ke is mind ne kitna</w:t>
      </w:r>
    </w:p>
    <w:p>
      <w:pPr>
        <w:jc w:val="right"/>
      </w:pPr>
      <w:r>
        <w:t>अब देखिए कि मैं आपको एक बहुत ही, एक लेसन कितना बड़ा है कि इस माइंड ने कितना</w:t>
      </w:r>
    </w:p>
    <w:p>
      <w:r>
        <w:rPr>
          <w:b/>
        </w:rPr>
        <w:t xml:space="preserve">[17:21] </w:t>
      </w:r>
      <w:r>
        <w:t>nuqsan pahunchaya hai.</w:t>
      </w:r>
    </w:p>
    <w:p>
      <w:pPr>
        <w:jc w:val="right"/>
      </w:pPr>
      <w:r>
        <w:t>नुकसान पहुँचाया है।</w:t>
      </w:r>
    </w:p>
    <w:p>
      <w:r>
        <w:rPr>
          <w:b/>
        </w:rPr>
        <w:t xml:space="preserve">[17:24] </w:t>
      </w:r>
      <w:r>
        <w:t>bosnia mein, aap jante hain, izzat begovich ka qissa</w:t>
      </w:r>
    </w:p>
    <w:p>
      <w:pPr>
        <w:jc w:val="right"/>
      </w:pPr>
      <w:r>
        <w:t>बोस्निया में, आप जानते हैं, इज़्ज़त बेगोविच का किस्सा</w:t>
      </w:r>
    </w:p>
    <w:p>
      <w:r>
        <w:rPr>
          <w:b/>
        </w:rPr>
        <w:t xml:space="preserve">[17:27] </w:t>
      </w:r>
      <w:r>
        <w:t>.</w:t>
      </w:r>
    </w:p>
    <w:p>
      <w:pPr>
        <w:jc w:val="right"/>
      </w:pPr>
      <w:r>
        <w:t>।</w:t>
      </w:r>
    </w:p>
    <w:p>
      <w:r>
        <w:rPr>
          <w:b/>
        </w:rPr>
        <w:t xml:space="preserve">[17:31] </w:t>
      </w:r>
      <w:r>
        <w:t>bosnia heart, yani europe ka heart hai.</w:t>
      </w:r>
    </w:p>
    <w:p>
      <w:pPr>
        <w:jc w:val="right"/>
      </w:pPr>
      <w:r>
        <w:t>बोस्निया हार्ट, यानी यूरोप का हार्ट है।</w:t>
      </w:r>
    </w:p>
    <w:p>
      <w:r>
        <w:rPr>
          <w:b/>
        </w:rPr>
        <w:t xml:space="preserve">[17:34] </w:t>
      </w:r>
      <w:r>
        <w:t>bahut hi beautiful country hai.</w:t>
      </w:r>
    </w:p>
    <w:p>
      <w:pPr>
        <w:jc w:val="right"/>
      </w:pPr>
      <w:r>
        <w:t>बहुत ही ब्यूटीफुल कंट्री है।</w:t>
      </w:r>
    </w:p>
    <w:p>
      <w:r>
        <w:rPr>
          <w:b/>
        </w:rPr>
        <w:t xml:space="preserve">[17:38] </w:t>
      </w:r>
      <w:r>
        <w:t>to bosnia mein izzat begovich ko power mil gaya.</w:t>
      </w:r>
    </w:p>
    <w:p>
      <w:pPr>
        <w:jc w:val="right"/>
      </w:pPr>
      <w:r>
        <w:t>तो बोस्निया में इज़्ज़त बेगोविच को पावर मिल गया।</w:t>
      </w:r>
    </w:p>
    <w:p>
      <w:r>
        <w:rPr>
          <w:b/>
        </w:rPr>
        <w:t xml:space="preserve">[17:42] </w:t>
      </w:r>
      <w:r>
        <w:t>wo power kya tha? jaise hamara.</w:t>
      </w:r>
    </w:p>
    <w:p>
      <w:pPr>
        <w:jc w:val="right"/>
      </w:pPr>
      <w:r>
        <w:t>वो पावर क्या था? जैसे हमारा।</w:t>
      </w:r>
    </w:p>
    <w:p>
      <w:r>
        <w:rPr>
          <w:b/>
        </w:rPr>
        <w:t xml:space="preserve">[17:46] </w:t>
      </w:r>
      <w:r>
        <w:t>wo ho jata hai, yani chief minister.</w:t>
      </w:r>
    </w:p>
    <w:p>
      <w:pPr>
        <w:jc w:val="right"/>
      </w:pPr>
      <w:r>
        <w:t>वो हो जाता है, यानी चीफ मिनिस्टर।</w:t>
      </w:r>
    </w:p>
    <w:p>
      <w:r>
        <w:rPr>
          <w:b/>
        </w:rPr>
        <w:t xml:space="preserve">[17:49] </w:t>
      </w:r>
      <w:r>
        <w:t>bosnia as a part of yugoslavia.</w:t>
      </w:r>
    </w:p>
    <w:p>
      <w:pPr>
        <w:jc w:val="right"/>
      </w:pPr>
      <w:r>
        <w:t>बोस्निया एज अ पार्ट ऑफ यूगोस्लाविया।</w:t>
      </w:r>
    </w:p>
    <w:p>
      <w:r>
        <w:rPr>
          <w:b/>
        </w:rPr>
        <w:t xml:space="preserve">[17:53] </w:t>
      </w:r>
      <w:r>
        <w:t>to jaise up mein, bihar mein kisi koi chief minister ban jaye, to ye position thi unki, izzat be</w:t>
      </w:r>
    </w:p>
    <w:p>
      <w:pPr>
        <w:jc w:val="right"/>
      </w:pPr>
      <w:r>
        <w:t>तो जैसे यूपी में, बिहार में किसी कोई चीफ मिनिस्टर बन जाए, तो ये पोजीशन थी उनकी, इज़्ज़त बे</w:t>
      </w:r>
    </w:p>
    <w:p>
      <w:r>
        <w:rPr>
          <w:b/>
        </w:rPr>
        <w:t xml:space="preserve">[17:57] </w:t>
      </w:r>
      <w:r>
        <w:t>govich ki.</w:t>
      </w:r>
    </w:p>
    <w:p>
      <w:pPr>
        <w:jc w:val="right"/>
      </w:pPr>
      <w:r>
        <w:t>गोविच की।</w:t>
      </w:r>
    </w:p>
    <w:p>
      <w:r>
        <w:rPr>
          <w:b/>
        </w:rPr>
        <w:t xml:space="preserve">[18:00] </w:t>
      </w:r>
      <w:r>
        <w:t>ab unhein kahin mil gaya iqbal ke ka jo shayari hai, wo kahin angrezi mein translate kiya, wo</w:t>
      </w:r>
    </w:p>
    <w:p>
      <w:pPr>
        <w:jc w:val="right"/>
      </w:pPr>
      <w:r>
        <w:t>अब उन्हें कहीं मिल गया इकबाल के का जो शायरी है, वो कहीं अंग्रेजी में ट्रांसलेट किया, वो</w:t>
      </w:r>
    </w:p>
    <w:p>
      <w:r>
        <w:rPr>
          <w:b/>
        </w:rPr>
        <w:t xml:space="preserve">[18:04] </w:t>
      </w:r>
      <w:r>
        <w:t>mil gaya unko.</w:t>
      </w:r>
    </w:p>
    <w:p>
      <w:pPr>
        <w:jc w:val="right"/>
      </w:pPr>
      <w:r>
        <w:t>मिल गया उनको।</w:t>
      </w:r>
    </w:p>
    <w:p>
      <w:r>
        <w:rPr>
          <w:b/>
        </w:rPr>
        <w:t xml:space="preserve">[18:07] </w:t>
      </w:r>
      <w:r>
        <w:t>ab usmein bhai, sari duniya hamari hai.</w:t>
      </w:r>
    </w:p>
    <w:p>
      <w:pPr>
        <w:jc w:val="right"/>
      </w:pPr>
      <w:r>
        <w:t>अब उसमें भाई, सारी दुनिया हमारी है।</w:t>
      </w:r>
    </w:p>
    <w:p>
      <w:r>
        <w:rPr>
          <w:b/>
        </w:rPr>
        <w:t xml:space="preserve">[18:10] </w:t>
      </w:r>
      <w:r>
        <w:t>sari duniya hamare rule hona chahiye.</w:t>
      </w:r>
    </w:p>
    <w:p>
      <w:pPr>
        <w:jc w:val="right"/>
      </w:pPr>
      <w:r>
        <w:t>सारी दुनिया हमारे रूल होना चाहिए।</w:t>
      </w:r>
    </w:p>
    <w:p>
      <w:r>
        <w:rPr>
          <w:b/>
        </w:rPr>
        <w:t xml:space="preserve">[18:14] </w:t>
      </w:r>
      <w:r>
        <w:t>ab unke dimagh mein ye jo aaya, to unhone independence declare kar diya.</w:t>
      </w:r>
    </w:p>
    <w:p>
      <w:pPr>
        <w:jc w:val="right"/>
      </w:pPr>
      <w:r>
        <w:t>अब उनके दिमाग में ये जो आया, तो उन्होंने इंडिपेंडेंस डिक्लेयर कर दिया।</w:t>
      </w:r>
    </w:p>
    <w:p>
      <w:r>
        <w:rPr>
          <w:b/>
        </w:rPr>
        <w:t xml:space="preserve">[18:17] </w:t>
      </w:r>
      <w:r>
        <w:t>yaani bosniya ko independent state declare kar diya.</w:t>
      </w:r>
    </w:p>
    <w:p>
      <w:pPr>
        <w:jc w:val="right"/>
      </w:pPr>
      <w:r>
        <w:t>यानी बोस्निया को इंडिपेंडेंट स्टेट डिक्लेयर कर दिया।</w:t>
      </w:r>
    </w:p>
    <w:p>
      <w:r>
        <w:rPr>
          <w:b/>
        </w:rPr>
        <w:t xml:space="preserve">[18:21] </w:t>
      </w:r>
      <w:r>
        <w:t>to iske baad kya hua?</w:t>
      </w:r>
    </w:p>
    <w:p>
      <w:pPr>
        <w:jc w:val="right"/>
      </w:pPr>
      <w:r>
        <w:t>तो इसके बाद क्या हुआ?</w:t>
      </w:r>
    </w:p>
    <w:p>
      <w:r>
        <w:rPr>
          <w:b/>
        </w:rPr>
        <w:t xml:space="preserve">[18:24] </w:t>
      </w:r>
      <w:r>
        <w:t>ki sarbon ne aur yugoslavia ki government ne milkar mara unko.</w:t>
      </w:r>
    </w:p>
    <w:p>
      <w:pPr>
        <w:jc w:val="right"/>
      </w:pPr>
      <w:r>
        <w:t>कि सर्बों ने और यूगोस्लाविया की गवर्नमेंट ने मिलकर मारा उनको।</w:t>
      </w:r>
    </w:p>
    <w:p>
      <w:r>
        <w:rPr>
          <w:b/>
        </w:rPr>
        <w:t xml:space="preserve">[18:27] </w:t>
      </w:r>
      <w:r>
        <w:t>aur khatm kar diya.</w:t>
      </w:r>
    </w:p>
    <w:p>
      <w:pPr>
        <w:jc w:val="right"/>
      </w:pPr>
      <w:r>
        <w:t>और खत्म कर दिया।</w:t>
      </w:r>
    </w:p>
    <w:p>
      <w:r>
        <w:rPr>
          <w:b/>
        </w:rPr>
        <w:t xml:space="preserve">[18:32] </w:t>
      </w:r>
      <w:r>
        <w:t>ab kya, sari duniya mein musko chhodkar har aadmi kya boli bol raha hai? zulm, sazish.</w:t>
      </w:r>
    </w:p>
    <w:p>
      <w:pPr>
        <w:jc w:val="right"/>
      </w:pPr>
      <w:r>
        <w:t>अब क्या, सारी दुनिया में मुस्को छोड़कर हर आदमी क्या बोली बोल रहा है? ज़ुल्म, साज़िश।</w:t>
      </w:r>
    </w:p>
    <w:p>
      <w:r>
        <w:rPr>
          <w:b/>
        </w:rPr>
        <w:t xml:space="preserve">[18:36] </w:t>
      </w:r>
      <w:r>
        <w:t>ek-ek aadmi sirf ye jaanta hai ki bosniya ke saath zulm hua hai.</w:t>
      </w:r>
    </w:p>
    <w:p>
      <w:pPr>
        <w:jc w:val="right"/>
      </w:pPr>
      <w:r>
        <w:t>एक-एक आदमी सिर्फ ये जानता है कि बोस्निया के साथ ज़ुल्म हुआ है।</w:t>
      </w:r>
    </w:p>
    <w:p>
      <w:r>
        <w:rPr>
          <w:b/>
        </w:rPr>
        <w:t xml:space="preserve">[18:40] </w:t>
      </w:r>
      <w:r>
        <w:t>halanki bilkul baseless baat hai.</w:t>
      </w:r>
    </w:p>
    <w:p>
      <w:pPr>
        <w:jc w:val="right"/>
      </w:pPr>
      <w:r>
        <w:t>हालाँकि बिल्कुल बेसलेस बात है।</w:t>
      </w:r>
    </w:p>
    <w:p>
      <w:r>
        <w:rPr>
          <w:b/>
        </w:rPr>
        <w:t xml:space="preserve">[18:45] </w:t>
      </w:r>
      <w:r>
        <w:t>bosniya ne apne stupid policy ki price di hai. yaad rakhiye.</w:t>
      </w:r>
    </w:p>
    <w:p>
      <w:pPr>
        <w:jc w:val="right"/>
      </w:pPr>
      <w:r>
        <w:t>बोस्निया ने अपने स्टिपिड पॉलिसी की प्राइस दी है। याद रखिए।</w:t>
      </w:r>
    </w:p>
    <w:p>
      <w:r>
        <w:rPr>
          <w:b/>
        </w:rPr>
        <w:t xml:space="preserve">[18:49] </w:t>
      </w:r>
      <w:r>
        <w:t>kahin ki izzat begovich ko wahan par agar, wahan par unko mil gaya tha power, to power milta</w:t>
      </w:r>
    </w:p>
    <w:p>
      <w:pPr>
        <w:jc w:val="right"/>
      </w:pPr>
      <w:r>
        <w:t>कहीं कि इज़्ज़त बेगोविच को वहाँ पर अगर, वहाँ पर उनको मिल गया था पावर, तो पावर मिलता</w:t>
      </w:r>
    </w:p>
    <w:p>
      <w:r>
        <w:rPr>
          <w:b/>
        </w:rPr>
        <w:t xml:space="preserve">[18:54] </w:t>
      </w:r>
      <w:r>
        <w:t>chief minister ka.</w:t>
      </w:r>
    </w:p>
    <w:p>
      <w:pPr>
        <w:jc w:val="right"/>
      </w:pPr>
      <w:r>
        <w:t>चीफ मिनिस्टर का।</w:t>
      </w:r>
    </w:p>
    <w:p>
      <w:r>
        <w:rPr>
          <w:b/>
        </w:rPr>
        <w:t xml:space="preserve">[18:58] </w:t>
      </w:r>
      <w:r>
        <w:t>lekin unhone declare kar diya independence. ab yahan par india mein chief minister bahut sare hain. agar independence declare kar dein, to center marega unko, sabko magar bhagaega. har state mein ek chief minister hai hamare india mein. aur rule kar raha hai apni state mein. lekin agar wo declare kar dein ki ye independent state, to zahir hai ki nai dilli usko poori nahin chhodega usko. ye mamla hua izzat begovich ka. lekin aap kahin bhi ye nahin su</w:t>
      </w:r>
    </w:p>
    <w:p>
      <w:pPr>
        <w:jc w:val="right"/>
      </w:pPr>
      <w:r>
        <w:t>लेकिन उन्होंने डिक्लेयर कर दिया इंडिपेंडेंस। अब यहाँ पर इंडिया में चीफ मिनिस्टर बहुत सारे हैं। अगर इंडिपेंडेंस डिक्लेयर कर दें, तो सेंटर मारेगा उनको, सबको मगर भगाएगा। हर स्टेट में एक चीफ मिनिस्टर है हमारे इंडिया में। और रूल कर रहा है अपनी स्टेट में। लेकिन अगर वो डिक्लेयर कर दें कि ये इंडिपेंडेंट स्टेट, तो जाहिर है कि नई दिल्ली उसको पूरी नहीं छोड़ेगा उसको। ये मामला हुआ इज़्ज़त बेगोविच का। लेकिन आप कहीं भी ये नहीं सु</w:t>
      </w:r>
    </w:p>
    <w:p>
      <w:r>
        <w:rPr>
          <w:b/>
        </w:rPr>
        <w:t xml:space="preserve">[19:28] </w:t>
      </w:r>
      <w:r>
        <w:t>na hoga jo main aapse keh raha hoon.</w:t>
      </w:r>
    </w:p>
    <w:p>
      <w:pPr>
        <w:jc w:val="right"/>
      </w:pPr>
      <w:r>
        <w:t>ना होगा जो मैं आपसे कह रहा हूँ।</w:t>
      </w:r>
    </w:p>
    <w:p>
      <w:r>
        <w:rPr>
          <w:b/>
        </w:rPr>
        <w:t xml:space="preserve">[19:32] </w:t>
      </w:r>
      <w:r>
        <w:t>jitne hamare paper hain, jitne magazine hain, jitne hain, sab bolte hain bas zulm, zulm, zulm, zulm, zulm.</w:t>
      </w:r>
    </w:p>
    <w:p>
      <w:pPr>
        <w:jc w:val="right"/>
      </w:pPr>
      <w:r>
        <w:t>जितने हमारे पेपर हैं, जितने मैगज़ीन हैं, जितने हैं, सब बोलते हैं बस ज़ुल्म, ज़ुल्म, ज़ुल्म, ज़ुल्म, ज़ुल्म।</w:t>
      </w:r>
    </w:p>
    <w:p>
      <w:r>
        <w:rPr>
          <w:b/>
        </w:rPr>
        <w:t xml:space="preserve">[19:37] </w:t>
      </w:r>
      <w:r>
        <w:t>kaha ki europe zalim hai aur usne izzat begovich ko khatm kiya aur mara sabko.</w:t>
      </w:r>
    </w:p>
    <w:p>
      <w:pPr>
        <w:jc w:val="right"/>
      </w:pPr>
      <w:r>
        <w:t>कहा कि यूरोप ज़ालिम है और उसने इज़्ज़त बेगोविच को खत्म किया और मारा सबको।</w:t>
      </w:r>
    </w:p>
    <w:p>
      <w:r>
        <w:rPr>
          <w:b/>
        </w:rPr>
        <w:t xml:space="preserve">[19:41] </w:t>
      </w:r>
      <w:r>
        <w:t>barish kyon nahi marenge bhai?</w:t>
      </w:r>
    </w:p>
    <w:p>
      <w:pPr>
        <w:jc w:val="right"/>
      </w:pPr>
      <w:r>
        <w:t>बारिश क्यों नहीं मारेंगे भाई?</w:t>
      </w:r>
    </w:p>
    <w:p>
      <w:r>
        <w:rPr>
          <w:b/>
        </w:rPr>
        <w:t xml:space="preserve">[19:46] </w:t>
      </w:r>
      <w:r>
        <w:t>jab aap independence declare karenge to mar jayenge aap.</w:t>
      </w:r>
    </w:p>
    <w:p>
      <w:pPr>
        <w:jc w:val="right"/>
      </w:pPr>
      <w:r>
        <w:t>जब आप इंडिपेंडेंस डिक्लेयर करेंगे तो मर जाएंगे आप।</w:t>
      </w:r>
    </w:p>
    <w:p>
      <w:r>
        <w:rPr>
          <w:b/>
        </w:rPr>
        <w:t xml:space="preserve">[19:50] </w:t>
      </w:r>
      <w:r>
        <w:t>har jagah ye hoga.</w:t>
      </w:r>
    </w:p>
    <w:p>
      <w:pPr>
        <w:jc w:val="right"/>
      </w:pPr>
      <w:r>
        <w:t>हर जगह ये होगा।</w:t>
      </w:r>
    </w:p>
    <w:p>
      <w:r>
        <w:rPr>
          <w:b/>
        </w:rPr>
        <w:t xml:space="preserve">[19:55] </w:t>
      </w:r>
      <w:r>
        <w:t>muslim countries mein bhi bahut sare state hain, wahan par logon ko local</w:t>
      </w:r>
    </w:p>
    <w:p>
      <w:pPr>
        <w:jc w:val="right"/>
      </w:pPr>
      <w:r>
        <w:t>मुस्लिम कंट्रीज़ में भी बहुत सारे स्टेट हैं, वहाँ पर लोगों को लोकल</w:t>
      </w:r>
    </w:p>
    <w:p>
      <w:r>
        <w:rPr>
          <w:b/>
        </w:rPr>
        <w:t xml:space="preserve">[19:59] </w:t>
      </w:r>
      <w:r>
        <w:t>mila rehta hai. to kya wo agar declare kar dein to mare nahin jayenge wo? kyon mare jayenge wo? muslim state mein bhi aisa hi hoga. lekin hamara ek bhi musalman nahin hai jo bataye logon ko ki tumhare, tumne galat policy li. tumhari wrong policy ki price de rahe ho tum. is wajah se wo hate khatm kaise ho? hate khatm kaise ho? main khudagafir se, kya price</w:t>
      </w:r>
    </w:p>
    <w:p>
      <w:pPr>
        <w:jc w:val="right"/>
      </w:pPr>
      <w:r>
        <w:t>मिला रहता है। तो क्या वो अगर डिक्लेयर कर दें तो मारे नहीं जाएंगे वो? क्यों मारे जाएंगे वो? मुस्लिम स्टेट में भी ऐसा ही होगा। लेकिन हमारा एक भी मुसलमान नहीं है जो बताए लोगों को कि तुम्हारे, तुमने गलत पॉलिसी ली। तुम्हारी रॉन्ग पॉलिसी की प्राइस दे रहे हो तुम। इस वजह से वो हेट खत्म कैसे हो? हेट खत्म कैसे हो? मैं खुदाग़फिर से, क्या प्राइस</w:t>
      </w:r>
    </w:p>
    <w:p>
      <w:r>
        <w:rPr>
          <w:b/>
        </w:rPr>
        <w:t xml:space="preserve">[20:29] </w:t>
      </w:r>
      <w:r>
        <w:t>deni padti hai mujhe?</w:t>
      </w:r>
    </w:p>
    <w:p>
      <w:pPr>
        <w:jc w:val="right"/>
      </w:pPr>
      <w:r>
        <w:t>देनी पड़ती है मुझे?</w:t>
      </w:r>
    </w:p>
    <w:p>
      <w:r>
        <w:rPr>
          <w:b/>
        </w:rPr>
        <w:t xml:space="preserve">[20:33] </w:t>
      </w:r>
      <w:r>
        <w:t>abhi main hitlist par hoon.</w:t>
      </w:r>
    </w:p>
    <w:p>
      <w:pPr>
        <w:jc w:val="right"/>
      </w:pPr>
      <w:r>
        <w:t>अभी मैं हिटलिस्ट पर हूँ।</w:t>
      </w:r>
    </w:p>
    <w:p>
      <w:r>
        <w:rPr>
          <w:b/>
        </w:rPr>
        <w:t xml:space="preserve">[20:37] </w:t>
      </w:r>
      <w:r>
        <w:t>sab mujhe marna chahte hain.</w:t>
      </w:r>
    </w:p>
    <w:p>
      <w:pPr>
        <w:jc w:val="right"/>
      </w:pPr>
      <w:r>
        <w:t>सब मुझे मारना चाहते हैं।</w:t>
      </w:r>
    </w:p>
    <w:p>
      <w:r>
        <w:rPr>
          <w:b/>
        </w:rPr>
        <w:t xml:space="preserve">[20:41] </w:t>
      </w:r>
      <w:r>
        <w:t>to aapko, yaani talwar ki nok par khade hokar bolna padta hai sachchai ko. yaad rakhiye.</w:t>
      </w:r>
    </w:p>
    <w:p>
      <w:pPr>
        <w:jc w:val="right"/>
      </w:pPr>
      <w:r>
        <w:t>तो आपको, यानी तलवार की नोक पर खड़े होकर बोलना पड़ता है सच्चाई को। याद रखिए।</w:t>
      </w:r>
    </w:p>
    <w:p>
      <w:r>
        <w:rPr>
          <w:b/>
        </w:rPr>
        <w:t xml:space="preserve">[20:44] </w:t>
      </w:r>
      <w:r>
        <w:t>sachchai ko bolne ke liye aapko talwar ki nok par khada hona padta hai.</w:t>
      </w:r>
    </w:p>
    <w:p>
      <w:pPr>
        <w:jc w:val="right"/>
      </w:pPr>
      <w:r>
        <w:t>सच्चाई को बोलने के लिए आपको तलवार की नोक पर खड़ा होना पड़ता है।</w:t>
      </w:r>
    </w:p>
    <w:p>
      <w:r>
        <w:rPr>
          <w:b/>
        </w:rPr>
        <w:t xml:space="preserve">[20:48] </w:t>
      </w:r>
      <w:r>
        <w:t>to main khudagafir se khada hoon.</w:t>
      </w:r>
    </w:p>
    <w:p>
      <w:pPr>
        <w:jc w:val="right"/>
      </w:pPr>
      <w:r>
        <w:t>तो मैं खुदाग़फिर से खड़ा हूँ।</w:t>
      </w:r>
    </w:p>
    <w:p>
      <w:r>
        <w:rPr>
          <w:b/>
        </w:rPr>
        <w:t xml:space="preserve">[20:52] </w:t>
      </w:r>
      <w:r>
        <w:t>marna ho to maro tumko.</w:t>
      </w:r>
    </w:p>
    <w:p>
      <w:pPr>
        <w:jc w:val="right"/>
      </w:pPr>
      <w:r>
        <w:t>मारना हो तो मारो तुमको।</w:t>
      </w:r>
    </w:p>
    <w:p>
      <w:r>
        <w:rPr>
          <w:b/>
        </w:rPr>
        <w:t xml:space="preserve">[20:56] </w:t>
      </w:r>
      <w:r>
        <w:t>koi chuki sacrifice dene ke liye taiyar nahi hai.</w:t>
      </w:r>
    </w:p>
    <w:p>
      <w:pPr>
        <w:jc w:val="right"/>
      </w:pPr>
      <w:r>
        <w:t>कोई चूँकि सैक्रिफाइस देने के लिए तैयार नहीं है।</w:t>
      </w:r>
    </w:p>
    <w:p>
      <w:r>
        <w:rPr>
          <w:b/>
        </w:rPr>
        <w:t xml:space="preserve">[21:00] </w:t>
      </w:r>
      <w:r>
        <w:t>koi talwar ki nok par khada hone ke liye taiyar nahi hai.</w:t>
      </w:r>
    </w:p>
    <w:p>
      <w:pPr>
        <w:jc w:val="right"/>
      </w:pPr>
      <w:r>
        <w:t>कोई तलवार की नोक पर खड़ा होने के लिए तैयार नहीं है।</w:t>
      </w:r>
    </w:p>
    <w:p>
      <w:r>
        <w:rPr>
          <w:b/>
        </w:rPr>
        <w:t xml:space="preserve">[21:04] </w:t>
      </w:r>
      <w:r>
        <w:t>is liye sab ke sab log wahi boli bolte hain jo, jo ke koi value nahi hai.</w:t>
      </w:r>
    </w:p>
    <w:p>
      <w:pPr>
        <w:jc w:val="right"/>
      </w:pPr>
      <w:r>
        <w:t>इसलिए सब के सब लोग वही बोली बोलते हैं जो, जो कि कोई वैल्यू नहीं है।</w:t>
      </w:r>
    </w:p>
    <w:p>
      <w:r>
        <w:rPr>
          <w:b/>
        </w:rPr>
        <w:t xml:space="preserve">[21:08] </w:t>
      </w:r>
      <w:r>
        <w:t>na kahin zulm hai, na kahin aisa conspiracy hai.</w:t>
      </w:r>
    </w:p>
    <w:p>
      <w:pPr>
        <w:jc w:val="right"/>
      </w:pPr>
      <w:r>
        <w:t>ना कहीं ज़ुल्म है, ना कहीं ऐसा कान्स्पैसी है।</w:t>
      </w:r>
    </w:p>
    <w:p>
      <w:r>
        <w:rPr>
          <w:b/>
        </w:rPr>
        <w:t xml:space="preserve">[21:12] </w:t>
      </w:r>
      <w:r>
        <w:t>tum har jagah apni stability ki policy price de rahe ho.</w:t>
      </w:r>
    </w:p>
    <w:p>
      <w:pPr>
        <w:jc w:val="right"/>
      </w:pPr>
      <w:r>
        <w:t>तुम हर जगह अपनी स्टेबिलिटी की पॉलिसी प्राइस दे रहे हो।</w:t>
      </w:r>
    </w:p>
    <w:p>
      <w:r>
        <w:rPr>
          <w:b/>
        </w:rPr>
        <w:t xml:space="preserve">[21:16] </w:t>
      </w:r>
      <w:r>
        <w:t>chahe kashmir ho, chahe palestine ho, chahe bosnia ho, chahe afghanistan ho, chahe iraq ho.</w:t>
      </w:r>
    </w:p>
    <w:p>
      <w:pPr>
        <w:jc w:val="right"/>
      </w:pPr>
      <w:r>
        <w:t>चाहे कश्मीर हो, चाहे पलेस्टाइन हो, चाहे बोस्निया हो, चाहे अफगानिस्तान हो, चाहे इराक़ हो।</w:t>
      </w:r>
    </w:p>
    <w:p>
      <w:r>
        <w:rPr>
          <w:b/>
        </w:rPr>
        <w:t xml:space="preserve">[21:20] </w:t>
      </w:r>
      <w:r>
        <w:t>har jagah musalman apni stupid policy ki price de rahe hain.</w:t>
      </w:r>
    </w:p>
    <w:p>
      <w:pPr>
        <w:jc w:val="right"/>
      </w:pPr>
      <w:r>
        <w:t>हर जगह मुसलमान अपनी स्टिपिड पॉलिसी की प्राइस दे रहे हैं।</w:t>
      </w:r>
    </w:p>
    <w:p>
      <w:r>
        <w:rPr>
          <w:b/>
        </w:rPr>
        <w:t xml:space="preserve">[21:24] </w:t>
      </w:r>
      <w:r>
        <w:t>aur kehte kya hain?</w:t>
      </w:r>
    </w:p>
    <w:p>
      <w:pPr>
        <w:jc w:val="right"/>
      </w:pPr>
      <w:r>
        <w:t>और कहते क्या हैं?</w:t>
      </w:r>
    </w:p>
    <w:p>
      <w:r>
        <w:rPr>
          <w:b/>
        </w:rPr>
        <w:t xml:space="preserve">[21:27] </w:t>
      </w:r>
      <w:r>
        <w:t>zulm ho raha hai aur conspiracy ho rahi hai.</w:t>
      </w:r>
    </w:p>
    <w:p>
      <w:pPr>
        <w:jc w:val="right"/>
      </w:pPr>
      <w:r>
        <w:t>ज़ुल्म हो रहा है और कान्स्पैसी हो रही है।</w:t>
      </w:r>
    </w:p>
    <w:p>
      <w:r>
        <w:rPr>
          <w:b/>
        </w:rPr>
        <w:t xml:space="preserve">[21:31] </w:t>
      </w:r>
      <w:r>
        <w:t>par main to yahi kehta rahunga.</w:t>
      </w:r>
    </w:p>
    <w:p>
      <w:pPr>
        <w:jc w:val="right"/>
      </w:pPr>
      <w:r>
        <w:t>पर मैं तो यही कहता रहूँगा।</w:t>
      </w:r>
    </w:p>
    <w:p>
      <w:r>
        <w:rPr>
          <w:b/>
        </w:rPr>
        <w:t xml:space="preserve">[21:39] </w:t>
      </w:r>
      <w:r>
        <w:t>inshallah, yahan tak ke allah taala se tak pahunch jaaun.</w:t>
      </w:r>
    </w:p>
    <w:p>
      <w:pPr>
        <w:jc w:val="right"/>
      </w:pPr>
      <w:r>
        <w:t>इंशा अल्लाह, यहाँ तक कि अल्लाह ताला से तक पहुँच जाऊँ।</w:t>
      </w:r>
    </w:p>
    <w:p>
      <w:r>
        <w:rPr>
          <w:b/>
        </w:rPr>
        <w:t xml:space="preserve">[21:46] </w:t>
      </w:r>
      <w:r>
        <w:t>mujhe dusri boli nahi bolna hai.</w:t>
      </w:r>
    </w:p>
    <w:p>
      <w:pPr>
        <w:jc w:val="right"/>
      </w:pPr>
      <w:r>
        <w:t>मुझे दूसरी बोली नहीं बोलना है।</w:t>
      </w:r>
    </w:p>
    <w:p>
      <w:r>
        <w:rPr>
          <w:b/>
        </w:rPr>
        <w:t xml:space="preserve">[21:53] </w:t>
      </w:r>
      <w:r>
        <w:t>This question is from Anwar Khan.</w:t>
      </w:r>
    </w:p>
    <w:p>
      <w:pPr>
        <w:jc w:val="right"/>
      </w:pPr>
      <w:r>
        <w:t>This question is from Anwar Khan.</w:t>
      </w:r>
    </w:p>
    <w:p>
      <w:r>
        <w:rPr>
          <w:b/>
        </w:rPr>
        <w:t xml:space="preserve">[22:01] </w:t>
      </w:r>
      <w:r>
        <w:t>Maulana, what are the ways to avoid distraction? Self-control.</w:t>
      </w:r>
    </w:p>
    <w:p>
      <w:pPr>
        <w:jc w:val="right"/>
      </w:pPr>
      <w:r>
        <w:t>مولाना, what are the ways to avoid distraction? Self-control।</w:t>
      </w:r>
    </w:p>
    <w:p>
      <w:r>
        <w:rPr>
          <w:b/>
        </w:rPr>
        <w:t xml:space="preserve">[22:08] </w:t>
      </w:r>
      <w:r>
        <w:t>dekhiye, distraction jo hai, koi mysterious cheez nahi hai.</w:t>
      </w:r>
    </w:p>
    <w:p>
      <w:pPr>
        <w:jc w:val="right"/>
      </w:pPr>
      <w:r>
        <w:t>देखिए, डिस्ट्रैक्शन जो है, कोई मिस्टीरियस चीज़ नहीं है।</w:t>
      </w:r>
    </w:p>
    <w:p>
      <w:r>
        <w:rPr>
          <w:b/>
        </w:rPr>
        <w:t xml:space="preserve">[22:11] </w:t>
      </w:r>
      <w:r>
        <w:t>aapko pata hota hai.</w:t>
      </w:r>
    </w:p>
    <w:p>
      <w:pPr>
        <w:jc w:val="right"/>
      </w:pPr>
      <w:r>
        <w:t>आपको पता होता है।</w:t>
      </w:r>
    </w:p>
    <w:p>
      <w:r>
        <w:rPr>
          <w:b/>
        </w:rPr>
        <w:t xml:space="preserve">[22:15] </w:t>
      </w:r>
      <w:r>
        <w:t>kal main kisi se keh raha tha ke mujhe ek article likhna hai.</w:t>
      </w:r>
    </w:p>
    <w:p>
      <w:pPr>
        <w:jc w:val="right"/>
      </w:pPr>
      <w:r>
        <w:t>कल मैं किसी से कह रहा था कि मुझे एक आर्टिकल लिखना है।</w:t>
      </w:r>
    </w:p>
    <w:p>
      <w:r>
        <w:rPr>
          <w:b/>
        </w:rPr>
        <w:t xml:space="preserve">[22:18] </w:t>
      </w:r>
      <w:r>
        <w:t>uska title hoga "nahi culture" ya "no culture".</w:t>
      </w:r>
    </w:p>
    <w:p>
      <w:pPr>
        <w:jc w:val="right"/>
      </w:pPr>
      <w:r>
        <w:t>उसका टाइटल होगा "नहीं कल्चर" या "नो कल्चर"।</w:t>
      </w:r>
    </w:p>
    <w:p>
      <w:r>
        <w:rPr>
          <w:b/>
        </w:rPr>
        <w:t xml:space="preserve">[22:21] </w:t>
      </w:r>
      <w:r>
        <w:t>yani har aadmi nahi bolta hai.</w:t>
      </w:r>
    </w:p>
    <w:p>
      <w:pPr>
        <w:jc w:val="right"/>
      </w:pPr>
      <w:r>
        <w:t>यानी हर आदमी नहीं बोलता है।</w:t>
      </w:r>
    </w:p>
    <w:p>
      <w:r>
        <w:rPr>
          <w:b/>
        </w:rPr>
        <w:t xml:space="preserve">[22:25] </w:t>
      </w:r>
      <w:r>
        <w:t>kuch bhi kaho, nahi.</w:t>
      </w:r>
    </w:p>
    <w:p>
      <w:pPr>
        <w:jc w:val="right"/>
      </w:pPr>
      <w:r>
        <w:t>कुछ भी कहो, नहीं।</w:t>
      </w:r>
    </w:p>
    <w:p>
      <w:r>
        <w:rPr>
          <w:b/>
        </w:rPr>
        <w:t xml:space="preserve">[22:28] </w:t>
      </w:r>
      <w:r>
        <w:t>kuch bhi kaho, nahi.</w:t>
      </w:r>
    </w:p>
    <w:p>
      <w:pPr>
        <w:jc w:val="right"/>
      </w:pPr>
      <w:r>
        <w:t>कुछ भी कहो, नहीं।</w:t>
      </w:r>
    </w:p>
    <w:p>
      <w:r>
        <w:rPr>
          <w:b/>
        </w:rPr>
        <w:t xml:space="preserve">[22:31] </w:t>
      </w:r>
      <w:r>
        <w:t>yani wahi karega aur nahi keh dega mujhse.</w:t>
      </w:r>
    </w:p>
    <w:p>
      <w:pPr>
        <w:jc w:val="right"/>
      </w:pPr>
      <w:r>
        <w:t>यानी वही करेगा और नहीं कह देगा मुझसे।</w:t>
      </w:r>
    </w:p>
    <w:p>
      <w:r>
        <w:rPr>
          <w:b/>
        </w:rPr>
        <w:t xml:space="preserve">[22:35] </w:t>
      </w:r>
      <w:r>
        <w:t>same wahi kaam kar</w:t>
      </w:r>
    </w:p>
    <w:p>
      <w:pPr>
        <w:jc w:val="right"/>
      </w:pPr>
      <w:r>
        <w:t>सेम वही काम कर</w:t>
      </w:r>
    </w:p>
    <w:p>
      <w:r>
        <w:rPr>
          <w:b/>
        </w:rPr>
        <w:t xml:space="preserve">[22:38] </w:t>
      </w:r>
      <w:r>
        <w:t>ega aur keh dega, nahin. nahin culture ki wajah se aap log jo hain samajh nahin paate. kahan main distract kar raha hoon. distraction ko janne ke liye kehna padta hai kai baar wrong. ji haan. jisse bhi milta hoon, jisse bhi milta hoon, chahe wo hindu ho, musalman ho, koi baat kahe, nahin, nahin. jaise kya, ek ek sahab, ek khatoon mere paas aayi, ek lady. wo achhi, wealthy fami</w:t>
      </w:r>
    </w:p>
    <w:p>
      <w:pPr>
        <w:jc w:val="right"/>
      </w:pPr>
      <w:r>
        <w:t>ेगा और कह देगा, नहीं। नहीं कल्चर की वजह से आप लोग जो हैं समझ नहीं पाते। कहाँ मैं डिस्ट्रैक्ट कर रहा हूँ। डिस्ट्रैक्शन को जानने के लिए कहना पड़ता है कई बार रॉन्ग। जी हाँ। जिससे भी मिलता हूँ, जिससे भी मिलता हूँ, चाहे वो हिंदू हो, मुसलमान हो, कोई बात कहे, नहीं, नहीं। जैसे क्या, एक एक साहब, एक ख़ातून मेरे पास आयी, एक लेडी। वो अच्छी, वेल्थी फैमि</w:t>
      </w:r>
    </w:p>
    <w:p>
      <w:r>
        <w:rPr>
          <w:b/>
        </w:rPr>
        <w:t xml:space="preserve">[23:08] </w:t>
      </w:r>
      <w:r>
        <w:t>li ki khatoon hai.</w:t>
      </w:r>
    </w:p>
    <w:p>
      <w:pPr>
        <w:jc w:val="right"/>
      </w:pPr>
      <w:r>
        <w:t>ली की ख़ातून है।</w:t>
      </w:r>
    </w:p>
    <w:p>
      <w:r>
        <w:rPr>
          <w:b/>
        </w:rPr>
        <w:t xml:space="preserve">[23:11] </w:t>
      </w:r>
      <w:r>
        <w:t>to maine kaha ke aapke baaju se andaza hota hai ke aap thoda andar se sad hain.</w:t>
      </w:r>
    </w:p>
    <w:p>
      <w:pPr>
        <w:jc w:val="right"/>
      </w:pPr>
      <w:r>
        <w:t>तो मैंने कहा कि आपके बाजू से अंदाज़ा होता है कि आप थोड़ा अंदर से सैड हैं।</w:t>
      </w:r>
    </w:p>
    <w:p>
      <w:r>
        <w:rPr>
          <w:b/>
        </w:rPr>
        <w:t xml:space="preserve">[23:14] </w:t>
      </w:r>
      <w:r>
        <w:t>kahe, nahi, nahi. nahi, nahi.</w:t>
      </w:r>
    </w:p>
    <w:p>
      <w:pPr>
        <w:jc w:val="right"/>
      </w:pPr>
      <w:r>
        <w:t>कहे, नहीं, नहीं। नहीं, नहीं।</w:t>
      </w:r>
    </w:p>
    <w:p>
      <w:r>
        <w:rPr>
          <w:b/>
        </w:rPr>
        <w:t xml:space="preserve">[23:17] </w:t>
      </w:r>
      <w:r>
        <w:t>maine kaha, kuch problem nahi lagta hai.</w:t>
      </w:r>
    </w:p>
    <w:p>
      <w:pPr>
        <w:jc w:val="right"/>
      </w:pPr>
      <w:r>
        <w:t>मैंने कहा, कुछ प्रॉब्लम नहीं लगता है।</w:t>
      </w:r>
    </w:p>
    <w:p>
      <w:r>
        <w:rPr>
          <w:b/>
        </w:rPr>
        <w:t xml:space="preserve">[23:20] </w:t>
      </w:r>
      <w:r>
        <w:t>kahe, nahi, nahi.</w:t>
      </w:r>
    </w:p>
    <w:p>
      <w:pPr>
        <w:jc w:val="right"/>
      </w:pPr>
      <w:r>
        <w:t>कहे, नहीं, नहीं।</w:t>
      </w:r>
    </w:p>
    <w:p>
      <w:r>
        <w:rPr>
          <w:b/>
        </w:rPr>
        <w:t xml:space="preserve">[23:23] </w:t>
      </w:r>
      <w:r>
        <w:t>achha, mera aadat hai scrutiny karne ki.</w:t>
      </w:r>
    </w:p>
    <w:p>
      <w:pPr>
        <w:jc w:val="right"/>
      </w:pPr>
      <w:r>
        <w:t>अच्छा, मेरा आदत है स्क्रूटनी करने की।</w:t>
      </w:r>
    </w:p>
    <w:p>
      <w:r>
        <w:rPr>
          <w:b/>
        </w:rPr>
        <w:t xml:space="preserve">[23:26] </w:t>
      </w:r>
      <w:r>
        <w:t>ye scrutiny karte-karte pata chala ki unke yahan aapas mein husband aur wife ka jhagda hai ki husband</w:t>
      </w:r>
    </w:p>
    <w:p>
      <w:pPr>
        <w:jc w:val="right"/>
      </w:pPr>
      <w:r>
        <w:t>ये स्क्रूटनी करते-करते पता चला कि उनके यहाँ आपस में हस्बैंड और वाइफ का झगड़ा है कि हस्बैंड</w:t>
      </w:r>
    </w:p>
    <w:p>
      <w:r>
        <w:rPr>
          <w:b/>
        </w:rPr>
        <w:t xml:space="preserve">[23:29] </w:t>
      </w:r>
      <w:r>
        <w:t>kahin hain, wife kahin hain.</w:t>
      </w:r>
    </w:p>
    <w:p>
      <w:pPr>
        <w:jc w:val="right"/>
      </w:pPr>
      <w:r>
        <w:t>कहीं हैं, वाइफ कहीं हैं।</w:t>
      </w:r>
    </w:p>
    <w:p>
      <w:r>
        <w:rPr>
          <w:b/>
        </w:rPr>
        <w:t xml:space="preserve">[23:32] </w:t>
      </w:r>
      <w:r>
        <w:t>itna jhagda aapas mein hai aur nahi, nahi kar rahi hain.</w:t>
      </w:r>
    </w:p>
    <w:p>
      <w:pPr>
        <w:jc w:val="right"/>
      </w:pPr>
      <w:r>
        <w:t>इतना झगड़ा आपस में है और नहीं, नहीं कर रही हैं।</w:t>
      </w:r>
    </w:p>
    <w:p>
      <w:r>
        <w:rPr>
          <w:b/>
        </w:rPr>
        <w:t xml:space="preserve">[23:35] </w:t>
      </w:r>
      <w:r>
        <w:t>phone nahi kar diya unhone.</w:t>
      </w:r>
    </w:p>
    <w:p>
      <w:pPr>
        <w:jc w:val="right"/>
      </w:pPr>
      <w:r>
        <w:t>फोन नहीं कर दिया उन्होंने।</w:t>
      </w:r>
    </w:p>
    <w:p>
      <w:r>
        <w:rPr>
          <w:b/>
        </w:rPr>
        <w:t xml:space="preserve">[23:39] </w:t>
      </w:r>
      <w:r>
        <w:t>maine dekha ki one to all sab nahi karte.</w:t>
      </w:r>
    </w:p>
    <w:p>
      <w:pPr>
        <w:jc w:val="right"/>
      </w:pPr>
      <w:r>
        <w:t>मैंने देखा कि वन टू ऑल सब नहीं करते।</w:t>
      </w:r>
    </w:p>
    <w:p>
      <w:r>
        <w:rPr>
          <w:b/>
        </w:rPr>
        <w:t xml:space="preserve">[23:42] </w:t>
      </w:r>
      <w:r>
        <w:t>wo nahi karte hain jhat se.</w:t>
      </w:r>
    </w:p>
    <w:p>
      <w:pPr>
        <w:jc w:val="right"/>
      </w:pPr>
      <w:r>
        <w:t>वो नहीं करते हैं झट से।</w:t>
      </w:r>
    </w:p>
    <w:p>
      <w:r>
        <w:rPr>
          <w:b/>
        </w:rPr>
        <w:t xml:space="preserve">[23:45] </w:t>
      </w:r>
      <w:r>
        <w:t>kuch bhi kaha jaye, nahi.</w:t>
      </w:r>
    </w:p>
    <w:p>
      <w:pPr>
        <w:jc w:val="right"/>
      </w:pPr>
      <w:r>
        <w:t>कुछ भी कहा जाए, नहीं।</w:t>
      </w:r>
    </w:p>
    <w:p>
      <w:r>
        <w:rPr>
          <w:b/>
        </w:rPr>
        <w:t xml:space="preserve">[23:48] </w:t>
      </w:r>
      <w:r>
        <w:t>kuch bhi kaha jaye, nahi.</w:t>
      </w:r>
    </w:p>
    <w:p>
      <w:pPr>
        <w:jc w:val="right"/>
      </w:pPr>
      <w:r>
        <w:t>कुछ भी कहा जाए, नहीं।</w:t>
      </w:r>
    </w:p>
    <w:p>
      <w:r>
        <w:rPr>
          <w:b/>
        </w:rPr>
        <w:t xml:space="preserve">[23:51] </w:t>
      </w:r>
      <w:r>
        <w:t>ye mera experience hai.</w:t>
      </w:r>
    </w:p>
    <w:p>
      <w:pPr>
        <w:jc w:val="right"/>
      </w:pPr>
      <w:r>
        <w:t>ये मेरा एक्सपीरियंस है।</w:t>
      </w:r>
    </w:p>
    <w:p>
      <w:r>
        <w:rPr>
          <w:b/>
        </w:rPr>
        <w:t xml:space="preserve">[23:54] </w:t>
      </w:r>
      <w:r>
        <w:t>isme abhi tak mujhe koi exception nahi mila hai.</w:t>
      </w:r>
    </w:p>
    <w:p>
      <w:pPr>
        <w:jc w:val="right"/>
      </w:pPr>
      <w:r>
        <w:t>इसमें अभी तक मुझे कोई एक्सेप्शन नहीं मिला है।</w:t>
      </w:r>
    </w:p>
    <w:p>
      <w:r>
        <w:rPr>
          <w:b/>
        </w:rPr>
        <w:t xml:space="preserve">[23:57] </w:t>
      </w:r>
      <w:r>
        <w:t>is se nikliye, nahi culture se nikliye.</w:t>
      </w:r>
    </w:p>
    <w:p>
      <w:pPr>
        <w:jc w:val="right"/>
      </w:pPr>
      <w:r>
        <w:t>इससे निकलिए, नहीं कल्चर से निकलिए।</w:t>
      </w:r>
    </w:p>
    <w:p>
      <w:r>
        <w:rPr>
          <w:b/>
        </w:rPr>
        <w:t xml:space="preserve">[24:00] </w:t>
      </w:r>
      <w:r>
        <w:t>main samajhta hoon ki ek hi formula hai ki nahi culture se nikliye aur haan culture ko ikhtiyar kijiye.</w:t>
      </w:r>
    </w:p>
    <w:p>
      <w:pPr>
        <w:jc w:val="right"/>
      </w:pPr>
      <w:r>
        <w:t>मैं समझता हूँ कि एक ही फ़ार्मूला है कि नहीं कल्चर से निकलिए और हाँ कल्चर को इख़्तियार कीजिए।</w:t>
      </w:r>
    </w:p>
    <w:p>
      <w:r>
        <w:rPr>
          <w:b/>
        </w:rPr>
        <w:t xml:space="preserve">[24:03] </w:t>
      </w:r>
      <w:r>
        <w:t>bol diye jaldi se ki i was wrong.</w:t>
      </w:r>
    </w:p>
    <w:p>
      <w:pPr>
        <w:jc w:val="right"/>
      </w:pPr>
      <w:r>
        <w:t>बोल दिए जल्दी से कि आई वाज़ रॉन्ग।</w:t>
      </w:r>
    </w:p>
    <w:p>
      <w:r>
        <w:rPr>
          <w:b/>
        </w:rPr>
        <w:t xml:space="preserve">[24:06] </w:t>
      </w:r>
      <w:r>
        <w:t>i was wrong.</w:t>
      </w:r>
    </w:p>
    <w:p>
      <w:pPr>
        <w:jc w:val="right"/>
      </w:pPr>
      <w:r>
        <w:t>आई वाज़ रॉन्ग।</w:t>
      </w:r>
    </w:p>
    <w:p>
      <w:r>
        <w:rPr>
          <w:b/>
        </w:rPr>
        <w:t xml:space="preserve">[24:10] </w:t>
      </w:r>
      <w:r>
        <w:t>mujhe ek udaharan sirf mila hai ab tak zindagi mein.</w:t>
      </w:r>
    </w:p>
    <w:p>
      <w:pPr>
        <w:jc w:val="right"/>
      </w:pPr>
      <w:r>
        <w:t>मुझे एक उदाहरण सिर्फ मिला है अब तक ज़िंदगी में।</w:t>
      </w:r>
    </w:p>
    <w:p>
      <w:r>
        <w:rPr>
          <w:b/>
        </w:rPr>
        <w:t xml:space="preserve">[24:15] </w:t>
      </w:r>
      <w:r>
        <w:t>main bulandshahar gaya to wahan par ek sahab the, ab unka death ho chuki hai.</w:t>
      </w:r>
    </w:p>
    <w:p>
      <w:pPr>
        <w:jc w:val="right"/>
      </w:pPr>
      <w:r>
        <w:t>मैं बुलंदशहर गया तो वहाँ पर एक साहब थे, अब उनका डेथ हो चुकी है।</w:t>
      </w:r>
    </w:p>
    <w:p>
      <w:r>
        <w:rPr>
          <w:b/>
        </w:rPr>
        <w:t xml:space="preserve">[24:20] </w:t>
      </w:r>
      <w:r>
        <w:t>wo british period mein wo army mein service karte the.</w:t>
      </w:r>
    </w:p>
    <w:p>
      <w:pPr>
        <w:jc w:val="right"/>
      </w:pPr>
      <w:r>
        <w:t>वो ब्रिटिश पीरियड में वो आर्मी में सर्विस करते थे।</w:t>
      </w:r>
    </w:p>
    <w:p>
      <w:r>
        <w:rPr>
          <w:b/>
        </w:rPr>
        <w:t xml:space="preserve">[24:25] </w:t>
      </w:r>
      <w:r>
        <w:t>yani wo office mein the army mein.</w:t>
      </w:r>
    </w:p>
    <w:p>
      <w:pPr>
        <w:jc w:val="right"/>
      </w:pPr>
      <w:r>
        <w:t>यानी वो ऑफिस में थे आर्मी में।</w:t>
      </w:r>
    </w:p>
    <w:p>
      <w:r>
        <w:rPr>
          <w:b/>
        </w:rPr>
        <w:t xml:space="preserve">[24:30] </w:t>
      </w:r>
      <w:r>
        <w:t>to us waqt retire ho chuke the.</w:t>
      </w:r>
    </w:p>
    <w:p>
      <w:pPr>
        <w:jc w:val="right"/>
      </w:pPr>
      <w:r>
        <w:t>तो उस वक्त रिटायर हो चुके थे।</w:t>
      </w:r>
    </w:p>
    <w:p>
      <w:r>
        <w:rPr>
          <w:b/>
        </w:rPr>
        <w:t xml:space="preserve">[24:35] </w:t>
      </w:r>
      <w:r>
        <w:t>to main aksar jab milta hoon kisi se to kehta hoon ki apni zindagi ka koi bataiye, koi koi</w:t>
      </w:r>
    </w:p>
    <w:p>
      <w:pPr>
        <w:jc w:val="right"/>
      </w:pPr>
      <w:r>
        <w:t>तो मैं अक्सर जब मिलता हूँ किसी से तो कहता हूँ कि अपनी ज़िंदगी का कोई बताइए, कोई कोई</w:t>
      </w:r>
    </w:p>
    <w:p>
      <w:r>
        <w:rPr>
          <w:b/>
        </w:rPr>
        <w:t xml:space="preserve">[24:40] </w:t>
      </w:r>
      <w:r>
        <w:t>experience bataiye, kuch.</w:t>
      </w:r>
    </w:p>
    <w:p>
      <w:pPr>
        <w:jc w:val="right"/>
      </w:pPr>
      <w:r>
        <w:t>एक्सपीरियंस बताइए, कुछ।</w:t>
      </w:r>
    </w:p>
    <w:p>
      <w:r>
        <w:rPr>
          <w:b/>
        </w:rPr>
        <w:t xml:space="preserve">[24:44] </w:t>
      </w:r>
      <w:r>
        <w:t>hamesha poochta hoon logon se.</w:t>
      </w:r>
    </w:p>
    <w:p>
      <w:pPr>
        <w:jc w:val="right"/>
      </w:pPr>
      <w:r>
        <w:t>हमेशा पूछता हूँ लोगों से।</w:t>
      </w:r>
    </w:p>
    <w:p>
      <w:r>
        <w:rPr>
          <w:b/>
        </w:rPr>
        <w:t xml:space="preserve">[24:47] </w:t>
      </w:r>
      <w:r>
        <w:t>to unhon ne kaha ke main dilli kya, dilli mein the wo.</w:t>
      </w:r>
    </w:p>
    <w:p>
      <w:pPr>
        <w:jc w:val="right"/>
      </w:pPr>
      <w:r>
        <w:t>तो उन्होंने कहा कि मैं दिल्ली क्या, दिल्ली में थे वो।</w:t>
      </w:r>
    </w:p>
    <w:p>
      <w:r>
        <w:rPr>
          <w:b/>
        </w:rPr>
        <w:t xml:space="preserve">[24:51] </w:t>
      </w:r>
      <w:r>
        <w:t>wahan main office mein tha, army head quarter mein.</w:t>
      </w:r>
    </w:p>
    <w:p>
      <w:pPr>
        <w:jc w:val="right"/>
      </w:pPr>
      <w:r>
        <w:t>वहाँ मैं ऑफिस में था, आर्मी हेड क्वार्टर में।</w:t>
      </w:r>
    </w:p>
    <w:p>
      <w:r>
        <w:rPr>
          <w:b/>
        </w:rPr>
        <w:t xml:space="preserve">[24:55] </w:t>
      </w:r>
      <w:r>
        <w:t>to angrez afsar tha, us ne mujh se ek paper manga.</w:t>
      </w:r>
    </w:p>
    <w:p>
      <w:pPr>
        <w:jc w:val="right"/>
      </w:pPr>
      <w:r>
        <w:t>तो अंग्रेज़ अफ़सर था, उसने मुझसे एक पेपर माँगा।</w:t>
      </w:r>
    </w:p>
    <w:p>
      <w:r>
        <w:rPr>
          <w:b/>
        </w:rPr>
        <w:t xml:space="preserve">[24:59] </w:t>
      </w:r>
      <w:r>
        <w:t>yani ek file manga jis mein ek paper tha, jis ko us ko dekhna tha.</w:t>
      </w:r>
    </w:p>
    <w:p>
      <w:pPr>
        <w:jc w:val="right"/>
      </w:pPr>
      <w:r>
        <w:t>यानी एक फ़ाइल माँगा जिसमें एक पेपर था, जिसको उसको देखना था।</w:t>
      </w:r>
    </w:p>
    <w:p>
      <w:r>
        <w:rPr>
          <w:b/>
        </w:rPr>
        <w:t xml:space="preserve">[25:03] </w:t>
      </w:r>
      <w:r>
        <w:t>kaha, mujhe ab falan paper dekhna hai, us ka file bhejo.</w:t>
      </w:r>
    </w:p>
    <w:p>
      <w:pPr>
        <w:jc w:val="right"/>
      </w:pPr>
      <w:r>
        <w:t>कहा, मुझे अब फलाँ पेपर देखना है, उसका फ़ाइल भेजो।</w:t>
      </w:r>
    </w:p>
    <w:p>
      <w:r>
        <w:rPr>
          <w:b/>
        </w:rPr>
        <w:t xml:space="preserve">[25:07] </w:t>
      </w:r>
      <w:r>
        <w:t>to inhone wo file jo hai, us ko bhej diya.</w:t>
      </w:r>
    </w:p>
    <w:p>
      <w:pPr>
        <w:jc w:val="right"/>
      </w:pPr>
      <w:r>
        <w:t>तो इन्होंने वो फ़ाइल जो है, उसको भेज दिया।</w:t>
      </w:r>
    </w:p>
    <w:p>
      <w:r>
        <w:rPr>
          <w:b/>
        </w:rPr>
        <w:t xml:space="preserve">[25:10] </w:t>
      </w:r>
      <w:r>
        <w:t>ab us ne us ko dekha file ko to us mein wo paper nahin mila.</w:t>
      </w:r>
    </w:p>
    <w:p>
      <w:pPr>
        <w:jc w:val="right"/>
      </w:pPr>
      <w:r>
        <w:t>अब उसने उसको देखा फ़ाइल को तो उसमें वो पेपर नहीं मिला।</w:t>
      </w:r>
    </w:p>
    <w:p>
      <w:r>
        <w:rPr>
          <w:b/>
        </w:rPr>
        <w:t xml:space="preserve">[25:14] </w:t>
      </w:r>
      <w:r>
        <w:t>to wo khud aaya, us ne us ko patka file ko.</w:t>
      </w:r>
    </w:p>
    <w:p>
      <w:pPr>
        <w:jc w:val="right"/>
      </w:pPr>
      <w:r>
        <w:t>तो वो खुद आया, उसने उसको पटका फ़ाइल को।</w:t>
      </w:r>
    </w:p>
    <w:p>
      <w:r>
        <w:rPr>
          <w:b/>
        </w:rPr>
        <w:t xml:space="preserve">[25:18] </w:t>
      </w:r>
      <w:r>
        <w:t>kaha ke tum doosra file tum ne bhej diya mere paas.</w:t>
      </w:r>
    </w:p>
    <w:p>
      <w:pPr>
        <w:jc w:val="right"/>
      </w:pPr>
      <w:r>
        <w:t>कहा कि तुम दूसरा फ़ाइल तुमने भेज दिया मेरे पास।</w:t>
      </w:r>
    </w:p>
    <w:p>
      <w:r>
        <w:rPr>
          <w:b/>
        </w:rPr>
        <w:t xml:space="preserve">[25:22] </w:t>
      </w:r>
      <w:r>
        <w:t>kaisa aadmi tum ho.</w:t>
      </w:r>
    </w:p>
    <w:p>
      <w:pPr>
        <w:jc w:val="right"/>
      </w:pPr>
      <w:r>
        <w:t>कैसा आदमी तुम हो।</w:t>
      </w:r>
    </w:p>
    <w:p>
      <w:r>
        <w:rPr>
          <w:b/>
        </w:rPr>
        <w:t xml:space="preserve">[25:26] </w:t>
      </w:r>
      <w:r>
        <w:t>to us ke mez par patak kar chala gaya.</w:t>
      </w:r>
    </w:p>
    <w:p>
      <w:pPr>
        <w:jc w:val="right"/>
      </w:pPr>
      <w:r>
        <w:t>तो उसके मेज़ पर पटक कर चला गया।</w:t>
      </w:r>
    </w:p>
    <w:p>
      <w:r>
        <w:rPr>
          <w:b/>
        </w:rPr>
        <w:t xml:space="preserve">[25:30] </w:t>
      </w:r>
      <w:r>
        <w:t>aur asal mein kya tha, inhone dekha to wo bilkul sahi file bheja tha unhon ne.</w:t>
      </w:r>
    </w:p>
    <w:p>
      <w:pPr>
        <w:jc w:val="right"/>
      </w:pPr>
      <w:r>
        <w:t>और असल में क्या था, इन्होंने देखा तो वो बिल्कुल सही फ़ाइल भेजा था उन्होंने।</w:t>
      </w:r>
    </w:p>
    <w:p>
      <w:r>
        <w:rPr>
          <w:b/>
        </w:rPr>
        <w:t xml:space="preserve">[25:33] </w:t>
      </w:r>
      <w:r>
        <w:t>usi mein wo paper tha wo.</w:t>
      </w:r>
    </w:p>
    <w:p>
      <w:pPr>
        <w:jc w:val="right"/>
      </w:pPr>
      <w:r>
        <w:t>उसी में वो पेपर था वो।</w:t>
      </w:r>
    </w:p>
    <w:p>
      <w:r>
        <w:rPr>
          <w:b/>
        </w:rPr>
        <w:t xml:space="preserve">[25:37] </w:t>
      </w:r>
      <w:r>
        <w:t>to unhon ne kya kiya ke</w:t>
      </w:r>
    </w:p>
    <w:p>
      <w:pPr>
        <w:jc w:val="right"/>
      </w:pPr>
      <w:r>
        <w:t>तो उन्होंने क्या किया कि</w:t>
      </w:r>
    </w:p>
    <w:p>
      <w:r>
        <w:rPr>
          <w:b/>
        </w:rPr>
        <w:t xml:space="preserve">[25:41] </w:t>
      </w:r>
      <w:r>
        <w:t>us ko phir se aise hi ek paper bark rakh kar ke usi same file ko bhej diya.</w:t>
      </w:r>
    </w:p>
    <w:p>
      <w:pPr>
        <w:jc w:val="right"/>
      </w:pPr>
      <w:r>
        <w:t>उसको फिर से ऐसे ही एक पेपर बार्क रख करके उसी सेम फ़ाइल को भेज दिया।</w:t>
      </w:r>
    </w:p>
    <w:p>
      <w:r>
        <w:rPr>
          <w:b/>
        </w:rPr>
        <w:t xml:space="preserve">[25:45] </w:t>
      </w:r>
      <w:r>
        <w:t>ab us ke baad jab us ne dekha to us mein wo paper tha.</w:t>
      </w:r>
    </w:p>
    <w:p>
      <w:pPr>
        <w:jc w:val="right"/>
      </w:pPr>
      <w:r>
        <w:t>अब उसके बाद जब उसने देखा तो उसमें वो पेपर था।</w:t>
      </w:r>
    </w:p>
    <w:p>
      <w:r>
        <w:rPr>
          <w:b/>
        </w:rPr>
        <w:t xml:space="preserve">[25:48] </w:t>
      </w:r>
      <w:r>
        <w:t>to us zamane mein ek red pencil hua karti thi.</w:t>
      </w:r>
    </w:p>
    <w:p>
      <w:pPr>
        <w:jc w:val="right"/>
      </w:pPr>
      <w:r>
        <w:t>तो उस ज़माने में एक रेड पेंसिल हुआ करती थी।</w:t>
      </w:r>
    </w:p>
    <w:p>
      <w:r>
        <w:rPr>
          <w:b/>
        </w:rPr>
        <w:t xml:space="preserve">[25:51] </w:t>
      </w:r>
      <w:r>
        <w:t>ab shayad wo nahin hoti.</w:t>
      </w:r>
    </w:p>
    <w:p>
      <w:pPr>
        <w:jc w:val="right"/>
      </w:pPr>
      <w:r>
        <w:t>अब शायद वो नहीं होती।</w:t>
      </w:r>
    </w:p>
    <w:p>
      <w:r>
        <w:rPr>
          <w:b/>
        </w:rPr>
        <w:t xml:space="preserve">[25:55] </w:t>
      </w:r>
      <w:r>
        <w:t>ab to red ball pen chalta hai zyada.</w:t>
      </w:r>
    </w:p>
    <w:p>
      <w:pPr>
        <w:jc w:val="right"/>
      </w:pPr>
      <w:r>
        <w:t>अब तो रेड बॉल पेन चलता है ज़्यादा।</w:t>
      </w:r>
    </w:p>
    <w:p>
      <w:r>
        <w:rPr>
          <w:b/>
        </w:rPr>
        <w:t xml:space="preserve">[25:58] </w:t>
      </w:r>
      <w:r>
        <w:t>moti si hoti thi, boti si.</w:t>
      </w:r>
    </w:p>
    <w:p>
      <w:pPr>
        <w:jc w:val="right"/>
      </w:pPr>
      <w:r>
        <w:t>मोटी सी होती थी, बोटी सी।</w:t>
      </w:r>
    </w:p>
    <w:p>
      <w:r>
        <w:rPr>
          <w:b/>
        </w:rPr>
        <w:t xml:space="preserve">[26:01] </w:t>
      </w:r>
      <w:r>
        <w:t>bota se likhti thi wo red pencil.</w:t>
      </w:r>
    </w:p>
    <w:p>
      <w:pPr>
        <w:jc w:val="right"/>
      </w:pPr>
      <w:r>
        <w:t>बोटा से लिखती थी वो रेड पेंसिल।</w:t>
      </w:r>
    </w:p>
    <w:p>
      <w:r>
        <w:rPr>
          <w:b/>
        </w:rPr>
        <w:t xml:space="preserve">[26:05] </w:t>
      </w:r>
      <w:r>
        <w:t>hamare bachpan mein hota tha aisa.</w:t>
      </w:r>
    </w:p>
    <w:p>
      <w:pPr>
        <w:jc w:val="right"/>
      </w:pPr>
      <w:r>
        <w:t>हमारे बचपन में होता था ऐसा।</w:t>
      </w:r>
    </w:p>
    <w:p>
      <w:r>
        <w:rPr>
          <w:b/>
        </w:rPr>
        <w:t xml:space="preserve">[26:08] </w:t>
      </w:r>
      <w:r>
        <w:t>us par us ne likha,</w:t>
      </w:r>
    </w:p>
    <w:p>
      <w:pPr>
        <w:jc w:val="right"/>
      </w:pPr>
      <w:r>
        <w:t>उस पर उसने लिखा,</w:t>
      </w:r>
    </w:p>
    <w:p>
      <w:r>
        <w:rPr>
          <w:b/>
        </w:rPr>
        <w:t xml:space="preserve">[26:11] </w:t>
      </w:r>
      <w:r>
        <w:t>"I was blind then." "I was blind then." ye karke usne wo likhwaya. Ye tha.</w:t>
      </w:r>
    </w:p>
    <w:p>
      <w:pPr>
        <w:jc w:val="right"/>
      </w:pPr>
      <w:r>
        <w:t>"आई वाज़ ब्लाइंड देन।" "आई वाज़ ब्लाइंड देन।" ये करके उसने वो लिखवाया। ये था।</w:t>
      </w:r>
    </w:p>
    <w:p>
      <w:r>
        <w:rPr>
          <w:b/>
        </w:rPr>
        <w:t xml:space="preserve">[26:19] </w:t>
      </w:r>
      <w:r>
        <w:t>yani admit karna.</w:t>
      </w:r>
    </w:p>
    <w:p>
      <w:pPr>
        <w:jc w:val="right"/>
      </w:pPr>
      <w:r>
        <w:t>यानी एडमिट करना।</w:t>
      </w:r>
    </w:p>
    <w:p>
      <w:r>
        <w:rPr>
          <w:b/>
        </w:rPr>
        <w:t xml:space="preserve">[26:27] </w:t>
      </w:r>
      <w:r>
        <w:t>میں سمجھتا ہوں کہ اگر کوئی آدمی چاہتا ہے spiritual development, intellectual development یا distraction سے بچا کرکے</w:t>
      </w:r>
    </w:p>
    <w:p>
      <w:pPr>
        <w:jc w:val="right"/>
      </w:pPr>
      <w:r>
        <w:t>मैं समझता हूँ कि अगर कोई आदमी चाहता है स्पिरिचुअल डेवलपमेंट, इंटेलेक्चुअल डेवलपमेंट या डिस्ट्रैक्शन से बचा करके</w:t>
      </w:r>
    </w:p>
    <w:p>
      <w:r>
        <w:rPr>
          <w:b/>
        </w:rPr>
        <w:t xml:space="preserve">[26:34] </w:t>
      </w:r>
      <w:r>
        <w:t>अपने आप को unfold करना, अपने mind को और जो highest जो</w:t>
      </w:r>
    </w:p>
    <w:p>
      <w:pPr>
        <w:jc w:val="right"/>
      </w:pPr>
      <w:r>
        <w:t>अपने आप को अनफोल्ड करना, अपने माइंड को और जो हाईएस्ट जो</w:t>
      </w:r>
    </w:p>
    <w:p>
      <w:r>
        <w:rPr>
          <w:b/>
        </w:rPr>
        <w:t xml:space="preserve">[26:42] </w:t>
      </w:r>
      <w:r>
        <w:t>peak hai, wahan pahunchna. to ek hi shart, ek hi condition hai. aap seekhiye yeh kehna, "i was wrong, i was wrong." yahi starting point hai aur yeh final point hai. mere tajurbe ke mutabiq. maine history mein ek hi insaan ko paya hai jo bahut zyada jaanta tha is haqeeqat ko. wo the islam ke history mein, yaani second caliph, umar ibn khat</w:t>
      </w:r>
    </w:p>
    <w:p>
      <w:pPr>
        <w:jc w:val="right"/>
      </w:pPr>
      <w:r>
        <w:t>पीक है, वहाँ पहुँचना। तो एक ही शर्त, एक ही कंडीशन है। आप सीखिए यह कहना, "आई वाज़ रॉन्ग, आई वाज़ रॉन्ग।" यही स्टार्टिंग पॉइंट है और यह फाइनल पॉइंट है। मेरे तजुर्बे के मुताबिक़। मैंने हिस्ट्री में एक ही इंसान को पाया है जो बहुत ज़्यादा जानता था इस हक़ीक़त को। वो थे इस्लाम के हिस्ट्री में, यानी सेकंड कैलिफ, उमर इब्न ख़त्</w:t>
      </w:r>
    </w:p>
    <w:p>
      <w:r>
        <w:rPr>
          <w:b/>
        </w:rPr>
        <w:t xml:space="preserve">[27:12] </w:t>
      </w:r>
      <w:r>
        <w:t>tab. bahut hi intelligent aadmi the, bahut hi brilliant aadmi the wo. lekin mashhoor unke baare mein yeh hai ki wo baar-baar kehte the, "laula fulanun lahla ka umar." yaani extremist word mein kehte the wo. "laula fulanun lahla ka umar." ki agar yeh aadmi na hota to main distract ho jaata. yaani hum kahenge, "i was wrong." lekin wo isi par unko taskeen nahin hoti</w:t>
      </w:r>
    </w:p>
    <w:p>
      <w:pPr>
        <w:jc w:val="right"/>
      </w:pPr>
      <w:r>
        <w:t>ताब। बहुत ही इंटेलीजेंट आदमी थे, बहुत ही ब्रिलियंट आदमी थे वो। लेकिन मशहूर उनके बारे में यह है कि वो बार-बार कहते थे, "लौला फुलानुन लहला का उमर।" यानी एक्सट्रीमिस्ट वर्ड में कहते थे वो। "लौला फुलानुन लहला का उमर।" कि अगर यह आदमी न होता तो मैं डिस्ट्रैक्ट हो जाता। यानी हम कहेंगे, "आई वाज़ रॉन्ग।" लेकिन वो इसी पर उनको तस्क़ीन नहीं होती</w:t>
      </w:r>
    </w:p>
    <w:p>
      <w:r>
        <w:rPr>
          <w:b/>
        </w:rPr>
        <w:t xml:space="preserve">[27:42] </w:t>
      </w:r>
      <w:r>
        <w:t>thi.</w:t>
      </w:r>
    </w:p>
    <w:p>
      <w:pPr>
        <w:jc w:val="right"/>
      </w:pPr>
      <w:r>
        <w:t>थी।</w:t>
      </w:r>
    </w:p>
    <w:p>
      <w:r>
        <w:rPr>
          <w:b/>
        </w:rPr>
        <w:t xml:space="preserve">[27:45] </w:t>
      </w:r>
      <w:r>
        <w:t>"I was wrong" nahin kehte the woh.</w:t>
      </w:r>
    </w:p>
    <w:p>
      <w:pPr>
        <w:jc w:val="right"/>
      </w:pPr>
      <w:r>
        <w:t>"आई वाज़ रॉन्ग" नहीं कहते थे वो।</w:t>
      </w:r>
    </w:p>
    <w:p>
      <w:r>
        <w:rPr>
          <w:b/>
        </w:rPr>
        <w:t xml:space="preserve">[27:49] </w:t>
      </w:r>
      <w:r>
        <w:t>laula fulanun lahla ka umar. fulan aadmi na hota, fulan bhi agar mujhko na batata meri ghalti ko</w:t>
      </w:r>
    </w:p>
    <w:p>
      <w:pPr>
        <w:jc w:val="right"/>
      </w:pPr>
      <w:r>
        <w:t>"लौला फुलानुन लहला का उमर।" फुलान आदमी न होता, फुलान भी अगर मुझको न बताता मेरी गलती को</w:t>
      </w:r>
    </w:p>
    <w:p>
      <w:r>
        <w:rPr>
          <w:b/>
        </w:rPr>
        <w:t xml:space="preserve">[27:52] </w:t>
      </w:r>
      <w:r>
        <w:t>to main to distract ho chuka tha.</w:t>
      </w:r>
    </w:p>
    <w:p>
      <w:pPr>
        <w:jc w:val="right"/>
      </w:pPr>
      <w:r>
        <w:t>तो मैं तो डिस्ट्रैक्ट हो चुका था।</w:t>
      </w:r>
    </w:p>
    <w:p>
      <w:r>
        <w:rPr>
          <w:b/>
        </w:rPr>
        <w:t xml:space="preserve">[27:55] </w:t>
      </w:r>
      <w:r>
        <w:t>itna bara wise aadmi hai, maine history mein nahin janta kisi ko.</w:t>
      </w:r>
    </w:p>
    <w:p>
      <w:pPr>
        <w:jc w:val="right"/>
      </w:pPr>
      <w:r>
        <w:t>इतना बड़ा वाइज आदमी है, मैंने हिस्ट्री में नहीं जानता किसी को।</w:t>
      </w:r>
    </w:p>
    <w:p>
      <w:r>
        <w:rPr>
          <w:b/>
        </w:rPr>
        <w:t xml:space="preserve">[27:59] </w:t>
      </w:r>
      <w:r>
        <w:t>itna bara wise aadmi hai.</w:t>
      </w:r>
    </w:p>
    <w:p>
      <w:pPr>
        <w:jc w:val="right"/>
      </w:pPr>
      <w:r>
        <w:t>इतना बड़ा वाइज आदमी है।</w:t>
      </w:r>
    </w:p>
    <w:p>
      <w:r>
        <w:rPr>
          <w:b/>
        </w:rPr>
        <w:t xml:space="preserve">[28:02] </w:t>
      </w:r>
      <w:r>
        <w:t>ab bohat bara empire us zamane mein ban chuka tha, uske wo khalifa thay.</w:t>
      </w:r>
    </w:p>
    <w:p>
      <w:pPr>
        <w:jc w:val="right"/>
      </w:pPr>
      <w:r>
        <w:t>अब बहुत बड़ा एंपायर उस ज़माने में बन चुका था, उसके वो खलीफा थे।</w:t>
      </w:r>
    </w:p>
    <w:p>
      <w:r>
        <w:rPr>
          <w:b/>
        </w:rPr>
        <w:t xml:space="preserve">[28:05] </w:t>
      </w:r>
      <w:r>
        <w:t>main unka aik aik sunata hoon aapko.</w:t>
      </w:r>
    </w:p>
    <w:p>
      <w:pPr>
        <w:jc w:val="right"/>
      </w:pPr>
      <w:r>
        <w:t>मैं उनका एक एक सुनाता हूँ आपको।</w:t>
      </w:r>
    </w:p>
    <w:p>
      <w:r>
        <w:rPr>
          <w:b/>
        </w:rPr>
        <w:t xml:space="preserve">[28:09] </w:t>
      </w:r>
      <w:r>
        <w:t>ke kitna bara</w:t>
      </w:r>
    </w:p>
    <w:p>
      <w:pPr>
        <w:jc w:val="right"/>
      </w:pPr>
      <w:r>
        <w:t>कि कितना बड़ा</w:t>
      </w:r>
    </w:p>
    <w:p>
      <w:r>
        <w:rPr>
          <w:b/>
        </w:rPr>
        <w:t xml:space="preserve">[28:12] </w:t>
      </w:r>
      <w:r>
        <w:t>wise aadmi tha wo.</w:t>
      </w:r>
    </w:p>
    <w:p>
      <w:pPr>
        <w:jc w:val="right"/>
      </w:pPr>
      <w:r>
        <w:t>वाइज आदमी था वो।</w:t>
      </w:r>
    </w:p>
    <w:p>
      <w:r>
        <w:rPr>
          <w:b/>
        </w:rPr>
        <w:t xml:space="preserve">[28:18] </w:t>
      </w:r>
      <w:r>
        <w:t>itna bara wise aadmi jarajmush mein nahin hai.</w:t>
      </w:r>
    </w:p>
    <w:p>
      <w:pPr>
        <w:jc w:val="right"/>
      </w:pPr>
      <w:r>
        <w:t>इतना बड़ा वाइज आदमी जारजमुश में नहीं है।</w:t>
      </w:r>
    </w:p>
    <w:p>
      <w:r>
        <w:rPr>
          <w:b/>
        </w:rPr>
        <w:t xml:space="preserve">[28:25] </w:t>
      </w:r>
      <w:r>
        <w:t>unhon ne kaha ke "lais al-aqil allaji yariful khair mursar." "allaji yariful khair mursar rahan." ke wise aadmi wo</w:t>
      </w:r>
    </w:p>
    <w:p>
      <w:pPr>
        <w:jc w:val="right"/>
      </w:pPr>
      <w:r>
        <w:t>उन्होंने कहा कि "लैस अल-आकिल अल्लजी यारिफुल खैर मुरसर।" "अल्लजी यारिफुल खैर मुरसर रहन।" कि वाइज आदमी वो</w:t>
      </w:r>
    </w:p>
    <w:p>
      <w:r>
        <w:rPr>
          <w:b/>
        </w:rPr>
        <w:t xml:space="preserve">[28:31] </w:t>
      </w:r>
      <w:r>
        <w:t>nahin hai jo jo good aur bad ko jaane.</w:t>
      </w:r>
    </w:p>
    <w:p>
      <w:pPr>
        <w:jc w:val="right"/>
      </w:pPr>
      <w:r>
        <w:t>नहीं है जो जो गुड और बैड को जाने।</w:t>
      </w:r>
    </w:p>
    <w:p>
      <w:r>
        <w:rPr>
          <w:b/>
        </w:rPr>
        <w:t xml:space="preserve">[28:38] </w:t>
      </w:r>
      <w:r>
        <w:t>wise aadmi wo hai jo do evil mein se kaun sa lesser evil hai, usko jaane.</w:t>
      </w:r>
    </w:p>
    <w:p>
      <w:pPr>
        <w:jc w:val="right"/>
      </w:pPr>
      <w:r>
        <w:t>वाइज आदमी वो है जो दो इविल में से कौन सा लेसर इविल है, उसको जाने।</w:t>
      </w:r>
    </w:p>
    <w:p>
      <w:r>
        <w:rPr>
          <w:b/>
        </w:rPr>
        <w:t xml:space="preserve">[28:44] </w:t>
      </w:r>
      <w:r>
        <w:t>kitni bari wisdom iske andar hai.</w:t>
      </w:r>
    </w:p>
    <w:p>
      <w:pPr>
        <w:jc w:val="right"/>
      </w:pPr>
      <w:r>
        <w:t>कितनी बड़ी विज़डम इसके अंदर है।</w:t>
      </w:r>
    </w:p>
    <w:p>
      <w:r>
        <w:rPr>
          <w:b/>
        </w:rPr>
        <w:t xml:space="preserve">[28:49] </w:t>
      </w:r>
      <w:r>
        <w:t>ke is duniya mein aapko all bad aur all good ka choice nahin hai.</w:t>
      </w:r>
    </w:p>
    <w:p>
      <w:pPr>
        <w:jc w:val="right"/>
      </w:pPr>
      <w:r>
        <w:t>कि इस दुनिया में आपको ऑल बैड और ऑल गुड का चॉइस नहीं है।</w:t>
      </w:r>
    </w:p>
    <w:p>
      <w:r>
        <w:rPr>
          <w:b/>
        </w:rPr>
        <w:t xml:space="preserve">[28:54] </w:t>
      </w:r>
      <w:r>
        <w:t>sirf choice kis mein hai ke greater evil ke muqable mein lesser evil ko le lain aap.</w:t>
      </w:r>
    </w:p>
    <w:p>
      <w:pPr>
        <w:jc w:val="right"/>
      </w:pPr>
      <w:r>
        <w:t>सिर्फ चॉइस किसमें है कि गेटर इविल के मुकाबले में लेसर इविल को ले लें आप।</w:t>
      </w:r>
    </w:p>
    <w:p>
      <w:r>
        <w:rPr>
          <w:b/>
        </w:rPr>
        <w:t xml:space="preserve">[28:59] </w:t>
      </w:r>
      <w:r>
        <w:t>jisko dekhiye, isi par.</w:t>
      </w:r>
    </w:p>
    <w:p>
      <w:pPr>
        <w:jc w:val="right"/>
      </w:pPr>
      <w:r>
        <w:t>जिसको देखिए, इसी पर।</w:t>
      </w:r>
    </w:p>
    <w:p>
      <w:r>
        <w:rPr>
          <w:b/>
        </w:rPr>
        <w:t xml:space="preserve">[29:04] </w:t>
      </w:r>
      <w:r>
        <w:t>chahe Alexander the Great ko dekhiye aap ya George Bush ko dekhiye ya Napoleon ko dekhiye.</w:t>
      </w:r>
    </w:p>
    <w:p>
      <w:pPr>
        <w:jc w:val="right"/>
      </w:pPr>
      <w:r>
        <w:t>चाहे अलेक्जेंडर द ग्रेट को देखिए आप या जार्ज बुश को देखिए या नेपोलियन को देखिए।</w:t>
      </w:r>
    </w:p>
    <w:p>
      <w:r>
        <w:rPr>
          <w:b/>
        </w:rPr>
        <w:t xml:space="preserve">[29:09] </w:t>
      </w:r>
      <w:r>
        <w:t>sab yahin par, yaani apne ko distract kiya har aik ne. all</w:t>
      </w:r>
    </w:p>
    <w:p>
      <w:pPr>
        <w:jc w:val="right"/>
      </w:pPr>
      <w:r>
        <w:t>सब यहीं पर, यानी अपने को डिस्ट्रैक्ट किया हर एक ने। ऑल</w:t>
      </w:r>
    </w:p>
    <w:p>
      <w:r>
        <w:rPr>
          <w:b/>
        </w:rPr>
        <w:t xml:space="preserve">[29:14] </w:t>
      </w:r>
      <w:r>
        <w:t>good lene ke liye daure.</w:t>
      </w:r>
    </w:p>
    <w:p>
      <w:pPr>
        <w:jc w:val="right"/>
      </w:pPr>
      <w:r>
        <w:t>गुड लेने के लिए दौड़े।</w:t>
      </w:r>
    </w:p>
    <w:p>
      <w:r>
        <w:rPr>
          <w:b/>
        </w:rPr>
        <w:t xml:space="preserve">[29:17] </w:t>
      </w:r>
      <w:r>
        <w:t>aur phir wo na pa sake, wo khatam ho gaye.</w:t>
      </w:r>
    </w:p>
    <w:p>
      <w:pPr>
        <w:jc w:val="right"/>
      </w:pPr>
      <w:r>
        <w:t>और फिर वो न पा सके, वो खत्म हो गए।</w:t>
      </w:r>
    </w:p>
    <w:p>
      <w:r>
        <w:rPr>
          <w:b/>
        </w:rPr>
        <w:t xml:space="preserve">[29:21] </w:t>
      </w:r>
      <w:r>
        <w:t>Napoleon, Hitler, George Bush.</w:t>
      </w:r>
    </w:p>
    <w:p>
      <w:pPr>
        <w:jc w:val="right"/>
      </w:pPr>
      <w:r>
        <w:t>नेपोलियन, हिटलर, जार्ज बुश।</w:t>
      </w:r>
    </w:p>
    <w:p>
      <w:r>
        <w:rPr>
          <w:b/>
        </w:rPr>
        <w:t xml:space="preserve">[29:24] </w:t>
      </w:r>
      <w:r>
        <w:t>jisko bhi dekhiye, one to all.</w:t>
      </w:r>
    </w:p>
    <w:p>
      <w:pPr>
        <w:jc w:val="right"/>
      </w:pPr>
      <w:r>
        <w:t>जिसको भी देखिए, वन टू ऑल।</w:t>
      </w:r>
    </w:p>
    <w:p>
      <w:r>
        <w:rPr>
          <w:b/>
        </w:rPr>
        <w:t xml:space="preserve">[29:28] </w:t>
      </w:r>
      <w:r>
        <w:t>yahan tak ke ab Plato aur Aristotle.</w:t>
      </w:r>
    </w:p>
    <w:p>
      <w:pPr>
        <w:jc w:val="right"/>
      </w:pPr>
      <w:r>
        <w:t>यहाँ तक कि अब प्लेटो और अरिस्टोटिल।</w:t>
      </w:r>
    </w:p>
    <w:p>
      <w:r>
        <w:rPr>
          <w:b/>
        </w:rPr>
        <w:t xml:space="preserve">[29:31] </w:t>
      </w:r>
      <w:r>
        <w:t>is is cheez ko nahin discover kar saka koi aadmi.</w:t>
      </w:r>
    </w:p>
    <w:p>
      <w:pPr>
        <w:jc w:val="right"/>
      </w:pPr>
      <w:r>
        <w:t>इस इस चीज़ को नहीं डिस्कवर कर सका कोई आदमी।</w:t>
      </w:r>
    </w:p>
    <w:p>
      <w:r>
        <w:rPr>
          <w:b/>
        </w:rPr>
        <w:t xml:space="preserve">[29:34] </w:t>
      </w:r>
      <w:r>
        <w:t>puri purvi history mein yahan se baat hoti hai.</w:t>
      </w:r>
    </w:p>
    <w:p>
      <w:pPr>
        <w:jc w:val="right"/>
      </w:pPr>
      <w:r>
        <w:t>पूरी पूर्वी हिस्ट्री में यहाँ से बात होती है।</w:t>
      </w:r>
    </w:p>
    <w:p>
      <w:r>
        <w:rPr>
          <w:b/>
        </w:rPr>
        <w:t xml:space="preserve">[29:38] </w:t>
      </w:r>
      <w:r>
        <w:t>ki is duniya mein hamari jo choice hai, wo all good aur all bad ke beech mein nahin hai.</w:t>
      </w:r>
    </w:p>
    <w:p>
      <w:pPr>
        <w:jc w:val="right"/>
      </w:pPr>
      <w:r>
        <w:t>कि इस दुनिया में हमारी जो चॉइस है, वो ऑल गुड और ऑल बैड के बीच में नहीं है।</w:t>
      </w:r>
    </w:p>
    <w:p>
      <w:r>
        <w:rPr>
          <w:b/>
        </w:rPr>
        <w:t xml:space="preserve">[29:41] </w:t>
      </w:r>
      <w:r>
        <w:t>wo greater evil aur lesser i</w:t>
      </w:r>
    </w:p>
    <w:p>
      <w:pPr>
        <w:jc w:val="right"/>
      </w:pPr>
      <w:r>
        <w:t>वो गेटर इविल और लेसर इ</w:t>
      </w:r>
    </w:p>
    <w:p>
      <w:r>
        <w:rPr>
          <w:b/>
        </w:rPr>
        <w:t xml:space="preserve">[29:44] </w:t>
      </w:r>
      <w:r>
        <w:t>vil ke beech mein hai.</w:t>
      </w:r>
    </w:p>
    <w:p>
      <w:pPr>
        <w:jc w:val="right"/>
      </w:pPr>
      <w:r>
        <w:t>विल के बीच में है।</w:t>
      </w:r>
    </w:p>
    <w:p>
      <w:r>
        <w:rPr>
          <w:b/>
        </w:rPr>
        <w:t xml:space="preserve">[29:48] </w:t>
      </w:r>
      <w:r>
        <w:t>lesser evil ko le lo taaki tum greater evil se bach jao.</w:t>
      </w:r>
    </w:p>
    <w:p>
      <w:pPr>
        <w:jc w:val="right"/>
      </w:pPr>
      <w:r>
        <w:t>लेसर इविल को ले लो ताकि तुम गेटर इविल से बच जाओ।</w:t>
      </w:r>
    </w:p>
    <w:p>
      <w:r>
        <w:rPr>
          <w:b/>
        </w:rPr>
        <w:t xml:space="preserve">[29:51] </w:t>
      </w:r>
      <w:r>
        <w:t>yeh wisdom ka pahad hai yeh.</w:t>
      </w:r>
    </w:p>
    <w:p>
      <w:pPr>
        <w:jc w:val="right"/>
      </w:pPr>
      <w:r>
        <w:t>यह विज़डम का पहाड़ है यह।</w:t>
      </w:r>
    </w:p>
    <w:p>
      <w:r>
        <w:rPr>
          <w:b/>
        </w:rPr>
        <w:t xml:space="preserve">[29:54] </w:t>
      </w:r>
      <w:r>
        <w:t>wisdom ka pahad hai yeh.</w:t>
      </w:r>
    </w:p>
    <w:p>
      <w:pPr>
        <w:jc w:val="right"/>
      </w:pPr>
      <w:r>
        <w:t>विज़डम का पहाड़ है यह।</w:t>
      </w:r>
    </w:p>
    <w:p>
      <w:r>
        <w:rPr>
          <w:b/>
        </w:rPr>
        <w:t xml:space="preserve">[29:58] </w:t>
      </w:r>
      <w:r>
        <w:t>lekin koi jaanta nahin hai isko.</w:t>
      </w:r>
    </w:p>
    <w:p>
      <w:pPr>
        <w:jc w:val="right"/>
      </w:pPr>
      <w:r>
        <w:t>लेकिन कोई जानता नहीं है इसको।</w:t>
      </w:r>
    </w:p>
    <w:p>
      <w:r>
        <w:rPr>
          <w:b/>
        </w:rPr>
        <w:t xml:space="preserve">[30:01] </w:t>
      </w:r>
      <w:r>
        <w:t>to wo jo itna zyada wise bane, iski wajah yahi, unka raaz yahi tha ki "I was wrong"</w:t>
      </w:r>
    </w:p>
    <w:p>
      <w:pPr>
        <w:jc w:val="right"/>
      </w:pPr>
      <w:r>
        <w:t>तो वो जो इतना ज़्यादा वाइज बने, इसकी वजह यही, उनका राज़ यही था कि "आई वाज़ रॉन्ग"</w:t>
      </w:r>
    </w:p>
    <w:p>
      <w:r>
        <w:rPr>
          <w:b/>
        </w:rPr>
        <w:t xml:space="preserve">[30:04] </w:t>
      </w:r>
      <w:r>
        <w:t>kehna jaante the wo.</w:t>
      </w:r>
    </w:p>
    <w:p>
      <w:pPr>
        <w:jc w:val="right"/>
      </w:pPr>
      <w:r>
        <w:t>कहना जानते थे वो।</w:t>
      </w:r>
    </w:p>
    <w:p>
      <w:r>
        <w:rPr>
          <w:b/>
        </w:rPr>
        <w:t xml:space="preserve">[30:08] </w:t>
      </w:r>
      <w:r>
        <w:t>hota kya hai, dekhiye.</w:t>
      </w:r>
    </w:p>
    <w:p>
      <w:pPr>
        <w:jc w:val="right"/>
      </w:pPr>
      <w:r>
        <w:t>होता क्या है, देखिए।</w:t>
      </w:r>
    </w:p>
    <w:p>
      <w:r>
        <w:rPr>
          <w:b/>
        </w:rPr>
        <w:t xml:space="preserve">[30:11] </w:t>
      </w:r>
      <w:r>
        <w:t>ki "I was wrong" kehkar aap apne ko bachate hain is</w:t>
      </w:r>
    </w:p>
    <w:p>
      <w:pPr>
        <w:jc w:val="right"/>
      </w:pPr>
      <w:r>
        <w:t>कि "आई वाज़ रॉन्ग" कहकर आप अपने को बचाते हैं इस</w:t>
      </w:r>
    </w:p>
    <w:p>
      <w:r>
        <w:rPr>
          <w:b/>
        </w:rPr>
        <w:t xml:space="preserve">[30:14] </w:t>
      </w:r>
      <w:r>
        <w:t>se ki aapka mind unfold hone ka process ruk jaye.</w:t>
      </w:r>
    </w:p>
    <w:p>
      <w:pPr>
        <w:jc w:val="right"/>
      </w:pPr>
      <w:r>
        <w:t>से कि आपका माइंड अनफोल्ड होने का प्रोसेस रुक जाए।</w:t>
      </w:r>
    </w:p>
    <w:p>
      <w:r>
        <w:rPr>
          <w:b/>
        </w:rPr>
        <w:t xml:space="preserve">[30:20] </w:t>
      </w:r>
      <w:r>
        <w:t>unfolding ka jo process hai aapke mind mein, wo dead stop ho jata hai jab aap "I was</w:t>
      </w:r>
    </w:p>
    <w:p>
      <w:pPr>
        <w:jc w:val="right"/>
      </w:pPr>
      <w:r>
        <w:t>अनफोल्डिंग का जो प्रोसेस है आपके माइंड में, वो डेड स्टॉप हो जाता है जब आप "आई वाज़</w:t>
      </w:r>
    </w:p>
    <w:p>
      <w:r>
        <w:rPr>
          <w:b/>
        </w:rPr>
        <w:t xml:space="preserve">[30:25] </w:t>
      </w:r>
      <w:r>
        <w:t>wrong" na keh saken.</w:t>
      </w:r>
    </w:p>
    <w:p>
      <w:pPr>
        <w:jc w:val="right"/>
      </w:pPr>
      <w:r>
        <w:t>रॉन्ग" न कह सकें।</w:t>
      </w:r>
    </w:p>
    <w:p>
      <w:r>
        <w:rPr>
          <w:b/>
        </w:rPr>
        <w:t xml:space="preserve">[30:30] </w:t>
      </w:r>
      <w:r>
        <w:t>"I was wrong" kehte hi wo unfolding ka process jo hai, chalne lagta hai.</w:t>
      </w:r>
    </w:p>
    <w:p>
      <w:pPr>
        <w:jc w:val="right"/>
      </w:pPr>
      <w:r>
        <w:t>"आई वाज़ रॉन्ग" कहते ही वो अनफोल्डिंग का प्रोसेस जो है, चलने लगता है।</w:t>
      </w:r>
    </w:p>
    <w:p>
      <w:r>
        <w:rPr>
          <w:b/>
        </w:rPr>
        <w:t xml:space="preserve">[30:36] </w:t>
      </w:r>
      <w:r>
        <w:t>to sabse badi cheez meri zindagi mein jo hai, wo kya hai, wo ki jo nature ne mujhe</w:t>
      </w:r>
    </w:p>
    <w:p>
      <w:pPr>
        <w:jc w:val="right"/>
      </w:pPr>
      <w:r>
        <w:t>तो सबसे बड़ी चीज़ मेरी ज़िंदगी में जो है, वो क्या है, वो कि जो नेचर ने मुझे</w:t>
      </w:r>
    </w:p>
    <w:p>
      <w:r>
        <w:rPr>
          <w:b/>
        </w:rPr>
        <w:t xml:space="preserve">[30:41] </w:t>
      </w:r>
      <w:r>
        <w:t>diya hai, yeh mind.</w:t>
      </w:r>
    </w:p>
    <w:p>
      <w:pPr>
        <w:jc w:val="right"/>
      </w:pPr>
      <w:r>
        <w:t>दिया है, यह माइंड।</w:t>
      </w:r>
    </w:p>
    <w:p>
      <w:r>
        <w:rPr>
          <w:b/>
        </w:rPr>
        <w:t xml:space="preserve">[30:46] </w:t>
      </w:r>
      <w:r>
        <w:t>itna bada mind, itna bada mind jo diya hai Khuda ne.</w:t>
      </w:r>
    </w:p>
    <w:p>
      <w:pPr>
        <w:jc w:val="right"/>
      </w:pPr>
      <w:r>
        <w:t>इतना बड़ा माइंड, इतना बड़ा माइंड जो दिया है खुदा ने।</w:t>
      </w:r>
    </w:p>
    <w:p>
      <w:r>
        <w:rPr>
          <w:b/>
        </w:rPr>
        <w:t xml:space="preserve">[30:52] </w:t>
      </w:r>
      <w:r>
        <w:t>ki billion, billion, billion article is mind mein bhare hue hain.</w:t>
      </w:r>
    </w:p>
    <w:p>
      <w:pPr>
        <w:jc w:val="right"/>
      </w:pPr>
      <w:r>
        <w:t>कि बिलियन, बिलियन, बिलियन आर्टिकल इस माइंड में भरे हुए हैं।</w:t>
      </w:r>
    </w:p>
    <w:p>
      <w:r>
        <w:rPr>
          <w:b/>
        </w:rPr>
        <w:t xml:space="preserve">[30:57] </w:t>
      </w:r>
      <w:r>
        <w:t>ek scientist ne likha hai ki all pin jo hoti hai, all pin, uska jo, uska jo, uska</w:t>
      </w:r>
    </w:p>
    <w:p>
      <w:pPr>
        <w:jc w:val="right"/>
      </w:pPr>
      <w:r>
        <w:t>एक साइंटिस्ट ने लिखा है कि ऑल पिन जो होती है, ऑल पिन, उसका जो, उसका जो, उसका</w:t>
      </w:r>
    </w:p>
    <w:p>
      <w:r>
        <w:rPr>
          <w:b/>
        </w:rPr>
        <w:t xml:space="preserve">[31:02] </w:t>
      </w:r>
      <w:r>
        <w:t>jo, wo jo nok jo hota hai, kitna kam hota hai wo.</w:t>
      </w:r>
    </w:p>
    <w:p>
      <w:pPr>
        <w:jc w:val="right"/>
      </w:pPr>
      <w:r>
        <w:t>जो, वो जो नोक जो होता है, कितना कम होता है वो।</w:t>
      </w:r>
    </w:p>
    <w:p>
      <w:r>
        <w:rPr>
          <w:b/>
        </w:rPr>
        <w:t xml:space="preserve">[31:08] </w:t>
      </w:r>
      <w:r>
        <w:t>to bahut hi kam.</w:t>
      </w:r>
    </w:p>
    <w:p>
      <w:pPr>
        <w:jc w:val="right"/>
      </w:pPr>
      <w:r>
        <w:t>तो बहुत ही कम।</w:t>
      </w:r>
    </w:p>
    <w:p>
      <w:r>
        <w:rPr>
          <w:b/>
        </w:rPr>
        <w:t xml:space="preserve">[31:13] </w:t>
      </w:r>
      <w:r>
        <w:t>wahan par ek million interactions, wo ten million interaction hote hain har second.</w:t>
      </w:r>
    </w:p>
    <w:p>
      <w:pPr>
        <w:jc w:val="right"/>
      </w:pPr>
      <w:r>
        <w:t>वहाँ पर एक मिलियन इंटरेक्शंस, वो टेन मिलियन इंटरेक्शन होते हैं हर सेकंड।</w:t>
      </w:r>
    </w:p>
    <w:p>
      <w:r>
        <w:rPr>
          <w:b/>
        </w:rPr>
        <w:t xml:space="preserve">[31:18] </w:t>
      </w:r>
      <w:r>
        <w:t>ab dekhiye, kitna bada process mind mein jaari rehta hai.</w:t>
      </w:r>
    </w:p>
    <w:p>
      <w:pPr>
        <w:jc w:val="right"/>
      </w:pPr>
      <w:r>
        <w:t>अब देखिए, कितना बड़ा प्रोसेस माइंड में जारी रहता है।</w:t>
      </w:r>
    </w:p>
    <w:p>
      <w:r>
        <w:rPr>
          <w:b/>
        </w:rPr>
        <w:t xml:space="preserve">[31:22] </w:t>
      </w:r>
      <w:r>
        <w:t>to main yeh kahunga ki ek award mein ki sabse bada raaz jo hai, wo jaanna ki mere</w:t>
      </w:r>
    </w:p>
    <w:p>
      <w:pPr>
        <w:jc w:val="right"/>
      </w:pPr>
      <w:r>
        <w:t>तो मैं यह कहूँगा कि एक अवार्ड में कि सबसे बड़ा राज़ जो है, वह जानना कि मेरे</w:t>
      </w:r>
    </w:p>
    <w:p>
      <w:r>
        <w:rPr>
          <w:b/>
        </w:rPr>
        <w:t xml:space="preserve">[31:26] </w:t>
      </w:r>
      <w:r>
        <w:t>andar khuda ne unlimited potential diya hai.</w:t>
      </w:r>
    </w:p>
    <w:p>
      <w:pPr>
        <w:jc w:val="right"/>
      </w:pPr>
      <w:r>
        <w:t>अंदर खुदा ने अनलिमिटेड पोटेंशियल दिया है।</w:t>
      </w:r>
    </w:p>
    <w:p>
      <w:r>
        <w:rPr>
          <w:b/>
        </w:rPr>
        <w:t xml:space="preserve">[31:29] </w:t>
      </w:r>
      <w:r>
        <w:t>aur yeh janna ke is is is mind ko unfold karne ka jo process hai, usko non stop</w:t>
      </w:r>
    </w:p>
    <w:p>
      <w:pPr>
        <w:jc w:val="right"/>
      </w:pPr>
      <w:r>
        <w:t>और यह जानना कि इस इस इस माइंड को अनफोल्ड करने का जो प्रोसेस है, उसको नॉन स्टॉप</w:t>
      </w:r>
    </w:p>
    <w:p>
      <w:r>
        <w:rPr>
          <w:b/>
        </w:rPr>
        <w:t xml:space="preserve">[31:33] </w:t>
      </w:r>
      <w:r>
        <w:t>chalte rehne ka sabse bada formula hai.</w:t>
      </w:r>
    </w:p>
    <w:p>
      <w:pPr>
        <w:jc w:val="right"/>
      </w:pPr>
      <w:r>
        <w:t>चलते रहने का सबसे बड़ा फ़ार्मूला है।</w:t>
      </w:r>
    </w:p>
    <w:p>
      <w:r>
        <w:rPr>
          <w:b/>
        </w:rPr>
        <w:t xml:space="preserve">[31:37] </w:t>
      </w:r>
      <w:r>
        <w:t>Yeh kehna, "I was wrong, I was wrong." Lekin aajkal kya hai, sab nayi culture mein jeete hain,</w:t>
      </w:r>
    </w:p>
    <w:p>
      <w:pPr>
        <w:jc w:val="right"/>
      </w:pPr>
      <w:r>
        <w:t>यह कहना, "आई वाज़ रॉन्ग, आई वाज़ रॉन्ग।" लेकिन आजकल क्या है, सब नई कल्चर में जीते हैं,</w:t>
      </w:r>
    </w:p>
    <w:p>
      <w:r>
        <w:rPr>
          <w:b/>
        </w:rPr>
        <w:t xml:space="preserve">[31:41] </w:t>
      </w:r>
      <w:r>
        <w:t>sab nai culture mein.</w:t>
      </w:r>
    </w:p>
    <w:p>
      <w:pPr>
        <w:jc w:val="right"/>
      </w:pPr>
      <w:r>
        <w:t>सब नई कल्चर में।</w:t>
      </w:r>
    </w:p>
    <w:p>
      <w:r>
        <w:rPr>
          <w:b/>
        </w:rPr>
        <w:t xml:space="preserve">[31:44] </w:t>
      </w:r>
      <w:r>
        <w:t>to sab dwarf bane hue hain. yeh</w:t>
      </w:r>
    </w:p>
    <w:p>
      <w:pPr>
        <w:jc w:val="right"/>
      </w:pPr>
      <w:r>
        <w:t>तो सब ड्वार्फ बने हुए हैं। यह</w:t>
      </w:r>
    </w:p>
    <w:p>
      <w:r>
        <w:rPr>
          <w:b/>
        </w:rPr>
        <w:t xml:space="preserve">[31:48] </w:t>
      </w:r>
      <w:r>
        <w:t>सारी دنیا intellectual dwarfs سے بھری ہوئی ہے۔</w:t>
      </w:r>
    </w:p>
    <w:p>
      <w:pPr>
        <w:jc w:val="right"/>
      </w:pPr>
      <w:r>
        <w:t>सारी दुनिया इंटेलेक्चुअल ड्वार्फ से भरी हुई है।</w:t>
      </w:r>
    </w:p>
    <w:p>
      <w:r>
        <w:rPr>
          <w:b/>
        </w:rPr>
        <w:t xml:space="preserve">[31:53] </w:t>
      </w:r>
      <w:r>
        <w:t>पूरी दुनिया यहाँ से लेकर अमेरिका तक, मैं कह सकता हूँ कि intellectual dwarfs से भरी हुई है। Dwarf, बौने। क्यों?</w:t>
      </w:r>
    </w:p>
    <w:p>
      <w:pPr>
        <w:jc w:val="right"/>
      </w:pPr>
      <w:r>
        <w:t>पूरी दुनिया यहाँ से लेकर अमेरिका तक, मैं कह सकता हूँ कि इंटेलेक्चुअल ड्वार्फ से भरी हुई है। ड्वार्फ, बौने। क्यों?</w:t>
      </w:r>
    </w:p>
    <w:p>
      <w:r>
        <w:rPr>
          <w:b/>
        </w:rPr>
        <w:t xml:space="preserve">[31:58] </w:t>
      </w:r>
      <w:r>
        <w:t>sab nai culture mein jeete hain.</w:t>
      </w:r>
    </w:p>
    <w:p>
      <w:pPr>
        <w:jc w:val="right"/>
      </w:pPr>
      <w:r>
        <w:t>सब नई कल्चर में जीते हैं।</w:t>
      </w:r>
    </w:p>
    <w:p>
      <w:r>
        <w:rPr>
          <w:b/>
        </w:rPr>
        <w:t xml:space="preserve">[32:04] </w:t>
      </w:r>
      <w:r>
        <w:t>aur nai mein jeete hain to unka unfolding nahi ho paati unki.</w:t>
      </w:r>
    </w:p>
    <w:p>
      <w:pPr>
        <w:jc w:val="right"/>
      </w:pPr>
      <w:r>
        <w:t>और नई में जीते हैं तो उनका अनफोल्डिंग नहीं हो पाती उनकी।</w:t>
      </w:r>
    </w:p>
    <w:p>
      <w:r>
        <w:rPr>
          <w:b/>
        </w:rPr>
        <w:t xml:space="preserve">[32:09] </w:t>
      </w:r>
      <w:r>
        <w:t>itna potential le kar ke bhi mar jaate hain isi.</w:t>
      </w:r>
    </w:p>
    <w:p>
      <w:pPr>
        <w:jc w:val="right"/>
      </w:pPr>
      <w:r>
        <w:t>इतना पोटेंशियल लेकर के भी मर जाते हैं इसी।</w:t>
      </w:r>
    </w:p>
    <w:p>
      <w:r>
        <w:rPr>
          <w:b/>
        </w:rPr>
        <w:t xml:space="preserve">[32:14] </w:t>
      </w:r>
      <w:r>
        <w:t>yaani intellectual giant ka potential le kar aate hain aur intellectual dwarf ban kar bharte hain.</w:t>
      </w:r>
    </w:p>
    <w:p>
      <w:pPr>
        <w:jc w:val="right"/>
      </w:pPr>
      <w:r>
        <w:t>यानी इंटेलेक्चुअल जाइंट का पोटेंशियल लेकर आते हैं और इंटेलेक्चुअल ड्वार्फ बनकर भरते हैं।</w:t>
      </w:r>
    </w:p>
    <w:p>
      <w:r>
        <w:rPr>
          <w:b/>
        </w:rPr>
        <w:t xml:space="preserve">[32:19] </w:t>
      </w:r>
      <w:r>
        <w:t>yeh hai sad story of our world. This question is from Shahbaz Nadvi. Inter-religious marriages are forbidden in Islam. Can you please give us the logic of this? bahut hi simple logic hai. inter-religious ki baat nahi, yeh batata hoon. basically wo inter-culture ki baat hai. khud mus</w:t>
      </w:r>
    </w:p>
    <w:p>
      <w:pPr>
        <w:jc w:val="right"/>
      </w:pPr>
      <w:r>
        <w:t>यह है सैड स्टोरी ऑफ़ आवर वर्ल्ड। This question is from Shahbaz Nadvi। Inter-religious marriages are forbidden in Islam। Can you please give us the logic of this? बहुत ही सिंपल लॉजिक है। इंटर-रिलिजियस की बात नहीं, यह बताता हूँ। बेसिकली वो इंटर-कल्चर की बात है। खुद मुस</w:t>
      </w:r>
    </w:p>
    <w:p>
      <w:r>
        <w:rPr>
          <w:b/>
        </w:rPr>
        <w:t xml:space="preserve">[32:49] </w:t>
      </w:r>
      <w:r>
        <w:t>almanon mein bhi do culture agar hon, do culture ka aadmi. matlab ek educated family hai. ek jo hai, wo wo wo jahan education nahi hai, wo family hai. usne shadi kar di, aap jaldi wo jhagda bana rehta hai. main khud apni family mein jaanta hoon aise kisse ko. ji haan. to cheez hai ki har aadmi basically wo ek culture uska hota hai, usi mein jeeta hai wo. har aadmi mixch</w:t>
      </w:r>
    </w:p>
    <w:p>
      <w:pPr>
        <w:jc w:val="right"/>
      </w:pPr>
      <w:r>
        <w:t>लमानों में भी दो कल्चर अगर हों, दो कल्चर का आदमी। मतलब एक एजुकेटेड फैमिली है। एक जो है, वो वो वो जहाँ एजुकेशन नहीं है, वो फैमिली है। उसने शादी कर दी, आप जल्दी वो झगड़ा बना रहता है। मैं खुद अपनी फैमिली में जानता हूँ ऐसे किस्से को। जी हाँ। तो चीज़ है कि हर आदमी बेसिकली वो एक कल्चर उसका होता है, उसी में जीता है वो। हर आदमी मिक्सच</w:t>
      </w:r>
    </w:p>
    <w:p>
      <w:r>
        <w:rPr>
          <w:b/>
        </w:rPr>
        <w:t xml:space="preserve">[33:19] </w:t>
      </w:r>
      <w:r>
        <w:t>r culture hota hai.</w:t>
      </w:r>
    </w:p>
    <w:p>
      <w:pPr>
        <w:jc w:val="right"/>
      </w:pPr>
      <w:r>
        <w:t>र कल्चर होता है।</w:t>
      </w:r>
    </w:p>
    <w:p>
      <w:r>
        <w:rPr>
          <w:b/>
        </w:rPr>
        <w:t xml:space="preserve">[33:25] </w:t>
      </w:r>
      <w:r>
        <w:t>yaani har shaadi between two culture hoti hai, har shaadi.</w:t>
      </w:r>
    </w:p>
    <w:p>
      <w:pPr>
        <w:jc w:val="right"/>
      </w:pPr>
      <w:r>
        <w:t>यानी हर शादी बिटवीन टू कल्चर होती है, हर शादी।</w:t>
      </w:r>
    </w:p>
    <w:p>
      <w:r>
        <w:rPr>
          <w:b/>
        </w:rPr>
        <w:t xml:space="preserve">[33:32] </w:t>
      </w:r>
      <w:r>
        <w:t>chahe muslim muslim ho ya muslim non muslim ho, yaad rakhiye isko.</w:t>
      </w:r>
    </w:p>
    <w:p>
      <w:pPr>
        <w:jc w:val="right"/>
      </w:pPr>
      <w:r>
        <w:t>चाहे मुस्लिम मुस्लिम हो या मुस्लिम नॉन मुस्लिम हो, याद रखिए इसको।</w:t>
      </w:r>
    </w:p>
    <w:p>
      <w:r>
        <w:rPr>
          <w:b/>
        </w:rPr>
        <w:t xml:space="preserve">[33:38] </w:t>
      </w:r>
      <w:r>
        <w:t>muslim muslim ho ya muslim aur non muslim ke beech mein ho, har kadar wo hoti hai inter-culture marriage.</w:t>
      </w:r>
    </w:p>
    <w:p>
      <w:pPr>
        <w:jc w:val="right"/>
      </w:pPr>
      <w:r>
        <w:t>मुस्लिम मुस्लिम हो या मुस्लिम और नॉन मुस्लिम के बीच में हो, हर कदर वो होती है इंटर-कल्चर मैरिज।</w:t>
      </w:r>
    </w:p>
    <w:p>
      <w:r>
        <w:rPr>
          <w:b/>
        </w:rPr>
        <w:t xml:space="preserve">[33:44] </w:t>
      </w:r>
      <w:r>
        <w:t>to isiliye fiqh halafi mein yeh shart hai, yeh condition hai ke kuf ki, kuf ki condition hai, kuf.</w:t>
      </w:r>
    </w:p>
    <w:p>
      <w:pPr>
        <w:jc w:val="right"/>
      </w:pPr>
      <w:r>
        <w:t>तो इसीलिए फिक़्ह हलफ़ी में यह शर्त है, यह कंडीशन है कि कुफ़ की, कुफ़ की कंडीशन है, कुफ़।</w:t>
      </w:r>
    </w:p>
    <w:p>
      <w:r>
        <w:rPr>
          <w:b/>
        </w:rPr>
        <w:t xml:space="preserve">[33:51] </w:t>
      </w:r>
      <w:r>
        <w:t>kuf kehte hain isko. yaani barabari. cultural barabari.</w:t>
      </w:r>
    </w:p>
    <w:p>
      <w:pPr>
        <w:jc w:val="right"/>
      </w:pPr>
      <w:r>
        <w:t>कुफ़ कहते हैं इसको। यानी बराबरी। कल्चरल बराबरी।</w:t>
      </w:r>
    </w:p>
    <w:p>
      <w:r>
        <w:rPr>
          <w:b/>
        </w:rPr>
        <w:t xml:space="preserve">[33:55] </w:t>
      </w:r>
      <w:r>
        <w:t>to main samajhta hoon ke masla yeh hai ke aap kar ke dekh lijiye, shaadi chalegi nahi.</w:t>
      </w:r>
    </w:p>
    <w:p>
      <w:pPr>
        <w:jc w:val="right"/>
      </w:pPr>
      <w:r>
        <w:t>तो मैं समझता हूँ कि मसला यह है कि आप करके देख लीजिए, शादी चलेगी नहीं।</w:t>
      </w:r>
    </w:p>
    <w:p>
      <w:r>
        <w:rPr>
          <w:b/>
        </w:rPr>
        <w:t xml:space="preserve">[33:59] </w:t>
      </w:r>
      <w:r>
        <w:t>maine ek padha tha ek article, Islamic Review ek par se nikalta hai.</w:t>
      </w:r>
    </w:p>
    <w:p>
      <w:pPr>
        <w:jc w:val="right"/>
      </w:pPr>
      <w:r>
        <w:t>मैंने एक पढ़ा था एक आर्टिकल, इस्लामिक रिव्यू एक पर से निकलता है।</w:t>
      </w:r>
    </w:p>
    <w:p>
      <w:r>
        <w:rPr>
          <w:b/>
        </w:rPr>
        <w:t xml:space="preserve">[34:04] </w:t>
      </w:r>
      <w:r>
        <w:t>wo aata hai mere paas.</w:t>
      </w:r>
    </w:p>
    <w:p>
      <w:pPr>
        <w:jc w:val="right"/>
      </w:pPr>
      <w:r>
        <w:t>वो आता है मेरे पास।</w:t>
      </w:r>
    </w:p>
    <w:p>
      <w:r>
        <w:rPr>
          <w:b/>
        </w:rPr>
        <w:t xml:space="preserve">[34:08] </w:t>
      </w:r>
      <w:r>
        <w:t>to usmein ek aurat ne likha tha, Gail Breath uska naam tha.</w:t>
      </w:r>
    </w:p>
    <w:p>
      <w:pPr>
        <w:jc w:val="right"/>
      </w:pPr>
      <w:r>
        <w:t>तो उसमें एक औरत ने लिखा था, गाल ब्रेथ उसका नाम था।</w:t>
      </w:r>
    </w:p>
    <w:p>
      <w:r>
        <w:rPr>
          <w:b/>
        </w:rPr>
        <w:t xml:space="preserve">[34:12] </w:t>
      </w:r>
      <w:r>
        <w:t>ek British ladki, Gail Breath.</w:t>
      </w:r>
    </w:p>
    <w:p>
      <w:pPr>
        <w:jc w:val="right"/>
      </w:pPr>
      <w:r>
        <w:t>एक ब्रिटिश लड़की, गाल ब्रेथ।</w:t>
      </w:r>
    </w:p>
    <w:p>
      <w:r>
        <w:rPr>
          <w:b/>
        </w:rPr>
        <w:t xml:space="preserve">[34:16] </w:t>
      </w:r>
      <w:r>
        <w:t>Gail Breath ne shaadi ki ek Pakistani</w:t>
      </w:r>
    </w:p>
    <w:p>
      <w:pPr>
        <w:jc w:val="right"/>
      </w:pPr>
      <w:r>
        <w:t>गाल ब्रेथ ने शादी की एक पाकिस्तानी</w:t>
      </w:r>
    </w:p>
    <w:p>
      <w:r>
        <w:rPr>
          <w:b/>
        </w:rPr>
        <w:t xml:space="preserve">[34:21] </w:t>
      </w:r>
      <w:r>
        <w:t>ladke se.</w:t>
      </w:r>
    </w:p>
    <w:p>
      <w:pPr>
        <w:jc w:val="right"/>
      </w:pPr>
      <w:r>
        <w:t>लड़के से।</w:t>
      </w:r>
    </w:p>
    <w:p>
      <w:r>
        <w:rPr>
          <w:b/>
        </w:rPr>
        <w:t xml:space="preserve">[34:25] </w:t>
      </w:r>
      <w:r>
        <w:t>Gail Breath paida hui Christian.</w:t>
      </w:r>
    </w:p>
    <w:p>
      <w:pPr>
        <w:jc w:val="right"/>
      </w:pPr>
      <w:r>
        <w:t>गाल ब्रेथ पैदा हुई क्रिश्चियन।</w:t>
      </w:r>
    </w:p>
    <w:p>
      <w:r>
        <w:rPr>
          <w:b/>
        </w:rPr>
        <w:t xml:space="preserve">[34:30] </w:t>
      </w:r>
      <w:r>
        <w:t>aur yeh tha Pakistani.</w:t>
      </w:r>
    </w:p>
    <w:p>
      <w:pPr>
        <w:jc w:val="right"/>
      </w:pPr>
      <w:r>
        <w:t>और यह था पाकिस्तानी।</w:t>
      </w:r>
    </w:p>
    <w:p>
      <w:r>
        <w:rPr>
          <w:b/>
        </w:rPr>
        <w:t xml:space="preserve">[34:35] </w:t>
      </w:r>
      <w:r>
        <w:t>usne usmein likha tha ke maine yeh galti ki, ab koi galti yeh na kare.</w:t>
      </w:r>
    </w:p>
    <w:p>
      <w:pPr>
        <w:jc w:val="right"/>
      </w:pPr>
      <w:r>
        <w:t>उसने उसमें लिखा था कि मैंने यह गलती की, अब कोई गलती यह न करे।</w:t>
      </w:r>
    </w:p>
    <w:p>
      <w:r>
        <w:rPr>
          <w:b/>
        </w:rPr>
        <w:t xml:space="preserve">[34:40] </w:t>
      </w:r>
      <w:r>
        <w:t>kyunki mera culture doosra hai, uska culture doosra hai.</w:t>
      </w:r>
    </w:p>
    <w:p>
      <w:pPr>
        <w:jc w:val="right"/>
      </w:pPr>
      <w:r>
        <w:t>क्योंकि मेरा कल्चर दूसरा है, उसका कल्चर दूसरा है।</w:t>
      </w:r>
    </w:p>
    <w:p>
      <w:r>
        <w:rPr>
          <w:b/>
        </w:rPr>
        <w:t xml:space="preserve">[34:44] </w:t>
      </w:r>
      <w:r>
        <w:t>har waqt jhagda laga rehta hai dono ka.</w:t>
      </w:r>
    </w:p>
    <w:p>
      <w:pPr>
        <w:jc w:val="right"/>
      </w:pPr>
      <w:r>
        <w:t>हर वक्त झगड़ा लगा रहता है दोनों का।</w:t>
      </w:r>
    </w:p>
    <w:p>
      <w:r>
        <w:rPr>
          <w:b/>
        </w:rPr>
        <w:t xml:space="preserve">[34:49] </w:t>
      </w:r>
      <w:r>
        <w:t>to basic baat yeh hai ki do different culture mein shaadi kabhi nipatti nahi.</w:t>
      </w:r>
    </w:p>
    <w:p>
      <w:pPr>
        <w:jc w:val="right"/>
      </w:pPr>
      <w:r>
        <w:t>तो बेसिक बात यह है कि दो डिफरेंट कल्चर में शादी कभी निपटती नहीं।</w:t>
      </w:r>
    </w:p>
    <w:p>
      <w:r>
        <w:rPr>
          <w:b/>
        </w:rPr>
        <w:t xml:space="preserve">[34:54] </w:t>
      </w:r>
      <w:r>
        <w:t>exception ho to ho.</w:t>
      </w:r>
    </w:p>
    <w:p>
      <w:pPr>
        <w:jc w:val="right"/>
      </w:pPr>
      <w:r>
        <w:t>एक्सेप्शन हो तो हो।</w:t>
      </w:r>
    </w:p>
    <w:p>
      <w:r>
        <w:rPr>
          <w:b/>
        </w:rPr>
        <w:t xml:space="preserve">[34:57] </w:t>
      </w:r>
      <w:r>
        <w:t>lekin general rule jo hai, wo yahi hai ki do culture ke beech mein shaadi nipatti nahi.</w:t>
      </w:r>
    </w:p>
    <w:p>
      <w:pPr>
        <w:jc w:val="right"/>
      </w:pPr>
      <w:r>
        <w:t>लेकिन जनरल रूल जो है, वो यही है कि दो कल्चर के बीच में शादी निपटती नहीं।</w:t>
      </w:r>
    </w:p>
    <w:p>
      <w:r>
        <w:rPr>
          <w:b/>
        </w:rPr>
        <w:t xml:space="preserve">[35:01] </w:t>
      </w:r>
      <w:r>
        <w:t>aur shaadi har nibah ke liye.</w:t>
      </w:r>
    </w:p>
    <w:p>
      <w:pPr>
        <w:jc w:val="right"/>
      </w:pPr>
      <w:r>
        <w:t>और शादी हर निबाह के लिए।</w:t>
      </w:r>
    </w:p>
    <w:p>
      <w:r>
        <w:rPr>
          <w:b/>
        </w:rPr>
        <w:t xml:space="preserve">[35:04] </w:t>
      </w:r>
      <w:r>
        <w:t>shaadi sach mein to nibah ke liye hai.</w:t>
      </w:r>
    </w:p>
    <w:p>
      <w:pPr>
        <w:jc w:val="right"/>
      </w:pPr>
      <w:r>
        <w:t>शादी सच में तो निबाह के लिए है।</w:t>
      </w:r>
    </w:p>
    <w:p>
      <w:r>
        <w:rPr>
          <w:b/>
        </w:rPr>
        <w:t xml:space="preserve">[35:07] </w:t>
      </w:r>
      <w:r>
        <w:t>bagair nibah ke shaadi ka koi fayda nahi.</w:t>
      </w:r>
    </w:p>
    <w:p>
      <w:pPr>
        <w:jc w:val="right"/>
      </w:pPr>
      <w:r>
        <w:t>बगैर निबाह के शादी का कोई फायदा नहीं।</w:t>
      </w:r>
    </w:p>
    <w:p>
      <w:r>
        <w:rPr>
          <w:b/>
        </w:rPr>
        <w:t xml:space="preserve">[35:11] </w:t>
      </w:r>
      <w:r>
        <w:t>yaani poori poori life partner bana sake aap kisi ko, tabhi uska fayda hai.</w:t>
      </w:r>
    </w:p>
    <w:p>
      <w:pPr>
        <w:jc w:val="right"/>
      </w:pPr>
      <w:r>
        <w:t>यानी पूरी पूरी लाइफ पार्टनर बना सके आप किसी को, तभी उसका फायदा है।</w:t>
      </w:r>
    </w:p>
    <w:p>
      <w:r>
        <w:rPr>
          <w:b/>
        </w:rPr>
        <w:t xml:space="preserve">[35:14] </w:t>
      </w:r>
      <w:r>
        <w:t>beech mein break ho jaye, jhagda fasad rahe, wo idhar rahe, wo udhar rahe, to shaadi ka koi</w:t>
      </w:r>
    </w:p>
    <w:p>
      <w:pPr>
        <w:jc w:val="right"/>
      </w:pPr>
      <w:r>
        <w:t>बीच में ब्रेक हो जाए, झगड़ा फसाद रहे, वो इधर रहे, वो उधर रहे, तो शादी का कोई</w:t>
      </w:r>
    </w:p>
    <w:p>
      <w:r>
        <w:rPr>
          <w:b/>
        </w:rPr>
        <w:t xml:space="preserve">[35:18] </w:t>
      </w:r>
      <w:r>
        <w:t>matlab nahi hai.</w:t>
      </w:r>
    </w:p>
    <w:p>
      <w:pPr>
        <w:jc w:val="right"/>
      </w:pPr>
      <w:r>
        <w:t>मतलब नहीं है।</w:t>
      </w:r>
    </w:p>
    <w:p>
      <w:r>
        <w:rPr>
          <w:b/>
        </w:rPr>
        <w:t xml:space="preserve">[35:21] </w:t>
      </w:r>
      <w:r>
        <w:t>to shaadi ka matlab hai nibah hona.</w:t>
      </w:r>
    </w:p>
    <w:p>
      <w:pPr>
        <w:jc w:val="right"/>
      </w:pPr>
      <w:r>
        <w:t>तो शादी का मतलब है निबाह होना।</w:t>
      </w:r>
    </w:p>
    <w:p>
      <w:r>
        <w:rPr>
          <w:b/>
        </w:rPr>
        <w:t xml:space="preserve">[35:24] </w:t>
      </w:r>
      <w:r>
        <w:t>aur nibah hone ke liye zaroori hai ki do different culture mein shaadi aap karenge to nibah nahi hoga.</w:t>
      </w:r>
    </w:p>
    <w:p>
      <w:pPr>
        <w:jc w:val="right"/>
      </w:pPr>
      <w:r>
        <w:t>और निबाह होने के लिए जरूरी है कि दो डिफरेंट कल्चर में शादी आप करेंगे तो निबाह नहीं होगा।</w:t>
      </w:r>
    </w:p>
    <w:p>
      <w:r>
        <w:rPr>
          <w:b/>
        </w:rPr>
        <w:t xml:space="preserve">[35:29] </w:t>
      </w:r>
      <w:r>
        <w:t>to Islam is par zor deta hai ki shaadi mein nibah zaroori hai.</w:t>
      </w:r>
    </w:p>
    <w:p>
      <w:pPr>
        <w:jc w:val="right"/>
      </w:pPr>
      <w:r>
        <w:t>तो इस्लाम इस पर जोर देता है कि शादी में निबाह जरूरी है।</w:t>
      </w:r>
    </w:p>
    <w:p>
      <w:r>
        <w:rPr>
          <w:b/>
        </w:rPr>
        <w:t xml:space="preserve">[35:35] </w:t>
      </w:r>
      <w:r>
        <w:t>main samajhta hoon ki yeh hai asal wajah.</w:t>
      </w:r>
    </w:p>
    <w:p>
      <w:pPr>
        <w:jc w:val="right"/>
      </w:pPr>
      <w:r>
        <w:t>मैं समझता हूँ कि यह है असल वजह।</w:t>
      </w:r>
    </w:p>
    <w:p>
      <w:r>
        <w:rPr>
          <w:b/>
        </w:rPr>
        <w:t xml:space="preserve">[35:40] </w:t>
      </w:r>
      <w:r>
        <w:t>I don't know what is nibah.</w:t>
      </w:r>
    </w:p>
    <w:p>
      <w:pPr>
        <w:jc w:val="right"/>
      </w:pPr>
      <w:r>
        <w:t>I don't know what is निबाह।</w:t>
      </w:r>
    </w:p>
    <w:p>
      <w:r>
        <w:rPr>
          <w:b/>
        </w:rPr>
        <w:t xml:space="preserve">[35:45] </w:t>
      </w:r>
      <w:r>
        <w:t>This question is from Dr. Farida Khanam.</w:t>
      </w:r>
    </w:p>
    <w:p>
      <w:pPr>
        <w:jc w:val="right"/>
      </w:pPr>
      <w:r>
        <w:t>This question is from Dr. Farida Khanam।</w:t>
      </w:r>
    </w:p>
    <w:p>
      <w:r>
        <w:rPr>
          <w:b/>
        </w:rPr>
        <w:t xml:space="preserve">[35:50] </w:t>
      </w:r>
      <w:r>
        <w:t>Can anyone of us become an Einstein or Newton if we strictly keep ourselves away from all kinds of distractions?</w:t>
      </w:r>
    </w:p>
    <w:p>
      <w:pPr>
        <w:jc w:val="right"/>
      </w:pPr>
      <w:r>
        <w:t>Can anyone of us become an Einstein or Newton if we strictly keep ourselves away from all kinds of distractions?</w:t>
      </w:r>
    </w:p>
    <w:p>
      <w:r>
        <w:rPr>
          <w:b/>
        </w:rPr>
        <w:t xml:space="preserve">[35:55] </w:t>
      </w:r>
      <w:r>
        <w:t>certainly. lekin dekhiye, Newton banne ka matlab nahi ki star war banna. har aadmi top ka star war nahi ban sakta. yeh main nahi manta. different field mein wo Newton jaisa kaam kar sakta hai. har aadmi ki field alag alag hai. to Newton, Einstein jo</w:t>
      </w:r>
    </w:p>
    <w:p>
      <w:pPr>
        <w:jc w:val="right"/>
      </w:pPr>
      <w:r>
        <w:t>Certainly। लेकिन देखिए, Newton बनने का मतलब नहीं कि स्टार वॉर बनना। हर आदमी टॉप का स्टार वॉर नहीं बन सकता। यह मैं नहीं मानता। डिफरेंट फील्ड में वो Newton जैसा काम कर सकता है। हर आदमी की फील्ड अलग-अलग है। तो Newton, Einstein जो</w:t>
      </w:r>
    </w:p>
    <w:p>
      <w:r>
        <w:rPr>
          <w:b/>
        </w:rPr>
        <w:t xml:space="preserve">[36:25] </w:t>
      </w:r>
      <w:r>
        <w:t>hai, har aadmi ban sakta hai lekin apne field mein.</w:t>
      </w:r>
    </w:p>
    <w:p>
      <w:pPr>
        <w:jc w:val="right"/>
      </w:pPr>
      <w:r>
        <w:t>है, हर आदमी बन सकता है लेकिन अपने फील्ड में।</w:t>
      </w:r>
    </w:p>
    <w:p>
      <w:r>
        <w:rPr>
          <w:b/>
        </w:rPr>
        <w:t xml:space="preserve">[36:30] </w:t>
      </w:r>
      <w:r>
        <w:t>apne field mein.</w:t>
      </w:r>
    </w:p>
    <w:p>
      <w:pPr>
        <w:jc w:val="right"/>
      </w:pPr>
      <w:r>
        <w:t>अपने फील्ड में।</w:t>
      </w:r>
    </w:p>
    <w:p>
      <w:r>
        <w:rPr>
          <w:b/>
        </w:rPr>
        <w:t xml:space="preserve">[36:34] </w:t>
      </w:r>
      <w:r>
        <w:t>mera apna baal yeh manna hai ki kisi bhi aadmi ko Khuda ne deprive nahi kiya.</w:t>
      </w:r>
    </w:p>
    <w:p>
      <w:pPr>
        <w:jc w:val="right"/>
      </w:pPr>
      <w:r>
        <w:t>मेरा अपना बाल यह मानना है कि किसी भी आदमी को खुदा ने डिप्राइव नहीं किया।</w:t>
      </w:r>
    </w:p>
    <w:p>
      <w:r>
        <w:rPr>
          <w:b/>
        </w:rPr>
        <w:t xml:space="preserve">[36:38] </w:t>
      </w:r>
      <w:r>
        <w:t>har aadmi ko Khuda ne koi bahut special sagacity di hai, special sagacity.</w:t>
      </w:r>
    </w:p>
    <w:p>
      <w:pPr>
        <w:jc w:val="right"/>
      </w:pPr>
      <w:r>
        <w:t>हर आदमी को खुदा ने कोई बहुत स्पेशल सेग्रेसिटी दी है, स्पेशल सेग्रेसिटी।</w:t>
      </w:r>
    </w:p>
    <w:p>
      <w:r>
        <w:rPr>
          <w:b/>
        </w:rPr>
        <w:t xml:space="preserve">[36:43] </w:t>
      </w:r>
      <w:r>
        <w:t>jaise Newton tha.</w:t>
      </w:r>
    </w:p>
    <w:p>
      <w:pPr>
        <w:jc w:val="right"/>
      </w:pPr>
      <w:r>
        <w:t>जैसे Newton था।</w:t>
      </w:r>
    </w:p>
    <w:p>
      <w:r>
        <w:rPr>
          <w:b/>
        </w:rPr>
        <w:t xml:space="preserve">[36:47] </w:t>
      </w:r>
      <w:r>
        <w:t>Newton mein kya cheez thi special sagacity?</w:t>
      </w:r>
    </w:p>
    <w:p>
      <w:pPr>
        <w:jc w:val="right"/>
      </w:pPr>
      <w:r>
        <w:t>Newton में क्या चीज़ थी स्पेशल सेग्रेसिटी?</w:t>
      </w:r>
    </w:p>
    <w:p>
      <w:r>
        <w:rPr>
          <w:b/>
        </w:rPr>
        <w:t xml:space="preserve">[36:52] </w:t>
      </w:r>
      <w:r>
        <w:t>wo tha bahut zyada concentration.</w:t>
      </w:r>
    </w:p>
    <w:p>
      <w:pPr>
        <w:jc w:val="right"/>
      </w:pPr>
      <w:r>
        <w:t>वो था बहुत ज़्यादा कंसंट्रेशन।</w:t>
      </w:r>
    </w:p>
    <w:p>
      <w:r>
        <w:rPr>
          <w:b/>
        </w:rPr>
        <w:t xml:space="preserve">[36:56] </w:t>
      </w:r>
      <w:r>
        <w:t>concentration.</w:t>
      </w:r>
    </w:p>
    <w:p>
      <w:pPr>
        <w:jc w:val="right"/>
      </w:pPr>
      <w:r>
        <w:t>कंसंट्रेशन।</w:t>
      </w:r>
    </w:p>
    <w:p>
      <w:r>
        <w:rPr>
          <w:b/>
        </w:rPr>
        <w:t xml:space="preserve">[37:00] </w:t>
      </w:r>
      <w:r>
        <w:t>to Newton ko kaha jata tha wool gatherer, kaha jata tha. wool gatherer.</w:t>
      </w:r>
    </w:p>
    <w:p>
      <w:pPr>
        <w:jc w:val="right"/>
      </w:pPr>
      <w:r>
        <w:t>तो Newton को कहा जाता था वूल गैदरर, कहा जाता था। वूल गैदरर।</w:t>
      </w:r>
    </w:p>
    <w:p>
      <w:r>
        <w:rPr>
          <w:b/>
        </w:rPr>
        <w:t xml:space="preserve">[37:04] </w:t>
      </w:r>
      <w:r>
        <w:t>ki kisi cheez ko bohat hi dhyan karke dekhna.</w:t>
      </w:r>
    </w:p>
    <w:p>
      <w:pPr>
        <w:jc w:val="right"/>
      </w:pPr>
      <w:r>
        <w:t>कि किसी चीज़ को बहुत ही ध्यान करके देखना।</w:t>
      </w:r>
    </w:p>
    <w:p>
      <w:r>
        <w:rPr>
          <w:b/>
        </w:rPr>
        <w:t xml:space="preserve">[37:07] </w:t>
      </w:r>
      <w:r>
        <w:t>bohat hi zyada dhyan karke.</w:t>
      </w:r>
    </w:p>
    <w:p>
      <w:pPr>
        <w:jc w:val="right"/>
      </w:pPr>
      <w:r>
        <w:t>बहुत ही ज़्यादा ध्यान करके।</w:t>
      </w:r>
    </w:p>
    <w:p>
      <w:r>
        <w:rPr>
          <w:b/>
        </w:rPr>
        <w:t xml:space="preserve">[37:11] </w:t>
      </w:r>
      <w:r>
        <w:t>usi mein ekdum gum ho jana.</w:t>
      </w:r>
    </w:p>
    <w:p>
      <w:pPr>
        <w:jc w:val="right"/>
      </w:pPr>
      <w:r>
        <w:t>उसी में एकदम गुम हो जाना।</w:t>
      </w:r>
    </w:p>
    <w:p>
      <w:r>
        <w:rPr>
          <w:b/>
        </w:rPr>
        <w:t xml:space="preserve">[37:15] </w:t>
      </w:r>
      <w:r>
        <w:t>jaise Arjun ka qissa hai ki wo ko ek chidiya ki baain aankh dikhai di thi sirf.</w:t>
      </w:r>
    </w:p>
    <w:p>
      <w:pPr>
        <w:jc w:val="right"/>
      </w:pPr>
      <w:r>
        <w:t>जैसे अर्जुन का किस्सा है कि वो को एक चिड़िया की बाईं आँख दिखाई दी थी सिर्फ।</w:t>
      </w:r>
    </w:p>
    <w:p>
      <w:r>
        <w:rPr>
          <w:b/>
        </w:rPr>
        <w:t xml:space="preserve">[37:19] </w:t>
      </w:r>
      <w:r>
        <w:t>wo tha concentration.</w:t>
      </w:r>
    </w:p>
    <w:p>
      <w:pPr>
        <w:jc w:val="right"/>
      </w:pPr>
      <w:r>
        <w:t>वो था कंसंट्रेशन।</w:t>
      </w:r>
    </w:p>
    <w:p>
      <w:r>
        <w:rPr>
          <w:b/>
        </w:rPr>
        <w:t xml:space="preserve">[37:22] </w:t>
      </w:r>
      <w:r>
        <w:t>to agar Newton chala jata shadi karne mein, to wo iska koi kaam nahi tha concentration ka. ai</w:t>
      </w:r>
    </w:p>
    <w:p>
      <w:pPr>
        <w:jc w:val="right"/>
      </w:pPr>
      <w:r>
        <w:t>तो अगर Newton चला जाता शादी करने में, तो वो इसका कोई काम नहीं था कंसंट्रेशन का। ऐ</w:t>
      </w:r>
    </w:p>
    <w:p>
      <w:r>
        <w:rPr>
          <w:b/>
        </w:rPr>
        <w:t xml:space="preserve">[37:26] </w:t>
      </w:r>
      <w:r>
        <w:t>aisi field mein gaya wo jahan koi concentration ka waqai uska utilization tha uska.</w:t>
      </w:r>
    </w:p>
    <w:p>
      <w:pPr>
        <w:jc w:val="right"/>
      </w:pPr>
      <w:r>
        <w:t>सी फील्ड में गया वो जहाँ कोई कंसंट्रेशन का वाक़ई उसका यूटिलाइज़ेशन था उसका।</w:t>
      </w:r>
    </w:p>
    <w:p>
      <w:r>
        <w:rPr>
          <w:b/>
        </w:rPr>
        <w:t xml:space="preserve">[37:31] </w:t>
      </w:r>
      <w:r>
        <w:t>to tarraqi ki usne.</w:t>
      </w:r>
    </w:p>
    <w:p>
      <w:pPr>
        <w:jc w:val="right"/>
      </w:pPr>
      <w:r>
        <w:t>तो तरक्की की उसने।</w:t>
      </w:r>
    </w:p>
    <w:p>
      <w:r>
        <w:rPr>
          <w:b/>
        </w:rPr>
        <w:t xml:space="preserve">[37:36] </w:t>
      </w:r>
      <w:r>
        <w:t>agar wo shadi karta, sport mein chala jata, wo film mein chala jata, to usmein is is cheez</w:t>
      </w:r>
    </w:p>
    <w:p>
      <w:pPr>
        <w:jc w:val="right"/>
      </w:pPr>
      <w:r>
        <w:t>अगर वो शादी करता, स्पोर्ट में चला जाता, वो फिल्म में चला जाता, तो उसमें इस इस चीज़</w:t>
      </w:r>
    </w:p>
    <w:p>
      <w:r>
        <w:rPr>
          <w:b/>
        </w:rPr>
        <w:t xml:space="preserve">[37:41] </w:t>
      </w:r>
      <w:r>
        <w:t>ka koi istemal nahi tha.</w:t>
      </w:r>
    </w:p>
    <w:p>
      <w:pPr>
        <w:jc w:val="right"/>
      </w:pPr>
      <w:r>
        <w:t>का कोई इस्तेमाल नहीं था।</w:t>
      </w:r>
    </w:p>
    <w:p>
      <w:r>
        <w:rPr>
          <w:b/>
        </w:rPr>
        <w:t xml:space="preserve">[37:46] </w:t>
      </w:r>
      <w:r>
        <w:t>to aisa hai ki kabhi aisa hota hai ki aadmi by chance us us jagah pahunch jata hai.</w:t>
      </w:r>
    </w:p>
    <w:p>
      <w:pPr>
        <w:jc w:val="right"/>
      </w:pPr>
      <w:r>
        <w:t>तो ऐसा है कि कभी ऐसा होता है कि आदमी बाय चांस उस उस जगह पहुँच जाता है।</w:t>
      </w:r>
    </w:p>
    <w:p>
      <w:r>
        <w:rPr>
          <w:b/>
        </w:rPr>
        <w:t xml:space="preserve">[37:51] </w:t>
      </w:r>
      <w:r>
        <w:t>jaise ki wo jo hai uska case,</w:t>
      </w:r>
    </w:p>
    <w:p>
      <w:pPr>
        <w:jc w:val="right"/>
      </w:pPr>
      <w:r>
        <w:t>जैसे कि वो जो है उसका केस,</w:t>
      </w:r>
    </w:p>
    <w:p>
      <w:r>
        <w:rPr>
          <w:b/>
        </w:rPr>
        <w:t xml:space="preserve">[37:57] </w:t>
      </w:r>
      <w:r>
        <w:t>wo Edison ka case.</w:t>
      </w:r>
    </w:p>
    <w:p>
      <w:pPr>
        <w:jc w:val="right"/>
      </w:pPr>
      <w:r>
        <w:t>वो एडिसन का केस।</w:t>
      </w:r>
    </w:p>
    <w:p>
      <w:r>
        <w:rPr>
          <w:b/>
        </w:rPr>
        <w:t xml:space="preserve">[38:00] </w:t>
      </w:r>
      <w:r>
        <w:t>Edison by chance pahunch gaya wahan.</w:t>
      </w:r>
    </w:p>
    <w:p>
      <w:pPr>
        <w:jc w:val="right"/>
      </w:pPr>
      <w:r>
        <w:t>एडिसन बाय चांस पहुँच गया वहाँ।</w:t>
      </w:r>
    </w:p>
    <w:p>
      <w:r>
        <w:rPr>
          <w:b/>
        </w:rPr>
        <w:t xml:space="preserve">[38:03] </w:t>
      </w:r>
      <w:r>
        <w:t>usko school se nikal diya gaya tha.</w:t>
      </w:r>
    </w:p>
    <w:p>
      <w:pPr>
        <w:jc w:val="right"/>
      </w:pPr>
      <w:r>
        <w:t>उसको स्कूल से निकाल दिया गया था।</w:t>
      </w:r>
    </w:p>
    <w:p>
      <w:r>
        <w:rPr>
          <w:b/>
        </w:rPr>
        <w:t xml:space="preserve">[38:07] </w:t>
      </w:r>
      <w:r>
        <w:t>usko pata nahi tha ki mere andar kya special sagacity hai.</w:t>
      </w:r>
    </w:p>
    <w:p>
      <w:pPr>
        <w:jc w:val="right"/>
      </w:pPr>
      <w:r>
        <w:t>उसको पता नहीं था कि मेरे अंदर क्या स्पेशल सेग्रेसिटी है।</w:t>
      </w:r>
    </w:p>
    <w:p>
      <w:r>
        <w:rPr>
          <w:b/>
        </w:rPr>
        <w:t xml:space="preserve">[38:10] </w:t>
      </w:r>
      <w:r>
        <w:t>बाय चांस वहाँ पहुँच गया कि invention की उसके अंदर क्वालिटी थी, invention।</w:t>
      </w:r>
    </w:p>
    <w:p>
      <w:pPr>
        <w:jc w:val="right"/>
      </w:pPr>
      <w:r>
        <w:t>बाय चांस वहाँ पहुँच गया कि इन्वेंशन की उसके अंदर क्वालिटी थी, इन्वेंशन।</w:t>
      </w:r>
    </w:p>
    <w:p>
      <w:r>
        <w:rPr>
          <w:b/>
        </w:rPr>
        <w:t xml:space="preserve">[38:13] </w:t>
      </w:r>
      <w:r>
        <w:t>ek hazar invention kar dale usne.</w:t>
      </w:r>
    </w:p>
    <w:p>
      <w:pPr>
        <w:jc w:val="right"/>
      </w:pPr>
      <w:r>
        <w:t>एक हज़ार इन्वेंशन कर डाले उसने।</w:t>
      </w:r>
    </w:p>
    <w:p>
      <w:r>
        <w:rPr>
          <w:b/>
        </w:rPr>
        <w:t xml:space="preserve">[38:17] </w:t>
      </w:r>
      <w:r>
        <w:t>kyunki kisi scientist ne nahi kiye the.</w:t>
      </w:r>
    </w:p>
    <w:p>
      <w:pPr>
        <w:jc w:val="right"/>
      </w:pPr>
      <w:r>
        <w:t>क्योंकि किसी साइंटिस्ट ने नहीं किए थे।</w:t>
      </w:r>
    </w:p>
    <w:p>
      <w:r>
        <w:rPr>
          <w:b/>
        </w:rPr>
        <w:t xml:space="preserve">[38:20] </w:t>
      </w:r>
      <w:r>
        <w:t>to by chance wo wahan pahunch gaya.</w:t>
      </w:r>
    </w:p>
    <w:p>
      <w:pPr>
        <w:jc w:val="right"/>
      </w:pPr>
      <w:r>
        <w:t>तो बाय चांस वो वहाँ पहुँच गया।</w:t>
      </w:r>
    </w:p>
    <w:p>
      <w:r>
        <w:rPr>
          <w:b/>
        </w:rPr>
        <w:t xml:space="preserve">[38:24] </w:t>
      </w:r>
      <w:r>
        <w:t>और कोई जानता, कोई पहुँचता है by discovery. Through discovery.</w:t>
      </w:r>
    </w:p>
    <w:p>
      <w:pPr>
        <w:jc w:val="right"/>
      </w:pPr>
      <w:r>
        <w:t>और कोई जानता, कोई पहुँचता है बाय डिस्कवरी। थ्रू डिस्कवरी।</w:t>
      </w:r>
    </w:p>
    <w:p>
      <w:r>
        <w:rPr>
          <w:b/>
        </w:rPr>
        <w:t xml:space="preserve">[38:27] </w:t>
      </w:r>
      <w:r>
        <w:t>khud discover karna chahta hai, koi karta hai ki main kis kaam ke liye paida kiya gaya hoon. jaise.</w:t>
      </w:r>
    </w:p>
    <w:p>
      <w:pPr>
        <w:jc w:val="right"/>
      </w:pPr>
      <w:r>
        <w:t>खुद डिस्कवर करना चाहता है, कोई करता है कि मैं किस काम के लिए पैदा किया गया हूँ। जैसे।</w:t>
      </w:r>
    </w:p>
    <w:p>
      <w:r>
        <w:rPr>
          <w:b/>
        </w:rPr>
        <w:t xml:space="preserve">[38:31] </w:t>
      </w:r>
      <w:r>
        <w:t>aur koi by chance us jagah pahunch jata hai.</w:t>
      </w:r>
    </w:p>
    <w:p>
      <w:pPr>
        <w:jc w:val="right"/>
      </w:pPr>
      <w:r>
        <w:t>और कोई बाय चांस उस जगह पहुँच जाता है।</w:t>
      </w:r>
    </w:p>
    <w:p>
      <w:r>
        <w:rPr>
          <w:b/>
        </w:rPr>
        <w:t xml:space="preserve">[38:36] </w:t>
      </w:r>
      <w:r>
        <w:t>bas dono mein se koi ek hona chahiye.</w:t>
      </w:r>
    </w:p>
    <w:p>
      <w:pPr>
        <w:jc w:val="right"/>
      </w:pPr>
      <w:r>
        <w:t>बस दोनों में से कोई एक होना चाहिए।</w:t>
      </w:r>
    </w:p>
    <w:p>
      <w:r>
        <w:rPr>
          <w:b/>
        </w:rPr>
        <w:t xml:space="preserve">[38:40] </w:t>
      </w:r>
      <w:r>
        <w:t>ya to aap by chance wahan pahunch jayen ya aap discovery karen.</w:t>
      </w:r>
    </w:p>
    <w:p>
      <w:pPr>
        <w:jc w:val="right"/>
      </w:pPr>
      <w:r>
        <w:t>या तो आप बाय चांस वहाँ पहुँच जाएँ या आप डिस्कवरी करें।</w:t>
      </w:r>
    </w:p>
    <w:p>
      <w:r>
        <w:rPr>
          <w:b/>
        </w:rPr>
        <w:t xml:space="preserve">[38:44] </w:t>
      </w:r>
      <w:r>
        <w:t>to aap bilashubah Newton ban sakte hain.</w:t>
      </w:r>
    </w:p>
    <w:p>
      <w:pPr>
        <w:jc w:val="right"/>
      </w:pPr>
      <w:r>
        <w:t>तो आप बिलाशुभ Newton बन सकते हैं।</w:t>
      </w:r>
    </w:p>
    <w:p>
      <w:r>
        <w:rPr>
          <w:b/>
        </w:rPr>
        <w:t xml:space="preserve">[38:49] </w:t>
      </w:r>
      <w:r>
        <w:t>apni field mein, matlab apni field mein, jis field ke liye khuda ne aap ko paida kiya hai.</w:t>
      </w:r>
    </w:p>
    <w:p>
      <w:pPr>
        <w:jc w:val="right"/>
      </w:pPr>
      <w:r>
        <w:t>अपनी फील्ड में, मतलब अपनी फील्ड में, जिस फील्ड के लिए खुदा ने आपको पैदा किया है।</w:t>
      </w:r>
    </w:p>
    <w:p>
      <w:r>
        <w:rPr>
          <w:b/>
        </w:rPr>
        <w:t xml:space="preserve">[38:53] </w:t>
      </w:r>
      <w:r>
        <w:t>us us field mein.</w:t>
      </w:r>
    </w:p>
    <w:p>
      <w:pPr>
        <w:jc w:val="right"/>
      </w:pPr>
      <w:r>
        <w:t>उस उस फील्ड में।</w:t>
      </w:r>
    </w:p>
    <w:p>
      <w:r>
        <w:rPr>
          <w:b/>
        </w:rPr>
        <w:t xml:space="preserve">[38:57] </w:t>
      </w:r>
      <w:r>
        <w:t>hamare hamare hamare jo ustaad the jab padhta tha main madrasay mein.</w:t>
      </w:r>
    </w:p>
    <w:p>
      <w:pPr>
        <w:jc w:val="right"/>
      </w:pPr>
      <w:r>
        <w:t>हमारे हमारे हमारे जो उस्ताद थे जब पढ़ता था मैं मदरसे में।</w:t>
      </w:r>
    </w:p>
    <w:p>
      <w:r>
        <w:rPr>
          <w:b/>
        </w:rPr>
        <w:t xml:space="preserve">[39:01] </w:t>
      </w:r>
      <w:r>
        <w:t>to hamare ustaad the un ka naam tha maula ameen hasan islaahi.</w:t>
      </w:r>
    </w:p>
    <w:p>
      <w:pPr>
        <w:jc w:val="right"/>
      </w:pPr>
      <w:r>
        <w:t>तो हमारे उस्ताद थे उनका नाम था मौला अमीन हसन इस्लाही।</w:t>
      </w:r>
    </w:p>
    <w:p>
      <w:r>
        <w:rPr>
          <w:b/>
        </w:rPr>
        <w:t xml:space="preserve">[39:04] </w:t>
      </w:r>
      <w:r>
        <w:t>to yeh baat bohat kehte the woh.</w:t>
      </w:r>
    </w:p>
    <w:p>
      <w:pPr>
        <w:jc w:val="right"/>
      </w:pPr>
      <w:r>
        <w:t>तो यह बात बहुत कहते थे वो।</w:t>
      </w:r>
    </w:p>
    <w:p>
      <w:r>
        <w:rPr>
          <w:b/>
        </w:rPr>
        <w:t xml:space="preserve">[39:07] </w:t>
      </w:r>
      <w:r>
        <w:t>woh kehte hain ke top wala kaam karo.</w:t>
      </w:r>
    </w:p>
    <w:p>
      <w:pPr>
        <w:jc w:val="right"/>
      </w:pPr>
      <w:r>
        <w:t>वो कहते हैं कि टॉप वाला काम करो।</w:t>
      </w:r>
    </w:p>
    <w:p>
      <w:r>
        <w:rPr>
          <w:b/>
        </w:rPr>
        <w:t xml:space="preserve">[39:11] </w:t>
      </w:r>
      <w:r>
        <w:t>chahe ghaas kaatna hi kyun na ho.</w:t>
      </w:r>
    </w:p>
    <w:p>
      <w:pPr>
        <w:jc w:val="right"/>
      </w:pPr>
      <w:r>
        <w:t>चाहे घास काटना ही क्यों न हो।</w:t>
      </w:r>
    </w:p>
    <w:p>
      <w:r>
        <w:rPr>
          <w:b/>
        </w:rPr>
        <w:t xml:space="preserve">[39:14] </w:t>
      </w:r>
      <w:r>
        <w:t>ghaas kaato to top ki ghaas kaato.</w:t>
      </w:r>
    </w:p>
    <w:p>
      <w:pPr>
        <w:jc w:val="right"/>
      </w:pPr>
      <w:r>
        <w:t>घास काटो तो टॉप की घास काटो।</w:t>
      </w:r>
    </w:p>
    <w:p>
      <w:r>
        <w:rPr>
          <w:b/>
        </w:rPr>
        <w:t xml:space="preserve">[39:17] </w:t>
      </w:r>
      <w:r>
        <w:t>ke duniya mein koi aisi ghaas na kaate.</w:t>
      </w:r>
    </w:p>
    <w:p>
      <w:pPr>
        <w:jc w:val="right"/>
      </w:pPr>
      <w:r>
        <w:t>कि दुनिया में कोई ऐसी घास न काटे।</w:t>
      </w:r>
    </w:p>
    <w:p>
      <w:r>
        <w:rPr>
          <w:b/>
        </w:rPr>
        <w:t xml:space="preserve">[39:21] </w:t>
      </w:r>
      <w:r>
        <w:t>to main madrasay mein tha, tab mujhe ek lesson diya unhon ne.</w:t>
      </w:r>
    </w:p>
    <w:p>
      <w:pPr>
        <w:jc w:val="right"/>
      </w:pPr>
      <w:r>
        <w:t>तो मैं मदरसे में था, तब मुझे एक लेसन दिया उन्होंने।</w:t>
      </w:r>
    </w:p>
    <w:p>
      <w:r>
        <w:rPr>
          <w:b/>
        </w:rPr>
        <w:t xml:space="preserve">[39:24] </w:t>
      </w:r>
      <w:r>
        <w:t>koi kaam apne bare mein kehte the ke main sha</w:t>
      </w:r>
    </w:p>
    <w:p>
      <w:pPr>
        <w:jc w:val="right"/>
      </w:pPr>
      <w:r>
        <w:t>कोई काम अपने बारे में कहते थे कि मैं शा</w:t>
      </w:r>
    </w:p>
    <w:p>
      <w:r>
        <w:rPr>
          <w:b/>
        </w:rPr>
        <w:t xml:space="preserve">[39:27] </w:t>
      </w:r>
      <w:r>
        <w:t>di karta tha, to mujhe khayal aaya ke main ghalib to ban nahin sakta.</w:t>
      </w:r>
    </w:p>
    <w:p>
      <w:pPr>
        <w:jc w:val="right"/>
      </w:pPr>
      <w:r>
        <w:t>दी करता था, तो मुझे खयाल आया कि मैं गालिब तो बन नहीं सकता।</w:t>
      </w:r>
    </w:p>
    <w:p>
      <w:r>
        <w:rPr>
          <w:b/>
        </w:rPr>
        <w:t xml:space="preserve">[39:32] </w:t>
      </w:r>
      <w:r>
        <w:t>to main shaadi chhod di.</w:t>
      </w:r>
    </w:p>
    <w:p>
      <w:pPr>
        <w:jc w:val="right"/>
      </w:pPr>
      <w:r>
        <w:t>तो मैं शादी छोड़ दी।</w:t>
      </w:r>
    </w:p>
    <w:p>
      <w:r>
        <w:rPr>
          <w:b/>
        </w:rPr>
        <w:t xml:space="preserve">[39:38] </w:t>
      </w:r>
      <w:r>
        <w:t>to woh kehte the ke ghaas kaatne bhi agar top par pahunch jao to tum ne apna maqsad haasil kar liya.</w:t>
      </w:r>
    </w:p>
    <w:p>
      <w:pPr>
        <w:jc w:val="right"/>
      </w:pPr>
      <w:r>
        <w:t>तो वो कहते थे कि घास काटने भी अगर टॉप पर पहुँच जाओ तो तुमने अपना मकसद हासिल कर लिया।</w:t>
      </w:r>
    </w:p>
    <w:p>
      <w:r>
        <w:rPr>
          <w:b/>
        </w:rPr>
        <w:t xml:space="preserve">[39:43] </w:t>
      </w:r>
      <w:r>
        <w:t>تو میں کہتا ہوں گھاس کاٹنے میں بھی کوئی Newton بن سکتا ہے؟</w:t>
      </w:r>
    </w:p>
    <w:p>
      <w:pPr>
        <w:jc w:val="right"/>
      </w:pPr>
      <w:r>
        <w:t>तो मैं कहता हूँ घास काटने में भी कोई Newton बन सकता है?</w:t>
      </w:r>
    </w:p>
    <w:p>
      <w:r>
        <w:rPr>
          <w:b/>
        </w:rPr>
        <w:t xml:space="preserve">[39:48] </w:t>
      </w:r>
      <w:r>
        <w:t>har field mein aadmi ban sakta hai woh top ka aadmi jab ke woh us cheez ko pa le</w:t>
      </w:r>
    </w:p>
    <w:p>
      <w:pPr>
        <w:jc w:val="right"/>
      </w:pPr>
      <w:r>
        <w:t>हर फील्ड में आदमी बन सकता है वो टॉप का आदमी जबकि वो उस चीज़ को पा ले</w:t>
      </w:r>
    </w:p>
    <w:p>
      <w:r>
        <w:rPr>
          <w:b/>
        </w:rPr>
        <w:t xml:space="preserve">[39:53] </w:t>
      </w:r>
      <w:r>
        <w:t>ke khuda ne mujhe kis kaam ke liye banaya hai.</w:t>
      </w:r>
    </w:p>
    <w:p>
      <w:pPr>
        <w:jc w:val="right"/>
      </w:pPr>
      <w:r>
        <w:t>कि खुदा ने मुझे किस काम के लिए बनाया है।</w:t>
      </w:r>
    </w:p>
    <w:p>
      <w:r>
        <w:rPr>
          <w:b/>
        </w:rPr>
        <w:t xml:space="preserve">[39:59] </w:t>
      </w:r>
      <w:r>
        <w:t>aur usmein jo record banti hai wo distraction hai. distraction ki wajah se aadmi discover nahi kar pata apne us special sagacity ko.</w:t>
      </w:r>
    </w:p>
    <w:p>
      <w:pPr>
        <w:jc w:val="right"/>
      </w:pPr>
      <w:r>
        <w:t>और उसमें जो रिकॉर्ड बनती है वो डिस्ट्रैक्शन है। डिस्ट्रैक्शन की वजह से आदमी डिस्कवर नहीं कर पाता अपने उस स्पेशल सेग्रेसिटी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