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Ramadan | June 14, 2015</w:t>
      </w:r>
    </w:p>
    <w:p>
      <w:r>
        <w:t>https://www.youtube.com/watch?v=LMQxfxQcnxQ</w:t>
      </w:r>
    </w:p>
    <w:p>
      <w:r>
        <w:rPr>
          <w:b/>
        </w:rPr>
        <w:t xml:space="preserve">[00:21] </w:t>
      </w:r>
      <w:r>
        <w:t>bismillah rahman rahim, wa salallahu ala nabiyil karim.</w:t>
      </w:r>
    </w:p>
    <w:p>
      <w:pPr>
        <w:jc w:val="right"/>
      </w:pPr>
      <w:r>
        <w:t>بسم اللہ الرحمن الرحیم، وصلی اللہ علی نبی الکریم۔</w:t>
      </w:r>
    </w:p>
    <w:p>
      <w:r>
        <w:rPr>
          <w:b/>
        </w:rPr>
        <w:t xml:space="preserve">[00:31]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[00:41] </w:t>
      </w:r>
      <w:r>
        <w:t>dekhen, yeh mere haath mein aaj ka times of india hai, yani</w:t>
      </w:r>
    </w:p>
    <w:p>
      <w:pPr>
        <w:jc w:val="right"/>
      </w:pPr>
      <w:r>
        <w:t>دیکھیں، یہ میرے ہاتھ میں آج کا ٹائمز آف انڈیا ہے، یعنی</w:t>
      </w:r>
    </w:p>
    <w:p>
      <w:r>
        <w:rPr>
          <w:b/>
        </w:rPr>
        <w:t xml:space="preserve">[00:51] </w:t>
      </w:r>
      <w:r>
        <w:t>14 june 2015.</w:t>
      </w:r>
    </w:p>
    <w:p>
      <w:pPr>
        <w:jc w:val="right"/>
      </w:pPr>
      <w:r>
        <w:t>14 جون 2015۔</w:t>
      </w:r>
    </w:p>
    <w:p>
      <w:r>
        <w:rPr>
          <w:b/>
        </w:rPr>
        <w:t xml:space="preserve">[00:59] </w:t>
      </w:r>
      <w:r>
        <w:t>aaj 26 shaban hai, yani chand din reh gaye hain roze ke shuru hone mein.</w:t>
      </w:r>
    </w:p>
    <w:p>
      <w:pPr>
        <w:jc w:val="right"/>
      </w:pPr>
      <w:r>
        <w:t>آج 26 شعبان ہے، یعنی چند دن رہ گئے ہیں روزہ کے شروع ہونے میں۔</w:t>
      </w:r>
    </w:p>
    <w:p>
      <w:r>
        <w:rPr>
          <w:b/>
        </w:rPr>
        <w:t xml:space="preserve">[01:07] </w:t>
      </w:r>
      <w:r>
        <w:t>to is discuss se unhon ne mera ek mazmoon is mein shaya kiya hai, jis ka title hai "ramzan spirit".</w:t>
      </w:r>
    </w:p>
    <w:p>
      <w:pPr>
        <w:jc w:val="right"/>
      </w:pPr>
      <w:r>
        <w:t>تو اس ڈسکس سے انہوں نے میرا ایک مضمون اس میں شائع کیا ہے، جس کا ٹائٹل ہے "رمضان اسپرٹ"۔</w:t>
      </w:r>
    </w:p>
    <w:p>
      <w:r>
        <w:rPr>
          <w:b/>
        </w:rPr>
        <w:t xml:space="preserve">[01:15] </w:t>
      </w:r>
      <w:r>
        <w:t>aur second title banaya unhon ne "give what you can".</w:t>
      </w:r>
    </w:p>
    <w:p>
      <w:pPr>
        <w:jc w:val="right"/>
      </w:pPr>
      <w:r>
        <w:t>اور سیکنڈ ٹائٹل بنایا انہوں نے "گیو واٹ یو کین"۔</w:t>
      </w:r>
    </w:p>
    <w:p>
      <w:r>
        <w:rPr>
          <w:b/>
        </w:rPr>
        <w:t xml:space="preserve">[01:24] </w:t>
      </w:r>
      <w:r>
        <w:t>main samajhta hoon ke yeh bohat hi sahi title hai ramzan ke bare mein.</w:t>
      </w:r>
    </w:p>
    <w:p>
      <w:pPr>
        <w:jc w:val="right"/>
      </w:pPr>
      <w:r>
        <w:t>میں سمجھتا ہوں کہ یہ بہت ہی صحیح ٹائٹل ہے رمضان کے بارے میں۔</w:t>
      </w:r>
    </w:p>
    <w:p>
      <w:r>
        <w:rPr>
          <w:b/>
        </w:rPr>
        <w:t xml:space="preserve">[01:31] </w:t>
      </w:r>
      <w:r>
        <w:t>ramzan sach poochhen to bhook ki spirit asal nahin hai, asal yeh giving spirit hai.</w:t>
      </w:r>
    </w:p>
    <w:p>
      <w:pPr>
        <w:jc w:val="right"/>
      </w:pPr>
      <w:r>
        <w:t>رمضان سچ پوچھیں تو بھوک کی اسپرٹ اصل نہیں ہے، اصل یہ گیونگ اسپرٹ ہے۔</w:t>
      </w:r>
    </w:p>
    <w:p>
      <w:r>
        <w:rPr>
          <w:b/>
        </w:rPr>
        <w:t xml:space="preserve">[01:39] </w:t>
      </w:r>
      <w:r>
        <w:t>Givng spirit, yani bhook ke maani ke aap ne din mein kam khana, yani 24 ghante mein rozana</w:t>
      </w:r>
    </w:p>
    <w:p>
      <w:pPr>
        <w:jc w:val="right"/>
      </w:pPr>
      <w:r>
        <w:t>گیونگ اسپرٹ، یعنی بھوک کے معنی کہ آپ نے دن میں کم کھانا، یعنی 24 گھنٹے میں روزانہ</w:t>
      </w:r>
    </w:p>
    <w:p>
      <w:r>
        <w:rPr>
          <w:b/>
        </w:rPr>
        <w:t xml:space="preserve">[01:46] </w:t>
      </w:r>
      <w:r>
        <w:t>ka mamool jo hai us se kam</w:t>
      </w:r>
    </w:p>
    <w:p>
      <w:pPr>
        <w:jc w:val="right"/>
      </w:pPr>
      <w:r>
        <w:t>کا معمول جو ہے اس سے کم</w:t>
      </w:r>
    </w:p>
    <w:p>
      <w:r>
        <w:rPr>
          <w:b/>
        </w:rPr>
        <w:t xml:space="preserve">[01:54] </w:t>
      </w:r>
      <w:r>
        <w:t>khana liya. to kam khana kyun liya? isliye ki aapko dena hai, khud kam lena, doosre ko dena. yeh hai giving spirit. to Ramadan asal mein giving spirit ki training hai. yeh baat ek hadith se maloom hoti hai jo Sahih Bukhari mein aayi hai. aap jaante hain ki Sahih Bukhari jo hai "Asah al-kutub ba'da kitab Allah" maani jaati hai. to</w:t>
      </w:r>
    </w:p>
    <w:p>
      <w:pPr>
        <w:jc w:val="right"/>
      </w:pPr>
      <w:r>
        <w:t>کھانا لیا۔ تو کم کھانا کیوں لیا؟ اس لیے کہ آپ کو دینا ہے، خود کم لینا، دوسرے کو دینا۔ یہ ہے گیونگ اسپرٹ۔ تو رمضان اصل میں گیونگ اسپرٹ کی ٹریننگ ہے۔ یہ بات ایک حدیث سے معلوم ہوتی ہے جو صحیح البخاری میں آئی ہے۔ آپ جانتے ہیں کہ صحیح البخاری جو ہے "اصح الکتب بعد کتاب اللہ" مانی جاتی ہے۔ تو</w:t>
      </w:r>
    </w:p>
    <w:p>
      <w:r>
        <w:rPr>
          <w:b/>
        </w:rPr>
        <w:t xml:space="preserve">[02:24] </w:t>
      </w:r>
      <w:r>
        <w:t>is mein aik lambi riwayat hai Ramzan ke baray mein.</w:t>
      </w:r>
    </w:p>
    <w:p>
      <w:pPr>
        <w:jc w:val="right"/>
      </w:pPr>
      <w:r>
        <w:t>اس میں ایک لمبی روایت ہے رمضان کے بارے میں۔</w:t>
      </w:r>
    </w:p>
    <w:p>
      <w:r>
        <w:rPr>
          <w:b/>
        </w:rPr>
        <w:t xml:space="preserve">[02:34] </w:t>
      </w:r>
      <w:r>
        <w:t>To is ka aik tukra yeh hai ke "kan rasool Allah sal Allah alaihi wasallam ajawad bil khair min al-ray al-mursil".</w:t>
      </w:r>
    </w:p>
    <w:p>
      <w:pPr>
        <w:jc w:val="right"/>
      </w:pPr>
      <w:r>
        <w:t>تو اس کا ایک ٹکڑا یہ ہے کہ "کان رسول اللہ صلی اللہ علیہ وسلم اجود بالخیر من الرّی المرسل"۔</w:t>
      </w:r>
    </w:p>
    <w:p>
      <w:r>
        <w:rPr>
          <w:b/>
        </w:rPr>
        <w:t xml:space="preserve">[02:44] </w:t>
      </w:r>
      <w:r>
        <w:t>Yani Rasool Allah sal Allah alaihi wasallam Ramzan ke maani mein khair ke liye bohat fayaz hotay thay.</w:t>
      </w:r>
    </w:p>
    <w:p>
      <w:pPr>
        <w:jc w:val="right"/>
      </w:pPr>
      <w:r>
        <w:t>یعنی رسول اللہ صلی اللہ علیہ وسلم رمضان کے معنی میں خیر کے لیے بہت فیاض ہوتے تھے۔</w:t>
      </w:r>
    </w:p>
    <w:p>
      <w:r>
        <w:rPr>
          <w:b/>
        </w:rPr>
        <w:t xml:space="preserve">[02:55] </w:t>
      </w:r>
      <w:r>
        <w:t>Yani jaise tez hawa ki tarah, jaise hawa guzarti hai tezi ke sath, waise hi aap fayaz hotay</w:t>
      </w:r>
    </w:p>
    <w:p>
      <w:pPr>
        <w:jc w:val="right"/>
      </w:pPr>
      <w:r>
        <w:t>یعنی جیسے تیز ہوا کی طرح، جیسے ہوا گزرتی ہے تیزی کے ساتھ، ویسے ہی آپ فیاض ہوتے</w:t>
      </w:r>
    </w:p>
    <w:p>
      <w:r>
        <w:rPr>
          <w:b/>
        </w:rPr>
        <w:t xml:space="preserve">[03:01] </w:t>
      </w:r>
      <w:r>
        <w:t>thay khair ke maamle mein.</w:t>
      </w:r>
    </w:p>
    <w:p>
      <w:pPr>
        <w:jc w:val="right"/>
      </w:pPr>
      <w:r>
        <w:t>تھے خیر کے معاملے میں۔</w:t>
      </w:r>
    </w:p>
    <w:p>
      <w:r>
        <w:rPr>
          <w:b/>
        </w:rPr>
        <w:t xml:space="preserve">[03:07] </w:t>
      </w:r>
      <w:r>
        <w:t>Yani itna zyada, itna zyada, itna zyada aap ke andar jazba barh jata tha khair ka.</w:t>
      </w:r>
    </w:p>
    <w:p>
      <w:pPr>
        <w:jc w:val="right"/>
      </w:pPr>
      <w:r>
        <w:t>یعنی اتنا زیادہ، اتنا زیادہ، اتنا زیادہ آپ کے اندر جذبہ بڑھ جاتا تھا خیر کا۔</w:t>
      </w:r>
    </w:p>
    <w:p>
      <w:r>
        <w:rPr>
          <w:b/>
        </w:rPr>
        <w:t xml:space="preserve">[03:13] </w:t>
      </w:r>
      <w:r>
        <w:t>Dekhein, khair ke maani hain "good".</w:t>
      </w:r>
    </w:p>
    <w:p>
      <w:pPr>
        <w:jc w:val="right"/>
      </w:pPr>
      <w:r>
        <w:t>دیکھیں، خیر کے معنی ہیں "گڈ"۔</w:t>
      </w:r>
    </w:p>
    <w:p>
      <w:r>
        <w:rPr>
          <w:b/>
        </w:rPr>
        <w:t xml:space="preserve">[03:19] </w:t>
      </w:r>
      <w:r>
        <w:t>To khair yahan sirf</w:t>
      </w:r>
    </w:p>
    <w:p>
      <w:pPr>
        <w:jc w:val="right"/>
      </w:pPr>
      <w:r>
        <w:t>تو خیر یہاں صرف</w:t>
      </w:r>
    </w:p>
    <w:p>
      <w:r>
        <w:rPr>
          <w:b/>
        </w:rPr>
        <w:t xml:space="preserve">[03:25] </w:t>
      </w:r>
      <w:r>
        <w:t>khana peena ya paise ke mani mein nahi hai. jo cheez bhi doosron ke liye khair ho, aadmi jo to sakha karta hai doosron ke liye, sadqa karta hai doosron ke liye, to doosron ke liye jo cheez khair ho, jo un ke liye nafe dene wali ho, woh sab is mein shamil hogi. to ramzan goya is baat ki spirit paida karne ke</w:t>
      </w:r>
    </w:p>
    <w:p>
      <w:pPr>
        <w:jc w:val="right"/>
      </w:pPr>
      <w:r>
        <w:t>کھانا پینا یا پیسے کے معنی میں نہیں ہے۔ جو چیز بھی دوسروں کے لیے خیر ہو، آدمی جو تو سخا کرتا ہے دوسروں کے لیے، صدقہ کرتا ہے دوسروں کے لیے، تو دوسروں کے لیے جو چیز خیر ہو، جو ان کے لیے نفع دینے والی ہو، وہ سب اس میں شامل ہوگی۔ تو رمضان گویا اس بات کی اسپرٹ پیدا کرنے کے</w:t>
      </w:r>
    </w:p>
    <w:p>
      <w:r>
        <w:rPr>
          <w:b/>
        </w:rPr>
        <w:t xml:space="preserve">[03:55] </w:t>
      </w:r>
      <w:r>
        <w:t>liye hai ke khud kam lo, doosron ko zyada do.</w:t>
      </w:r>
    </w:p>
    <w:p>
      <w:pPr>
        <w:jc w:val="right"/>
      </w:pPr>
      <w:r>
        <w:t>لیے ہے کہ خود کم لو، دوسروں کو زیادہ دو۔</w:t>
      </w:r>
    </w:p>
    <w:p>
      <w:r>
        <w:rPr>
          <w:b/>
        </w:rPr>
        <w:t xml:space="preserve">[04:03] </w:t>
      </w:r>
      <w:r>
        <w:t>Ya yun kahiye ke doosron ko khoob do, chahe tum ko khud kam lena paray.</w:t>
      </w:r>
    </w:p>
    <w:p>
      <w:pPr>
        <w:jc w:val="right"/>
      </w:pPr>
      <w:r>
        <w:t>یا یوں کہیے کہ دوسروں کو خوب دو، چاہے تم کو خود کم لینا پڑے۔</w:t>
      </w:r>
    </w:p>
    <w:p>
      <w:r>
        <w:rPr>
          <w:b/>
        </w:rPr>
        <w:t xml:space="preserve">[04:10] </w:t>
      </w:r>
      <w:r>
        <w:t>Yeh hai spirit of Ramzan.</w:t>
      </w:r>
    </w:p>
    <w:p>
      <w:pPr>
        <w:jc w:val="right"/>
      </w:pPr>
      <w:r>
        <w:t>یہ ہے اسپرٹ آف رمضان۔</w:t>
      </w:r>
    </w:p>
    <w:p>
      <w:r>
        <w:rPr>
          <w:b/>
        </w:rPr>
        <w:t xml:space="preserve">[04:18] </w:t>
      </w:r>
      <w:r>
        <w:t>To aur yeh Quran mein aap parhein ge ke Quran mein</w:t>
      </w:r>
    </w:p>
    <w:p>
      <w:pPr>
        <w:jc w:val="right"/>
      </w:pPr>
      <w:r>
        <w:t>تو اور یہ قرآن میں آپ پڑھیں گے کہ قرآن میں</w:t>
      </w:r>
    </w:p>
    <w:p>
      <w:r>
        <w:rPr>
          <w:b/>
        </w:rPr>
        <w:t xml:space="preserve">[04:25] </w:t>
      </w:r>
      <w:r>
        <w:t>Ramzan ka hukum jahan aaya hai, wahan par yeh hai ke "ya ayuha allazina amanu kutiba alaikum al-siyam</w:t>
      </w:r>
    </w:p>
    <w:p>
      <w:pPr>
        <w:jc w:val="right"/>
      </w:pPr>
      <w:r>
        <w:t>رمضان کا حکم جہاں آیا ہے، وہاں پر یہ ہے کہ "یا ایہا الذین آمنوا کتب علیکم الصیام</w:t>
      </w:r>
    </w:p>
    <w:p>
      <w:r>
        <w:rPr>
          <w:b/>
        </w:rPr>
        <w:t xml:space="preserve">[04:30] </w:t>
      </w:r>
      <w:r>
        <w:t>kama kutiba allazina min qablikum".</w:t>
      </w:r>
    </w:p>
    <w:p>
      <w:pPr>
        <w:jc w:val="right"/>
      </w:pPr>
      <w:r>
        <w:t>کما کتب الذین من قبلکم"۔</w:t>
      </w:r>
    </w:p>
    <w:p>
      <w:r>
        <w:rPr>
          <w:b/>
        </w:rPr>
        <w:t xml:space="preserve">[04:35] </w:t>
      </w:r>
      <w:r>
        <w:t>Ke tum par Ramzan ke mahine mein roza rakhna farz kiya gaya, jis tarah pichli ummaton mein farz</w:t>
      </w:r>
    </w:p>
    <w:p>
      <w:pPr>
        <w:jc w:val="right"/>
      </w:pPr>
      <w:r>
        <w:t>کہ تم پر رمضان کے مہینے میں روزہ رکھنا فرض کیا گیا، جس طرح پچھلی امتوں میں فرض</w:t>
      </w:r>
    </w:p>
    <w:p>
      <w:r>
        <w:rPr>
          <w:b/>
        </w:rPr>
        <w:t xml:space="preserve">[04:40] </w:t>
      </w:r>
      <w:r>
        <w:t>kiya gaya tha.</w:t>
      </w:r>
    </w:p>
    <w:p>
      <w:pPr>
        <w:jc w:val="right"/>
      </w:pPr>
      <w:r>
        <w:t>کیا گیا تھا۔</w:t>
      </w:r>
    </w:p>
    <w:p>
      <w:r>
        <w:rPr>
          <w:b/>
        </w:rPr>
        <w:t xml:space="preserve">[04:45] </w:t>
      </w:r>
      <w:r>
        <w:t>Is maani hai ke yeh roza jo hai Rasool Allah sal Allah alaihi wasallam ke zamane mein nahi</w:t>
      </w:r>
    </w:p>
    <w:p>
      <w:pPr>
        <w:jc w:val="right"/>
      </w:pPr>
      <w:r>
        <w:t>اس معنی ہے کہ یہ روزہ جو ہے رسول اللہ صلی اللہ علیہ وسلم کے زمانے میں نہیں</w:t>
      </w:r>
    </w:p>
    <w:p>
      <w:r>
        <w:rPr>
          <w:b/>
        </w:rPr>
        <w:t xml:space="preserve">[04:51] </w:t>
      </w:r>
      <w:r>
        <w:t>aya, har nabbi ke zamane mein is ko Allah ne farz kiya.</w:t>
      </w:r>
    </w:p>
    <w:p>
      <w:pPr>
        <w:jc w:val="right"/>
      </w:pPr>
      <w:r>
        <w:t>آیا، ہر نبی کے زمانے میں اس کو اللہ نے فرض کیا۔</w:t>
      </w:r>
    </w:p>
    <w:p>
      <w:r>
        <w:rPr>
          <w:b/>
        </w:rPr>
        <w:t xml:space="preserve">[04:56] </w:t>
      </w:r>
      <w:r>
        <w:t>Goya yeh universal taleem hai Islam ki.</w:t>
      </w:r>
    </w:p>
    <w:p>
      <w:pPr>
        <w:jc w:val="right"/>
      </w:pPr>
      <w:r>
        <w:t>گویا یہ یونیورسل تعلیم ہے اسلام کی۔</w:t>
      </w:r>
    </w:p>
    <w:p>
      <w:r>
        <w:rPr>
          <w:b/>
        </w:rPr>
        <w:t xml:space="preserve">[05:01] </w:t>
      </w:r>
      <w:r>
        <w:t>To yeh universal taleem ke asal yeh nahi ke bhook bhooka rehna, asal cheez giving spirit ke sath</w:t>
      </w:r>
    </w:p>
    <w:p>
      <w:pPr>
        <w:jc w:val="right"/>
      </w:pPr>
      <w:r>
        <w:t>تو یہ یونیورسل تعلیم کہ اصل یہ نہیں کہ بھوک بھوکا رہنا، اصل چیز گیونگ اسپرٹ کے ساتھ</w:t>
      </w:r>
    </w:p>
    <w:p>
      <w:r>
        <w:rPr>
          <w:b/>
        </w:rPr>
        <w:t xml:space="preserve">[05:06] </w:t>
      </w:r>
      <w:r>
        <w:t>duniya mein rehna.</w:t>
      </w:r>
    </w:p>
    <w:p>
      <w:pPr>
        <w:jc w:val="right"/>
      </w:pPr>
      <w:r>
        <w:t>دنیا میں رہنا۔</w:t>
      </w:r>
    </w:p>
    <w:p>
      <w:r>
        <w:rPr>
          <w:b/>
        </w:rPr>
        <w:t xml:space="preserve">[05:11] </w:t>
      </w:r>
      <w:r>
        <w:t>Yeh samajhne ki baat hai.</w:t>
      </w:r>
    </w:p>
    <w:p>
      <w:pPr>
        <w:jc w:val="right"/>
      </w:pPr>
      <w:r>
        <w:t>یہ سمجھنے کی بات ہے۔</w:t>
      </w:r>
    </w:p>
    <w:p>
      <w:r>
        <w:rPr>
          <w:b/>
        </w:rPr>
        <w:t xml:space="preserve">[05:16] </w:t>
      </w:r>
      <w:r>
        <w:t>Kal mere paas telephone aaya America se, kuch logon ne poocha ke humein koi naseehat kijiye.</w:t>
      </w:r>
    </w:p>
    <w:p>
      <w:pPr>
        <w:jc w:val="right"/>
      </w:pPr>
      <w:r>
        <w:t>کل میرے پاس ٹیلی فون آیا امریکہ سے، کچھ لوگوں نے پوچھا کہ ہمیں کوئی نصیحت کیجئے۔</w:t>
      </w:r>
    </w:p>
    <w:p>
      <w:r>
        <w:rPr>
          <w:b/>
        </w:rPr>
        <w:t xml:space="preserve">[05:21] </w:t>
      </w:r>
      <w:r>
        <w:t>to mein ne kaha mein do baat ki</w:t>
      </w:r>
    </w:p>
    <w:p>
      <w:pPr>
        <w:jc w:val="right"/>
      </w:pPr>
      <w:r>
        <w:t>تو میں نے کہا میں دو بات کی</w:t>
      </w:r>
    </w:p>
    <w:p>
      <w:r>
        <w:rPr>
          <w:b/>
        </w:rPr>
        <w:t xml:space="preserve">[05:26] </w:t>
      </w:r>
      <w:r>
        <w:t>naseehat karunga: ek marifat aur doosri dawat.</w:t>
      </w:r>
    </w:p>
    <w:p>
      <w:pPr>
        <w:jc w:val="right"/>
      </w:pPr>
      <w:r>
        <w:t>نصیحت کروں گا: ایک معرفت اور دوسری دعوت۔</w:t>
      </w:r>
    </w:p>
    <w:p>
      <w:r>
        <w:rPr>
          <w:b/>
        </w:rPr>
        <w:t xml:space="preserve">[05:32] </w:t>
      </w:r>
      <w:r>
        <w:t>marifat aur dawat.</w:t>
      </w:r>
    </w:p>
    <w:p>
      <w:pPr>
        <w:jc w:val="right"/>
      </w:pPr>
      <w:r>
        <w:t>معرفت اور دعوت۔</w:t>
      </w:r>
    </w:p>
    <w:p>
      <w:r>
        <w:rPr>
          <w:b/>
        </w:rPr>
        <w:t xml:space="preserve">[05:38] </w:t>
      </w:r>
      <w:r>
        <w:t>marifat ka matlab kya hai? khud sachai ko jaanna.</w:t>
      </w:r>
    </w:p>
    <w:p>
      <w:pPr>
        <w:jc w:val="right"/>
      </w:pPr>
      <w:r>
        <w:t>معرفت کا مطلب کیا ہے؟ خود سچائی کو جاننا۔</w:t>
      </w:r>
    </w:p>
    <w:p>
      <w:r>
        <w:rPr>
          <w:b/>
        </w:rPr>
        <w:t xml:space="preserve">[05:45] </w:t>
      </w:r>
      <w:r>
        <w:t>jitne bhi zarea hain jaanne ke ke kainat mein ghore o fikr, quran mein ghore o fikr, hadees</w:t>
      </w:r>
    </w:p>
    <w:p>
      <w:pPr>
        <w:jc w:val="right"/>
      </w:pPr>
      <w:r>
        <w:t>جتنے بھی ذرائع ہیں جاننے کے کہ کائنات میں غور و فکر، قرآن میں غور و فکر، حدیث</w:t>
      </w:r>
    </w:p>
    <w:p>
      <w:r>
        <w:rPr>
          <w:b/>
        </w:rPr>
        <w:t xml:space="preserve">[05:51] </w:t>
      </w:r>
      <w:r>
        <w:t>ka mutala, sahaba ki zindagiun ka mutala, tadabbur karna.</w:t>
      </w:r>
    </w:p>
    <w:p>
      <w:pPr>
        <w:jc w:val="right"/>
      </w:pPr>
      <w:r>
        <w:t>کا مطالعہ، صحابہ کی زندگیوں کا مطالعہ، تدبر کرنا۔</w:t>
      </w:r>
    </w:p>
    <w:p>
      <w:r>
        <w:rPr>
          <w:b/>
        </w:rPr>
        <w:t xml:space="preserve">[05:57] </w:t>
      </w:r>
      <w:r>
        <w:t>to in sab tareeqon ko istemal kar ke marifat hasil karna, allah ki marifat, sachai ki marifat. aur doosri cheez dawat. dawat ke mani kya hain? jo cheez aap, jo cheez aap ne daryaft ki hai, us ko doosron tak pahunchana, doosron ke liye nafe bakhsh banna. yeh do cheezein hain deen mein. to yeh jo ramzan ka meh</w:t>
      </w:r>
    </w:p>
    <w:p>
      <w:pPr>
        <w:jc w:val="right"/>
      </w:pPr>
      <w:r>
        <w:t>تو ان سب طریقوں کو استعمال کر کے معرفت حاصل کرنا، اللہ کی معرفت، سچائی کی معرفت۔ اور دوسری چیز دعوت۔ دعوت کے معنی کیا ہیں؟ جو چیز آپ، جو چیز آپ نے دریافت کی ہے، اس کو دوسروں تک پہنچانا، دوسروں کے لیے نفع بخش بننا۔ یہ دو چیزیں ہیں دین میں۔ تو یہ جو رمضان کا مہ</w:t>
      </w:r>
    </w:p>
    <w:p>
      <w:r>
        <w:rPr>
          <w:b/>
        </w:rPr>
        <w:t xml:space="preserve">[06:27] </w:t>
      </w:r>
      <w:r>
        <w:t>ye mein roza rakhna hai, is mein dono cheezein shamil hain.</w:t>
      </w:r>
    </w:p>
    <w:p>
      <w:pPr>
        <w:jc w:val="right"/>
      </w:pPr>
      <w:r>
        <w:t>ینے میں روزہ رکھنا ہے، اس میں دونوں چیزیں شامل ہیں۔</w:t>
      </w:r>
    </w:p>
    <w:p>
      <w:r>
        <w:rPr>
          <w:b/>
        </w:rPr>
        <w:t xml:space="preserve">[06:33] </w:t>
      </w:r>
      <w:r>
        <w:t>dono cheezein shamil is liye hain ke ramzan ki ibadat mein ek aap bataya gaya hai ke zyada</w:t>
      </w:r>
    </w:p>
    <w:p>
      <w:pPr>
        <w:jc w:val="right"/>
      </w:pPr>
      <w:r>
        <w:t>دونوں چیزیں شامل اس لیے ہیں کہ رمضان کی عبادت میں ایک آپ بتایا گیا ہے کہ زیادہ</w:t>
      </w:r>
    </w:p>
    <w:p>
      <w:r>
        <w:rPr>
          <w:b/>
        </w:rPr>
        <w:t xml:space="preserve">[06:39] </w:t>
      </w:r>
      <w:r>
        <w:t>se zyada quran ki tilawat karna, zyada se zyada quran ki tilawat karna, aur apne ko distraction se bachana.</w:t>
      </w:r>
    </w:p>
    <w:p>
      <w:pPr>
        <w:jc w:val="right"/>
      </w:pPr>
      <w:r>
        <w:t>سے زیادہ قرآن کی تلاوت کرنا، زیادہ سے زیادہ قرآن کی تلاوت کرنا، اور اپنے کو ڈسٹریکشن سے بچانا۔</w:t>
      </w:r>
    </w:p>
    <w:p>
      <w:r>
        <w:rPr>
          <w:b/>
        </w:rPr>
        <w:t xml:space="preserve">[06:45] </w:t>
      </w:r>
      <w:r>
        <w:t>to yeh kis liye hai? tadabbur ke liye hai, ghore o fikr ke liye.</w:t>
      </w:r>
    </w:p>
    <w:p>
      <w:pPr>
        <w:jc w:val="right"/>
      </w:pPr>
      <w:r>
        <w:t>تو یہ کس لیے ہے؟ تدبر کے لیے ہے، غور و فکر کے لیے۔</w:t>
      </w:r>
    </w:p>
    <w:p>
      <w:r>
        <w:rPr>
          <w:b/>
        </w:rPr>
        <w:t xml:space="preserve">[06:51] </w:t>
      </w:r>
      <w:r>
        <w:t>yani distraction se apne ko bachana, jis ki aakhri soorat hoti hai ait</w:t>
      </w:r>
    </w:p>
    <w:p>
      <w:pPr>
        <w:jc w:val="right"/>
      </w:pPr>
      <w:r>
        <w:t>یعنی ڈسٹریکشن سے اپنے کو بچانا، جس کی آخری صورت ہوتی ہے اعت</w:t>
      </w:r>
    </w:p>
    <w:p>
      <w:r>
        <w:rPr>
          <w:b/>
        </w:rPr>
        <w:t xml:space="preserve">[06:57] </w:t>
      </w:r>
      <w:r>
        <w:t>kaf.</w:t>
      </w:r>
    </w:p>
    <w:p>
      <w:pPr>
        <w:jc w:val="right"/>
      </w:pPr>
      <w:r>
        <w:t>کاف۔</w:t>
      </w:r>
    </w:p>
    <w:p>
      <w:r>
        <w:rPr>
          <w:b/>
        </w:rPr>
        <w:t xml:space="preserve">[07:03] </w:t>
      </w:r>
      <w:r>
        <w:t>distraction se bachana kis liye hota hai? taake aap ka thinking process sahi tareeqe se jaari rahe.</w:t>
      </w:r>
    </w:p>
    <w:p>
      <w:pPr>
        <w:jc w:val="right"/>
      </w:pPr>
      <w:r>
        <w:t>ڈسٹریکشن سے بچانا کس لیے ہوتا ہے؟ تاکہ آپ کا تھنکنگ پروسیس صحیح طریقے سے جاری رہے۔</w:t>
      </w:r>
    </w:p>
    <w:p>
      <w:r>
        <w:rPr>
          <w:b/>
        </w:rPr>
        <w:t xml:space="preserve">[07:10] </w:t>
      </w:r>
      <w:r>
        <w:t>ramzan mein bataya gaya hai ke ghair cheezon, ghair zaroori cheezon mein mashgool mat ho, bekar kamon mein</w:t>
      </w:r>
    </w:p>
    <w:p>
      <w:pPr>
        <w:jc w:val="right"/>
      </w:pPr>
      <w:r>
        <w:t>رمضان میں بتایا گیا ہے کہ غیر چیزوں، غیر ضروری چیزوں میں مشغول مت ہو، بیکار کاموں میں</w:t>
      </w:r>
    </w:p>
    <w:p>
      <w:r>
        <w:rPr>
          <w:b/>
        </w:rPr>
        <w:t xml:space="preserve">[07:16] </w:t>
      </w:r>
      <w:r>
        <w:t>mashgool mat ho, yahan tak ke kisi se jhagda bhi mat karo, tum ko is mein ghussa aa</w:t>
      </w:r>
    </w:p>
    <w:p>
      <w:pPr>
        <w:jc w:val="right"/>
      </w:pPr>
      <w:r>
        <w:t>مشغول مت ہو، یہاں تک کہ کسی سے جھگڑا بھی مت کرو، تم کو اس میں غصہ آ</w:t>
      </w:r>
    </w:p>
    <w:p>
      <w:r>
        <w:rPr>
          <w:b/>
        </w:rPr>
        <w:t xml:space="preserve">[07:22] </w:t>
      </w:r>
      <w:r>
        <w:t>jaye aur lage bura bura karne lago.</w:t>
      </w:r>
    </w:p>
    <w:p>
      <w:pPr>
        <w:jc w:val="right"/>
      </w:pPr>
      <w:r>
        <w:t>جائے اور لگے برا برا کرنے لگو۔</w:t>
      </w:r>
    </w:p>
    <w:p>
      <w:r>
        <w:rPr>
          <w:b/>
        </w:rPr>
        <w:t xml:space="preserve">[07:28] </w:t>
      </w:r>
      <w:r>
        <w:t>to har us cheez se apne ko bachao jo tum ko distract karne wali hai.</w:t>
      </w:r>
    </w:p>
    <w:p>
      <w:pPr>
        <w:jc w:val="right"/>
      </w:pPr>
      <w:r>
        <w:t>تو ہر اس چیز سے اپنے کو بچاؤ جو تم کو ڈسٹریکٹ کرنے والی ہے۔</w:t>
      </w:r>
    </w:p>
    <w:p>
      <w:r>
        <w:rPr>
          <w:b/>
        </w:rPr>
        <w:t xml:space="preserve">[07:34] </w:t>
      </w:r>
      <w:r>
        <w:t>to distract karne wali ka matlab kya hai? is ka matlab hai ke jo tum ko tadabbur, tafakkur</w:t>
      </w:r>
    </w:p>
    <w:p>
      <w:pPr>
        <w:jc w:val="right"/>
      </w:pPr>
      <w:r>
        <w:t>تو ڈسٹریکٹ کرنے والی کا مطلب کیا ہے؟ اس کا مطلب ہے کہ جو تم کو تدبر، تفکر</w:t>
      </w:r>
    </w:p>
    <w:p>
      <w:r>
        <w:rPr>
          <w:b/>
        </w:rPr>
        <w:t xml:space="preserve">[07:40] </w:t>
      </w:r>
      <w:r>
        <w:t>se hatane wali ho.</w:t>
      </w:r>
    </w:p>
    <w:p>
      <w:pPr>
        <w:jc w:val="right"/>
      </w:pPr>
      <w:r>
        <w:t>سے ہٹانے والی ہو۔</w:t>
      </w:r>
    </w:p>
    <w:p>
      <w:r>
        <w:rPr>
          <w:b/>
        </w:rPr>
        <w:t xml:space="preserve">[07:47] </w:t>
      </w:r>
      <w:r>
        <w:t>yeh hai is spirit ramzan ki.</w:t>
      </w:r>
    </w:p>
    <w:p>
      <w:pPr>
        <w:jc w:val="right"/>
      </w:pPr>
      <w:r>
        <w:t>یہ ہے اسپرٹ رمضان کی۔</w:t>
      </w:r>
    </w:p>
    <w:p>
      <w:r>
        <w:rPr>
          <w:b/>
        </w:rPr>
        <w:t xml:space="preserve">[07:53] </w:t>
      </w:r>
      <w:r>
        <w:t>to dawat aur to marifat aur dawat dono ramzan ki spirit shamil hain.</w:t>
      </w:r>
    </w:p>
    <w:p>
      <w:pPr>
        <w:jc w:val="right"/>
      </w:pPr>
      <w:r>
        <w:t>تو دعوت اور تو معرفت اور دعوت دونوں رمضان کی اسپرٹ شامل ہیں۔</w:t>
      </w:r>
    </w:p>
    <w:p>
      <w:r>
        <w:rPr>
          <w:b/>
        </w:rPr>
        <w:t xml:space="preserve">[07:59] </w:t>
      </w:r>
      <w:r>
        <w:t>yeh to zahiri soorat is ki hai ke aap ne subah se sham tak khana peena chhod diya.</w:t>
      </w:r>
    </w:p>
    <w:p>
      <w:pPr>
        <w:jc w:val="right"/>
      </w:pPr>
      <w:r>
        <w:t>یہ تو ظاہری صورت اس کی ہے کہ آپ نے صبح سے شام تک کھانا پینا چھوڑ دیا۔</w:t>
      </w:r>
    </w:p>
    <w:p>
      <w:r>
        <w:rPr>
          <w:b/>
        </w:rPr>
        <w:t xml:space="preserve">[08:04] </w:t>
      </w:r>
      <w:r>
        <w:t>yeh zahiri soorat hai.</w:t>
      </w:r>
    </w:p>
    <w:p>
      <w:pPr>
        <w:jc w:val="right"/>
      </w:pPr>
      <w:r>
        <w:t>یہ ظاہری صورت ہے۔</w:t>
      </w:r>
    </w:p>
    <w:p>
      <w:r>
        <w:rPr>
          <w:b/>
        </w:rPr>
        <w:t xml:space="preserve">[08:09] </w:t>
      </w:r>
      <w:r>
        <w:t>yani form hai is ka, lekin spirit kya hai, is ko janiye.</w:t>
      </w:r>
    </w:p>
    <w:p>
      <w:pPr>
        <w:jc w:val="right"/>
      </w:pPr>
      <w:r>
        <w:t>یعنی فارم ہے اس کا، لیکن اسپرٹ کیا ہے، اس کو جانیے۔</w:t>
      </w:r>
    </w:p>
    <w:p>
      <w:r>
        <w:rPr>
          <w:b/>
        </w:rPr>
        <w:t xml:space="preserve">[08:14] </w:t>
      </w:r>
      <w:r>
        <w:t>har cheez ki ek zahiri soorat hoti hai, ek spirit hoti hai.</w:t>
      </w:r>
    </w:p>
    <w:p>
      <w:pPr>
        <w:jc w:val="right"/>
      </w:pPr>
      <w:r>
        <w:t>ہر چیز کی ایک ظاہری صورت ہوتی ہے، ایک اسپرٹ ہوتی ہے۔</w:t>
      </w:r>
    </w:p>
    <w:p>
      <w:r>
        <w:rPr>
          <w:b/>
        </w:rPr>
        <w:t xml:space="preserve">[08:19] </w:t>
      </w:r>
      <w:r>
        <w:t>jaise qurbani ke liye aaya hai ke "laina la allahu lahum hawa la damahu wa la qiyala aalahu taqwa minkum".</w:t>
      </w:r>
    </w:p>
    <w:p>
      <w:pPr>
        <w:jc w:val="right"/>
      </w:pPr>
      <w:r>
        <w:t>جیسے قربانی کے لیے آیا ہے کہ "لَيْنَا لَا اللّٰهُ لَهُمْ هَوَ لَا دَمَاهُ وَلَا قِيَلَ آلَهُ تَقْوٰى مِنْكُمْ"۔</w:t>
      </w:r>
    </w:p>
    <w:p>
      <w:r>
        <w:rPr>
          <w:b/>
        </w:rPr>
        <w:t xml:space="preserve">[08:24] </w:t>
      </w:r>
      <w:r>
        <w:t>quran mein yeh ayat aayi hai qurbani ke bare mein</w:t>
      </w:r>
    </w:p>
    <w:p>
      <w:pPr>
        <w:jc w:val="right"/>
      </w:pPr>
      <w:r>
        <w:t>قرآن میں یہ آیت آئی ہے قربانی کے بارے میں</w:t>
      </w:r>
    </w:p>
    <w:p>
      <w:r>
        <w:rPr>
          <w:b/>
        </w:rPr>
        <w:t xml:space="preserve">[08:29] </w:t>
      </w:r>
      <w:r>
        <w:t>ke allah ko tumhara, tumhari qurbani ka gosht aur khoon nahi pahunchta.</w:t>
      </w:r>
    </w:p>
    <w:p>
      <w:pPr>
        <w:jc w:val="right"/>
      </w:pPr>
      <w:r>
        <w:t>کہ اللہ کو تمہارا، تمہاری قربانی کا گوشت اور خون نہیں پہنچتا۔</w:t>
      </w:r>
    </w:p>
    <w:p>
      <w:r>
        <w:rPr>
          <w:b/>
        </w:rPr>
        <w:t xml:space="preserve">[08:35] </w:t>
      </w:r>
      <w:r>
        <w:t>tumhara apna jo taqwa hai, tumhare apne andar jo spirit hai, woh pahunchti hai allah taala ko.</w:t>
      </w:r>
    </w:p>
    <w:p>
      <w:pPr>
        <w:jc w:val="right"/>
      </w:pPr>
      <w:r>
        <w:t>تمہارا اپنا جو تقویٰ ہے، تمہارے اپنے اندر جو اسپرٹ ہے، وہ پہنچتی ہے اللہ تعالیٰ کو۔</w:t>
      </w:r>
    </w:p>
    <w:p>
      <w:r>
        <w:rPr>
          <w:b/>
        </w:rPr>
        <w:t xml:space="preserve">[08:42] </w:t>
      </w:r>
      <w:r>
        <w:t>yeh ramzan ke bare mein hadith aayi hai ke jis shakhs ne ramzan ko is ki spirit ke</w:t>
      </w:r>
    </w:p>
    <w:p>
      <w:pPr>
        <w:jc w:val="right"/>
      </w:pPr>
      <w:r>
        <w:t>یہ رمضان کے بارے میں حدیث آئی ہے کہ جس شخص نے رمضان کو اس کی اسپرٹ کے</w:t>
      </w:r>
    </w:p>
    <w:p>
      <w:r>
        <w:rPr>
          <w:b/>
        </w:rPr>
        <w:t xml:space="preserve">[08:48] </w:t>
      </w:r>
      <w:r>
        <w:t>saath roza nahi rakha, to ek is mein hadith mein aaya hai ke ke allah ko is ki</w:t>
      </w:r>
    </w:p>
    <w:p>
      <w:pPr>
        <w:jc w:val="right"/>
      </w:pPr>
      <w:r>
        <w:t>ساتھ روزہ نہیں رکھا، تو ایک اس میں حدیث میں آیا ہے کہ کہ اللہ کو اس کی</w:t>
      </w:r>
    </w:p>
    <w:p>
      <w:r>
        <w:rPr>
          <w:b/>
        </w:rPr>
        <w:t xml:space="preserve">[08:54] </w:t>
      </w:r>
      <w:r>
        <w:t>hajat nahi ke woh chhota bhookha rahe aur pyasa rahe.</w:t>
      </w:r>
    </w:p>
    <w:p>
      <w:pPr>
        <w:jc w:val="right"/>
      </w:pPr>
      <w:r>
        <w:t>حاجت نہیں کہ وہ چھوٹا بھوکا رہے اور پیاسا رہے۔</w:t>
      </w:r>
    </w:p>
    <w:p>
      <w:r>
        <w:rPr>
          <w:b/>
        </w:rPr>
        <w:t xml:space="preserve">[09:00] </w:t>
      </w:r>
      <w:r>
        <w:t>allah ko is ki hajat nahi ke aadmi ke woh bhookha rahe aur pyasa rahe.</w:t>
      </w:r>
    </w:p>
    <w:p>
      <w:pPr>
        <w:jc w:val="right"/>
      </w:pPr>
      <w:r>
        <w:t>اللہ کو اس کی حاجت نہیں کہ آدمی کہ وہ بھوکا رہے اور پیاسا رہے۔</w:t>
      </w:r>
    </w:p>
    <w:p>
      <w:r>
        <w:rPr>
          <w:b/>
        </w:rPr>
        <w:t xml:space="preserve">[09:04] </w:t>
      </w:r>
      <w:r>
        <w:t>to kaha asal ahmiyat spirit ki hai har cheez mein.</w:t>
      </w:r>
    </w:p>
    <w:p>
      <w:pPr>
        <w:jc w:val="right"/>
      </w:pPr>
      <w:r>
        <w:t>تو کہا اصل اہمیت اسپرٹ کی ہے ہر چیز میں۔</w:t>
      </w:r>
    </w:p>
    <w:p>
      <w:r>
        <w:rPr>
          <w:b/>
        </w:rPr>
        <w:t xml:space="preserve">[09:08] </w:t>
      </w:r>
      <w:r>
        <w:t>hadith mein aata hai ke "innama al aamal bi al niyyat".</w:t>
      </w:r>
    </w:p>
    <w:p>
      <w:pPr>
        <w:jc w:val="right"/>
      </w:pPr>
      <w:r>
        <w:t>حدیث میں آتا ہے کہ "إِنَّمَا الْأَعْمَالُ بِالنِّيَّاتِ"۔</w:t>
      </w:r>
    </w:p>
    <w:p>
      <w:r>
        <w:rPr>
          <w:b/>
        </w:rPr>
        <w:t xml:space="preserve">[09:12] </w:t>
      </w:r>
      <w:r>
        <w:t>yeh niyat ka lafz jo hai, yeh logon ko clear nahi hai.</w:t>
      </w:r>
    </w:p>
    <w:p>
      <w:pPr>
        <w:jc w:val="right"/>
      </w:pPr>
      <w:r>
        <w:t>یہ نیت کا لفظ جو ہے، یہ لوگوں کو کلیئر نہیں ہے۔</w:t>
      </w:r>
    </w:p>
    <w:p>
      <w:r>
        <w:rPr>
          <w:b/>
        </w:rPr>
        <w:t xml:space="preserve">[09:16] </w:t>
      </w:r>
      <w:r>
        <w:t>pata nahi kis cheez ko niyat samajhte hain.</w:t>
      </w:r>
    </w:p>
    <w:p>
      <w:pPr>
        <w:jc w:val="right"/>
      </w:pPr>
      <w:r>
        <w:t>پتہ نہیں کس چیز کو نیت سمجھتے ہیں۔</w:t>
      </w:r>
    </w:p>
    <w:p>
      <w:r>
        <w:rPr>
          <w:b/>
        </w:rPr>
        <w:t xml:space="preserve">[09:20] </w:t>
      </w:r>
      <w:r>
        <w:t>niyat ke maane hain spirit.</w:t>
      </w:r>
    </w:p>
    <w:p>
      <w:pPr>
        <w:jc w:val="right"/>
      </w:pPr>
      <w:r>
        <w:t>نیت کے معنی ہیں اسپرٹ۔</w:t>
      </w:r>
    </w:p>
    <w:p>
      <w:r>
        <w:rPr>
          <w:b/>
        </w:rPr>
        <w:t xml:space="preserve">[09:24] </w:t>
      </w:r>
      <w:r>
        <w:t>"innama al aamal bi al niyyat" ke maane hain ke amal ka daromadar spirit par hai.</w:t>
      </w:r>
    </w:p>
    <w:p>
      <w:pPr>
        <w:jc w:val="right"/>
      </w:pPr>
      <w:r>
        <w:t>"إِنَّمَا الْأَعْمَالُ بِالنِّيَّاتِ" کے معنی ہیں کہ عمل کا دارومدار اسپرٹ پر ہے۔</w:t>
      </w:r>
    </w:p>
    <w:p>
      <w:r>
        <w:rPr>
          <w:b/>
        </w:rPr>
        <w:t xml:space="preserve">[09:28] </w:t>
      </w:r>
      <w:r>
        <w:t>yani jo inner</w:t>
      </w:r>
    </w:p>
    <w:p>
      <w:pPr>
        <w:jc w:val="right"/>
      </w:pPr>
      <w:r>
        <w:t>یعنی جو انر</w:t>
      </w:r>
    </w:p>
    <w:p>
      <w:r>
        <w:rPr>
          <w:b/>
        </w:rPr>
        <w:t xml:space="preserve">[09:32] </w:t>
      </w:r>
      <w:r>
        <w:t>yani internal content kahiye us ko. ek hai kharji form, ek hai dakhili content. to aur "innamal aamalu bin niyyat" ka matlab yeh hai ke aamal ka ka jo criteria hai judge karne ka, to yeh nahi ke is ke form mein kehte hain aap ne ihtimam dikhaya. yeh nahi hai. kis spirit se aap ne woh kaam kiya. yeh hai "innamal aamal bi</w:t>
      </w:r>
    </w:p>
    <w:p>
      <w:pPr>
        <w:jc w:val="right"/>
      </w:pPr>
      <w:r>
        <w:t>، یعنی انٹرنل کنٹینٹ کہیے اس کو۔ ایک ہے خارجی فارم، ایک ہے داخلی کنٹینٹ۔ تو اور "إِنَّمَا الْأَعْمَالُ بِالنِّيَّاتِ" کا مطلب یہ ہے کہ اعمال کا کا جو کرائٹیریا ہے جج کرنے کا، تو یہ نہیں کہ اس کے فارم میں کہتے ہیں آپ نے اہتمام دکھایا۔ یہ نہیں ہے۔ کس اسپرٹ سے آپ نے وہ کام کیا۔ یہ ہے "إِنَّمَا الْأَعْمَالُ بِال</w:t>
      </w:r>
    </w:p>
    <w:p>
      <w:r>
        <w:rPr>
          <w:b/>
        </w:rPr>
        <w:t xml:space="preserve">[10:02] </w:t>
      </w:r>
      <w:r>
        <w:t>niyyat" ka matlab hai ke spirit ke aitbar se jaancha jayega, na ke form ke aitbar se.</w:t>
      </w:r>
    </w:p>
    <w:p>
      <w:pPr>
        <w:jc w:val="right"/>
      </w:pPr>
      <w:r>
        <w:t>نِّيَّاتِ" کا مطلب ہے کہ اسپرٹ کے اعتبار سے جانچا جائے گا، نہ کہ فارم کے اعتبار سے۔</w:t>
      </w:r>
    </w:p>
    <w:p>
      <w:r>
        <w:rPr>
          <w:b/>
        </w:rPr>
        <w:t xml:space="preserve">[10:08] </w:t>
      </w:r>
      <w:r>
        <w:t>to yeh maamla ramzan ke roze ka hai ke is ko bhi spirit ke aitbar se jaancha jayega</w:t>
      </w:r>
    </w:p>
    <w:p>
      <w:pPr>
        <w:jc w:val="right"/>
      </w:pPr>
      <w:r>
        <w:t>تو یہ معاملہ رمضان کے روزے کا ہے کہ اس کو بھی اسپرٹ کے اعتبار سے جانچا جائے</w:t>
      </w:r>
    </w:p>
    <w:p>
      <w:r>
        <w:rPr>
          <w:b/>
        </w:rPr>
        <w:t xml:space="preserve">[10:14] </w:t>
      </w:r>
      <w:r>
        <w:t>ga, na ke form ke aitbar se.</w:t>
      </w:r>
    </w:p>
    <w:p>
      <w:pPr>
        <w:jc w:val="right"/>
      </w:pPr>
      <w:r>
        <w:t>گا، نہ کہ فارم کے اعتبار سے۔</w:t>
      </w:r>
    </w:p>
    <w:p>
      <w:r>
        <w:rPr>
          <w:b/>
        </w:rPr>
        <w:t xml:space="preserve">[10:20] </w:t>
      </w:r>
      <w:r>
        <w:t>to spirit yahi hai ke aap zyada se zyada apne ko ghair zaroori mashghooliyaton se bachayen aur tadabbur,</w:t>
      </w:r>
    </w:p>
    <w:p>
      <w:pPr>
        <w:jc w:val="right"/>
      </w:pPr>
      <w:r>
        <w:t>تو اسپرٹ یہی ہے کہ آپ زیادہ سے زیادہ اپنے کو غیر ضروری مشغولیتوں سے بچائیں اور تدبر،</w:t>
      </w:r>
    </w:p>
    <w:p>
      <w:r>
        <w:rPr>
          <w:b/>
        </w:rPr>
        <w:t xml:space="preserve">[10:26] </w:t>
      </w:r>
      <w:r>
        <w:t>tafakkur ki ibadat karen,</w:t>
      </w:r>
    </w:p>
    <w:p>
      <w:pPr>
        <w:jc w:val="right"/>
      </w:pPr>
      <w:r>
        <w:t>تفکر کی عبادت کریں،</w:t>
      </w:r>
    </w:p>
    <w:p>
      <w:r>
        <w:rPr>
          <w:b/>
        </w:rPr>
        <w:t xml:space="preserve">[10:33] </w:t>
      </w:r>
      <w:r>
        <w:t>quran ka mutala karein. yeh hai is ka ek pehlu ke aap marifat hasil karein. allah ki marifat, sachai ki marifat, jannat ki marifat, farishton ki marifat, wahi ki marifat, yeh hasil karein. zyada se zyada aap ka waqt isi mein lage. aur doosri cheez jo hai, woh dawat hai. to jo rasool allah ke bare mein jo hadith mein mein</w:t>
      </w:r>
    </w:p>
    <w:p>
      <w:pPr>
        <w:jc w:val="right"/>
      </w:pPr>
      <w:r>
        <w:t>قرآن کا مطالعہ کریں۔ یہ ہے اس کا ایک پہلو کہ آپ معرفت حاصل کریں۔ اللہ کی معرفت، سچائی کی معرفت، جنت کی معرفت، فرشتوں کی معرفت، وحی کی معرفت، یہ حاصل کریں۔ زیادہ سے زیادہ آپ کا وقت اسی میں لگے۔ اور دوسری چیز جو ہے، وہ دعوت ہے۔ تو جو رسول اللہ کے بارے میں جو حدیث میں میں</w:t>
      </w:r>
    </w:p>
    <w:p>
      <w:r>
        <w:rPr>
          <w:b/>
        </w:rPr>
        <w:t xml:space="preserve">[11:03] </w:t>
      </w:r>
      <w:r>
        <w:t>ne padhi aap ke samne ke aap hawass se zyada tez ho jate the khair ke liye.</w:t>
      </w:r>
    </w:p>
    <w:p>
      <w:pPr>
        <w:jc w:val="right"/>
      </w:pPr>
      <w:r>
        <w:t>نے پڑھی آپ کے سامنے کہ آپ حواس سے زیادہ تیز ہو جاتے تھے خیر کے لیے۔</w:t>
      </w:r>
    </w:p>
    <w:p>
      <w:r>
        <w:rPr>
          <w:b/>
        </w:rPr>
        <w:t xml:space="preserve">[11:10] </w:t>
      </w:r>
      <w:r>
        <w:t>yani ramzan ke zamane mein aap ki jo spirit hoti thi doosron ko faida pahunchane ki, woh bohat</w:t>
      </w:r>
    </w:p>
    <w:p>
      <w:pPr>
        <w:jc w:val="right"/>
      </w:pPr>
      <w:r>
        <w:t>یعنی رمضان کے زمانے میں آپ کی جو اسپرٹ ہوتی تھی دوسروں کو فائدہ پہنچانے کی، وہ بہت</w:t>
      </w:r>
    </w:p>
    <w:p>
      <w:r>
        <w:rPr>
          <w:b/>
        </w:rPr>
        <w:t xml:space="preserve">[11:18] </w:t>
      </w:r>
      <w:r>
        <w:t>badh jati thi.</w:t>
      </w:r>
    </w:p>
    <w:p>
      <w:pPr>
        <w:jc w:val="right"/>
      </w:pPr>
      <w:r>
        <w:t>بڑھ جاتی تھی۔</w:t>
      </w:r>
    </w:p>
    <w:p>
      <w:r>
        <w:rPr>
          <w:b/>
        </w:rPr>
        <w:t xml:space="preserve">[11:25] </w:t>
      </w:r>
      <w:r>
        <w:t>to dekhiye, doosron ko khair pahunchana yeh ek to hota hai maal se, khane peene ki cheezon dene se. lekin</w:t>
      </w:r>
    </w:p>
    <w:p>
      <w:pPr>
        <w:jc w:val="right"/>
      </w:pPr>
      <w:r>
        <w:t>تو دیکھیے، دوسروں کو خیر پہنچانا یہ ایک تو ہوتا ہے مال سے، کھانے پینے کی چیزیں دینے سے۔ لیکن</w:t>
      </w:r>
    </w:p>
    <w:p>
      <w:r>
        <w:rPr>
          <w:b/>
        </w:rPr>
        <w:t xml:space="preserve">[11:33] </w:t>
      </w:r>
      <w:r>
        <w:t>yeh yeh sirf ek pehlu hai, ek pehlu hai.</w:t>
      </w:r>
    </w:p>
    <w:p>
      <w:pPr>
        <w:jc w:val="right"/>
      </w:pPr>
      <w:r>
        <w:t>یہ یہ صرف ایک پہلو ہے، ایک پہلو ہے۔</w:t>
      </w:r>
    </w:p>
    <w:p>
      <w:r>
        <w:rPr>
          <w:b/>
        </w:rPr>
        <w:t xml:space="preserve">[11:37] </w:t>
      </w:r>
      <w:r>
        <w:t>ek pehlu hai.</w:t>
      </w:r>
    </w:p>
    <w:p>
      <w:pPr>
        <w:jc w:val="right"/>
      </w:pPr>
      <w:r>
        <w:t>ایک پہلو ہے۔</w:t>
      </w:r>
    </w:p>
    <w:p>
      <w:r>
        <w:rPr>
          <w:b/>
        </w:rPr>
        <w:t xml:space="preserve">[11:42] </w:t>
      </w:r>
      <w:r>
        <w:t>is se zyada bara pehlu yeh hai ke aap in ko woh, woh, woh sachai batayein logon ko</w:t>
      </w:r>
    </w:p>
    <w:p>
      <w:pPr>
        <w:jc w:val="right"/>
      </w:pPr>
      <w:r>
        <w:t>اس سے زیادہ بڑا پہلو یہ ہے کہ آپ ان کو وہ، وہ، وہ سچائی بتائیں لوگوں کو</w:t>
      </w:r>
    </w:p>
    <w:p>
      <w:r>
        <w:rPr>
          <w:b/>
        </w:rPr>
        <w:t xml:space="preserve">[11:46] </w:t>
      </w:r>
      <w:r>
        <w:t>jo sachai in ko jannat mein dakhil karne wali ho.</w:t>
      </w:r>
    </w:p>
    <w:p>
      <w:pPr>
        <w:jc w:val="right"/>
      </w:pPr>
      <w:r>
        <w:t>جو سچائی ان کو جنت میں داخل کرنے والی ہو۔</w:t>
      </w:r>
    </w:p>
    <w:p>
      <w:r>
        <w:rPr>
          <w:b/>
        </w:rPr>
        <w:t xml:space="preserve">[11:51] </w:t>
      </w:r>
      <w:r>
        <w:t>yani woh sachai jo in ko jannat ka, jannat mein dakhla de.</w:t>
      </w:r>
    </w:p>
    <w:p>
      <w:pPr>
        <w:jc w:val="right"/>
      </w:pPr>
      <w:r>
        <w:t>یعنی وہ سچائی جو ان کو جنت کا، جنت میں داخلہ دے۔</w:t>
      </w:r>
    </w:p>
    <w:p>
      <w:r>
        <w:rPr>
          <w:b/>
        </w:rPr>
        <w:t xml:space="preserve">[11:55] </w:t>
      </w:r>
      <w:r>
        <w:t>internal jo internal jannat hai, us mein dakhla mile.</w:t>
      </w:r>
    </w:p>
    <w:p>
      <w:pPr>
        <w:jc w:val="right"/>
      </w:pPr>
      <w:r>
        <w:t>انٹرنل جو انٹرنل جنت ہے، اس میں داخلہ ملے۔</w:t>
      </w:r>
    </w:p>
    <w:p>
      <w:r>
        <w:rPr>
          <w:b/>
        </w:rPr>
        <w:t xml:space="preserve">[12:00] </w:t>
      </w:r>
      <w:r>
        <w:t>woh zyada bari, bari baat hai.</w:t>
      </w:r>
    </w:p>
    <w:p>
      <w:pPr>
        <w:jc w:val="right"/>
      </w:pPr>
      <w:r>
        <w:t>وہ زیادہ بڑی، بڑی بات ہے۔</w:t>
      </w:r>
    </w:p>
    <w:p>
      <w:r>
        <w:rPr>
          <w:b/>
        </w:rPr>
        <w:t xml:space="preserve">[12:04] </w:t>
      </w:r>
      <w:r>
        <w:t>zyada bari baat hai.</w:t>
      </w:r>
    </w:p>
    <w:p>
      <w:pPr>
        <w:jc w:val="right"/>
      </w:pPr>
      <w:r>
        <w:t>زیادہ بڑی بات ہے۔</w:t>
      </w:r>
    </w:p>
    <w:p>
      <w:r>
        <w:rPr>
          <w:b/>
        </w:rPr>
        <w:t xml:space="preserve">[12:10] </w:t>
      </w:r>
      <w:r>
        <w:t>to is mani hai ke mali sadqa bhi bilashuba ek khair hai, lekin is se zyada bara khair</w:t>
      </w:r>
    </w:p>
    <w:p>
      <w:pPr>
        <w:jc w:val="right"/>
      </w:pPr>
      <w:r>
        <w:t>تو اس معنی ہے کہ مالی صدقہ بھی بلاشبہ ایک خیر ہے، لیکن اس سے زیادہ بڑا خیر</w:t>
      </w:r>
    </w:p>
    <w:p>
      <w:r>
        <w:rPr>
          <w:b/>
        </w:rPr>
        <w:t xml:space="preserve">[12:15] </w:t>
      </w:r>
      <w:r>
        <w:t>yeh hai ke aap logon ko daawti sadqa dein. Daawti sadqa.</w:t>
      </w:r>
    </w:p>
    <w:p>
      <w:pPr>
        <w:jc w:val="right"/>
      </w:pPr>
      <w:r>
        <w:t>یہ ہے کہ آپ لوگوں کو دعوتی صدقہ دیں۔ دعوتی صدقہ۔</w:t>
      </w:r>
    </w:p>
    <w:p>
      <w:r>
        <w:rPr>
          <w:b/>
        </w:rPr>
        <w:t xml:space="preserve">[12:20] </w:t>
      </w:r>
      <w:r>
        <w:t>is ka zyada bari koshish nahi hai.</w:t>
      </w:r>
    </w:p>
    <w:p>
      <w:pPr>
        <w:jc w:val="right"/>
      </w:pPr>
      <w:r>
        <w:t>اس کا زیادہ بڑی کوشش نہیں ہے۔</w:t>
      </w:r>
    </w:p>
    <w:p>
      <w:r>
        <w:rPr>
          <w:b/>
        </w:rPr>
        <w:t xml:space="preserve">[12:25] </w:t>
      </w:r>
      <w:r>
        <w:t>to ramzan mein aadmi apne aap ko is ke liye tayyar karta hai.</w:t>
      </w:r>
    </w:p>
    <w:p>
      <w:pPr>
        <w:jc w:val="right"/>
      </w:pPr>
      <w:r>
        <w:t>تو رمضان میں آدمی اپنے آپ کو اس کے لیے تیار کرتا ہے۔</w:t>
      </w:r>
    </w:p>
    <w:p>
      <w:r>
        <w:rPr>
          <w:b/>
        </w:rPr>
        <w:t xml:space="preserve">[12:30] </w:t>
      </w:r>
      <w:r>
        <w:t>ramzan mein aadmi apne aap ko is ke liye tayyar karta hai.</w:t>
      </w:r>
    </w:p>
    <w:p>
      <w:pPr>
        <w:jc w:val="right"/>
      </w:pPr>
      <w:r>
        <w:t>رمضان میں آدمی اپنے آپ کو اس کے لیے تیار کرتا ہے۔</w:t>
      </w:r>
    </w:p>
    <w:p>
      <w:r>
        <w:rPr>
          <w:b/>
        </w:rPr>
        <w:t xml:space="preserve">[12:35] </w:t>
      </w:r>
      <w:r>
        <w:t>aur itna zyada apne ko tayyar karta hai.</w:t>
      </w:r>
    </w:p>
    <w:p>
      <w:pPr>
        <w:jc w:val="right"/>
      </w:pPr>
      <w:r>
        <w:t>اور اتنا زیادہ اپنے کو تیار کرتا ہے۔</w:t>
      </w:r>
    </w:p>
    <w:p>
      <w:r>
        <w:rPr>
          <w:b/>
        </w:rPr>
        <w:t xml:space="preserve">[12:40] </w:t>
      </w:r>
      <w:r>
        <w:t>tayyari ka dekhein criteria kya hai.</w:t>
      </w:r>
    </w:p>
    <w:p>
      <w:pPr>
        <w:jc w:val="right"/>
      </w:pPr>
      <w:r>
        <w:t>تیاری کا دیکھیں کرائٹیریا کیا ہے۔</w:t>
      </w:r>
    </w:p>
    <w:p>
      <w:r>
        <w:rPr>
          <w:b/>
        </w:rPr>
        <w:t xml:space="preserve">[12:44] </w:t>
      </w:r>
      <w:r>
        <w:t>mein samajhta hoon ke quran mein surah al-baqarah mein jahan aaya hai zikr ramzan ka aur roze ka,</w:t>
      </w:r>
    </w:p>
    <w:p>
      <w:pPr>
        <w:jc w:val="right"/>
      </w:pPr>
      <w:r>
        <w:t>میں سمجھتا ہوں کہ قرآن میں سورہ البقرہ میں جہاں آیا ہے ذکر رمضان کا اور روزے کا،</w:t>
      </w:r>
    </w:p>
    <w:p>
      <w:r>
        <w:rPr>
          <w:b/>
        </w:rPr>
        <w:t xml:space="preserve">[12:48] </w:t>
      </w:r>
      <w:r>
        <w:t>wahan ek ayat hai.</w:t>
      </w:r>
    </w:p>
    <w:p>
      <w:pPr>
        <w:jc w:val="right"/>
      </w:pPr>
      <w:r>
        <w:t>وہاں ایک آیت ہے۔</w:t>
      </w:r>
    </w:p>
    <w:p>
      <w:r>
        <w:rPr>
          <w:b/>
        </w:rPr>
        <w:t xml:space="preserve">[12:53] </w:t>
      </w:r>
      <w:r>
        <w:t>wohi criteria hai judge karne ke liye ke aap ka roza kaisa hai Allah ki nazar mein.</w:t>
      </w:r>
    </w:p>
    <w:p>
      <w:pPr>
        <w:jc w:val="right"/>
      </w:pPr>
      <w:r>
        <w:t>وہی کرائٹیریا ہے جج کرنے کے لیے کہ آپ کا روزہ کیسا ہے اللہ کی نظر میں۔</w:t>
      </w:r>
    </w:p>
    <w:p>
      <w:r>
        <w:rPr>
          <w:b/>
        </w:rPr>
        <w:t xml:space="preserve">[12:57] </w:t>
      </w:r>
      <w:r>
        <w:t>Allah ki nazar mein aap ka roza kaisa hai.</w:t>
      </w:r>
    </w:p>
    <w:p>
      <w:pPr>
        <w:jc w:val="right"/>
      </w:pPr>
      <w:r>
        <w:t>اللہ کی نظر میں آپ کا روزہ کیسا ہے۔</w:t>
      </w:r>
    </w:p>
    <w:p>
      <w:r>
        <w:rPr>
          <w:b/>
        </w:rPr>
        <w:t xml:space="preserve">[13:01] </w:t>
      </w:r>
      <w:r>
        <w:t>woh ayat hai surah al-baqarah mein.</w:t>
      </w:r>
    </w:p>
    <w:p>
      <w:pPr>
        <w:jc w:val="right"/>
      </w:pPr>
      <w:r>
        <w:t>وہ آیت ہے سورہ البقرہ میں۔</w:t>
      </w:r>
    </w:p>
    <w:p>
      <w:r>
        <w:rPr>
          <w:b/>
        </w:rPr>
        <w:t xml:space="preserve">[13:06] </w:t>
      </w:r>
      <w:r>
        <w:t>is rukoo mein yeh ayat hai jis mein ke ramzan ka hukum aaya hai.</w:t>
      </w:r>
    </w:p>
    <w:p>
      <w:pPr>
        <w:jc w:val="right"/>
      </w:pPr>
      <w:r>
        <w:t>اس رکوع میں یہ آیت ہے جس میں کہ رمضان کا حکم آیا ہے۔</w:t>
      </w:r>
    </w:p>
    <w:p>
      <w:r>
        <w:rPr>
          <w:b/>
        </w:rPr>
        <w:t xml:space="preserve">[13:13] </w:t>
      </w:r>
      <w:r>
        <w:t>wa idha saalaka ibadi anni fa inni qareebun woh ji woh daawat hai daaizatan fal yastajeeboon wal yoamino bi la lam yashadoon</w:t>
      </w:r>
    </w:p>
    <w:p>
      <w:pPr>
        <w:jc w:val="right"/>
      </w:pPr>
      <w:r>
        <w:t>وَإِذَا سَأَلَكَ عِبَادِي أَنِّي فَإِنِّي قَرِيبٌ وہ جی وہ دعوت ہے دَاعِذَةً فَلَيَسْتَجِيبُونِ وَلْيُؤْمِنُوا بِي لَا لَمَ يَشُدُونَ</w:t>
      </w:r>
    </w:p>
    <w:p>
      <w:r>
        <w:rPr>
          <w:b/>
        </w:rPr>
        <w:t xml:space="preserve">[13:21] </w:t>
      </w:r>
      <w:r>
        <w:t>is ka tarjuma yeh hai: bande jab poochein tum se mere bare mein, yani Allah ke bare mein,</w:t>
      </w:r>
    </w:p>
    <w:p>
      <w:pPr>
        <w:jc w:val="right"/>
      </w:pPr>
      <w:r>
        <w:t>اس کا ترجمہ یہ ہے: بندے جب پوچھیں تم سے میرے بارے میں، یعنی اللہ کے بارے میں،</w:t>
      </w:r>
    </w:p>
    <w:p>
      <w:r>
        <w:rPr>
          <w:b/>
        </w:rPr>
        <w:t xml:space="preserve">[13:29] </w:t>
      </w:r>
      <w:r>
        <w:t>to kaho ke mein qareeb hoon.</w:t>
      </w:r>
    </w:p>
    <w:p>
      <w:pPr>
        <w:jc w:val="right"/>
      </w:pPr>
      <w:r>
        <w:t>تو کہو کہ میں قریب ہوں۔</w:t>
      </w:r>
    </w:p>
    <w:p>
      <w:r>
        <w:rPr>
          <w:b/>
        </w:rPr>
        <w:t xml:space="preserve">[13:37] </w:t>
      </w:r>
      <w:r>
        <w:t>kaho ke main qareeb hoon. main pukarne wale ki pukar ko sunta hoon, to tum mujhe pukaro. kehti hai: ajib baat hai yeh. aur aisa tum karoge to tum ko rushd milegi, hidayat milegi. ab yahan par dekhiye, ek ek aam pehlu is ka hai ke allah apne bondon se qareeb hai. ek aam baat hai. lekin is mein doosra pehlu ek aur hai</w:t>
      </w:r>
    </w:p>
    <w:p>
      <w:pPr>
        <w:jc w:val="right"/>
      </w:pPr>
      <w:r>
        <w:t>کہو کہ میں قریب ہوں۔ میں پکارنے والے کی پکار کو سنتا ہوں، تو تم مجھے پکارو۔ کہتی ہے: عجیب بات ہے یہ۔ اور ایسا تم کرو گے تو تم کو رشد ملے گی، ہدایت ملے گی۔ اب یہاں پر دیکھیے، ایک ایک عام پہلو اس کا ہے کہ اللہ اپنے بندوں سے قریب ہے۔ ایک عام بات ہے۔ لیکن اس میں دوسرا پہلو ایک اور ہے</w:t>
      </w:r>
    </w:p>
    <w:p>
      <w:r>
        <w:rPr>
          <w:b/>
        </w:rPr>
        <w:t xml:space="preserve">[14:07] </w:t>
      </w:r>
      <w:r>
        <w:t>ke ramzan agar sahi tareeqe se guzare aadmi, sahi tareeqe se is ki jo asal spirit hai, us ke sath guzare, to woh apne yani ruhaniyat ke aitbar se, spirituality ke aitbar se allah se qareeb ho jata hai. yani ehsas qurbat mein jeene lagta hai. woh aam taur par jo log jo hain, ehsas dori mein jeete hain. main</w:t>
      </w:r>
    </w:p>
    <w:p>
      <w:pPr>
        <w:jc w:val="right"/>
      </w:pPr>
      <w:r>
        <w:t>کہ رمضان اگر صحیح طریقے سے گزارے آدمی، صحیح طریقے سے اس کی جو اصل اسپرٹ ہے، اس کے ساتھ گزارے، تو وہ اپنے یعنی روحانیت کے اعتبار سے، اسپرچوٹی کے اعتبار سے اللہ سے قریب ہو جاتا ہے۔ یعنی احساس قربت میں جینے لگتا ہے۔ وہ عام طور پر جو لوگ جو ہیں، احساس دوری میں جیتے ہیں۔ میں</w:t>
      </w:r>
    </w:p>
    <w:p>
      <w:r>
        <w:rPr>
          <w:b/>
        </w:rPr>
        <w:t xml:space="preserve">[14:37] </w:t>
      </w:r>
      <w:r>
        <w:t>apne ghar ke samne khada hota hoon, dekhta hoon log aa rahe hain, ja rahe hain, aa rahe</w:t>
      </w:r>
    </w:p>
    <w:p>
      <w:pPr>
        <w:jc w:val="right"/>
      </w:pPr>
      <w:r>
        <w:t>اپنے گھر کے سامنے کھڑا ہوتا ہوں، دیکھتا ہوں لوگ آ رہے ہیں، جا رہے ہیں، آ رہے</w:t>
      </w:r>
    </w:p>
    <w:p>
      <w:r>
        <w:rPr>
          <w:b/>
        </w:rPr>
        <w:t xml:space="preserve">[14:43] </w:t>
      </w:r>
      <w:r>
        <w:t>hain, ja rahe hain, to mujhe lagta hai ke yani khamoshi ke sath woh elaan kar rahe hain</w:t>
      </w:r>
    </w:p>
    <w:p>
      <w:pPr>
        <w:jc w:val="right"/>
      </w:pPr>
      <w:r>
        <w:t>ہیں، جا رہے ہیں، تو مجھے لگتا ہے کہ یعنی خاموشی کے ساتھ وہ اعلان کر رہے ہیں</w:t>
      </w:r>
    </w:p>
    <w:p>
      <w:r>
        <w:rPr>
          <w:b/>
        </w:rPr>
        <w:t xml:space="preserve">[14:49] </w:t>
      </w:r>
      <w:r>
        <w:t>keh hum ehsas-e-doori mein jee rahe hain, ehsas-e-qurbat mein nahin jee rahe hain.</w:t>
      </w:r>
    </w:p>
    <w:p>
      <w:pPr>
        <w:jc w:val="right"/>
      </w:pPr>
      <w:r>
        <w:t>کہ ہم احساس دوری میں جی رہے ہیں، احساس قربت میں نہیں جی رہے ہیں۔</w:t>
      </w:r>
    </w:p>
    <w:p>
      <w:r>
        <w:rPr>
          <w:b/>
        </w:rPr>
        <w:t xml:space="preserve">[14:55] </w:t>
      </w:r>
      <w:r>
        <w:t>to Ramzan mein agar aadmi sahi tareeqe se is ke aadab ka ehtimam kare, yaani tadabbur kare, tafakkur</w:t>
      </w:r>
    </w:p>
    <w:p>
      <w:pPr>
        <w:jc w:val="right"/>
      </w:pPr>
      <w:r>
        <w:t>تو رمضان میں اگر آدمی صحیح طریقے سے اس کے آداب کا اہتمام کرے، یعنی تدبر کرے، تفکر</w:t>
      </w:r>
    </w:p>
    <w:p>
      <w:r>
        <w:rPr>
          <w:b/>
        </w:rPr>
        <w:t xml:space="preserve">[15:01] </w:t>
      </w:r>
      <w:r>
        <w:t>kare, Quran ka mutala</w:t>
      </w:r>
    </w:p>
    <w:p>
      <w:pPr>
        <w:jc w:val="right"/>
      </w:pPr>
      <w:r>
        <w:t>کرے، قرآن کا مطال</w:t>
      </w:r>
    </w:p>
    <w:p>
      <w:r>
        <w:rPr>
          <w:b/>
        </w:rPr>
        <w:t xml:space="preserve">[15:07] </w:t>
      </w:r>
      <w:r>
        <w:t>a kare, to woh Allah ke muamle mein ehsas-e-qurbat mein jeene lagta hai, jeene lage ga.</w:t>
      </w:r>
    </w:p>
    <w:p>
      <w:pPr>
        <w:jc w:val="right"/>
      </w:pPr>
      <w:r>
        <w:t>عہ کرے، تو وہ اللہ کے معاملے میں احساس قربت میں جینے لگتا ہے، جینے لگے گا۔</w:t>
      </w:r>
    </w:p>
    <w:p>
      <w:r>
        <w:rPr>
          <w:b/>
        </w:rPr>
        <w:t xml:space="preserve">[15:13] </w:t>
      </w:r>
      <w:r>
        <w:t>yeh qurbat ka ehsas is ko shadeed hoga is ke andar.</w:t>
      </w:r>
    </w:p>
    <w:p>
      <w:pPr>
        <w:jc w:val="right"/>
      </w:pPr>
      <w:r>
        <w:t>یہ قربت کا احساس اس کو شدید ہوگا اس کے اندر۔</w:t>
      </w:r>
    </w:p>
    <w:p>
      <w:r>
        <w:rPr>
          <w:b/>
        </w:rPr>
        <w:t xml:space="preserve">[15:19] </w:t>
      </w:r>
      <w:r>
        <w:t>to farmaya keh jab tum Allah se itni qurbat aa jaye, tum ko ehsas-e-qurbat tumhare paas paida</w:t>
      </w:r>
    </w:p>
    <w:p>
      <w:pPr>
        <w:jc w:val="right"/>
      </w:pPr>
      <w:r>
        <w:t>تو فرمایا کہ جب تم اللہ سے اتنی قربت آ جائے، تم کو احساس قربت تمہارے پاس پیدا</w:t>
      </w:r>
    </w:p>
    <w:p>
      <w:r>
        <w:rPr>
          <w:b/>
        </w:rPr>
        <w:t xml:space="preserve">[15:25] </w:t>
      </w:r>
      <w:r>
        <w:t>ho jaye, to tum khud yeh daryaft kar liya tum ne keh Khuda to mere paas hi hai.</w:t>
      </w:r>
    </w:p>
    <w:p>
      <w:pPr>
        <w:jc w:val="right"/>
      </w:pPr>
      <w:r>
        <w:t>ہو جائے، تو تم خود یہ دریافت کر لیا تم نے کہ خدا تو میرے پاس ہی ہے۔</w:t>
      </w:r>
    </w:p>
    <w:p>
      <w:r>
        <w:rPr>
          <w:b/>
        </w:rPr>
        <w:t xml:space="preserve">[15:31] </w:t>
      </w:r>
      <w:r>
        <w:t>yeh door ki khabar nahin hai.</w:t>
      </w:r>
    </w:p>
    <w:p>
      <w:pPr>
        <w:jc w:val="right"/>
      </w:pPr>
      <w:r>
        <w:t>یہ دور کی خبر نہیں ہے۔</w:t>
      </w:r>
    </w:p>
    <w:p>
      <w:r>
        <w:rPr>
          <w:b/>
        </w:rPr>
        <w:t xml:space="preserve">[15:37] </w:t>
      </w:r>
      <w:r>
        <w:t>yaani Khuda insaan ke qareeb hai, yeh is insaan ke liye hai jo aam insaan hai.</w:t>
      </w:r>
    </w:p>
    <w:p>
      <w:pPr>
        <w:jc w:val="right"/>
      </w:pPr>
      <w:r>
        <w:t>یعنی خدا انسان کے قریب ہے، یہ اس انسان کے لیے ہے جو عام انسان ہے۔</w:t>
      </w:r>
    </w:p>
    <w:p>
      <w:r>
        <w:rPr>
          <w:b/>
        </w:rPr>
        <w:t xml:space="preserve">[15:42] </w:t>
      </w:r>
      <w:r>
        <w:t>is ke liye khabar hai ek.</w:t>
      </w:r>
    </w:p>
    <w:p>
      <w:pPr>
        <w:jc w:val="right"/>
      </w:pPr>
      <w:r>
        <w:t>اس کے لیے خبر ہے ایک۔</w:t>
      </w:r>
    </w:p>
    <w:p>
      <w:r>
        <w:rPr>
          <w:b/>
        </w:rPr>
        <w:t xml:space="preserve">[15:46] </w:t>
      </w:r>
      <w:r>
        <w:t>lekin ek sachche rozedar ke liye, jo sachchi spirit ko jagaye apne andar, is ke liye yeh</w:t>
      </w:r>
    </w:p>
    <w:p>
      <w:pPr>
        <w:jc w:val="right"/>
      </w:pPr>
      <w:r>
        <w:t>لیکن ایک سچے روزے دار کے لیے، جو سچی اسپرٹ کو جگائے اپنے اندر، اس کے لیے یہ</w:t>
      </w:r>
    </w:p>
    <w:p>
      <w:r>
        <w:rPr>
          <w:b/>
        </w:rPr>
        <w:t xml:space="preserve">[15:50] </w:t>
      </w:r>
      <w:r>
        <w:t>khabar nahin hai.</w:t>
      </w:r>
    </w:p>
    <w:p>
      <w:pPr>
        <w:jc w:val="right"/>
      </w:pPr>
      <w:r>
        <w:t>خبر نہیں ہے۔</w:t>
      </w:r>
    </w:p>
    <w:p>
      <w:r>
        <w:rPr>
          <w:b/>
        </w:rPr>
        <w:t xml:space="preserve">[15:55] </w:t>
      </w:r>
      <w:r>
        <w:t>yeh is ke liye ek waqea hai.</w:t>
      </w:r>
    </w:p>
    <w:p>
      <w:pPr>
        <w:jc w:val="right"/>
      </w:pPr>
      <w:r>
        <w:t>یہ اس کے لیے ایک واقعہ ہے۔</w:t>
      </w:r>
    </w:p>
    <w:p>
      <w:r>
        <w:rPr>
          <w:b/>
        </w:rPr>
        <w:t xml:space="preserve">[15:59] </w:t>
      </w:r>
      <w:r>
        <w:t>yaani ehsas ke aitbar se woh mehsoos karne lagta hai keh main Allah se qareeb pahunch gaya hoon.</w:t>
      </w:r>
    </w:p>
    <w:p>
      <w:pPr>
        <w:jc w:val="right"/>
      </w:pPr>
      <w:r>
        <w:t>یعنی احساس کے اعتبار سے وہ محسوس کرنے لگتا ہے کہ میں اللہ سے قریب پہنچ گیا ہوں۔</w:t>
      </w:r>
    </w:p>
    <w:p>
      <w:r>
        <w:rPr>
          <w:b/>
        </w:rPr>
        <w:t xml:space="preserve">[16:03] </w:t>
      </w:r>
      <w:r>
        <w:t>to jab yeh ehsas taari ho jaye, Allah se qurbat ka eh</w:t>
      </w:r>
    </w:p>
    <w:p>
      <w:pPr>
        <w:jc w:val="right"/>
      </w:pPr>
      <w:r>
        <w:t>تو جب یہ احساس طاری ہو جائے، اللہ سے قربت کا اح</w:t>
      </w:r>
    </w:p>
    <w:p>
      <w:r>
        <w:rPr>
          <w:b/>
        </w:rPr>
        <w:t xml:space="preserve">[16:08] </w:t>
      </w:r>
      <w:r>
        <w:t>sas, to kya hoga? to aadmi khoob duaein kare ga, khoob tazarrru kare ga.</w:t>
      </w:r>
    </w:p>
    <w:p>
      <w:pPr>
        <w:jc w:val="right"/>
      </w:pPr>
      <w:r>
        <w:t>ساس، تو کیا ہوگا؟ تو آدمی خوب دعائیں کرے گا، خوب تضرع کرے گا۔</w:t>
      </w:r>
    </w:p>
    <w:p>
      <w:r>
        <w:rPr>
          <w:b/>
        </w:rPr>
        <w:t xml:space="preserve">[16:13] </w:t>
      </w:r>
      <w:r>
        <w:t>yeh kare ga woh.</w:t>
      </w:r>
    </w:p>
    <w:p>
      <w:pPr>
        <w:jc w:val="right"/>
      </w:pPr>
      <w:r>
        <w:t>یہ کرے گا وہ۔</w:t>
      </w:r>
    </w:p>
    <w:p>
      <w:r>
        <w:rPr>
          <w:b/>
        </w:rPr>
        <w:t xml:space="preserve">[16:18] </w:t>
      </w:r>
      <w:r>
        <w:t>to yeh hai Ramzan ki spirit.</w:t>
      </w:r>
    </w:p>
    <w:p>
      <w:pPr>
        <w:jc w:val="right"/>
      </w:pPr>
      <w:r>
        <w:t>تو یہ ہے رمضان کی اسپرٹ۔</w:t>
      </w:r>
    </w:p>
    <w:p>
      <w:r>
        <w:rPr>
          <w:b/>
        </w:rPr>
        <w:t xml:space="preserve">[16:23] </w:t>
      </w:r>
      <w:r>
        <w:t>achha, doosri baat dekhein, yeh hai keh aisa nahin keh Ramzan aaya to achaanak aap ke andar spirit</w:t>
      </w:r>
    </w:p>
    <w:p>
      <w:pPr>
        <w:jc w:val="right"/>
      </w:pPr>
      <w:r>
        <w:t>اچھا، دوسری بات دیکھیں، یہ ہے کہ ایسا نہیں کہ رمضان آیا تو اچانک آپ کے اندر اسپرٹ</w:t>
      </w:r>
    </w:p>
    <w:p>
      <w:r>
        <w:rPr>
          <w:b/>
        </w:rPr>
        <w:t xml:space="preserve">[16:28] </w:t>
      </w:r>
      <w:r>
        <w:t>jaag uthe gi.</w:t>
      </w:r>
    </w:p>
    <w:p>
      <w:pPr>
        <w:jc w:val="right"/>
      </w:pPr>
      <w:r>
        <w:t>جاگ اٹھے گی۔</w:t>
      </w:r>
    </w:p>
    <w:p>
      <w:r>
        <w:rPr>
          <w:b/>
        </w:rPr>
        <w:t xml:space="preserve">[16:33] </w:t>
      </w:r>
      <w:r>
        <w:t>jaise hi Ramzan ka chand dikhai diya aur ach</w:t>
      </w:r>
    </w:p>
    <w:p>
      <w:pPr>
        <w:jc w:val="right"/>
      </w:pPr>
      <w:r>
        <w:t>جیسے ہی رمضان کا چاند دکھائی دیا اور اچ</w:t>
      </w:r>
    </w:p>
    <w:p>
      <w:r>
        <w:rPr>
          <w:b/>
        </w:rPr>
        <w:t xml:space="preserve">[16:38] </w:t>
      </w:r>
      <w:r>
        <w:t>anak aap ke andar spirit aur Ramzan aa jayegi.</w:t>
      </w:r>
    </w:p>
    <w:p>
      <w:pPr>
        <w:jc w:val="right"/>
      </w:pPr>
      <w:r>
        <w:t>انک آپ کے اندر اسپرٹ اور رمضان آ جائے گی۔</w:t>
      </w:r>
    </w:p>
    <w:p>
      <w:r>
        <w:rPr>
          <w:b/>
        </w:rPr>
        <w:t xml:space="preserve">[16:43] </w:t>
      </w:r>
      <w:r>
        <w:t>aisa nahin hota.</w:t>
      </w:r>
    </w:p>
    <w:p>
      <w:pPr>
        <w:jc w:val="right"/>
      </w:pPr>
      <w:r>
        <w:t>ایسا نہیں ہوتا۔</w:t>
      </w:r>
    </w:p>
    <w:p>
      <w:r>
        <w:rPr>
          <w:b/>
        </w:rPr>
        <w:t xml:space="preserve">[16:48] </w:t>
      </w:r>
      <w:r>
        <w:t>yeh tasalsul ka mamla hai, continuity ka mamla hai.</w:t>
      </w:r>
    </w:p>
    <w:p>
      <w:pPr>
        <w:jc w:val="right"/>
      </w:pPr>
      <w:r>
        <w:t>یہ تسلسل کا معاملہ ہے، کنٹینیوٹی کا معاملہ ہے۔</w:t>
      </w:r>
    </w:p>
    <w:p>
      <w:r>
        <w:rPr>
          <w:b/>
        </w:rPr>
        <w:t xml:space="preserve">[16:53] </w:t>
      </w:r>
      <w:r>
        <w:t>yaani pre-Ramzan bhi aap isi tarah ke spirit mein zindagi guzar rahe honge, tab post-Ramzan</w:t>
      </w:r>
    </w:p>
    <w:p>
      <w:pPr>
        <w:jc w:val="right"/>
      </w:pPr>
      <w:r>
        <w:t>یعنی پری رمضان بھی آپ اسی طرح کے اسپرٹ میں زندگی گزار رہے ہوں گے، تب پوسٹ رمضان</w:t>
      </w:r>
    </w:p>
    <w:p>
      <w:r>
        <w:rPr>
          <w:b/>
        </w:rPr>
        <w:t xml:space="preserve">[16:58] </w:t>
      </w:r>
      <w:r>
        <w:t>mein aap ko woh kaifiyat mile gi.</w:t>
      </w:r>
    </w:p>
    <w:p>
      <w:pPr>
        <w:jc w:val="right"/>
      </w:pPr>
      <w:r>
        <w:t>میں آپ کو وہ کیفیت ملے گی۔</w:t>
      </w:r>
    </w:p>
    <w:p>
      <w:r>
        <w:rPr>
          <w:b/>
        </w:rPr>
        <w:t xml:space="preserve">[17:03] </w:t>
      </w:r>
      <w:r>
        <w:t>yani aap ko aaj ke mani ka aap ko aik prepared mind ke sath ramzan mein dakhil hona hai. ram</w:t>
      </w:r>
    </w:p>
    <w:p>
      <w:pPr>
        <w:jc w:val="right"/>
      </w:pPr>
      <w:r>
        <w:t>یعنی آپ کو آج کے معنی کا آپ کو ایک پریپیرڈ مائنڈ کے ساتھ رمضان میں داخل ہونا ہے۔ رم</w:t>
      </w:r>
    </w:p>
    <w:p>
      <w:r>
        <w:rPr>
          <w:b/>
        </w:rPr>
        <w:t xml:space="preserve">[17:08] </w:t>
      </w:r>
      <w:r>
        <w:t>zan mein aap ko prepared mind ke sath dakhil hona hai.</w:t>
      </w:r>
    </w:p>
    <w:p>
      <w:pPr>
        <w:jc w:val="right"/>
      </w:pPr>
      <w:r>
        <w:t>ضان میں آپ کو پریپیرڈ مائنڈ کے ساتھ داخل ہونا ہے۔</w:t>
      </w:r>
    </w:p>
    <w:p>
      <w:r>
        <w:rPr>
          <w:b/>
        </w:rPr>
        <w:t xml:space="preserve">[17:13] </w:t>
      </w:r>
      <w:r>
        <w:t>agar aap prepared nahi hain to kya hoga? bas khane peena, khane peene ki baatein janen ge aap.</w:t>
      </w:r>
    </w:p>
    <w:p>
      <w:pPr>
        <w:jc w:val="right"/>
      </w:pPr>
      <w:r>
        <w:t>اگر آپ پریپیرڈ نہیں ہیں تو کیا ہوگا؟ بس کھانے پینا، کھانے پینے کی باتیں جانیں گے آپ۔</w:t>
      </w:r>
    </w:p>
    <w:p>
      <w:r>
        <w:rPr>
          <w:b/>
        </w:rPr>
        <w:t xml:space="preserve">[17:18] </w:t>
      </w:r>
      <w:r>
        <w:t>mein ne akhbar mein aik aik boorhi khatoon ka mazmoon parha.</w:t>
      </w:r>
    </w:p>
    <w:p>
      <w:pPr>
        <w:jc w:val="right"/>
      </w:pPr>
      <w:r>
        <w:t>میں نے اخبار میں ایک ایک بوڑھی خاتون کا مضمون پڑھا۔</w:t>
      </w:r>
    </w:p>
    <w:p>
      <w:r>
        <w:rPr>
          <w:b/>
        </w:rPr>
        <w:t xml:space="preserve">[17:23] </w:t>
      </w:r>
      <w:r>
        <w:t>woh up ke kisi shehar karne wali theen.</w:t>
      </w:r>
    </w:p>
    <w:p>
      <w:pPr>
        <w:jc w:val="right"/>
      </w:pPr>
      <w:r>
        <w:t>وہ یو پی کے کسی شہر کرنے والی تھیں۔</w:t>
      </w:r>
    </w:p>
    <w:p>
      <w:r>
        <w:rPr>
          <w:b/>
        </w:rPr>
        <w:t xml:space="preserve">[17:28] </w:t>
      </w:r>
      <w:r>
        <w:t>yeh pichhle saal ki baat hai.</w:t>
      </w:r>
    </w:p>
    <w:p>
      <w:pPr>
        <w:jc w:val="right"/>
      </w:pPr>
      <w:r>
        <w:t>یہ پچھلے سال کی بات ہے۔</w:t>
      </w:r>
    </w:p>
    <w:p>
      <w:r>
        <w:rPr>
          <w:b/>
        </w:rPr>
        <w:t xml:space="preserve">[17:33] </w:t>
      </w:r>
      <w:r>
        <w:t>to un se kaha gaya tha ke aap</w:t>
      </w:r>
    </w:p>
    <w:p>
      <w:pPr>
        <w:jc w:val="right"/>
      </w:pPr>
      <w:r>
        <w:t>تو ان سے کہا گیا تھا کہ آپ</w:t>
      </w:r>
    </w:p>
    <w:p>
      <w:r>
        <w:rPr>
          <w:b/>
        </w:rPr>
        <w:t xml:space="preserve">[17:38] </w:t>
      </w:r>
      <w:r>
        <w:t>apne zamane ke ramzan ke bare mein likhen.</w:t>
      </w:r>
    </w:p>
    <w:p>
      <w:pPr>
        <w:jc w:val="right"/>
      </w:pPr>
      <w:r>
        <w:t>اپنے زمانے کے رمضان کے بارے میں لکھیں۔</w:t>
      </w:r>
    </w:p>
    <w:p>
      <w:r>
        <w:rPr>
          <w:b/>
        </w:rPr>
        <w:t xml:space="preserve">[17:44] </w:t>
      </w:r>
      <w:r>
        <w:t>woh boorhi khatoon se apne zamane ke ramzan ke bare mein.</w:t>
      </w:r>
    </w:p>
    <w:p>
      <w:pPr>
        <w:jc w:val="right"/>
      </w:pPr>
      <w:r>
        <w:t>وہ بوڑھی خاتون سے اپنے زمانے کے رمضان کے بارے میں۔</w:t>
      </w:r>
    </w:p>
    <w:p>
      <w:r>
        <w:rPr>
          <w:b/>
        </w:rPr>
        <w:t xml:space="preserve">[17:50] </w:t>
      </w:r>
      <w:r>
        <w:t>to boorhi khatoon ne likha ke hamare ghar mein yani yeh halat thi ke dopehar se hi se</w:t>
      </w:r>
    </w:p>
    <w:p>
      <w:pPr>
        <w:jc w:val="right"/>
      </w:pPr>
      <w:r>
        <w:t>تو بوڑھی خاتون نے لکھا کہ ہمارے گھر میں یعنی یہ حالت تھی کہ دوپہر سے ہی سے</w:t>
      </w:r>
    </w:p>
    <w:p>
      <w:r>
        <w:rPr>
          <w:b/>
        </w:rPr>
        <w:t xml:space="preserve">[17:56] </w:t>
      </w:r>
      <w:r>
        <w:t>taiyari shuru ho jati thi.</w:t>
      </w:r>
    </w:p>
    <w:p>
      <w:pPr>
        <w:jc w:val="right"/>
      </w:pPr>
      <w:r>
        <w:t>تیاری شروع ہو جاتی تھی۔</w:t>
      </w:r>
    </w:p>
    <w:p>
      <w:r>
        <w:rPr>
          <w:b/>
        </w:rPr>
        <w:t xml:space="preserve">[18:02] </w:t>
      </w:r>
      <w:r>
        <w:t>yani ghar mein yeh halat thi ke dopehar ke baad se sari khawateen</w:t>
      </w:r>
    </w:p>
    <w:p>
      <w:pPr>
        <w:jc w:val="right"/>
      </w:pPr>
      <w:r>
        <w:t>یعنی گھر میں یہ حالت تھی کہ دوپہر کے بعد سے ساری خواتین</w:t>
      </w:r>
    </w:p>
    <w:p>
      <w:r>
        <w:rPr>
          <w:b/>
        </w:rPr>
        <w:t xml:space="preserve">[18:08] </w:t>
      </w:r>
      <w:r>
        <w:t>ghar ki ramzan ki taiyari shuru ho jati thi.</w:t>
      </w:r>
    </w:p>
    <w:p>
      <w:pPr>
        <w:jc w:val="right"/>
      </w:pPr>
      <w:r>
        <w:t>گھر کی رمضان کی تیاری شروع ہو جاتی تھی۔</w:t>
      </w:r>
    </w:p>
    <w:p>
      <w:r>
        <w:rPr>
          <w:b/>
        </w:rPr>
        <w:t xml:space="preserve">[18:12] </w:t>
      </w:r>
      <w:r>
        <w:t>ab mein ne socha ke kya taiyari karti hongi woh? to us ne bataya, unhon ne ke</w:t>
      </w:r>
    </w:p>
    <w:p>
      <w:pPr>
        <w:jc w:val="right"/>
      </w:pPr>
      <w:r>
        <w:t>اب میں نے سوچا کہ کیا تیاری کرتی ہوں گی وہ؟ تو اس نے بتایا، انہوں نے کہ</w:t>
      </w:r>
    </w:p>
    <w:p>
      <w:r>
        <w:rPr>
          <w:b/>
        </w:rPr>
        <w:t xml:space="preserve">[18:16] </w:t>
      </w:r>
      <w:r>
        <w:t>mashroobat kon se aaj aur rahen ge, aaj kon si cheez se roza iftar kiya jae ga, khane</w:t>
      </w:r>
    </w:p>
    <w:p>
      <w:pPr>
        <w:jc w:val="right"/>
      </w:pPr>
      <w:r>
        <w:t>مشروبات کون سے آج اور رہیں گے، آج کون سی چیز سے روزہ افطار کیا جائے گا، کھانے</w:t>
      </w:r>
    </w:p>
    <w:p>
      <w:r>
        <w:rPr>
          <w:b/>
        </w:rPr>
        <w:t xml:space="preserve">[18:19] </w:t>
      </w:r>
      <w:r>
        <w:t>mein kya item hoga.</w:t>
      </w:r>
    </w:p>
    <w:p>
      <w:pPr>
        <w:jc w:val="right"/>
      </w:pPr>
      <w:r>
        <w:t>میں کیا آئٹم ہوگا۔</w:t>
      </w:r>
    </w:p>
    <w:p>
      <w:r>
        <w:rPr>
          <w:b/>
        </w:rPr>
        <w:t xml:space="preserve">[18:23] </w:t>
      </w:r>
      <w:r>
        <w:t>yani yahi sab baat hai.</w:t>
      </w:r>
    </w:p>
    <w:p>
      <w:pPr>
        <w:jc w:val="right"/>
      </w:pPr>
      <w:r>
        <w:t>یعنی یہی سب بات ہے۔</w:t>
      </w:r>
    </w:p>
    <w:p>
      <w:r>
        <w:rPr>
          <w:b/>
        </w:rPr>
        <w:t xml:space="preserve">[18:27] </w:t>
      </w:r>
      <w:r>
        <w:t>to kaha yani din ka second half isi pe kharch hota tha.</w:t>
      </w:r>
    </w:p>
    <w:p>
      <w:pPr>
        <w:jc w:val="right"/>
      </w:pPr>
      <w:r>
        <w:t>تو کہا یعنی دن کا سیکنڈ ہاف اسی پہ خرچ ہوتا تھا۔</w:t>
      </w:r>
    </w:p>
    <w:p>
      <w:r>
        <w:rPr>
          <w:b/>
        </w:rPr>
        <w:t xml:space="preserve">[18:31] </w:t>
      </w:r>
      <w:r>
        <w:t>ghar ke taon khawateen.</w:t>
      </w:r>
    </w:p>
    <w:p>
      <w:pPr>
        <w:jc w:val="right"/>
      </w:pPr>
      <w:r>
        <w:t>گھر کے تاؤں خواتین۔</w:t>
      </w:r>
    </w:p>
    <w:p>
      <w:r>
        <w:rPr>
          <w:b/>
        </w:rPr>
        <w:t xml:space="preserve">[18:34] </w:t>
      </w:r>
      <w:r>
        <w:t>aur yeh yeh yeh baat woh nahi, aik ki baat nahi hai. yeh sab</w:t>
      </w:r>
    </w:p>
    <w:p>
      <w:pPr>
        <w:jc w:val="right"/>
      </w:pPr>
      <w:r>
        <w:t>اور یہ یہ یہ بات وہ نہیں، ایک کی بات نہیں ہے۔ یہ سب</w:t>
      </w:r>
    </w:p>
    <w:p>
      <w:r>
        <w:rPr>
          <w:b/>
        </w:rPr>
        <w:t xml:space="preserve">[18:38] </w:t>
      </w:r>
      <w:r>
        <w:t>ki baat hai.</w:t>
      </w:r>
    </w:p>
    <w:p>
      <w:pPr>
        <w:jc w:val="right"/>
      </w:pPr>
      <w:r>
        <w:t>کی بات ہے۔</w:t>
      </w:r>
    </w:p>
    <w:p>
      <w:r>
        <w:rPr>
          <w:b/>
        </w:rPr>
        <w:t xml:space="preserve">[18:42] </w:t>
      </w:r>
      <w:r>
        <w:t>yeh sab ka ghar ki khawateen ke liye roza jo hai isi liye hai ke woh sham ke</w:t>
      </w:r>
    </w:p>
    <w:p>
      <w:pPr>
        <w:jc w:val="right"/>
      </w:pPr>
      <w:r>
        <w:t>یہ سب کا گھر کی خواتین کے لیے روزہ جو ہے اسی لیے ہے کہ وہ شام کے</w:t>
      </w:r>
    </w:p>
    <w:p>
      <w:r>
        <w:rPr>
          <w:b/>
        </w:rPr>
        <w:t xml:space="preserve">[18:46] </w:t>
      </w:r>
      <w:r>
        <w:t>khane mein kya kya item ho, us ki taiyari karen.</w:t>
      </w:r>
    </w:p>
    <w:p>
      <w:pPr>
        <w:jc w:val="right"/>
      </w:pPr>
      <w:r>
        <w:t>کھانے میں کیا کیا آئٹم ہو، اس کی تیاری کریں۔</w:t>
      </w:r>
    </w:p>
    <w:p>
      <w:r>
        <w:rPr>
          <w:b/>
        </w:rPr>
        <w:t xml:space="preserve">[18:49] </w:t>
      </w:r>
      <w:r>
        <w:t>ghar ki khawateen ke liye yeh hai.</w:t>
      </w:r>
    </w:p>
    <w:p>
      <w:pPr>
        <w:jc w:val="right"/>
      </w:pPr>
      <w:r>
        <w:t>گھر کی خواتین کے لیے یہ ہے۔</w:t>
      </w:r>
    </w:p>
    <w:p>
      <w:r>
        <w:rPr>
          <w:b/>
        </w:rPr>
        <w:t xml:space="preserve">[18:53] </w:t>
      </w:r>
      <w:r>
        <w:t>to yeh yeh yeh form ka ihtimam hai.</w:t>
      </w:r>
    </w:p>
    <w:p>
      <w:pPr>
        <w:jc w:val="right"/>
      </w:pPr>
      <w:r>
        <w:t>تو یہ یہ یہ فارم کا اہتمام ہے۔</w:t>
      </w:r>
    </w:p>
    <w:p>
      <w:r>
        <w:rPr>
          <w:b/>
        </w:rPr>
        <w:t xml:space="preserve">[18:57] </w:t>
      </w:r>
      <w:r>
        <w:t>form ke ihtimam se kuch nahi hota.</w:t>
      </w:r>
    </w:p>
    <w:p>
      <w:pPr>
        <w:jc w:val="right"/>
      </w:pPr>
      <w:r>
        <w:t>فارم کے اہتمام سے کچھ نہیں ہوتا۔</w:t>
      </w:r>
    </w:p>
    <w:p>
      <w:r>
        <w:rPr>
          <w:b/>
        </w:rPr>
        <w:t xml:space="preserve">[19:01] </w:t>
      </w:r>
      <w:r>
        <w:t>wohi ayat, wohi ayat yahan bhi saadiq aati hai ke ke tareek kowani ka gosht aur khoon nahi</w:t>
      </w:r>
    </w:p>
    <w:p>
      <w:pPr>
        <w:jc w:val="right"/>
      </w:pPr>
      <w:r>
        <w:t>وہی آیت، وہی آیت یہاں بھی صادق آتی ہے کہ کہ تاریک کوانی کا گوشت اور خون نہیں</w:t>
      </w:r>
    </w:p>
    <w:p>
      <w:r>
        <w:rPr>
          <w:b/>
        </w:rPr>
        <w:t xml:space="preserve">[19:05] </w:t>
      </w:r>
      <w:r>
        <w:t>pohanchta Allah ko,</w:t>
      </w:r>
    </w:p>
    <w:p>
      <w:pPr>
        <w:jc w:val="right"/>
      </w:pPr>
      <w:r>
        <w:t>پہنچتا اللہ کو،</w:t>
      </w:r>
    </w:p>
    <w:p>
      <w:r>
        <w:rPr>
          <w:b/>
        </w:rPr>
        <w:t xml:space="preserve">[19:08] </w:t>
      </w:r>
      <w:r>
        <w:t>balkay dil ka taqwa pohanchta hai.</w:t>
      </w:r>
    </w:p>
    <w:p>
      <w:pPr>
        <w:jc w:val="right"/>
      </w:pPr>
      <w:r>
        <w:t>بلکہ دل کا تقویٰ پہنچتا ہے۔</w:t>
      </w:r>
    </w:p>
    <w:p>
      <w:r>
        <w:rPr>
          <w:b/>
        </w:rPr>
        <w:t xml:space="preserve">[19:13] </w:t>
      </w:r>
      <w:r>
        <w:t>aisay hi mein kahoon ga ke Ramzan ke baray mein aap ka khane peenay ka ihtimam nahi pohanchta.</w:t>
      </w:r>
    </w:p>
    <w:p>
      <w:pPr>
        <w:jc w:val="right"/>
      </w:pPr>
      <w:r>
        <w:t>ایسے ہی میں کہوں گا کہ رمضان کے بارے میں آپ کا کھانے پینے کا اہتمام نہیں پہنچتا۔</w:t>
      </w:r>
    </w:p>
    <w:p>
      <w:r>
        <w:rPr>
          <w:b/>
        </w:rPr>
        <w:t xml:space="preserve">[19:17] </w:t>
      </w:r>
      <w:r>
        <w:t>kya iftar mein ke liye aap ne khane mein kya khaya, sehri mein kya khaya, yeh nahi pohanchta.</w:t>
      </w:r>
    </w:p>
    <w:p>
      <w:pPr>
        <w:jc w:val="right"/>
      </w:pPr>
      <w:r>
        <w:t>کیا افطار میں کے لیے آپ نے کھانے میں کیا کھایا، سحری میں کیا کھایا، یہ نہیں پہنچتا۔</w:t>
      </w:r>
    </w:p>
    <w:p>
      <w:r>
        <w:rPr>
          <w:b/>
        </w:rPr>
        <w:t xml:space="preserve">[19:22] </w:t>
      </w:r>
      <w:r>
        <w:t>balkay dil ka taqwa pohanchta hai.</w:t>
      </w:r>
    </w:p>
    <w:p>
      <w:pPr>
        <w:jc w:val="right"/>
      </w:pPr>
      <w:r>
        <w:t>بلکہ دل کا تقویٰ پہنچتا ہے۔</w:t>
      </w:r>
    </w:p>
    <w:p>
      <w:r>
        <w:rPr>
          <w:b/>
        </w:rPr>
        <w:t xml:space="preserve">[19:26] </w:t>
      </w:r>
      <w:r>
        <w:t>aik martaba aik sahib ke humein Ramzan mein chand din thehra.</w:t>
      </w:r>
    </w:p>
    <w:p>
      <w:pPr>
        <w:jc w:val="right"/>
      </w:pPr>
      <w:r>
        <w:t>ایک مرتبہ ایک صاحب کے ہمیں رمضان میں چند دن ٹھہرا۔</w:t>
      </w:r>
    </w:p>
    <w:p>
      <w:r>
        <w:rPr>
          <w:b/>
        </w:rPr>
        <w:t xml:space="preserve">[19:31] </w:t>
      </w:r>
      <w:r>
        <w:t>aik shehar ki baat hai.</w:t>
      </w:r>
    </w:p>
    <w:p>
      <w:pPr>
        <w:jc w:val="right"/>
      </w:pPr>
      <w:r>
        <w:t>ایک شہر کی بات ہے۔</w:t>
      </w:r>
    </w:p>
    <w:p>
      <w:r>
        <w:rPr>
          <w:b/>
        </w:rPr>
        <w:t xml:space="preserve">[19:35] </w:t>
      </w:r>
      <w:r>
        <w:t>to mein ne kaha ji woh ghareeb manzar dekha.</w:t>
      </w:r>
    </w:p>
    <w:p>
      <w:pPr>
        <w:jc w:val="right"/>
      </w:pPr>
      <w:r>
        <w:t>تو میں نے کہا جی وہ غریب منظر دیکھا۔</w:t>
      </w:r>
    </w:p>
    <w:p>
      <w:r>
        <w:rPr>
          <w:b/>
        </w:rPr>
        <w:t xml:space="preserve">[19:40] </w:t>
      </w:r>
      <w:r>
        <w:t>mein to aadi tha, yaani jab mein rehta tha apnay gaon mein ke hum log iftar kar letay thay.</w:t>
      </w:r>
    </w:p>
    <w:p>
      <w:pPr>
        <w:jc w:val="right"/>
      </w:pPr>
      <w:r>
        <w:t>میں تو عادی تھا، یعنی جب میں رہتا تھا اپنے گاؤں میں کہ ہم لوگ افطار کر لیتے تھے۔</w:t>
      </w:r>
    </w:p>
    <w:p>
      <w:r>
        <w:rPr>
          <w:b/>
        </w:rPr>
        <w:t xml:space="preserve">[19:44] </w:t>
      </w:r>
      <w:r>
        <w:t>yaani us zamanay mein chana hota tha.</w:t>
      </w:r>
    </w:p>
    <w:p>
      <w:pPr>
        <w:jc w:val="right"/>
      </w:pPr>
      <w:r>
        <w:t>یعنی اس زمانے میں چنا ہوتا تھا۔</w:t>
      </w:r>
    </w:p>
    <w:p>
      <w:r>
        <w:rPr>
          <w:b/>
        </w:rPr>
        <w:t xml:space="preserve">[19:49] </w:t>
      </w:r>
      <w:r>
        <w:t>do chaar chana khaya aur pani piya to iftar ho gaya.</w:t>
      </w:r>
    </w:p>
    <w:p>
      <w:pPr>
        <w:jc w:val="right"/>
      </w:pPr>
      <w:r>
        <w:t>دو چار چنا کھایا اور پانی پیا تو افطار ہو گیا۔</w:t>
      </w:r>
    </w:p>
    <w:p>
      <w:r>
        <w:rPr>
          <w:b/>
        </w:rPr>
        <w:t xml:space="preserve">[19:54] </w:t>
      </w:r>
      <w:r>
        <w:t>us ke baad khana khatay thay namaz ke baad.</w:t>
      </w:r>
    </w:p>
    <w:p>
      <w:pPr>
        <w:jc w:val="right"/>
      </w:pPr>
      <w:r>
        <w:t>اس کے بعد کھانا کھاتے تھے نماز کے بعد۔</w:t>
      </w:r>
    </w:p>
    <w:p>
      <w:r>
        <w:rPr>
          <w:b/>
        </w:rPr>
        <w:t xml:space="preserve">[19:58] </w:t>
      </w:r>
      <w:r>
        <w:t>un ko mein ne dekha ke baqaaida poora khana khatay thay.</w:t>
      </w:r>
    </w:p>
    <w:p>
      <w:pPr>
        <w:jc w:val="right"/>
      </w:pPr>
      <w:r>
        <w:t>ان کو میں نے دیکھا کہ باقاعدہ پورا کھانا کھاتے تھے۔</w:t>
      </w:r>
    </w:p>
    <w:p>
      <w:r>
        <w:rPr>
          <w:b/>
        </w:rPr>
        <w:t xml:space="preserve">[20:03] </w:t>
      </w:r>
      <w:r>
        <w:t>wo iftar ke baad, phir isha ke baad dobara poora khana khatay thay.</w:t>
      </w:r>
    </w:p>
    <w:p>
      <w:pPr>
        <w:jc w:val="right"/>
      </w:pPr>
      <w:r>
        <w:t>وہ افطار کے بعد، پھر عشاء کے بعد دوبارہ پورا کھانا کھاتے تھے۔</w:t>
      </w:r>
    </w:p>
    <w:p>
      <w:r>
        <w:rPr>
          <w:b/>
        </w:rPr>
        <w:t xml:space="preserve">[20:07] </w:t>
      </w:r>
      <w:r>
        <w:t>mein hairaan tha ke yeh kaisay itna sab farq hazam kartay hain.</w:t>
      </w:r>
    </w:p>
    <w:p>
      <w:pPr>
        <w:jc w:val="right"/>
      </w:pPr>
      <w:r>
        <w:t>میں حیران تھا کہ یہ کیسے اتنا سب فرق ہضم کرتے ہیں۔</w:t>
      </w:r>
    </w:p>
    <w:p>
      <w:r>
        <w:rPr>
          <w:b/>
        </w:rPr>
        <w:t xml:space="preserve">[20:12] </w:t>
      </w:r>
      <w:r>
        <w:t>natija kya hua ke itnay motay ho gaye ke jahan tak mujhe maloom hai, un ka intiqal bhi ho gaya.</w:t>
      </w:r>
    </w:p>
    <w:p>
      <w:pPr>
        <w:jc w:val="right"/>
      </w:pPr>
      <w:r>
        <w:t>نتیجہ کیا ہوا کہ اتنے موٹے ہو گئے کہ جہاں تک مجھے معلوم ہے، ان کا انتقال بھی ہو گیا۔</w:t>
      </w:r>
    </w:p>
    <w:p>
      <w:r>
        <w:rPr>
          <w:b/>
        </w:rPr>
        <w:t xml:space="preserve">[20:17] </w:t>
      </w:r>
      <w:r>
        <w:t>halankay us se chotay thay mujh se.</w:t>
      </w:r>
    </w:p>
    <w:p>
      <w:pPr>
        <w:jc w:val="right"/>
      </w:pPr>
      <w:r>
        <w:t>حالانکہ اس سے چھوٹے تھے مجھ سے۔</w:t>
      </w:r>
    </w:p>
    <w:p>
      <w:r>
        <w:rPr>
          <w:b/>
        </w:rPr>
        <w:t xml:space="preserve">[20:22] </w:t>
      </w:r>
      <w:r>
        <w:t>wo to mardon ke liye aur auraton ke liye Ramzan aanay ke maani khane peenay ka ihtimam karo.</w:t>
      </w:r>
    </w:p>
    <w:p>
      <w:pPr>
        <w:jc w:val="right"/>
      </w:pPr>
      <w:r>
        <w:t>وہ تو مردوں کے لیے اور عورتوں کے لیے رمضان آنے کے معنی کھانے پینے کا اہتمام کرو۔</w:t>
      </w:r>
    </w:p>
    <w:p>
      <w:r>
        <w:rPr>
          <w:b/>
        </w:rPr>
        <w:t xml:space="preserve">[20:27] </w:t>
      </w:r>
      <w:r>
        <w:t>yeh Ramzan nahi hai.</w:t>
      </w:r>
    </w:p>
    <w:p>
      <w:pPr>
        <w:jc w:val="right"/>
      </w:pPr>
      <w:r>
        <w:t>یہ رمضان نہیں ہے۔</w:t>
      </w:r>
    </w:p>
    <w:p>
      <w:r>
        <w:rPr>
          <w:b/>
        </w:rPr>
        <w:t xml:space="preserve">[20:32] </w:t>
      </w:r>
      <w:r>
        <w:t>Ramzan denay ka ihtimam karo, apna lenay ka ihtimam nahi hai.</w:t>
      </w:r>
    </w:p>
    <w:p>
      <w:pPr>
        <w:jc w:val="right"/>
      </w:pPr>
      <w:r>
        <w:t>رمضان دینے کا اہتمام کرو، اپنا لینے کا اہتمام نہیں ہے۔</w:t>
      </w:r>
    </w:p>
    <w:p>
      <w:r>
        <w:rPr>
          <w:b/>
        </w:rPr>
        <w:t xml:space="preserve">[20:37] </w:t>
      </w:r>
      <w:r>
        <w:t>khane ka ihtisab maani hai ke aap lenay par</w:t>
      </w:r>
    </w:p>
    <w:p>
      <w:pPr>
        <w:jc w:val="right"/>
      </w:pPr>
      <w:r>
        <w:t>کھانے کا احتساب معنی ہے کہ آپ لینے پر</w:t>
      </w:r>
    </w:p>
    <w:p>
      <w:r>
        <w:rPr>
          <w:b/>
        </w:rPr>
        <w:t xml:space="preserve">[20:42] </w:t>
      </w:r>
      <w:r>
        <w:t>saara focus kar rahay hain.</w:t>
      </w:r>
    </w:p>
    <w:p>
      <w:pPr>
        <w:jc w:val="right"/>
      </w:pPr>
      <w:r>
        <w:t>سارا فوکس کر رہے ہیں۔</w:t>
      </w:r>
    </w:p>
    <w:p>
      <w:r>
        <w:rPr>
          <w:b/>
        </w:rPr>
        <w:t xml:space="preserve">[20:47] </w:t>
      </w:r>
      <w:r>
        <w:t>mujhe mile, mujhe mile, mujhe mile.</w:t>
      </w:r>
    </w:p>
    <w:p>
      <w:pPr>
        <w:jc w:val="right"/>
      </w:pPr>
      <w:r>
        <w:t>مجھے ملے، مجھے ملے، مجھے ملے۔</w:t>
      </w:r>
    </w:p>
    <w:p>
      <w:r>
        <w:rPr>
          <w:b/>
        </w:rPr>
        <w:t xml:space="preserve">[20:51] </w:t>
      </w:r>
      <w:r>
        <w:t>aur rasool Allah sal Allah alaihi wasallam tareeqa kehte hain ke dono doosron ko pohnche, doosron ko pohnche,</w:t>
      </w:r>
    </w:p>
    <w:p>
      <w:pPr>
        <w:jc w:val="right"/>
      </w:pPr>
      <w:r>
        <w:t>اور رسول اللہ صلی اللہ علیہ وسلم طریقہ کہتے ہیں کہ دونوں دوسروں کو پہنچے، دوسروں کو پہنچے،</w:t>
      </w:r>
    </w:p>
    <w:p>
      <w:r>
        <w:rPr>
          <w:b/>
        </w:rPr>
        <w:t xml:space="preserve">[20:56] </w:t>
      </w:r>
      <w:r>
        <w:t>doosron ko pohnche.</w:t>
      </w:r>
    </w:p>
    <w:p>
      <w:pPr>
        <w:jc w:val="right"/>
      </w:pPr>
      <w:r>
        <w:t>دوسروں کو پہنچے۔</w:t>
      </w:r>
    </w:p>
    <w:p>
      <w:r>
        <w:rPr>
          <w:b/>
        </w:rPr>
        <w:t xml:space="preserve">[21:00] </w:t>
      </w:r>
      <w:r>
        <w:t>to ek lafz mein yeh kahoon ga ke ramzan taking spirit ke liye nahi hai, giving spirit ke liye.</w:t>
      </w:r>
    </w:p>
    <w:p>
      <w:pPr>
        <w:jc w:val="right"/>
      </w:pPr>
      <w:r>
        <w:t>تو ایک لفظ میں یہ کہوں گا کہ رمضان ٹیکنگ اسپرٹ کے لیے نہیں ہے، گیونگ اسپرٹ کے لیے۔</w:t>
      </w:r>
    </w:p>
    <w:p>
      <w:r>
        <w:rPr>
          <w:b/>
        </w:rPr>
        <w:t xml:space="preserve">[21:05] </w:t>
      </w:r>
      <w:r>
        <w:t>aaj kal jo hai hum is mani mein ramzan woh taking spirit ke liye hai.</w:t>
      </w:r>
    </w:p>
    <w:p>
      <w:pPr>
        <w:jc w:val="right"/>
      </w:pPr>
      <w:r>
        <w:t>آج کل جو ہے ہم اس معنی میں رمضان وہ ٹیکنگ اسپرٹ کے لیے ہے۔</w:t>
      </w:r>
    </w:p>
    <w:p>
      <w:r>
        <w:rPr>
          <w:b/>
        </w:rPr>
        <w:t xml:space="preserve">[21:09] </w:t>
      </w:r>
      <w:r>
        <w:t>mein kya khaoon, kya piyoon, kya sehri karoon, kya iftar karoon, yeh sara isi par sochte hain. woh</w:t>
      </w:r>
    </w:p>
    <w:p>
      <w:pPr>
        <w:jc w:val="right"/>
      </w:pPr>
      <w:r>
        <w:t>میں کیا کھاؤں، کیا پیوں، کیا سحری کروں، کیا افطار کروں، یہ سارا اسی پر سوچتے ہیں۔ وہ</w:t>
      </w:r>
    </w:p>
    <w:p>
      <w:r>
        <w:rPr>
          <w:b/>
        </w:rPr>
        <w:t xml:space="preserve">[21:14] </w:t>
      </w:r>
      <w:r>
        <w:t>yeh hai taking spirit.</w:t>
      </w:r>
    </w:p>
    <w:p>
      <w:pPr>
        <w:jc w:val="right"/>
      </w:pPr>
      <w:r>
        <w:t>یہ ہے ٹیکنگ اسپرٹ۔</w:t>
      </w:r>
    </w:p>
    <w:p>
      <w:r>
        <w:rPr>
          <w:b/>
        </w:rPr>
        <w:t xml:space="preserve">[21:19] </w:t>
      </w:r>
      <w:r>
        <w:t>lekin rasool Allah sal Allah alaihi wasallam ki jo hadees maine sunai aap ko, woh yeh ke</w:t>
      </w:r>
    </w:p>
    <w:p>
      <w:pPr>
        <w:jc w:val="right"/>
      </w:pPr>
      <w:r>
        <w:t>لیکن رسول اللہ صلی اللہ علیہ وسلم کی جو حدیث میں نے سنائی آپ کو، وہ یہ کہ</w:t>
      </w:r>
    </w:p>
    <w:p>
      <w:r>
        <w:rPr>
          <w:b/>
        </w:rPr>
        <w:t xml:space="preserve">[21:24] </w:t>
      </w:r>
      <w:r>
        <w:t>rasool Allah giving spirit mein jeete thay.</w:t>
      </w:r>
    </w:p>
    <w:p>
      <w:pPr>
        <w:jc w:val="right"/>
      </w:pPr>
      <w:r>
        <w:t>رسول اللہ گیونگ اسپرٹ میں جیتے تھے۔</w:t>
      </w:r>
    </w:p>
    <w:p>
      <w:r>
        <w:rPr>
          <w:b/>
        </w:rPr>
        <w:t xml:space="preserve">[21:29] </w:t>
      </w:r>
      <w:r>
        <w:t>doosron ko kya de dein woh? to main yeh arz karoon ga ke ramzan ke mahine mein hum</w:t>
      </w:r>
    </w:p>
    <w:p>
      <w:pPr>
        <w:jc w:val="right"/>
      </w:pPr>
      <w:r>
        <w:t>دوسروں کو کیا دے دیں وہ؟ تو میں یہ عرض کروں گا کہ رمضان کے مہینے میں ہم</w:t>
      </w:r>
    </w:p>
    <w:p>
      <w:r>
        <w:rPr>
          <w:b/>
        </w:rPr>
        <w:t xml:space="preserve">[21:34] </w:t>
      </w:r>
      <w:r>
        <w:t>ko chahiye ke soch kar, soch kar, soch kar aur quran o hadees ka mutala kar ke dawat</w:t>
      </w:r>
    </w:p>
    <w:p>
      <w:pPr>
        <w:jc w:val="right"/>
      </w:pPr>
      <w:r>
        <w:t>کو چاہیے کہ سوچ کر، سوچ کر، سوچ کر اور قرآن و حدیث کا مطالعہ کر کے دعوت</w:t>
      </w:r>
    </w:p>
    <w:p>
      <w:r>
        <w:rPr>
          <w:b/>
        </w:rPr>
        <w:t xml:space="preserve">[21:39] </w:t>
      </w:r>
      <w:r>
        <w:t>ki planning karen.</w:t>
      </w:r>
    </w:p>
    <w:p>
      <w:pPr>
        <w:jc w:val="right"/>
      </w:pPr>
      <w:r>
        <w:t>کی پلاننگ کریں۔</w:t>
      </w:r>
    </w:p>
    <w:p>
      <w:r>
        <w:rPr>
          <w:b/>
        </w:rPr>
        <w:t xml:space="preserve">[21:44] </w:t>
      </w:r>
      <w:r>
        <w:t>dawat ek ek ek ek mashwara band kaam hai.</w:t>
      </w:r>
    </w:p>
    <w:p>
      <w:pPr>
        <w:jc w:val="right"/>
      </w:pPr>
      <w:r>
        <w:t>دعوت ایک ایک ایک ایک مشورہ بند کام ہے۔</w:t>
      </w:r>
    </w:p>
    <w:p>
      <w:r>
        <w:rPr>
          <w:b/>
        </w:rPr>
        <w:t xml:space="preserve">[21:48] </w:t>
      </w:r>
      <w:r>
        <w:t>dawat announcement ka naam nahi hai.</w:t>
      </w:r>
    </w:p>
    <w:p>
      <w:pPr>
        <w:jc w:val="right"/>
      </w:pPr>
      <w:r>
        <w:t>دعوت اناؤنسمنٹ کا نام نہیں ہے۔</w:t>
      </w:r>
    </w:p>
    <w:p>
      <w:r>
        <w:rPr>
          <w:b/>
        </w:rPr>
        <w:t xml:space="preserve">[21:52] </w:t>
      </w:r>
      <w:r>
        <w:t>dawat yeh bhi nahi ke kuch kitabein aap bant dein masjid mein khare ho kar ke.</w:t>
      </w:r>
    </w:p>
    <w:p>
      <w:pPr>
        <w:jc w:val="right"/>
      </w:pPr>
      <w:r>
        <w:t>دعوت یہ بھی نہیں کہ کچھ کتابیں آپ بانٹ دیں مسجد میں کھڑے ہو کر کے۔</w:t>
      </w:r>
    </w:p>
    <w:p>
      <w:r>
        <w:rPr>
          <w:b/>
        </w:rPr>
        <w:t xml:space="preserve">[21:55] </w:t>
      </w:r>
      <w:r>
        <w:t>yeh bhi dawat nahi hai.</w:t>
      </w:r>
    </w:p>
    <w:p>
      <w:pPr>
        <w:jc w:val="right"/>
      </w:pPr>
      <w:r>
        <w:t>یہ بھی دعوت نہیں ہے۔</w:t>
      </w:r>
    </w:p>
    <w:p>
      <w:r>
        <w:rPr>
          <w:b/>
        </w:rPr>
        <w:t xml:space="preserve">[21:59] </w:t>
      </w:r>
      <w:r>
        <w:t>nahi, dawat naam hai planning ka.</w:t>
      </w:r>
    </w:p>
    <w:p>
      <w:pPr>
        <w:jc w:val="right"/>
      </w:pPr>
      <w:r>
        <w:t>نہیں، دعوت نام ہے پلاننگ کا۔</w:t>
      </w:r>
    </w:p>
    <w:p>
      <w:r>
        <w:rPr>
          <w:b/>
        </w:rPr>
        <w:t xml:space="preserve">[22:03] </w:t>
      </w:r>
      <w:r>
        <w:t>yani aap apne audience ko samjhein ke logon ke darmiyan aap ko paigham pohnchana hai.</w:t>
      </w:r>
    </w:p>
    <w:p>
      <w:pPr>
        <w:jc w:val="right"/>
      </w:pPr>
      <w:r>
        <w:t>یعنی آپ اپنے آڈینس کو سمجھیں کہ لوگوں کے درمیان آپ کو پیغام پہنچانا ہے۔</w:t>
      </w:r>
    </w:p>
    <w:p>
      <w:r>
        <w:rPr>
          <w:b/>
        </w:rPr>
        <w:t xml:space="preserve">[22:07] </w:t>
      </w:r>
      <w:r>
        <w:t>un ke mind set ko parhein.</w:t>
      </w:r>
    </w:p>
    <w:p>
      <w:pPr>
        <w:jc w:val="right"/>
      </w:pPr>
      <w:r>
        <w:t>ان کے مائنڈ سیٹ کو پڑھیں۔</w:t>
      </w:r>
    </w:p>
    <w:p>
      <w:r>
        <w:rPr>
          <w:b/>
        </w:rPr>
        <w:t xml:space="preserve">[22:11] </w:t>
      </w:r>
      <w:r>
        <w:t>is ke lehaz se planning karen.</w:t>
      </w:r>
    </w:p>
    <w:p>
      <w:pPr>
        <w:jc w:val="right"/>
      </w:pPr>
      <w:r>
        <w:t>اس کے لحاظ سے پلاننگ کریں۔</w:t>
      </w:r>
    </w:p>
    <w:p>
      <w:r>
        <w:rPr>
          <w:b/>
        </w:rPr>
        <w:t xml:space="preserve">[22:15] </w:t>
      </w:r>
      <w:r>
        <w:t>is ke lehaz se kya kitab dena hai, is kya paigham de raha hai un ko, is ko samjhein.</w:t>
      </w:r>
    </w:p>
    <w:p>
      <w:pPr>
        <w:jc w:val="right"/>
      </w:pPr>
      <w:r>
        <w:t>اس کے لحاظ سے کیا کتاب دینا ہے، اس کیا پیغام دے رہا ہے ان کو، اس کو سمجھیں۔</w:t>
      </w:r>
    </w:p>
    <w:p>
      <w:r>
        <w:rPr>
          <w:b/>
        </w:rPr>
        <w:t xml:space="preserve">[22:19] </w:t>
      </w:r>
      <w:r>
        <w:t>to dawat ek mashrooh band amal ka naam hai.</w:t>
      </w:r>
    </w:p>
    <w:p>
      <w:pPr>
        <w:jc w:val="right"/>
      </w:pPr>
      <w:r>
        <w:t>تو دعوت ایک مشروع بند عمل کا نام ہے۔</w:t>
      </w:r>
    </w:p>
    <w:p>
      <w:r>
        <w:rPr>
          <w:b/>
        </w:rPr>
        <w:t xml:space="preserve">[22:23] </w:t>
      </w:r>
      <w:r>
        <w:t>dawat koi announcement ka naam nahi hai.</w:t>
      </w:r>
    </w:p>
    <w:p>
      <w:pPr>
        <w:jc w:val="right"/>
      </w:pPr>
      <w:r>
        <w:t>دعوت کوئی اناؤنسمنٹ کا نام نہیں ہے۔</w:t>
      </w:r>
    </w:p>
    <w:p>
      <w:r>
        <w:rPr>
          <w:b/>
        </w:rPr>
        <w:t xml:space="preserve">[22:28] </w:t>
      </w:r>
      <w:r>
        <w:t>kuch log yeh samajhte hain, bohat hi ajeeb aqeedah musalmanon mein hai.</w:t>
      </w:r>
    </w:p>
    <w:p>
      <w:pPr>
        <w:jc w:val="right"/>
      </w:pPr>
      <w:r>
        <w:t>کچھ لوگ یہ سمجھتے ہیں، بہت ہی عجیب عقیدہ مسلمانوں میں ہے۔</w:t>
      </w:r>
    </w:p>
    <w:p>
      <w:r>
        <w:rPr>
          <w:b/>
        </w:rPr>
        <w:t xml:space="preserve">[22:32] </w:t>
      </w:r>
      <w:r>
        <w:t>bohat aqeedah hai.</w:t>
      </w:r>
    </w:p>
    <w:p>
      <w:pPr>
        <w:jc w:val="right"/>
      </w:pPr>
      <w:r>
        <w:t>بہت عقیدہ ہے۔</w:t>
      </w:r>
    </w:p>
    <w:p>
      <w:r>
        <w:rPr>
          <w:b/>
        </w:rPr>
        <w:t xml:space="preserve">[22:36] </w:t>
      </w:r>
      <w:r>
        <w:t>aam taur par musalmanon ki mizaj yeh hai ke dawat musalmanon ke upar farz nahi hai.</w:t>
      </w:r>
    </w:p>
    <w:p>
      <w:pPr>
        <w:jc w:val="right"/>
      </w:pPr>
      <w:r>
        <w:t>عام طور پر مسلمانوں کی مزاج یہ ہے کہ دعوت مسلمانوں کے اوپر فرض نہیں ہے۔</w:t>
      </w:r>
    </w:p>
    <w:p>
      <w:r>
        <w:rPr>
          <w:b/>
        </w:rPr>
        <w:t xml:space="preserve">[22:40] </w:t>
      </w:r>
      <w:r>
        <w:t>dawat musalmanon ke upar farz nahi hai.</w:t>
      </w:r>
    </w:p>
    <w:p>
      <w:pPr>
        <w:jc w:val="right"/>
      </w:pPr>
      <w:r>
        <w:t>دعوت مسلمانوں کے اوپر فرض نہیں ہے۔</w:t>
      </w:r>
    </w:p>
    <w:p>
      <w:r>
        <w:rPr>
          <w:b/>
        </w:rPr>
        <w:t xml:space="preserve">[22:45] </w:t>
      </w:r>
      <w:r>
        <w:t>kyun? is liye ke jo woh samajhte hain ke jo azan hoti hai masjidon ke mein rozana panch waqt, woh woh namaz jo hai, woh dawat us ke zariye pahunch rahi hai logon ko. woh azan jo hai, us azan ke zariye logon tak dawat pahunch rahi hai. yeh bahut ajeeb o ghareeb aqeeda hai. yaani arabi zaban mein aap ne kuch kalmaat kahe, azan azan mein jis ne suna, us ke liye to woh shor hai kyunke woh janta nahi hai</w:t>
      </w:r>
    </w:p>
    <w:p>
      <w:pPr>
        <w:jc w:val="right"/>
      </w:pPr>
      <w:r>
        <w:t>کیوں؟ اس لیے کہ جو وہ سمجھتے ہیں کہ جو اذان ہوتی ہے مسجدوں کے میں روزانہ پانچ وقت، وہ وہ نماز جو ہے، وہ دعوت اس کے ذریعے پہنچ رہی ہے لوگوں کو۔ وہ اذان جو ہے، اس اذان کے ذریعے لوگوں تک دعوت پہنچ رہی ہے۔ یہ بہت عجیب و غریب عقیدہ ہے۔ یعنی عربی زبان میں آپ نے کچھ کلمات کہے، اذان اذان میں جس نے سنا، اس کے لیے تو وہ شور ہے کیونکہ وہ جانتا نہیں ہے</w:t>
      </w:r>
    </w:p>
    <w:p>
      <w:r>
        <w:rPr>
          <w:b/>
        </w:rPr>
        <w:t xml:space="preserve">[23:15] </w:t>
      </w:r>
      <w:r>
        <w:t>arabi zaban. to aap shor karenge aur dawat ho jayegi. aisa ho sakta hai? to yeh bilkul be buniyad aqeeda hai ke azan ke zariye dawat pahunch rahi hai logon ko. ab is ko humein kuch karna nahi hai. dawat ek bahut hi sanjeeda amal ka naam hai. bahut hi zyada spirit ke sath karne ka naam hai. woh yeh hai ke aap mad</w:t>
      </w:r>
    </w:p>
    <w:p>
      <w:pPr>
        <w:jc w:val="right"/>
      </w:pPr>
      <w:r>
        <w:t>عربی زبان۔ تو آپ شور کریں گے اور دعوت ہو جائے گی۔ ایسا ہو سکتا ہے؟ تو یہ بالکل بے بنیاد عقیدہ ہے کہ اذان کے ذریعے دعوت پہنچ رہی ہے لوگوں کو۔ اب اس کو ہمیں کچھ کرنا نہیں ہے۔ دعوت ایک بہت ہی سنجیدہ عمل کا نام ہے۔ بہت ہی زیادہ اسپرٹ کے ساتھ کرنے کا نام ہے۔ وہ یہ ہے کہ آپ مد</w:t>
      </w:r>
    </w:p>
    <w:p>
      <w:r>
        <w:rPr>
          <w:b/>
        </w:rPr>
        <w:t xml:space="preserve">[23:45] </w:t>
      </w:r>
      <w:r>
        <w:t>awam ke sath khair khwahi karen.</w:t>
      </w:r>
    </w:p>
    <w:p>
      <w:pPr>
        <w:jc w:val="right"/>
      </w:pPr>
      <w:r>
        <w:t>عو کے ساتھ خیر خواہی کریں۔</w:t>
      </w:r>
    </w:p>
    <w:p>
      <w:r>
        <w:rPr>
          <w:b/>
        </w:rPr>
        <w:t xml:space="preserve">[23:49] </w:t>
      </w:r>
      <w:r>
        <w:t>madu ke sath aap apne andar negative thought agar hai to nikal dein is ko.</w:t>
      </w:r>
    </w:p>
    <w:p>
      <w:pPr>
        <w:jc w:val="right"/>
      </w:pPr>
      <w:r>
        <w:t>مدعو کے ساتھ آپ اپنے اندر نیگیٹیو تھاٹ اگر ہے تو نکال دیں اس کو۔</w:t>
      </w:r>
    </w:p>
    <w:p>
      <w:r>
        <w:rPr>
          <w:b/>
        </w:rPr>
        <w:t xml:space="preserve">[23:53] </w:t>
      </w:r>
      <w:r>
        <w:t>is ke liye duayen karen.</w:t>
      </w:r>
    </w:p>
    <w:p>
      <w:pPr>
        <w:jc w:val="right"/>
      </w:pPr>
      <w:r>
        <w:t>اس کے لیے دعائیں کریں۔</w:t>
      </w:r>
    </w:p>
    <w:p>
      <w:r>
        <w:rPr>
          <w:b/>
        </w:rPr>
        <w:t xml:space="preserve">[23:58] </w:t>
      </w:r>
      <w:r>
        <w:t>is ki khair khwahi ko samne rakh kar ke planning karen.</w:t>
      </w:r>
    </w:p>
    <w:p>
      <w:pPr>
        <w:jc w:val="right"/>
      </w:pPr>
      <w:r>
        <w:t>اس کی خیر خواہی کو سامنے رکھ کر کے پلاننگ کریں۔</w:t>
      </w:r>
    </w:p>
    <w:p>
      <w:r>
        <w:rPr>
          <w:b/>
        </w:rPr>
        <w:t xml:space="preserve">[24:02] </w:t>
      </w:r>
      <w:r>
        <w:t>aur is aitbar se nizam banayen ke kya cheez is ko zyada asar dalegi.</w:t>
      </w:r>
    </w:p>
    <w:p>
      <w:pPr>
        <w:jc w:val="right"/>
      </w:pPr>
      <w:r>
        <w:t>اور اس اعتبار سے نظام بنائیں کہ کیا چیز اس کو زیادہ اثر ڈالے گی۔</w:t>
      </w:r>
    </w:p>
    <w:p>
      <w:r>
        <w:rPr>
          <w:b/>
        </w:rPr>
        <w:t xml:space="preserve">[24:06] </w:t>
      </w:r>
      <w:r>
        <w:t>yeh sab karen.</w:t>
      </w:r>
    </w:p>
    <w:p>
      <w:pPr>
        <w:jc w:val="right"/>
      </w:pPr>
      <w:r>
        <w:t>یہ سب کریں۔</w:t>
      </w:r>
    </w:p>
    <w:p>
      <w:r>
        <w:rPr>
          <w:b/>
        </w:rPr>
        <w:t xml:space="preserve">[24:11] </w:t>
      </w:r>
      <w:r>
        <w:t>to main samajhta hoon</w:t>
      </w:r>
    </w:p>
    <w:p>
      <w:pPr>
        <w:jc w:val="right"/>
      </w:pPr>
      <w:r>
        <w:t>تو میں سمجھتا ہ</w:t>
      </w:r>
    </w:p>
    <w:p>
      <w:r>
        <w:rPr>
          <w:b/>
        </w:rPr>
        <w:t xml:space="preserve">[24:15] </w:t>
      </w:r>
      <w:r>
        <w:t>oon ke ramzan ka mahina is tarah guzarna chahiye ke us ko dawat ki planning ke liye sirf isi mahine mein dawat ki planning nahi hai. saal bhar ke liye. saal bhar ke liye dawat ki planning. main Allah ke fazl se khud isi par qaim hoon. jo akhbaron mein khabren aati rehti hain, terrorism ki, violence ki, Islam ke napht tashaddud ki, aap jante hain</w:t>
      </w:r>
    </w:p>
    <w:p>
      <w:pPr>
        <w:jc w:val="right"/>
      </w:pPr>
      <w:r>
        <w:t>وں کہ رمضان کا مہینہ اس طرح گزارنا چاہیے کہ اس کو دعوت کی پلاننگ کے لیے صرف اسی مہینے میں دعوت کی پلاننگ نہیں ہے۔ سال بھر کے لیے۔ سال بھر کے لیے دعوت کی پلاننگ۔ میں اللہ کے فضل سے خود اسی پر قائم ہوں۔ جو اخباروں میں خبریں آتی رہتی ہیں، ٹیررزم کی، وائلنس کی، اسلام کے ناپت تشدد کی، آپ جانتے ہیں</w:t>
      </w:r>
    </w:p>
    <w:p>
      <w:r>
        <w:rPr>
          <w:b/>
        </w:rPr>
        <w:t xml:space="preserve">[24:45] </w:t>
      </w:r>
      <w:r>
        <w:t>baqayda media mein aata rehta hai.</w:t>
      </w:r>
    </w:p>
    <w:p>
      <w:pPr>
        <w:jc w:val="right"/>
      </w:pPr>
      <w:r>
        <w:t>، باقاعدہ میڈیا میں آتا رہتا ہے۔</w:t>
      </w:r>
    </w:p>
    <w:p>
      <w:r>
        <w:rPr>
          <w:b/>
        </w:rPr>
        <w:t xml:space="preserve">[24:49] </w:t>
      </w:r>
      <w:r>
        <w:t>is ko yeh log jehad kehte hain.</w:t>
      </w:r>
    </w:p>
    <w:p>
      <w:pPr>
        <w:jc w:val="right"/>
      </w:pPr>
      <w:r>
        <w:t>اس کو یہ لوگ جہاد کہتے ہیں۔</w:t>
      </w:r>
    </w:p>
    <w:p>
      <w:r>
        <w:rPr>
          <w:b/>
        </w:rPr>
        <w:t xml:space="preserve">[24:54] </w:t>
      </w:r>
      <w:r>
        <w:t>to main bohat dinon se soch raha tha ke is par kuch bohat hi ek muassar kitab likhi jaye.</w:t>
      </w:r>
    </w:p>
    <w:p>
      <w:pPr>
        <w:jc w:val="right"/>
      </w:pPr>
      <w:r>
        <w:t>تو میں بہت دنوں سے سوچ رہا تھا کہ اس پر کچھ بہت ہی ایک مؤثر کتاب لکھی جائے۔</w:t>
      </w:r>
    </w:p>
    <w:p>
      <w:r>
        <w:rPr>
          <w:b/>
        </w:rPr>
        <w:t xml:space="preserve">[24:58] </w:t>
      </w:r>
      <w:r>
        <w:t>bohat parha, bohat parha, bohat parha maine.</w:t>
      </w:r>
    </w:p>
    <w:p>
      <w:pPr>
        <w:jc w:val="right"/>
      </w:pPr>
      <w:r>
        <w:t>بہت پڑھا، بہت پڑھا، بہت پڑھا میں نے۔</w:t>
      </w:r>
    </w:p>
    <w:p>
      <w:r>
        <w:rPr>
          <w:b/>
        </w:rPr>
        <w:t xml:space="preserve">[25:02] </w:t>
      </w:r>
      <w:r>
        <w:t>to mere mutale mein koi kitab aisi nahi mili jis ko main is ka tarjuma kar doon ya</w:t>
      </w:r>
    </w:p>
    <w:p>
      <w:pPr>
        <w:jc w:val="right"/>
      </w:pPr>
      <w:r>
        <w:t>تو میرے مطالعے میں کوئی کتاب ایسی نہیں ملی جس کو میں اس کا ترجمہ کر دوں یا</w:t>
      </w:r>
    </w:p>
    <w:p>
      <w:r>
        <w:rPr>
          <w:b/>
        </w:rPr>
        <w:t xml:space="preserve">[25:07] </w:t>
      </w:r>
      <w:r>
        <w:t>is ko chhap ke phailaoon.</w:t>
      </w:r>
    </w:p>
    <w:p>
      <w:pPr>
        <w:jc w:val="right"/>
      </w:pPr>
      <w:r>
        <w:t>اس کو چھاپ کے پھیلاؤں۔</w:t>
      </w:r>
    </w:p>
    <w:p>
      <w:r>
        <w:rPr>
          <w:b/>
        </w:rPr>
        <w:t xml:space="preserve">[25:11] </w:t>
      </w:r>
      <w:r>
        <w:t>to main ne khud ek kitab likhi.</w:t>
      </w:r>
    </w:p>
    <w:p>
      <w:pPr>
        <w:jc w:val="right"/>
      </w:pPr>
      <w:r>
        <w:t>تو میں نے خود ایک کتاب لکھی۔</w:t>
      </w:r>
    </w:p>
    <w:p>
      <w:r>
        <w:rPr>
          <w:b/>
        </w:rPr>
        <w:t xml:space="preserve">[25:15] </w:t>
      </w:r>
      <w:r>
        <w:t>Allah ke fazl se woh kal hi is kitab ka aakhri chapter tayyar hua hai.</w:t>
      </w:r>
    </w:p>
    <w:p>
      <w:pPr>
        <w:jc w:val="right"/>
      </w:pPr>
      <w:r>
        <w:t>اللہ کے فضل سے وہ کل ہی اس کتاب کا آخری چیپٹر تیار ہوا ہے۔</w:t>
      </w:r>
    </w:p>
    <w:p>
      <w:r>
        <w:rPr>
          <w:b/>
        </w:rPr>
        <w:t xml:space="preserve">[25:21] </w:t>
      </w:r>
      <w:r>
        <w:t>is kitab ke 51 chapters hain, 51, 50, ek 51.</w:t>
      </w:r>
    </w:p>
    <w:p>
      <w:pPr>
        <w:jc w:val="right"/>
      </w:pPr>
      <w:r>
        <w:t>اس کتاب کے 51 چیپٹرز ہیں، 51، 50، ایک 51۔</w:t>
      </w:r>
    </w:p>
    <w:p>
      <w:r>
        <w:rPr>
          <w:b/>
        </w:rPr>
        <w:t xml:space="preserve">[25:27] </w:t>
      </w:r>
      <w:r>
        <w:t>اور اس میں اس کا نام ہے، اس کا نام ہے "Peace, This is Boonam"۔</w:t>
      </w:r>
    </w:p>
    <w:p>
      <w:pPr>
        <w:jc w:val="right"/>
      </w:pPr>
      <w:r>
        <w:t>اور اس میں اس کا نام ہے، اس کا نام ہے "پیس دس بونم"۔</w:t>
      </w:r>
    </w:p>
    <w:p>
      <w:r>
        <w:rPr>
          <w:b/>
        </w:rPr>
        <w:t xml:space="preserve">[25:34] </w:t>
      </w:r>
      <w:r>
        <w:t>abhi woh English mein hai, woh inshallah is ke baad Arabic mein aur Urdu mein chhapi jayegi.</w:t>
      </w:r>
    </w:p>
    <w:p>
      <w:pPr>
        <w:jc w:val="right"/>
      </w:pPr>
      <w:r>
        <w:t>ابھی وہ انگلش میں ہے، وہ انشاءاللہ اس کے بعد عربی میں اور اردو میں چھاپی جائے گی۔</w:t>
      </w:r>
    </w:p>
    <w:p>
      <w:r>
        <w:rPr>
          <w:b/>
        </w:rPr>
        <w:t xml:space="preserve">[25:40] </w:t>
      </w:r>
      <w:r>
        <w:t>peace does bonum.</w:t>
      </w:r>
    </w:p>
    <w:p>
      <w:pPr>
        <w:jc w:val="right"/>
      </w:pPr>
      <w:r>
        <w:t>"پیس دس بونم"۔</w:t>
      </w:r>
    </w:p>
    <w:p>
      <w:r>
        <w:rPr>
          <w:b/>
        </w:rPr>
        <w:t xml:space="preserve">[25:46] </w:t>
      </w:r>
      <w:r>
        <w:t>is is waqt jo meri planning thi, woh mukammal hui hai kal.</w:t>
      </w:r>
    </w:p>
    <w:p>
      <w:pPr>
        <w:jc w:val="right"/>
      </w:pPr>
      <w:r>
        <w:t>اس اس وقت جو میری پلاننگ تھی، وہ مکمل ہوئی ہے کل۔</w:t>
      </w:r>
    </w:p>
    <w:p>
      <w:r>
        <w:rPr>
          <w:b/>
        </w:rPr>
        <w:t xml:space="preserve">[25:51] </w:t>
      </w:r>
      <w:r>
        <w:t>"Peace is the boon" یعنی پیس سب سے بڑا خیر ہے۔</w:t>
      </w:r>
    </w:p>
    <w:p>
      <w:pPr>
        <w:jc w:val="right"/>
      </w:pPr>
      <w:r>
        <w:t>"پیس دس بونم" یعنی پیس سب سے بڑا خیر ہے۔</w:t>
      </w:r>
    </w:p>
    <w:p>
      <w:r>
        <w:rPr>
          <w:b/>
        </w:rPr>
        <w:t xml:space="preserve">[25:56] </w:t>
      </w:r>
      <w:r>
        <w:t>"Some bone" ka matlab hota hai "greatest good" ke peace sabse bada good hai, sabse bada khair hai.</w:t>
      </w:r>
    </w:p>
    <w:p>
      <w:pPr>
        <w:jc w:val="right"/>
      </w:pPr>
      <w:r>
        <w:t>"سام بون" کا مطلب ہوتا ہے "گریٹسٹ گڈ" کہ پیس سب سے بڑا گڈ ہے، سب سے بڑا خیر ہے۔</w:t>
      </w:r>
    </w:p>
    <w:p>
      <w:r>
        <w:rPr>
          <w:b/>
        </w:rPr>
        <w:t xml:space="preserve">[26:01] </w:t>
      </w:r>
      <w:r>
        <w:t>to is mein main ne mukhtalif pehluon se 51 chapters mein is baat ko wazeh kiya hai ke</w:t>
      </w:r>
    </w:p>
    <w:p>
      <w:pPr>
        <w:jc w:val="right"/>
      </w:pPr>
      <w:r>
        <w:t>تو اس میں میں نے مختلف پہلوؤں سے 51 چیپٹرز میں اس بات کو واضح کیا ہے کہ</w:t>
      </w:r>
    </w:p>
    <w:p>
      <w:r>
        <w:rPr>
          <w:b/>
        </w:rPr>
        <w:t xml:space="preserve">[26:06] </w:t>
      </w:r>
      <w:r>
        <w:t>peace kitni bari cheez hai.</w:t>
      </w:r>
    </w:p>
    <w:p>
      <w:pPr>
        <w:jc w:val="right"/>
      </w:pPr>
      <w:r>
        <w:t>پیس کتنی بڑی چیز ہے۔</w:t>
      </w:r>
    </w:p>
    <w:p>
      <w:r>
        <w:rPr>
          <w:b/>
        </w:rPr>
        <w:t xml:space="preserve">[26:11] </w:t>
      </w:r>
      <w:r>
        <w:t>aur main ne dekha</w:t>
      </w:r>
    </w:p>
    <w:p>
      <w:pPr>
        <w:jc w:val="right"/>
      </w:pPr>
      <w:r>
        <w:t>اور میں نے دیکھا</w:t>
      </w:r>
    </w:p>
    <w:p>
      <w:r>
        <w:rPr>
          <w:b/>
        </w:rPr>
        <w:t xml:space="preserve">[26:16] </w:t>
      </w:r>
      <w:r>
        <w:t>quran ki jo ayat hai "alsaloh khair", is ka matlab yahi hai ke sulah khair hai.</w:t>
      </w:r>
    </w:p>
    <w:p>
      <w:pPr>
        <w:jc w:val="right"/>
      </w:pPr>
      <w:r>
        <w:t>قرآن کی جو آیت ہے "الصلو خیر"، اس کا مطلب یہی ہے کہ صلح خیر ہے۔</w:t>
      </w:r>
    </w:p>
    <w:p>
      <w:r>
        <w:rPr>
          <w:b/>
        </w:rPr>
        <w:t xml:space="preserve">[26:22] </w:t>
      </w:r>
      <w:r>
        <w:t>صلح کیا ہے؟ صلح کے معنی peace اور خیر کے بارے میں خیر بارے "summum bonum" "greatest good"۔</w:t>
      </w:r>
    </w:p>
    <w:p>
      <w:pPr>
        <w:jc w:val="right"/>
      </w:pPr>
      <w:r>
        <w:t>صلح کیا ہے؟ صلح کے معنی پیس اور خیر کے بارے میں خیر بارے "سون بونم" "گریٹسٹ گڈ"۔</w:t>
      </w:r>
    </w:p>
    <w:p>
      <w:r>
        <w:rPr>
          <w:b/>
        </w:rPr>
        <w:t xml:space="preserve">[26:28] </w:t>
      </w:r>
      <w:r>
        <w:t>تو "Peace is the greatest good" یہ قرآن کا کانسیپٹ ہے۔</w:t>
      </w:r>
    </w:p>
    <w:p>
      <w:pPr>
        <w:jc w:val="right"/>
      </w:pPr>
      <w:r>
        <w:t>تو "پیس از دا گریٹسٹ گڈ" یہ قرآن کا کانسیپٹ ہے۔</w:t>
      </w:r>
    </w:p>
    <w:p>
      <w:r>
        <w:rPr>
          <w:b/>
        </w:rPr>
        <w:t xml:space="preserve">[26:34] </w:t>
      </w:r>
      <w:r>
        <w:t>"الصلو خیر" "Peace is the greatest good" "Peace is the summum bonum".</w:t>
      </w:r>
    </w:p>
    <w:p>
      <w:pPr>
        <w:jc w:val="right"/>
      </w:pPr>
      <w:r>
        <w:t>"الصلو خیر" "پیس از دا گریٹسٹ گڈ" "پیس از دا سون بونم"۔</w:t>
      </w:r>
    </w:p>
    <w:p>
      <w:r>
        <w:rPr>
          <w:b/>
        </w:rPr>
        <w:t xml:space="preserve">[26:40] </w:t>
      </w:r>
      <w:r>
        <w:t>to mein is is is kitaab ka jo title mein ne rakha hai, woh sach poochte hain,</w:t>
      </w:r>
    </w:p>
    <w:p>
      <w:pPr>
        <w:jc w:val="right"/>
      </w:pPr>
      <w:r>
        <w:t>تو میں اس اس اس کتاب کا جو ٹائٹل میں نے رکھا ہے، وہ سچ پوچھتے ہیں،</w:t>
      </w:r>
    </w:p>
    <w:p>
      <w:r>
        <w:rPr>
          <w:b/>
        </w:rPr>
        <w:t xml:space="preserve">[26:46] </w:t>
      </w:r>
      <w:r>
        <w:t>قرآنی title hai.</w:t>
      </w:r>
    </w:p>
    <w:p>
      <w:pPr>
        <w:jc w:val="right"/>
      </w:pPr>
      <w:r>
        <w:t>قرآنی ٹائٹل ہے۔</w:t>
      </w:r>
    </w:p>
    <w:p>
      <w:r>
        <w:rPr>
          <w:b/>
        </w:rPr>
        <w:t xml:space="preserve">[26:50] </w:t>
      </w:r>
      <w:r>
        <w:t>yani is ko arbi mein kahein to is ka hoga "alsalatu khairun".</w:t>
      </w:r>
    </w:p>
    <w:p>
      <w:pPr>
        <w:jc w:val="right"/>
      </w:pPr>
      <w:r>
        <w:t>یعنی اس کو عربی میں کہیں تو اس کا ہوگا "الصلو خیر"۔</w:t>
      </w:r>
    </w:p>
    <w:p>
      <w:r>
        <w:rPr>
          <w:b/>
        </w:rPr>
        <w:t xml:space="preserve">[26:55] </w:t>
      </w:r>
      <w:r>
        <w:t>انگریزی میں کہیں تو وہ کہے گا "peace is the supreme boon"۔</w:t>
      </w:r>
    </w:p>
    <w:p>
      <w:pPr>
        <w:jc w:val="right"/>
      </w:pPr>
      <w:r>
        <w:t>انگریزی میں کہیں تو وہ کہے گا "پیس از دا سون بونم"۔</w:t>
      </w:r>
    </w:p>
    <w:p>
      <w:r>
        <w:rPr>
          <w:b/>
        </w:rPr>
        <w:t xml:space="preserve">[26:59] </w:t>
      </w:r>
      <w:r>
        <w:t>to yeh is ko mein kahunga ke yeh planning hai, is ka naam hai ke mein ne</w:t>
      </w:r>
    </w:p>
    <w:p>
      <w:pPr>
        <w:jc w:val="right"/>
      </w:pPr>
      <w:r>
        <w:t>تو یہ اس کو میں کہوں گا کہ یہ پلاننگ ہے، اس کا نام ہے کہ میں نے</w:t>
      </w:r>
    </w:p>
    <w:p>
      <w:r>
        <w:rPr>
          <w:b/>
        </w:rPr>
        <w:t xml:space="preserve">[27:04] </w:t>
      </w:r>
      <w:r>
        <w:t>dekha ke logon ko hatana hai tashaddud se.</w:t>
      </w:r>
    </w:p>
    <w:p>
      <w:pPr>
        <w:jc w:val="right"/>
      </w:pPr>
      <w:r>
        <w:t>دیکھا کہ لوگوں کو ہٹانا ہے تشدد سے۔</w:t>
      </w:r>
    </w:p>
    <w:p>
      <w:r>
        <w:rPr>
          <w:b/>
        </w:rPr>
        <w:t xml:space="preserve">[27:08] </w:t>
      </w:r>
      <w:r>
        <w:t>log tashaddud ko bari cheez samajhte hain.</w:t>
      </w:r>
    </w:p>
    <w:p>
      <w:pPr>
        <w:jc w:val="right"/>
      </w:pPr>
      <w:r>
        <w:t>لوگ تشدد کو بڑی چیز سمجھتے ہیں۔</w:t>
      </w:r>
    </w:p>
    <w:p>
      <w:r>
        <w:rPr>
          <w:b/>
        </w:rPr>
        <w:t xml:space="preserve">[27:12] </w:t>
      </w:r>
      <w:r>
        <w:t>sab se bari cheez, kyunke</w:t>
      </w:r>
    </w:p>
    <w:p>
      <w:pPr>
        <w:jc w:val="right"/>
      </w:pPr>
      <w:r>
        <w:t>سب سے بڑی چیز، کیونکہ</w:t>
      </w:r>
    </w:p>
    <w:p>
      <w:r>
        <w:rPr>
          <w:b/>
        </w:rPr>
        <w:t xml:space="preserve">[27:17] </w:t>
      </w:r>
      <w:r>
        <w:t>qadeem zamane se riwayat chali aa rahi hai ke sab se bari cheez shamshir ki taqat hai.</w:t>
      </w:r>
    </w:p>
    <w:p>
      <w:pPr>
        <w:jc w:val="right"/>
      </w:pPr>
      <w:r>
        <w:t>قدیم زمانے سے روایت چلی آ رہی ہے کہ سب سے بڑی چیز شمشیر کی طاقت ہے۔</w:t>
      </w:r>
    </w:p>
    <w:p>
      <w:r>
        <w:rPr>
          <w:b/>
        </w:rPr>
        <w:t xml:space="preserve">[27:20] </w:t>
      </w:r>
      <w:r>
        <w:t>"har ke shamshir zani sikka banawad khanan".</w:t>
      </w:r>
    </w:p>
    <w:p>
      <w:pPr>
        <w:jc w:val="right"/>
      </w:pPr>
      <w:r>
        <w:t>"ہر کے شمشیر زنت سکہ بناوش خانن"۔</w:t>
      </w:r>
    </w:p>
    <w:p>
      <w:r>
        <w:rPr>
          <w:b/>
        </w:rPr>
        <w:t xml:space="preserve">[27:24] </w:t>
      </w:r>
      <w:r>
        <w:t>yeh farsi ki line hai "har ke shamshir zani sikka banawad khanan".</w:t>
      </w:r>
    </w:p>
    <w:p>
      <w:pPr>
        <w:jc w:val="right"/>
      </w:pPr>
      <w:r>
        <w:t>یہ فارسی کی لائن ہے "ہر کے شمشیر زنت سکہ بناوش خانن"۔</w:t>
      </w:r>
    </w:p>
    <w:p>
      <w:r>
        <w:rPr>
          <w:b/>
        </w:rPr>
        <w:t xml:space="preserve">[27:28] </w:t>
      </w:r>
      <w:r>
        <w:t>jo talwar ki taqat jis ke paas hogi, hoti hai, usi ka dabdaba qaim hota hai.</w:t>
      </w:r>
    </w:p>
    <w:p>
      <w:pPr>
        <w:jc w:val="right"/>
      </w:pPr>
      <w:r>
        <w:t>جو تلوار کی طاقت جس کے پاس ہوگی، ہوتی ہے، اسی کا دبدبہ قائم ہوتا ہے۔</w:t>
      </w:r>
    </w:p>
    <w:p>
      <w:r>
        <w:rPr>
          <w:b/>
        </w:rPr>
        <w:t xml:space="preserve">[27:32] </w:t>
      </w:r>
      <w:r>
        <w:t>yeh purani baat hai.</w:t>
      </w:r>
    </w:p>
    <w:p>
      <w:pPr>
        <w:jc w:val="right"/>
      </w:pPr>
      <w:r>
        <w:t>یہ پرانی بات ہے۔</w:t>
      </w:r>
    </w:p>
    <w:p>
      <w:r>
        <w:rPr>
          <w:b/>
        </w:rPr>
        <w:t xml:space="preserve">[27:35] </w:t>
      </w:r>
      <w:r>
        <w:t>yeh purani baat hai.</w:t>
      </w:r>
    </w:p>
    <w:p>
      <w:pPr>
        <w:jc w:val="right"/>
      </w:pPr>
      <w:r>
        <w:t>یہ پرانی بات ہے۔</w:t>
      </w:r>
    </w:p>
    <w:p>
      <w:r>
        <w:rPr>
          <w:b/>
        </w:rPr>
        <w:t xml:space="preserve">[27:39] </w:t>
      </w:r>
      <w:r>
        <w:t>ab talwar ki taqat kuch nahi rahi.</w:t>
      </w:r>
    </w:p>
    <w:p>
      <w:pPr>
        <w:jc w:val="right"/>
      </w:pPr>
      <w:r>
        <w:t>اب تلوار کی طاقت کچھ نہیں رہی۔</w:t>
      </w:r>
    </w:p>
    <w:p>
      <w:r>
        <w:rPr>
          <w:b/>
        </w:rPr>
        <w:t xml:space="preserve">[27:43] </w:t>
      </w:r>
      <w:r>
        <w:t>abhi dekhein, ek art</w:t>
      </w:r>
    </w:p>
    <w:p>
      <w:pPr>
        <w:jc w:val="right"/>
      </w:pPr>
      <w:r>
        <w:t>ابھی دیکھیں، ایک آر</w:t>
      </w:r>
    </w:p>
    <w:p>
      <w:r>
        <w:rPr>
          <w:b/>
        </w:rPr>
        <w:t xml:space="preserve">[27:47] </w:t>
      </w:r>
      <w:r>
        <w:t>icle aaya hai, ek ek news aayi hai hindu paper mein, aap parh sakte hain is ko.</w:t>
      </w:r>
    </w:p>
    <w:p>
      <w:pPr>
        <w:jc w:val="right"/>
      </w:pPr>
      <w:r>
        <w:t>ٹیکل آیا ہے، ایک ایک نیوز آئی ہے ہندو پیپر میں، آپ پڑھ سکتے ہیں اس کو۔</w:t>
      </w:r>
    </w:p>
    <w:p>
      <w:r>
        <w:rPr>
          <w:b/>
        </w:rPr>
        <w:t xml:space="preserve">[27:54] </w:t>
      </w:r>
      <w:r>
        <w:t>is mein bataya hai ke in ka bayan chhapa hai, woh barack obama ka, jo president hain america</w:t>
      </w:r>
    </w:p>
    <w:p>
      <w:pPr>
        <w:jc w:val="right"/>
      </w:pPr>
      <w:r>
        <w:t>اس میں بتایا ہے کہ ان کا بیان چھاپا ہے، وہ براک اوباما کا، جو پریزیڈنٹ ہیں امریکہ</w:t>
      </w:r>
    </w:p>
    <w:p>
      <w:r>
        <w:rPr>
          <w:b/>
        </w:rPr>
        <w:t xml:space="preserve">[28:02] </w:t>
      </w:r>
      <w:r>
        <w:t>ke, jo super power mana jata hai, ke hum ne jo doosre, doosra hamare jo allies hain, jo</w:t>
      </w:r>
    </w:p>
    <w:p>
      <w:pPr>
        <w:jc w:val="right"/>
      </w:pPr>
      <w:r>
        <w:t>کے، جو سپر پاور مانا جاتا ہے، کہ ہم نے جو دوسرے، دوسرا ہمارے جو الائز ہیں، جو</w:t>
      </w:r>
    </w:p>
    <w:p>
      <w:r>
        <w:rPr>
          <w:b/>
        </w:rPr>
        <w:t xml:space="preserve">[28:10] </w:t>
      </w:r>
      <w:r>
        <w:t>hamare saathi mulk hain, un ki madad se</w:t>
      </w:r>
    </w:p>
    <w:p>
      <w:pPr>
        <w:jc w:val="right"/>
      </w:pPr>
      <w:r>
        <w:t>ہمارے ساتھی ملک ہیں، ان کی مدد سے</w:t>
      </w:r>
    </w:p>
    <w:p>
      <w:r>
        <w:rPr>
          <w:b/>
        </w:rPr>
        <w:t xml:space="preserve">[28:17] </w:t>
      </w:r>
      <w:r>
        <w:t>hum ne mil kar ke jo iqdam kiya, to woh iqdam yani affected nahi hua.</w:t>
      </w:r>
    </w:p>
    <w:p>
      <w:pPr>
        <w:jc w:val="right"/>
      </w:pPr>
      <w:r>
        <w:t>ہم نے مل کر کے جو اقدام کیا، تو وہ اقدام یعنی ایفیکٹڈ نہیں ہوا۔</w:t>
      </w:r>
    </w:p>
    <w:p>
      <w:r>
        <w:rPr>
          <w:b/>
        </w:rPr>
        <w:t xml:space="preserve">[28:22] </w:t>
      </w:r>
      <w:r>
        <w:t>na saddam ke khilaf affected hua, na abhi jo iis jo hai, is ke khilaf kar</w:t>
      </w:r>
    </w:p>
    <w:p>
      <w:pPr>
        <w:jc w:val="right"/>
      </w:pPr>
      <w:r>
        <w:t>نہ صدام کے خلاف ایفیکٹڈ ہوا، نہ ابھی جو آئی آئی ایس جو ہے، اس کے خلاف کر</w:t>
      </w:r>
    </w:p>
    <w:p>
      <w:r>
        <w:rPr>
          <w:b/>
        </w:rPr>
        <w:t xml:space="preserve">[28:27] </w:t>
      </w:r>
      <w:r>
        <w:t>rahe hain, woh bhi effective nahi hai.</w:t>
      </w:r>
    </w:p>
    <w:p>
      <w:pPr>
        <w:jc w:val="right"/>
      </w:pPr>
      <w:r>
        <w:t>رہے ہیں، وہ بھی ایفیکٹو نہیں ہے۔</w:t>
      </w:r>
    </w:p>
    <w:p>
      <w:r>
        <w:rPr>
          <w:b/>
        </w:rPr>
        <w:t xml:space="preserve">[28:32] </w:t>
      </w:r>
      <w:r>
        <w:t>to is se zyada taqat kaun istemal kar sakta hai? woh to super power hai aur sirf akele</w:t>
      </w:r>
    </w:p>
    <w:p>
      <w:pPr>
        <w:jc w:val="right"/>
      </w:pPr>
      <w:r>
        <w:t>تو اس سے زیادہ طاقت کون استعمال کر سکتا ہے؟ وہ تو سپر پاور ہے اور صرف اکیلے</w:t>
      </w:r>
    </w:p>
    <w:p>
      <w:r>
        <w:rPr>
          <w:b/>
        </w:rPr>
        <w:t xml:space="preserve">[28:37] </w:t>
      </w:r>
      <w:r>
        <w:t>nahi, balkeh tamam allies ke sath wahan iqdam kar rahe hain.</w:t>
      </w:r>
    </w:p>
    <w:p>
      <w:pPr>
        <w:jc w:val="right"/>
      </w:pPr>
      <w:r>
        <w:t>نہیں، بلکہ تمام الائز کے ساتھ وہاں اقدام کر رہے ہیں۔</w:t>
      </w:r>
    </w:p>
    <w:p>
      <w:r>
        <w:rPr>
          <w:b/>
        </w:rPr>
        <w:t xml:space="preserve">[28:42] </w:t>
      </w:r>
      <w:r>
        <w:t>woh to barack obama ne</w:t>
      </w:r>
    </w:p>
    <w:p>
      <w:pPr>
        <w:jc w:val="right"/>
      </w:pPr>
      <w:r>
        <w:t>وہ تو براک اوباما نے</w:t>
      </w:r>
    </w:p>
    <w:p>
      <w:r>
        <w:rPr>
          <w:b/>
        </w:rPr>
        <w:t xml:space="preserve">[28:47] </w:t>
      </w:r>
      <w:r>
        <w:t>khud yeh mana hai ke hamara iqdam jo hai, affected nahi ho raha hai. to is kitab mein maine yeh dikhaya hai ke musalmanon ko is se hataya hai, hatane ki koshish ki hai ke mazi ke qadeem chala hua jo soch hai ke sab se bari taqat talwar hai, woh zamana khatam ho gaya. yeh purane zamane ki baat thi. "har ke shamshir zarr sikka banavash khanan" ka zamana khatam ho gaya. ab to jis ke paas s</w:t>
      </w:r>
    </w:p>
    <w:p>
      <w:pPr>
        <w:jc w:val="right"/>
      </w:pPr>
      <w:r>
        <w:t>خود یہ مانا ہے کہ ہمارا اقدام جو ہے، ایفیکٹڈ نہیں ہو رہا ہے۔ تو اس کتاب میں میں نے یہ دکھایا ہے کہ مسلمانوں کو اس سے ہٹایا ہے، ہٹانے کی کوشش کی ہے کہ ماضی کے قدیم چلا ہوا جو سوچ ہے کہ سب سے بڑی طاقت تلوار ہے، وہ زمانہ ختم ہو گیا۔ یہ پرانے زمانے کی بات تھی۔ "ہر کے شمشیر زرت سکہ بناوش خانن" کا زمانہ ختم ہو گیا۔ اب تو جس کے پاس س</w:t>
      </w:r>
    </w:p>
    <w:p>
      <w:r>
        <w:rPr>
          <w:b/>
        </w:rPr>
        <w:t xml:space="preserve">[29:17] </w:t>
      </w:r>
      <w:r>
        <w:t>ains hoti hai, jis ke paas technology hoti hai, jis ke paas industry hoti hai, jis ke paas</w:t>
      </w:r>
    </w:p>
    <w:p>
      <w:pPr>
        <w:jc w:val="right"/>
      </w:pPr>
      <w:r>
        <w:t>ائنس ہوتی ہے، جس کے پاس ٹیکنالوجی ہوتی ہے، جس کے پاس انڈسٹری ہوتی ہے، جس کے پاس</w:t>
      </w:r>
    </w:p>
    <w:p>
      <w:r>
        <w:rPr>
          <w:b/>
        </w:rPr>
        <w:t xml:space="preserve">[29:23] </w:t>
      </w:r>
      <w:r>
        <w:t>modern education hoti hai, is ka is ka dabdaba qaim hota hai dunya mein.</w:t>
      </w:r>
    </w:p>
    <w:p>
      <w:pPr>
        <w:jc w:val="right"/>
      </w:pPr>
      <w:r>
        <w:t>ماڈرن ایجوکیشن ہوتی ہے، اس کا اس کا دبدبہ قائم ہوتا ہے دنیا میں۔</w:t>
      </w:r>
    </w:p>
    <w:p>
      <w:r>
        <w:rPr>
          <w:b/>
        </w:rPr>
        <w:t xml:space="preserve">[29:29] </w:t>
      </w:r>
      <w:r>
        <w:t>is tarah mein ne chaha ke in ka zehn tashaddud se hate aur pur aman dawat ki taraf, pur aman</w:t>
      </w:r>
    </w:p>
    <w:p>
      <w:pPr>
        <w:jc w:val="right"/>
      </w:pPr>
      <w:r>
        <w:t>اس طرح میں نے چاہا کہ ان کا ذہن تشدد سے ہٹے اور پرامن دعوت کی طرف، پرامن</w:t>
      </w:r>
    </w:p>
    <w:p>
      <w:r>
        <w:rPr>
          <w:b/>
        </w:rPr>
        <w:t xml:space="preserve">[29:35] </w:t>
      </w:r>
      <w:r>
        <w:t>dawat ko zyada bari baat samjhein aur pur aman dawat ka koi ikhtiyar karein.</w:t>
      </w:r>
    </w:p>
    <w:p>
      <w:pPr>
        <w:jc w:val="right"/>
      </w:pPr>
      <w:r>
        <w:t>دعوت کو زیادہ بڑی بات سمجھیں اور پرامن دعوت کا کوئی اختیار کریں۔</w:t>
      </w:r>
    </w:p>
    <w:p>
      <w:r>
        <w:rPr>
          <w:b/>
        </w:rPr>
        <w:t xml:space="preserve">[29:41] </w:t>
      </w:r>
      <w:r>
        <w:t>to is mein</w:t>
      </w:r>
    </w:p>
    <w:p>
      <w:pPr>
        <w:jc w:val="right"/>
      </w:pPr>
      <w:r>
        <w:t>تو اس میں</w:t>
      </w:r>
    </w:p>
    <w:p>
      <w:r>
        <w:rPr>
          <w:b/>
        </w:rPr>
        <w:t xml:space="preserve">[29:47] </w:t>
      </w:r>
      <w:r>
        <w:t>mein ne ek waqia bhi naqal kiya hai ke jab mein falasteen gaya tha to mein ne dekha</w:t>
      </w:r>
    </w:p>
    <w:p>
      <w:pPr>
        <w:jc w:val="right"/>
      </w:pPr>
      <w:r>
        <w:t>میں نے ایک واقعہ بھی نقل کیا ہے کہ جب میں فلسطین گیا تھا تو میں نے دیکھا</w:t>
      </w:r>
    </w:p>
    <w:p>
      <w:r>
        <w:rPr>
          <w:b/>
        </w:rPr>
        <w:t xml:space="preserve">[29:52] </w:t>
      </w:r>
      <w:r>
        <w:t>ke kuch bachche course ke andaaz mein ek ek gana ga rahe hain: "halma nuqatil, halma nuqatil, fein</w:t>
      </w:r>
    </w:p>
    <w:p>
      <w:pPr>
        <w:jc w:val="right"/>
      </w:pPr>
      <w:r>
        <w:t>کہ کچھ بچے کورس کے انداز میں ایک ایک گانا گا رہے ہیں: "حلمہ نقاتل، حلمہ نقاتل، فین</w:t>
      </w:r>
    </w:p>
    <w:p>
      <w:r>
        <w:rPr>
          <w:b/>
        </w:rPr>
        <w:t xml:space="preserve">[29:57] </w:t>
      </w:r>
      <w:r>
        <w:t>al qital, sabir al rashadi".</w:t>
      </w:r>
    </w:p>
    <w:p>
      <w:pPr>
        <w:jc w:val="right"/>
      </w:pPr>
      <w:r>
        <w:t>القتال، سبیر الرشادی"۔</w:t>
      </w:r>
    </w:p>
    <w:p>
      <w:r>
        <w:rPr>
          <w:b/>
        </w:rPr>
        <w:t xml:space="preserve">[30:03] </w:t>
      </w:r>
      <w:r>
        <w:t>wahan baron ne in ko yeh gana diya hai.</w:t>
      </w:r>
    </w:p>
    <w:p>
      <w:pPr>
        <w:jc w:val="right"/>
      </w:pPr>
      <w:r>
        <w:t>وہاں بڑوں نے ان کو یہ گانا دیا ہے۔</w:t>
      </w:r>
    </w:p>
    <w:p>
      <w:r>
        <w:rPr>
          <w:b/>
        </w:rPr>
        <w:t xml:space="preserve">[30:08] </w:t>
      </w:r>
      <w:r>
        <w:t>yeh bachche ne khud nahi gana banaya hai, bachchon ne yani baron ne unhein yeh gana diya ke</w:t>
      </w:r>
    </w:p>
    <w:p>
      <w:pPr>
        <w:jc w:val="right"/>
      </w:pPr>
      <w:r>
        <w:t>یہ بچے نے خود نہیں گانا بنایا ہے، بچوں نے یعنی بڑوں نے انہیں یہ گانا دیا کہ</w:t>
      </w:r>
    </w:p>
    <w:p>
      <w:r>
        <w:rPr>
          <w:b/>
        </w:rPr>
        <w:t xml:space="preserve">[30:13] </w:t>
      </w:r>
      <w:r>
        <w:t>aise gao: "halma nuqatil, halma nuqatil, fein</w:t>
      </w:r>
    </w:p>
    <w:p>
      <w:pPr>
        <w:jc w:val="right"/>
      </w:pPr>
      <w:r>
        <w:t>ایسے گاؤ: "حلمہ نقاتل، حلمہ نقاتل، فین</w:t>
      </w:r>
    </w:p>
    <w:p>
      <w:r>
        <w:rPr>
          <w:b/>
        </w:rPr>
        <w:t xml:space="preserve">[30:18] </w:t>
      </w:r>
      <w:r>
        <w:t>al qital, sabir al rashadi".</w:t>
      </w:r>
    </w:p>
    <w:p>
      <w:pPr>
        <w:jc w:val="right"/>
      </w:pPr>
      <w:r>
        <w:t>القتال، سبیر الرشادی"۔</w:t>
      </w:r>
    </w:p>
    <w:p>
      <w:r>
        <w:rPr>
          <w:b/>
        </w:rPr>
        <w:t xml:space="preserve">[30:24] </w:t>
      </w:r>
      <w:r>
        <w:t>aao hum ladein, aao hum ladein, aao hum jang karein, kyunke jang hi se kamyabi hoti hai.</w:t>
      </w:r>
    </w:p>
    <w:p>
      <w:pPr>
        <w:jc w:val="right"/>
      </w:pPr>
      <w:r>
        <w:t>آؤ ہم لڑیں، آؤ ہم لڑیں، آؤ ہم جنگ کریں، کیونکہ جنگ ہی سے کامیابی ہوتی ہے۔</w:t>
      </w:r>
    </w:p>
    <w:p>
      <w:r>
        <w:rPr>
          <w:b/>
        </w:rPr>
        <w:t xml:space="preserve">[30:30] </w:t>
      </w:r>
      <w:r>
        <w:t>to mein ne kaha kitna ulta gana hai yeh.</w:t>
      </w:r>
    </w:p>
    <w:p>
      <w:pPr>
        <w:jc w:val="right"/>
      </w:pPr>
      <w:r>
        <w:t>تو میں نے کہا کتنا الٹا گانا ہے یہ۔</w:t>
      </w:r>
    </w:p>
    <w:p>
      <w:r>
        <w:rPr>
          <w:b/>
        </w:rPr>
        <w:t xml:space="preserve">[30:36] </w:t>
      </w:r>
      <w:r>
        <w:t>ab zamana woh aa gaya hai ke "halma nusallim, halma nusallim, wa'an al salam sab al rashadi" ke aao hum</w:t>
      </w:r>
    </w:p>
    <w:p>
      <w:pPr>
        <w:jc w:val="right"/>
      </w:pPr>
      <w:r>
        <w:t>اب زمانہ وہ آ گیا ہے کہ "حلم النسالم، حلم النسالم، وان السلام سب الرشادی" کہ آؤ ہم</w:t>
      </w:r>
    </w:p>
    <w:p>
      <w:r>
        <w:rPr>
          <w:b/>
        </w:rPr>
        <w:t xml:space="preserve">[30:42] </w:t>
      </w:r>
      <w:r>
        <w:t>peace ka tareeqa ikhtiyar karein, aao hum peace ka tareeqa ikhtiyar karein, kyunke peace se kamyabi hoti hai.</w:t>
      </w:r>
    </w:p>
    <w:p>
      <w:pPr>
        <w:jc w:val="right"/>
      </w:pPr>
      <w:r>
        <w:t>پیس کا طریقہ اختیار کریں، آؤ ہم پیس کا طریقہ اختیار کریں، کیونکہ پیس سے کامیابی ہوتی ہے۔</w:t>
      </w:r>
    </w:p>
    <w:p>
      <w:r>
        <w:rPr>
          <w:b/>
        </w:rPr>
        <w:t xml:space="preserve">[30:48] </w:t>
      </w:r>
      <w:r>
        <w:t>lekin hazaron saal se jo zehn chala raha hai, abhi musalmanon par isi ka isi ka ghalba hai,</w:t>
      </w:r>
    </w:p>
    <w:p>
      <w:pPr>
        <w:jc w:val="right"/>
      </w:pPr>
      <w:r>
        <w:t>لیکن ہزاروں سال سے جو ذہن چلا رہا ہے، ابھی مسلمانوں پر اسی کا اسی کا غلبہ ہے،</w:t>
      </w:r>
    </w:p>
    <w:p>
      <w:r>
        <w:rPr>
          <w:b/>
        </w:rPr>
        <w:t xml:space="preserve">[30:54] </w:t>
      </w:r>
      <w:r>
        <w:t>is se bahar nahi aaya woh ke woh talwar ko bari taqat samajhte hain.</w:t>
      </w:r>
    </w:p>
    <w:p>
      <w:pPr>
        <w:jc w:val="right"/>
      </w:pPr>
      <w:r>
        <w:t>اس سے باہر نہیں آیا وہ کہ وہ تلوار کو بڑی طاقت سمجھتے ہیں۔</w:t>
      </w:r>
    </w:p>
    <w:p>
      <w:r>
        <w:rPr>
          <w:b/>
        </w:rPr>
        <w:t xml:space="preserve">[31:00] </w:t>
      </w:r>
      <w:r>
        <w:t>halanke woh daur hi khatam ho gaya.</w:t>
      </w:r>
    </w:p>
    <w:p>
      <w:pPr>
        <w:jc w:val="right"/>
      </w:pPr>
      <w:r>
        <w:t>حالانکہ وہ دور ہی ختم ہو گیا۔</w:t>
      </w:r>
    </w:p>
    <w:p>
      <w:r>
        <w:rPr>
          <w:b/>
        </w:rPr>
        <w:t xml:space="preserve">[31:06] </w:t>
      </w:r>
      <w:r>
        <w:t>ab woh daur khatam ho gaya jab talwar ya gun bari cheez hoti thi, woh daur khatam ho gaya.</w:t>
      </w:r>
    </w:p>
    <w:p>
      <w:pPr>
        <w:jc w:val="right"/>
      </w:pPr>
      <w:r>
        <w:t>اب وہ دور ختم ہو گیا جب تلوار یا گن بڑی چیز ہوتی تھی، وہ دور ختم ہو گیا۔</w:t>
      </w:r>
    </w:p>
    <w:p>
      <w:r>
        <w:rPr>
          <w:b/>
        </w:rPr>
        <w:t xml:space="preserve">[31:12] </w:t>
      </w:r>
      <w:r>
        <w:t>to is kitab ka, is kitab ke zariye mein ne koshish ki hai ke musalmanon ke zehn ko</w:t>
      </w:r>
    </w:p>
    <w:p>
      <w:pPr>
        <w:jc w:val="right"/>
      </w:pPr>
      <w:r>
        <w:t>تو اس کتاب کا، اس کتاب کے ذریعے میں نے کوشش کی ہے کہ مسلمانوں کے ذہن کو</w:t>
      </w:r>
    </w:p>
    <w:p>
      <w:r>
        <w:rPr>
          <w:b/>
        </w:rPr>
        <w:t xml:space="preserve">[31:18] </w:t>
      </w:r>
      <w:r>
        <w:t>hataya jaye is is mizaj se ke gun culture, bomb culture se woh kuch hasil kar sakte hain.</w:t>
      </w:r>
    </w:p>
    <w:p>
      <w:pPr>
        <w:jc w:val="right"/>
      </w:pPr>
      <w:r>
        <w:t>ہٹایا جائے اس اس مزاج سے کہ گن کلچر، بم کلچر سے وہ کچھ حاصل کر سکتے ہیں۔</w:t>
      </w:r>
    </w:p>
    <w:p>
      <w:r>
        <w:rPr>
          <w:b/>
        </w:rPr>
        <w:t xml:space="preserve">[31:24] </w:t>
      </w:r>
      <w:r>
        <w:t>na ab tak kuch hasil hua hai, na aindah bhi kuch hasil kar sakein ge.</w:t>
      </w:r>
    </w:p>
    <w:p>
      <w:pPr>
        <w:jc w:val="right"/>
      </w:pPr>
      <w:r>
        <w:t>نہ اب تک کچھ حاصل ہوا ہے، نہ آئندہ بھی کچھ حاصل کر سکیں گے۔</w:t>
      </w:r>
    </w:p>
    <w:p>
      <w:r>
        <w:rPr>
          <w:b/>
        </w:rPr>
        <w:t xml:space="preserve">[31:30] </w:t>
      </w:r>
      <w:r>
        <w:t>to aap sab logon se mein yeh kahunga ke aap apne halaat ke lehaz se planning karein,</w:t>
      </w:r>
    </w:p>
    <w:p>
      <w:pPr>
        <w:jc w:val="right"/>
      </w:pPr>
      <w:r>
        <w:t>تو آپ سب لوگوں سے میں یہ کہوں گا کہ آپ اپنے حالات کے لحاظ سے پلاننگ کریں،</w:t>
      </w:r>
    </w:p>
    <w:p>
      <w:r>
        <w:rPr>
          <w:b/>
        </w:rPr>
        <w:t xml:space="preserve">[31:36] </w:t>
      </w:r>
      <w:r>
        <w:t>planning, mashrooh bandi ke aap dunya ko kya de sakte hain, dunya ko kya khair aap de sakte hain.</w:t>
      </w:r>
    </w:p>
    <w:p>
      <w:pPr>
        <w:jc w:val="right"/>
      </w:pPr>
      <w:r>
        <w:t>پلاننگ، مشروع بندی کہ آپ دنیا کو کیا دے سکتے ہیں، دنیا کو کیا خیر آپ دے سکتے ہیں۔</w:t>
      </w:r>
    </w:p>
    <w:p>
      <w:r>
        <w:rPr>
          <w:b/>
        </w:rPr>
        <w:t xml:space="preserve">[31:42] </w:t>
      </w:r>
      <w:r>
        <w:t>yani khair khwahi ke taqaze ke tehat</w:t>
      </w:r>
    </w:p>
    <w:p>
      <w:pPr>
        <w:jc w:val="right"/>
      </w:pPr>
      <w:r>
        <w:t>یعنی خیر خواہی کے تقاضے کے تحت</w:t>
      </w:r>
    </w:p>
    <w:p>
      <w:r>
        <w:rPr>
          <w:b/>
        </w:rPr>
        <w:t xml:space="preserve">[31:48] </w:t>
      </w:r>
      <w:r>
        <w:t>yeh planning honi chahiye.</w:t>
      </w:r>
    </w:p>
    <w:p>
      <w:pPr>
        <w:jc w:val="right"/>
      </w:pPr>
      <w:r>
        <w:t>یہ پلاننگ ہونی چاہیے۔</w:t>
      </w:r>
    </w:p>
    <w:p>
      <w:r>
        <w:rPr>
          <w:b/>
        </w:rPr>
        <w:t xml:space="preserve">[31:53] </w:t>
      </w:r>
      <w:r>
        <w:t>yani aap ko nafrat ko khatm karna parega, aap ko intiqam ko khatm karna parega, shikayat</w:t>
      </w:r>
    </w:p>
    <w:p>
      <w:pPr>
        <w:jc w:val="right"/>
      </w:pPr>
      <w:r>
        <w:t>یعنی آپ کو نفرت کو ختم کرنا پڑے گا، آپ کو انتقام کو ختم کرنا پڑے گا، شکایت</w:t>
      </w:r>
    </w:p>
    <w:p>
      <w:r>
        <w:rPr>
          <w:b/>
        </w:rPr>
        <w:t xml:space="preserve">[31:58] </w:t>
      </w:r>
      <w:r>
        <w:t>ko khatm karna parega.</w:t>
      </w:r>
    </w:p>
    <w:p>
      <w:pPr>
        <w:jc w:val="right"/>
      </w:pPr>
      <w:r>
        <w:t>کو ختم کرنا پڑے گا۔</w:t>
      </w:r>
    </w:p>
    <w:p>
      <w:r>
        <w:rPr>
          <w:b/>
        </w:rPr>
        <w:t xml:space="preserve">[32:03] </w:t>
      </w:r>
      <w:r>
        <w:t>shikayat musalmanon ko har har ek se shikayat hai, har qaum se shikayat hai.</w:t>
      </w:r>
    </w:p>
    <w:p>
      <w:pPr>
        <w:jc w:val="right"/>
      </w:pPr>
      <w:r>
        <w:t>شکایت مسلمانوں کو ہر ہر ایک سے شکایت ہے، ہر قوم سے شکایت ہے۔</w:t>
      </w:r>
    </w:p>
    <w:p>
      <w:r>
        <w:rPr>
          <w:b/>
        </w:rPr>
        <w:t xml:space="preserve">[32:08] </w:t>
      </w:r>
      <w:r>
        <w:t>in in ke parche padhiye, in ke jalson mein jaiye to bas shikayat aur protest.</w:t>
      </w:r>
    </w:p>
    <w:p>
      <w:pPr>
        <w:jc w:val="right"/>
      </w:pPr>
      <w:r>
        <w:t>ان ان کے پرچے پڑھیے، ان کے جلسوں میں جائیے تو بس شکایت اور پروٹیسٹ۔</w:t>
      </w:r>
    </w:p>
    <w:p>
      <w:r>
        <w:rPr>
          <w:b/>
        </w:rPr>
        <w:t xml:space="preserve">[32:13] </w:t>
      </w:r>
      <w:r>
        <w:t>is ko aap jab khatm karenge, tab aisa hoga ke aap</w:t>
      </w:r>
    </w:p>
    <w:p>
      <w:pPr>
        <w:jc w:val="right"/>
      </w:pPr>
      <w:r>
        <w:t>اس کو آپ جب ختم کریں گے، تب ایسا ہوگا کہ آپ</w:t>
      </w:r>
    </w:p>
    <w:p>
      <w:r>
        <w:rPr>
          <w:b/>
        </w:rPr>
        <w:t xml:space="preserve">[32:18] </w:t>
      </w:r>
      <w:r>
        <w:t>mabni par khair planning kar kar payenge aur tab woh cheez hogi jo logon ko appeal kare.</w:t>
      </w:r>
    </w:p>
    <w:p>
      <w:pPr>
        <w:jc w:val="right"/>
      </w:pPr>
      <w:r>
        <w:t>مبنی پر خیر پلاننگ کر کر پائیں گے اور تب وہ چیز ہوگی جو لوگوں کو اپیل کرے۔</w:t>
      </w:r>
    </w:p>
    <w:p>
      <w:r>
        <w:rPr>
          <w:b/>
        </w:rPr>
        <w:t xml:space="preserve">[32:26] </w:t>
      </w:r>
      <w:r>
        <w:t>aaj ke zamane mein koi aap ke gun aur bomb se mutasir hone wala nahi hai.</w:t>
      </w:r>
    </w:p>
    <w:p>
      <w:pPr>
        <w:jc w:val="right"/>
      </w:pPr>
      <w:r>
        <w:t>آج کے زمانے میں کوئی آپ کے گن اور بم سے متاثر ہونے والا نہیں ہے۔</w:t>
      </w:r>
    </w:p>
    <w:p>
      <w:r>
        <w:rPr>
          <w:b/>
        </w:rPr>
        <w:t xml:space="preserve">[32:33] </w:t>
      </w:r>
      <w:r>
        <w:t>is ko is ke andar woh woh taqatein khatm ho chuki hain jo pehle hua karti thi.</w:t>
      </w:r>
    </w:p>
    <w:p>
      <w:pPr>
        <w:jc w:val="right"/>
      </w:pPr>
      <w:r>
        <w:t>اس کو اس کے اندر وہ وہ طاقتیں ختم ہو چکی ہیں جو پہلے ہوا کرتی تھیں۔</w:t>
      </w:r>
    </w:p>
    <w:p>
      <w:r>
        <w:rPr>
          <w:b/>
        </w:rPr>
        <w:t xml:space="preserve">[32:41] </w:t>
      </w:r>
      <w:r>
        <w:t>pehlay musalmanon ne ek lambi muddat tak, taqreeban ek hazar saal tak, talwar ke zor par hukumat</w:t>
      </w:r>
    </w:p>
    <w:p>
      <w:pPr>
        <w:jc w:val="right"/>
      </w:pPr>
      <w:r>
        <w:t>پہلے مسلمانوں نے ایک لمبی مدت تک، تقریباً ایک ہزار سال تک، تلوار کے زور پر حکومت</w:t>
      </w:r>
    </w:p>
    <w:p>
      <w:r>
        <w:rPr>
          <w:b/>
        </w:rPr>
        <w:t xml:space="preserve">[32:48] </w:t>
      </w:r>
      <w:r>
        <w:t>ein qaim ki, khud india mein bhi. lekin woh daur ab khatam ho gaya. woh daur ki baat thi kyunke talwar jo taqat thi, woh daur ki barabar thi. yeh bhi dekhein, bohat bari ghalati hai. aap kitabein padhein, kitabein padhein musalmanon ki jo kitabein likhi hui hain to us mein woh dikhaein ke kamal yani is ka yani mujahideen ka kamal ke talwar ke zor par unhone alam ka fateh kar dala. maslan dekhiye</w:t>
      </w:r>
    </w:p>
    <w:p>
      <w:pPr>
        <w:jc w:val="right"/>
      </w:pPr>
      <w:r>
        <w:t>یں قائم کیں، خود انڈیا میں بھی۔ لیکن وہ دور اب ختم ہو گیا۔ وہ دور کی بات تھی کیونکہ تلوار جو طاقت تھی، وہ دور کی برابر تھی۔ یہ بھی دیکھیں، بہت بڑی غلطی ہے۔ آپ کتابیں پڑھیں، کتابیں پڑھیں مسلمانوں کی جو کتابیں لکھی ہوئی ہیں تو اس میں وہ دکھائیں کہ کمال یعنی اس کا یعنی مجاہدین کا کمال کہ تلوار کے زور پر انہوں نے عالم کا فتح کر ڈالا۔ مثلاً دیکھیے</w:t>
      </w:r>
    </w:p>
    <w:p>
      <w:r>
        <w:rPr>
          <w:b/>
        </w:rPr>
        <w:t xml:space="preserve">[33:18] </w:t>
      </w:r>
      <w:r>
        <w:t>ek arab shayar the, un ka naam tha zarkali, tourist estraijri ke shayar the. woh unhone ek shair kaha tha jo sare arab mein phaila: "woh hath salahuddin, san tanfina, jiddat din aur shabah al dina" ke dobara salahuddin lao hamare paas, dobara salahuddin ayubi ko dobara lao aur dobara woh ma'arka qaim karo. woh woh is yeh log jante hain nahi ke dob</w:t>
      </w:r>
    </w:p>
    <w:p>
      <w:pPr>
        <w:jc w:val="right"/>
      </w:pPr>
      <w:r>
        <w:t>، ایک عرب شاعر تھے، ان کا نام تھا زرکلی، ٹوٹسٹ ایسٹریجری کے شاعر تھے۔ وہ انہوں نے ایک شعر کہا تھا جو سارے عرب میں پھیلا: "وہ ہاتھ صلاح الدین، سان تنفینا، جدت الدین اور شبہ الدینا" کہ دوبارہ صلاح الدین لاؤ ہمارے پاس، دوبارہ صلاح الدین ایوبی کو دوبارہ لاؤ اور دوبارہ وہ معرکہ قائم کرو۔ وہ وہ اس یہ لوگ جانتے ہیں نہیں کہ دوب</w:t>
      </w:r>
    </w:p>
    <w:p>
      <w:r>
        <w:rPr>
          <w:b/>
        </w:rPr>
        <w:t xml:space="preserve">[33:48] </w:t>
      </w:r>
      <w:r>
        <w:t>arah kar kuch nahi hone wala hai.</w:t>
      </w:r>
    </w:p>
    <w:p>
      <w:pPr>
        <w:jc w:val="right"/>
      </w:pPr>
      <w:r>
        <w:t>ارہ آ کر کچھ نہیں ہونے والا ہے۔</w:t>
      </w:r>
    </w:p>
    <w:p>
      <w:r>
        <w:rPr>
          <w:b/>
        </w:rPr>
        <w:t xml:space="preserve">[33:53] </w:t>
      </w:r>
      <w:r>
        <w:t>woh jo musalmanon ko talwar ki taqat se jo kamyabi hui, woh zamane ki wajah se hui.</w:t>
      </w:r>
    </w:p>
    <w:p>
      <w:pPr>
        <w:jc w:val="right"/>
      </w:pPr>
      <w:r>
        <w:t>وہ جو مسلمانوں کو تلوار کی طاقت سے جو کامیابی ہوئی، وہ زمانے کی وجہ سے ہوئی۔</w:t>
      </w:r>
    </w:p>
    <w:p>
      <w:r>
        <w:rPr>
          <w:b/>
        </w:rPr>
        <w:t xml:space="preserve">[33:59] </w:t>
      </w:r>
      <w:r>
        <w:t>woh zamana tha, ab woh dobara khatm ho gaya.</w:t>
      </w:r>
    </w:p>
    <w:p>
      <w:pPr>
        <w:jc w:val="right"/>
      </w:pPr>
      <w:r>
        <w:t>وہ زمانہ تھا، اب وہ دوبارہ ختم ہو گیا۔</w:t>
      </w:r>
    </w:p>
    <w:p>
      <w:r>
        <w:rPr>
          <w:b/>
        </w:rPr>
        <w:t xml:space="preserve">[34:04] </w:t>
      </w:r>
      <w:r>
        <w:t>ab talwar ke zor par kuch nahi hone wala hai.</w:t>
      </w:r>
    </w:p>
    <w:p>
      <w:pPr>
        <w:jc w:val="right"/>
      </w:pPr>
      <w:r>
        <w:t>اب تلوار کے زور پر کچھ نہیں ہونے والا ہے۔</w:t>
      </w:r>
    </w:p>
    <w:p>
      <w:r>
        <w:rPr>
          <w:b/>
        </w:rPr>
        <w:t xml:space="preserve">[34:09] </w:t>
      </w:r>
      <w:r>
        <w:t>ek zamana tha ke Napoleon ne kaha tha, Napoleon ne kaha tha ke agar mujhe ek lakh afghani</w:t>
      </w:r>
    </w:p>
    <w:p>
      <w:pPr>
        <w:jc w:val="right"/>
      </w:pPr>
      <w:r>
        <w:t>ایک زمانہ تھا کہ نیپولین نے کہا تھا، نیپولین نے کہا تھا کہ اگر مجھے ایک لاکھ افغانی</w:t>
      </w:r>
    </w:p>
    <w:p>
      <w:r>
        <w:rPr>
          <w:b/>
        </w:rPr>
        <w:t xml:space="preserve">[34:14] </w:t>
      </w:r>
      <w:r>
        <w:t>fouji mil jayein, ek lakh</w:t>
      </w:r>
    </w:p>
    <w:p>
      <w:pPr>
        <w:jc w:val="right"/>
      </w:pPr>
      <w:r>
        <w:t>فوجی مل جائیں، ایک لاکھ</w:t>
      </w:r>
    </w:p>
    <w:p>
      <w:r>
        <w:rPr>
          <w:b/>
        </w:rPr>
        <w:t xml:space="preserve">[34:19] </w:t>
      </w:r>
      <w:r>
        <w:t>to main sari dunya fateh kara loon. ab wohi wohi afghani lad phir toh rahe hain, kya fateh kiya unhone? woh woh daur tha ek jab ke napoleon ne aisa kaha tha, jab muscle power ki ahmiyat hua karti thi. aaj muscle power ki ahmiyat nahi hai. aaj to technology hai, science hai, modern thought hai, woh woh chahiye. to main samajhta hoon ke aanay wala jo ramzan hai, is mein hum ek nai</w:t>
      </w:r>
    </w:p>
    <w:p>
      <w:pPr>
        <w:jc w:val="right"/>
      </w:pPr>
      <w:r>
        <w:t>تو میں ساری دنیا فتح کرا لوں۔ اب وہی وہی افغانی لڑ پھر تو رہے ہیں، کیا فتح کیا انہوں نے؟ وہ وہ دور تھا ایک جب کہ نیپولین نے ایسا کہا تھا، جب مسل پاور کی اہمیت ہوا کرتی تھی۔ آج مسل پاور کی اہمیت نہیں ہے۔ آج تو ٹیکنالوجی ہے، سائنس ہے، ماڈرن تھاٹ ہے، وہ وہ چاہیے۔ تو میں سمجھتا ہوں کہ آنے والا جو رمضان ہے، اس میں ہم ایک نئی</w:t>
      </w:r>
    </w:p>
    <w:p>
      <w:r>
        <w:rPr>
          <w:b/>
        </w:rPr>
        <w:t xml:space="preserve">[34:49] </w:t>
      </w:r>
      <w:r>
        <w:t>planning karein dunya ko khair dene ki.</w:t>
      </w:r>
    </w:p>
    <w:p>
      <w:pPr>
        <w:jc w:val="right"/>
      </w:pPr>
      <w:r>
        <w:t>پلاننگ کریں دنیا کو خیر دینے کی۔</w:t>
      </w:r>
    </w:p>
    <w:p>
      <w:r>
        <w:rPr>
          <w:b/>
        </w:rPr>
        <w:t xml:space="preserve">[34:54] </w:t>
      </w:r>
      <w:r>
        <w:t>ek nai planning ke dunya ko kya khair de sakte hain hum, dunya ko kya good hum de sakte hain.</w:t>
      </w:r>
    </w:p>
    <w:p>
      <w:pPr>
        <w:jc w:val="right"/>
      </w:pPr>
      <w:r>
        <w:t>ایک نئی پلاننگ کہ دنیا کو کیا خیر دے سکتے ہیں ہم، دنیا کو کیا گڈ ہم دے سکتے ہیں۔</w:t>
      </w:r>
    </w:p>
    <w:p>
      <w:r>
        <w:rPr>
          <w:b/>
        </w:rPr>
        <w:t xml:space="preserve">[34:59] </w:t>
      </w:r>
      <w:r>
        <w:t>kyun ke musalman woh hai jo nafe ho, giver.</w:t>
      </w:r>
    </w:p>
    <w:p>
      <w:pPr>
        <w:jc w:val="right"/>
      </w:pPr>
      <w:r>
        <w:t>کیونکہ مسلمان وہ ہے جو نافع ہو، گیور۔</w:t>
      </w:r>
    </w:p>
    <w:p>
      <w:r>
        <w:rPr>
          <w:b/>
        </w:rPr>
        <w:t xml:space="preserve">[35:04] </w:t>
      </w:r>
      <w:r>
        <w:t>musalman ko dunya ka giver member banna hai, dunya ki society ka giver member, taker nahi.</w:t>
      </w:r>
    </w:p>
    <w:p>
      <w:pPr>
        <w:jc w:val="right"/>
      </w:pPr>
      <w:r>
        <w:t>مسلمان کو دنیا کا گیور ممبر بننا ہے، دنیا کی سوسائٹی کا گیور ممبر، ٹیکر نہیں۔</w:t>
      </w:r>
    </w:p>
    <w:p>
      <w:r>
        <w:rPr>
          <w:b/>
        </w:rPr>
        <w:t xml:space="preserve">[35:09] </w:t>
      </w:r>
      <w:r>
        <w:t>wa ma mind for naas, fahm pillar.</w:t>
      </w:r>
    </w:p>
    <w:p>
      <w:pPr>
        <w:jc w:val="right"/>
      </w:pPr>
      <w:r>
        <w:t>وما مائنڈ فور ناس، فہم پلر۔</w:t>
      </w:r>
    </w:p>
    <w:p>
      <w:r>
        <w:rPr>
          <w:b/>
        </w:rPr>
        <w:t xml:space="preserve">[35:15] </w:t>
      </w:r>
      <w:r>
        <w:t>to main samajhta hoon ke aanay walay Ramzan mein</w:t>
      </w:r>
    </w:p>
    <w:p>
      <w:pPr>
        <w:jc w:val="right"/>
      </w:pPr>
      <w:r>
        <w:t>تو میں سمجھتا ہوں کہ آنے والے رمضان میں</w:t>
      </w:r>
    </w:p>
    <w:p>
      <w:r>
        <w:rPr>
          <w:b/>
        </w:rPr>
        <w:t xml:space="preserve">[35:20] </w:t>
      </w:r>
      <w:r>
        <w:t>hum ko yeh chahiye, aur main Allah ke fazal se khud is mein shareek hoon ke hum yeh</w:t>
      </w:r>
    </w:p>
    <w:p>
      <w:pPr>
        <w:jc w:val="right"/>
      </w:pPr>
      <w:r>
        <w:t>ہم کو یہ چاہیے، اور میں اللہ کے فضل سے خود اس میں شریک ہوں کہ ہم یہ</w:t>
      </w:r>
    </w:p>
    <w:p>
      <w:r>
        <w:rPr>
          <w:b/>
        </w:rPr>
        <w:t xml:space="preserve">[35:26] </w:t>
      </w:r>
      <w:r>
        <w:t>sochain ke hum dunya ko kya de sakte hain.</w:t>
      </w:r>
    </w:p>
    <w:p>
      <w:pPr>
        <w:jc w:val="right"/>
      </w:pPr>
      <w:r>
        <w:t>سوچیں کہ ہم دنیا کو کیا دے سکتے ہیں۔</w:t>
      </w:r>
    </w:p>
    <w:p>
      <w:r>
        <w:rPr>
          <w:b/>
        </w:rPr>
        <w:t xml:space="preserve">[35:32] </w:t>
      </w:r>
      <w:r>
        <w:t>dunya ko aap industry ke sath to kuch nahiN de sakte, dehat bhi nahiN de sakte aap.</w:t>
      </w:r>
    </w:p>
    <w:p>
      <w:pPr>
        <w:jc w:val="right"/>
      </w:pPr>
      <w:r>
        <w:t>دنیا کو آپ انڈسٹری کے ساتھ تو کچھ نہیں دے سکتے، دیہات بھی نہیں دے سکتے آپ۔</w:t>
      </w:r>
    </w:p>
    <w:p>
      <w:r>
        <w:rPr>
          <w:b/>
        </w:rPr>
        <w:t xml:space="preserve">[35:38] </w:t>
      </w:r>
      <w:r>
        <w:t>aur karwayaat, karwayaat kahaN deN ge? kal maine ek arab scholar ki ek taqreer paRhi, unhoNe</w:t>
      </w:r>
    </w:p>
    <w:p>
      <w:pPr>
        <w:jc w:val="right"/>
      </w:pPr>
      <w:r>
        <w:t>اور کاروایات، کاروایات کہاں دیں گے؟ کل میں نے ایک عرب اسکالر کی ایک تقریر پڑھی، انہوں نے</w:t>
      </w:r>
    </w:p>
    <w:p>
      <w:r>
        <w:rPr>
          <w:b/>
        </w:rPr>
        <w:t xml:space="preserve">[35:44] </w:t>
      </w:r>
      <w:r>
        <w:t>likha hai ke is mein kaha</w:t>
      </w:r>
    </w:p>
    <w:p>
      <w:pPr>
        <w:jc w:val="right"/>
      </w:pPr>
      <w:r>
        <w:t>لکھا ہے کہ اس میں کہا</w:t>
      </w:r>
    </w:p>
    <w:p>
      <w:r>
        <w:rPr>
          <w:b/>
        </w:rPr>
        <w:t xml:space="preserve">[35:50] </w:t>
      </w:r>
      <w:r>
        <w:t>tha unhone ke hum ko maghrib ke saman ka boycott karna chahiye. to mujhe bohat taajjub hua, maghrib ke saman ka boycott kar ke aap kya karenge? kai bar yeh baatein kahi gayi hain, kai bar ke maghrib ke saman ka boycott. maghribi kitab ko sab cheez mil rahi hai, boycott karenge aap? yeh jo aadmi taqreer kar raha tha, maine socha khud us ki jeb mein jo mobile hoga, woh maghrib pe din hai, us ka jo kapra</w:t>
      </w:r>
    </w:p>
    <w:p>
      <w:pPr>
        <w:jc w:val="right"/>
      </w:pPr>
      <w:r>
        <w:t>تھا انہوں نے کہ ہم کو مغرب کے سامان کا بائیکاٹ کرنا چاہیے۔ تو مجھے بہت تعجب ہوا، مغرب کے سامان کا بائیکاٹ کر کے آپ کیا کریں گے؟ کئی بار یہ باتیں کہی گئی ہیں، کئی بار کہ مغرب کے سامان کا بائیکاٹ۔ مغربی کتاب کو سب چیز مل رہی ہے، بائیکاٹ کریں گے آپ؟ یہ جو آدمی تقریر کر رہا تھا، میں نے سوچا خود اس کی جیب میں جو موبائل ہوگا، وہ مغرب پہ دین ہے، اس کا جو کپڑا</w:t>
      </w:r>
    </w:p>
    <w:p>
      <w:r>
        <w:rPr>
          <w:b/>
        </w:rPr>
        <w:t xml:space="preserve">[36:20] </w:t>
      </w:r>
      <w:r>
        <w:t>pehne hoga, wo maghrib pe deen hai, jis loudspeaker bol raha hoga, wo maghrib pe deen hai.</w:t>
      </w:r>
    </w:p>
    <w:p>
      <w:pPr>
        <w:jc w:val="right"/>
      </w:pPr>
      <w:r>
        <w:t>پہنے ہوگا، وہ مغرب پہ دین ہے، جس لاؤڈ سپیکر بول رہا ہوگا، وہ مغرب پہ دین ہے۔</w:t>
      </w:r>
    </w:p>
    <w:p>
      <w:r>
        <w:rPr>
          <w:b/>
        </w:rPr>
        <w:t xml:space="preserve">[36:25] </w:t>
      </w:r>
      <w:r>
        <w:t>kaise boycott kareN ge aap? ye koi planning nahi hai ke aap planning kareN ke hameN boycott karna</w:t>
      </w:r>
    </w:p>
    <w:p>
      <w:pPr>
        <w:jc w:val="right"/>
      </w:pPr>
      <w:r>
        <w:t>کیسے بائیکاٹ کریں گے آپ؟ یہ کوئی پلاننگ نہیں ہے کہ آپ پلاننگ کریں کہ ہمیں بائیکاٹ کرنا</w:t>
      </w:r>
    </w:p>
    <w:p>
      <w:r>
        <w:rPr>
          <w:b/>
        </w:rPr>
        <w:t xml:space="preserve">[36:30] </w:t>
      </w:r>
      <w:r>
        <w:t>hai maghrib ke maal ka.</w:t>
      </w:r>
    </w:p>
    <w:p>
      <w:pPr>
        <w:jc w:val="right"/>
      </w:pPr>
      <w:r>
        <w:t>ہے مغرب کے مال کا۔</w:t>
      </w:r>
    </w:p>
    <w:p>
      <w:r>
        <w:rPr>
          <w:b/>
        </w:rPr>
        <w:t xml:space="preserve">[36:35] </w:t>
      </w:r>
      <w:r>
        <w:t>nahiN, hum ne dena hai.</w:t>
      </w:r>
    </w:p>
    <w:p>
      <w:pPr>
        <w:jc w:val="right"/>
      </w:pPr>
      <w:r>
        <w:t>نہیں، ہم نے دینا ہے۔</w:t>
      </w:r>
    </w:p>
    <w:p>
      <w:r>
        <w:rPr>
          <w:b/>
        </w:rPr>
        <w:t xml:space="preserve">[36:40] </w:t>
      </w:r>
      <w:r>
        <w:t>aap aise literature tayyar kijiye jo un ke Islam ki sachai ko un par baaran kare, un ko</w:t>
      </w:r>
    </w:p>
    <w:p>
      <w:pPr>
        <w:jc w:val="right"/>
      </w:pPr>
      <w:r>
        <w:t>آپ ایسے لیٹریچر تیار کیجئے جو ان کے اسلام کی سچائی کو ان پر ببارن کرے، ان کو</w:t>
      </w:r>
    </w:p>
    <w:p>
      <w:r>
        <w:rPr>
          <w:b/>
        </w:rPr>
        <w:t xml:space="preserve">[36:45] </w:t>
      </w:r>
      <w:r>
        <w:t>Islam ki sachai ko maanne wala banaye. maal</w:t>
      </w:r>
    </w:p>
    <w:p>
      <w:pPr>
        <w:jc w:val="right"/>
      </w:pPr>
      <w:r>
        <w:t>اسلام کی سچائی کو ماننے والا بنائے۔ مال</w:t>
      </w:r>
    </w:p>
    <w:p>
      <w:r>
        <w:rPr>
          <w:b/>
        </w:rPr>
        <w:t xml:space="preserve">[36:50] </w:t>
      </w:r>
      <w:r>
        <w:t>nahiN kaTne se kya faida? maal kaTne se kya faida? yaani ek ek lateefa arz karunga, jab</w:t>
      </w:r>
    </w:p>
    <w:p>
      <w:pPr>
        <w:jc w:val="right"/>
      </w:pPr>
      <w:r>
        <w:t>نہیں کاٹنے سے کیا فائدہ؟ مال کاٹنے سے کیا فائدہ؟ یعنی ایک ایک لطیفہ عرض کروں گا، جب</w:t>
      </w:r>
    </w:p>
    <w:p>
      <w:r>
        <w:rPr>
          <w:b/>
        </w:rPr>
        <w:t xml:space="preserve">[36:58] </w:t>
      </w:r>
      <w:r>
        <w:t>cartoon chhapa tha Denmark ke parche mein to Muslim countries mein yahi naara uTha tha ke Denmark ke,</w:t>
      </w:r>
    </w:p>
    <w:p>
      <w:pPr>
        <w:jc w:val="right"/>
      </w:pPr>
      <w:r>
        <w:t>کارٹون چھپا تھا ڈنمارک کے پرچے میں تو مسلم کنٹریز میں یہی نعرہ اٹھا تھا کہ ڈنمارک کے،</w:t>
      </w:r>
    </w:p>
    <w:p>
      <w:r>
        <w:rPr>
          <w:b/>
        </w:rPr>
        <w:t xml:space="preserve">[37:05] </w:t>
      </w:r>
      <w:r>
        <w:t>Denmark jo hai, wo wahaN mulk product bohat hai.</w:t>
      </w:r>
    </w:p>
    <w:p>
      <w:pPr>
        <w:jc w:val="right"/>
      </w:pPr>
      <w:r>
        <w:t>ڈنمارک جو ہے، وہ وہاں ملک پروڈکٹ بہت ہے۔</w:t>
      </w:r>
    </w:p>
    <w:p>
      <w:r>
        <w:rPr>
          <w:b/>
        </w:rPr>
        <w:t xml:space="preserve">[37:13] </w:t>
      </w:r>
      <w:r>
        <w:t>wahaN par Denmark mein jo doodh se banne wale</w:t>
      </w:r>
    </w:p>
    <w:p>
      <w:pPr>
        <w:jc w:val="right"/>
      </w:pPr>
      <w:r>
        <w:t>وہاں پر ڈنمارک میں جو دودھ سے بننے والے</w:t>
      </w:r>
    </w:p>
    <w:p>
      <w:r>
        <w:rPr>
          <w:b/>
        </w:rPr>
        <w:t xml:space="preserve">[37:20] </w:t>
      </w:r>
      <w:r>
        <w:t>saaman hote haiN, is ka bohat wahaN par industries haiN, bohat zyada mulk product ki.</w:t>
      </w:r>
    </w:p>
    <w:p>
      <w:pPr>
        <w:jc w:val="right"/>
      </w:pPr>
      <w:r>
        <w:t>سامان ہوتے ہیں، اس کا بہت وہاں پر انڈسٹریز ہیں، بہت زیادہ ملک پروڈکٹ کی۔</w:t>
      </w:r>
    </w:p>
    <w:p>
      <w:r>
        <w:rPr>
          <w:b/>
        </w:rPr>
        <w:t xml:space="preserve">[37:26] </w:t>
      </w:r>
      <w:r>
        <w:t>to hameN Denmark ke mulk products ka boycott karna chahiye.</w:t>
      </w:r>
    </w:p>
    <w:p>
      <w:pPr>
        <w:jc w:val="right"/>
      </w:pPr>
      <w:r>
        <w:t>تو ہمیں ڈنمارک کے ملک پروڈکٹس کا بائیکاٹ کرنا چاہیے۔</w:t>
      </w:r>
    </w:p>
    <w:p>
      <w:r>
        <w:rPr>
          <w:b/>
        </w:rPr>
        <w:t xml:space="preserve">[37:32] </w:t>
      </w:r>
      <w:r>
        <w:t>to mujhe mujhe pata chala tha ke kuch gharoN mein josh mein is par amal kiya unhoNe.</w:t>
      </w:r>
    </w:p>
    <w:p>
      <w:pPr>
        <w:jc w:val="right"/>
      </w:pPr>
      <w:r>
        <w:t>تو مجھے مجھے پتہ چلا تھا کہ کچھ گھروں میں جوش میں اس پر عمل کیا انہوں نے۔</w:t>
      </w:r>
    </w:p>
    <w:p>
      <w:r>
        <w:rPr>
          <w:b/>
        </w:rPr>
        <w:t xml:space="preserve">[37:38] </w:t>
      </w:r>
      <w:r>
        <w:t>yaani Denmark se aata tha jo jo butter aur doosre mulk product, is ko boycott kiya unhoNe.</w:t>
      </w:r>
    </w:p>
    <w:p>
      <w:pPr>
        <w:jc w:val="right"/>
      </w:pPr>
      <w:r>
        <w:t>یعنی ڈنمارک سے آتا تھا جو جو بٹر اور دوسرے ملک پروڈکٹ، اس کو بائیکاٹ کیا انہوں نے۔</w:t>
      </w:r>
    </w:p>
    <w:p>
      <w:r>
        <w:rPr>
          <w:b/>
        </w:rPr>
        <w:t xml:space="preserve">[37:44] </w:t>
      </w:r>
      <w:r>
        <w:t>to chand din ke baad un ke bachchoN ne kaha ke hameN ye nahi</w:t>
      </w:r>
    </w:p>
    <w:p>
      <w:pPr>
        <w:jc w:val="right"/>
      </w:pPr>
      <w:r>
        <w:t>تو چند دن کے بعد ان کے بچوں نے کہا کہ ہمیں یہ نہیں</w:t>
      </w:r>
    </w:p>
    <w:p>
      <w:r>
        <w:rPr>
          <w:b/>
        </w:rPr>
        <w:t xml:space="preserve">[37:50] </w:t>
      </w:r>
      <w:r>
        <w:t>khana hai. yani doosre mulkon ke mangwa ke ghar mein fridge mein rakh diya unhone, doosre mulkon ke ke mulk products. to bachchon ne kaha hamein hamein nahi khana, hamein to wohi chahiye, hamein wohi denmark wala chahiye kyunke sab se aala quality ka hota hai denmark ka. to kya hua? maa baap jo the, unhone surrender kar diya. jo bachche bachchon ne kaha, wohi wohi karne lage. to aisa yani ridiculous hai,</w:t>
      </w:r>
    </w:p>
    <w:p>
      <w:pPr>
        <w:jc w:val="right"/>
      </w:pPr>
      <w:r>
        <w:t>کھانا ہے۔ یعنی دوسرے ملکوں کے منگوا کے گھر میں فریج میں رکھ دیا انہوں نے، دوسرے ملکوں کے کے ملک پروڈکٹس۔ تو بچوں نے کہا ہمیں ہمیں نہیں کھانا، ہمیں تو وہی چاہیے، ہمیں وہی ڈنمارک والا چاہیے کیونکہ سب سے اعلیٰ کوالٹی کا ہوتا ہے ڈنمارک کا۔ تو کیا ہوا؟ ماں باپ جو تھے، انہوں نے سرینڈر کر دیا۔ جو بچے بچوں نے کہا، وہی وہی کرنے لگے۔ تو ایسا یعنی ریڈیکولس ہے،</w:t>
      </w:r>
    </w:p>
    <w:p>
      <w:r>
        <w:rPr>
          <w:b/>
        </w:rPr>
        <w:t xml:space="preserve">[38:20] </w:t>
      </w:r>
      <w:r>
        <w:t>aisa naara dena jo chalne wala na ho, jo naara chalne wala na ho.</w:t>
      </w:r>
    </w:p>
    <w:p>
      <w:pPr>
        <w:jc w:val="right"/>
      </w:pPr>
      <w:r>
        <w:t>ایسا نعرہ دینا جو چلنے والا نہ ہو، جو نعرہ چلنے والا نہ ہو۔</w:t>
      </w:r>
    </w:p>
    <w:p>
      <w:r>
        <w:rPr>
          <w:b/>
        </w:rPr>
        <w:t xml:space="preserve">[38:25] </w:t>
      </w:r>
      <w:r>
        <w:t>to ridiculous hai.</w:t>
      </w:r>
    </w:p>
    <w:p>
      <w:pPr>
        <w:jc w:val="right"/>
      </w:pPr>
      <w:r>
        <w:t>تو ریڈیکولس ہے۔</w:t>
      </w:r>
    </w:p>
    <w:p>
      <w:r>
        <w:rPr>
          <w:b/>
        </w:rPr>
        <w:t xml:space="preserve">[38:30] </w:t>
      </w:r>
      <w:r>
        <w:t>kya aap awaaz par nahi uReN ge? kya aap car par nahi beTheN ge? kya aap mobile istemal</w:t>
      </w:r>
    </w:p>
    <w:p>
      <w:pPr>
        <w:jc w:val="right"/>
      </w:pPr>
      <w:r>
        <w:t>کیا آپ آوازات پر نہیں اڑیں گے؟ کیا آپ کار پر نہیں بیٹھیں گے؟ کیا آپ موبائل استعمال</w:t>
      </w:r>
    </w:p>
    <w:p>
      <w:r>
        <w:rPr>
          <w:b/>
        </w:rPr>
        <w:t xml:space="preserve">[38:35] </w:t>
      </w:r>
      <w:r>
        <w:t>nahi kareN ge? har har cheez to wahiN se aati hai, wahiN unhi ki technology hai jo jo</w:t>
      </w:r>
    </w:p>
    <w:p>
      <w:pPr>
        <w:jc w:val="right"/>
      </w:pPr>
      <w:r>
        <w:t>نہیں کریں گے؟ ہر ہر چیز تو وہیں سے آتی ہے، وہیں انہی کی ٹیکنالوجی ہے جو جو</w:t>
      </w:r>
    </w:p>
    <w:p>
      <w:r>
        <w:rPr>
          <w:b/>
        </w:rPr>
        <w:t xml:space="preserve">[38:40] </w:t>
      </w:r>
      <w:r>
        <w:t>agar doosre jagahoN par saaman ban raha hai to wo bhi unhi ki technology hai, unhi ka expert hai.</w:t>
      </w:r>
    </w:p>
    <w:p>
      <w:pPr>
        <w:jc w:val="right"/>
      </w:pPr>
      <w:r>
        <w:t>اگر دوسرے جگہوں پر سامان بن رہا ہے تو وہ بھی انہی کی ٹیکنالوجی ہے، انہی کا ایکسپرٹ ہے۔</w:t>
      </w:r>
    </w:p>
    <w:p>
      <w:r>
        <w:rPr>
          <w:b/>
        </w:rPr>
        <w:t xml:space="preserve">[38:45] </w:t>
      </w:r>
      <w:r>
        <w:t>to main yahi kahunga ke</w:t>
      </w:r>
    </w:p>
    <w:p>
      <w:pPr>
        <w:jc w:val="right"/>
      </w:pPr>
      <w:r>
        <w:t>تو میں یہی کہوں گا کہ</w:t>
      </w:r>
    </w:p>
    <w:p>
      <w:r>
        <w:rPr>
          <w:b/>
        </w:rPr>
        <w:t xml:space="preserve">[38:50] </w:t>
      </w:r>
      <w:r>
        <w:t>is bar hum mein se har shakhs ko ramzan mein yeh spirit jagana hai, yani giving spirit. ab dunya ko kya dein? to main arz karunga ke hamare paas dene ke liye sirf ek cheez hai, woh hai ideology, tauheed ki ideology. hamare paas kuch nahi hai dene ke liye kyunke sare technology to unhi ke hain, har cheez unhi se lete hain. sare</w:t>
      </w:r>
    </w:p>
    <w:p>
      <w:pPr>
        <w:jc w:val="right"/>
      </w:pPr>
      <w:r>
        <w:t>اس بار ہم میں سے ہر شخص کو رمضان میں یہ سپرٹ جگانا ہے، یعنی گیونگ سپرٹ۔ اب دنیا کو کیا دیں؟ تو میں عرض کروں گا کہ ہمارے پاس دینے کے لیے صرف ایک چیز ہے، وہ ہے آئیڈیالوجی، توحید کی آئیڈیالوجی۔ ہمارے پاس کچھ نہیں ہے دینے کے لیے کیونکہ سارے ٹیکنالوجی تو انہی کے ہیں، ہر چیز انہی سے لیتے ہیں۔ سارے</w:t>
      </w:r>
    </w:p>
    <w:p>
      <w:r>
        <w:rPr>
          <w:b/>
        </w:rPr>
        <w:t xml:space="preserve">[39:20] </w:t>
      </w:r>
      <w:r>
        <w:t>market, saare shobay, center unhi ki technology se bhare hue haiN.</w:t>
      </w:r>
    </w:p>
    <w:p>
      <w:pPr>
        <w:jc w:val="right"/>
      </w:pPr>
      <w:r>
        <w:t>مارکیٹ، سارے شعبے، سینٹر انہی کی ٹیکنالوجی سے بھرے ہوئے ہیں۔</w:t>
      </w:r>
    </w:p>
    <w:p>
      <w:r>
        <w:rPr>
          <w:b/>
        </w:rPr>
        <w:t xml:space="preserve">[39:28] </w:t>
      </w:r>
      <w:r>
        <w:t>lekin ek cheez hamare paas woh hai jo un ke paas nahi hai, woh hai ideology, ideology of truth.</w:t>
      </w:r>
    </w:p>
    <w:p>
      <w:pPr>
        <w:jc w:val="right"/>
      </w:pPr>
      <w:r>
        <w:t>لیکن ایک چیز ہمارے پاس وہ ہے جو ان کے پاس نہیں ہے، وہ ہے آئیڈیالوجی، آئیڈیالوجی آف ٹروتھ۔</w:t>
      </w:r>
    </w:p>
    <w:p>
      <w:r>
        <w:rPr>
          <w:b/>
        </w:rPr>
        <w:t xml:space="preserve">[39:36] </w:t>
      </w:r>
      <w:r>
        <w:t>hamare paas yeh cheez maujood hai to hamein isi ki planning karna chahiye.</w:t>
      </w:r>
    </w:p>
    <w:p>
      <w:pPr>
        <w:jc w:val="right"/>
      </w:pPr>
      <w:r>
        <w:t>ہمارے پاس یہ چیز موجود ہے تو ہمیں اسی کی پلاننگ کرنا چاہیے۔</w:t>
      </w:r>
    </w:p>
    <w:p>
      <w:r>
        <w:rPr>
          <w:b/>
        </w:rPr>
        <w:t xml:space="preserve">[39:43] </w:t>
      </w:r>
      <w:r>
        <w:t>dawat ki planning, quran ko har zaban mein tarjuma kar ke doosron ko pahunchana,</w:t>
      </w:r>
    </w:p>
    <w:p>
      <w:pPr>
        <w:jc w:val="right"/>
      </w:pPr>
      <w:r>
        <w:t>دعوت کی پلاننگ، قرآن کو ہر زبان میں ترجمہ کر کے دوسروں کو پہنچانا،</w:t>
      </w:r>
    </w:p>
    <w:p>
      <w:r>
        <w:rPr>
          <w:b/>
        </w:rPr>
        <w:t xml:space="preserve">[39:51] </w:t>
      </w:r>
      <w:r>
        <w:t>seerat rasool pe kitab mein likh kar ke, yani peaceful andaaz mein is ko logon tak pahunchana</w:t>
      </w:r>
    </w:p>
    <w:p>
      <w:pPr>
        <w:jc w:val="right"/>
      </w:pPr>
      <w:r>
        <w:t>سیرت رسول پہ کتاب میں لکھ کر کے، یعنی پیس فل انداز میں اس کو لوگوں تک پہنچانا</w:t>
      </w:r>
    </w:p>
    <w:p>
      <w:r>
        <w:rPr>
          <w:b/>
        </w:rPr>
        <w:t xml:space="preserve">[39:56] </w:t>
      </w:r>
      <w:r>
        <w:t>har zaban mein.</w:t>
      </w:r>
    </w:p>
    <w:p>
      <w:pPr>
        <w:jc w:val="right"/>
      </w:pPr>
      <w:r>
        <w:t>ہر زبان میں۔</w:t>
      </w:r>
    </w:p>
    <w:p>
      <w:r>
        <w:rPr>
          <w:b/>
        </w:rPr>
        <w:t xml:space="preserve">[40:01] </w:t>
      </w:r>
      <w:r>
        <w:t>to hamari jo jo planning hoti hogi, woh ideology based hogi.</w:t>
      </w:r>
    </w:p>
    <w:p>
      <w:pPr>
        <w:jc w:val="right"/>
      </w:pPr>
      <w:r>
        <w:t>تو ہماری جو جو پلاننگ ہوتی ہوگی، وہ آئیڈیالوجی بیسڈ ہوگی۔</w:t>
      </w:r>
    </w:p>
    <w:p>
      <w:r>
        <w:rPr>
          <w:b/>
        </w:rPr>
        <w:t xml:space="preserve">[40:06] </w:t>
      </w:r>
      <w:r>
        <w:t>yeh nahi ke maal ka boycott karein, un ke khilaaf mazameen chapayein, un ke khilaaf taqreerein karein.</w:t>
      </w:r>
    </w:p>
    <w:p>
      <w:pPr>
        <w:jc w:val="right"/>
      </w:pPr>
      <w:r>
        <w:t>یہ نہیں کہ مال کا بائیکاٹ کریں، ان کے خلاف مضامین چھاپیں، ان کے خلاف تقریریں کریں۔</w:t>
      </w:r>
    </w:p>
    <w:p>
      <w:r>
        <w:rPr>
          <w:b/>
        </w:rPr>
        <w:t xml:space="preserve">[40:12] </w:t>
      </w:r>
      <w:r>
        <w:t>yeh koi planning nahi hai.</w:t>
      </w:r>
    </w:p>
    <w:p>
      <w:pPr>
        <w:jc w:val="right"/>
      </w:pPr>
      <w:r>
        <w:t>یہ کوئی پلاننگ نہیں ہے۔</w:t>
      </w:r>
    </w:p>
    <w:p>
      <w:r>
        <w:rPr>
          <w:b/>
        </w:rPr>
        <w:t xml:space="preserve">[40:17] </w:t>
      </w:r>
      <w:r>
        <w:t>dekhein, jo jo planning chalne wali na ho, jo effective na ho, woh planning nahi hai. woh</w:t>
      </w:r>
    </w:p>
    <w:p>
      <w:pPr>
        <w:jc w:val="right"/>
      </w:pPr>
      <w:r>
        <w:t>دیکھیں، جو جو پلاننگ چلنے والی نہ ہو، جو ایفیکٹیو نہ ہو، وہ پلاننگ نہیں ہے۔ وہ</w:t>
      </w:r>
    </w:p>
    <w:p>
      <w:r>
        <w:rPr>
          <w:b/>
        </w:rPr>
        <w:t xml:space="preserve">[40:22] </w:t>
      </w:r>
      <w:r>
        <w:t>koi bhi doosri planning to musalman bohat kar chuke hain, woh effective nahi hui.</w:t>
      </w:r>
    </w:p>
    <w:p>
      <w:pPr>
        <w:jc w:val="right"/>
      </w:pPr>
      <w:r>
        <w:t>کوئی بھی دوسری پلاننگ تو مسلمان بہت کر چکے ہیں، وہ ایفیکٹیو نہیں ہوئی۔</w:t>
      </w:r>
    </w:p>
    <w:p>
      <w:r>
        <w:rPr>
          <w:b/>
        </w:rPr>
        <w:t xml:space="preserve">[40:29] </w:t>
      </w:r>
      <w:r>
        <w:t>to jo mansooba amal mein na aa sake, matlab result jo chahte hain aap, woh result is se</w:t>
      </w:r>
    </w:p>
    <w:p>
      <w:pPr>
        <w:jc w:val="right"/>
      </w:pPr>
      <w:r>
        <w:t>تو جو منصوبہ عمل میں نہ آ سکے، مطلب رزلٹ جو چاہتے ہیں آپ، وہ رزلٹ اس سے</w:t>
      </w:r>
    </w:p>
    <w:p>
      <w:r>
        <w:rPr>
          <w:b/>
        </w:rPr>
        <w:t xml:space="preserve">[40:37] </w:t>
      </w:r>
      <w:r>
        <w:t>na nikle to woh woh mansooba nahi tha, woh planning nahi thi.</w:t>
      </w:r>
    </w:p>
    <w:p>
      <w:pPr>
        <w:jc w:val="right"/>
      </w:pPr>
      <w:r>
        <w:t>نہ نکلے تو وہ وہ منصوبہ نہیں تھا، وہ پلاننگ نہیں تھی۔</w:t>
      </w:r>
    </w:p>
    <w:p>
      <w:r>
        <w:rPr>
          <w:b/>
        </w:rPr>
        <w:t xml:space="preserve">[40:45] </w:t>
      </w:r>
      <w:r>
        <w:t>woh to mein samajhta hoon ke hum hamare paas sirf ek hi cheez hai, woh hai ideology of tauheed.</w:t>
      </w:r>
    </w:p>
    <w:p>
      <w:pPr>
        <w:jc w:val="right"/>
      </w:pPr>
      <w:r>
        <w:t>وہ تو میں سمجھتا ہوں کہ ہم ہمارے پاس صرف ایک ہی چیز ہے، وہ ہے آئیڈیالوجی آف توحید۔</w:t>
      </w:r>
    </w:p>
    <w:p>
      <w:r>
        <w:rPr>
          <w:b/>
        </w:rPr>
        <w:t xml:space="preserve">[40:52] </w:t>
      </w:r>
      <w:r>
        <w:t>hamare paas jo mehfooz quran hai, mehfooz sunnat rasool hai, yeh cheezein hamare paas hain.</w:t>
      </w:r>
    </w:p>
    <w:p>
      <w:pPr>
        <w:jc w:val="right"/>
      </w:pPr>
      <w:r>
        <w:t>ہمارے پاس جو محفوظ قرآن ہے، محفوظ سنت رسول ہے، یہ چیزیں ہمارے پاس ہیں۔</w:t>
      </w:r>
    </w:p>
    <w:p>
      <w:r>
        <w:rPr>
          <w:b/>
        </w:rPr>
        <w:t xml:space="preserve">[41:00] </w:t>
      </w:r>
      <w:r>
        <w:t>sahaba ke sahaba ki zindagi ki shakal mein hamare paas bohat bari tareekh hai.</w:t>
      </w:r>
    </w:p>
    <w:p>
      <w:pPr>
        <w:jc w:val="right"/>
      </w:pPr>
      <w:r>
        <w:t>صحابہ کے صحابہ کی زندگیوں کی شکل میں ہمارے پاس بہت بڑی تاریخ ہے۔</w:t>
      </w:r>
    </w:p>
    <w:p>
      <w:r>
        <w:rPr>
          <w:b/>
        </w:rPr>
        <w:t xml:space="preserve">[41:07] </w:t>
      </w:r>
      <w:r>
        <w:t>to yeh is ki buniyad par hamein planning karna chahiye, is ki buniyad par.</w:t>
      </w:r>
    </w:p>
    <w:p>
      <w:pPr>
        <w:jc w:val="right"/>
      </w:pPr>
      <w:r>
        <w:t>تو یہ اس کی بنیاد پر ہمیں پلاننگ کرنا چاہیے، اس کی بنیاد پر۔</w:t>
      </w:r>
    </w:p>
    <w:p>
      <w:r>
        <w:rPr>
          <w:b/>
        </w:rPr>
        <w:t xml:space="preserve">[41:15] </w:t>
      </w:r>
      <w:r>
        <w:t>aur is ki dunya dunya ko isi ka intezar hai, aaj ki dunya ko isi ka intezar hai.</w:t>
      </w:r>
    </w:p>
    <w:p>
      <w:pPr>
        <w:jc w:val="right"/>
      </w:pPr>
      <w:r>
        <w:t>اور اس کی دنیا دنیا کو اسی کا انتظار ہے، آج کی دنیا کو اسی کا انتظار ہے۔</w:t>
      </w:r>
    </w:p>
    <w:p>
      <w:r>
        <w:rPr>
          <w:b/>
        </w:rPr>
        <w:t xml:space="preserve">[41:22] </w:t>
      </w:r>
      <w:r>
        <w:t>hum is ka sawal koi aur cheez dunya ko nahi de sakte.</w:t>
      </w:r>
    </w:p>
    <w:p>
      <w:pPr>
        <w:jc w:val="right"/>
      </w:pPr>
      <w:r>
        <w:t>ہم اس کا سوال کوئی اور چیز دنیا کو نہیں دے سکتے۔</w:t>
      </w:r>
    </w:p>
    <w:p>
      <w:r>
        <w:rPr>
          <w:b/>
        </w:rPr>
        <w:t xml:space="preserve">[41:30] </w:t>
      </w:r>
      <w:r>
        <w:t>to aaj ka jo akhbar hai, us mein yani isi unwan ke tehat mera mazmoon chupa hai ke</w:t>
      </w:r>
    </w:p>
    <w:p>
      <w:pPr>
        <w:jc w:val="right"/>
      </w:pPr>
      <w:r>
        <w:t>تو آج کا جو اخبار ہے، اس میں یعنی اسی عنوان کے تحت میرا مضمون چھپا ہے کہ</w:t>
      </w:r>
    </w:p>
    <w:p>
      <w:r>
        <w:rPr>
          <w:b/>
        </w:rPr>
        <w:t xml:space="preserve">[41:38] </w:t>
      </w:r>
      <w:r>
        <w:t>رمضان اس لیے کہ giving spirit لوگوں کے اندر آئے، giving spirit۔</w:t>
      </w:r>
    </w:p>
    <w:p>
      <w:pPr>
        <w:jc w:val="right"/>
      </w:pPr>
      <w:r>
        <w:t>رمضان اس لیے کہ گیونگ سپرٹ لوگوں کے اندر آئے، گیونگ سپرٹ۔</w:t>
      </w:r>
    </w:p>
    <w:p>
      <w:r>
        <w:rPr>
          <w:b/>
        </w:rPr>
        <w:t xml:space="preserve">[41:45] </w:t>
      </w:r>
      <w:r>
        <w:t>aur khud rasool Allah salallahu alaihi wasallam ki ka jo namoona hai, us se yahi sabit hota hai.</w:t>
      </w:r>
    </w:p>
    <w:p>
      <w:pPr>
        <w:jc w:val="right"/>
      </w:pPr>
      <w:r>
        <w:t>اور خود رسول اللہ صلی اللہ علیہ وسلم کی کا جو نمونہ ہے، اس سے یہی ثابت ہوتا ہے۔</w:t>
      </w:r>
    </w:p>
    <w:p>
      <w:r>
        <w:rPr>
          <w:b/>
        </w:rPr>
        <w:t xml:space="preserve">[41:53] </w:t>
      </w:r>
      <w:r>
        <w:t>jaisa ke maine bukhari ki riwayat aap ko sunai ke rasool ALLAH صلی اللہ علیہ وسلم ramzan ke mahine mein, zamane mein khair dono ko doosron ko dein. is ke liye aap hawa ki tarah tez ho jaate the. to log is ko yani khair ko sirf sadqa ke mani mein lete hain, yani mali sadqa ya khane peene ka sadqa. wo is ka ek pehlu hai. hadith mein</w:t>
      </w:r>
    </w:p>
    <w:p>
      <w:pPr>
        <w:jc w:val="right"/>
      </w:pPr>
      <w:r>
        <w:t>جیسا کہ میں نے بخاری کی روایت آپ کو سنائی کہ رسول اللہ صلی اللہ علیہ وسلم رمضان کے مہینے میں، زمانے میں خیر دونوں کو دوسروں کو دیں۔ اس کے لیے آپ ہوا کی طرح تیز ہو جاتے تھے۔ تو لوگ اس کو یعنی خیر کو صرف صدقہ کے معنی میں لیتے ہیں، یعنی مالی صدقہ یا کھانے پینے کا صدقہ۔ وہ اس کا ایک پہلو ہے۔ حدیث میں</w:t>
      </w:r>
    </w:p>
    <w:p>
      <w:r>
        <w:rPr>
          <w:b/>
        </w:rPr>
        <w:t xml:space="preserve">[42:23] </w:t>
      </w:r>
      <w:r>
        <w:t>lafz khair hai, roti ka lafz nahi hai.</w:t>
      </w:r>
    </w:p>
    <w:p>
      <w:pPr>
        <w:jc w:val="right"/>
      </w:pPr>
      <w:r>
        <w:t>لفظ خیر ہے، روٹی کا لفظ نہیں ہے۔</w:t>
      </w:r>
    </w:p>
    <w:p>
      <w:r>
        <w:rPr>
          <w:b/>
        </w:rPr>
        <w:t xml:space="preserve">[42:34] </w:t>
      </w:r>
      <w:r>
        <w:t>to khair ko aap is ke jamay maani mein lijiye, is ke universal maani mein lijiye.</w:t>
      </w:r>
    </w:p>
    <w:p>
      <w:pPr>
        <w:jc w:val="right"/>
      </w:pPr>
      <w:r>
        <w:t>تو خیر کو آپ اس کے جامع معنی میں لیجئے، اس کے یونیورسل معنی میں لیجئے۔</w:t>
      </w:r>
    </w:p>
    <w:p>
      <w:r>
        <w:rPr>
          <w:b/>
        </w:rPr>
        <w:t xml:space="preserve">[42:44] </w:t>
      </w:r>
      <w:r>
        <w:t>to yeh baat</w:t>
      </w:r>
    </w:p>
    <w:p>
      <w:pPr>
        <w:jc w:val="right"/>
      </w:pPr>
      <w:r>
        <w:t>تو یہ بات</w:t>
      </w:r>
    </w:p>
    <w:p>
      <w:r>
        <w:rPr>
          <w:b/>
        </w:rPr>
        <w:t xml:space="preserve">[42:55] </w:t>
      </w:r>
      <w:r>
        <w:t>hamein hum sab ko sochna hai.</w:t>
      </w:r>
    </w:p>
    <w:p>
      <w:pPr>
        <w:jc w:val="right"/>
      </w:pPr>
      <w:r>
        <w:t>ہمیں ہم سب کو سوچنا ہے۔</w:t>
      </w:r>
    </w:p>
    <w:p>
      <w:r>
        <w:rPr>
          <w:b/>
        </w:rPr>
        <w:t xml:space="preserve">[43:03] </w:t>
      </w:r>
      <w:r>
        <w:t>ab sirf chand din reh gaye hain roze ke shuru mein, teesra hota hai.</w:t>
      </w:r>
    </w:p>
    <w:p>
      <w:pPr>
        <w:jc w:val="right"/>
      </w:pPr>
      <w:r>
        <w:t>اب صرف چند دن رہ گئے ہیں روزے کے شروع میں، تیسرا ہوتا ہے۔</w:t>
      </w:r>
    </w:p>
    <w:p>
      <w:r>
        <w:rPr>
          <w:b/>
        </w:rPr>
        <w:t xml:space="preserve">[43:10] </w:t>
      </w:r>
      <w:r>
        <w:t>hum pre ramzan period se guzar rahe hain, to humein chahiye ke hum sochen, tayari karen, tadabbur aur</w:t>
      </w:r>
    </w:p>
    <w:p>
      <w:pPr>
        <w:jc w:val="right"/>
      </w:pPr>
      <w:r>
        <w:t>ہم پری رمضان پیریڈ سے گزر رہے ہیں، تو ہمیں چاہیے کہ ہم سوچیں، تیاری کریں، تدبر اور</w:t>
      </w:r>
    </w:p>
    <w:p>
      <w:r>
        <w:rPr>
          <w:b/>
        </w:rPr>
        <w:t xml:space="preserve">[43:18] </w:t>
      </w:r>
      <w:r>
        <w:t>tafakkur karen, aur apne aap ko prepare karen is kaam ke liye ke hum dunya ke liye</w:t>
      </w:r>
    </w:p>
    <w:p>
      <w:pPr>
        <w:jc w:val="right"/>
      </w:pPr>
      <w:r>
        <w:t>تفکر کریں، اور اپنے آپ کو پریپیر کریں اس کام کے لیے کہ ہم دنیا کے لیے</w:t>
      </w:r>
    </w:p>
    <w:p>
      <w:r>
        <w:rPr>
          <w:b/>
        </w:rPr>
        <w:t xml:space="preserve">[43:26] </w:t>
      </w:r>
      <w:r>
        <w:t>giver community banein. giver community abhi tak musalman taker community bane hue hain, hum giver community banein. yeh hai wo baat jis ke liye humein apne ko tayyar karna hai. to main dua karta hoon ke ALLAH ta'ala mujh ko aur aap ko tofeeq de ke hum is is is is spirit ko samjhein aur is supr</w:t>
      </w:r>
    </w:p>
    <w:p>
      <w:pPr>
        <w:jc w:val="right"/>
      </w:pPr>
      <w:r>
        <w:t>گیور کمیونٹی بنیں۔ گیور کمیونٹی ابھی تک مسلمان ٹیکر کمیونٹی بنے ہوئے ہیں، ہم گیور کمیونٹی بنیں۔ یہ ہے وہ بات جس کے لیے ہمیں اپنے کو تیار کرنا ہے۔ تو میں دعا کرتا ہوں کہ اللہ تعالیٰ مجھ کو اور آپ کو توفیق دے کہ ہم اس اس اس اس سپرٹ کو سمجھیں اور اس سپر</w:t>
      </w:r>
    </w:p>
    <w:p>
      <w:r>
        <w:rPr>
          <w:b/>
        </w:rPr>
        <w:t xml:space="preserve">[43:56] </w:t>
      </w:r>
      <w:r>
        <w:t>it ko apne andar inculcate karein taake ALLAH hum se raazi ho. aur ALLAH humein dunya mein aur aakhirat mein apni madad farmaye, ALLAH humein hamari maghfirat farmaye aur jannat mein dakhla ata farmaye. assalamu alaikum warahmatullah wabarakatuh. we are</w:t>
      </w:r>
    </w:p>
    <w:p>
      <w:pPr>
        <w:jc w:val="right"/>
      </w:pPr>
      <w:r>
        <w:t>ٹ کو اپنے اندر انکلکیٹ کریں تاکہ اللہ ہم سے راضی ہو۔ اور اللہ ہمیں دنیا میں اور آخرت میں اپنی مدد فرمائے، اللہ ہمیں ہماری مغفرت فرمائے اور جنت میں داخلہ عطا فرمائے۔ السلام علیکم ورحمۃ اللہ وبرکاتہ۔ وی آر</w:t>
      </w:r>
    </w:p>
    <w:p>
      <w:r>
        <w:rPr>
          <w:b/>
        </w:rPr>
        <w:t xml:space="preserve">[44:26] </w:t>
      </w:r>
      <w:r>
        <w:t>starting with the question answer session now.</w:t>
      </w:r>
    </w:p>
    <w:p>
      <w:pPr>
        <w:jc w:val="right"/>
      </w:pPr>
      <w:r>
        <w:t>سٹارٹنگ ود دا کوئسچن انسر سیشن ناؤ۔</w:t>
      </w:r>
    </w:p>
    <w:p>
      <w:r>
        <w:rPr>
          <w:b/>
        </w:rPr>
        <w:t xml:space="preserve">[44:32] </w:t>
      </w:r>
      <w:r>
        <w:t>i request our online viewers to please send in their questions on info at cps</w:t>
      </w:r>
    </w:p>
    <w:p>
      <w:pPr>
        <w:jc w:val="right"/>
      </w:pPr>
      <w:r>
        <w:t>آئی ریکویسٹ اور آن لائن ویوورز ٹو پلیز سینڈ ان دیر کوئسچنز اور انفو ایٹ سی پی ایس</w:t>
      </w:r>
    </w:p>
    <w:p>
      <w:r>
        <w:rPr>
          <w:b/>
        </w:rPr>
        <w:t xml:space="preserve">[44:38] </w:t>
      </w:r>
      <w:r>
        <w:t>global.org.</w:t>
      </w:r>
    </w:p>
    <w:p>
      <w:pPr>
        <w:jc w:val="right"/>
      </w:pPr>
      <w:r>
        <w:t>گلوبل ڈاٹ او آر جی۔</w:t>
      </w:r>
    </w:p>
    <w:p>
      <w:r>
        <w:rPr>
          <w:b/>
        </w:rPr>
        <w:t xml:space="preserve">[44:44] </w:t>
      </w:r>
      <w:r>
        <w:t>mona yeh sawal kiya hai miss naghma siddiqui ne delhi se.</w:t>
      </w:r>
    </w:p>
    <w:p>
      <w:pPr>
        <w:jc w:val="right"/>
      </w:pPr>
      <w:r>
        <w:t>مونا یہ سوال کیا ہے مس نغمہ صدیقی نے دہلی سے۔</w:t>
      </w:r>
    </w:p>
    <w:p>
      <w:r>
        <w:rPr>
          <w:b/>
        </w:rPr>
        <w:t xml:space="preserve">[44:50] </w:t>
      </w:r>
      <w:r>
        <w:t>when the age of weapon is over, why do people still live in it? dekhen, yeh tareekh ka tajurba hai</w:t>
      </w:r>
    </w:p>
    <w:p>
      <w:pPr>
        <w:jc w:val="right"/>
      </w:pPr>
      <w:r>
        <w:t>وین دی ایج آف ویپن از اوور، وائی ڈو پیپل سٹل لیو ان اٹ؟ دیکھیں، یہ تاریخ کا تجربہ ہے</w:t>
      </w:r>
    </w:p>
    <w:p>
      <w:r>
        <w:rPr>
          <w:b/>
        </w:rPr>
        <w:t xml:space="preserve">[44:56] </w:t>
      </w:r>
      <w:r>
        <w:t>ke mazi ki jo tradition hoti hai, bohat der mein niklte hain is se log.</w:t>
      </w:r>
    </w:p>
    <w:p>
      <w:pPr>
        <w:jc w:val="right"/>
      </w:pPr>
      <w:r>
        <w:t>کہ ماضی کی جو ٹریڈیشن ہوتی ہے، بہت دیر میں نکلتے ہیں اس سے لوگ۔</w:t>
      </w:r>
    </w:p>
    <w:p>
      <w:r>
        <w:rPr>
          <w:b/>
        </w:rPr>
        <w:t xml:space="preserve">[45:01] </w:t>
      </w:r>
      <w:r>
        <w:t>khud europe bohat der mein nikla hai.</w:t>
      </w:r>
    </w:p>
    <w:p>
      <w:pPr>
        <w:jc w:val="right"/>
      </w:pPr>
      <w:r>
        <w:t>خود یورپ بہت دیر میں نکلا ہے۔</w:t>
      </w:r>
    </w:p>
    <w:p>
      <w:r>
        <w:rPr>
          <w:b/>
        </w:rPr>
        <w:t xml:space="preserve">[45:07] </w:t>
      </w:r>
      <w:r>
        <w:t>aisa nahi ke aaj ka jo europe hai, woh pehle se bhi aisa hi tha.</w:t>
      </w:r>
    </w:p>
    <w:p>
      <w:pPr>
        <w:jc w:val="right"/>
      </w:pPr>
      <w:r>
        <w:t>ایسا نہیں کہ آج کا جو یورپ ہے، وہ پہلے سے بھی ایسا ہی تھا۔</w:t>
      </w:r>
    </w:p>
    <w:p>
      <w:r>
        <w:rPr>
          <w:b/>
        </w:rPr>
        <w:t xml:space="preserve">[45:12] </w:t>
      </w:r>
      <w:r>
        <w:t>bohat zabardast shauq laga un ko, wahan bohat bari tareeqe chalay.</w:t>
      </w:r>
    </w:p>
    <w:p>
      <w:pPr>
        <w:jc w:val="right"/>
      </w:pPr>
      <w:r>
        <w:t>بہت زبردست شوق لگا ان کو، وہاں بہت بڑی طریقے چلیں۔</w:t>
      </w:r>
    </w:p>
    <w:p>
      <w:r>
        <w:rPr>
          <w:b/>
        </w:rPr>
        <w:t xml:space="preserve">[45:17] </w:t>
      </w:r>
      <w:r>
        <w:t>tab mazi ki trade se bahar aaye woh.</w:t>
      </w:r>
    </w:p>
    <w:p>
      <w:pPr>
        <w:jc w:val="right"/>
      </w:pPr>
      <w:r>
        <w:t>تب ماضی کی ٹریڈ سے باہر آئے وہ۔</w:t>
      </w:r>
    </w:p>
    <w:p>
      <w:r>
        <w:rPr>
          <w:b/>
        </w:rPr>
        <w:t xml:space="preserve">[45:22] </w:t>
      </w:r>
      <w:r>
        <w:t>jo musalmanon mein abhi yeh yeh process sirf shuru hua hai, abhi zyada</w:t>
      </w:r>
    </w:p>
    <w:p>
      <w:pPr>
        <w:jc w:val="right"/>
      </w:pPr>
      <w:r>
        <w:t>جو مسلمانوں میں ابھی یہ یہ پروسیس صرف شروع ہوا ہے، ابھی زیادہ</w:t>
      </w:r>
    </w:p>
    <w:p>
      <w:r>
        <w:rPr>
          <w:b/>
        </w:rPr>
        <w:t xml:space="preserve">[45:27] </w:t>
      </w:r>
      <w:r>
        <w:t>yani mukammal andaaz mein nahi chala hai ke mazi ki tradition se bahar aayen.</w:t>
      </w:r>
    </w:p>
    <w:p>
      <w:pPr>
        <w:jc w:val="right"/>
      </w:pPr>
      <w:r>
        <w:t>یعنی مکمل انداز میں نہیں چلا ہے کہ ماضی کی ٹریڈیشن سے باہر آئیں۔</w:t>
      </w:r>
    </w:p>
    <w:p>
      <w:r>
        <w:rPr>
          <w:b/>
        </w:rPr>
        <w:t xml:space="preserve">[45:35] </w:t>
      </w:r>
      <w:r>
        <w:t>yeh sab cheezain tribal age ki traditions hain.</w:t>
      </w:r>
    </w:p>
    <w:p>
      <w:pPr>
        <w:jc w:val="right"/>
      </w:pPr>
      <w:r>
        <w:t>یہ سب چیزیں ٹرائبل ایج کی ٹریڈیشن ہیں۔</w:t>
      </w:r>
    </w:p>
    <w:p>
      <w:r>
        <w:rPr>
          <w:b/>
        </w:rPr>
        <w:t xml:space="preserve">[45:42] </w:t>
      </w:r>
      <w:r>
        <w:t>tribal age, tribal age mein kya hota tha ke yeh samajhte thay ke talwar first kaun cheez hai?</w:t>
      </w:r>
    </w:p>
    <w:p>
      <w:pPr>
        <w:jc w:val="right"/>
      </w:pPr>
      <w:r>
        <w:t>ٹرائبل ایج، ٹرائبل ایج میں کیا ہوتا تھا کہ یہ سمجھتے تھے کہ تلوار فرسٹ کون چیز ہے؟</w:t>
      </w:r>
    </w:p>
    <w:p>
      <w:r>
        <w:rPr>
          <w:b/>
        </w:rPr>
        <w:t xml:space="preserve">[45:50] </w:t>
      </w:r>
      <w:r>
        <w:t>talwar se hum har cheez hasil kar sakte hain, h</w:t>
      </w:r>
    </w:p>
    <w:p>
      <w:pPr>
        <w:jc w:val="right"/>
      </w:pPr>
      <w:r>
        <w:t>تلوار سے ہم ہر چیز حاصل کر سکتے ہیں، ہ</w:t>
      </w:r>
    </w:p>
    <w:p>
      <w:r>
        <w:rPr>
          <w:b/>
        </w:rPr>
        <w:t xml:space="preserve">[45:57] </w:t>
      </w:r>
      <w:r>
        <w:t>r cheez hum koi jab chahta hai, hum sab talwar hasil kar sakte hain.</w:t>
      </w:r>
    </w:p>
    <w:p>
      <w:pPr>
        <w:jc w:val="right"/>
      </w:pPr>
      <w:r>
        <w:t>ر چیز ہم کوئی جب چاہتا ہے، ہم سب تلوار حاصل کر سکتے ہیں۔</w:t>
      </w:r>
    </w:p>
    <w:p>
      <w:r>
        <w:rPr>
          <w:b/>
        </w:rPr>
        <w:t xml:space="preserve">[46:04] </w:t>
      </w:r>
      <w:r>
        <w:t>to isi isi tradition mein abhi tak musalman jee rahe hain, aur is ki tradition jeene ki wajah</w:t>
      </w:r>
    </w:p>
    <w:p>
      <w:pPr>
        <w:jc w:val="right"/>
      </w:pPr>
      <w:r>
        <w:t>تو اسی اسی ٹریڈیشن میں ابھی تک مسلمان جی رہے ہیں، اور اس کی ٹریڈیشن جینے کی وجہ</w:t>
      </w:r>
    </w:p>
    <w:p>
      <w:r>
        <w:rPr>
          <w:b/>
        </w:rPr>
        <w:t xml:space="preserve">[46:10] </w:t>
      </w:r>
      <w:r>
        <w:t>yeh hai ke hamari kitabon mein isi charcha hai, masjidon mein isi ki taqreeren hoti hain.</w:t>
      </w:r>
    </w:p>
    <w:p>
      <w:pPr>
        <w:jc w:val="right"/>
      </w:pPr>
      <w:r>
        <w:t>یہ ہے کہ ہماری کتابوں میں اسی چرچہ ہے، مسجدوں میں اسی کی تقریریں ہوتی ہیں۔</w:t>
      </w:r>
    </w:p>
    <w:p>
      <w:r>
        <w:rPr>
          <w:b/>
        </w:rPr>
        <w:t xml:space="preserve">[46:16] </w:t>
      </w:r>
      <w:r>
        <w:t>jaise mein ek delhi ki ek masjid maine juma ki namaz padhi hui hai, bohat ajeeb baat</w:t>
      </w:r>
    </w:p>
    <w:p>
      <w:pPr>
        <w:jc w:val="right"/>
      </w:pPr>
      <w:r>
        <w:t>جیسے میں ایک دہلی کی ایک مسجد میں نے جمعہ کی نماز پڑھی ہوئی ہے، بہت عجیب بات</w:t>
      </w:r>
    </w:p>
    <w:p>
      <w:r>
        <w:rPr>
          <w:b/>
        </w:rPr>
        <w:t xml:space="preserve">[46:22] </w:t>
      </w:r>
      <w:r>
        <w:t>yeh hai ke delhi ki masjid mein namaz padhi to jo</w:t>
      </w:r>
    </w:p>
    <w:p>
      <w:pPr>
        <w:jc w:val="right"/>
      </w:pPr>
      <w:r>
        <w:t>یہ ہے کہ دہلی کی مسجد میں نماز پڑھی تو جو</w:t>
      </w:r>
    </w:p>
    <w:p>
      <w:r>
        <w:rPr>
          <w:b/>
        </w:rPr>
        <w:t xml:space="preserve">[46:28] </w:t>
      </w:r>
      <w:r>
        <w:t>imam sahib jo the, bade josh o kharosh se taqreer kar rahe the. khutbe se pehle ek taqreer ki aati hai masjidon mein, taqreer kar rahe the. is mein unhone kaha ke yani kahin chupa tha kuch ke hinduo ne yeh naqsha banaya hai ke musalmano ko india se kisi aise keh dete hain log kuch baatein ke musalmano ka koi maqam nahi india mein nahi hai waghera is tarah ki baatein. to bade josh se keh rahe the ke hum ne is mil</w:t>
      </w:r>
    </w:p>
    <w:p>
      <w:pPr>
        <w:jc w:val="right"/>
      </w:pPr>
      <w:r>
        <w:t>امام صاحب جو تھے، بڑے جوش و خروش سے تقریر کر رہے تھے۔ خطبے سے پہلے ایک تقریر کی آتی ہے مسجدوں میں، تقریر کر رہے تھے۔ اس میں انہوں نے کہا کہ یعنی کہیں چھپا تھا کچھ کہ ہندوؤں نے یہ نقشہ بنایا ہے کہ مسلمانوں کو انڈیا سے کسی ایسے کہہ دیتے ہیں لوگ کچھ باتیں کہ مسلمانوں کا کوئی مقام نہیں انڈیا میں نہیں ہے وغیرہ اس طرح کی باتیں۔ تو بڑے جوش سے کہہ رہے تھے کہ ہم نے اس مل</w:t>
      </w:r>
    </w:p>
    <w:p>
      <w:r>
        <w:rPr>
          <w:b/>
        </w:rPr>
        <w:t xml:space="preserve">[46:58] </w:t>
      </w:r>
      <w:r>
        <w:t>k par aath sau saal tak hukoomat ki hai, hamara koi kaise kuch bigaad sakta hai? koi ab</w:t>
      </w:r>
    </w:p>
    <w:p>
      <w:pPr>
        <w:jc w:val="right"/>
      </w:pPr>
      <w:r>
        <w:t>ک پر آٹھ سو سال تک حکومت کی ہے، ہمارا کوئی کیسے کچھ بگاڑ سکتا ہے؟ کوئی اب</w:t>
      </w:r>
    </w:p>
    <w:p>
      <w:r>
        <w:rPr>
          <w:b/>
        </w:rPr>
        <w:t xml:space="preserve">[47:04] </w:t>
      </w:r>
      <w:r>
        <w:t>dekhen, aath sau saal tak hukoomat ki hai, yeh yeh is mein shamil karna chahiye ke daur Saif</w:t>
      </w:r>
    </w:p>
    <w:p>
      <w:pPr>
        <w:jc w:val="right"/>
      </w:pPr>
      <w:r>
        <w:t>دیکھیں، آٹھ سو سال تک حکومت کی ہے، یہ یہ اس میں شامل کرنا چاہیے کہ دور سیف</w:t>
      </w:r>
    </w:p>
    <w:p>
      <w:r>
        <w:rPr>
          <w:b/>
        </w:rPr>
        <w:t xml:space="preserve">[47:10] </w:t>
      </w:r>
      <w:r>
        <w:t>mein hukoomat ki hai.</w:t>
      </w:r>
    </w:p>
    <w:p>
      <w:pPr>
        <w:jc w:val="right"/>
      </w:pPr>
      <w:r>
        <w:t>میں حکومت کی ہے۔</w:t>
      </w:r>
    </w:p>
    <w:p>
      <w:r>
        <w:rPr>
          <w:b/>
        </w:rPr>
        <w:t xml:space="preserve">[47:16] </w:t>
      </w:r>
      <w:r>
        <w:t>aath so saal ki baat nahi hai, yeh yeh daur saif ki baat hai, yeh daur saif ki baat hai.</w:t>
      </w:r>
    </w:p>
    <w:p>
      <w:pPr>
        <w:jc w:val="right"/>
      </w:pPr>
      <w:r>
        <w:t>آٹھ سو سال کی بات نہیں ہے، یہ یہ دور سیف کی بات ہے، یہ دور سیف کی بات ہے۔</w:t>
      </w:r>
    </w:p>
    <w:p>
      <w:r>
        <w:rPr>
          <w:b/>
        </w:rPr>
        <w:t xml:space="preserve">[47:22] </w:t>
      </w:r>
      <w:r>
        <w:t>aap dekhen, yaani abhi jo maine she'r padha ke</w:t>
      </w:r>
    </w:p>
    <w:p>
      <w:pPr>
        <w:jc w:val="right"/>
      </w:pPr>
      <w:r>
        <w:t>آپ دیکھیں، یعنی ابھی جو میں نے شعر پڑھا کہ</w:t>
      </w:r>
    </w:p>
    <w:p>
      <w:r>
        <w:rPr>
          <w:b/>
        </w:rPr>
        <w:t xml:space="preserve">[47:29] </w:t>
      </w:r>
      <w:r>
        <w:t>salahuddin ko dobara lao to salahuddin ko dobara hum laye. tareekh wapas aaya, salahuddin sultan tipu jo the, sultan tipu shaheed jo kaha jaata hai, bohat bahadur aadmi the. yani salahuddin se kam nahi the wo bahaduri mein, lekin sagapdom mein unhone wo lade angrezon ki fauj se, aur is mein wo maare gaye. is mein aur is mein angrez general tha jo tha, us</w:t>
      </w:r>
    </w:p>
    <w:p>
      <w:pPr>
        <w:jc w:val="right"/>
      </w:pPr>
      <w:r>
        <w:t>صلاح الدین کو دوبارہ لاؤ تو صلاح الدین کو دوبارہ ہم لائے۔ تاریخ واپس آیا، صلاح الدین سلطان ٹیپو جو تھے، سلطان ٹیپو شہید جو کہا جاتا ہے، بہت بہادر آدمی تھے۔ یعنی صلاح الدین سے کم نہیں تھے وہ بہادری میں، لیکن سگاپڈم میں انہوں نے وہ لڑ گئے انگریزوں کی فوج سے، اور اس میں وہ مارے گئے۔ اس میں اور اس میں انگریز جنرل تھا جو تھا، اس</w:t>
      </w:r>
    </w:p>
    <w:p>
      <w:r>
        <w:rPr>
          <w:b/>
        </w:rPr>
        <w:t xml:space="preserve">[47:59] </w:t>
      </w:r>
      <w:r>
        <w:t>ne kaha tha ke jab is ne maar khatam kiya jab salahuddin ko kaha ke today India</w:t>
      </w:r>
    </w:p>
    <w:p>
      <w:pPr>
        <w:jc w:val="right"/>
      </w:pPr>
      <w:r>
        <w:t>نے کہا تھا کہ جب اس نے مارا ختم کیا جب صلاح الدین کو کہا کہ ٹوڈے انڈیا</w:t>
      </w:r>
    </w:p>
    <w:p>
      <w:r>
        <w:rPr>
          <w:b/>
        </w:rPr>
        <w:t xml:space="preserve">[48:05] </w:t>
      </w:r>
      <w:r>
        <w:t>is ours, today India is ours.</w:t>
      </w:r>
    </w:p>
    <w:p>
      <w:pPr>
        <w:jc w:val="right"/>
      </w:pPr>
      <w:r>
        <w:t>از اورز، ٹوڈے انڈیا از اورز۔</w:t>
      </w:r>
    </w:p>
    <w:p>
      <w:r>
        <w:rPr>
          <w:b/>
        </w:rPr>
        <w:t xml:space="preserve">[48:11] </w:t>
      </w:r>
      <w:r>
        <w:t>to salahuddin tareekh mein wapas aaya, salahuddin yaani sultan teepu salahuddin thay, yasser arafat daur</w:t>
      </w:r>
    </w:p>
    <w:p>
      <w:pPr>
        <w:jc w:val="right"/>
      </w:pPr>
      <w:r>
        <w:t>تو صلاح الدین تاریخ میں واپس آیا، صلاح الدین یعنی سلطان ٹیپو صلاح الدین تھے، یاسر عرفات دور</w:t>
      </w:r>
    </w:p>
    <w:p>
      <w:r>
        <w:rPr>
          <w:b/>
        </w:rPr>
        <w:t xml:space="preserve">[48:17] </w:t>
      </w:r>
      <w:r>
        <w:t>jadeed salahuddin thay, hazrat binah aur syed qutb daur jadeed ke salahuddin thay.</w:t>
      </w:r>
    </w:p>
    <w:p>
      <w:pPr>
        <w:jc w:val="right"/>
      </w:pPr>
      <w:r>
        <w:t>جدید صلاح الدین تھے، حضرت بنہ اور سید قطب دور جدید کے صلاح الدین تھے۔</w:t>
      </w:r>
    </w:p>
    <w:p>
      <w:r>
        <w:rPr>
          <w:b/>
        </w:rPr>
        <w:t xml:space="preserve">[48:23] </w:t>
      </w:r>
      <w:r>
        <w:t>lekin result woh koi result nahi nikaal sake kyunke aayat</w:t>
      </w:r>
    </w:p>
    <w:p>
      <w:pPr>
        <w:jc w:val="right"/>
      </w:pPr>
      <w:r>
        <w:t>لیکن رزلٹ وہ کوئی رزلٹ نہیں نکال سکے کیونکہ آیت</w:t>
      </w:r>
    </w:p>
    <w:p>
      <w:r>
        <w:rPr>
          <w:b/>
        </w:rPr>
        <w:t xml:space="preserve">[48:29] </w:t>
      </w:r>
      <w:r>
        <w:t>daur aman mein aaye aur salahuddin aaye the daur science mein. lekin abhi tak hamari taqreeron mein, hamare jalson mein, hamari kitabon mein wahi baatein dohrate hain: haath salahuddin, sanha tarbina. yeh kaho ke daur khatam ho gaya, salahuddin ka kaarnama daur Saif ke liye tha, daur aman ke liye nahi tha. isi kaam ko karne ki zaroorat hai, logon ko batane ki zaroorat hai ke daur badal gaya. mol</w:t>
      </w:r>
    </w:p>
    <w:p>
      <w:pPr>
        <w:jc w:val="right"/>
      </w:pPr>
      <w:r>
        <w:t>دور امن میں آئے اور صلاح الدین آئے تھے دور سائنس میں۔ لیکن ابھی تک ہماری تقریروں میں، ہمارے جلسوں میں، ہماری کتابوں میں وہی باتیں دہراتے ہیں: ہاتھ صلاح الدین، سانحہ تربینہ۔ یہ کہو کہ دور ختم ہو گیا، صلاح الدین کا کارنامہ دور سیف کے لیے تھا، دور امن کے لیے نہیں تھا۔ اسی کام کو کرنے کی ضرورت ہے، لوگوں کو بتانے کی ضرورت ہے کہ دور بدل گیا۔ مول</w:t>
      </w:r>
    </w:p>
    <w:p>
      <w:r>
        <w:rPr>
          <w:b/>
        </w:rPr>
        <w:t xml:space="preserve">[48:59] </w:t>
      </w:r>
      <w:r>
        <w:t>ana, yeh agla sawal aaya hai mr imran ka bahrain se.</w:t>
      </w:r>
    </w:p>
    <w:p>
      <w:pPr>
        <w:jc w:val="right"/>
      </w:pPr>
      <w:r>
        <w:t>انا، یہ اگلا سوال آیا ہے مسٹر عمران کا بحرین سے۔</w:t>
      </w:r>
    </w:p>
    <w:p>
      <w:r>
        <w:rPr>
          <w:b/>
        </w:rPr>
        <w:t xml:space="preserve">[49:06] </w:t>
      </w:r>
      <w:r>
        <w:t>maulana sahib, you mentioned in today lecture ke dawah means spreading the message which you have discovered, but</w:t>
      </w:r>
    </w:p>
    <w:p>
      <w:pPr>
        <w:jc w:val="right"/>
      </w:pPr>
      <w:r>
        <w:t>مولانا صاحب، یو مینشنڈ ان ٹوڈے لیکچر کہ دعویٰ مینز سپریڈنگ دا میسج وچ یو ہیو ڈسکورڈ، بٹ</w:t>
      </w:r>
    </w:p>
    <w:p>
      <w:r>
        <w:rPr>
          <w:b/>
        </w:rPr>
        <w:t xml:space="preserve">[49:14] </w:t>
      </w:r>
      <w:r>
        <w:t>many ulama say first we need to correct ourselves and then spread the message.</w:t>
      </w:r>
    </w:p>
    <w:p>
      <w:pPr>
        <w:jc w:val="right"/>
      </w:pPr>
      <w:r>
        <w:t>مینی علماء سے فرسٹ وی نیڈ ٹو کریکٹ اور سیلز اینڈ دین سپریڈ دا میسج۔</w:t>
      </w:r>
    </w:p>
    <w:p>
      <w:r>
        <w:rPr>
          <w:b/>
        </w:rPr>
        <w:t xml:space="preserve">[49:22] </w:t>
      </w:r>
      <w:r>
        <w:t>my question is, since the process of self correction is lifelong, then when to do dawah? dekhen, main</w:t>
      </w:r>
    </w:p>
    <w:p>
      <w:pPr>
        <w:jc w:val="right"/>
      </w:pPr>
      <w:r>
        <w:t>مائی کوئسچن از، سنس دی پروسیس آف سیلف کریکشن از لائف لانگ، دین وین ٹو ڈو دعویٰ؟ دیکھیں، میں</w:t>
      </w:r>
    </w:p>
    <w:p>
      <w:r>
        <w:rPr>
          <w:b/>
        </w:rPr>
        <w:t xml:space="preserve">[49:29] </w:t>
      </w:r>
      <w:r>
        <w:t>aasiron se bohat mila hoon, un se main poochta hoon ke koi ayat bataiye quran ki, koi quran ki ayat ya hadith bataiye ke pehle apne ko theek karo, is ke baad dawah ka kaam karna hai. yeh to yeh to bilkul baseless baat hai, koi ek ayat nahi quran majeed mein, koi ek hadith nahi jo yeh kehti ho ke pehle apni islaah karo, phir dawah ka kaam baat ko hoga. yeh to farzi baat hai, jo log aisa kehte hain un se aap poochhein ke koi hawala do quran o sunnat ka hawala do, koi hawala de s</w:t>
      </w:r>
    </w:p>
    <w:p>
      <w:pPr>
        <w:jc w:val="right"/>
      </w:pPr>
      <w:r>
        <w:t>عاصروں سے بہت ملا ہوں، ان سے میں پوچھتا ہوں کہ کوئی آیت بتائیے قرآن کی، کوئی قرآن کی آیت یا حدیث بتائیے کہ پہلے اپنے کو ٹھیک کرو، اس کے بعد دعوت کا کام کرنا ہے۔ یہ تو یہ تو بالکل بیسلیس بات ہے، کوئی ایک آیت نہیں قرآن مجید میں، کوئی ایک حدیث نہیں جو یہ کہتی ہو کہ پہلے اپنی اصلاح کرو، پھر دعوت کا کام بات کو ہوگا۔ یہ تو فرضی بات ہے، جو لوگ ایسا کہتے ہیں ان سے آپ پوچھیں کہ کوئی حوالہ دو قرآن و سنت کا حوالہ دو، کوئی حوالہ دے س</w:t>
      </w:r>
    </w:p>
    <w:p>
      <w:r>
        <w:rPr>
          <w:b/>
        </w:rPr>
        <w:t xml:space="preserve">[49:59] </w:t>
      </w:r>
      <w:r>
        <w:t>akte ho. main bohat asar baatein keen, main is ko bohat zyada galat samajhta hoon yeh kehne ko ke pehle apni islaah karo, phir dawah ka kaam. yani yeh main is ko bohat hi zyada galat samajhta hoon aur yeh jissarat samajhta hoon ke deen mein ek aisi baat zahiri daakhil kar rahe hain jo deen mein hai nahi. ek aisi baat jo deen mein nahi hai. yeh tasawwur quran aur hadith mein ajnabi hai ke pehle apni islaah kar lo, phir baat baat ko dawah ka kaam hoga. yeh tasawwur quran aur ha</w:t>
      </w:r>
    </w:p>
    <w:p>
      <w:pPr>
        <w:jc w:val="right"/>
      </w:pPr>
      <w:r>
        <w:t>کتے ہو۔ میں بہت عثر باتیں کیں، میں اس کو بہت زیادہ غلط سمجھتا ہوں یہ کہنے کو کہ پہلے اپنی اصلاح کرو، پھر دعوت کا کام۔ یعنی یہ میں اس کو بہت ہی زیادہ غلط سمجھتا ہوں اور یہ جسارت سمجھتا ہوں کہ دین میں ایک ایسی بات ظاہری داخل کر رہے ہیں جو دین میں ہے نہیں۔ ایک ایسی بات جو دین میں ہے نہیں۔ یہ تصور قرآن اور حدیث میں اجنبی ہے کہ پہلے اپنی اصلاح کر لو، پھر بات بات کو دعوت کا کام ہوگا۔ یہ تصور قرآن اور ح</w:t>
      </w:r>
    </w:p>
    <w:p>
      <w:r>
        <w:rPr>
          <w:b/>
        </w:rPr>
        <w:t xml:space="preserve">[50:29] </w:t>
      </w:r>
      <w:r>
        <w:t>deeth mein ajnabi hai.</w:t>
      </w:r>
    </w:p>
    <w:p>
      <w:pPr>
        <w:jc w:val="right"/>
      </w:pPr>
      <w:r>
        <w:t>دیث میں اجنبی ہے۔</w:t>
      </w:r>
    </w:p>
    <w:p>
      <w:r>
        <w:rPr>
          <w:b/>
        </w:rPr>
        <w:t xml:space="preserve">[50:34] </w:t>
      </w:r>
      <w:r>
        <w:t>kya haq hai kisi ko aisi baat karne ka? to jo aap se kahe, ab us se poochhen,</w:t>
      </w:r>
    </w:p>
    <w:p>
      <w:pPr>
        <w:jc w:val="right"/>
      </w:pPr>
      <w:r>
        <w:t>کیا حق ہے کسی کو ایسی بات کرنے کا؟ تو جو آپ سے کہے، اب اس سے پوچھیں،</w:t>
      </w:r>
    </w:p>
    <w:p>
      <w:r>
        <w:rPr>
          <w:b/>
        </w:rPr>
        <w:t xml:space="preserve">[50:39] </w:t>
      </w:r>
      <w:r>
        <w:t>reference poochhen, us ko sun kar mat maan lijiye.</w:t>
      </w:r>
    </w:p>
    <w:p>
      <w:pPr>
        <w:jc w:val="right"/>
      </w:pPr>
      <w:r>
        <w:t>ریفرنس پوچھیں، اس کو سن کر مت مان لیجئے۔</w:t>
      </w:r>
    </w:p>
    <w:p>
      <w:r>
        <w:rPr>
          <w:b/>
        </w:rPr>
        <w:t xml:space="preserve">[50:44] </w:t>
      </w:r>
      <w:r>
        <w:t>mona, yeh sawal aaya hai mr amir jaan ka kashmir se.</w:t>
      </w:r>
    </w:p>
    <w:p>
      <w:pPr>
        <w:jc w:val="right"/>
      </w:pPr>
      <w:r>
        <w:t>مونا، یہ سوال آیا ہے مسٹر عامر جان کا کشمیر سے۔</w:t>
      </w:r>
    </w:p>
    <w:p>
      <w:r>
        <w:rPr>
          <w:b/>
        </w:rPr>
        <w:t xml:space="preserve">[50:49] </w:t>
      </w:r>
      <w:r>
        <w:t>it is rightly said that ramadan is all about desire management.</w:t>
      </w:r>
    </w:p>
    <w:p>
      <w:pPr>
        <w:jc w:val="right"/>
      </w:pPr>
      <w:r>
        <w:t>اٹ از رائٹلی سیڈ دیٹ رمضان از ال اباؤٹ ڈیزائر مینجمنٹ۔</w:t>
      </w:r>
    </w:p>
    <w:p>
      <w:r>
        <w:rPr>
          <w:b/>
        </w:rPr>
        <w:t xml:space="preserve">[50:54] </w:t>
      </w:r>
      <w:r>
        <w:t>why is it that majority of people</w:t>
      </w:r>
    </w:p>
    <w:p>
      <w:pPr>
        <w:jc w:val="right"/>
      </w:pPr>
      <w:r>
        <w:t>وائی از اٹ دیٹ میجورٹی اف پیپل</w:t>
      </w:r>
    </w:p>
    <w:p>
      <w:r>
        <w:rPr>
          <w:b/>
        </w:rPr>
        <w:t xml:space="preserve">[50:59] </w:t>
      </w:r>
      <w:r>
        <w:t>are able to manage their desires in this month, but once its over, their desires again take control</w:t>
      </w:r>
    </w:p>
    <w:p>
      <w:pPr>
        <w:jc w:val="right"/>
      </w:pPr>
      <w:r>
        <w:t>ار ایبل ٹو مینج دیر ڈیزائرز ان دس منتھ، بٹ ونس اٹس اوور، دیر ڈیزائرز اگین ٹیک کنٹرول</w:t>
      </w:r>
    </w:p>
    <w:p>
      <w:r>
        <w:rPr>
          <w:b/>
        </w:rPr>
        <w:t xml:space="preserve">[51:07] </w:t>
      </w:r>
      <w:r>
        <w:t>and they follow the wrong path to meet their desires? kindly guide.</w:t>
      </w:r>
    </w:p>
    <w:p>
      <w:pPr>
        <w:jc w:val="right"/>
      </w:pPr>
      <w:r>
        <w:t>اینڈ دے فالو دی رونگ پاتھ ٹو میٹ دیر ڈیزائرز؟ کائنڈلی گائیڈ۔</w:t>
      </w:r>
    </w:p>
    <w:p>
      <w:r>
        <w:rPr>
          <w:b/>
        </w:rPr>
        <w:t xml:space="preserve">[51:15] </w:t>
      </w:r>
      <w:r>
        <w:t>bhai, yeh yeh is ka jawab bilkul saada hai ke har masjid mein aap jaiye to sirf misaal</w:t>
      </w:r>
    </w:p>
    <w:p>
      <w:pPr>
        <w:jc w:val="right"/>
      </w:pPr>
      <w:r>
        <w:t>بھائی، یہ یہ اس کا جواب بالکل سادہ ہے کہ ہر مسجد میں آپ جائیے تو صرف مثال</w:t>
      </w:r>
    </w:p>
    <w:p>
      <w:r>
        <w:rPr>
          <w:b/>
        </w:rPr>
        <w:t xml:space="preserve">[51:23] </w:t>
      </w:r>
      <w:r>
        <w:t>bayan kiye jayenge ke roza kab tootta hai aur sehri ka waqt kab shuru hota hai.</w:t>
      </w:r>
    </w:p>
    <w:p>
      <w:pPr>
        <w:jc w:val="right"/>
      </w:pPr>
      <w:r>
        <w:t>بیان کیے جائیں گے کہ روزہ کب ٹوٹتا ہے اور سحری کا وقت کب شروع ہوتا ہے۔</w:t>
      </w:r>
    </w:p>
    <w:p>
      <w:r>
        <w:rPr>
          <w:b/>
        </w:rPr>
        <w:t xml:space="preserve">[51:30] </w:t>
      </w:r>
      <w:r>
        <w:t>yeh jo masail hain, woh bayan kiye jaate hain.</w:t>
      </w:r>
    </w:p>
    <w:p>
      <w:pPr>
        <w:jc w:val="right"/>
      </w:pPr>
      <w:r>
        <w:t>یہ جو مسائل ہیں، وہ بیان کیے جاتے ہیں۔</w:t>
      </w:r>
    </w:p>
    <w:p>
      <w:r>
        <w:rPr>
          <w:b/>
        </w:rPr>
        <w:t xml:space="preserve">[51:35] </w:t>
      </w:r>
      <w:r>
        <w:t>yaani haqeeqat hai ramadan kahin batai batai nahi jaati.</w:t>
      </w:r>
    </w:p>
    <w:p>
      <w:pPr>
        <w:jc w:val="right"/>
      </w:pPr>
      <w:r>
        <w:t>یعنی حقیقت ہے رمضان کہیں بتائی بتائی نہیں جاتی۔</w:t>
      </w:r>
    </w:p>
    <w:p>
      <w:r>
        <w:rPr>
          <w:b/>
        </w:rPr>
        <w:t xml:space="preserve">[51:40] </w:t>
      </w:r>
      <w:r>
        <w:t>aap jaiye kisi masjid mein, ek ek chart laga hoga, wahan chart masail ramadan.</w:t>
      </w:r>
    </w:p>
    <w:p>
      <w:pPr>
        <w:jc w:val="right"/>
      </w:pPr>
      <w:r>
        <w:t>آپ جائیے کسی مسجد میں، ایک ایک چارٹ لگا ہوگا، وہاں چارٹ مسائل رمضان۔</w:t>
      </w:r>
    </w:p>
    <w:p>
      <w:r>
        <w:rPr>
          <w:b/>
        </w:rPr>
        <w:t xml:space="preserve">[51:45] </w:t>
      </w:r>
      <w:r>
        <w:t>koi chart nahi dekhenge aap jo haqeeqat hai ramadan, rooh ramadan par ho.</w:t>
      </w:r>
    </w:p>
    <w:p>
      <w:pPr>
        <w:jc w:val="right"/>
      </w:pPr>
      <w:r>
        <w:t>کوئی چارٹ نہیں دیکھیں گے آپ جو حقیقت ہے رمضان، روح رمضان پر ہو۔</w:t>
      </w:r>
    </w:p>
    <w:p>
      <w:r>
        <w:rPr>
          <w:b/>
        </w:rPr>
        <w:t xml:space="preserve">[51:51] </w:t>
      </w:r>
      <w:r>
        <w:t>to yeh jo log masjidon mein chala rahe hain, un ki zimmedari hai ke woh yani form</w:t>
      </w:r>
    </w:p>
    <w:p>
      <w:pPr>
        <w:jc w:val="right"/>
      </w:pPr>
      <w:r>
        <w:t>تو یہ جو لوگ مسجدوں میں چلا رہے ہیں، ان کی ذمہ داری ہے کہ وہ یعنی فارم</w:t>
      </w:r>
    </w:p>
    <w:p>
      <w:r>
        <w:rPr>
          <w:b/>
        </w:rPr>
        <w:t xml:space="preserve">[51:56] </w:t>
      </w:r>
      <w:r>
        <w:t>based religion chala rakha hai, unhon ne spirit based reli</w:t>
      </w:r>
    </w:p>
    <w:p>
      <w:pPr>
        <w:jc w:val="right"/>
      </w:pPr>
      <w:r>
        <w:t>بیسڈ ریلیجن چلا رکھا ہے، انہوں نے اسپرٹ بیسڈ ریلی</w:t>
      </w:r>
    </w:p>
    <w:p>
      <w:r>
        <w:rPr>
          <w:b/>
        </w:rPr>
        <w:t xml:space="preserve">[52:01] </w:t>
      </w:r>
      <w:r>
        <w:t>jin ki baatein nahin karte.</w:t>
      </w:r>
    </w:p>
    <w:p>
      <w:pPr>
        <w:jc w:val="right"/>
      </w:pPr>
      <w:r>
        <w:t>جن کی باتیں نہیں کرتے۔</w:t>
      </w:r>
    </w:p>
    <w:p>
      <w:r>
        <w:rPr>
          <w:b/>
        </w:rPr>
        <w:t xml:space="preserve">[52:06] </w:t>
      </w:r>
      <w:r>
        <w:t>woh isi ke wajeh se yeh sab, yeh sab hai, yeh haalat hai.</w:t>
      </w:r>
    </w:p>
    <w:p>
      <w:pPr>
        <w:jc w:val="right"/>
      </w:pPr>
      <w:r>
        <w:t>وہ اسی کے وجہ سے یہ سب، یہ سب ہے، یہ حالت ہے۔</w:t>
      </w:r>
    </w:p>
    <w:p>
      <w:r>
        <w:rPr>
          <w:b/>
        </w:rPr>
        <w:t xml:space="preserve">[52:11] </w:t>
      </w:r>
      <w:r>
        <w:t>mona, yeh agla comment aur question hai Mr Danish Fazil ka Lucknow se.</w:t>
      </w:r>
    </w:p>
    <w:p>
      <w:pPr>
        <w:jc w:val="right"/>
      </w:pPr>
      <w:r>
        <w:t>مونا، یہ اگلا کمنٹ اور کوئسچن ہے مسٹر دانش فضل کا لکھنو سے۔</w:t>
      </w:r>
    </w:p>
    <w:p>
      <w:r>
        <w:rPr>
          <w:b/>
        </w:rPr>
        <w:t xml:space="preserve">[52:16] </w:t>
      </w:r>
      <w:r>
        <w:t>thank you Maulana sahib for giving us such a valuable thought provoking gift for Ramadan, that is giving spirit.</w:t>
      </w:r>
    </w:p>
    <w:p>
      <w:pPr>
        <w:jc w:val="right"/>
      </w:pPr>
      <w:r>
        <w:t>تھینک یو مولانا صاحب فار گیونگ ایس سچ ا ویلیو ایبل تھاٹ پرووکنگ گفٹ فار رمضان، دیٹ از گیونگ سپرٹ۔</w:t>
      </w:r>
    </w:p>
    <w:p>
      <w:r>
        <w:rPr>
          <w:b/>
        </w:rPr>
        <w:t xml:space="preserve">[52:21] </w:t>
      </w:r>
      <w:r>
        <w:t>today I really discovered the spirit of Ramadan.</w:t>
      </w:r>
    </w:p>
    <w:p>
      <w:pPr>
        <w:jc w:val="right"/>
      </w:pPr>
      <w:r>
        <w:t>ٹوڈے آئی ریلی ڈسکورڈ دی سپرٹ آف رمضان۔</w:t>
      </w:r>
    </w:p>
    <w:p>
      <w:r>
        <w:rPr>
          <w:b/>
        </w:rPr>
        <w:t xml:space="preserve">[52:26] </w:t>
      </w:r>
      <w:r>
        <w:t>un ka sawal hai: while in the state of tadabbur</w:t>
      </w:r>
    </w:p>
    <w:p>
      <w:pPr>
        <w:jc w:val="right"/>
      </w:pPr>
      <w:r>
        <w:t>ان کا سوال ہے: وائل ان دا سٹیٹ آف تدبر</w:t>
      </w:r>
    </w:p>
    <w:p>
      <w:r>
        <w:rPr>
          <w:b/>
        </w:rPr>
        <w:t xml:space="preserve">[52:31] </w:t>
      </w:r>
      <w:r>
        <w:t xml:space="preserve"> , we might go astray because of less knowledge of islam. so how can we save us from unauthentic distractive things? unhone likha hai ke in the state of tadabbur, agar humare paas islam ki knowledge kam hai to hum arasta bhatak sakte hain because of unauthentic things which are there. bhai, is ka ta'alluq knowledge se nahi hai. har insaan ke paas nature hai, consciousness hai, sochne</w:t>
      </w:r>
    </w:p>
    <w:p>
      <w:pPr>
        <w:jc w:val="right"/>
      </w:pPr>
      <w:r>
        <w:t>، وی مائٹ گو ایسٹرے بیکاز آف لیس نالج آف اسلام۔ سو ہاؤ کین وی سیو اس فرام ان اتھینٹک ڈسٹریکٹک تھنگز؟ انہوں نے لکھا ہے کہ ان دا سٹیٹ آف تدبر، اگر ہمارے پاس اسلام کی نالج کم ہے تو ہم اراستہ بھٹک سکتے ہیں بیکاز آف ان اتھینٹک تھنگز وچ آر دیر۔ بھائی، اس کا تعلق نالج سے نہیں ہے۔ ہر انسان کے پاس نیچر ہے، کانشیسنس ہے، سوچنے</w:t>
      </w:r>
    </w:p>
    <w:p>
      <w:r>
        <w:rPr>
          <w:b/>
        </w:rPr>
        <w:t xml:space="preserve">[53:01] </w:t>
      </w:r>
      <w:r>
        <w:t>ki taqat hai.</w:t>
      </w:r>
    </w:p>
    <w:p>
      <w:pPr>
        <w:jc w:val="right"/>
      </w:pPr>
      <w:r>
        <w:t>کی طاقت ہے۔</w:t>
      </w:r>
    </w:p>
    <w:p>
      <w:r>
        <w:rPr>
          <w:b/>
        </w:rPr>
        <w:t xml:space="preserve">[53:07] </w:t>
      </w:r>
      <w:r>
        <w:t>bas bhai, kafi hai sochne ke liye, wohi sochne ke liye kafi hai.</w:t>
      </w:r>
    </w:p>
    <w:p>
      <w:pPr>
        <w:jc w:val="right"/>
      </w:pPr>
      <w:r>
        <w:t>بس بھائی، کافی ہے سوچنے کے لیے، وہی سوچنے کے لیے کافی ہے۔</w:t>
      </w:r>
    </w:p>
    <w:p>
      <w:r>
        <w:rPr>
          <w:b/>
        </w:rPr>
        <w:t xml:space="preserve">[53:13] </w:t>
      </w:r>
      <w:r>
        <w:t>jaise main bol raha tha to main ajeeb, mera haal hua ke main kaise bol raha hoon.</w:t>
      </w:r>
    </w:p>
    <w:p>
      <w:pPr>
        <w:jc w:val="right"/>
      </w:pPr>
      <w:r>
        <w:t>جیسے میں بول رہا تھا تو میں عجیب، میرا حال ہوا کہ میں کیسے بول رہا ہوں۔</w:t>
      </w:r>
    </w:p>
    <w:p>
      <w:r>
        <w:rPr>
          <w:b/>
        </w:rPr>
        <w:t xml:space="preserve">[53:19] </w:t>
      </w:r>
      <w:r>
        <w:t>yani dimagh ne socha, zuban par woh thought kaise aaya, zuban kaise boli, kaise woh dhal gaye alfaaz mein.</w:t>
      </w:r>
    </w:p>
    <w:p>
      <w:pPr>
        <w:jc w:val="right"/>
      </w:pPr>
      <w:r>
        <w:t>یعنی دماغ نے سوچا، زبان پر وہ تھاٹ کیسے آیا، زبان کیسے بولی، کیسے وہ ڈھل گئے الفاظ میں۔</w:t>
      </w:r>
    </w:p>
    <w:p>
      <w:r>
        <w:rPr>
          <w:b/>
        </w:rPr>
        <w:t xml:space="preserve">[53:25] </w:t>
      </w:r>
      <w:r>
        <w:t>is ke liye kya zaroorat hai ke aap scientific degree lein? scientific degree zaroorat hai.</w:t>
      </w:r>
    </w:p>
    <w:p>
      <w:pPr>
        <w:jc w:val="right"/>
      </w:pPr>
      <w:r>
        <w:t>اس کے لیے کیا ضرورت ہے کہ آپ سائنٹیفک ڈگری لیں؟ سائنٹیفک ڈگری ضرورت ہے۔</w:t>
      </w:r>
    </w:p>
    <w:p>
      <w:r>
        <w:rPr>
          <w:b/>
        </w:rPr>
        <w:t xml:space="preserve">[53:31] </w:t>
      </w:r>
      <w:r>
        <w:t>abhi kal jab main, main khana bohat mamooli khana khata hoon, saada khana, jab main kha raha tha to main ne apa se kaha ke dekho, yeh yeh hum pet mein daal dete hain, haan, is ke baad humein kuch nahi karna. apne aap hi ek ek factory chal jaati hai jo is ko tarah tarah ke slow mein tabdeel karti hai. yani khoon banta hai, gosht banta hai, naakhun banta hai, baal banta hai. is ke liye scientific degree kya zaroorat hai? yeh aqal</w:t>
      </w:r>
    </w:p>
    <w:p>
      <w:pPr>
        <w:jc w:val="right"/>
      </w:pPr>
      <w:r>
        <w:t>ابھی کل جب میں، میں کھانا بہت معمولی کھانا کھاتا ہوں، سادہ کھانا، جب میں کھا رہا تھا تو میں نے آپا سے کہا کہ دیکھو، یہ یہ ہم پیٹ میں ڈال دیتے ہیں، ہاں، اس کے بعد ہمیں کچھ نہیں کرنا۔ اپنے آپ ہی ایک ایک فیکٹری چل جاتی ہے جو اس کو طرح طرح کے سلو میں تبدیل کرتی ہے۔ یعنی خون بنتا ہے، گوشت بنتا ہے، ناخن بنتا ہے، بال بنتا ہے۔ اس کے لیے سائنٹیفک ڈگری کیا ضرورت ہے؟ یہ عقل</w:t>
      </w:r>
    </w:p>
    <w:p>
      <w:r>
        <w:rPr>
          <w:b/>
        </w:rPr>
        <w:t xml:space="preserve">[54:01] </w:t>
      </w:r>
      <w:r>
        <w:t>jo hai, us ko kehte hain aql e aam, common sense.</w:t>
      </w:r>
    </w:p>
    <w:p>
      <w:pPr>
        <w:jc w:val="right"/>
      </w:pPr>
      <w:r>
        <w:t>جو ہے، اس کو کہتے ہیں عقل عام، کامن سینس۔</w:t>
      </w:r>
    </w:p>
    <w:p>
      <w:r>
        <w:rPr>
          <w:b/>
        </w:rPr>
        <w:t xml:space="preserve">[54:06] </w:t>
      </w:r>
      <w:r>
        <w:t>dekhein, tadabbur hota hai common sense ke zariye se, degree ke zariye se nahin.</w:t>
      </w:r>
    </w:p>
    <w:p>
      <w:pPr>
        <w:jc w:val="right"/>
      </w:pPr>
      <w:r>
        <w:t>دیکھیں، تدبر ہوتا ہے کامن سینس کے ذریعے سے، ڈگری کے ذریعے سے نہیں۔</w:t>
      </w:r>
    </w:p>
    <w:p>
      <w:r>
        <w:rPr>
          <w:b/>
        </w:rPr>
        <w:t xml:space="preserve">[54:10] </w:t>
      </w:r>
      <w:r>
        <w:t>isi liye jo bade bade degree yafta hain, un ka tadabbur hai hi nahin.</w:t>
      </w:r>
    </w:p>
    <w:p>
      <w:pPr>
        <w:jc w:val="right"/>
      </w:pPr>
      <w:r>
        <w:t>اسی لیے جو بڑے بڑے ڈگری یافتہ ہیں، ان کا تدبر ہے ہی نہیں۔</w:t>
      </w:r>
    </w:p>
    <w:p>
      <w:r>
        <w:rPr>
          <w:b/>
        </w:rPr>
        <w:t xml:space="preserve">[54:14] </w:t>
      </w:r>
      <w:r>
        <w:t>bade bade degree yafta ka maine tadabbur nahin paya.</w:t>
      </w:r>
    </w:p>
    <w:p>
      <w:pPr>
        <w:jc w:val="right"/>
      </w:pPr>
      <w:r>
        <w:t>بڑے بڑے ڈگری یافتہ کا میں نے تدبر نہیں پایا۔</w:t>
      </w:r>
    </w:p>
    <w:p>
      <w:r>
        <w:rPr>
          <w:b/>
        </w:rPr>
        <w:t xml:space="preserve">[54:19] </w:t>
      </w:r>
      <w:r>
        <w:t>aap bhi dhoond lijiye, tadabbur hota hai common sense ke zariye se, aur common sense aap ko khalique</w:t>
      </w:r>
    </w:p>
    <w:p>
      <w:pPr>
        <w:jc w:val="right"/>
      </w:pPr>
      <w:r>
        <w:t>آپ بھی ڈھونڈ لیجئے، تدبر ہوتا ہے کامن سینس کے ذریعے سے، اور کامن سینس آپ کو خالق</w:t>
      </w:r>
    </w:p>
    <w:p>
      <w:r>
        <w:rPr>
          <w:b/>
        </w:rPr>
        <w:t xml:space="preserve">[54:23] </w:t>
      </w:r>
      <w:r>
        <w:t>ki taraf se milta hai, khalique ki taraf se.</w:t>
      </w:r>
    </w:p>
    <w:p>
      <w:pPr>
        <w:jc w:val="right"/>
      </w:pPr>
      <w:r>
        <w:t>کی طرف سے ملتا ہے، خالق کی طرف سے۔</w:t>
      </w:r>
    </w:p>
    <w:p>
      <w:r>
        <w:rPr>
          <w:b/>
        </w:rPr>
        <w:t xml:space="preserve">[54:27] </w:t>
      </w:r>
      <w:r>
        <w:t>yeh bilkul galat soch hai ke degreeon wale soch</w:t>
      </w:r>
    </w:p>
    <w:p>
      <w:pPr>
        <w:jc w:val="right"/>
      </w:pPr>
      <w:r>
        <w:t>یہ بالکل غلط سوچ ہے کہ ڈگریوں والے سوچ</w:t>
      </w:r>
    </w:p>
    <w:p>
      <w:r>
        <w:rPr>
          <w:b/>
        </w:rPr>
        <w:t xml:space="preserve">[54:32] </w:t>
      </w:r>
      <w:r>
        <w:t>tadabbur kar sakte hain.</w:t>
      </w:r>
    </w:p>
    <w:p>
      <w:pPr>
        <w:jc w:val="right"/>
      </w:pPr>
      <w:r>
        <w:t>تدبر کر سکتے ہیں۔</w:t>
      </w:r>
    </w:p>
    <w:p>
      <w:r>
        <w:rPr>
          <w:b/>
        </w:rPr>
        <w:t xml:space="preserve">[54:35] </w:t>
      </w:r>
      <w:r>
        <w:t>degree wale tadabbur karte hi nahin kyunke woh technical knowledge un ko hoti hai, fanni knowledge hoti hai,</w:t>
      </w:r>
    </w:p>
    <w:p>
      <w:pPr>
        <w:jc w:val="right"/>
      </w:pPr>
      <w:r>
        <w:t>ڈگری والے تدبر کرتے ہی نہیں کیونکہ وہ ٹیکنیکل نالج ان کو ہوتی ہے، فنی نالج ہوتی ہے،</w:t>
      </w:r>
    </w:p>
    <w:p>
      <w:r>
        <w:rPr>
          <w:b/>
        </w:rPr>
        <w:t xml:space="preserve">[54:39] </w:t>
      </w:r>
      <w:r>
        <w:t>fanniyat mein phanse rehte hain.</w:t>
      </w:r>
    </w:p>
    <w:p>
      <w:pPr>
        <w:jc w:val="right"/>
      </w:pPr>
      <w:r>
        <w:t>فنیات میں پھنسے رہتے ہیں۔</w:t>
      </w:r>
    </w:p>
    <w:p>
      <w:r>
        <w:rPr>
          <w:b/>
        </w:rPr>
        <w:t xml:space="preserve">[54:43] </w:t>
      </w:r>
      <w:r>
        <w:t>woh yeh soch, bhai, bilkul bilkul baseless samajhta hoon.</w:t>
      </w:r>
    </w:p>
    <w:p>
      <w:pPr>
        <w:jc w:val="right"/>
      </w:pPr>
      <w:r>
        <w:t>وہ یہ سوچ، بھائی، بالکل بالکل بیسلیس سمجھتا ہوں۔</w:t>
      </w:r>
    </w:p>
    <w:p>
      <w:r>
        <w:rPr>
          <w:b/>
        </w:rPr>
        <w:t xml:space="preserve">[54:47] </w:t>
      </w:r>
      <w:r>
        <w:t>aisi soch ko mona.</w:t>
      </w:r>
    </w:p>
    <w:p>
      <w:pPr>
        <w:jc w:val="right"/>
      </w:pPr>
      <w:r>
        <w:t>ایسی سوچ کو مونا۔</w:t>
      </w:r>
    </w:p>
    <w:p>
      <w:r>
        <w:rPr>
          <w:b/>
        </w:rPr>
        <w:t xml:space="preserve">[54:50] </w:t>
      </w:r>
      <w:r>
        <w:t>yeh agla sawal aya hai mister asif ka mumbai se.</w:t>
      </w:r>
    </w:p>
    <w:p>
      <w:pPr>
        <w:jc w:val="right"/>
      </w:pPr>
      <w:r>
        <w:t>یہ اگلا سوال آیا ہے مسٹر اصف کا ممبئی سے۔</w:t>
      </w:r>
    </w:p>
    <w:p>
      <w:r>
        <w:rPr>
          <w:b/>
        </w:rPr>
        <w:t xml:space="preserve">[54:54] </w:t>
      </w:r>
      <w:r>
        <w:t>Maulana Sahab, many of my Muslim friends, they spend lavishly on Iftar.</w:t>
      </w:r>
    </w:p>
    <w:p>
      <w:pPr>
        <w:jc w:val="right"/>
      </w:pPr>
      <w:r>
        <w:t>مولانا صاحب، مینی اف مائی مسلمز فرینڈز، دے سپینڈ لیوشلی ان افطار۔</w:t>
      </w:r>
    </w:p>
    <w:p>
      <w:r>
        <w:rPr>
          <w:b/>
        </w:rPr>
        <w:t xml:space="preserve">[54:58] </w:t>
      </w:r>
      <w:r>
        <w:t>When they are being told it's not right, they say food is a blessing from God</w:t>
      </w:r>
    </w:p>
    <w:p>
      <w:pPr>
        <w:jc w:val="right"/>
      </w:pPr>
      <w:r>
        <w:t>وین دے آر بینگ ٹولڈ اٹس ناٹ رائٹ، دے سے فوڈ از ا بلیسنگ فرام گاڈ</w:t>
      </w:r>
    </w:p>
    <w:p>
      <w:r>
        <w:rPr>
          <w:b/>
        </w:rPr>
        <w:t xml:space="preserve">[55:02] </w:t>
      </w:r>
      <w:r>
        <w:t>far we fasted hol day.</w:t>
      </w:r>
    </w:p>
    <w:p>
      <w:pPr>
        <w:jc w:val="right"/>
      </w:pPr>
      <w:r>
        <w:t>، فار وی فاسٹڈ ہول ڈے۔</w:t>
      </w:r>
    </w:p>
    <w:p>
      <w:r>
        <w:rPr>
          <w:b/>
        </w:rPr>
        <w:t xml:space="preserve">[55:08] </w:t>
      </w:r>
      <w:r>
        <w:t>Maulana Sahib, how Muslims in such a situation can inculcate the spirit of Ramadan? Dekhiye, yeh baatein jo</w:t>
      </w:r>
    </w:p>
    <w:p>
      <w:pPr>
        <w:jc w:val="right"/>
      </w:pPr>
      <w:r>
        <w:t>مولانا صاحب، ہاؤ مسلمز ان سچ ا سچویشن کین انکلکیٹ دا سپرٹ آف رمضان؟ دیکھیں، یہ باتیں جو</w:t>
      </w:r>
    </w:p>
    <w:p>
      <w:r>
        <w:rPr>
          <w:b/>
        </w:rPr>
        <w:t xml:space="preserve">[55:14] </w:t>
      </w:r>
      <w:r>
        <w:t>log kehte hain, in se aap quran o hadith ka hawala poochhiye.</w:t>
      </w:r>
    </w:p>
    <w:p>
      <w:pPr>
        <w:jc w:val="right"/>
      </w:pPr>
      <w:r>
        <w:t>لوگ کہتے ہیں، ان سے آپ قرآن و حدیث کا حوالہ پوچھیے۔</w:t>
      </w:r>
    </w:p>
    <w:p>
      <w:r>
        <w:rPr>
          <w:b/>
        </w:rPr>
        <w:t xml:space="preserve">[55:20] </w:t>
      </w:r>
      <w:r>
        <w:t>yeh to apni baat kahi unhon ne, na? apni baat, apni baat kahi unhon ne.</w:t>
      </w:r>
    </w:p>
    <w:p>
      <w:pPr>
        <w:jc w:val="right"/>
      </w:pPr>
      <w:r>
        <w:t>یہ تو اپنی بات کہی انہوں نے، نا؟ اپنی بات، اپنی بات کہی انہوں نے۔</w:t>
      </w:r>
    </w:p>
    <w:p>
      <w:r>
        <w:rPr>
          <w:b/>
        </w:rPr>
        <w:t xml:space="preserve">[55:26] </w:t>
      </w:r>
      <w:r>
        <w:t>jaise aqsa se meri baat hui</w:t>
      </w:r>
    </w:p>
    <w:p>
      <w:pPr>
        <w:jc w:val="right"/>
      </w:pPr>
      <w:r>
        <w:t>جیسے اقصیٰ سے میری بات ہوئی</w:t>
      </w:r>
    </w:p>
    <w:p>
      <w:r>
        <w:rPr>
          <w:b/>
        </w:rPr>
        <w:t xml:space="preserve">[55:32] </w:t>
      </w:r>
      <w:r>
        <w:t>bahut pehle ki baat hai, woh roze nahi rakhte the.</w:t>
      </w:r>
    </w:p>
    <w:p>
      <w:pPr>
        <w:jc w:val="right"/>
      </w:pPr>
      <w:r>
        <w:t>، بہت پہلے کی بات ہے، وہ روزہ نہیں رکھتے تھے۔</w:t>
      </w:r>
    </w:p>
    <w:p>
      <w:r>
        <w:rPr>
          <w:b/>
        </w:rPr>
        <w:t xml:space="preserve">[55:35] </w:t>
      </w:r>
      <w:r>
        <w:t>to unhon ne kaha, allah ke fazl se aap ko sab cheez mila hua hai, to aap roze</w:t>
      </w:r>
    </w:p>
    <w:p>
      <w:pPr>
        <w:jc w:val="right"/>
      </w:pPr>
      <w:r>
        <w:t>تو انہوں نے کہا، اللہ کے فضل سے آپ کو سب چیز ملا ہوا ہے، تو آپ روزہ</w:t>
      </w:r>
    </w:p>
    <w:p>
      <w:r>
        <w:rPr>
          <w:b/>
        </w:rPr>
        <w:t xml:space="preserve">[55:39] </w:t>
      </w:r>
      <w:r>
        <w:t>kyun rakhein? roze woh rakhein jisko khane peene na milta ho.</w:t>
      </w:r>
    </w:p>
    <w:p>
      <w:pPr>
        <w:jc w:val="right"/>
      </w:pPr>
      <w:r>
        <w:t>کیوں رکھیں؟ روزہ وہ رکھیں جس کو کھانے پینے نہ ملتا ہو۔</w:t>
      </w:r>
    </w:p>
    <w:p>
      <w:r>
        <w:rPr>
          <w:b/>
        </w:rPr>
        <w:t xml:space="preserve">[55:43] </w:t>
      </w:r>
      <w:r>
        <w:t>to maine is se ladai nahi ki.</w:t>
      </w:r>
    </w:p>
    <w:p>
      <w:pPr>
        <w:jc w:val="right"/>
      </w:pPr>
      <w:r>
        <w:t>تو میں نے اس سے لڑائی نہیں کی۔</w:t>
      </w:r>
    </w:p>
    <w:p>
      <w:r>
        <w:rPr>
          <w:b/>
        </w:rPr>
        <w:t xml:space="preserve">[55:47] </w:t>
      </w:r>
      <w:r>
        <w:t>maine kaha ke yeh yeh kahan se nikala hai aap ne? kis quran ki ayat se nikalta</w:t>
      </w:r>
    </w:p>
    <w:p>
      <w:pPr>
        <w:jc w:val="right"/>
      </w:pPr>
      <w:r>
        <w:t>میں نے کہا کہ یہ یہ کہاں سے نکالا ہے آپ نے؟ کس قرآن کی آیت سے نکلتا</w:t>
      </w:r>
    </w:p>
    <w:p>
      <w:r>
        <w:rPr>
          <w:b/>
        </w:rPr>
        <w:t xml:space="preserve">[55:51] </w:t>
      </w:r>
      <w:r>
        <w:t>hai? yeh kis hadith se yeh nikalta hai? kis sahabi ne aisa kaha hai? to aap sawal karna</w:t>
      </w:r>
    </w:p>
    <w:p>
      <w:pPr>
        <w:jc w:val="right"/>
      </w:pPr>
      <w:r>
        <w:t>ہے؟ یہ کس حدیث سے یہ نکلتا ہے؟ کس صحابی نے ایسا کہا ہے؟ تو آپ سوال کرنا</w:t>
      </w:r>
    </w:p>
    <w:p>
      <w:r>
        <w:rPr>
          <w:b/>
        </w:rPr>
        <w:t xml:space="preserve">[55:54] </w:t>
      </w:r>
      <w:r>
        <w:t>seekhiye, logon ki baaton par sun kar na maniye.</w:t>
      </w:r>
    </w:p>
    <w:p>
      <w:pPr>
        <w:jc w:val="right"/>
      </w:pPr>
      <w:r>
        <w:t>سیکھیے، لوگوں کی باتوں پر سن کر نہ مانیے۔</w:t>
      </w:r>
    </w:p>
    <w:p>
      <w:r>
        <w:rPr>
          <w:b/>
        </w:rPr>
        <w:t xml:space="preserve">[55:58] </w:t>
      </w:r>
      <w:r>
        <w:t>sawal karna seekhi</w:t>
      </w:r>
    </w:p>
    <w:p>
      <w:pPr>
        <w:jc w:val="right"/>
      </w:pPr>
      <w:r>
        <w:t>سوال کرنا سیکھی</w:t>
      </w:r>
    </w:p>
    <w:p>
      <w:r>
        <w:rPr>
          <w:b/>
        </w:rPr>
        <w:t xml:space="preserve">[56:02] </w:t>
      </w:r>
      <w:r>
        <w:t>ye, aur sawal yahi kijiye ke aap kahan se bol rahe hain? yeh yeh bahut bol rahe hain</w:t>
      </w:r>
    </w:p>
    <w:p>
      <w:pPr>
        <w:jc w:val="right"/>
      </w:pPr>
      <w:r>
        <w:t>ے، اور سوال یہی کیجئے کہ آپ کہاں سے بول رہے ہیں؟ یہ یہ بہت بول رہے ہیں</w:t>
      </w:r>
    </w:p>
    <w:p>
      <w:r>
        <w:rPr>
          <w:b/>
        </w:rPr>
        <w:t xml:space="preserve">[56:07] </w:t>
      </w:r>
      <w:r>
        <w:t>quran se, hadith se, sahaba se.</w:t>
      </w:r>
    </w:p>
    <w:p>
      <w:pPr>
        <w:jc w:val="right"/>
      </w:pPr>
      <w:r>
        <w:t>قرآن سے، حدیث سے، صحابہ سے۔</w:t>
      </w:r>
    </w:p>
    <w:p>
      <w:r>
        <w:rPr>
          <w:b/>
        </w:rPr>
        <w:t xml:space="preserve">[56:12] </w:t>
      </w:r>
      <w:r>
        <w:t>kahan se bol rahe hain aap? woh bataiye, apne dimagh se bol rahe hain to aap aap ko</w:t>
      </w:r>
    </w:p>
    <w:p>
      <w:pPr>
        <w:jc w:val="right"/>
      </w:pPr>
      <w:r>
        <w:t>کہاں سے بول رہے ہیں آپ؟ وہ بتائیے، اپنے دماغ سے بول رہے ہیں تو آپ آپ کو</w:t>
      </w:r>
    </w:p>
    <w:p>
      <w:r>
        <w:rPr>
          <w:b/>
        </w:rPr>
        <w:t xml:space="preserve">[56:17] </w:t>
      </w:r>
      <w:r>
        <w:t>dimagh to koi authentic nahi mana jayega.</w:t>
      </w:r>
    </w:p>
    <w:p>
      <w:pPr>
        <w:jc w:val="right"/>
      </w:pPr>
      <w:r>
        <w:t>دماغ تو کوئی اتھینٹک نہیں مانا جائے گا۔</w:t>
      </w:r>
    </w:p>
    <w:p>
      <w:r>
        <w:rPr>
          <w:b/>
        </w:rPr>
        <w:t xml:space="preserve">[56:22] </w:t>
      </w:r>
      <w:r>
        <w:t>mona, yeh agla sawal kya hai doctor iqbal pradhan ne delhi se.</w:t>
      </w:r>
    </w:p>
    <w:p>
      <w:pPr>
        <w:jc w:val="right"/>
      </w:pPr>
      <w:r>
        <w:t>مونا، یہ اگلا سوال کیا ہے ڈاکٹر اقبال پردھان نے دہلی سے۔</w:t>
      </w:r>
    </w:p>
    <w:p>
      <w:r>
        <w:rPr>
          <w:b/>
        </w:rPr>
        <w:t xml:space="preserve">[56:27] </w:t>
      </w:r>
      <w:r>
        <w:t>maulana, aaj kal musalmanon ke kuch ghar agar kisi</w:t>
      </w:r>
    </w:p>
    <w:p>
      <w:pPr>
        <w:jc w:val="right"/>
      </w:pPr>
      <w:r>
        <w:t>مولانا، آج کل مسلمانوں کے کچھ گھر اگر کسی</w:t>
      </w:r>
    </w:p>
    <w:p>
      <w:r>
        <w:rPr>
          <w:b/>
        </w:rPr>
        <w:t xml:space="preserve">[56:32] </w:t>
      </w:r>
      <w:r>
        <w:t>ghair muslim colony mein ban jaate hain to muslim wahan namaz padhne ki jagah hote hue bhi baqayda</w:t>
      </w:r>
    </w:p>
    <w:p>
      <w:pPr>
        <w:jc w:val="right"/>
      </w:pPr>
      <w:r>
        <w:t>غیر مسلم کالونی میں بن جاتے ہیں تو مسلم وہاں نماز پڑھنے کی جگہ ہوتے ہوئے بھی باقاعدہ</w:t>
      </w:r>
    </w:p>
    <w:p>
      <w:r>
        <w:rPr>
          <w:b/>
        </w:rPr>
        <w:t xml:space="preserve">[56:38] </w:t>
      </w:r>
      <w:r>
        <w:t>masjid qaim karna chahte hain.</w:t>
      </w:r>
    </w:p>
    <w:p>
      <w:pPr>
        <w:jc w:val="right"/>
      </w:pPr>
      <w:r>
        <w:t>مسجد قائم کرنا چاہتے ہیں۔</w:t>
      </w:r>
    </w:p>
    <w:p>
      <w:r>
        <w:rPr>
          <w:b/>
        </w:rPr>
        <w:t xml:space="preserve">[56:43] </w:t>
      </w:r>
      <w:r>
        <w:t>quran aur hadith ki roshni mein is par roshni daliye.</w:t>
      </w:r>
    </w:p>
    <w:p>
      <w:pPr>
        <w:jc w:val="right"/>
      </w:pPr>
      <w:r>
        <w:t>قرآن اور حدیث کی روشنی میں اس پر روشنی ڈالیے۔</w:t>
      </w:r>
    </w:p>
    <w:p>
      <w:r>
        <w:rPr>
          <w:b/>
        </w:rPr>
        <w:t xml:space="preserve">[56:48] </w:t>
      </w:r>
      <w:r>
        <w:t>dekhein, yeh to bilkul bahut hi zyada galat zehan hai mere nazdeek.</w:t>
      </w:r>
    </w:p>
    <w:p>
      <w:pPr>
        <w:jc w:val="right"/>
      </w:pPr>
      <w:r>
        <w:t>دیکھیں، یہ تو بالکل بہت ہی زیادہ غلط ذہن ہے میرے نزدیک۔</w:t>
      </w:r>
    </w:p>
    <w:p>
      <w:r>
        <w:rPr>
          <w:b/>
        </w:rPr>
        <w:t xml:space="preserve">[56:53] </w:t>
      </w:r>
      <w:r>
        <w:t>is mein khwamkhwah jhagda paida hota hai.</w:t>
      </w:r>
    </w:p>
    <w:p>
      <w:pPr>
        <w:jc w:val="right"/>
      </w:pPr>
      <w:r>
        <w:t>اس میں خوامخواہ جھگڑا پیدا ہوتا ہے۔</w:t>
      </w:r>
    </w:p>
    <w:p>
      <w:r>
        <w:rPr>
          <w:b/>
        </w:rPr>
        <w:t xml:space="preserve">[56:58] </w:t>
      </w:r>
      <w:r>
        <w:t>masjid banayenge, phir loud speaker lagayenge, phir shor karenge, aur nafratein paida hongi. ek museebat.</w:t>
      </w:r>
    </w:p>
    <w:p>
      <w:pPr>
        <w:jc w:val="right"/>
      </w:pPr>
      <w:r>
        <w:t>مسجد بنائیں گے، پھر لاؤڈ سپیکر لگائیں گے، پھر شور کریں گے، اور نفرتیں پیدا ہوں گی۔ ایک مصیبت۔</w:t>
      </w:r>
    </w:p>
    <w:p>
      <w:r>
        <w:rPr>
          <w:b/>
        </w:rPr>
        <w:t xml:space="preserve">[57:03] </w:t>
      </w:r>
      <w:r>
        <w:t>dekhen, yeh bani israil jo thay hazrat musa ke zamanay mein, to misr mein woh aqalliyat mein thay,</w:t>
      </w:r>
    </w:p>
    <w:p>
      <w:pPr>
        <w:jc w:val="right"/>
      </w:pPr>
      <w:r>
        <w:t>دیکھیں، یہ بنی اسرائیل جو تھے حضرت موسیٰ کے زمانے میں، تو مصر میں وہ اقلیت میں تھے،</w:t>
      </w:r>
    </w:p>
    <w:p>
      <w:r>
        <w:rPr>
          <w:b/>
        </w:rPr>
        <w:t xml:space="preserve">[57:09] </w:t>
      </w:r>
      <w:r>
        <w:t>majority doosray logon ki thi.</w:t>
      </w:r>
    </w:p>
    <w:p>
      <w:pPr>
        <w:jc w:val="right"/>
      </w:pPr>
      <w:r>
        <w:t>میجورٹی دوسرے لوگوں کی تھی۔</w:t>
      </w:r>
    </w:p>
    <w:p>
      <w:r>
        <w:rPr>
          <w:b/>
        </w:rPr>
        <w:t xml:space="preserve">[57:15] </w:t>
      </w:r>
      <w:r>
        <w:t>to isi tarah ki soorat-e-haal thi wahan par jo india mein.</w:t>
      </w:r>
    </w:p>
    <w:p>
      <w:pPr>
        <w:jc w:val="right"/>
      </w:pPr>
      <w:r>
        <w:t>تو اسی طرح کی صورتحال تھی وہاں پر جو انڈیا میں۔</w:t>
      </w:r>
    </w:p>
    <w:p>
      <w:r>
        <w:rPr>
          <w:b/>
        </w:rPr>
        <w:t xml:space="preserve">[57:21] </w:t>
      </w:r>
      <w:r>
        <w:t>to quran mein aap parh lijiye yeh ayat: "wajalub qibla waqif al-salam".</w:t>
      </w:r>
    </w:p>
    <w:p>
      <w:pPr>
        <w:jc w:val="right"/>
      </w:pPr>
      <w:r>
        <w:t>تو قرآن میں آپ پڑھ لیجئے یہ آیت: "وجلوب قبلہ واقف السلام"۔</w:t>
      </w:r>
    </w:p>
    <w:p>
      <w:r>
        <w:rPr>
          <w:b/>
        </w:rPr>
        <w:t xml:space="preserve">[57:27] </w:t>
      </w:r>
      <w:r>
        <w:t>apne ghar ki qibla bana lo, apne ghar ki masjid bana lo, apne ghar ki masjid bana ke namaz parh</w:t>
      </w:r>
    </w:p>
    <w:p>
      <w:pPr>
        <w:jc w:val="right"/>
      </w:pPr>
      <w:r>
        <w:t>اپنے گھر کی قبلہ بنا لو، اپنے گھر کی مسجد بنا لو، اپنے گھر کی مسجد بنا کے نماز پڑ</w:t>
      </w:r>
    </w:p>
    <w:p>
      <w:r>
        <w:rPr>
          <w:b/>
        </w:rPr>
        <w:t xml:space="preserve">[57:33] </w:t>
      </w:r>
      <w:r>
        <w:t>o.</w:t>
      </w:r>
    </w:p>
    <w:p>
      <w:pPr>
        <w:jc w:val="right"/>
      </w:pPr>
      <w:r>
        <w:t>ھو۔</w:t>
      </w:r>
    </w:p>
    <w:p>
      <w:r>
        <w:rPr>
          <w:b/>
        </w:rPr>
        <w:t xml:space="preserve">[57:38] </w:t>
      </w:r>
      <w:r>
        <w:t>yeh yeh kuch nahi hai ke aap wahan khwamkhwah larh bher kar kahein ke hum hamein masjid chahiye,</w:t>
      </w:r>
    </w:p>
    <w:p>
      <w:pPr>
        <w:jc w:val="right"/>
      </w:pPr>
      <w:r>
        <w:t>یہ یہ کچھ نہیں ہے کہ آپ وہاں خوامخواہ لڑ بھڑ کر کہیں کہ ہم ہمیں مسجد چاہیے،</w:t>
      </w:r>
    </w:p>
    <w:p>
      <w:r>
        <w:rPr>
          <w:b/>
        </w:rPr>
        <w:t xml:space="preserve">[57:43] </w:t>
      </w:r>
      <w:r>
        <w:t>hamara haq hai ke masjid banayein.</w:t>
      </w:r>
    </w:p>
    <w:p>
      <w:pPr>
        <w:jc w:val="right"/>
      </w:pPr>
      <w:r>
        <w:t>ہمارا حق ہے کہ مسجد بنائیں۔</w:t>
      </w:r>
    </w:p>
    <w:p>
      <w:r>
        <w:rPr>
          <w:b/>
        </w:rPr>
        <w:t xml:space="preserve">[57:48] </w:t>
      </w:r>
      <w:r>
        <w:t>yeh islam se koi talluq nahi hai, yeh yeh islam se koi talluq iska nahi hai.</w:t>
      </w:r>
    </w:p>
    <w:p>
      <w:pPr>
        <w:jc w:val="right"/>
      </w:pPr>
      <w:r>
        <w:t>یہ اسلام سے کوئی تعلق نہیں ہے، یہ یہ اسلام سے کوئی تعلق اس کا نہیں ہے۔</w:t>
      </w:r>
    </w:p>
    <w:p>
      <w:r>
        <w:rPr>
          <w:b/>
        </w:rPr>
        <w:t xml:space="preserve">[57:53] </w:t>
      </w:r>
      <w:r>
        <w:t>"wajalubiyatqab" majlis do ka, yani apne apne gharon ko masjid bana lo, wahan par namaz parho.</w:t>
      </w:r>
    </w:p>
    <w:p>
      <w:pPr>
        <w:jc w:val="right"/>
      </w:pPr>
      <w:r>
        <w:t>"وجلوبیتقب" مجلس دو کا، یعنی اپنے اپنے گھروں کو مسجد بنا لو، وہاں پر نماز پڑھو۔</w:t>
      </w:r>
    </w:p>
    <w:p>
      <w:r>
        <w:rPr>
          <w:b/>
        </w:rPr>
        <w:t xml:space="preserve">[57:58] </w:t>
      </w:r>
      <w:r>
        <w:t>haan, jahan mauqa hai, wahan masjid banaiye. jahan</w:t>
      </w:r>
    </w:p>
    <w:p>
      <w:pPr>
        <w:jc w:val="right"/>
      </w:pPr>
      <w:r>
        <w:t>ہاں، جہاں موقع ہے، وہاں مسجد بنائیے۔ جہاں</w:t>
      </w:r>
    </w:p>
    <w:p>
      <w:r>
        <w:rPr>
          <w:b/>
        </w:rPr>
        <w:t xml:space="preserve">[58:03] </w:t>
      </w:r>
      <w:r>
        <w:t>mauqa nahi hai, to wahan ghar mein namaz parhiye.</w:t>
      </w:r>
    </w:p>
    <w:p>
      <w:pPr>
        <w:jc w:val="right"/>
      </w:pPr>
      <w:r>
        <w:t>موقع نہیں ہے، تو وہاں گھر میں نماز پڑھیے۔</w:t>
      </w:r>
    </w:p>
    <w:p>
      <w:r>
        <w:rPr>
          <w:b/>
        </w:rPr>
        <w:t xml:space="preserve">[58:08] </w:t>
      </w:r>
      <w:r>
        <w:t>mona, yeh agla sawal aaya hai maulana iqbal umri ka chennai se.</w:t>
      </w:r>
    </w:p>
    <w:p>
      <w:pPr>
        <w:jc w:val="right"/>
      </w:pPr>
      <w:r>
        <w:t>مونا، یہ اگلا سوال آیا ہے مولانا اقبال عمری کا چنئی سے۔</w:t>
      </w:r>
    </w:p>
    <w:p>
      <w:r>
        <w:rPr>
          <w:b/>
        </w:rPr>
        <w:t xml:space="preserve">[58:13] </w:t>
      </w:r>
      <w:r>
        <w:t>maulana, ideology ki ahmiyat aur iski planning karne ki zaroorat kyun ummat mein nahi hai? kya is</w:t>
      </w:r>
    </w:p>
    <w:p>
      <w:pPr>
        <w:jc w:val="right"/>
      </w:pPr>
      <w:r>
        <w:t>مولانا، آئیڈیالوجی کی اہمیت اور اس کی پلاننگ کرنے کی ضرورت کیوں امت میں نہیں ہے؟ کیا اس</w:t>
      </w:r>
    </w:p>
    <w:p>
      <w:r>
        <w:rPr>
          <w:b/>
        </w:rPr>
        <w:t xml:space="preserve">[58:18] </w:t>
      </w:r>
      <w:r>
        <w:t>ka sabab qaumi fakhr aur siyasi fikr hai? please wazahat karein.</w:t>
      </w:r>
    </w:p>
    <w:p>
      <w:pPr>
        <w:jc w:val="right"/>
      </w:pPr>
      <w:r>
        <w:t>کا سبب قومی فخر اور سیاسی فکر ہے؟ پلیز وضاحت کریں۔</w:t>
      </w:r>
    </w:p>
    <w:p>
      <w:r>
        <w:rPr>
          <w:b/>
        </w:rPr>
        <w:t xml:space="preserve">[58:23] </w:t>
      </w:r>
      <w:r>
        <w:t>saheeh baat hai, saheeh baat hai.</w:t>
      </w:r>
    </w:p>
    <w:p>
      <w:pPr>
        <w:jc w:val="right"/>
      </w:pPr>
      <w:r>
        <w:t>صحیح بات ہے، صحیح بات ہے۔</w:t>
      </w:r>
    </w:p>
    <w:p>
      <w:r>
        <w:rPr>
          <w:b/>
        </w:rPr>
        <w:t xml:space="preserve">[58:28] </w:t>
      </w:r>
      <w:r>
        <w:t>qaumi fakhr aur aesaai soch asal wajah yeh</w:t>
      </w:r>
    </w:p>
    <w:p>
      <w:pPr>
        <w:jc w:val="right"/>
      </w:pPr>
      <w:r>
        <w:t>قومی فخر اور عیسائی سوچ اصل وجہ یہ</w:t>
      </w:r>
    </w:p>
    <w:p>
      <w:r>
        <w:rPr>
          <w:b/>
        </w:rPr>
        <w:t xml:space="preserve">[58:33] </w:t>
      </w:r>
      <w:r>
        <w:t>hi hai.</w:t>
      </w:r>
    </w:p>
    <w:p>
      <w:pPr>
        <w:jc w:val="right"/>
      </w:pPr>
      <w:r>
        <w:t>ی ہے۔</w:t>
      </w:r>
    </w:p>
    <w:p>
      <w:r>
        <w:rPr>
          <w:b/>
        </w:rPr>
        <w:t xml:space="preserve">[58:38] </w:t>
      </w:r>
      <w:r>
        <w:t>isi ki bana par buzurgon ne modern education nahi liya, modern education peechay ho gaye.</w:t>
      </w:r>
    </w:p>
    <w:p>
      <w:pPr>
        <w:jc w:val="right"/>
      </w:pPr>
      <w:r>
        <w:t>اسی کی بنا پر بزرگوں نے ماڈرن ایجوکیشن نہیں لیا، ماڈرن ایجوکیشن پیچھے ہو گئے۔</w:t>
      </w:r>
    </w:p>
    <w:p>
      <w:r>
        <w:rPr>
          <w:b/>
        </w:rPr>
        <w:t xml:space="preserve">[58:43] </w:t>
      </w:r>
      <w:r>
        <w:t>to jarh ki baat to yahi hai.</w:t>
      </w:r>
    </w:p>
    <w:p>
      <w:pPr>
        <w:jc w:val="right"/>
      </w:pPr>
      <w:r>
        <w:t>تو جڑ کی بات تو یہی ہے۔</w:t>
      </w:r>
    </w:p>
    <w:p>
      <w:r>
        <w:rPr>
          <w:b/>
        </w:rPr>
        <w:t xml:space="preserve">[58:47] </w:t>
      </w:r>
      <w:r>
        <w:t>agar hum chahte hain ke saheeh ma'ano mein islaah to hamein qaumi fakhr ko khatam karna parega,</w:t>
      </w:r>
    </w:p>
    <w:p>
      <w:pPr>
        <w:jc w:val="right"/>
      </w:pPr>
      <w:r>
        <w:t>اگر ہم چاہتے ہیں کہ صحیح معنوں میں اصلاح تو ہمیں قومی فخر کو ختم کرنا پڑے گا،</w:t>
      </w:r>
    </w:p>
    <w:p>
      <w:r>
        <w:rPr>
          <w:b/>
        </w:rPr>
        <w:t xml:space="preserve">[58:52] </w:t>
      </w:r>
      <w:r>
        <w:t>political soch ko khatam karna parega, logon ko modern education mein dakhil karna parega.</w:t>
      </w:r>
    </w:p>
    <w:p>
      <w:pPr>
        <w:jc w:val="right"/>
      </w:pPr>
      <w:r>
        <w:t>پولیٹیکل سوچ کو ختم کرنا پڑے گا، لوگوں کو ماڈرن ایجوکیشن میں داخل کرنا پڑے گا۔</w:t>
      </w:r>
    </w:p>
    <w:p>
      <w:r>
        <w:rPr>
          <w:b/>
        </w:rPr>
        <w:t xml:space="preserve">[58:56] </w:t>
      </w:r>
      <w:r>
        <w:t>tab ja kar ke koi saheeh ma'ano mein islaah hogi.</w:t>
      </w:r>
    </w:p>
    <w:p>
      <w:pPr>
        <w:jc w:val="right"/>
      </w:pPr>
      <w:r>
        <w:t>تب جا کر کے کوئی صحیح معنوں میں اصلاح ہوگی۔</w:t>
      </w:r>
    </w:p>
    <w:p>
      <w:r>
        <w:rPr>
          <w:b/>
        </w:rPr>
        <w:t xml:space="preserve">[59:01] </w:t>
      </w:r>
      <w:r>
        <w:t>mad parjosh taqreeron se islaah anay wali nahi hai.</w:t>
      </w:r>
    </w:p>
    <w:p>
      <w:pPr>
        <w:jc w:val="right"/>
      </w:pPr>
      <w:r>
        <w:t>مد پرجوش تقریروں سے اصلاح آنے والی نہیں ہے۔</w:t>
      </w:r>
    </w:p>
    <w:p>
      <w:r>
        <w:rPr>
          <w:b/>
        </w:rPr>
        <w:t xml:space="preserve">[59:06] </w:t>
      </w:r>
      <w:r>
        <w:t>mona, yeh agla sawal aaya hai mister ajay dwivedi ka gurgaon se.</w:t>
      </w:r>
    </w:p>
    <w:p>
      <w:pPr>
        <w:jc w:val="right"/>
      </w:pPr>
      <w:r>
        <w:t>مونا، یہ اگلا سوال آیا ہے مسٹر اجے دویری کا گڑگاؤں سے۔</w:t>
      </w:r>
    </w:p>
    <w:p>
      <w:r>
        <w:rPr>
          <w:b/>
        </w:rPr>
        <w:t xml:space="preserve">[59:12] </w:t>
      </w:r>
      <w:r>
        <w:t>مولانا صاحب، Is there any way I can be free from anxiety, negative thoughts and fear? Please suggest.</w:t>
      </w:r>
    </w:p>
    <w:p>
      <w:pPr>
        <w:jc w:val="right"/>
      </w:pPr>
      <w:r>
        <w:t>مولانا صاحب، از دیر اینی وے آئی کین بی فری فرام اینگزائٹی، نیگیٹیو تھاٹس اینڈ فیئر؟ پلیز سجیسٹ</w:t>
      </w:r>
    </w:p>
    <w:p>
      <w:r>
        <w:rPr>
          <w:b/>
        </w:rPr>
        <w:t xml:space="preserve">[59:18] </w:t>
      </w:r>
      <w:r>
        <w:t>me a formula of life that helps me manage such feelings.</w:t>
      </w:r>
    </w:p>
    <w:p>
      <w:pPr>
        <w:jc w:val="right"/>
      </w:pPr>
      <w:r>
        <w:t>می ا فارمولا آف لائف دیٹ ہیلپس می مینج سچ فیلنگز۔</w:t>
      </w:r>
    </w:p>
    <w:p>
      <w:r>
        <w:rPr>
          <w:b/>
        </w:rPr>
        <w:t xml:space="preserve">[59:24] </w:t>
      </w:r>
      <w:r>
        <w:t>kya matlab? kya matlab hai? mona, in ka sawal yeh hai ke is there any way that i</w:t>
      </w:r>
    </w:p>
    <w:p>
      <w:pPr>
        <w:jc w:val="right"/>
      </w:pPr>
      <w:r>
        <w:t>کیا مطلب؟ کیا مطلب ہے؟ مونا، ان کا سوال یہ ہے کہ از دیر اینی وے دیٹ آئی</w:t>
      </w:r>
    </w:p>
    <w:p>
      <w:r>
        <w:rPr>
          <w:b/>
        </w:rPr>
        <w:t xml:space="preserve">[59:30] </w:t>
      </w:r>
      <w:r>
        <w:t>can be free from anxiety and negative thoughts and fear?</w:t>
      </w:r>
    </w:p>
    <w:p>
      <w:pPr>
        <w:jc w:val="right"/>
      </w:pPr>
      <w:r>
        <w:t>کین بی فری فرام اینگزائٹی اینڈ نیگیٹیو تھاٹس اینڈ فیئر؟</w:t>
      </w:r>
    </w:p>
    <w:p>
      <w:r>
        <w:rPr>
          <w:b/>
        </w:rPr>
        <w:t xml:space="preserve">[59:36] </w:t>
      </w:r>
      <w:r>
        <w:t>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p>
    <w:p>
      <w:pPr>
        <w:jc w:val="right"/>
      </w:pPr>
      <w:r>
        <w:t>سو ہی وانٹس ا فارمولا۔ بھئی، اینگزائٹی کس بات پر؟ جاب کو لے کر، بزنس کو لے کر، کس بات کو لے کر؟ پیسے کو لے کر؟ تو دیکھیں، ابھی کل کے اخبار میں میں ایک ریفرنس دوں گا۔ دنیا کے رچیسٹ آدمی کا وہ آیا ہے، ابھی کل کے ٹرمس آف انڈیا میں پڑھا میں نے۔ وہ چائنہ کا ہے، دنیا کا رچیسٹ آدمی۔ اس نے تقریر کی ہے جو ٹرمس آف انڈیا میں چھپی ہے کہ پہلے میں اسک</w:t>
      </w:r>
    </w:p>
    <w:p>
      <w:r>
        <w:rPr>
          <w:b/>
        </w:rPr>
        <w:t xml:space="preserve">[1:00:06] </w:t>
      </w:r>
      <w:r>
        <w:t>will teacher tha aur mahine mujh ko 12 dollar milta tha china mein.</w:t>
      </w:r>
    </w:p>
    <w:p>
      <w:pPr>
        <w:jc w:val="right"/>
      </w:pPr>
      <w:r>
        <w:t>ول ٹیچر تھا اور مہینے مجھ کو 12 ڈالر ملتا تھا چائنہ میں۔</w:t>
      </w:r>
    </w:p>
    <w:p>
      <w:r>
        <w:rPr>
          <w:b/>
        </w:rPr>
        <w:t xml:space="preserve">[1:00:11] </w:t>
      </w:r>
      <w:r>
        <w:t>woh english jaanta tha toh english teacher tha.</w:t>
      </w:r>
    </w:p>
    <w:p>
      <w:pPr>
        <w:jc w:val="right"/>
      </w:pPr>
      <w:r>
        <w:t>وہ انگلش جانتا تھا تو انگلش ٹیچر تھا۔</w:t>
      </w:r>
    </w:p>
    <w:p>
      <w:r>
        <w:rPr>
          <w:b/>
        </w:rPr>
        <w:t xml:space="preserve">[1:00:16] </w:t>
      </w:r>
      <w:r>
        <w:t>woh phir us ne business shuru kiya toh 12 us ne likha hai ke jab mein mahine mein</w:t>
      </w:r>
    </w:p>
    <w:p>
      <w:pPr>
        <w:jc w:val="right"/>
      </w:pPr>
      <w:r>
        <w:t>وہ پھر اس نے بزنس شروع کیا تو 12 اس نے لکھا ہے کہ جب میں مہینے میں</w:t>
      </w:r>
    </w:p>
    <w:p>
      <w:r>
        <w:rPr>
          <w:b/>
        </w:rPr>
        <w:t xml:space="preserve">[1:00:21] </w:t>
      </w:r>
      <w:r>
        <w:t>jo 12 dollar kamata tha toh woh bohat khush rehta tha.</w:t>
      </w:r>
    </w:p>
    <w:p>
      <w:pPr>
        <w:jc w:val="right"/>
      </w:pPr>
      <w:r>
        <w:t>جو 12 ڈالر کماتا تھا تو وہ بہت خوش رہتا تھا۔</w:t>
      </w:r>
    </w:p>
    <w:p>
      <w:r>
        <w:rPr>
          <w:b/>
        </w:rPr>
        <w:t xml:space="preserve">[1:00:26] </w:t>
      </w:r>
      <w:r>
        <w:t>ab mere paas billion billion paisa hai lekin ab mein khush nahi hoon.</w:t>
      </w:r>
    </w:p>
    <w:p>
      <w:pPr>
        <w:jc w:val="right"/>
      </w:pPr>
      <w:r>
        <w:t>اب میرے پاس بلین بلین پیسہ ہے لیکن اب میں خوش نہیں ہوں۔</w:t>
      </w:r>
    </w:p>
    <w:p>
      <w:r>
        <w:rPr>
          <w:b/>
        </w:rPr>
        <w:t xml:space="preserve">[1:00:31] </w:t>
      </w:r>
      <w:r>
        <w:t>toh toh yeh yeh</w:t>
      </w:r>
    </w:p>
    <w:p>
      <w:pPr>
        <w:jc w:val="right"/>
      </w:pPr>
      <w:r>
        <w:t>تو تو یہ یہ</w:t>
      </w:r>
    </w:p>
    <w:p>
      <w:r>
        <w:rPr>
          <w:b/>
        </w:rPr>
        <w:t xml:space="preserve">[1:00:36] </w:t>
      </w:r>
      <w:r>
        <w:t>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p>
    <w:p>
      <w:pPr>
        <w:jc w:val="right"/>
      </w:pPr>
      <w:r>
        <w:t>یہ اینگزائٹی ہے۔ اینگزائٹی اس چیز کے لیے جو اس سے انگزائٹی بڑھا ہوا ہے۔ ایسی چیز کی، ایسی چیز کے لیے لوگ اینگزائٹی کو پالتے ہیں کہ وہ اگر پوری ہو جائے تو اور اور اینگزائٹی بڑھ جائے کہ زیادہ بڑا گھر، زیادہ بڑی، بہت ہی کارے، بڑا جواب، جاب، بہت زیادہ بزنس۔ وہ تو اینگزائٹی اور بڑھانے والی چیز ہے۔ وہ تو دیکھیں، اینگزائٹی جو ہے وہ ایک انٹلیکچول اسٹیٹ کا نام ہے، ایک ذہنی حالت۔</w:t>
      </w:r>
    </w:p>
    <w:p>
      <w:r>
        <w:rPr>
          <w:b/>
        </w:rPr>
        <w:t xml:space="preserve">[1:01:06] </w:t>
      </w:r>
      <w:r>
        <w:t>aap zehan ki satah par apne ko positive banaiye.</w:t>
      </w:r>
    </w:p>
    <w:p>
      <w:pPr>
        <w:jc w:val="right"/>
      </w:pPr>
      <w:r>
        <w:t>آپ ذہن کی سطح پر اپنے کو پازیٹیو بنائیے۔</w:t>
      </w:r>
    </w:p>
    <w:p>
      <w:r>
        <w:rPr>
          <w:b/>
        </w:rPr>
        <w:t xml:space="preserve">[1:01:12] </w:t>
      </w:r>
      <w:r>
        <w:t>bahir bahir ki satah par aap sochenge aur bahir koi anxiety ka sabab nikal kar us ko</w:t>
      </w:r>
    </w:p>
    <w:p>
      <w:pPr>
        <w:jc w:val="right"/>
      </w:pPr>
      <w:r>
        <w:t>باہر باہر کی سطح پر آپ سوچیں گے اور باہر کوئی اینگزائٹی کا سبب نکال کر اس کو</w:t>
      </w:r>
    </w:p>
    <w:p>
      <w:r>
        <w:rPr>
          <w:b/>
        </w:rPr>
        <w:t xml:space="preserve">[1:01:18] </w:t>
      </w:r>
      <w:r>
        <w:t>door karne ki koshish karenge toh is se anxiety door hone wali nahi hai.</w:t>
      </w:r>
    </w:p>
    <w:p>
      <w:pPr>
        <w:jc w:val="right"/>
      </w:pPr>
      <w:r>
        <w:t>دور کرنے کی کوشش کریں گے تو اس سے اینگزائٹی دور ہونے والی نہیں ہے۔</w:t>
      </w:r>
    </w:p>
    <w:p>
      <w:r>
        <w:rPr>
          <w:b/>
        </w:rPr>
        <w:t xml:space="preserve">[1:01:24] </w:t>
      </w:r>
      <w:r>
        <w:t>misalan mein hoon, dekhiye, mein koi anxiety nahi hoon kyunke har anxiety, dekhiye, har anxiety jo hoti hai</w:t>
      </w:r>
    </w:p>
    <w:p>
      <w:pPr>
        <w:jc w:val="right"/>
      </w:pPr>
      <w:r>
        <w:t>مثلاً میں ہوں، دیکھیے، میں کوئی اینگزائٹی نہیں ہوں کیونکہ ہر اینگزائٹی، دیکھیے، ہر اینگزائٹی جو ہوتی ہے</w:t>
      </w:r>
    </w:p>
    <w:p>
      <w:r>
        <w:rPr>
          <w:b/>
        </w:rPr>
        <w:t xml:space="preserve">[1:01:31] </w:t>
      </w:r>
      <w:r>
        <w:t>kisi external reason se hoti hai,</w:t>
      </w:r>
    </w:p>
    <w:p>
      <w:pPr>
        <w:jc w:val="right"/>
      </w:pPr>
      <w:r>
        <w:t>کسی ایکسٹرنل ریزن سے ہوتی ہے،</w:t>
      </w:r>
    </w:p>
    <w:p>
      <w:r>
        <w:rPr>
          <w:b/>
        </w:rPr>
        <w:t xml:space="preserve">[1:01:37] </w:t>
      </w:r>
      <w:r>
        <w:t>internal reason se nahi hoti.</w:t>
      </w:r>
    </w:p>
    <w:p>
      <w:pPr>
        <w:jc w:val="right"/>
      </w:pPr>
      <w:r>
        <w:t>انٹرنل ریزن سے نہیں ہوتی۔</w:t>
      </w:r>
    </w:p>
    <w:p>
      <w:r>
        <w:rPr>
          <w:b/>
        </w:rPr>
        <w:t xml:space="preserve">[1:01:40] </w:t>
      </w:r>
      <w:r>
        <w:t>toh bas mein kahoon ke chalo bhai, yeh bhi theek hai.</w:t>
      </w:r>
    </w:p>
    <w:p>
      <w:pPr>
        <w:jc w:val="right"/>
      </w:pPr>
      <w:r>
        <w:t>تو بس میں کہوں کہ چلو بھئی، یہ بھی ٹھیک ہے۔</w:t>
      </w:r>
    </w:p>
    <w:p>
      <w:r>
        <w:rPr>
          <w:b/>
        </w:rPr>
        <w:t xml:space="preserve">[1:01:43] </w:t>
      </w:r>
      <w:r>
        <w:t>mere paas agar falan cheez nahi hai toh yeh bhi theek hai.</w:t>
      </w:r>
    </w:p>
    <w:p>
      <w:pPr>
        <w:jc w:val="right"/>
      </w:pPr>
      <w:r>
        <w:t>میرے پاس اگر فلاں چیز نہیں ہے تو یہ بھی ٹھیک ہے۔</w:t>
      </w:r>
    </w:p>
    <w:p>
      <w:r>
        <w:rPr>
          <w:b/>
        </w:rPr>
        <w:t xml:space="preserve">[1:01:47] </w:t>
      </w:r>
      <w:r>
        <w:t>paisa kam hai toh bhi theek hai.</w:t>
      </w:r>
    </w:p>
    <w:p>
      <w:pPr>
        <w:jc w:val="right"/>
      </w:pPr>
      <w:r>
        <w:t>پیسہ کم ہے تو بھی ٹھیک ہے۔</w:t>
      </w:r>
    </w:p>
    <w:p>
      <w:r>
        <w:rPr>
          <w:b/>
        </w:rPr>
        <w:t xml:space="preserve">[1:01:50] </w:t>
      </w:r>
      <w:r>
        <w:t>mein america mein ek sahib ka qissa mein ne bataya hoga aap ko pehle ke ek sahib ka</w:t>
      </w:r>
    </w:p>
    <w:p>
      <w:pPr>
        <w:jc w:val="right"/>
      </w:pPr>
      <w:r>
        <w:t>میں امریکہ میں ایک صاحب کا قصہ میں نے بتایا ہوگا آپ کو پہلے کہ ایک صاحب کا</w:t>
      </w:r>
    </w:p>
    <w:p>
      <w:r>
        <w:rPr>
          <w:b/>
        </w:rPr>
        <w:t xml:space="preserve">[1:01:53] </w:t>
      </w:r>
      <w:r>
        <w:t>mein woh le gaye.</w:t>
      </w:r>
    </w:p>
    <w:p>
      <w:pPr>
        <w:jc w:val="right"/>
      </w:pPr>
      <w:r>
        <w:t>میں وہ لے گئے۔</w:t>
      </w:r>
    </w:p>
    <w:p>
      <w:r>
        <w:rPr>
          <w:b/>
        </w:rPr>
        <w:t xml:space="preserve">[1:01:57] </w:t>
      </w:r>
      <w:r>
        <w:t>mein kahin gaya tha kisi program mein toh hotel mein thehra tha toh woh hotel se utha ke</w:t>
      </w:r>
    </w:p>
    <w:p>
      <w:pPr>
        <w:jc w:val="right"/>
      </w:pPr>
      <w:r>
        <w:t>میں کہیں گیا تھا کسی پروگرام میں تو ہوٹل میں ٹھہرا تھا تو وہ ہوٹل سے اٹھا کے</w:t>
      </w:r>
    </w:p>
    <w:p>
      <w:r>
        <w:rPr>
          <w:b/>
        </w:rPr>
        <w:t xml:space="preserve">[1:02:00] </w:t>
      </w:r>
      <w:r>
        <w:t>apne ghar le gaye.</w:t>
      </w:r>
    </w:p>
    <w:p>
      <w:pPr>
        <w:jc w:val="right"/>
      </w:pPr>
      <w:r>
        <w:t>اپنے گھر لے گئے۔</w:t>
      </w:r>
    </w:p>
    <w:p>
      <w:r>
        <w:rPr>
          <w:b/>
        </w:rPr>
        <w:t xml:space="preserve">[1:02:03] </w:t>
      </w:r>
      <w:r>
        <w:t>mujh ko woh paise wale aadmi they toh</w:t>
      </w:r>
    </w:p>
    <w:p>
      <w:pPr>
        <w:jc w:val="right"/>
      </w:pPr>
      <w:r>
        <w:t>مجھ کو وہ پیسے والے آدمی تھے تو</w:t>
      </w:r>
    </w:p>
    <w:p>
      <w:r>
        <w:rPr>
          <w:b/>
        </w:rPr>
        <w:t xml:space="preserve">[1:02:07] </w:t>
      </w:r>
      <w:r>
        <w:t>beh-haal mein ne dekha ke woh bohat khush rehte hain.</w:t>
      </w:r>
    </w:p>
    <w:p>
      <w:pPr>
        <w:jc w:val="right"/>
      </w:pPr>
      <w:r>
        <w:t>بہرحال میں نے دیکھا کہ وہ بہت خوش رہتے ہیں۔</w:t>
      </w:r>
    </w:p>
    <w:p>
      <w:r>
        <w:rPr>
          <w:b/>
        </w:rPr>
        <w:t xml:space="preserve">[1:02:11] </w:t>
      </w:r>
      <w:r>
        <w:t>aam taur par america mein kisi ko khush nahi paya mein ne.</w:t>
      </w:r>
    </w:p>
    <w:p>
      <w:pPr>
        <w:jc w:val="right"/>
      </w:pPr>
      <w:r>
        <w:t>عام طور پر امریکہ میں کسی کو خوش نہیں پائے میں نے۔</w:t>
      </w:r>
    </w:p>
    <w:p>
      <w:r>
        <w:rPr>
          <w:b/>
        </w:rPr>
        <w:t xml:space="preserve">[1:02:15] </w:t>
      </w:r>
      <w:r>
        <w:t>aam taur par wohi anxiety wale paya mein ne, woh khush they.</w:t>
      </w:r>
    </w:p>
    <w:p>
      <w:pPr>
        <w:jc w:val="right"/>
      </w:pPr>
      <w:r>
        <w:t>عام طور پر وہی اینگزائٹی والے پائے میں نے، وہ خوش تھے۔</w:t>
      </w:r>
    </w:p>
    <w:p>
      <w:r>
        <w:rPr>
          <w:b/>
        </w:rPr>
        <w:t xml:space="preserve">[1:02:20] </w:t>
      </w:r>
      <w:r>
        <w:t>to mein ne wash kiya un ko to mujhe samjhaya ke unhon ne aik wohi formula pakar liya</w:t>
      </w:r>
    </w:p>
    <w:p>
      <w:pPr>
        <w:jc w:val="right"/>
      </w:pPr>
      <w:r>
        <w:t>تو میں نے واش کیا ان کو تو مجھے سمجھایا کہ انہوں نے ایک وہی فارمولا پکڑ لیا</w:t>
      </w:r>
    </w:p>
    <w:p>
      <w:r>
        <w:rPr>
          <w:b/>
        </w:rPr>
        <w:t xml:space="preserve">[1:02:24] </w:t>
      </w:r>
      <w:r>
        <w:t>ke chalo yeh bhi theek hai, jo bhi ho jaye, chalo yeh bhi theek hai.</w:t>
      </w:r>
    </w:p>
    <w:p>
      <w:pPr>
        <w:jc w:val="right"/>
      </w:pPr>
      <w:r>
        <w:t>کہ چلو یہ بھی ٹھیک ہے، جو بھی ہو جائے، چلو یہ بھی ٹھیک ہے۔</w:t>
      </w:r>
    </w:p>
    <w:p>
      <w:r>
        <w:rPr>
          <w:b/>
        </w:rPr>
        <w:t xml:space="preserve">[1:02:28] </w:t>
      </w:r>
      <w:r>
        <w:t>mislan aik din mein ne un se kaha ke chaliye kal hum amreeka ke kisi park mein chalenge.</w:t>
      </w:r>
    </w:p>
    <w:p>
      <w:pPr>
        <w:jc w:val="right"/>
      </w:pPr>
      <w:r>
        <w:t>مثلاً ایک دن میں نے ان سے کہا کہ چلیے کل ہم امریکہ کے کسی پارک میں چلیں گے۔</w:t>
      </w:r>
    </w:p>
    <w:p>
      <w:r>
        <w:rPr>
          <w:b/>
        </w:rPr>
        <w:t xml:space="preserve">[1:02:33] </w:t>
      </w:r>
      <w:r>
        <w:t>kaha theek hai.</w:t>
      </w:r>
    </w:p>
    <w:p>
      <w:pPr>
        <w:jc w:val="right"/>
      </w:pPr>
      <w:r>
        <w:t>کہا ٹھیک ہے۔</w:t>
      </w:r>
    </w:p>
    <w:p>
      <w:r>
        <w:rPr>
          <w:b/>
        </w:rPr>
        <w:t xml:space="preserve">[1:02:37] </w:t>
      </w:r>
      <w:r>
        <w:t>to program ban gaya.</w:t>
      </w:r>
    </w:p>
    <w:p>
      <w:pPr>
        <w:jc w:val="right"/>
      </w:pPr>
      <w:r>
        <w:t>تو پروگرام بن گیا۔</w:t>
      </w:r>
    </w:p>
    <w:p>
      <w:r>
        <w:rPr>
          <w:b/>
        </w:rPr>
        <w:t xml:space="preserve">[1:02:41] </w:t>
      </w:r>
      <w:r>
        <w:t>agle din subah ko woh apna tayar ho kar aaye, kapra pakar kar tayar ho kar aaye ke chale.</w:t>
      </w:r>
    </w:p>
    <w:p>
      <w:pPr>
        <w:jc w:val="right"/>
      </w:pPr>
      <w:r>
        <w:t>اگلے دن صبح کو وہ اپنا تیار ہو کر آئے، کپڑا پکڑ کر تیار ہو کر آئے کہ چلیے۔</w:t>
      </w:r>
    </w:p>
    <w:p>
      <w:r>
        <w:rPr>
          <w:b/>
        </w:rPr>
        <w:t xml:space="preserve">[1:02:45] </w:t>
      </w:r>
      <w:r>
        <w:t>to mein ne kaha bhai, mera mood nahi jane ka.</w:t>
      </w:r>
    </w:p>
    <w:p>
      <w:pPr>
        <w:jc w:val="right"/>
      </w:pPr>
      <w:r>
        <w:t>تو میں نے کہا بھئی، میرا موڈ نہیں جانے کا۔</w:t>
      </w:r>
    </w:p>
    <w:p>
      <w:r>
        <w:rPr>
          <w:b/>
        </w:rPr>
        <w:t xml:space="preserve">[1:02:48] </w:t>
      </w:r>
      <w:r>
        <w:t>yeh to kya kehte hain? chalo yeh bhi theek hai.</w:t>
      </w:r>
    </w:p>
    <w:p>
      <w:pPr>
        <w:jc w:val="right"/>
      </w:pPr>
      <w:r>
        <w:t>یہ تو کیا کہتے ہیں؟ چلو یہ بھی ٹھیک ہے۔</w:t>
      </w:r>
    </w:p>
    <w:p>
      <w:r>
        <w:rPr>
          <w:b/>
        </w:rPr>
        <w:t xml:space="preserve">[1:02:52] </w:t>
      </w:r>
      <w:r>
        <w:t>to sab se acha formula hai jo hai, us ko chalo yeh bhi theek hai.</w:t>
      </w:r>
    </w:p>
    <w:p>
      <w:pPr>
        <w:jc w:val="right"/>
      </w:pPr>
      <w:r>
        <w:t>تو سب سے اچھا فارمولا ہے جو ہے، اس کو چلو یہ بھی ٹھیک ہے۔</w:t>
      </w:r>
    </w:p>
    <w:p>
      <w:r>
        <w:rPr>
          <w:b/>
        </w:rPr>
        <w:t xml:space="preserve">[1:02:56] </w:t>
      </w:r>
      <w:r>
        <w:t>to anxiety zehan mein paida hoti hai aur zehni woh khatam kar sakte hain.</w:t>
      </w:r>
    </w:p>
    <w:p>
      <w:pPr>
        <w:jc w:val="right"/>
      </w:pPr>
      <w:r>
        <w:t>تو اینگزائٹی ذہن میں پیدا ہوتی ہے اور ذہنی وہ ختم کر سکتے ہیں۔</w:t>
      </w:r>
    </w:p>
    <w:p>
      <w:r>
        <w:rPr>
          <w:b/>
        </w:rPr>
        <w:t xml:space="preserve">[1:03:00] </w:t>
      </w:r>
      <w:r>
        <w:t>aap anxiety mind mein paida hoti hai aur mind hi woh khatam kar sakte hain.</w:t>
      </w:r>
    </w:p>
    <w:p>
      <w:pPr>
        <w:jc w:val="right"/>
      </w:pPr>
      <w:r>
        <w:t>آپ اینگزائٹی مائنڈ میں پیدا ہوتی ہے اور مائنڈ ہی وہ ختم کر سکتے ہیں۔</w:t>
      </w:r>
    </w:p>
    <w:p>
      <w:r>
        <w:rPr>
          <w:b/>
        </w:rPr>
        <w:t xml:space="preserve">[1:03:04] </w:t>
      </w:r>
      <w:r>
        <w:t>us ko aap</w:t>
      </w:r>
    </w:p>
    <w:p>
      <w:pPr>
        <w:jc w:val="right"/>
      </w:pPr>
      <w:r>
        <w:t>اس کو آپ</w:t>
      </w:r>
    </w:p>
    <w:p>
      <w:r>
        <w:rPr>
          <w:b/>
        </w:rPr>
        <w:t xml:space="preserve">[1:03:08] </w:t>
      </w:r>
      <w:r>
        <w:t>agar wohi wohi jo the America mein, kaha ji kaise aadmi aap hain? aap ki wajah se maine program sab cancel kar diya. aaj maine sab ko program cancel kar ke tayyar hua ke aap ke saath jaunga aur aap yeh aisa kar rahe hain. kal ko nahin bataya to aisa nahin kiya unhon ne. unhon ne kaha chalo yeh bhi theek hai. sab se acha formula yahi hai. mona, inhi ka agla sawal hai. Maulana, aap ne bataya asal cheez taqwa hai. yeh taqwa</w:t>
      </w:r>
    </w:p>
    <w:p>
      <w:pPr>
        <w:jc w:val="right"/>
      </w:pPr>
      <w:r>
        <w:t>اگر وہی وہی جو تھے امریکہ میں، کہا جی کیسے آدمی آپ ہیں؟ آپ کی وجہ سے میں نے پروگرام سب کینسل کر دیا۔ آج میں نے سب کو پروگرام کینسل کر کے تیار ہوا کہ آپ کے ساتھ جاؤں گا اور آپ یہ ایسا کر رہے ہیں۔ کل کو نہیں بتایا تو ایسا نہیں کیا انہوں نے۔ انہوں نے کہا چلو یہ بھی ٹھیک ہے۔ سب سے اچھا فارمولا یہی ہے۔ مونا، انہی کا اگلا سوال ہے۔ مولانا، آپ نے بتایا اصل چیز تقویٰ ہے۔ یہ تقوی</w:t>
      </w:r>
    </w:p>
    <w:p>
      <w:r>
        <w:rPr>
          <w:b/>
        </w:rPr>
        <w:t xml:space="preserve">[1:03:38] </w:t>
      </w:r>
      <w:r>
        <w:t>kya hai? taqwa spirit ka naam hai.</w:t>
      </w:r>
    </w:p>
    <w:p>
      <w:pPr>
        <w:jc w:val="right"/>
      </w:pPr>
      <w:r>
        <w:t>ٰ کیا ہے؟ تقویٰ اسپیریٹ کا نام ہے۔</w:t>
      </w:r>
    </w:p>
    <w:p>
      <w:r>
        <w:rPr>
          <w:b/>
        </w:rPr>
        <w:t xml:space="preserve">[1:03:42] </w:t>
      </w:r>
      <w:r>
        <w:t>taqwa koi mysterious cheez nahi hai.</w:t>
      </w:r>
    </w:p>
    <w:p>
      <w:pPr>
        <w:jc w:val="right"/>
      </w:pPr>
      <w:r>
        <w:t>تقویٰ کوئی مسٹیریس چیز نہیں ہے۔</w:t>
      </w:r>
    </w:p>
    <w:p>
      <w:r>
        <w:rPr>
          <w:b/>
        </w:rPr>
        <w:t xml:space="preserve">[1:03:46] </w:t>
      </w:r>
      <w:r>
        <w:t>spirit, spirit yani aik hota hai form, aik hoti hai spirit.</w:t>
      </w:r>
    </w:p>
    <w:p>
      <w:pPr>
        <w:jc w:val="right"/>
      </w:pPr>
      <w:r>
        <w:t>اسپیریٹ، اسپیریٹ یعنی ایک ہوتا ہے فارم، ایک ہوتی ہے اسپیریٹ۔</w:t>
      </w:r>
    </w:p>
    <w:p>
      <w:r>
        <w:rPr>
          <w:b/>
        </w:rPr>
        <w:t xml:space="preserve">[1:03:51] </w:t>
      </w:r>
      <w:r>
        <w:t>to jo log aam tor par log bas form ko jante hain, is form ke peechay jo spirit</w:t>
      </w:r>
    </w:p>
    <w:p>
      <w:pPr>
        <w:jc w:val="right"/>
      </w:pPr>
      <w:r>
        <w:t>تو جو لوگ عام طور پر لوگ بس فارم کو جانتے ہیں، اس فارم کے پیچھے جو اسپیریٹ</w:t>
      </w:r>
    </w:p>
    <w:p>
      <w:r>
        <w:rPr>
          <w:b/>
        </w:rPr>
        <w:t xml:space="preserve">[1:03:55] </w:t>
      </w:r>
      <w:r>
        <w:t>hai, us se bekhabar hain.</w:t>
      </w:r>
    </w:p>
    <w:p>
      <w:pPr>
        <w:jc w:val="right"/>
      </w:pPr>
      <w:r>
        <w:t>ہے، اس سے بے خبر ہیں۔</w:t>
      </w:r>
    </w:p>
    <w:p>
      <w:r>
        <w:rPr>
          <w:b/>
        </w:rPr>
        <w:t xml:space="preserve">[1:03:59] </w:t>
      </w:r>
      <w:r>
        <w:t>misalan roza hai.</w:t>
      </w:r>
    </w:p>
    <w:p>
      <w:pPr>
        <w:jc w:val="right"/>
      </w:pPr>
      <w:r>
        <w:t>مثلاً روزہ ہے۔</w:t>
      </w:r>
    </w:p>
    <w:p>
      <w:r>
        <w:rPr>
          <w:b/>
        </w:rPr>
        <w:t xml:space="preserve">[1:04:04] </w:t>
      </w:r>
      <w:r>
        <w:t>roze mein yahi jante hain ke kya hamein lena hai? yeh khana, yeh pani, woh saman,</w:t>
      </w:r>
    </w:p>
    <w:p>
      <w:pPr>
        <w:jc w:val="right"/>
      </w:pPr>
      <w:r>
        <w:t>روزے میں یہی جانتے ہیں کہ کیا ہمیں لینا ہے؟ یہ کھانا، یہ پانی، وہ سامان،</w:t>
      </w:r>
    </w:p>
    <w:p>
      <w:r>
        <w:rPr>
          <w:b/>
        </w:rPr>
        <w:t xml:space="preserve">[1:04:08] </w:t>
      </w:r>
      <w:r>
        <w:t>yeh chahiye mujhe taake khoob khayein sehri ke waqt, taake bhook na lage.</w:t>
      </w:r>
    </w:p>
    <w:p>
      <w:pPr>
        <w:jc w:val="right"/>
      </w:pPr>
      <w:r>
        <w:t>یہ چاہیے مجھے تاکہ خوب کھائیں سحری کے وقت، تاکہ بھوک نہ لگے۔</w:t>
      </w:r>
    </w:p>
    <w:p>
      <w:r>
        <w:rPr>
          <w:b/>
        </w:rPr>
        <w:t xml:space="preserve">[1:04:13] </w:t>
      </w:r>
      <w:r>
        <w:t>to yeh lena hai.</w:t>
      </w:r>
    </w:p>
    <w:p>
      <w:pPr>
        <w:jc w:val="right"/>
      </w:pPr>
      <w:r>
        <w:t>تو یہ لینا ہے۔</w:t>
      </w:r>
    </w:p>
    <w:p>
      <w:r>
        <w:rPr>
          <w:b/>
        </w:rPr>
        <w:t xml:space="preserve">[1:04:18] </w:t>
      </w:r>
      <w:r>
        <w:t>to roze mein log jo jo form logon par pakar rakha hai, woh taking spirit par base karta hai.</w:t>
      </w:r>
    </w:p>
    <w:p>
      <w:pPr>
        <w:jc w:val="right"/>
      </w:pPr>
      <w:r>
        <w:t>تو روزے میں لوگ جو جو فارم لوگوں پر پکڑ رکھا ہے، وہ ٹیکنگ اسپیریٹ پر بیس کرتا ہے۔</w:t>
      </w:r>
    </w:p>
    <w:p>
      <w:r>
        <w:rPr>
          <w:b/>
        </w:rPr>
        <w:t xml:space="preserve">[1:04:23] </w:t>
      </w:r>
      <w:r>
        <w:t>dosra jo mein ne arz kiya, woh giving spirit, doosron ko dena.</w:t>
      </w:r>
    </w:p>
    <w:p>
      <w:pPr>
        <w:jc w:val="right"/>
      </w:pPr>
      <w:r>
        <w:t>دوسرا جو میں نے عرض کیا، وہ گیونگ اسپیریٹ، دوسروں کو دینا۔</w:t>
      </w:r>
    </w:p>
    <w:p>
      <w:r>
        <w:rPr>
          <w:b/>
        </w:rPr>
        <w:t xml:space="preserve">[1:04:28] </w:t>
      </w:r>
      <w:r>
        <w:t>to har cheez mein aik form hota hai, aik spirit hoti hai.</w:t>
      </w:r>
    </w:p>
    <w:p>
      <w:pPr>
        <w:jc w:val="right"/>
      </w:pPr>
      <w:r>
        <w:t>تو ہر چیز میں ایک فارم ہوتا ہے، ایک اسپیریٹ ہوتی ہے۔</w:t>
      </w:r>
    </w:p>
    <w:p>
      <w:r>
        <w:rPr>
          <w:b/>
        </w:rPr>
        <w:t xml:space="preserve">[1:04:33] </w:t>
      </w:r>
      <w:r>
        <w:t>islam ki jitni bhi taleemat hain, jitni bhi teaching hain,</w:t>
      </w:r>
    </w:p>
    <w:p>
      <w:pPr>
        <w:jc w:val="right"/>
      </w:pPr>
      <w:r>
        <w:t>اسلام کی جتنی بھی تعلیمات ہیں، جتنی بھی ٹیچنگ ہیں،</w:t>
      </w:r>
    </w:p>
    <w:p>
      <w:r>
        <w:rPr>
          <w:b/>
        </w:rPr>
        <w:t xml:space="preserve">[1:04:38] </w:t>
      </w:r>
      <w:r>
        <w:t>sab spirit ke aitbar se un ki importance hai, form ke aitbar se nahin hai. mona, yeh agla comment aaya hai Shafi Dar sahib ka Kashmir se. respected Maulana sahib, Assalam-o-Alaikum. I heard your last Sunday talk and it was full of inspiration. I was thinking that I am suffering in discrimination somewhere in my job and in my relationship. but your Sunday l</w:t>
      </w:r>
    </w:p>
    <w:p>
      <w:pPr>
        <w:jc w:val="right"/>
      </w:pPr>
      <w:r>
        <w:t>سب اسپیریٹ کے اعتبار سے ان کی امپورٹنس ہے، فارم کے اعتبار سے نہیں ہے۔ مونا، یہ اگلا کمنٹ آیا ہے شفیع ڈار صاحب کا کشمیر سے۔ ریسپیکٹڈ مولانا صاحب، السلام علیکم۔ آئی ہرڈ یور لاسٹ سنڈے ٹاک اینڈ اٹ واز فل آف انسپیریشن۔ آئی واز تھنکنگ دیٹ آئی ایم سفرنگ ان ڈسکرمینیشن سم ویر ان مائی جاب اینڈ ان مائی ریلیشن شپ۔ بٹ یور سنڈے ل</w:t>
      </w:r>
    </w:p>
    <w:p>
      <w:r>
        <w:rPr>
          <w:b/>
        </w:rPr>
        <w:t xml:space="preserve">[1:05:08] </w:t>
      </w:r>
      <w:r>
        <w:t>lecture helped me a lot and I thank Allah Almighty that He provided me a chance to</w:t>
      </w:r>
    </w:p>
    <w:p>
      <w:pPr>
        <w:jc w:val="right"/>
      </w:pPr>
      <w:r>
        <w:t>یکچر ہیلپڈ می ا لاٹ اینڈ آئی تھینک اللہ آل مائٹی دیٹ ہی پرووائیڈڈ می ا چانس ٹو</w:t>
      </w:r>
    </w:p>
    <w:p>
      <w:r>
        <w:rPr>
          <w:b/>
        </w:rPr>
        <w:t xml:space="preserve">[1:05:13] </w:t>
      </w:r>
      <w:r>
        <w:t>heer your lecture.</w:t>
      </w:r>
    </w:p>
    <w:p>
      <w:pPr>
        <w:jc w:val="right"/>
      </w:pPr>
      <w:r>
        <w:t>ہیئر یور لیکچر۔</w:t>
      </w:r>
    </w:p>
    <w:p>
      <w:r>
        <w:rPr>
          <w:b/>
        </w:rPr>
        <w:t xml:space="preserve">[1:05:18] </w:t>
      </w:r>
      <w:r>
        <w:t>Otherwise, I would have died in a state of negative mentality and discrimination.</w:t>
      </w:r>
    </w:p>
    <w:p>
      <w:pPr>
        <w:jc w:val="right"/>
      </w:pPr>
      <w:r>
        <w:t>ادروائز آئی وڈ ہیو ڈائیڈ ان ا سٹیٹ آف نیگیٹیو مینٹیلیٹی اینڈ ڈسکرمینیشن۔</w:t>
      </w:r>
    </w:p>
    <w:p>
      <w:r>
        <w:rPr>
          <w:b/>
        </w:rPr>
        <w:t xml:space="preserve">[1:05:23] </w:t>
      </w:r>
      <w:r>
        <w:t>dekhiye, main phir kahunga ke jo aadmi discrimination ki boli bolta hai, woh ka koi talluq Islam</w:t>
      </w:r>
    </w:p>
    <w:p>
      <w:pPr>
        <w:jc w:val="right"/>
      </w:pPr>
      <w:r>
        <w:t>دیکھیے، میں پھر کہوں گا کہ جو آدمی ڈسکرمینیشن کی بولی بولتا ہے، وہ کا کوئی تعلق اسلام</w:t>
      </w:r>
    </w:p>
    <w:p>
      <w:r>
        <w:rPr>
          <w:b/>
        </w:rPr>
        <w:t xml:space="preserve">[1:05:28] </w:t>
      </w:r>
      <w:r>
        <w:t>se nahi hai.</w:t>
      </w:r>
    </w:p>
    <w:p>
      <w:pPr>
        <w:jc w:val="right"/>
      </w:pPr>
      <w:r>
        <w:t>سے نہیں ہے۔</w:t>
      </w:r>
    </w:p>
    <w:p>
      <w:r>
        <w:rPr>
          <w:b/>
        </w:rPr>
        <w:t xml:space="preserve">[1:05:33] </w:t>
      </w:r>
      <w:r>
        <w:t>Islam mein discrimination ki bol</w:t>
      </w:r>
    </w:p>
    <w:p>
      <w:pPr>
        <w:jc w:val="right"/>
      </w:pPr>
      <w:r>
        <w:t>اسلام میں ڈسکرمینیشن کی بول</w:t>
      </w:r>
    </w:p>
    <w:p>
      <w:r>
        <w:rPr>
          <w:b/>
        </w:rPr>
        <w:t xml:space="preserve">[1:05:38] </w:t>
      </w:r>
      <w:r>
        <w:t>yi sirf Satan ki thi, Satan ki, na Rasool ki, na Sahabi ki.</w:t>
      </w:r>
    </w:p>
    <w:p>
      <w:pPr>
        <w:jc w:val="right"/>
      </w:pPr>
      <w:r>
        <w:t>ی صرف سیٹن کی تھی، سیٹن کی، نہ رسول کی، نہ صحابی کی۔</w:t>
      </w:r>
    </w:p>
    <w:p>
      <w:r>
        <w:rPr>
          <w:b/>
        </w:rPr>
        <w:t xml:space="preserve">[1:05:43] </w:t>
      </w:r>
      <w:r>
        <w:t>yeh yeh Rasool Islam ki boli nahi hai.</w:t>
      </w:r>
    </w:p>
    <w:p>
      <w:pPr>
        <w:jc w:val="right"/>
      </w:pPr>
      <w:r>
        <w:t>یہ یہ رسول اسلام کی بولی نہیں ہے۔</w:t>
      </w:r>
    </w:p>
    <w:p>
      <w:r>
        <w:rPr>
          <w:b/>
        </w:rPr>
        <w:t xml:space="preserve">[1:05:47] </w:t>
      </w:r>
      <w:r>
        <w:t>discrimination yeh Satan ki boli hai.</w:t>
      </w:r>
    </w:p>
    <w:p>
      <w:pPr>
        <w:jc w:val="right"/>
      </w:pPr>
      <w:r>
        <w:t>ڈسکرمینیشن یہ سیٹن کی بولی ہے۔</w:t>
      </w:r>
    </w:p>
    <w:p>
      <w:r>
        <w:rPr>
          <w:b/>
        </w:rPr>
        <w:t xml:space="preserve">[1:05:51] </w:t>
      </w:r>
      <w:r>
        <w:t>Satan ne kaha tha ke khalaq khalaq min deen ke main is se mera darja bada hai aur</w:t>
      </w:r>
    </w:p>
    <w:p>
      <w:pPr>
        <w:jc w:val="right"/>
      </w:pPr>
      <w:r>
        <w:t>سیٹن نے کہا تھا کہ خلق خلق من دین کہ میں اس سے میرا درجہ بڑا ہے اور</w:t>
      </w:r>
    </w:p>
    <w:p>
      <w:r>
        <w:rPr>
          <w:b/>
        </w:rPr>
        <w:t xml:space="preserve">[1:05:55] </w:t>
      </w:r>
      <w:r>
        <w:t>insaan ka darja chhota hai.</w:t>
      </w:r>
    </w:p>
    <w:p>
      <w:pPr>
        <w:jc w:val="right"/>
      </w:pPr>
      <w:r>
        <w:t>انسان کا درجہ چھوٹا ہے۔</w:t>
      </w:r>
    </w:p>
    <w:p>
      <w:r>
        <w:rPr>
          <w:b/>
        </w:rPr>
        <w:t xml:space="preserve">[1:06:00] </w:t>
      </w:r>
      <w:r>
        <w:t>toh toh ne is ko badha diya, mujhe peeche peeche kar diya.</w:t>
      </w:r>
    </w:p>
    <w:p>
      <w:pPr>
        <w:jc w:val="right"/>
      </w:pPr>
      <w:r>
        <w:t>تو تو نے اس کو بڑھا دیا، مجھے پیچھے پیچھے کر دیا۔</w:t>
      </w:r>
    </w:p>
    <w:p>
      <w:r>
        <w:rPr>
          <w:b/>
        </w:rPr>
        <w:t xml:space="preserve">[1:06:04] </w:t>
      </w:r>
      <w:r>
        <w:t>yeh discriminate ki Rasool Allah par ilzaam lagaya discrimination</w:t>
      </w:r>
    </w:p>
    <w:p>
      <w:pPr>
        <w:jc w:val="right"/>
      </w:pPr>
      <w:r>
        <w:t>یہ ڈسکرمینیٹ کی رسول اللہ پر الزام لگایا ڈسکرمینیشن</w:t>
      </w:r>
    </w:p>
    <w:p>
      <w:r>
        <w:rPr>
          <w:b/>
        </w:rPr>
        <w:t xml:space="preserve">[1:06:08] </w:t>
      </w:r>
      <w:r>
        <w:t>ka.</w:t>
      </w:r>
    </w:p>
    <w:p>
      <w:pPr>
        <w:jc w:val="right"/>
      </w:pPr>
      <w:r>
        <w:t>کا۔</w:t>
      </w:r>
    </w:p>
    <w:p>
      <w:r>
        <w:rPr>
          <w:b/>
        </w:rPr>
        <w:t xml:space="preserve">[1:06:12] </w:t>
      </w:r>
      <w:r>
        <w:t>toh jo aadmi aaj yaad rakhiye, discrimination mein ki boli bolta hai, woh Satan ki boli bolta hai,</w:t>
      </w:r>
    </w:p>
    <w:p>
      <w:pPr>
        <w:jc w:val="right"/>
      </w:pPr>
      <w:r>
        <w:t>تو جو آدمی آج یاد رکھیے، ڈسکرمینیشن میں کی بولی بولتا ہے، وہ سیٹن کی بولی بولتا ہے،</w:t>
      </w:r>
    </w:p>
    <w:p>
      <w:r>
        <w:rPr>
          <w:b/>
        </w:rPr>
        <w:t xml:space="preserve">[1:06:15] </w:t>
      </w:r>
      <w:r>
        <w:t>Satan ki boli bolta hai.</w:t>
      </w:r>
    </w:p>
    <w:p>
      <w:pPr>
        <w:jc w:val="right"/>
      </w:pPr>
      <w:r>
        <w:t>سیٹن کی بولی بولتا ہے۔</w:t>
      </w:r>
    </w:p>
    <w:p>
      <w:r>
        <w:rPr>
          <w:b/>
        </w:rPr>
        <w:t xml:space="preserve">[1:06:19] </w:t>
      </w:r>
      <w:r>
        <w:t>isi liye aap poora jo Quran o Hadees hai, kahin padh kar dikha dijiye.</w:t>
      </w:r>
    </w:p>
    <w:p>
      <w:pPr>
        <w:jc w:val="right"/>
      </w:pPr>
      <w:r>
        <w:t>اسی لیے آپ پورا جو قرآن و حدیث ہے، کہیں پڑھ کر دکھا دیجئے۔</w:t>
      </w:r>
    </w:p>
    <w:p>
      <w:r>
        <w:rPr>
          <w:b/>
        </w:rPr>
        <w:t xml:space="preserve">[1:06:22] </w:t>
      </w:r>
      <w:r>
        <w:t>koi paighambar bola ho discrimination ki boli, koi Sahabi bola ho discrimination ki boli, yeh sirf Satan hai</w:t>
      </w:r>
    </w:p>
    <w:p>
      <w:pPr>
        <w:jc w:val="right"/>
      </w:pPr>
      <w:r>
        <w:t>کوئی پیغمبر بولا ہو ڈسکرپشن کی بولی، کوئی صحابی بولا ہو ڈسکرپشن کی بولی، یہ صرف سیٹن ہے</w:t>
      </w:r>
    </w:p>
    <w:p>
      <w:r>
        <w:rPr>
          <w:b/>
        </w:rPr>
        <w:t xml:space="preserve">[1:06:25] </w:t>
      </w:r>
      <w:r>
        <w:t>jo bola tha.</w:t>
      </w:r>
    </w:p>
    <w:p>
      <w:pPr>
        <w:jc w:val="right"/>
      </w:pPr>
      <w:r>
        <w:t>جو بولا تھا۔</w:t>
      </w:r>
    </w:p>
    <w:p>
      <w:r>
        <w:rPr>
          <w:b/>
        </w:rPr>
        <w:t xml:space="preserve">[1:06:29] </w:t>
      </w:r>
      <w:r>
        <w:t>isi ko log follow kar rahe hain.</w:t>
      </w:r>
    </w:p>
    <w:p>
      <w:pPr>
        <w:jc w:val="right"/>
      </w:pPr>
      <w:r>
        <w:t>اسی کو لوگ فالو کر رہے ہیں۔</w:t>
      </w:r>
    </w:p>
    <w:p>
      <w:r>
        <w:rPr>
          <w:b/>
        </w:rPr>
        <w:t xml:space="preserve">[1:06:32] </w:t>
      </w:r>
      <w:r>
        <w:t>ab bohat khatarnak baat yaad rakhiye ke Quran mein hai.</w:t>
      </w:r>
    </w:p>
    <w:p>
      <w:pPr>
        <w:jc w:val="right"/>
      </w:pPr>
      <w:r>
        <w:t>اب بہت خطرناک بات یاد رکھیے کہ قرآن میں ہے۔</w:t>
      </w:r>
    </w:p>
    <w:p>
      <w:r>
        <w:rPr>
          <w:b/>
        </w:rPr>
        <w:t xml:space="preserve">[1:06:35] </w:t>
      </w:r>
      <w:r>
        <w:t>lamman tab'a'ka minhum la'amla jah</w:t>
      </w:r>
    </w:p>
    <w:p>
      <w:pPr>
        <w:jc w:val="right"/>
      </w:pPr>
      <w:r>
        <w:t>لمن تبعک منہم لامل جہ</w:t>
      </w:r>
    </w:p>
    <w:p>
      <w:r>
        <w:rPr>
          <w:b/>
        </w:rPr>
        <w:t xml:space="preserve">[1:06:39] </w:t>
      </w:r>
      <w:r>
        <w:t>nam minkum ajmaeen haan, Allah taala ne farmaya ke jo shaitan ko follow karega toh main is</w:t>
      </w:r>
    </w:p>
    <w:p>
      <w:pPr>
        <w:jc w:val="right"/>
      </w:pPr>
      <w:r>
        <w:t>نم منکم اجمعین ہاں، اللہ تعالی نے فرمایا کہ جو شیطان کو فالو کرے گا تو میں اس</w:t>
      </w:r>
    </w:p>
    <w:p>
      <w:r>
        <w:rPr>
          <w:b/>
        </w:rPr>
        <w:t xml:space="preserve">[1:06:44] </w:t>
      </w:r>
      <w:r>
        <w:t>ka anjaam shaitan ke saath karunga.</w:t>
      </w:r>
    </w:p>
    <w:p>
      <w:pPr>
        <w:jc w:val="right"/>
      </w:pPr>
      <w:r>
        <w:t>کا انجام شیطان کے ساتھ کروں گا۔</w:t>
      </w:r>
    </w:p>
    <w:p>
      <w:r>
        <w:rPr>
          <w:b/>
        </w:rPr>
        <w:t xml:space="preserve">[1:06:49] </w:t>
      </w:r>
      <w:r>
        <w:t>toh kya yeh yeh risk lene ke tayyar hain woh log jo discrimination ki boli bolte hain? Jo</w:t>
      </w:r>
    </w:p>
    <w:p>
      <w:pPr>
        <w:jc w:val="right"/>
      </w:pPr>
      <w:r>
        <w:t>تو کیا یہ یہ ریسک لینے کے تیار ہیں وہ لوگ جو ڈسکرمینیشن کی بولی بولتے ہیں؟ جو</w:t>
      </w:r>
    </w:p>
    <w:p>
      <w:r>
        <w:rPr>
          <w:b/>
        </w:rPr>
        <w:t xml:space="preserve">[1:06:54] </w:t>
      </w:r>
      <w:r>
        <w:t>log discrimination ki boli bolte hain, woh Satan ki boli bolte hain.</w:t>
      </w:r>
    </w:p>
    <w:p>
      <w:pPr>
        <w:jc w:val="right"/>
      </w:pPr>
      <w:r>
        <w:t>لوگ ڈسکرمینیشن کی بولی بولتے ہیں، وہ سیٹن کی بولی بولتے ہیں۔</w:t>
      </w:r>
    </w:p>
    <w:p>
      <w:r>
        <w:rPr>
          <w:b/>
        </w:rPr>
        <w:t xml:space="preserve">[1:06:59] </w:t>
      </w:r>
      <w:r>
        <w:t>aur Satan ki boli walon ke liye Quran mein hai ke jo boli bolega toh uska</w:t>
      </w:r>
    </w:p>
    <w:p>
      <w:pPr>
        <w:jc w:val="right"/>
      </w:pPr>
      <w:r>
        <w:t>اور سیٹن کی بولی والوں کے لیے قرآن میں ہے کہ جو بولی بولے گا تو اس کا</w:t>
      </w:r>
    </w:p>
    <w:p>
      <w:r>
        <w:rPr>
          <w:b/>
        </w:rPr>
        <w:t xml:space="preserve">[1:07:04] </w:t>
      </w:r>
      <w:r>
        <w:t>wohi hoga anjam jo sitan ka hoga to</w:t>
      </w:r>
    </w:p>
    <w:p>
      <w:pPr>
        <w:jc w:val="right"/>
      </w:pPr>
      <w:r>
        <w:t>وہی ہوگا انجام جو سیٹن کا ہوگا۔ تو</w:t>
      </w:r>
    </w:p>
    <w:p>
      <w:r>
        <w:rPr>
          <w:b/>
        </w:rPr>
        <w:t xml:space="preserve">[1:07:09] </w:t>
      </w:r>
      <w:r>
        <w:t>sochna chahiye in logon ko ke woh kya kis cheez ka risk le rahe hain jo sitan ki</w:t>
      </w:r>
    </w:p>
    <w:p>
      <w:pPr>
        <w:jc w:val="right"/>
      </w:pPr>
      <w:r>
        <w:t>سوچنا چاہیے ان لوگوں کو کہ وہ کیا کس چیز کا رسک لے رہے ہیں جو سیٹن کی</w:t>
      </w:r>
    </w:p>
    <w:p>
      <w:r>
        <w:rPr>
          <w:b/>
        </w:rPr>
        <w:t xml:space="preserve">[1:07:13] </w:t>
      </w:r>
      <w:r>
        <w:t>بولی، جو risk description کی بولی بولتے ہیں۔</w:t>
      </w:r>
    </w:p>
    <w:p>
      <w:pPr>
        <w:jc w:val="right"/>
      </w:pPr>
      <w:r>
        <w:t>بولی، جو رسک ڈسکرپشن کی بولی بولتے ہیں۔</w:t>
      </w:r>
    </w:p>
    <w:p>
      <w:r>
        <w:rPr>
          <w:b/>
        </w:rPr>
        <w:t xml:space="preserve">[1:07:18] </w:t>
      </w:r>
      <w:r>
        <w:t>bohat bohat hi bohat hi bara risk le rahe hain aise log.</w:t>
      </w:r>
    </w:p>
    <w:p>
      <w:pPr>
        <w:jc w:val="right"/>
      </w:pPr>
      <w:r>
        <w:t>بہت بہت ہی بہت ہی بڑا رسک لے رہے ہیں ایسے لوگ۔</w:t>
      </w:r>
    </w:p>
    <w:p>
      <w:r>
        <w:rPr>
          <w:b/>
        </w:rPr>
        <w:t xml:space="preserve">[1:07:22] </w:t>
      </w:r>
      <w:r>
        <w:t>discrimination ko main islam mein bilkul hi jaiz nahi samajhta.</w:t>
      </w:r>
    </w:p>
    <w:p>
      <w:pPr>
        <w:jc w:val="right"/>
      </w:pPr>
      <w:r>
        <w:t>ڈسکرمینیشن کو میں اسلام میں بالکل ہی جائز نہیں سمجھتا۔</w:t>
      </w:r>
    </w:p>
    <w:p>
      <w:r>
        <w:rPr>
          <w:b/>
        </w:rPr>
        <w:t xml:space="preserve">[1:07:26] </w:t>
      </w:r>
      <w:r>
        <w:t>is sitan ki boli jaiz kaise ho jaye gi? Mona, yeh agla sawal aya hai Maulana Farhad Umri</w:t>
      </w:r>
    </w:p>
    <w:p>
      <w:pPr>
        <w:jc w:val="right"/>
      </w:pPr>
      <w:r>
        <w:t>اس سیٹن کی بولی جائز کیسے ہو جائے گی؟ مونا، یہ اگلا سوال آیا ہے مولانا فرہاد عمری</w:t>
      </w:r>
    </w:p>
    <w:p>
      <w:r>
        <w:rPr>
          <w:b/>
        </w:rPr>
        <w:t xml:space="preserve">[1:07:31] </w:t>
      </w:r>
      <w:r>
        <w:t>sahib ka Delhi se.</w:t>
      </w:r>
    </w:p>
    <w:p>
      <w:pPr>
        <w:jc w:val="right"/>
      </w:pPr>
      <w:r>
        <w:t>صاحب کا دہلی سے۔</w:t>
      </w:r>
    </w:p>
    <w:p>
      <w:r>
        <w:rPr>
          <w:b/>
        </w:rPr>
        <w:t xml:space="preserve">[1:07:35] </w:t>
      </w:r>
      <w:r>
        <w:t>musalman apne war concept ko sahi sabit karne ke liye</w:t>
      </w:r>
    </w:p>
    <w:p>
      <w:pPr>
        <w:jc w:val="right"/>
      </w:pPr>
      <w:r>
        <w:t>مسلمان اپنے وار کانسیپٹ کو صحیح ثابت کرنے کے لیے</w:t>
      </w:r>
    </w:p>
    <w:p>
      <w:r>
        <w:rPr>
          <w:b/>
        </w:rPr>
        <w:t xml:space="preserve">[1:07:39] </w:t>
      </w:r>
      <w:r>
        <w:t>yeh hadith bayan karte hain: "main yeh pasand karta hoon ke main Allah ke raste mein qatal kiya</w:t>
      </w:r>
    </w:p>
    <w:p>
      <w:pPr>
        <w:jc w:val="right"/>
      </w:pPr>
      <w:r>
        <w:t>یہ حدیث بیان کرتے ہیں: "میں یہ پسند کرتا ہوں کہ میں اللہ کے راستے میں قتل کیا</w:t>
      </w:r>
    </w:p>
    <w:p>
      <w:r>
        <w:rPr>
          <w:b/>
        </w:rPr>
        <w:t xml:space="preserve">[1:07:47] </w:t>
      </w:r>
      <w:r>
        <w:t>jaoon, phir zinda kiya jaoon, phir qatal kiya jaoon, phir mujhe zindagi mile, phir qatal kiya jaoon." Maulana,</w:t>
      </w:r>
    </w:p>
    <w:p>
      <w:pPr>
        <w:jc w:val="right"/>
      </w:pPr>
      <w:r>
        <w:t>جاؤں، پھر زندہ کیا جاؤں، پھر قتل کیا جاؤں، پھر مجھے زندگی ملے، پھر قتل کیا جاؤں۔" مولانا،</w:t>
      </w:r>
    </w:p>
    <w:p>
      <w:r>
        <w:rPr>
          <w:b/>
        </w:rPr>
        <w:t xml:space="preserve">[1:07:54] </w:t>
      </w:r>
      <w:r>
        <w:t>is hadith ka sahi interpretation kya hai? Dekhiye, yeh sochiye ke kya Rasool Allah sal Allah alayhi wasallam</w:t>
      </w:r>
    </w:p>
    <w:p>
      <w:pPr>
        <w:jc w:val="right"/>
      </w:pPr>
      <w:r>
        <w:t>اس حدیث کا صحیح انٹرپریٹیشن کیا ہے؟ دیکھیے، یہ سوچیے کہ کیا رسول اللہ صلی اللہ علیہ وسلم</w:t>
      </w:r>
    </w:p>
    <w:p>
      <w:r>
        <w:rPr>
          <w:b/>
        </w:rPr>
        <w:t xml:space="preserve">[1:08:02] </w:t>
      </w:r>
      <w:r>
        <w:t>nauzubillah, nauzubillah, munafiq thay? Aap aap yeh keh sakte hain ke jab aap ko</w:t>
      </w:r>
    </w:p>
    <w:p>
      <w:pPr>
        <w:jc w:val="right"/>
      </w:pPr>
      <w:r>
        <w:t>نعوذ باللہ، نعوذ باللہ، منافق تھے؟ آپ آپ یہ کہہ سکتے ہیں کہ جب آپ کو</w:t>
      </w:r>
    </w:p>
    <w:p>
      <w:r>
        <w:rPr>
          <w:b/>
        </w:rPr>
        <w:t xml:space="preserve">[1:08:09] </w:t>
      </w:r>
      <w:r>
        <w:t>pasand tha to aisa kiya kyun nahi? Kitabon se parhiye, aap Rasool Allah sal Allah alayhi wasallam kabhi</w:t>
      </w:r>
    </w:p>
    <w:p>
      <w:pPr>
        <w:jc w:val="right"/>
      </w:pPr>
      <w:r>
        <w:t>پسند تھا تو ایسا کیا کیوں نہیں؟ کتابوں سے پڑھیے، آپ رسول اللہ صلی اللہ علیہ وسلم کبھی</w:t>
      </w:r>
    </w:p>
    <w:p>
      <w:r>
        <w:rPr>
          <w:b/>
        </w:rPr>
        <w:t xml:space="preserve">[1:08:14] </w:t>
      </w:r>
      <w:r>
        <w:t>bhi jang mein shareek nahi hote thay.</w:t>
      </w:r>
    </w:p>
    <w:p>
      <w:pPr>
        <w:jc w:val="right"/>
      </w:pPr>
      <w:r>
        <w:t>بھی جنگ میں شریک نہیں ہوتے تھے۔</w:t>
      </w:r>
    </w:p>
    <w:p>
      <w:r>
        <w:rPr>
          <w:b/>
        </w:rPr>
        <w:t xml:space="preserve">[1:08:18] </w:t>
      </w:r>
      <w:r>
        <w:t>bahar un ka ek areesh lafz ata hai, areesh kehte hain jhopra.</w:t>
      </w:r>
    </w:p>
    <w:p>
      <w:pPr>
        <w:jc w:val="right"/>
      </w:pPr>
      <w:r>
        <w:t>باہر ان کا ایک عریش لفظ آتا ہے، عریش کہتے ہیں جھوپڑا۔</w:t>
      </w:r>
    </w:p>
    <w:p>
      <w:r>
        <w:rPr>
          <w:b/>
        </w:rPr>
        <w:t xml:space="preserve">[1:08:22] </w:t>
      </w:r>
      <w:r>
        <w:t>battlefield se bahar ek areesh banta tha, jhopra.</w:t>
      </w:r>
    </w:p>
    <w:p>
      <w:pPr>
        <w:jc w:val="right"/>
      </w:pPr>
      <w:r>
        <w:t>بیٹل فیلڈ سے باہر ایک عریش بنتا تھا، جھوپڑا۔</w:t>
      </w:r>
    </w:p>
    <w:p>
      <w:r>
        <w:rPr>
          <w:b/>
        </w:rPr>
        <w:t xml:space="preserve">[1:08:27] </w:t>
      </w:r>
      <w:r>
        <w:t>is mein rehte thay.</w:t>
      </w:r>
    </w:p>
    <w:p>
      <w:pPr>
        <w:jc w:val="right"/>
      </w:pPr>
      <w:r>
        <w:t>اس میں رہتے تھے۔</w:t>
      </w:r>
    </w:p>
    <w:p>
      <w:r>
        <w:rPr>
          <w:b/>
        </w:rPr>
        <w:t xml:space="preserve">[1:08:31] </w:t>
      </w:r>
      <w:r>
        <w:t>aap kabhi talwar le kar Uhud mein ya Badr mein kabhi khud se nahi lade? To nauzubillah</w:t>
      </w:r>
    </w:p>
    <w:p>
      <w:pPr>
        <w:jc w:val="right"/>
      </w:pPr>
      <w:r>
        <w:t>آپ کبھی تلوار لے کر احد میں یا بدر میں کبھی خود سے نہیں لڑے؟ تو نعوذ باللہ</w:t>
      </w:r>
    </w:p>
    <w:p>
      <w:r>
        <w:rPr>
          <w:b/>
        </w:rPr>
        <w:t xml:space="preserve">[1:08:35] </w:t>
      </w:r>
      <w:r>
        <w:t>ke aap kahein ke nauzubillah Rasool Allah munafiq thay? Kaha to yeh kiya</w:t>
      </w:r>
    </w:p>
    <w:p>
      <w:pPr>
        <w:jc w:val="right"/>
      </w:pPr>
      <w:r>
        <w:t>کہ آپ کہیں کہ نعوذ باللہ رسول اللہ منافق تھے؟ کہا تو یہ کیا</w:t>
      </w:r>
    </w:p>
    <w:p>
      <w:r>
        <w:rPr>
          <w:b/>
        </w:rPr>
        <w:t xml:space="preserve">[1:08:40] </w:t>
      </w:r>
      <w:r>
        <w:t>? Ulta kabhi lade nahi? Aap kitabon mein parh lijye, aap battlefield mein nahi hotay thay, areesh</w:t>
      </w:r>
    </w:p>
    <w:p>
      <w:pPr>
        <w:jc w:val="right"/>
      </w:pPr>
      <w:r>
        <w:t>؟ الٹا کبھی لڑے نہیں؟ آپ کتابوں میں پڑھ لیجئے، آپ بیٹل فیلڈ میں نہیں ہوتے تھے، عریش</w:t>
      </w:r>
    </w:p>
    <w:p>
      <w:r>
        <w:rPr>
          <w:b/>
        </w:rPr>
        <w:t xml:space="preserve">[1:08:46] </w:t>
      </w:r>
      <w:r>
        <w:t>mein hotay thay jo bahar banta tha, wahan se dekh dekhte thay bas aur dua karte thay, sajde</w:t>
      </w:r>
    </w:p>
    <w:p>
      <w:pPr>
        <w:jc w:val="right"/>
      </w:pPr>
      <w:r>
        <w:t>میں ہوتے تھے جو باہر بنتا تھا، وہاں سے دیکھ دیکھتے تھے بس اور دعا کرتے تھے، سجدے</w:t>
      </w:r>
    </w:p>
    <w:p>
      <w:r>
        <w:rPr>
          <w:b/>
        </w:rPr>
        <w:t xml:space="preserve">[1:08:52] </w:t>
      </w:r>
      <w:r>
        <w:t>mein dua karte thay.</w:t>
      </w:r>
    </w:p>
    <w:p>
      <w:pPr>
        <w:jc w:val="right"/>
      </w:pPr>
      <w:r>
        <w:t>میں دعا کرتے تھے۔</w:t>
      </w:r>
    </w:p>
    <w:p>
      <w:r>
        <w:rPr>
          <w:b/>
        </w:rPr>
        <w:t xml:space="preserve">[1:08:58] </w:t>
      </w:r>
      <w:r>
        <w:t>jo log is hadith ko le kar kehte hain, unhein sab se pehle sochna chahiye ke kya nauzub</w:t>
      </w:r>
    </w:p>
    <w:p>
      <w:pPr>
        <w:jc w:val="right"/>
      </w:pPr>
      <w:r>
        <w:t>جو لوگ اس حدیث کو لے کر کہتے ہیں، انہیں سب سے پہلے سوچنا چاہیے کہ کیا نعوذ</w:t>
      </w:r>
    </w:p>
    <w:p>
      <w:r>
        <w:rPr>
          <w:b/>
        </w:rPr>
        <w:t xml:space="preserve">[1:09:04] </w:t>
      </w:r>
      <w:r>
        <w:t>billah, nauzubillah Rasool Allah munafiq thay? Kaha kuch kiya? Kuch is liye aap ko is hadith ki aisi</w:t>
      </w:r>
    </w:p>
    <w:p>
      <w:pPr>
        <w:jc w:val="right"/>
      </w:pPr>
      <w:r>
        <w:t>باللہ، نعوذ باللہ رسول اللہ منافق تھے؟ کہا کچھ کیا؟ کچھ اس لیے آپ کو اس حدیث کی ایسی</w:t>
      </w:r>
    </w:p>
    <w:p>
      <w:r>
        <w:rPr>
          <w:b/>
        </w:rPr>
        <w:t xml:space="preserve">[1:09:10] </w:t>
      </w:r>
      <w:r>
        <w:t>tafseer karni padegi jis mein rasool allah yeh saabit na hota ke naoozubillah rasool allah munafiq thay. is waqt mein likh chuka hoon is hadith ke baray mein, likh chuka hoon. aap is ko parh sakte hain. We will end the session now.</w:t>
      </w:r>
    </w:p>
    <w:p>
      <w:pPr>
        <w:jc w:val="right"/>
      </w:pPr>
      <w:r>
        <w:t>تفسیر کرنی پڑے گی جس میں رسول اللہ یہ ثابت نہ ہوتا کہ نعوذ باللہ رسول اللہ منافق تھے۔ اس وقت میں لکھ چکا ہوں اس حدیث کے بارے میں، لکھ چکا ہوں۔ آپ اس کو پڑھ سکتے ہیں۔ We will end the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