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Vs 7-19 | July 26,  2015</w:t>
      </w:r>
    </w:p>
    <w:p>
      <w:r>
        <w:t>https://www.youtube.com/watch?v=O71wvnrbnXU</w:t>
      </w:r>
    </w:p>
    <w:p>
      <w:r>
        <w:rPr>
          <w:b/>
        </w:rPr>
        <w:t xml:space="preserve">[00:21] </w:t>
      </w:r>
      <w:r>
        <w:t>Bismillah hir rahman nir rahim, wa salallahu ala nabiyyil karim.</w:t>
      </w:r>
    </w:p>
    <w:p>
      <w:pPr>
        <w:jc w:val="right"/>
      </w:pPr>
      <w:r>
        <w:t>بسم اللہ الرحمن الرحیم، وصلی اللہ علی نبی الکریم۔</w:t>
      </w:r>
    </w:p>
    <w:p>
      <w:r>
        <w:rPr>
          <w:b/>
        </w:rPr>
        <w:t xml:space="preserve">[00:31]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[00:41] </w:t>
      </w:r>
      <w:r>
        <w:t>26 julaai 2015, dars quran.</w:t>
      </w:r>
    </w:p>
    <w:p>
      <w:pPr>
        <w:jc w:val="right"/>
      </w:pPr>
      <w:r>
        <w:t>26 جولائی 2015، درس قرآن۔</w:t>
      </w:r>
    </w:p>
    <w:p>
      <w:r>
        <w:rPr>
          <w:b/>
        </w:rPr>
        <w:t xml:space="preserve">[00:51] </w:t>
      </w:r>
      <w:r>
        <w:t>surah al baqarah, ayat number 7 se. yeh ayat hai: "khatamallahu ala quloobihim wa ala sam'ihim wa ala absarihim ghishawah." yeh ayat hai un logon ke baray mein jin ko shariat mein</w:t>
      </w:r>
    </w:p>
    <w:p>
      <w:pPr>
        <w:jc w:val="right"/>
      </w:pPr>
      <w:r>
        <w:t>سورہ البقرہ، آیت نمبر 7 سے۔ یہ آیت ہے: "خطب اللہ علی قلوبہم وعلی سمعہم ولا ابصار مشابہ"۔ یہ آیت ہے ان لوگوں کے بارے میں جن کو شریعت میں</w:t>
      </w:r>
    </w:p>
    <w:p>
      <w:r>
        <w:rPr>
          <w:b/>
        </w:rPr>
        <w:t xml:space="preserve">[01:21] </w:t>
      </w:r>
      <w:r>
        <w:t>munafiq kaha jata hai. to farmaaya ke un ke dilo par allah ne mohar laga di. aur un ke kaan sunnay se ma'roob ho gaye. aur un ki aankhon par parda</w:t>
      </w:r>
    </w:p>
    <w:p>
      <w:pPr>
        <w:jc w:val="right"/>
      </w:pPr>
      <w:r>
        <w:t>منافق کہا جاتا ہے۔ تو فرمایا کہ ان کے دلوں پر اللہ نے مہر لگا دی۔ اور ان کے کان سننے سے معروب ہو گئے۔ اور ان کی آنکھوں پر پردہ</w:t>
      </w:r>
    </w:p>
    <w:p>
      <w:r>
        <w:rPr>
          <w:b/>
        </w:rPr>
        <w:t xml:space="preserve">[01:51] </w:t>
      </w:r>
      <w:r>
        <w:t>par gaya. yeh tamseel ki zabaan mein darasal yeh baat kahi gayi hai ke un ka case deep conditioning ka case hai. yeh kaun log hotay hain? madine mein, dekhiye makka mein jab tak islam tha to wahan munafiqat ka</w:t>
      </w:r>
    </w:p>
    <w:p>
      <w:pPr>
        <w:jc w:val="right"/>
      </w:pPr>
      <w:r>
        <w:t>پڑ گیا۔ یہ تمثیل کی زبان میں دراصل یہ بات کہی گئی ہے کہ ان کا کیس ڈیپ کنڈیشننگ کا کیس ہے۔ یہ کون لوگ ہوتے ہیں؟ مدینے میں، دیکھیں مکہ میں جب تک اسلام تھا تو وہاں منافقت کا</w:t>
      </w:r>
    </w:p>
    <w:p>
      <w:r>
        <w:rPr>
          <w:b/>
        </w:rPr>
        <w:t xml:space="preserve">[02:21] </w:t>
      </w:r>
      <w:r>
        <w:t>fenomina nahi tha.</w:t>
      </w:r>
    </w:p>
    <w:p>
      <w:pPr>
        <w:jc w:val="right"/>
      </w:pPr>
      <w:r>
        <w:t>فینامینا نہیں تھا۔</w:t>
      </w:r>
    </w:p>
    <w:p>
      <w:r>
        <w:rPr>
          <w:b/>
        </w:rPr>
        <w:t xml:space="preserve">[02:26] </w:t>
      </w:r>
      <w:r>
        <w:t>wahan ya to islam tha ya inkar tha.</w:t>
      </w:r>
    </w:p>
    <w:p>
      <w:pPr>
        <w:jc w:val="right"/>
      </w:pPr>
      <w:r>
        <w:t>وہاں یا تو اسلام تھا یا انکار تھا۔</w:t>
      </w:r>
    </w:p>
    <w:p>
      <w:r>
        <w:rPr>
          <w:b/>
        </w:rPr>
        <w:t xml:space="preserve">[02:31] </w:t>
      </w:r>
      <w:r>
        <w:t>lekin madine mein ek naya zahira paida hua.</w:t>
      </w:r>
    </w:p>
    <w:p>
      <w:pPr>
        <w:jc w:val="right"/>
      </w:pPr>
      <w:r>
        <w:t>لیکن مدینے میں ایک نیا ظاہرہ پیدا ہوا۔</w:t>
      </w:r>
    </w:p>
    <w:p>
      <w:r>
        <w:rPr>
          <w:b/>
        </w:rPr>
        <w:t xml:space="preserve">[02:36] </w:t>
      </w:r>
      <w:r>
        <w:t>wo is ko kehte hain munafiqat.</w:t>
      </w:r>
    </w:p>
    <w:p>
      <w:pPr>
        <w:jc w:val="right"/>
      </w:pPr>
      <w:r>
        <w:t>وہ اس کو کہتے ہیں منافقت۔</w:t>
      </w:r>
    </w:p>
    <w:p>
      <w:r>
        <w:rPr>
          <w:b/>
        </w:rPr>
        <w:t xml:space="preserve">[02:41] </w:t>
      </w:r>
      <w:r>
        <w:t>yani wahan par chounke mask corrosion ho raha tha to bohat se log islam mein dakhil ho gaye.</w:t>
      </w:r>
    </w:p>
    <w:p>
      <w:pPr>
        <w:jc w:val="right"/>
      </w:pPr>
      <w:r>
        <w:t>یعنی وہاں پر چونکہ ماسک کروژن ہو رہا تھا تو بہت سے لوگ اسلام میں داخل ہو گئے۔</w:t>
      </w:r>
    </w:p>
    <w:p>
      <w:r>
        <w:rPr>
          <w:b/>
        </w:rPr>
        <w:t xml:space="preserve">[02:46] </w:t>
      </w:r>
      <w:r>
        <w:t>yani social compulsion ke tehat.</w:t>
      </w:r>
    </w:p>
    <w:p>
      <w:pPr>
        <w:jc w:val="right"/>
      </w:pPr>
      <w:r>
        <w:t>یعنی سوشل کمپشن کے تحت۔</w:t>
      </w:r>
    </w:p>
    <w:p>
      <w:r>
        <w:rPr>
          <w:b/>
        </w:rPr>
        <w:t xml:space="preserve">[02:51] </w:t>
      </w:r>
      <w:r>
        <w:t>to lekin un ki ziyada tarbiyat to is se nahi hui thi jaise makke mein hui thi logon ki.</w:t>
      </w:r>
    </w:p>
    <w:p>
      <w:pPr>
        <w:jc w:val="right"/>
      </w:pPr>
      <w:r>
        <w:t>تو لیکن ان کی زیادہ تربیت تو اس سے نہیں ہوئی تھی جیسے مکہ میں ہوئی تھی لوگوں کی۔</w:t>
      </w:r>
    </w:p>
    <w:p>
      <w:r>
        <w:rPr>
          <w:b/>
        </w:rPr>
        <w:t xml:space="preserve">[02:56] </w:t>
      </w:r>
      <w:r>
        <w:t>un ka imaan ziyada pakka nahi hua tha.</w:t>
      </w:r>
    </w:p>
    <w:p>
      <w:pPr>
        <w:jc w:val="right"/>
      </w:pPr>
      <w:r>
        <w:t>ان کا ایمان زیادہ پختہ نہیں ہوا تھا۔</w:t>
      </w:r>
    </w:p>
    <w:p>
      <w:r>
        <w:rPr>
          <w:b/>
        </w:rPr>
        <w:t xml:space="preserve">[03:02] </w:t>
      </w:r>
      <w:r>
        <w:t>to dhire dhire un mein ek duality aa gayi.</w:t>
      </w:r>
    </w:p>
    <w:p>
      <w:pPr>
        <w:jc w:val="right"/>
      </w:pPr>
      <w:r>
        <w:t>تو دھیرے دھیرے ان میں ایک ڈوئلٹی آ گئی۔</w:t>
      </w:r>
    </w:p>
    <w:p>
      <w:r>
        <w:rPr>
          <w:b/>
        </w:rPr>
        <w:t xml:space="preserve">[03:07] </w:t>
      </w:r>
      <w:r>
        <w:t>yani bazahir to ye dikhana logon ko ke hum islam mein hain, islam mein hain, islam mein hain.</w:t>
      </w:r>
    </w:p>
    <w:p>
      <w:pPr>
        <w:jc w:val="right"/>
      </w:pPr>
      <w:r>
        <w:t>یعنی بظاہر تو یہ دکھانا لوگوں کو کہ ہم اسلام میں ہیں، اسلام میں ہیں، اسلام میں ہیں۔</w:t>
      </w:r>
    </w:p>
    <w:p>
      <w:r>
        <w:rPr>
          <w:b/>
        </w:rPr>
        <w:t xml:space="preserve">[03:12] </w:t>
      </w:r>
      <w:r>
        <w:t>lekin andar se un ko islam se koi dilchaspi nahi thi.</w:t>
      </w:r>
    </w:p>
    <w:p>
      <w:pPr>
        <w:jc w:val="right"/>
      </w:pPr>
      <w:r>
        <w:t>لیکن اندر سے ان کو اسلام سے کوئی دلچسپی نہیں تھی۔</w:t>
      </w:r>
    </w:p>
    <w:p>
      <w:r>
        <w:rPr>
          <w:b/>
        </w:rPr>
        <w:t xml:space="preserve">[03:17] </w:t>
      </w:r>
      <w:r>
        <w:t>to tarah tarah ke</w:t>
      </w:r>
    </w:p>
    <w:p>
      <w:pPr>
        <w:jc w:val="right"/>
      </w:pPr>
      <w:r>
        <w:t>تو طرح طرح کے</w:t>
      </w:r>
    </w:p>
    <w:p>
      <w:r>
        <w:rPr>
          <w:b/>
        </w:rPr>
        <w:t xml:space="preserve">[03:22] </w:t>
      </w:r>
      <w:r>
        <w:t>fitne paida karte the, social paida karte the.</w:t>
      </w:r>
    </w:p>
    <w:p>
      <w:pPr>
        <w:jc w:val="right"/>
      </w:pPr>
      <w:r>
        <w:t>فتنے پیدا کرتے تھے، سوشل پیدا کرتے تھے۔</w:t>
      </w:r>
    </w:p>
    <w:p>
      <w:r>
        <w:rPr>
          <w:b/>
        </w:rPr>
        <w:t xml:space="preserve">[03:27] </w:t>
      </w:r>
      <w:r>
        <w:t>taake apne ko justify karen.</w:t>
      </w:r>
    </w:p>
    <w:p>
      <w:pPr>
        <w:jc w:val="right"/>
      </w:pPr>
      <w:r>
        <w:t>تاکہ اپنے کو جسٹیفائی کریں۔</w:t>
      </w:r>
    </w:p>
    <w:p>
      <w:r>
        <w:rPr>
          <w:b/>
        </w:rPr>
        <w:t xml:space="preserve">[03:32] </w:t>
      </w:r>
      <w:r>
        <w:t>yani jo munafiqat koi anokhi cheez ka naam nahi hai.</w:t>
      </w:r>
    </w:p>
    <w:p>
      <w:pPr>
        <w:jc w:val="right"/>
      </w:pPr>
      <w:r>
        <w:t>یعنی جو منافقت کوئی انوکھی چیز کا نام نہیں ہے۔</w:t>
      </w:r>
    </w:p>
    <w:p>
      <w:r>
        <w:rPr>
          <w:b/>
        </w:rPr>
        <w:t xml:space="preserve">[03:37] </w:t>
      </w:r>
      <w:r>
        <w:t>wo har samaj mein hota hai.</w:t>
      </w:r>
    </w:p>
    <w:p>
      <w:pPr>
        <w:jc w:val="right"/>
      </w:pPr>
      <w:r>
        <w:t>وہ ہر سماج میں ہوتا ہے۔</w:t>
      </w:r>
    </w:p>
    <w:p>
      <w:r>
        <w:rPr>
          <w:b/>
        </w:rPr>
        <w:t xml:space="preserve">[03:42] </w:t>
      </w:r>
      <w:r>
        <w:t>aaj bhi hai.</w:t>
      </w:r>
    </w:p>
    <w:p>
      <w:pPr>
        <w:jc w:val="right"/>
      </w:pPr>
      <w:r>
        <w:t>آج بھی ہے۔</w:t>
      </w:r>
    </w:p>
    <w:p>
      <w:r>
        <w:rPr>
          <w:b/>
        </w:rPr>
        <w:t xml:space="preserve">[03:47] </w:t>
      </w:r>
      <w:r>
        <w:t>yani jo log ke ikhlas ke sath islam par qaim na hon balki social compulsion ya material interest</w:t>
      </w:r>
    </w:p>
    <w:p>
      <w:pPr>
        <w:jc w:val="right"/>
      </w:pPr>
      <w:r>
        <w:t>یعنی جو لوگ کے اخلاص کے ساتھ اسلام پر قائم نہ ہوں بلکہ سوشل کمپشن یا مٹیریل انٹرسٹ</w:t>
      </w:r>
    </w:p>
    <w:p>
      <w:r>
        <w:rPr>
          <w:b/>
        </w:rPr>
        <w:t xml:space="preserve">[03:52] </w:t>
      </w:r>
      <w:r>
        <w:t>jaise asbab se wo muslim society mein shamil hon aur un ka imaan kamzor ho chuka ho.</w:t>
      </w:r>
    </w:p>
    <w:p>
      <w:pPr>
        <w:jc w:val="right"/>
      </w:pPr>
      <w:r>
        <w:t>جیسے اسباب سے وہ مسلم سوسائٹی میں شامل ہوں اور ان کا ایمان کمزور ہو چکا ہو۔</w:t>
      </w:r>
    </w:p>
    <w:p>
      <w:r>
        <w:rPr>
          <w:b/>
        </w:rPr>
        <w:t xml:space="preserve">[03:59] </w:t>
      </w:r>
      <w:r>
        <w:t>ye khaas taur par ye baad ke zamane mein to bohat hota hai jab jab degeneration ho</w:t>
      </w:r>
    </w:p>
    <w:p>
      <w:pPr>
        <w:jc w:val="right"/>
      </w:pPr>
      <w:r>
        <w:t>یہ خاص طور پر یہ بعد کے زمانے میں تو بہت ہوتا ہے جب جب ڈی جنریشن ہو</w:t>
      </w:r>
    </w:p>
    <w:p>
      <w:r>
        <w:rPr>
          <w:b/>
        </w:rPr>
        <w:t xml:space="preserve">[04:05] </w:t>
      </w:r>
      <w:r>
        <w:t>chuka hota hai.</w:t>
      </w:r>
    </w:p>
    <w:p>
      <w:pPr>
        <w:jc w:val="right"/>
      </w:pPr>
      <w:r>
        <w:t>چکا ہوتا ہے۔</w:t>
      </w:r>
    </w:p>
    <w:p>
      <w:r>
        <w:rPr>
          <w:b/>
        </w:rPr>
        <w:t xml:space="preserve">[04:11] </w:t>
      </w:r>
      <w:r>
        <w:t>to ye un ka zahira hai.</w:t>
      </w:r>
    </w:p>
    <w:p>
      <w:pPr>
        <w:jc w:val="right"/>
      </w:pPr>
      <w:r>
        <w:t>تو یہ ان کا ظاہرہ ہے۔</w:t>
      </w:r>
    </w:p>
    <w:p>
      <w:r>
        <w:rPr>
          <w:b/>
        </w:rPr>
        <w:t xml:space="preserve">[04:17] </w:t>
      </w:r>
      <w:r>
        <w:t>to ye jo farmaya ke un ka</w:t>
      </w:r>
    </w:p>
    <w:p>
      <w:pPr>
        <w:jc w:val="right"/>
      </w:pPr>
      <w:r>
        <w:t>تو یہ جو فرمایا کہ ان کا</w:t>
      </w:r>
    </w:p>
    <w:p>
      <w:r>
        <w:rPr>
          <w:b/>
        </w:rPr>
        <w:t xml:space="preserve">[04:24] </w:t>
      </w:r>
      <w:r>
        <w:t>un ka un ka wo dilon se samajhte nahi, wo kaan se sunte nahi, aankh se dekhte nahi,</w:t>
      </w:r>
    </w:p>
    <w:p>
      <w:pPr>
        <w:jc w:val="right"/>
      </w:pPr>
      <w:r>
        <w:t>ان کا ان کا وہ دلوں سے سمجھتے نہیں، وہ کان سے سنتے نہیں، آنکھ سے دیکھتے نہیں،</w:t>
      </w:r>
    </w:p>
    <w:p>
      <w:r>
        <w:rPr>
          <w:b/>
        </w:rPr>
        <w:t xml:space="preserve">[04:30] </w:t>
      </w:r>
      <w:r>
        <w:t>yeh kya hai? bazoher teen lafz hain lekin haqeeqat aik hi hai.</w:t>
      </w:r>
    </w:p>
    <w:p>
      <w:pPr>
        <w:jc w:val="right"/>
      </w:pPr>
      <w:r>
        <w:t>یہ کیا ہے؟ بظاہر تین لفظ ہیں لیکن حقیقت ایک ہی ہے۔</w:t>
      </w:r>
    </w:p>
    <w:p>
      <w:r>
        <w:rPr>
          <w:b/>
        </w:rPr>
        <w:t xml:space="preserve">[04:36] </w:t>
      </w:r>
      <w:r>
        <w:t>woh hai conditioning.</w:t>
      </w:r>
    </w:p>
    <w:p>
      <w:pPr>
        <w:jc w:val="right"/>
      </w:pPr>
      <w:r>
        <w:t>وہ ہے کنڈیشننگ۔</w:t>
      </w:r>
    </w:p>
    <w:p>
      <w:r>
        <w:rPr>
          <w:b/>
        </w:rPr>
        <w:t xml:space="preserve">[04:43] </w:t>
      </w:r>
      <w:r>
        <w:t>کنڈیشننگ کیا ہے؟ جب آدمی ایک راستہ اختیار کرے اور اس پر وہ محاسبہ نہ کرے، introspection نہ</w:t>
      </w:r>
    </w:p>
    <w:p>
      <w:pPr>
        <w:jc w:val="right"/>
      </w:pPr>
      <w:r>
        <w:t>کنڈیشننگ کیا ہے؟ جب آدمی ایک راستہ اختیار کرے اور اس پر وہ محاسبہ نہ کرے، انٹراسپیکشن نہ</w:t>
      </w:r>
    </w:p>
    <w:p>
      <w:r>
        <w:rPr>
          <w:b/>
        </w:rPr>
        <w:t xml:space="preserve">[04:49] </w:t>
      </w:r>
      <w:r>
        <w:t>kare to dheere dheere woh pakhta ho jata hai.</w:t>
      </w:r>
    </w:p>
    <w:p>
      <w:pPr>
        <w:jc w:val="right"/>
      </w:pPr>
      <w:r>
        <w:t>کرے تو دھیرے دھیرے وہ پختہ ہو جاتا ہے۔</w:t>
      </w:r>
    </w:p>
    <w:p>
      <w:r>
        <w:rPr>
          <w:b/>
        </w:rPr>
        <w:t xml:space="preserve">[04:56] </w:t>
      </w:r>
      <w:r>
        <w:t>محاسبہ یا introspection جو ہے اس سے آپ کے اندر self-correction کا پراسیس چلتا رہتا ہے۔ Self-correction.</w:t>
      </w:r>
    </w:p>
    <w:p>
      <w:pPr>
        <w:jc w:val="right"/>
      </w:pPr>
      <w:r>
        <w:t>محاسبہ یا انٹراسپیکشن جو ہے اس سے آپ کے اندر سیلف کریکشن کا پراسیس چلتا رہتا ہے۔ سیلف کریکشن۔</w:t>
      </w:r>
    </w:p>
    <w:p>
      <w:r>
        <w:rPr>
          <w:b/>
        </w:rPr>
        <w:t xml:space="preserve">[05:06] </w:t>
      </w:r>
      <w:r>
        <w:t>لیکن جب آپ کے اندر محاسبہ نہ ہو، introspection نہ ہو تو self-correction کا process ختم ہو جاتا ہے۔</w:t>
      </w:r>
    </w:p>
    <w:p>
      <w:pPr>
        <w:jc w:val="right"/>
      </w:pPr>
      <w:r>
        <w:t>لیکن جب آپ کے اندر محاسبہ نہ ہو، انٹراسپیکشن نہ ہو تو سیلف کریکشن کا پراسیس ختم ہو جاتا ہے۔</w:t>
      </w:r>
    </w:p>
    <w:p>
      <w:r>
        <w:rPr>
          <w:b/>
        </w:rPr>
        <w:t xml:space="preserve">[05:16] </w:t>
      </w:r>
      <w:r>
        <w:t>to phir kya hota hai? aadmi apne jis haal mein woh hai usi haal par woh kondi</w:t>
      </w:r>
    </w:p>
    <w:p>
      <w:pPr>
        <w:jc w:val="right"/>
      </w:pPr>
      <w:r>
        <w:t>تو پھر کیا ہوتا ہے؟ آدمی اپنے جس حال میں وہ ہے اسی حال پر وہ کنڈی</w:t>
      </w:r>
    </w:p>
    <w:p>
      <w:r>
        <w:rPr>
          <w:b/>
        </w:rPr>
        <w:t xml:space="preserve">[05:26] </w:t>
      </w:r>
      <w:r>
        <w:t>conditioning hone lagti hai uski.</w:t>
      </w:r>
    </w:p>
    <w:p>
      <w:pPr>
        <w:jc w:val="right"/>
      </w:pPr>
      <w:r>
        <w:t>شن کنڈیشننگ ہونے لگتی ہے اس کی۔</w:t>
      </w:r>
    </w:p>
    <w:p>
      <w:r>
        <w:rPr>
          <w:b/>
        </w:rPr>
        <w:t xml:space="preserve">[05:30] </w:t>
      </w:r>
      <w:r>
        <w:t>aur dheere dheere itna pakhta hota hai ke usi ko theek samajhta hai woh.</w:t>
      </w:r>
    </w:p>
    <w:p>
      <w:pPr>
        <w:jc w:val="right"/>
      </w:pPr>
      <w:r>
        <w:t>اور دھیرے دھیرے اتنا پختہ ہوتا ہے کہ اسی کو ٹھیک سمجھتا ہے وہ۔</w:t>
      </w:r>
    </w:p>
    <w:p>
      <w:r>
        <w:rPr>
          <w:b/>
        </w:rPr>
        <w:t xml:space="preserve">[05:35] </w:t>
      </w:r>
      <w:r>
        <w:t>to koi baat kahi jaye to na us ke kaan sunenge, na us ki aqal sochegi,</w:t>
      </w:r>
    </w:p>
    <w:p>
      <w:pPr>
        <w:jc w:val="right"/>
      </w:pPr>
      <w:r>
        <w:t>تو کوئی بات کہی جائے تو نہ اس کے کان سنیں گے، نہ اس کی عقل سوچے گی،</w:t>
      </w:r>
    </w:p>
    <w:p>
      <w:r>
        <w:rPr>
          <w:b/>
        </w:rPr>
        <w:t xml:space="preserve">[05:39] </w:t>
      </w:r>
      <w:r>
        <w:t>na us ki aankh dekhegi.</w:t>
      </w:r>
    </w:p>
    <w:p>
      <w:pPr>
        <w:jc w:val="right"/>
      </w:pPr>
      <w:r>
        <w:t>نہ اس کی آنکھ دیکھے گی۔</w:t>
      </w:r>
    </w:p>
    <w:p>
      <w:r>
        <w:rPr>
          <w:b/>
        </w:rPr>
        <w:t xml:space="preserve">[05:43] </w:t>
      </w:r>
      <w:r>
        <w:t>to yeh hota hai haal.</w:t>
      </w:r>
    </w:p>
    <w:p>
      <w:pPr>
        <w:jc w:val="right"/>
      </w:pPr>
      <w:r>
        <w:t>تو یہ ہوتا ہے حال۔</w:t>
      </w:r>
    </w:p>
    <w:p>
      <w:r>
        <w:rPr>
          <w:b/>
        </w:rPr>
        <w:t xml:space="preserve">[05:47] </w:t>
      </w:r>
      <w:r>
        <w:t>kisi bhi shakhs ka yeh haal ho sakta hai jo apna muhasba na karta ho.</w:t>
      </w:r>
    </w:p>
    <w:p>
      <w:pPr>
        <w:jc w:val="right"/>
      </w:pPr>
      <w:r>
        <w:t>کسی بھی شخص کا یہ حال ہو سکتا ہے جو اپنا محاسبہ نہ کرتا ہو۔</w:t>
      </w:r>
    </w:p>
    <w:p>
      <w:r>
        <w:rPr>
          <w:b/>
        </w:rPr>
        <w:t xml:space="preserve">[05:52] </w:t>
      </w:r>
      <w:r>
        <w:t>to munafiq koi anokhi makhlooq ka naam nahi</w:t>
      </w:r>
    </w:p>
    <w:p>
      <w:pPr>
        <w:jc w:val="right"/>
      </w:pPr>
      <w:r>
        <w:t>تو منافق کوئی انوکھی مخلوق کا نام نہیں</w:t>
      </w:r>
    </w:p>
    <w:p>
      <w:r>
        <w:rPr>
          <w:b/>
        </w:rPr>
        <w:t xml:space="preserve">[05:56] </w:t>
      </w:r>
      <w:r>
        <w:t>hai.</w:t>
      </w:r>
    </w:p>
    <w:p>
      <w:pPr>
        <w:jc w:val="right"/>
      </w:pPr>
      <w:r>
        <w:t>ہے۔</w:t>
      </w:r>
    </w:p>
    <w:p>
      <w:r>
        <w:rPr>
          <w:b/>
        </w:rPr>
        <w:t xml:space="preserve">[06:02] </w:t>
      </w:r>
      <w:r>
        <w:t>aik samaj mein log hote hain jaise madine mein thay aise aaj bhi.</w:t>
      </w:r>
    </w:p>
    <w:p>
      <w:pPr>
        <w:jc w:val="right"/>
      </w:pPr>
      <w:r>
        <w:t>ایک سماج میں لوگ ہوتے ہیں جیسے مدینے میں تھے ایسے آج بھی۔</w:t>
      </w:r>
    </w:p>
    <w:p>
      <w:r>
        <w:rPr>
          <w:b/>
        </w:rPr>
        <w:t xml:space="preserve">[06:08] </w:t>
      </w:r>
      <w:r>
        <w:t>ke jin logon ka sach poochein to munafiqat ka matlab yeh hai ke aadmi bazoher islam ko manta</w:t>
      </w:r>
    </w:p>
    <w:p>
      <w:pPr>
        <w:jc w:val="right"/>
      </w:pPr>
      <w:r>
        <w:t>کہ جن لوگوں کا سچ پوچھیں تو منافقت کا مطلب یہ ہے کہ آدمی بظاہر اسلام کو مانتا</w:t>
      </w:r>
    </w:p>
    <w:p>
      <w:r>
        <w:rPr>
          <w:b/>
        </w:rPr>
        <w:t xml:space="preserve">[06:14] </w:t>
      </w:r>
      <w:r>
        <w:t>ho lekin us ke andar introspection ka amal jari na ho.</w:t>
      </w:r>
    </w:p>
    <w:p>
      <w:pPr>
        <w:jc w:val="right"/>
      </w:pPr>
      <w:r>
        <w:t>ہو لیکن اس کے اندر انٹراسپیکشن کا عمل جاری نہ ہو۔</w:t>
      </w:r>
    </w:p>
    <w:p>
      <w:r>
        <w:rPr>
          <w:b/>
        </w:rPr>
        <w:t xml:space="preserve">[06:20] </w:t>
      </w:r>
      <w:r>
        <w:t>muhasba ka amal jari na ho. kyon</w:t>
      </w:r>
    </w:p>
    <w:p>
      <w:pPr>
        <w:jc w:val="right"/>
      </w:pPr>
      <w:r>
        <w:t>محاسبہ کا عمل جاری نہ ہو۔ کیون</w:t>
      </w:r>
    </w:p>
    <w:p>
      <w:r>
        <w:rPr>
          <w:b/>
        </w:rPr>
        <w:t xml:space="preserve">[06:26] </w:t>
      </w:r>
      <w:r>
        <w:t>ke rozana durood hoti hai ke rozana aadmi sochta hai, rozana, rozana.</w:t>
      </w:r>
    </w:p>
    <w:p>
      <w:pPr>
        <w:jc w:val="right"/>
      </w:pPr>
      <w:r>
        <w:t>کہ روزانہ درود ہوتی ہے کہ روزانہ آدمی سوچتا ہے، روزانہ، روزانہ۔</w:t>
      </w:r>
    </w:p>
    <w:p>
      <w:r>
        <w:rPr>
          <w:b/>
        </w:rPr>
        <w:t xml:space="preserve">[06:30] </w:t>
      </w:r>
      <w:r>
        <w:t>har din aadmi ko shaitan hamla karta hai.</w:t>
      </w:r>
    </w:p>
    <w:p>
      <w:pPr>
        <w:jc w:val="right"/>
      </w:pPr>
      <w:r>
        <w:t>ہر دن آدمی کو شیطان حملہ کرتا ہے۔</w:t>
      </w:r>
    </w:p>
    <w:p>
      <w:r>
        <w:rPr>
          <w:b/>
        </w:rPr>
        <w:t xml:space="preserve">[06:35] </w:t>
      </w:r>
      <w:r>
        <w:t>paighamber pe hamla karta hai.</w:t>
      </w:r>
    </w:p>
    <w:p>
      <w:pPr>
        <w:jc w:val="right"/>
      </w:pPr>
      <w:r>
        <w:t>پیغمبر پہ حملہ کرتا ہے۔</w:t>
      </w:r>
    </w:p>
    <w:p>
      <w:r>
        <w:rPr>
          <w:b/>
        </w:rPr>
        <w:t xml:space="preserve">[06:39] </w:t>
      </w:r>
      <w:r>
        <w:t>koi aadmi is se exempted nahi hai.</w:t>
      </w:r>
    </w:p>
    <w:p>
      <w:pPr>
        <w:jc w:val="right"/>
      </w:pPr>
      <w:r>
        <w:t>کوئی آدمی اس سے ایگزیمپٹڈ نہیں ہے۔</w:t>
      </w:r>
    </w:p>
    <w:p>
      <w:r>
        <w:rPr>
          <w:b/>
        </w:rPr>
        <w:t xml:space="preserve">[06:43] </w:t>
      </w:r>
      <w:r>
        <w:t>to zaroori hai ke aadmi alert rahe.</w:t>
      </w:r>
    </w:p>
    <w:p>
      <w:pPr>
        <w:jc w:val="right"/>
      </w:pPr>
      <w:r>
        <w:t>تو ضروری ہے کہ آدمی الرٹ رہے۔</w:t>
      </w:r>
    </w:p>
    <w:p>
      <w:r>
        <w:rPr>
          <w:b/>
        </w:rPr>
        <w:t xml:space="preserve">[06:48] </w:t>
      </w:r>
      <w:r>
        <w:t>woh apna introspection karta rahe.</w:t>
      </w:r>
    </w:p>
    <w:p>
      <w:pPr>
        <w:jc w:val="right"/>
      </w:pPr>
      <w:r>
        <w:t>وہ اپنا انٹراسپیکشن کرتا رہے۔</w:t>
      </w:r>
    </w:p>
    <w:p>
      <w:r>
        <w:rPr>
          <w:b/>
        </w:rPr>
        <w:t xml:space="preserve">[06:52] </w:t>
      </w:r>
      <w:r>
        <w:t>to aik self correction ka process jari rehta hai to aadmi</w:t>
      </w:r>
    </w:p>
    <w:p>
      <w:pPr>
        <w:jc w:val="right"/>
      </w:pPr>
      <w:r>
        <w:t>تو ایک سیلف کریکشن کا پراسیس جاری رہتا ہے تو آدمی</w:t>
      </w:r>
    </w:p>
    <w:p>
      <w:r>
        <w:rPr>
          <w:b/>
        </w:rPr>
        <w:t xml:space="preserve">[06:56] </w:t>
      </w:r>
      <w:r>
        <w:t>ki conditioning ruki rehti hai.</w:t>
      </w:r>
    </w:p>
    <w:p>
      <w:pPr>
        <w:jc w:val="right"/>
      </w:pPr>
      <w:r>
        <w:t>کی کنڈیشننگ رکی رہتی ہے۔</w:t>
      </w:r>
    </w:p>
    <w:p>
      <w:r>
        <w:rPr>
          <w:b/>
        </w:rPr>
        <w:t xml:space="preserve">[07:01] </w:t>
      </w:r>
      <w:r>
        <w:t>lekin jab aadmi ke andar self correction ka process jari na ho to wahi dheere dheere nifaq ban jata hai.</w:t>
      </w:r>
    </w:p>
    <w:p>
      <w:pPr>
        <w:jc w:val="right"/>
      </w:pPr>
      <w:r>
        <w:t>لیکن جب آدمی کے اندر سیلف کریکشن کا پراسیس جاری نہ ہو تو وہی دھیرے دھیرے نفاق بن جاتا ہے۔</w:t>
      </w:r>
    </w:p>
    <w:p>
      <w:r>
        <w:rPr>
          <w:b/>
        </w:rPr>
        <w:t xml:space="preserve">[07:05] </w:t>
      </w:r>
      <w:r>
        <w:t>to nifaq jab aa jata hai to log bazoher to masjidon mein namaz padhenge, bazoher roze bhi rakhenge.</w:t>
      </w:r>
    </w:p>
    <w:p>
      <w:pPr>
        <w:jc w:val="right"/>
      </w:pPr>
      <w:r>
        <w:t>تو نفاق جب آ جاتا ہے تو لوگ بظاہر تو مسجدوں میں نماز پڑھیں گے، بظاہر روزے بھی رکھیں گے۔</w:t>
      </w:r>
    </w:p>
    <w:p>
      <w:r>
        <w:rPr>
          <w:b/>
        </w:rPr>
        <w:t xml:space="preserve">[07:09] </w:t>
      </w:r>
      <w:r>
        <w:t>lekin dil mein ikhlas nahi hoga.</w:t>
      </w:r>
    </w:p>
    <w:p>
      <w:pPr>
        <w:jc w:val="right"/>
      </w:pPr>
      <w:r>
        <w:t>لیکن دل میں اخلاص نہیں ہوگا۔</w:t>
      </w:r>
    </w:p>
    <w:p>
      <w:r>
        <w:rPr>
          <w:b/>
        </w:rPr>
        <w:t xml:space="preserve">[07:13] </w:t>
      </w:r>
      <w:r>
        <w:t>dil mein Allah ka khauf nahi hoga.</w:t>
      </w:r>
    </w:p>
    <w:p>
      <w:pPr>
        <w:jc w:val="right"/>
      </w:pPr>
      <w:r>
        <w:t>دل میں اللہ کا خوف نہیں ہوگا۔</w:t>
      </w:r>
    </w:p>
    <w:p>
      <w:r>
        <w:rPr>
          <w:b/>
        </w:rPr>
        <w:t xml:space="preserve">[07:18] </w:t>
      </w:r>
      <w:r>
        <w:t>dil mein akhirat ki pakad nahi hogi.</w:t>
      </w:r>
    </w:p>
    <w:p>
      <w:pPr>
        <w:jc w:val="right"/>
      </w:pPr>
      <w:r>
        <w:t>دل میں آخرت کی پکڑ نہیں ہوگی۔</w:t>
      </w:r>
    </w:p>
    <w:p>
      <w:r>
        <w:rPr>
          <w:b/>
        </w:rPr>
        <w:t xml:space="preserve">[07:22] </w:t>
      </w:r>
      <w:r>
        <w:t>to phir kuch un ke siwa mil jayega. apne inter</w:t>
      </w:r>
    </w:p>
    <w:p>
      <w:pPr>
        <w:jc w:val="right"/>
      </w:pPr>
      <w:r>
        <w:t>تو پھر کچھ ان کے سوا مل جائے گا۔ اپنے انٹر</w:t>
      </w:r>
    </w:p>
    <w:p>
      <w:r>
        <w:rPr>
          <w:b/>
        </w:rPr>
        <w:t xml:space="preserve">[07:26] </w:t>
      </w:r>
      <w:r>
        <w:t>st ke siwa.</w:t>
      </w:r>
    </w:p>
    <w:p>
      <w:pPr>
        <w:jc w:val="right"/>
      </w:pPr>
      <w:r>
        <w:t>سٹ کے سوا۔</w:t>
      </w:r>
    </w:p>
    <w:p>
      <w:r>
        <w:rPr>
          <w:b/>
        </w:rPr>
        <w:t xml:space="preserve">[07:30] </w:t>
      </w:r>
      <w:r>
        <w:t>yeh matlab hai is ka.</w:t>
      </w:r>
    </w:p>
    <w:p>
      <w:pPr>
        <w:jc w:val="right"/>
      </w:pPr>
      <w:r>
        <w:t>یہ مطلب ہے اس کا۔</w:t>
      </w:r>
    </w:p>
    <w:p>
      <w:r>
        <w:rPr>
          <w:b/>
        </w:rPr>
        <w:t xml:space="preserve">[07:34] </w:t>
      </w:r>
      <w:r>
        <w:t>walihim azabun adheem.</w:t>
      </w:r>
    </w:p>
    <w:p>
      <w:pPr>
        <w:jc w:val="right"/>
      </w:pPr>
      <w:r>
        <w:t>ولہم عذاب عظیم۔</w:t>
      </w:r>
    </w:p>
    <w:p>
      <w:r>
        <w:rPr>
          <w:b/>
        </w:rPr>
        <w:t xml:space="preserve">[07:38] </w:t>
      </w:r>
      <w:r>
        <w:t>walihim azabun adheem.</w:t>
      </w:r>
    </w:p>
    <w:p>
      <w:pPr>
        <w:jc w:val="right"/>
      </w:pPr>
      <w:r>
        <w:t>ولہم عذاب عظیم۔</w:t>
      </w:r>
    </w:p>
    <w:p>
      <w:r>
        <w:rPr>
          <w:b/>
        </w:rPr>
        <w:t xml:space="preserve">[07:41] </w:t>
      </w:r>
      <w:r>
        <w:t>un ke liye hai bada azab.</w:t>
      </w:r>
    </w:p>
    <w:p>
      <w:pPr>
        <w:jc w:val="right"/>
      </w:pPr>
      <w:r>
        <w:t>ان کے لیے ہے بڑا عذاب۔</w:t>
      </w:r>
    </w:p>
    <w:p>
      <w:r>
        <w:rPr>
          <w:b/>
        </w:rPr>
        <w:t xml:space="preserve">[07:45] </w:t>
      </w:r>
      <w:r>
        <w:t>yani bazahir agarche musalman hain kyunke madine mein dekhen is ka koi sawal hi nahi tha ke koi</w:t>
      </w:r>
    </w:p>
    <w:p>
      <w:pPr>
        <w:jc w:val="right"/>
      </w:pPr>
      <w:r>
        <w:t>یعنی بظاہر اگرچہ مسلمان ہیں کیونکہ مدینے میں دیکھیں اس کا کوئی سوال ہی نہیں تھا کہ کوئی</w:t>
      </w:r>
    </w:p>
    <w:p>
      <w:r>
        <w:rPr>
          <w:b/>
        </w:rPr>
        <w:t xml:space="preserve">[07:49] </w:t>
      </w:r>
      <w:r>
        <w:t>masjid mein na jaye.</w:t>
      </w:r>
    </w:p>
    <w:p>
      <w:pPr>
        <w:jc w:val="right"/>
      </w:pPr>
      <w:r>
        <w:t>مسجد میں نہ جائے۔</w:t>
      </w:r>
    </w:p>
    <w:p>
      <w:r>
        <w:rPr>
          <w:b/>
        </w:rPr>
        <w:t xml:space="preserve">[07:53] </w:t>
      </w:r>
      <w:r>
        <w:t>har musalman wahan chahe bazahir mخلص na ho, woh munafiq ho, tab bhi lazman woh masjid jata tha.</w:t>
      </w:r>
    </w:p>
    <w:p>
      <w:pPr>
        <w:jc w:val="right"/>
      </w:pPr>
      <w:r>
        <w:t>ہر مسلمان وہاں چاہے بظاہر مخلص نہ ہو، وہ منافق ہو، تب بھی لازماً وہ مسجد جاتا تھا۔</w:t>
      </w:r>
    </w:p>
    <w:p>
      <w:r>
        <w:rPr>
          <w:b/>
        </w:rPr>
        <w:t xml:space="preserve">[07:57] </w:t>
      </w:r>
      <w:r>
        <w:t>is ka mani hai ke woh log jo bazahir panch waqt masjid jate the, bazahir roza rakhte the,</w:t>
      </w:r>
    </w:p>
    <w:p>
      <w:pPr>
        <w:jc w:val="right"/>
      </w:pPr>
      <w:r>
        <w:t>اس کا معنی ہے کہ وہ لوگ جو بظاہر پانچ وقت مسجد جاتے تھے، بظاہر روزہ رکھتے تھے،</w:t>
      </w:r>
    </w:p>
    <w:p>
      <w:r>
        <w:rPr>
          <w:b/>
        </w:rPr>
        <w:t xml:space="preserve">[08:03] </w:t>
      </w:r>
      <w:r>
        <w:t>bazahir Islam ke sare amal karte the, phir bhi kaha ke un ka azab adheem hai.</w:t>
      </w:r>
    </w:p>
    <w:p>
      <w:pPr>
        <w:jc w:val="right"/>
      </w:pPr>
      <w:r>
        <w:t>بظاہر اسلام کے سارے عمل کرتے تھے، پھر بھی کہا کہ ان کا عذاب عظیم ہے۔</w:t>
      </w:r>
    </w:p>
    <w:p>
      <w:r>
        <w:rPr>
          <w:b/>
        </w:rPr>
        <w:t xml:space="preserve">[08:09] </w:t>
      </w:r>
      <w:r>
        <w:t>kyun? andar se un ke andar ikhlas nahi tha.</w:t>
      </w:r>
    </w:p>
    <w:p>
      <w:pPr>
        <w:jc w:val="right"/>
      </w:pPr>
      <w:r>
        <w:t>کیوں؟ اندر سے ان کے اندر اخلاص نہیں تھا۔</w:t>
      </w:r>
    </w:p>
    <w:p>
      <w:r>
        <w:rPr>
          <w:b/>
        </w:rPr>
        <w:t xml:space="preserve">[08:15] </w:t>
      </w:r>
      <w:r>
        <w:t>andar se un ka ikhlas nahi tha.</w:t>
      </w:r>
    </w:p>
    <w:p>
      <w:pPr>
        <w:jc w:val="right"/>
      </w:pPr>
      <w:r>
        <w:t>اندر سے ان کا اخلاص نہیں تھا۔</w:t>
      </w:r>
    </w:p>
    <w:p>
      <w:r>
        <w:rPr>
          <w:b/>
        </w:rPr>
        <w:t xml:space="preserve">[08:21] </w:t>
      </w:r>
      <w:r>
        <w:t>upar hi upar unhon ne apne ko musalman bana rakha tha lekin</w:t>
      </w:r>
    </w:p>
    <w:p>
      <w:pPr>
        <w:jc w:val="right"/>
      </w:pPr>
      <w:r>
        <w:t>اوپر ہی اوپر انہوں نے اپنے کو مسلمان بنا رکھا تھا لیکن</w:t>
      </w:r>
    </w:p>
    <w:p>
      <w:r>
        <w:rPr>
          <w:b/>
        </w:rPr>
        <w:t xml:space="preserve">[08:27] </w:t>
      </w:r>
      <w:r>
        <w:t>social compensation, social compensation ki wajah se apne ko musalman zahir karte the woh.</w:t>
      </w:r>
    </w:p>
    <w:p>
      <w:pPr>
        <w:jc w:val="right"/>
      </w:pPr>
      <w:r>
        <w:t>سوشل کمپشن، سوشل کمپشن کی وجہ سے اپنے کو مسلمان ظاہر کرتے تھے وہ۔</w:t>
      </w:r>
    </w:p>
    <w:p>
      <w:r>
        <w:rPr>
          <w:b/>
        </w:rPr>
        <w:t xml:space="preserve">[08:32] </w:t>
      </w:r>
      <w:r>
        <w:t>lekin andar se un ke dilon mein Islam rasekh nahi tha.</w:t>
      </w:r>
    </w:p>
    <w:p>
      <w:pPr>
        <w:jc w:val="right"/>
      </w:pPr>
      <w:r>
        <w:t>لیکن اندر سے ان کے دلوں میں اسلام راسخ نہیں تھا۔</w:t>
      </w:r>
    </w:p>
    <w:p>
      <w:r>
        <w:rPr>
          <w:b/>
        </w:rPr>
        <w:t xml:space="preserve">[08:37] </w:t>
      </w:r>
      <w:r>
        <w:t>yeh woh log hote hain jin ko Quran mein munafiq kaha gaya hai.</w:t>
      </w:r>
    </w:p>
    <w:p>
      <w:pPr>
        <w:jc w:val="right"/>
      </w:pPr>
      <w:r>
        <w:t>یہ وہ لوگ ہوتے ہیں جن کو قرآن میں منافق کہا گیا ہے۔</w:t>
      </w:r>
    </w:p>
    <w:p>
      <w:r>
        <w:rPr>
          <w:b/>
        </w:rPr>
        <w:t xml:space="preserve">[08:42] </w:t>
      </w:r>
      <w:r>
        <w:t>muminun nase mian yaqulu amanna billah.</w:t>
      </w:r>
    </w:p>
    <w:p>
      <w:pPr>
        <w:jc w:val="right"/>
      </w:pPr>
      <w:r>
        <w:t>مومن الناس من یقول آمنا باللہ۔</w:t>
      </w:r>
    </w:p>
    <w:p>
      <w:r>
        <w:rPr>
          <w:b/>
        </w:rPr>
        <w:t xml:space="preserve">[08:47] </w:t>
      </w:r>
      <w:r>
        <w:t>aur logon mein aisa hai insan jo kehta hai ke main iman laya Allah par.</w:t>
      </w:r>
    </w:p>
    <w:p>
      <w:pPr>
        <w:jc w:val="right"/>
      </w:pPr>
      <w:r>
        <w:t>اور لوگوں میں ایسا ہے انسان جو کہتا ہے کہ میں ایمان لایا اللہ پر۔</w:t>
      </w:r>
    </w:p>
    <w:p>
      <w:r>
        <w:rPr>
          <w:b/>
        </w:rPr>
        <w:t xml:space="preserve">[08:52] </w:t>
      </w:r>
      <w:r>
        <w:t>wa bil yawmi al akhiri wa ma hum bimuminin.</w:t>
      </w:r>
    </w:p>
    <w:p>
      <w:pPr>
        <w:jc w:val="right"/>
      </w:pPr>
      <w:r>
        <w:t>وبالیوم الآخر وما هم بمؤمنین۔</w:t>
      </w:r>
    </w:p>
    <w:p>
      <w:r>
        <w:rPr>
          <w:b/>
        </w:rPr>
        <w:t xml:space="preserve">[08:57] </w:t>
      </w:r>
      <w:r>
        <w:t>aur akhirat par iman laya. lekin woh momin nahi hain. bohat ajeeb ayat hai yeh. yeh bohat ajeeb ayat hai. logon mein aisay insaan hain jo kehte hain ke hum allah par iman laye aur akhirat par iman laye lekin woh momin nahi hain. to yeh unhi ki baat baray mein kaha gaya hai ke momin woh hai jo ikhlas ke saath jis ne iman ikhtiyar kiya ho. jis ke</w:t>
      </w:r>
    </w:p>
    <w:p>
      <w:pPr>
        <w:jc w:val="right"/>
      </w:pPr>
      <w:r>
        <w:t>اور آخرت پر ایمان لایا۔ لیکن وہ مومن نہیں ہیں۔ بہت عجیب آیت ہے یہ۔ یہ بہت عجیب آیت ہے۔ لوگوں میں ایسے انسان ہیں جو کہتے ہیں کہ ہم اللہ پر ایمان لائے اور آخرت پر ایمان لائے لیکن وہ مومن نہیں ہیں۔ تو یہ انہی کی بات بارے میں کہا گیا ہے کہ مومن وہ ہے جو اخلاص کے ساتھ جس نے ایمان اختیار کیا ہو۔ جس کے</w:t>
      </w:r>
    </w:p>
    <w:p>
      <w:r>
        <w:rPr>
          <w:b/>
        </w:rPr>
        <w:t xml:space="preserve">[09:27] </w:t>
      </w:r>
      <w:r>
        <w:t>andar ikhlas nahi hai to Allah ke nazdeek woh momin bhi nahi hai.</w:t>
      </w:r>
    </w:p>
    <w:p>
      <w:pPr>
        <w:jc w:val="right"/>
      </w:pPr>
      <w:r>
        <w:t>اندر اخلاص نہیں ہے تو اللہ کے نزدیک وہ مومن بھی نہیں ہے۔</w:t>
      </w:r>
    </w:p>
    <w:p>
      <w:r>
        <w:rPr>
          <w:b/>
        </w:rPr>
        <w:t xml:space="preserve">[09:31] </w:t>
      </w:r>
      <w:r>
        <w:t>woh woh azab se apne ko bacha hua is ko nahi samajhna chahiye.</w:t>
      </w:r>
    </w:p>
    <w:p>
      <w:pPr>
        <w:jc w:val="right"/>
      </w:pPr>
      <w:r>
        <w:t>وہ وہ عذاب سے اپنے کو بچا ہوا اس کو نہیں سمجھنا چاہیے۔</w:t>
      </w:r>
    </w:p>
    <w:p>
      <w:r>
        <w:rPr>
          <w:b/>
        </w:rPr>
        <w:t xml:space="preserve">[09:35] </w:t>
      </w:r>
      <w:r>
        <w:t>yeh bohat hi sakht ayat hai.</w:t>
      </w:r>
    </w:p>
    <w:p>
      <w:pPr>
        <w:jc w:val="right"/>
      </w:pPr>
      <w:r>
        <w:t>یہ بہت ہی سخت آیت ہے۔</w:t>
      </w:r>
    </w:p>
    <w:p>
      <w:r>
        <w:rPr>
          <w:b/>
        </w:rPr>
        <w:t xml:space="preserve">[09:39] </w:t>
      </w:r>
      <w:r>
        <w:t>yani yeh ayat un logon ke bare mein hai jo bazahir roza karte thay.</w:t>
      </w:r>
    </w:p>
    <w:p>
      <w:pPr>
        <w:jc w:val="right"/>
      </w:pPr>
      <w:r>
        <w:t>یعنی یہ آیت ان لوگوں کے بارے میں ہے جو بظاہر روزہ کرتے تھے۔</w:t>
      </w:r>
    </w:p>
    <w:p>
      <w:r>
        <w:rPr>
          <w:b/>
        </w:rPr>
        <w:t xml:space="preserve">[09:42] </w:t>
      </w:r>
      <w:r>
        <w:t>bazahir woh duaein rakhte thay.</w:t>
      </w:r>
    </w:p>
    <w:p>
      <w:pPr>
        <w:jc w:val="right"/>
      </w:pPr>
      <w:r>
        <w:t>بظاہر وہ دعائیں رکھتے تھے۔</w:t>
      </w:r>
    </w:p>
    <w:p>
      <w:r>
        <w:rPr>
          <w:b/>
        </w:rPr>
        <w:t xml:space="preserve">[09:46] </w:t>
      </w:r>
      <w:r>
        <w:t>bazahir woh Islam par thay.</w:t>
      </w:r>
    </w:p>
    <w:p>
      <w:pPr>
        <w:jc w:val="right"/>
      </w:pPr>
      <w:r>
        <w:t>بظاہر وہ اسلام پر تھے۔</w:t>
      </w:r>
    </w:p>
    <w:p>
      <w:r>
        <w:rPr>
          <w:b/>
        </w:rPr>
        <w:t xml:space="preserve">[09:50] </w:t>
      </w:r>
      <w:r>
        <w:t>woh musalman ke samaj mein thay.</w:t>
      </w:r>
    </w:p>
    <w:p>
      <w:pPr>
        <w:jc w:val="right"/>
      </w:pPr>
      <w:r>
        <w:t>وہ مسلمان کے سماج میں تھے۔</w:t>
      </w:r>
    </w:p>
    <w:p>
      <w:r>
        <w:rPr>
          <w:b/>
        </w:rPr>
        <w:t xml:space="preserve">[09:54] </w:t>
      </w:r>
      <w:r>
        <w:t>woh lekin kaha gaya ke un ka azab azeem se woh bache hue nahi hain. Ki</w:t>
      </w:r>
    </w:p>
    <w:p>
      <w:pPr>
        <w:jc w:val="right"/>
      </w:pPr>
      <w:r>
        <w:t>وہ لیکن کہا گیا کہ ان کا عذاب عظیم سے وہ بچے ہوئے نہیں ہیں۔ کی</w:t>
      </w:r>
    </w:p>
    <w:p>
      <w:r>
        <w:rPr>
          <w:b/>
        </w:rPr>
        <w:t xml:space="preserve">[09:57] </w:t>
      </w:r>
      <w:r>
        <w:t>un? Allah ki rehmat is in logon ke liye hai jo ikhlas ke sath iman ikhtiyar karein.</w:t>
      </w:r>
    </w:p>
    <w:p>
      <w:pPr>
        <w:jc w:val="right"/>
      </w:pPr>
      <w:r>
        <w:t>وں؟ اللہ کی رحمت اس ان لوگوں کے لیے ہے جو اخلاص کے ساتھ ایمان اختیار کریں۔</w:t>
      </w:r>
    </w:p>
    <w:p>
      <w:r>
        <w:rPr>
          <w:b/>
        </w:rPr>
        <w:t xml:space="preserve">[10:05] </w:t>
      </w:r>
      <w:r>
        <w:t>ikhlas ke sath sare yani Allah ke jo ahkam hain us pe ikhlas ke sath amal karein.</w:t>
      </w:r>
    </w:p>
    <w:p>
      <w:pPr>
        <w:jc w:val="right"/>
      </w:pPr>
      <w:r>
        <w:t>اخلاص کے ساتھ سارے یعنی اللہ کے جو احکام ہیں اس پہ اخلاص کے ساتھ عمل کریں۔</w:t>
      </w:r>
    </w:p>
    <w:p>
      <w:r>
        <w:rPr>
          <w:b/>
        </w:rPr>
        <w:t xml:space="preserve">[10:13] </w:t>
      </w:r>
      <w:r>
        <w:t>ikhlas shart hai.</w:t>
      </w:r>
    </w:p>
    <w:p>
      <w:pPr>
        <w:jc w:val="right"/>
      </w:pPr>
      <w:r>
        <w:t>اخلاص شرط ہے۔</w:t>
      </w:r>
    </w:p>
    <w:p>
      <w:r>
        <w:rPr>
          <w:b/>
        </w:rPr>
        <w:t xml:space="preserve">[10:20] </w:t>
      </w:r>
      <w:r>
        <w:t>ikhlas ke baghair koi iman ya Islam Allah ka mo'tabar nahi.</w:t>
      </w:r>
    </w:p>
    <w:p>
      <w:pPr>
        <w:jc w:val="right"/>
      </w:pPr>
      <w:r>
        <w:t>اخلاص کے بغیر کوئی ایمان یا اسلام اللہ کا معتبر نہیں۔</w:t>
      </w:r>
    </w:p>
    <w:p>
      <w:r>
        <w:rPr>
          <w:b/>
        </w:rPr>
        <w:t xml:space="preserve">[10:28] </w:t>
      </w:r>
      <w:r>
        <w:t>Yukhadi'un Allah wal-ladhina amanu.</w:t>
      </w:r>
    </w:p>
    <w:p>
      <w:pPr>
        <w:jc w:val="right"/>
      </w:pPr>
      <w:r>
        <w:t>یخادعون اللہ والذین آمنوا۔</w:t>
      </w:r>
    </w:p>
    <w:p>
      <w:r>
        <w:rPr>
          <w:b/>
        </w:rPr>
        <w:t xml:space="preserve">[10:33] </w:t>
      </w:r>
      <w:r>
        <w:t>woh dhoka de rahe hain Allah ko aur momineen ko.</w:t>
      </w:r>
    </w:p>
    <w:p>
      <w:pPr>
        <w:jc w:val="right"/>
      </w:pPr>
      <w:r>
        <w:t>وہ دھوکہ دے رہے ہیں اللہ کو اور مومنین کو۔</w:t>
      </w:r>
    </w:p>
    <w:p>
      <w:r>
        <w:rPr>
          <w:b/>
        </w:rPr>
        <w:t xml:space="preserve">[10:38] </w:t>
      </w:r>
      <w:r>
        <w:t>to Allah ko dhoka dene ka matlab kya hai? Allah ko koi bhi dhoka nahi deta.</w:t>
      </w:r>
    </w:p>
    <w:p>
      <w:pPr>
        <w:jc w:val="right"/>
      </w:pPr>
      <w:r>
        <w:t>تو اللہ کو دھوکہ دینے کا مطلب کیا ہے؟ اللہ کو کوئی بھی دھوکہ نہیں دیتا۔</w:t>
      </w:r>
    </w:p>
    <w:p>
      <w:r>
        <w:rPr>
          <w:b/>
        </w:rPr>
        <w:t xml:space="preserve">[10:43] </w:t>
      </w:r>
      <w:r>
        <w:t>aisa nahi koi Allah ko dhoka deta ho.</w:t>
      </w:r>
    </w:p>
    <w:p>
      <w:pPr>
        <w:jc w:val="right"/>
      </w:pPr>
      <w:r>
        <w:t>ایسا نہیں کوئی اللہ کو دھوکہ دیتا ہو۔</w:t>
      </w:r>
    </w:p>
    <w:p>
      <w:r>
        <w:rPr>
          <w:b/>
        </w:rPr>
        <w:t xml:space="preserve">[10:48] </w:t>
      </w:r>
      <w:r>
        <w:t>momineen ko dhoka deta hai.</w:t>
      </w:r>
    </w:p>
    <w:p>
      <w:pPr>
        <w:jc w:val="right"/>
      </w:pPr>
      <w:r>
        <w:t>مومنین کو دھوکہ دیتا ہے۔</w:t>
      </w:r>
    </w:p>
    <w:p>
      <w:r>
        <w:rPr>
          <w:b/>
        </w:rPr>
        <w:t xml:space="preserve">[10:53] </w:t>
      </w:r>
      <w:r>
        <w:t>yeh is ko zyada sana'at zahir karne ke liye Allah ke lafz bhi is mein aa gaya.</w:t>
      </w:r>
    </w:p>
    <w:p>
      <w:pPr>
        <w:jc w:val="right"/>
      </w:pPr>
      <w:r>
        <w:t>یہ اس کو زیادہ ثناعت ظاہر کرنے کے لیے اللہ کے لفظ بھی اس میں آ گیا۔</w:t>
      </w:r>
    </w:p>
    <w:p>
      <w:r>
        <w:rPr>
          <w:b/>
        </w:rPr>
        <w:t xml:space="preserve">[10:58] </w:t>
      </w:r>
      <w:r>
        <w:t>haqeeqat mein woh musalmanon ko dhoka de rahe thay.</w:t>
      </w:r>
    </w:p>
    <w:p>
      <w:pPr>
        <w:jc w:val="right"/>
      </w:pPr>
      <w:r>
        <w:t>حقیقت میں وہ مسلمانوں کو دھوکہ دے رہے تھے۔</w:t>
      </w:r>
    </w:p>
    <w:p>
      <w:r>
        <w:rPr>
          <w:b/>
        </w:rPr>
        <w:t xml:space="preserve">[11:04] </w:t>
      </w:r>
      <w:r>
        <w:t>Allah ko kaise dhoka denge? To kaha samaj mein apna waqar baqi rakhne ke liye, samaj mein</w:t>
      </w:r>
    </w:p>
    <w:p>
      <w:pPr>
        <w:jc w:val="right"/>
      </w:pPr>
      <w:r>
        <w:t>اللہ کو کیسے دھوکہ دیں گے؟ تو کہا سماج میں اپنا وقار باقی رکھنے کے لیے، سماج میں</w:t>
      </w:r>
    </w:p>
    <w:p>
      <w:r>
        <w:rPr>
          <w:b/>
        </w:rPr>
        <w:t xml:space="preserve">[11:10] </w:t>
      </w:r>
      <w:r>
        <w:t>apne aap ko mo'azzaz banaye rakhne ke liye, samaj mein apne ko acha musalman banaye rakhne ke liye</w:t>
      </w:r>
    </w:p>
    <w:p>
      <w:pPr>
        <w:jc w:val="right"/>
      </w:pPr>
      <w:r>
        <w:t>اپنے آپ کو معزز بنائے رکھنے کے لیے، سماج میں اپنے کو اچھا مسلمان بنائے رکھنے کے لیے</w:t>
      </w:r>
    </w:p>
    <w:p>
      <w:r>
        <w:rPr>
          <w:b/>
        </w:rPr>
        <w:t xml:space="preserve">[11:17] </w:t>
      </w:r>
      <w:r>
        <w:t>woh bazahir tareeqe yani tadbirein karte thay.</w:t>
      </w:r>
    </w:p>
    <w:p>
      <w:pPr>
        <w:jc w:val="right"/>
      </w:pPr>
      <w:r>
        <w:t>وہ بظاہر طریقے یعنی تدبیریں کرتے تھے۔</w:t>
      </w:r>
    </w:p>
    <w:p>
      <w:r>
        <w:rPr>
          <w:b/>
        </w:rPr>
        <w:t xml:space="preserve">[11:23] </w:t>
      </w:r>
      <w:r>
        <w:t>lekin lekin Allah ko pata hai, farishton ko pata hai.</w:t>
      </w:r>
    </w:p>
    <w:p>
      <w:pPr>
        <w:jc w:val="right"/>
      </w:pPr>
      <w:r>
        <w:t>لیکن لیکن اللہ کو پتہ ہے، فرشتوں کو پتہ ہے۔</w:t>
      </w:r>
    </w:p>
    <w:p>
      <w:r>
        <w:rPr>
          <w:b/>
        </w:rPr>
        <w:t xml:space="preserve">[11:29] </w:t>
      </w:r>
      <w:r>
        <w:t>to yahan par jo baat kahi gayi hai woh woh yeh hai ke jo Islami samaj hai is mein mukhlis log bhi hain to un ke andar woh apne aap apni position ko banaye rakhne ke liye woh zahiri a'mal karte hain. to yeh is ko Quran mein dhoka qarar diya gaya. jaise</w:t>
      </w:r>
    </w:p>
    <w:p>
      <w:pPr>
        <w:jc w:val="right"/>
      </w:pPr>
      <w:r>
        <w:t>تو یہاں پر جو بات کہی گئی ہے وہ وہ یہ ہے کہ جو اسلامی سماج ہے اس میں مخلص لوگ بھی ہیں تو ان کے اندر وہ اپنے آپ اپنی پوزیشن کو بنائے رکھنے کے لیے وہ ظاہری اعمال کرتے ہیں۔ تو یہ اس کو قرآن میں دھوکہ قرار دیا گیا۔ جیسے</w:t>
      </w:r>
    </w:p>
    <w:p>
      <w:r>
        <w:rPr>
          <w:b/>
        </w:rPr>
        <w:t xml:space="preserve">[11:59] </w:t>
      </w:r>
      <w:r>
        <w:t>yani koi bartan peetal ka ho, us par kali sone kar di jaye to woh dhoka hua.</w:t>
      </w:r>
    </w:p>
    <w:p>
      <w:pPr>
        <w:jc w:val="right"/>
      </w:pPr>
      <w:r>
        <w:t>یعنی کوئی برتن پیتل کا ہو، اس پر کالی سونے کر دی جائے تو وہ دھوکہ ہوا۔</w:t>
      </w:r>
    </w:p>
    <w:p>
      <w:r>
        <w:rPr>
          <w:b/>
        </w:rPr>
        <w:t xml:space="preserve">[12:05] </w:t>
      </w:r>
      <w:r>
        <w:t>ke jo aadmi peetal ke bartan par sone kali kar ke beche to woh dhoka de raha hai logon ko.</w:t>
      </w:r>
    </w:p>
    <w:p>
      <w:pPr>
        <w:jc w:val="right"/>
      </w:pPr>
      <w:r>
        <w:t>کہ جو آدمی پیتل کے برتن پر سونے کالی کر کے بیچے تو وہ دھوکہ دے رہا ہے لوگوں کو۔</w:t>
      </w:r>
    </w:p>
    <w:p>
      <w:r>
        <w:rPr>
          <w:b/>
        </w:rPr>
        <w:t xml:space="preserve">[12:11] </w:t>
      </w:r>
      <w:r>
        <w:t>to aise yeh log jo andar se ikhlas nahi hai lekin society mein apna waqar banaye rakhne ke</w:t>
      </w:r>
    </w:p>
    <w:p>
      <w:pPr>
        <w:jc w:val="right"/>
      </w:pPr>
      <w:r>
        <w:t>تو ایسے یہ لوگ جو اندر سے اخلاص نہیں ہے لیکن سوسائٹی میں اپنا وقار بنائے رکھنے کے</w:t>
      </w:r>
    </w:p>
    <w:p>
      <w:r>
        <w:rPr>
          <w:b/>
        </w:rPr>
        <w:t xml:space="preserve">[12:17] </w:t>
      </w:r>
      <w:r>
        <w:t>liye woh zahiri ahkam par amal karte hain to woh dhoka de rahe hain ke andar se to</w:t>
      </w:r>
    </w:p>
    <w:p>
      <w:pPr>
        <w:jc w:val="right"/>
      </w:pPr>
      <w:r>
        <w:t>لیے وہ ظاہری احکام پر عمل کرتے ہیں تو وہ دھوکہ دے رہے ہیں کہ اندر سے تو</w:t>
      </w:r>
    </w:p>
    <w:p>
      <w:r>
        <w:rPr>
          <w:b/>
        </w:rPr>
        <w:t xml:space="preserve">[12:23] </w:t>
      </w:r>
      <w:r>
        <w:t>peetal hai, bahar se sone</w:t>
      </w:r>
    </w:p>
    <w:p>
      <w:pPr>
        <w:jc w:val="right"/>
      </w:pPr>
      <w:r>
        <w:t>پیتل ہے، باہر سے سونے</w:t>
      </w:r>
    </w:p>
    <w:p>
      <w:r>
        <w:rPr>
          <w:b/>
        </w:rPr>
        <w:t xml:space="preserve">[12:29] </w:t>
      </w:r>
      <w:r>
        <w:t>ki ki polish hai. lekin Allah ko pata hai in ka is qism ka dhoka chalne wala nahin hai. wa ma yakhda'oon illa anfusahum wa ma yash'uroon. woh dhoka dete hain apne aap ko. agarche is ko samajhte nahin. yani apne aap ko dhoka de rahe hain. kisi aur ko dhoka nahin de rahe. is par gh</w:t>
      </w:r>
    </w:p>
    <w:p>
      <w:pPr>
        <w:jc w:val="right"/>
      </w:pPr>
      <w:r>
        <w:t>کی کی پالش ہے۔ لیکن اللہ کو پتہ ہے ان کا اس قسم کا دھوکہ چلنے والا نہیں ہے۔ وما یخطعون إلا أنفسهم وما يشعرون۔ وہ دھوکہ دیتے ہیں اپنے آپ کو۔ اگرچہ اس کو سمجھتے نہیں۔ یعنی اپنے آپ کو دھوکہ دے رہے ہیں۔ کسی اور کو دھوکہ نہیں دے رہے۔ اس پر غ</w:t>
      </w:r>
    </w:p>
    <w:p>
      <w:r>
        <w:rPr>
          <w:b/>
        </w:rPr>
        <w:t xml:space="preserve">[12:59] </w:t>
      </w:r>
      <w:r>
        <w:t>or karte hue meri samaj mein ek baat aati hai ke jo aadmi nifaq ki halat mein ho us ko apne nifaq ka sho'oor nahin hota. sho'oor nahin hota. is barabar is mein woh isi par qaim rehta hai. woh is se tauba nahin karta.</w:t>
      </w:r>
    </w:p>
    <w:p>
      <w:pPr>
        <w:jc w:val="right"/>
      </w:pPr>
      <w:r>
        <w:t>ور کرتے ہوئے میری سمجھ میں ایک بات آتی ہے کہ جو آدمی نفاق کی حالت میں ہو اس کو اپنے نفاق کا شعور نہیں ہوتا۔ شعور نہیں ہوتا۔ اس برابر اس میں وہ اسی پر قائم رہتا ہے۔ وہ اس سے توبہ نہیں کرتا۔</w:t>
      </w:r>
    </w:p>
    <w:p>
      <w:r>
        <w:rPr>
          <w:b/>
        </w:rPr>
        <w:t xml:space="preserve">[13:29] </w:t>
      </w:r>
      <w:r>
        <w:t>to shaoor kyon nahin hota? dekhen shaoor ek aisi cheez hai jo jo yaani qasdan aap is par</w:t>
      </w:r>
    </w:p>
    <w:p>
      <w:pPr>
        <w:jc w:val="right"/>
      </w:pPr>
      <w:r>
        <w:t>تو شعور کیوں نہیں ہوتا؟ دیکھیں شعور ایک ایسی چیز ہے جو جو یعنی قصداً آپ اس پر</w:t>
      </w:r>
    </w:p>
    <w:p>
      <w:r>
        <w:rPr>
          <w:b/>
        </w:rPr>
        <w:t xml:space="preserve">[13:37] </w:t>
      </w:r>
      <w:r>
        <w:t>sochhen, qasdan apne aap ko check karen, qasdan aap ki apni galtiyon ko daryaft karne ki koshish karen,</w:t>
      </w:r>
    </w:p>
    <w:p>
      <w:pPr>
        <w:jc w:val="right"/>
      </w:pPr>
      <w:r>
        <w:t>سوچیں، قصداً اپنے آپ کو چیک کریں، قصداً آپ کی اپنی غلطیوں کو دریافت کرنے کی کوشش کریں،</w:t>
      </w:r>
    </w:p>
    <w:p>
      <w:r>
        <w:rPr>
          <w:b/>
        </w:rPr>
        <w:t xml:space="preserve">[13:45] </w:t>
      </w:r>
      <w:r>
        <w:t>tab aap janenge apne aap ko.</w:t>
      </w:r>
    </w:p>
    <w:p>
      <w:pPr>
        <w:jc w:val="right"/>
      </w:pPr>
      <w:r>
        <w:t>تب آپ جانیں گے اپنے آپ کو۔</w:t>
      </w:r>
    </w:p>
    <w:p>
      <w:r>
        <w:rPr>
          <w:b/>
        </w:rPr>
        <w:t xml:space="preserve">[13:52] </w:t>
      </w:r>
      <w:r>
        <w:t>agar aisa nahin hai, is qism ka process aap ke andar jaari nahin hai</w:t>
      </w:r>
    </w:p>
    <w:p>
      <w:pPr>
        <w:jc w:val="right"/>
      </w:pPr>
      <w:r>
        <w:t>اگر ایسا نہیں ہے، اس قسم کا پراسیس آپ کے اندر جاری نہیں ہے</w:t>
      </w:r>
    </w:p>
    <w:p>
      <w:r>
        <w:rPr>
          <w:b/>
        </w:rPr>
        <w:t xml:space="preserve">[14:00] </w:t>
      </w:r>
      <w:r>
        <w:t>to aap apni galtiyon ke liye be be khabar ho jayenge.</w:t>
      </w:r>
    </w:p>
    <w:p>
      <w:pPr>
        <w:jc w:val="right"/>
      </w:pPr>
      <w:r>
        <w:t>تو آپ اپنی غلطیوں کے لیے بے بے خبر ہو جائیں گے۔</w:t>
      </w:r>
    </w:p>
    <w:p>
      <w:r>
        <w:rPr>
          <w:b/>
        </w:rPr>
        <w:t xml:space="preserve">[14:04] </w:t>
      </w:r>
      <w:r>
        <w:t>main samjhen ke main to theek hoon.</w:t>
      </w:r>
    </w:p>
    <w:p>
      <w:pPr>
        <w:jc w:val="right"/>
      </w:pPr>
      <w:r>
        <w:t>میں سمجھیں کہ میں تو ٹھیک ہوں۔</w:t>
      </w:r>
    </w:p>
    <w:p>
      <w:r>
        <w:rPr>
          <w:b/>
        </w:rPr>
        <w:t xml:space="preserve">[14:09] </w:t>
      </w:r>
      <w:r>
        <w:t>main to theek hoon.</w:t>
      </w:r>
    </w:p>
    <w:p>
      <w:pPr>
        <w:jc w:val="right"/>
      </w:pPr>
      <w:r>
        <w:t>میں تو ٹھیک ہوں۔</w:t>
      </w:r>
    </w:p>
    <w:p>
      <w:r>
        <w:rPr>
          <w:b/>
        </w:rPr>
        <w:t xml:space="preserve">[14:13] </w:t>
      </w:r>
      <w:r>
        <w:t>misalan aap dress mein aur identity mein apne ko khoob theek theek theek thaak banaye hue hon aur</w:t>
      </w:r>
    </w:p>
    <w:p>
      <w:pPr>
        <w:jc w:val="right"/>
      </w:pPr>
      <w:r>
        <w:t>مثلاً آپ ڈریس میں اور آئیڈنٹیٹی میں اپنے کو خوب ٹھیک ٹھیک ٹھیک ٹھاک بنائے ہوئے ہوں اور</w:t>
      </w:r>
    </w:p>
    <w:p>
      <w:r>
        <w:rPr>
          <w:b/>
        </w:rPr>
        <w:t xml:space="preserve">[14:17] </w:t>
      </w:r>
      <w:r>
        <w:t>log aap ko samajhte hain ke yeh to bade achhe log hain.</w:t>
      </w:r>
    </w:p>
    <w:p>
      <w:pPr>
        <w:jc w:val="right"/>
      </w:pPr>
      <w:r>
        <w:t>لوگ آپ کو سمجھتے ہیں کہ یہ تو بڑے اچھے لوگ ہیں۔</w:t>
      </w:r>
    </w:p>
    <w:p>
      <w:r>
        <w:rPr>
          <w:b/>
        </w:rPr>
        <w:t xml:space="preserve">[14:22] </w:t>
      </w:r>
      <w:r>
        <w:t>to is se aap to is se aadmi jo hai ek tarah ki be shaoori mein mubtala ho jata hai.</w:t>
      </w:r>
    </w:p>
    <w:p>
      <w:pPr>
        <w:jc w:val="right"/>
      </w:pPr>
      <w:r>
        <w:t>تو اس سے آپ تو اس سے آدمی جو ہے ایک طرح کی بے شعوری میں مبتلا ہو جاتا ہے۔</w:t>
      </w:r>
    </w:p>
    <w:p>
      <w:r>
        <w:rPr>
          <w:b/>
        </w:rPr>
        <w:t xml:space="preserve">[14:26] </w:t>
      </w:r>
      <w:r>
        <w:t>yaani haqeeqat mein to kuch aur hai aur samajhne lagta hai kuch aur.</w:t>
      </w:r>
    </w:p>
    <w:p>
      <w:pPr>
        <w:jc w:val="right"/>
      </w:pPr>
      <w:r>
        <w:t>یعنی حقیقت میں تو کچھ اور ہے اور سمجھنے لگتا ہے کچھ اور۔</w:t>
      </w:r>
    </w:p>
    <w:p>
      <w:r>
        <w:rPr>
          <w:b/>
        </w:rPr>
        <w:t xml:space="preserve">[14:31] </w:t>
      </w:r>
      <w:r>
        <w:t>to is par sochte hue meri samaj mein baat aayi ke yeh jo jis ko main kehta hoon jis ko kaha gaya deen mein muhasaba aur jis ko hum keh sakte hain self checking ya introspection yeh bohat hi zaroori hai. jo aisa nahin karega to woh yeh samajhta rahega ke main to theek thaak hoon. haan haqeeqat mein theek nahin hua. kyunke apne theek na hone ko</w:t>
      </w:r>
    </w:p>
    <w:p>
      <w:pPr>
        <w:jc w:val="right"/>
      </w:pPr>
      <w:r>
        <w:t>تو اس پر سوچتے ہوئے میری سمجھ میں بات آئی کہ یہ جو جس کو میں کہتا ہوں جس کو کہا گیا دین میں محاسبہ اور جس کو ہم کہہ سکتے ہیں سیلف چیکنگ یا انٹراسپیکشن یہ بہت ہی ضروری ہے۔ جو ایسا نہیں کرے گا تو وہ یہ سمجھتا رہے گا کہ میں تو ٹھیک ٹھاک ہوں۔ ہاں حقیقت میں ٹھیک نہیں ہوا۔ کیونکہ اپنے ٹھیک نہ ہونے کو</w:t>
      </w:r>
    </w:p>
    <w:p>
      <w:r>
        <w:rPr>
          <w:b/>
        </w:rPr>
        <w:t xml:space="preserve">[15:01] </w:t>
      </w:r>
      <w:r>
        <w:t>discover karna padta hai.</w:t>
      </w:r>
    </w:p>
    <w:p>
      <w:pPr>
        <w:jc w:val="right"/>
      </w:pPr>
      <w:r>
        <w:t>ڈسکور کرنا پڑتا ہے۔</w:t>
      </w:r>
    </w:p>
    <w:p>
      <w:r>
        <w:rPr>
          <w:b/>
        </w:rPr>
        <w:t xml:space="preserve">[15:05] </w:t>
      </w:r>
      <w:r>
        <w:t>apne theek na hone ko discover karna padta hai.</w:t>
      </w:r>
    </w:p>
    <w:p>
      <w:pPr>
        <w:jc w:val="right"/>
      </w:pPr>
      <w:r>
        <w:t>اپنے ٹھیک نہ ہونے کو ڈسکور کرنا پڑتا ہے۔</w:t>
      </w:r>
    </w:p>
    <w:p>
      <w:r>
        <w:rPr>
          <w:b/>
        </w:rPr>
        <w:t xml:space="preserve">[15:10] </w:t>
      </w:r>
      <w:r>
        <w:t>kyonke samaj mein dekhen agar aap ki shandar dadi hai aur khoob lamba kurta hai, ooncha pajama hai</w:t>
      </w:r>
    </w:p>
    <w:p>
      <w:pPr>
        <w:jc w:val="right"/>
      </w:pPr>
      <w:r>
        <w:t>کیونکہ سماج میں دیکھیں اگر آپ کی شاندار داڑھی ہے اور خوب لمبا کرتا ہے، اونچا پجامہ ہے</w:t>
      </w:r>
    </w:p>
    <w:p>
      <w:r>
        <w:rPr>
          <w:b/>
        </w:rPr>
        <w:t xml:space="preserve">[15:14] </w:t>
      </w:r>
      <w:r>
        <w:t>aur sar par sharai topi hai waghera yaani shanakht ke aitbar se aap poori tarah se Islam par</w:t>
      </w:r>
    </w:p>
    <w:p>
      <w:pPr>
        <w:jc w:val="right"/>
      </w:pPr>
      <w:r>
        <w:t>اور سر پر شرعی ٹوپی ہے وغیرہ یعنی شناخت کے اعتبار سے آپ پوری طریقے سے اسلام پر</w:t>
      </w:r>
    </w:p>
    <w:p>
      <w:r>
        <w:rPr>
          <w:b/>
        </w:rPr>
        <w:t xml:space="preserve">[15:18] </w:t>
      </w:r>
      <w:r>
        <w:t>nazar aate hain to log aap ko Hazrat Hazrat kahenge.</w:t>
      </w:r>
    </w:p>
    <w:p>
      <w:pPr>
        <w:jc w:val="right"/>
      </w:pPr>
      <w:r>
        <w:t>نظر آتے ہیں تو لوگ آپ کو حضرت حضرت کہیں گے۔</w:t>
      </w:r>
    </w:p>
    <w:p>
      <w:r>
        <w:rPr>
          <w:b/>
        </w:rPr>
        <w:t xml:space="preserve">[15:23] </w:t>
      </w:r>
      <w:r>
        <w:t>log aap ko regard karenge.</w:t>
      </w:r>
    </w:p>
    <w:p>
      <w:pPr>
        <w:jc w:val="right"/>
      </w:pPr>
      <w:r>
        <w:t>لوگ آپ کو ریگارڈ کریں گے۔</w:t>
      </w:r>
    </w:p>
    <w:p>
      <w:r>
        <w:rPr>
          <w:b/>
        </w:rPr>
        <w:t xml:space="preserve">[15:27] </w:t>
      </w:r>
      <w:r>
        <w:t>log aap ki tareefen bhi karenge.</w:t>
      </w:r>
    </w:p>
    <w:p>
      <w:pPr>
        <w:jc w:val="right"/>
      </w:pPr>
      <w:r>
        <w:t>لوگ آپ کی تعریفیں بھی کریں گے۔</w:t>
      </w:r>
    </w:p>
    <w:p>
      <w:r>
        <w:rPr>
          <w:b/>
        </w:rPr>
        <w:t xml:space="preserve">[15:32] </w:t>
      </w:r>
      <w:r>
        <w:t>to kaise aap ko pata hoga ke main kya hoon? yaani zahir ka agar aap yaani zahiri jo</w:t>
      </w:r>
    </w:p>
    <w:p>
      <w:pPr>
        <w:jc w:val="right"/>
      </w:pPr>
      <w:r>
        <w:t>تو کیسے آپ کو پتہ ہوگا کہ میں کیا ہوں؟ یعنی ظاہر کا اگر آپ یعنی ظاہری جو</w:t>
      </w:r>
    </w:p>
    <w:p>
      <w:r>
        <w:rPr>
          <w:b/>
        </w:rPr>
        <w:t xml:space="preserve">[15:38] </w:t>
      </w:r>
      <w:r>
        <w:t>waza qata hai us mein aadmi ihtimam karta ho to zahir hai ke log jo hai us ko</w:t>
      </w:r>
    </w:p>
    <w:p>
      <w:pPr>
        <w:jc w:val="right"/>
      </w:pPr>
      <w:r>
        <w:t>وضع قطع ہے اس میں آدمی اہتمام کرتا ہو تو ظاہر ہے کہ لوگ جو ہے اس کو</w:t>
      </w:r>
    </w:p>
    <w:p>
      <w:r>
        <w:rPr>
          <w:b/>
        </w:rPr>
        <w:t xml:space="preserve">[15:44] </w:t>
      </w:r>
      <w:r>
        <w:t>isi isi ko haqeeqat samajh lenge.</w:t>
      </w:r>
    </w:p>
    <w:p>
      <w:pPr>
        <w:jc w:val="right"/>
      </w:pPr>
      <w:r>
        <w:t>اسی اسی کو حقیقت سمجھ لیں گے۔</w:t>
      </w:r>
    </w:p>
    <w:p>
      <w:r>
        <w:rPr>
          <w:b/>
        </w:rPr>
        <w:t xml:space="preserve">[15:50] </w:t>
      </w:r>
      <w:r>
        <w:t>isi par us ko izzat denge.</w:t>
      </w:r>
    </w:p>
    <w:p>
      <w:pPr>
        <w:jc w:val="right"/>
      </w:pPr>
      <w:r>
        <w:t>اسی پر اس کو عزت دیں گے۔</w:t>
      </w:r>
    </w:p>
    <w:p>
      <w:r>
        <w:rPr>
          <w:b/>
        </w:rPr>
        <w:t xml:space="preserve">[15:56] </w:t>
      </w:r>
      <w:r>
        <w:t>to aadmi kahan jaane ga ke main be haqeeqat hoon? to apne apne apne be haqeeqat hone ko</w:t>
      </w:r>
    </w:p>
    <w:p>
      <w:pPr>
        <w:jc w:val="right"/>
      </w:pPr>
      <w:r>
        <w:t>تو آدمی کہاں جانے گا کہ میں بے حقیقت ہوں؟ تو اپنے اپنے اپنے بے حقیقت ہونے کو</w:t>
      </w:r>
    </w:p>
    <w:p>
      <w:r>
        <w:rPr>
          <w:b/>
        </w:rPr>
        <w:t xml:space="preserve">[16:02] </w:t>
      </w:r>
      <w:r>
        <w:t>discover karna padta hai.</w:t>
      </w:r>
    </w:p>
    <w:p>
      <w:pPr>
        <w:jc w:val="right"/>
      </w:pPr>
      <w:r>
        <w:t>ڈسکور کرنا پڑتا ہے۔</w:t>
      </w:r>
    </w:p>
    <w:p>
      <w:r>
        <w:rPr>
          <w:b/>
        </w:rPr>
        <w:t xml:space="preserve">[16:08] </w:t>
      </w:r>
      <w:r>
        <w:t>yeh bohat ajeeb baat hai.</w:t>
      </w:r>
    </w:p>
    <w:p>
      <w:pPr>
        <w:jc w:val="right"/>
      </w:pPr>
      <w:r>
        <w:t>یہ بہت عجیب بات ہے۔</w:t>
      </w:r>
    </w:p>
    <w:p>
      <w:r>
        <w:rPr>
          <w:b/>
        </w:rPr>
        <w:t xml:space="preserve">[16:14] </w:t>
      </w:r>
      <w:r>
        <w:t>yeh discover karna parta hai, daryaft karna parta hai ke main agarchay zahiri aitbaar se waza qata ke</w:t>
      </w:r>
    </w:p>
    <w:p>
      <w:pPr>
        <w:jc w:val="right"/>
      </w:pPr>
      <w:r>
        <w:t>یہ ڈسکور کرنا پڑتا ہے، دریافت کرنا پڑتا ہے کہ میں اگرچہ ظاہری اعتبار سے وضع قطع کے</w:t>
      </w:r>
    </w:p>
    <w:p>
      <w:r>
        <w:rPr>
          <w:b/>
        </w:rPr>
        <w:t xml:space="preserve">[16:20] </w:t>
      </w:r>
      <w:r>
        <w:t>aitbaar se main yani bohat hi acha musalman hoon lekin haqeeqat ke aitbaar se main nahi hoon.</w:t>
      </w:r>
    </w:p>
    <w:p>
      <w:pPr>
        <w:jc w:val="right"/>
      </w:pPr>
      <w:r>
        <w:t>اعتبار سے میں یعنی بہت ہی اچھا مسلمان ہوں لیکن حقیقت کے اعتبار سے میں نہیں ہوں۔</w:t>
      </w:r>
    </w:p>
    <w:p>
      <w:r>
        <w:rPr>
          <w:b/>
        </w:rPr>
        <w:t xml:space="preserve">[16:26] </w:t>
      </w:r>
      <w:r>
        <w:t>yeh aap ko yeh aadmi ko khud apni soch, khud apne andar anti self thinking paida kar ke</w:t>
      </w:r>
    </w:p>
    <w:p>
      <w:pPr>
        <w:jc w:val="right"/>
      </w:pPr>
      <w:r>
        <w:t>یہ آپ کو یہ آدمی کو خود اپنی سوچ، خود اپنے اندر اینٹی سیلف تھنکنگ پیدا کر کے</w:t>
      </w:r>
    </w:p>
    <w:p>
      <w:r>
        <w:rPr>
          <w:b/>
        </w:rPr>
        <w:t xml:space="preserve">[16:32] </w:t>
      </w:r>
      <w:r>
        <w:t>janna paray ga.</w:t>
      </w:r>
    </w:p>
    <w:p>
      <w:pPr>
        <w:jc w:val="right"/>
      </w:pPr>
      <w:r>
        <w:t>جاننا پڑے گا۔</w:t>
      </w:r>
    </w:p>
    <w:p>
      <w:r>
        <w:rPr>
          <w:b/>
        </w:rPr>
        <w:t xml:space="preserve">[16:36] </w:t>
      </w:r>
      <w:r>
        <w:t>warna woh bekhabar rahay ga.</w:t>
      </w:r>
    </w:p>
    <w:p>
      <w:pPr>
        <w:jc w:val="right"/>
      </w:pPr>
      <w:r>
        <w:t>ورنہ وہ بے خبر رہے گا۔</w:t>
      </w:r>
    </w:p>
    <w:p>
      <w:r>
        <w:rPr>
          <w:b/>
        </w:rPr>
        <w:t xml:space="preserve">[16:39] </w:t>
      </w:r>
      <w:r>
        <w:t>yeh bohat hi ajeeb baat hai.</w:t>
      </w:r>
    </w:p>
    <w:p>
      <w:pPr>
        <w:jc w:val="right"/>
      </w:pPr>
      <w:r>
        <w:t>یہ بہت ہی عجیب بات ہے۔</w:t>
      </w:r>
    </w:p>
    <w:p>
      <w:r>
        <w:rPr>
          <w:b/>
        </w:rPr>
        <w:t xml:space="preserve">[16:42] </w:t>
      </w:r>
      <w:r>
        <w:t>doosray log aap ko nahi batayein ge kyunke doosron ke samnay to aap ko apne achay waza qata</w:t>
      </w:r>
    </w:p>
    <w:p>
      <w:pPr>
        <w:jc w:val="right"/>
      </w:pPr>
      <w:r>
        <w:t>دوسرے لوگ آپ کو نہیں بتائیں گے کیونکہ دوسروں کے سامنے تو آپ کو اپنے اچھے وضع قطع</w:t>
      </w:r>
    </w:p>
    <w:p>
      <w:r>
        <w:rPr>
          <w:b/>
        </w:rPr>
        <w:t xml:space="preserve">[16:46] </w:t>
      </w:r>
      <w:r>
        <w:t>banayein rahayn ge.</w:t>
      </w:r>
    </w:p>
    <w:p>
      <w:pPr>
        <w:jc w:val="right"/>
      </w:pPr>
      <w:r>
        <w:t>بنائے رہیں گے۔</w:t>
      </w:r>
    </w:p>
    <w:p>
      <w:r>
        <w:rPr>
          <w:b/>
        </w:rPr>
        <w:t xml:space="preserve">[16:49] </w:t>
      </w:r>
      <w:r>
        <w:t>achi baatein karein ge.</w:t>
      </w:r>
    </w:p>
    <w:p>
      <w:pPr>
        <w:jc w:val="right"/>
      </w:pPr>
      <w:r>
        <w:t>اچھی باتیں کریں گے۔</w:t>
      </w:r>
    </w:p>
    <w:p>
      <w:r>
        <w:rPr>
          <w:b/>
        </w:rPr>
        <w:t xml:space="preserve">[16:53] </w:t>
      </w:r>
      <w:r>
        <w:t>qaal Allah qaal Rasool karein ge.</w:t>
      </w:r>
    </w:p>
    <w:p>
      <w:pPr>
        <w:jc w:val="right"/>
      </w:pPr>
      <w:r>
        <w:t>قال اللہ قال رسول کریں گے۔</w:t>
      </w:r>
    </w:p>
    <w:p>
      <w:r>
        <w:rPr>
          <w:b/>
        </w:rPr>
        <w:t xml:space="preserve">[16:56] </w:t>
      </w:r>
      <w:r>
        <w:t>to doosra kisay bataye ga aap ko? Yeh to aap ko khud apne aap ko daryaft karna paray</w:t>
      </w:r>
    </w:p>
    <w:p>
      <w:pPr>
        <w:jc w:val="right"/>
      </w:pPr>
      <w:r>
        <w:t>تو دوسرا کسے بتائے گا آپ کو؟ یہ تو آپ کو خود اپنے آپ کو دریافت کرنا پڑے</w:t>
      </w:r>
    </w:p>
    <w:p>
      <w:r>
        <w:rPr>
          <w:b/>
        </w:rPr>
        <w:t xml:space="preserve">[17:00] </w:t>
      </w:r>
      <w:r>
        <w:t>ga ke main kya hoon?</w:t>
      </w:r>
    </w:p>
    <w:p>
      <w:pPr>
        <w:jc w:val="right"/>
      </w:pPr>
      <w:r>
        <w:t>گا کہ میں کیا ہوں؟</w:t>
      </w:r>
    </w:p>
    <w:p>
      <w:r>
        <w:rPr>
          <w:b/>
        </w:rPr>
        <w:t xml:space="preserve">[17:03] </w:t>
      </w:r>
      <w:r>
        <w:t>main kya hoon? To yeh bohat ziyada zaroori hai ke aadmi apni apne baray mein sochta rahay, sochta</w:t>
      </w:r>
    </w:p>
    <w:p>
      <w:pPr>
        <w:jc w:val="right"/>
      </w:pPr>
      <w:r>
        <w:t>میں کیا ہوں؟ تو یہ بہت زیادہ ضروری ہے کہ آدمی اپنی اپنے بارے میں سوچتا رہے، سوچتا</w:t>
      </w:r>
    </w:p>
    <w:p>
      <w:r>
        <w:rPr>
          <w:b/>
        </w:rPr>
        <w:t xml:space="preserve">[17:08] </w:t>
      </w:r>
      <w:r>
        <w:t>rahay, sochta rahay.</w:t>
      </w:r>
    </w:p>
    <w:p>
      <w:pPr>
        <w:jc w:val="right"/>
      </w:pPr>
      <w:r>
        <w:t>رہے، سوچتا رہے۔</w:t>
      </w:r>
    </w:p>
    <w:p>
      <w:r>
        <w:rPr>
          <w:b/>
        </w:rPr>
        <w:t xml:space="preserve">[17:13] </w:t>
      </w:r>
      <w:r>
        <w:t>jis ko kehte hain muhasba karta rahay apna.</w:t>
      </w:r>
    </w:p>
    <w:p>
      <w:pPr>
        <w:jc w:val="right"/>
      </w:pPr>
      <w:r>
        <w:t>جس کو کہتے ہیں محاسبہ کرتا رہے اپنا۔</w:t>
      </w:r>
    </w:p>
    <w:p>
      <w:r>
        <w:rPr>
          <w:b/>
        </w:rPr>
        <w:t xml:space="preserve">[17:18] </w:t>
      </w:r>
      <w:r>
        <w:t>warna jis ko kehte hain urdu mein bilkul galat ho jaye ga insaan.</w:t>
      </w:r>
    </w:p>
    <w:p>
      <w:pPr>
        <w:jc w:val="right"/>
      </w:pPr>
      <w:r>
        <w:t>ورنہ جس کو کہتے ہیں اردو میں بالکل غلط ہو جائے گا انسان۔</w:t>
      </w:r>
    </w:p>
    <w:p>
      <w:r>
        <w:rPr>
          <w:b/>
        </w:rPr>
        <w:t xml:space="preserve">[17:23] </w:t>
      </w:r>
      <w:r>
        <w:t>ke kuch hoga nahi hai aur samjhe ke main sab kuch hoon.</w:t>
      </w:r>
    </w:p>
    <w:p>
      <w:pPr>
        <w:jc w:val="right"/>
      </w:pPr>
      <w:r>
        <w:t>کہ کچھ ہوگا نہیں ہے اور سمجھے کہ میں سب کچھ ہوں۔</w:t>
      </w:r>
    </w:p>
    <w:p>
      <w:r>
        <w:rPr>
          <w:b/>
        </w:rPr>
        <w:t xml:space="preserve">[17:28] </w:t>
      </w:r>
      <w:r>
        <w:t>to bohat ziyada yeh risky</w:t>
      </w:r>
    </w:p>
    <w:p>
      <w:pPr>
        <w:jc w:val="right"/>
      </w:pPr>
      <w:r>
        <w:t>تو بہت زیادہ یہ رسکی</w:t>
      </w:r>
    </w:p>
    <w:p>
      <w:r>
        <w:rPr>
          <w:b/>
        </w:rPr>
        <w:t xml:space="preserve">[17:33] </w:t>
      </w:r>
      <w:r>
        <w:t>position hai aise aadmi ki jo anti self thinking na kare. fi quloobihim maradun fa zadahum Allahu maradun. un ke dil mein bimari hai to Allah ne un ki bimari ko badha diya. yahan qalb hamari aql hai, dimagh yani un ke zehen mein ek bimari hai to Allah ne is bimari ko badha diya hai. woh bimari kya hai? woh bimari hai nifaq hai. y'a</w:t>
      </w:r>
    </w:p>
    <w:p>
      <w:pPr>
        <w:jc w:val="right"/>
      </w:pPr>
      <w:r>
        <w:t>پوزیشن ہے ایسے آدمی کی جو اینٹی سیلف تھنکنگ نہ کرے۔ فی قلوبہم مرض فزادہم اللہ مرضا۔ ان کے دلوں میں بیماری ہے تو اللہ نے ان کی بیماری کو بڑھا دیا۔ یہاں قلب ہماری عقل ہے، دماغ یعنی ان کے ذہن میں ایک بیماری ہے تو اللہ نے اس بیماری کو بڑھا دیا ہے۔ وہ بیماری کیا ہے؟ وہ بیماری ہے نفاق ہے۔ یع</w:t>
      </w:r>
    </w:p>
    <w:p>
      <w:r>
        <w:rPr>
          <w:b/>
        </w:rPr>
        <w:t xml:space="preserve">[18:03] </w:t>
      </w:r>
      <w:r>
        <w:t>ni zahir daari is ko keh sakte hain aap.</w:t>
      </w:r>
    </w:p>
    <w:p>
      <w:pPr>
        <w:jc w:val="right"/>
      </w:pPr>
      <w:r>
        <w:t>نی ظاہر داری اس کو کہہ سکتے ہیں آپ۔</w:t>
      </w:r>
    </w:p>
    <w:p>
      <w:r>
        <w:rPr>
          <w:b/>
        </w:rPr>
        <w:t xml:space="preserve">[18:08] </w:t>
      </w:r>
      <w:r>
        <w:t>nifaq ko aaj kal ki zuban mein main samajhta hoon kaha jaye ga zahir daari.</w:t>
      </w:r>
    </w:p>
    <w:p>
      <w:pPr>
        <w:jc w:val="right"/>
      </w:pPr>
      <w:r>
        <w:t>نفاق کو آج کل کی زبان میں میں سمجھتا ہوں کہا جائے گا ظاہر داری۔</w:t>
      </w:r>
    </w:p>
    <w:p>
      <w:r>
        <w:rPr>
          <w:b/>
        </w:rPr>
        <w:t xml:space="preserve">[18:12] </w:t>
      </w:r>
      <w:r>
        <w:t>yani waza qata ke aitbaar se apna khoob musalman banaye rakhna.</w:t>
      </w:r>
    </w:p>
    <w:p>
      <w:pPr>
        <w:jc w:val="right"/>
      </w:pPr>
      <w:r>
        <w:t>یعنی وضع قطع کے اعتبار سے اپنا خوب مسلمان بنائے رکھنا۔</w:t>
      </w:r>
    </w:p>
    <w:p>
      <w:r>
        <w:rPr>
          <w:b/>
        </w:rPr>
        <w:t xml:space="preserve">[18:16] </w:t>
      </w:r>
      <w:r>
        <w:t>to in ke andar aik zahir daari ka mizaj hai.</w:t>
      </w:r>
    </w:p>
    <w:p>
      <w:pPr>
        <w:jc w:val="right"/>
      </w:pPr>
      <w:r>
        <w:t>تو ان کے اندر ایک ظاہر داری کا مزاج ہے۔</w:t>
      </w:r>
    </w:p>
    <w:p>
      <w:r>
        <w:rPr>
          <w:b/>
        </w:rPr>
        <w:t xml:space="preserve">[18:21] </w:t>
      </w:r>
      <w:r>
        <w:t>to Allah ne is ko aur barha diya.</w:t>
      </w:r>
    </w:p>
    <w:p>
      <w:pPr>
        <w:jc w:val="right"/>
      </w:pPr>
      <w:r>
        <w:t>تو اللہ نے اس کو اور بڑھا دیا۔</w:t>
      </w:r>
    </w:p>
    <w:p>
      <w:r>
        <w:rPr>
          <w:b/>
        </w:rPr>
        <w:t xml:space="preserve">[18:25] </w:t>
      </w:r>
      <w:r>
        <w:t>to Allah barhanay ke baad nahi ke Allah khud barah e raast barha deta hai.</w:t>
      </w:r>
    </w:p>
    <w:p>
      <w:pPr>
        <w:jc w:val="right"/>
      </w:pPr>
      <w:r>
        <w:t>تو اللہ بڑھانے کے بعد نہیں کہ اللہ خود براہ راست بڑھا دیتا ہے۔</w:t>
      </w:r>
    </w:p>
    <w:p>
      <w:r>
        <w:rPr>
          <w:b/>
        </w:rPr>
        <w:t xml:space="preserve">[18:30] </w:t>
      </w:r>
      <w:r>
        <w:t>asal yeh hai ke aadmi mein koi cheez</w:t>
      </w:r>
    </w:p>
    <w:p>
      <w:pPr>
        <w:jc w:val="right"/>
      </w:pPr>
      <w:r>
        <w:t>اصل یہ ہے کہ آدمی میں کوئی چیز</w:t>
      </w:r>
    </w:p>
    <w:p>
      <w:r>
        <w:rPr>
          <w:b/>
        </w:rPr>
        <w:t xml:space="preserve">[18:34] </w:t>
      </w:r>
      <w:r>
        <w:t>aik aik haalat mein nahin rehti.</w:t>
      </w:r>
    </w:p>
    <w:p>
      <w:pPr>
        <w:jc w:val="right"/>
      </w:pPr>
      <w:r>
        <w:t>ایک ایک حالت میں نہیں رہتی۔</w:t>
      </w:r>
    </w:p>
    <w:p>
      <w:r>
        <w:rPr>
          <w:b/>
        </w:rPr>
        <w:t xml:space="preserve">[18:37] </w:t>
      </w:r>
      <w:r>
        <w:t>stand still nahin rehti.</w:t>
      </w:r>
    </w:p>
    <w:p>
      <w:pPr>
        <w:jc w:val="right"/>
      </w:pPr>
      <w:r>
        <w:t>اسٹینڈ اسٹل نہیں رہتی۔</w:t>
      </w:r>
    </w:p>
    <w:p>
      <w:r>
        <w:rPr>
          <w:b/>
        </w:rPr>
        <w:t xml:space="preserve">[18:40] </w:t>
      </w:r>
      <w:r>
        <w:t>ya to khatkega ya badhega.</w:t>
      </w:r>
    </w:p>
    <w:p>
      <w:pPr>
        <w:jc w:val="right"/>
      </w:pPr>
      <w:r>
        <w:t>یا تو کھٹکے گا یا بڑھے گا۔</w:t>
      </w:r>
    </w:p>
    <w:p>
      <w:r>
        <w:rPr>
          <w:b/>
        </w:rPr>
        <w:t xml:space="preserve">[18:42] </w:t>
      </w:r>
      <w:r>
        <w:t>khatkega ya badhega.</w:t>
      </w:r>
    </w:p>
    <w:p>
      <w:pPr>
        <w:jc w:val="right"/>
      </w:pPr>
      <w:r>
        <w:t>کھٹکے گا یا بڑھے گا۔</w:t>
      </w:r>
    </w:p>
    <w:p>
      <w:r>
        <w:rPr>
          <w:b/>
        </w:rPr>
        <w:t xml:space="preserve">[18:45] </w:t>
      </w:r>
      <w:r>
        <w:t>insaan mein kabhi bhi pathar ke tareeqe se aik haalat qaim nahin reh sakti.</w:t>
      </w:r>
    </w:p>
    <w:p>
      <w:pPr>
        <w:jc w:val="right"/>
      </w:pPr>
      <w:r>
        <w:t>انسان میں کبھی بھی پتھر کے طریقے سے ایک حالت قائم نہیں رہ سکتی۔</w:t>
      </w:r>
    </w:p>
    <w:p>
      <w:r>
        <w:rPr>
          <w:b/>
        </w:rPr>
        <w:t xml:space="preserve">[18:48] </w:t>
      </w:r>
      <w:r>
        <w:t>to jab aadmi ke andar zahirdari hai woh sirf yeh dekhta hai ke logon ki nazar mein</w:t>
      </w:r>
    </w:p>
    <w:p>
      <w:pPr>
        <w:jc w:val="right"/>
      </w:pPr>
      <w:r>
        <w:t>تو جب آدمی کے اندر ظاہر داری ہے وہ صرف یہ دیکھتا ہے کہ لوگوں کی نظر میں</w:t>
      </w:r>
    </w:p>
    <w:p>
      <w:r>
        <w:rPr>
          <w:b/>
        </w:rPr>
        <w:t xml:space="preserve">[18:51] </w:t>
      </w:r>
      <w:r>
        <w:t>mein acha bana raha hoon.</w:t>
      </w:r>
    </w:p>
    <w:p>
      <w:pPr>
        <w:jc w:val="right"/>
      </w:pPr>
      <w:r>
        <w:t>میں اچھا بنا رہا ہوں۔</w:t>
      </w:r>
    </w:p>
    <w:p>
      <w:r>
        <w:rPr>
          <w:b/>
        </w:rPr>
        <w:t xml:space="preserve">[18:53] </w:t>
      </w:r>
      <w:r>
        <w:t>andar kassa hoon.</w:t>
      </w:r>
    </w:p>
    <w:p>
      <w:pPr>
        <w:jc w:val="right"/>
      </w:pPr>
      <w:r>
        <w:t>اندر کسا ہوں۔</w:t>
      </w:r>
    </w:p>
    <w:p>
      <w:r>
        <w:rPr>
          <w:b/>
        </w:rPr>
        <w:t xml:space="preserve">[18:56] </w:t>
      </w:r>
      <w:r>
        <w:t>is par dhyan na uska ho.</w:t>
      </w:r>
    </w:p>
    <w:p>
      <w:pPr>
        <w:jc w:val="right"/>
      </w:pPr>
      <w:r>
        <w:t>اس پر دھیان نہ اس کا ہو۔</w:t>
      </w:r>
    </w:p>
    <w:p>
      <w:r>
        <w:rPr>
          <w:b/>
        </w:rPr>
        <w:t xml:space="preserve">[18:59] </w:t>
      </w:r>
      <w:r>
        <w:t>to use pakhta hota hota chala jayega.</w:t>
      </w:r>
    </w:p>
    <w:p>
      <w:pPr>
        <w:jc w:val="right"/>
      </w:pPr>
      <w:r>
        <w:t>تو اسے پختہ ہوتا ہوتا چلا جائے گا۔</w:t>
      </w:r>
    </w:p>
    <w:p>
      <w:r>
        <w:rPr>
          <w:b/>
        </w:rPr>
        <w:t xml:space="preserve">[19:01] </w:t>
      </w:r>
      <w:r>
        <w:t>yani aik aisa insaan jo</w:t>
      </w:r>
    </w:p>
    <w:p>
      <w:pPr>
        <w:jc w:val="right"/>
      </w:pPr>
      <w:r>
        <w:t>یعنی ایک ایسا انسان جو</w:t>
      </w:r>
    </w:p>
    <w:p>
      <w:r>
        <w:rPr>
          <w:b/>
        </w:rPr>
        <w:t xml:space="preserve">[19:04] </w:t>
      </w:r>
      <w:r>
        <w:t>apne zahiri waza qata ka to khoob ehtimam kare.</w:t>
      </w:r>
    </w:p>
    <w:p>
      <w:pPr>
        <w:jc w:val="right"/>
      </w:pPr>
      <w:r>
        <w:t>اپنے ظاہری وضع قطع کا تو خوب اہتمام کرے۔</w:t>
      </w:r>
    </w:p>
    <w:p>
      <w:r>
        <w:rPr>
          <w:b/>
        </w:rPr>
        <w:t xml:space="preserve">[19:09] </w:t>
      </w:r>
      <w:r>
        <w:t>zahiri waza qata ke aitbar se khoob apni shanakht, sharai shanakht banaye hue ho.</w:t>
      </w:r>
    </w:p>
    <w:p>
      <w:pPr>
        <w:jc w:val="right"/>
      </w:pPr>
      <w:r>
        <w:t>ظاہری وضع قطع کے اعتبار سے خوب اپنی شناخت، شرعی شناخت بنائے ہوئے ہو۔</w:t>
      </w:r>
    </w:p>
    <w:p>
      <w:r>
        <w:rPr>
          <w:b/>
        </w:rPr>
        <w:t xml:space="preserve">[19:15] </w:t>
      </w:r>
      <w:r>
        <w:t>lekin woh introspection na karta ho.</w:t>
      </w:r>
    </w:p>
    <w:p>
      <w:pPr>
        <w:jc w:val="right"/>
      </w:pPr>
      <w:r>
        <w:t>لیکن وہ انٹراسپیکشن نہ کرتا ہو۔</w:t>
      </w:r>
    </w:p>
    <w:p>
      <w:r>
        <w:rPr>
          <w:b/>
        </w:rPr>
        <w:t xml:space="preserve">[19:20] </w:t>
      </w:r>
      <w:r>
        <w:t>self checking na karta ho.</w:t>
      </w:r>
    </w:p>
    <w:p>
      <w:pPr>
        <w:jc w:val="right"/>
      </w:pPr>
      <w:r>
        <w:t>سیلف چیکنگ نہ کرتا ہو۔</w:t>
      </w:r>
    </w:p>
    <w:p>
      <w:r>
        <w:rPr>
          <w:b/>
        </w:rPr>
        <w:t xml:space="preserve">[19:25] </w:t>
      </w:r>
      <w:r>
        <w:t>woh muhasiba na karta ho.</w:t>
      </w:r>
    </w:p>
    <w:p>
      <w:pPr>
        <w:jc w:val="right"/>
      </w:pPr>
      <w:r>
        <w:t>وہ محاسبہ نہ کرتا ہو۔</w:t>
      </w:r>
    </w:p>
    <w:p>
      <w:r>
        <w:rPr>
          <w:b/>
        </w:rPr>
        <w:t xml:space="preserve">[19:30] </w:t>
      </w:r>
      <w:r>
        <w:t>to kya hoga? dheere dheere is ke is ke is ke is</w:t>
      </w:r>
    </w:p>
    <w:p>
      <w:pPr>
        <w:jc w:val="right"/>
      </w:pPr>
      <w:r>
        <w:t>تو کیا ہوگا؟ دھیرے دھیرے اس کے اس کے اس اس کے اس</w:t>
      </w:r>
    </w:p>
    <w:p>
      <w:r>
        <w:rPr>
          <w:b/>
        </w:rPr>
        <w:t xml:space="preserve">[19:36] </w:t>
      </w:r>
      <w:r>
        <w:t>doori mein tha woh hota rahega.</w:t>
      </w:r>
    </w:p>
    <w:p>
      <w:pPr>
        <w:jc w:val="right"/>
      </w:pPr>
      <w:r>
        <w:t>دوری میں تھا وہ ہوتا رہے گا۔</w:t>
      </w:r>
    </w:p>
    <w:p>
      <w:r>
        <w:rPr>
          <w:b/>
        </w:rPr>
        <w:t xml:space="preserve">[19:40] </w:t>
      </w:r>
      <w:r>
        <w:t>yani sache Islam se jo doori us ki hai woh barhti rahegi, barhti rahegi, barhti rahegi.</w:t>
      </w:r>
    </w:p>
    <w:p>
      <w:pPr>
        <w:jc w:val="right"/>
      </w:pPr>
      <w:r>
        <w:t>یعنی سچے اسلام سے جو دوری اس کی ہے وہ بڑھتی رہے گی، بڑھتی رہے گی، بڑھتی رہے گی۔</w:t>
      </w:r>
    </w:p>
    <w:p>
      <w:r>
        <w:rPr>
          <w:b/>
        </w:rPr>
        <w:t xml:space="preserve">[19:44] </w:t>
      </w:r>
      <w:r>
        <w:t>yeh hai law of conditioning ka maamla.</w:t>
      </w:r>
    </w:p>
    <w:p>
      <w:pPr>
        <w:jc w:val="right"/>
      </w:pPr>
      <w:r>
        <w:t>یہ ہے لاء آف کنڈیشننگ کا معاملہ۔</w:t>
      </w:r>
    </w:p>
    <w:p>
      <w:r>
        <w:rPr>
          <w:b/>
        </w:rPr>
        <w:t xml:space="preserve">[19:49] </w:t>
      </w:r>
      <w:r>
        <w:t>conditioning kabhi aik aik haalat mein rukti nahin hai.</w:t>
      </w:r>
    </w:p>
    <w:p>
      <w:pPr>
        <w:jc w:val="right"/>
      </w:pPr>
      <w:r>
        <w:t>کنڈیشننگ کبھی ایک ایک حالت میں رکتی نہیں ہے۔</w:t>
      </w:r>
    </w:p>
    <w:p>
      <w:r>
        <w:rPr>
          <w:b/>
        </w:rPr>
        <w:t xml:space="preserve">[19:53] </w:t>
      </w:r>
      <w:r>
        <w:t>conditioning aage toote gi ya badhe gi.</w:t>
      </w:r>
    </w:p>
    <w:p>
      <w:pPr>
        <w:jc w:val="right"/>
      </w:pPr>
      <w:r>
        <w:t>کنڈیشننگ آگے ٹوٹے گی یا بڑھے گی۔</w:t>
      </w:r>
    </w:p>
    <w:p>
      <w:r>
        <w:rPr>
          <w:b/>
        </w:rPr>
        <w:t xml:space="preserve">[19:57] </w:t>
      </w:r>
      <w:r>
        <w:t>conditioning jo hai us ka nafsiati qanoon yeh hai ke conditioning ya to toote gi agar aap ne toda.</w:t>
      </w:r>
    </w:p>
    <w:p>
      <w:pPr>
        <w:jc w:val="right"/>
      </w:pPr>
      <w:r>
        <w:t>کنڈیشننگ جو ہے اس کا نفسیاتی قانون یہ ہے کہ کنڈیشننگ یا تو ٹوٹے گی اگر آپ نے توڑا۔</w:t>
      </w:r>
    </w:p>
    <w:p>
      <w:r>
        <w:rPr>
          <w:b/>
        </w:rPr>
        <w:t xml:space="preserve">[20:02] </w:t>
      </w:r>
      <w:r>
        <w:t>nahin toda to badhe gi woh.</w:t>
      </w:r>
    </w:p>
    <w:p>
      <w:pPr>
        <w:jc w:val="right"/>
      </w:pPr>
      <w:r>
        <w:t>نہیں توڑا تو بڑھے گی وہ۔</w:t>
      </w:r>
    </w:p>
    <w:p>
      <w:r>
        <w:rPr>
          <w:b/>
        </w:rPr>
        <w:t xml:space="preserve">[20:06] </w:t>
      </w:r>
      <w:r>
        <w:t>to aap pakhtah hotay chalay jayengay.</w:t>
      </w:r>
    </w:p>
    <w:p>
      <w:pPr>
        <w:jc w:val="right"/>
      </w:pPr>
      <w:r>
        <w:t>تو آپ پختہ ہوتے چلیں گے۔</w:t>
      </w:r>
    </w:p>
    <w:p>
      <w:r>
        <w:rPr>
          <w:b/>
        </w:rPr>
        <w:t xml:space="preserve">[20:11] </w:t>
      </w:r>
      <w:r>
        <w:t>jaisay misaal ke taur par koi ghalat adat kisi ko ho to ghalat adat par woh agar qaim</w:t>
      </w:r>
    </w:p>
    <w:p>
      <w:pPr>
        <w:jc w:val="right"/>
      </w:pPr>
      <w:r>
        <w:t>جیسے مثال کے طور پر کوئی غلط عادت کسی کو ہو تو غلط عادت پر وہ اگر قائم</w:t>
      </w:r>
    </w:p>
    <w:p>
      <w:r>
        <w:rPr>
          <w:b/>
        </w:rPr>
        <w:t xml:space="preserve">[20:16] </w:t>
      </w:r>
      <w:r>
        <w:t>rahay to addiction ho jata hai.</w:t>
      </w:r>
    </w:p>
    <w:p>
      <w:pPr>
        <w:jc w:val="right"/>
      </w:pPr>
      <w:r>
        <w:t>رہے تو ایڈکشن ہو جاتا ہے۔</w:t>
      </w:r>
    </w:p>
    <w:p>
      <w:r>
        <w:rPr>
          <w:b/>
        </w:rPr>
        <w:t xml:space="preserve">[20:21] </w:t>
      </w:r>
      <w:r>
        <w:t>yani pehlay adat hoti hai phir addiction aa jata hai.</w:t>
      </w:r>
    </w:p>
    <w:p>
      <w:pPr>
        <w:jc w:val="right"/>
      </w:pPr>
      <w:r>
        <w:t>یعنی پہلے عادت ہوتی ہے پھر ایڈکشن آ جاتا ہے۔</w:t>
      </w:r>
    </w:p>
    <w:p>
      <w:r>
        <w:rPr>
          <w:b/>
        </w:rPr>
        <w:t xml:space="preserve">[20:26] </w:t>
      </w:r>
      <w:r>
        <w:t>aisi har har har sifat ka mamla hai.</w:t>
      </w:r>
    </w:p>
    <w:p>
      <w:pPr>
        <w:jc w:val="right"/>
      </w:pPr>
      <w:r>
        <w:t>ایسی ہر ہر ہر صفت کا معاملہ ہے۔</w:t>
      </w:r>
    </w:p>
    <w:p>
      <w:r>
        <w:rPr>
          <w:b/>
        </w:rPr>
        <w:t xml:space="preserve">[20:32] </w:t>
      </w:r>
      <w:r>
        <w:t>to aadmi agar apnay baray mein anti self thinking jis ko mein kehta hoon woh na karay.</w:t>
      </w:r>
    </w:p>
    <w:p>
      <w:pPr>
        <w:jc w:val="right"/>
      </w:pPr>
      <w:r>
        <w:t>تو آدمی اگر اپنے بارے میں اینٹی سیلف تھنکنگ جس کو میں کہتا ہوں وہ نہ کرے۔</w:t>
      </w:r>
    </w:p>
    <w:p>
      <w:r>
        <w:rPr>
          <w:b/>
        </w:rPr>
        <w:t xml:space="preserve">[20:37] </w:t>
      </w:r>
      <w:r>
        <w:t>apna apnay apnay self checking na karay.</w:t>
      </w:r>
    </w:p>
    <w:p>
      <w:pPr>
        <w:jc w:val="right"/>
      </w:pPr>
      <w:r>
        <w:t>اپنا اپنے اپنے سیلف چیکنگ نہ کرے۔</w:t>
      </w:r>
    </w:p>
    <w:p>
      <w:r>
        <w:rPr>
          <w:b/>
        </w:rPr>
        <w:t xml:space="preserve">[20:41] </w:t>
      </w:r>
      <w:r>
        <w:t>to bohat hi risky baat hai.</w:t>
      </w:r>
    </w:p>
    <w:p>
      <w:pPr>
        <w:jc w:val="right"/>
      </w:pPr>
      <w:r>
        <w:t>تو بہت ہی رسکی بات ہے۔</w:t>
      </w:r>
    </w:p>
    <w:p>
      <w:r>
        <w:rPr>
          <w:b/>
        </w:rPr>
        <w:t xml:space="preserve">[20:45] </w:t>
      </w:r>
      <w:r>
        <w:t>kyunkay phir us ki conditioning pak pak kay hoti chali jayegi.</w:t>
      </w:r>
    </w:p>
    <w:p>
      <w:pPr>
        <w:jc w:val="right"/>
      </w:pPr>
      <w:r>
        <w:t>کیونکہ پھر اس کی کنڈیشننگ پک پک کے ہوتی چلی جائے گی۔</w:t>
      </w:r>
    </w:p>
    <w:p>
      <w:r>
        <w:rPr>
          <w:b/>
        </w:rPr>
        <w:t xml:space="preserve">[20:50] </w:t>
      </w:r>
      <w:r>
        <w:t>aur conditioning jab pakki ho jati hai to aadmi soch bhi nahi pata ke mein ghalati par hoon.</w:t>
      </w:r>
    </w:p>
    <w:p>
      <w:pPr>
        <w:jc w:val="right"/>
      </w:pPr>
      <w:r>
        <w:t>اور کنڈیشننگ جب پکی ہو جاتی ہے تو آدمی سوچ بھی نہیں پاتا کہ میں غلطی پر ہوں۔</w:t>
      </w:r>
    </w:p>
    <w:p>
      <w:r>
        <w:rPr>
          <w:b/>
        </w:rPr>
        <w:t xml:space="preserve">[20:54] </w:t>
      </w:r>
      <w:r>
        <w:t>conditioning aisi cheez hai jo aik halat mein nahi rehti.</w:t>
      </w:r>
    </w:p>
    <w:p>
      <w:pPr>
        <w:jc w:val="right"/>
      </w:pPr>
      <w:r>
        <w:t>کنڈیشننگ ایسی چیز ہے جو ایک حالت میں نہیں رہتی۔</w:t>
      </w:r>
    </w:p>
    <w:p>
      <w:r>
        <w:rPr>
          <w:b/>
        </w:rPr>
        <w:t xml:space="preserve">[20:59] </w:t>
      </w:r>
      <w:r>
        <w:t>to bohat zaroori hai ke aadmi check karta rahay, check karta rahay.</w:t>
      </w:r>
    </w:p>
    <w:p>
      <w:pPr>
        <w:jc w:val="right"/>
      </w:pPr>
      <w:r>
        <w:t>تو بہت ضروری ہے کہ آدمی چیک کرتا رہے، چیک کرتا رہے۔</w:t>
      </w:r>
    </w:p>
    <w:p>
      <w:r>
        <w:rPr>
          <w:b/>
        </w:rPr>
        <w:t xml:space="preserve">[21:03] </w:t>
      </w:r>
      <w:r>
        <w:t>agar check nahi karay ga to conditioning itni deep ho jayegi ke phir aadmi</w:t>
      </w:r>
    </w:p>
    <w:p>
      <w:pPr>
        <w:jc w:val="right"/>
      </w:pPr>
      <w:r>
        <w:t>اگر چیک نہیں کرے گا تو کنڈیشننگ اتنی ڈیپ ہو جائے گی کہ پھر آدمی</w:t>
      </w:r>
    </w:p>
    <w:p>
      <w:r>
        <w:rPr>
          <w:b/>
        </w:rPr>
        <w:t xml:space="preserve">[21:07] </w:t>
      </w:r>
      <w:r>
        <w:t>is ke khilaf sochna aur islaah karna is ke liye mumkin nahi rahega.</w:t>
      </w:r>
    </w:p>
    <w:p>
      <w:pPr>
        <w:jc w:val="right"/>
      </w:pPr>
      <w:r>
        <w:t>اس کے خلاف سوچنا اور اصلاح کرنا اس کے لیے ممکن نہیں رہے گا۔</w:t>
      </w:r>
    </w:p>
    <w:p>
      <w:r>
        <w:rPr>
          <w:b/>
        </w:rPr>
        <w:t xml:space="preserve">[21:12] </w:t>
      </w:r>
      <w:r>
        <w:t>walihim azab aleem bima kano yakzaboon.</w:t>
      </w:r>
    </w:p>
    <w:p>
      <w:pPr>
        <w:jc w:val="right"/>
      </w:pPr>
      <w:r>
        <w:t>ولہم عذاب علیم بما کانو یکذبون۔</w:t>
      </w:r>
    </w:p>
    <w:p>
      <w:r>
        <w:rPr>
          <w:b/>
        </w:rPr>
        <w:t xml:space="preserve">[21:17] </w:t>
      </w:r>
      <w:r>
        <w:t>walihim azab aleem bima kano yakzaboon.</w:t>
      </w:r>
    </w:p>
    <w:p>
      <w:pPr>
        <w:jc w:val="right"/>
      </w:pPr>
      <w:r>
        <w:t>ولہم عذاب علیم بما کانو یکذبون۔</w:t>
      </w:r>
    </w:p>
    <w:p>
      <w:r>
        <w:rPr>
          <w:b/>
        </w:rPr>
        <w:t xml:space="preserve">[21:22] </w:t>
      </w:r>
      <w:r>
        <w:t>bima kano yakzaboon. yaksaboon. yakzaboon. kazbah. yakzaboon.</w:t>
      </w:r>
    </w:p>
    <w:p>
      <w:pPr>
        <w:jc w:val="right"/>
      </w:pPr>
      <w:r>
        <w:t>بما کانو یکذبون۔ یکسبون۔ یکذبون۔ کذبہ۔ یکذبون۔</w:t>
      </w:r>
    </w:p>
    <w:p>
      <w:r>
        <w:rPr>
          <w:b/>
        </w:rPr>
        <w:t xml:space="preserve">[21:27] </w:t>
      </w:r>
      <w:r>
        <w:t>un ke liye azab azeem hai is barabar ke woh jhoot woh jhoot boltay rahay.</w:t>
      </w:r>
    </w:p>
    <w:p>
      <w:pPr>
        <w:jc w:val="right"/>
      </w:pPr>
      <w:r>
        <w:t>ان کے لیے عذاب عظیم ہے اس برابر کہ وہ جھوٹ وہ جھوٹ بولتے رہے۔</w:t>
      </w:r>
    </w:p>
    <w:p>
      <w:r>
        <w:rPr>
          <w:b/>
        </w:rPr>
        <w:t xml:space="preserve">[21:32] </w:t>
      </w:r>
      <w:r>
        <w:t>yeh bohat hi yani bohat hi ajeeb ayat</w:t>
      </w:r>
    </w:p>
    <w:p>
      <w:pPr>
        <w:jc w:val="right"/>
      </w:pPr>
      <w:r>
        <w:t>یہ بہت ہی یعنی بہت ہی عجیب آیت</w:t>
      </w:r>
    </w:p>
    <w:p>
      <w:r>
        <w:rPr>
          <w:b/>
        </w:rPr>
        <w:t xml:space="preserve">[21:37] </w:t>
      </w:r>
      <w:r>
        <w:t>hai. yani un ke case ko jhoot ka case bataya. bohat anokhi baat hai. un ke case ko jhoot ka case banaya. un par azab sakht azab hai is liye ke woh jhoot bolte thay. jhoot bolne ka mani yeh nahin ke they were telling a lie. nahin apne ko apne ko jhoot yani apne ko jo thay nahin woh zahir karte thay. yani waza' qata' ke aitbar se apne ko musli</w:t>
      </w:r>
    </w:p>
    <w:p>
      <w:pPr>
        <w:jc w:val="right"/>
      </w:pPr>
      <w:r>
        <w:t>ہے۔ یعنی ان کے کیس کو جھوٹ کا کیس بتایا۔ بہت انوکھی بات ہے۔ ان کے کیس کو جھوٹ کا کیس بنایا۔ ان پر عذاب سخت عذاب ہے اس لیے کہ وہ جھوٹ بولتے تھے۔ جھوٹ بولنے کا معنی یہ نہیں کہ دے وار ٹیلنگ ا لائی۔ نہیں اپنے کو اپنے کو جھوٹ یعنی اپنے کو جو تھے نہیں وہ ظاہر کرتے تھے۔ یعنی وضع قطع کے اعتبار سے اپنے کو مصی</w:t>
      </w:r>
    </w:p>
    <w:p>
      <w:r>
        <w:rPr>
          <w:b/>
        </w:rPr>
        <w:t xml:space="preserve">[22:07] </w:t>
      </w:r>
      <w:r>
        <w:t>bata zahir kartay thay.</w:t>
      </w:r>
    </w:p>
    <w:p>
      <w:pPr>
        <w:jc w:val="right"/>
      </w:pPr>
      <w:r>
        <w:t>بت ظاہر کرتے تھے۔</w:t>
      </w:r>
    </w:p>
    <w:p>
      <w:r>
        <w:rPr>
          <w:b/>
        </w:rPr>
        <w:t xml:space="preserve">[22:10] </w:t>
      </w:r>
      <w:r>
        <w:t>aur ikhlas ke aitbar se woh khali thay.</w:t>
      </w:r>
    </w:p>
    <w:p>
      <w:pPr>
        <w:jc w:val="right"/>
      </w:pPr>
      <w:r>
        <w:t>اور اخلاص کے اعتبار سے وہ خالی تھے۔</w:t>
      </w:r>
    </w:p>
    <w:p>
      <w:r>
        <w:rPr>
          <w:b/>
        </w:rPr>
        <w:t xml:space="preserve">[22:13] </w:t>
      </w:r>
      <w:r>
        <w:t>aisay insaan har samaj mein hotay hain.</w:t>
      </w:r>
    </w:p>
    <w:p>
      <w:pPr>
        <w:jc w:val="right"/>
      </w:pPr>
      <w:r>
        <w:t>ایسے انسان ہر سماج میں ہوتے ہیں۔</w:t>
      </w:r>
    </w:p>
    <w:p>
      <w:r>
        <w:rPr>
          <w:b/>
        </w:rPr>
        <w:t xml:space="preserve">[22:16] </w:t>
      </w:r>
      <w:r>
        <w:t>yeh nahi ke sirf madinay mein thay.</w:t>
      </w:r>
    </w:p>
    <w:p>
      <w:pPr>
        <w:jc w:val="right"/>
      </w:pPr>
      <w:r>
        <w:t>یہ نہیں کہ صرف مدینے میں تھے۔</w:t>
      </w:r>
    </w:p>
    <w:p>
      <w:r>
        <w:rPr>
          <w:b/>
        </w:rPr>
        <w:t xml:space="preserve">[22:19] </w:t>
      </w:r>
      <w:r>
        <w:t>yani madinay mein aisay log thay.</w:t>
      </w:r>
    </w:p>
    <w:p>
      <w:pPr>
        <w:jc w:val="right"/>
      </w:pPr>
      <w:r>
        <w:t>یعنی مدینے میں ایسے لوگ تھے۔</w:t>
      </w:r>
    </w:p>
    <w:p>
      <w:r>
        <w:rPr>
          <w:b/>
        </w:rPr>
        <w:t xml:space="preserve">[22:22] </w:t>
      </w:r>
      <w:r>
        <w:t>bilashubah inhi ka zikr hai yahan par.</w:t>
      </w:r>
    </w:p>
    <w:p>
      <w:pPr>
        <w:jc w:val="right"/>
      </w:pPr>
      <w:r>
        <w:t>بلاشبہ انہی کا ذکر ہے یہاں پر۔</w:t>
      </w:r>
    </w:p>
    <w:p>
      <w:r>
        <w:rPr>
          <w:b/>
        </w:rPr>
        <w:t xml:space="preserve">[22:25] </w:t>
      </w:r>
      <w:r>
        <w:t>lekin hamesha aise log rahen ge.</w:t>
      </w:r>
    </w:p>
    <w:p>
      <w:pPr>
        <w:jc w:val="right"/>
      </w:pPr>
      <w:r>
        <w:t>لیکن ہمیشہ ایسے لوگ رہیں گے۔</w:t>
      </w:r>
    </w:p>
    <w:p>
      <w:r>
        <w:rPr>
          <w:b/>
        </w:rPr>
        <w:t xml:space="preserve">[22:28] </w:t>
      </w:r>
      <w:r>
        <w:t>yeh koi waqti phenomena nahin hai.</w:t>
      </w:r>
    </w:p>
    <w:p>
      <w:pPr>
        <w:jc w:val="right"/>
      </w:pPr>
      <w:r>
        <w:t>یہ کوئی وقتی پینامنا نہیں ہے۔</w:t>
      </w:r>
    </w:p>
    <w:p>
      <w:r>
        <w:rPr>
          <w:b/>
        </w:rPr>
        <w:t xml:space="preserve">[22:31] </w:t>
      </w:r>
      <w:r>
        <w:t>aur Allah ne is ko jhoot kaha.</w:t>
      </w:r>
    </w:p>
    <w:p>
      <w:pPr>
        <w:jc w:val="right"/>
      </w:pPr>
      <w:r>
        <w:t>اور اللہ نے اس کو جھوٹ کہا۔</w:t>
      </w:r>
    </w:p>
    <w:p>
      <w:r>
        <w:rPr>
          <w:b/>
        </w:rPr>
        <w:t xml:space="preserve">[22:34] </w:t>
      </w:r>
      <w:r>
        <w:t>is bare mein nahin ke woh sach much jhoot bol</w:t>
      </w:r>
    </w:p>
    <w:p>
      <w:pPr>
        <w:jc w:val="right"/>
      </w:pPr>
      <w:r>
        <w:t>اس بارے میں نہیں کہ وہ سچ مچ جھوٹ بول</w:t>
      </w:r>
    </w:p>
    <w:p>
      <w:r>
        <w:rPr>
          <w:b/>
        </w:rPr>
        <w:t xml:space="preserve">[22:37] </w:t>
      </w:r>
      <w:r>
        <w:t>te the. nahi apne aap ko ghalat tor par zahir karte the ke main matlab mukhtalif musalman hoon. mere andar sari islami sifat hain. halanke haqeeqat aisa nahi thi. haqeeqatan aisa nahi tha. to Allah ke haan woh jhootay qarar payenge. aur yeh risk lenge ke aap dekhen Quran mein hai ke aakhirat mein ahl</w:t>
      </w:r>
    </w:p>
    <w:p>
      <w:pPr>
        <w:jc w:val="right"/>
      </w:pPr>
      <w:r>
        <w:t>تے تھے۔ نہیں اپنے آپ کو غلط طور پر ظاہر کرتے تھے کہ میں مطلب مختلف مسلمان ہوں۔ میرے اندر ساری اسلامی صفات ہیں۔ حالانکہ حقیقت ایسا نہیں تھی۔ حقیقتاً ایسا نہیں تھا۔ تو اللہ کے ہاں وہ جھوٹے قرار پائیں گے۔ اور یہ رسک لیں گے کہ آپ دیکھیں قرآن میں ہے کہ آخرت میں اہل</w:t>
      </w:r>
    </w:p>
    <w:p>
      <w:r>
        <w:rPr>
          <w:b/>
        </w:rPr>
        <w:t xml:space="preserve">[23:07] </w:t>
      </w:r>
      <w:r>
        <w:t>jannat ahle jannat ke bare mein ke fi maqsad sidq ba-ind malik muqaddas yaani wahan par log jo</w:t>
      </w:r>
    </w:p>
    <w:p>
      <w:pPr>
        <w:jc w:val="right"/>
      </w:pPr>
      <w:r>
        <w:t>جنت اہل جنت کے بارے میں کہ فی مقصد صدق عند ملک مقدس یعنی وہاں پر لوگ جو</w:t>
      </w:r>
    </w:p>
    <w:p>
      <w:r>
        <w:rPr>
          <w:b/>
        </w:rPr>
        <w:t xml:space="preserve">[23:13] </w:t>
      </w:r>
      <w:r>
        <w:t>ahle jannat hain woh maqsad sidq par hon ge.</w:t>
      </w:r>
    </w:p>
    <w:p>
      <w:pPr>
        <w:jc w:val="right"/>
      </w:pPr>
      <w:r>
        <w:t>اہل جنت ہیں وہ مقصد صدق پر ہوں گے۔</w:t>
      </w:r>
    </w:p>
    <w:p>
      <w:r>
        <w:rPr>
          <w:b/>
        </w:rPr>
        <w:t xml:space="preserve">[23:20] </w:t>
      </w:r>
      <w:r>
        <w:t>yaani seat of truth par hon ge.</w:t>
      </w:r>
    </w:p>
    <w:p>
      <w:pPr>
        <w:jc w:val="right"/>
      </w:pPr>
      <w:r>
        <w:t>یعنی سیٹ آف ٹروتھ پر ہوں گے۔</w:t>
      </w:r>
    </w:p>
    <w:p>
      <w:r>
        <w:rPr>
          <w:b/>
        </w:rPr>
        <w:t xml:space="preserve">[23:26] </w:t>
      </w:r>
      <w:r>
        <w:t>is bare mein ke yeh aise log jo hain in ko maqsad sidq par jagah nahin mile gi.</w:t>
      </w:r>
    </w:p>
    <w:p>
      <w:pPr>
        <w:jc w:val="right"/>
      </w:pPr>
      <w:r>
        <w:t>اس بارے میں کہ یہ ایسے لوگ جو ہیں ان کو مقصد صدق پر جگہ نہیں ملے گی۔</w:t>
      </w:r>
    </w:p>
    <w:p>
      <w:r>
        <w:rPr>
          <w:b/>
        </w:rPr>
        <w:t xml:space="preserve">[23:32] </w:t>
      </w:r>
      <w:r>
        <w:t>maqsad kis par jagah mile gi? kaisi kaisa ajeeb yeh hai.</w:t>
      </w:r>
    </w:p>
    <w:p>
      <w:pPr>
        <w:jc w:val="right"/>
      </w:pPr>
      <w:r>
        <w:t>مقصد کس پر جگہ ملے گی؟ کیسی کیسا عجیب یہ ہے۔</w:t>
      </w:r>
    </w:p>
    <w:p>
      <w:r>
        <w:rPr>
          <w:b/>
        </w:rPr>
        <w:t xml:space="preserve">[23:38] </w:t>
      </w:r>
      <w:r>
        <w:t>kaisi ajeeb ajeeb yeh baat ke jo log andar se khush na hon.</w:t>
      </w:r>
    </w:p>
    <w:p>
      <w:pPr>
        <w:jc w:val="right"/>
      </w:pPr>
      <w:r>
        <w:t>کیسی عجیب عجیب یہ بات کہ جو لوگ اندر سے خوش نہ ہوں۔</w:t>
      </w:r>
    </w:p>
    <w:p>
      <w:r>
        <w:rPr>
          <w:b/>
        </w:rPr>
        <w:t xml:space="preserve">[23:42] </w:t>
      </w:r>
      <w:r>
        <w:t>andar se in ka andar ikhlas na ho.</w:t>
      </w:r>
    </w:p>
    <w:p>
      <w:pPr>
        <w:jc w:val="right"/>
      </w:pPr>
      <w:r>
        <w:t>اندر سے ان کا اندر اخلاص نہ ہو۔</w:t>
      </w:r>
    </w:p>
    <w:p>
      <w:r>
        <w:rPr>
          <w:b/>
        </w:rPr>
        <w:t xml:space="preserve">[23:46] </w:t>
      </w:r>
      <w:r>
        <w:t>andar se Allah ka darr na ho.</w:t>
      </w:r>
    </w:p>
    <w:p>
      <w:pPr>
        <w:jc w:val="right"/>
      </w:pPr>
      <w:r>
        <w:t>اندر سے اللہ کا ڈر نہ ہو۔</w:t>
      </w:r>
    </w:p>
    <w:p>
      <w:r>
        <w:rPr>
          <w:b/>
        </w:rPr>
        <w:t xml:space="preserve">[23:51] </w:t>
      </w:r>
      <w:r>
        <w:t>andar se aakhirat ke pakar ka jazba na ho.</w:t>
      </w:r>
    </w:p>
    <w:p>
      <w:pPr>
        <w:jc w:val="right"/>
      </w:pPr>
      <w:r>
        <w:t>اندر سے آخرت کے پکڑ کا جذبہ نہ ہو۔</w:t>
      </w:r>
    </w:p>
    <w:p>
      <w:r>
        <w:rPr>
          <w:b/>
        </w:rPr>
        <w:t xml:space="preserve">[23:55] </w:t>
      </w:r>
      <w:r>
        <w:t>lekin zahiri waza' qata' ke lihaz se woh khoob apne ko maintain karte hon.</w:t>
      </w:r>
    </w:p>
    <w:p>
      <w:pPr>
        <w:jc w:val="right"/>
      </w:pPr>
      <w:r>
        <w:t>لیکن ظاہری وضع قطع کے لحاظ سے وہ خوب اپنے کو مینٹین کرتے ہوں۔</w:t>
      </w:r>
    </w:p>
    <w:p>
      <w:r>
        <w:rPr>
          <w:b/>
        </w:rPr>
        <w:t xml:space="preserve">[23:59] </w:t>
      </w:r>
      <w:r>
        <w:t>identity to aise log Allah ke jhoote hain.</w:t>
      </w:r>
    </w:p>
    <w:p>
      <w:pPr>
        <w:jc w:val="right"/>
      </w:pPr>
      <w:r>
        <w:t>آئیڈنٹیٹی تو ایسے لوگ اللہ کے جھوٹے ہیں۔</w:t>
      </w:r>
    </w:p>
    <w:p>
      <w:r>
        <w:rPr>
          <w:b/>
        </w:rPr>
        <w:t xml:space="preserve">[24:04] </w:t>
      </w:r>
      <w:r>
        <w:t>yaani jaise woh nahin hain waisa zahir kar rahe hain. jo</w:t>
      </w:r>
    </w:p>
    <w:p>
      <w:pPr>
        <w:jc w:val="right"/>
      </w:pPr>
      <w:r>
        <w:t>یعنی جیسے وہ نہیں ہیں ویسا ظاہر کر رہے ہیں۔ جو</w:t>
      </w:r>
    </w:p>
    <w:p>
      <w:r>
        <w:rPr>
          <w:b/>
        </w:rPr>
        <w:t xml:space="preserve">[24:08] </w:t>
      </w:r>
      <w:r>
        <w:t>woh nahin hain woh zahir kar rahe hain apne aap ko.</w:t>
      </w:r>
    </w:p>
    <w:p>
      <w:pPr>
        <w:jc w:val="right"/>
      </w:pPr>
      <w:r>
        <w:t>وہ نہیں ہیں وہ ظاہر کر رہے ہیں اپنے آپ کو۔</w:t>
      </w:r>
    </w:p>
    <w:p>
      <w:r>
        <w:rPr>
          <w:b/>
        </w:rPr>
        <w:t xml:space="preserve">[24:12] </w:t>
      </w:r>
      <w:r>
        <w:t>to bohat hi risky position hai aise logon ki.</w:t>
      </w:r>
    </w:p>
    <w:p>
      <w:pPr>
        <w:jc w:val="right"/>
      </w:pPr>
      <w:r>
        <w:t>تو بہت ہی رسکی پوزیشن ہے ایسے لوگوں کی۔</w:t>
      </w:r>
    </w:p>
    <w:p>
      <w:r>
        <w:rPr>
          <w:b/>
        </w:rPr>
        <w:t xml:space="preserve">[24:15] </w:t>
      </w:r>
      <w:r>
        <w:t>aur wa idha qeela lahum la tufsidū fil arḍ.</w:t>
      </w:r>
    </w:p>
    <w:p>
      <w:pPr>
        <w:jc w:val="right"/>
      </w:pPr>
      <w:r>
        <w:t>اور واذا قیل لہم لا تفسدو فی الارض۔</w:t>
      </w:r>
    </w:p>
    <w:p>
      <w:r>
        <w:rPr>
          <w:b/>
        </w:rPr>
        <w:t xml:space="preserve">[24:19] </w:t>
      </w:r>
      <w:r>
        <w:t>aur jab un se kaha jata hai ke zameen mein fasad na karo to woh kehte hain qālū</w:t>
      </w:r>
    </w:p>
    <w:p>
      <w:pPr>
        <w:jc w:val="right"/>
      </w:pPr>
      <w:r>
        <w:t>اور جب ان سے کہا جاتا ہے کہ زمین میں فساد نہ کرو تو وہ کہتے ہیں قالو</w:t>
      </w:r>
    </w:p>
    <w:p>
      <w:r>
        <w:rPr>
          <w:b/>
        </w:rPr>
        <w:t xml:space="preserve">[24:23] </w:t>
      </w:r>
      <w:r>
        <w:t>innamā naḥnu musliḥūn.</w:t>
      </w:r>
    </w:p>
    <w:p>
      <w:pPr>
        <w:jc w:val="right"/>
      </w:pPr>
      <w:r>
        <w:t>انما نحن مسلمون۔</w:t>
      </w:r>
    </w:p>
    <w:p>
      <w:r>
        <w:rPr>
          <w:b/>
        </w:rPr>
        <w:t xml:space="preserve">[24:27] </w:t>
      </w:r>
      <w:r>
        <w:t>to woh kehte hain ke hum to islah islah karne wale log hain.</w:t>
      </w:r>
    </w:p>
    <w:p>
      <w:pPr>
        <w:jc w:val="right"/>
      </w:pPr>
      <w:r>
        <w:t>تو وہ کہتے ہیں کہ ہم تو اصلاح اصلاح کرنے والے لوگ ہیں۔</w:t>
      </w:r>
    </w:p>
    <w:p>
      <w:r>
        <w:rPr>
          <w:b/>
        </w:rPr>
        <w:t xml:space="preserve">[24:30] </w:t>
      </w:r>
      <w:r>
        <w:t>yeh ayat bohat zyada bohat zyada important ayat hai.</w:t>
      </w:r>
    </w:p>
    <w:p>
      <w:pPr>
        <w:jc w:val="right"/>
      </w:pPr>
      <w:r>
        <w:t>یہ آیت بہت زیادہ بہت زیادہ امپورٹنٹ آیت ہے۔</w:t>
      </w:r>
    </w:p>
    <w:p>
      <w:r>
        <w:rPr>
          <w:b/>
        </w:rPr>
        <w:t xml:space="preserve">[24:34] </w:t>
      </w:r>
      <w:r>
        <w:t>yeh jo fe'l woh kar rah</w:t>
      </w:r>
    </w:p>
    <w:p>
      <w:pPr>
        <w:jc w:val="right"/>
      </w:pPr>
      <w:r>
        <w:t>یہ جو فعل وہ کر رہ</w:t>
      </w:r>
    </w:p>
    <w:p>
      <w:r>
        <w:rPr>
          <w:b/>
        </w:rPr>
        <w:t xml:space="preserve">[24:38] </w:t>
      </w:r>
      <w:r>
        <w:t>e the yaani madine ke munafiqeen is ko kaha gaya ke tum fasad kar rahe ho.</w:t>
      </w:r>
    </w:p>
    <w:p>
      <w:pPr>
        <w:jc w:val="right"/>
      </w:pPr>
      <w:r>
        <w:t>ے تھے یعنی مدینے کے منافقین اس کو کہا گیا کہ تم فساد کر رہے ہو۔</w:t>
      </w:r>
    </w:p>
    <w:p>
      <w:r>
        <w:rPr>
          <w:b/>
        </w:rPr>
        <w:t xml:space="preserve">[24:43] </w:t>
      </w:r>
      <w:r>
        <w:t>yani kisi door door ki baat kar rahe hain.</w:t>
      </w:r>
    </w:p>
    <w:p>
      <w:pPr>
        <w:jc w:val="right"/>
      </w:pPr>
      <w:r>
        <w:t>یعنی کسی دور دور کی بات کر رہے ہیں۔</w:t>
      </w:r>
    </w:p>
    <w:p>
      <w:r>
        <w:rPr>
          <w:b/>
        </w:rPr>
        <w:t xml:space="preserve">[24:48] </w:t>
      </w:r>
      <w:r>
        <w:t>agar hum daryaft kar lein ke madine mein jo munafiq thay woh kya kar rahe thay to is</w:t>
      </w:r>
    </w:p>
    <w:p>
      <w:pPr>
        <w:jc w:val="right"/>
      </w:pPr>
      <w:r>
        <w:t>اگر ہم دریافت کر لیں کہ مدینے میں جو منافق تھے وہ کیا کر رہے تھے تو اس</w:t>
      </w:r>
    </w:p>
    <w:p>
      <w:r>
        <w:rPr>
          <w:b/>
        </w:rPr>
        <w:t xml:space="preserve">[24:53] </w:t>
      </w:r>
      <w:r>
        <w:t>ko hum apply kar ke samajh sakte hain ke baad ke zamanay mein munafiqeen ka kya haal hoga.</w:t>
      </w:r>
    </w:p>
    <w:p>
      <w:pPr>
        <w:jc w:val="right"/>
      </w:pPr>
      <w:r>
        <w:t>کو ہم اپلائی کر کے سمجھ سکتے ہیں کہ بعد کے زمانے میں منافقین کا کیا حال ہوگا۔</w:t>
      </w:r>
    </w:p>
    <w:p>
      <w:r>
        <w:rPr>
          <w:b/>
        </w:rPr>
        <w:t xml:space="preserve">[24:58] </w:t>
      </w:r>
      <w:r>
        <w:t>ek ek ek wahan ek namoona set ho gaya hai jis ko hum har zamanay mein apply kar</w:t>
      </w:r>
    </w:p>
    <w:p>
      <w:pPr>
        <w:jc w:val="right"/>
      </w:pPr>
      <w:r>
        <w:t>ایک ایک ایک وہاں ایک نمونہ سیٹ ہو گیا ہے جس کو ہم ہر زمانے میں اپلائی کر</w:t>
      </w:r>
    </w:p>
    <w:p>
      <w:r>
        <w:rPr>
          <w:b/>
        </w:rPr>
        <w:t xml:space="preserve">[25:04] </w:t>
      </w:r>
      <w:r>
        <w:t>ke samajh sakte hain.</w:t>
      </w:r>
    </w:p>
    <w:p>
      <w:pPr>
        <w:jc w:val="right"/>
      </w:pPr>
      <w:r>
        <w:t>کے سمجھ سکتے ہیں۔</w:t>
      </w:r>
    </w:p>
    <w:p>
      <w:r>
        <w:rPr>
          <w:b/>
        </w:rPr>
        <w:t xml:space="preserve">[25:09] </w:t>
      </w:r>
      <w:r>
        <w:t>to yeh madine ka jo samaj tha is mein ek koi feal aisa kar rahe thay jis ko</w:t>
      </w:r>
    </w:p>
    <w:p>
      <w:pPr>
        <w:jc w:val="right"/>
      </w:pPr>
      <w:r>
        <w:t>تو یہ مدینے کا جو سماج تھا اس میں ایک کوئی فعل ایسا کر رہے تھے جس کو</w:t>
      </w:r>
    </w:p>
    <w:p>
      <w:r>
        <w:rPr>
          <w:b/>
        </w:rPr>
        <w:t xml:space="preserve">[25:13] </w:t>
      </w:r>
      <w:r>
        <w:t>quran mein kaha ke yeh fasaad kar rahe hain.</w:t>
      </w:r>
    </w:p>
    <w:p>
      <w:pPr>
        <w:jc w:val="right"/>
      </w:pPr>
      <w:r>
        <w:t>قرآن میں کہا کہ یہ فساد کر رہے ہیں۔</w:t>
      </w:r>
    </w:p>
    <w:p>
      <w:r>
        <w:rPr>
          <w:b/>
        </w:rPr>
        <w:t xml:space="preserve">[25:17] </w:t>
      </w:r>
      <w:r>
        <w:t>fasaad kar rahe hain.</w:t>
      </w:r>
    </w:p>
    <w:p>
      <w:pPr>
        <w:jc w:val="right"/>
      </w:pPr>
      <w:r>
        <w:t>فساد کر رہے ہیں۔</w:t>
      </w:r>
    </w:p>
    <w:p>
      <w:r>
        <w:rPr>
          <w:b/>
        </w:rPr>
        <w:t xml:space="preserve">[25:22] </w:t>
      </w:r>
      <w:r>
        <w:t>woh kya feal tha? ab dekhein jaise makkah walon ne ladaai ki maara peeta woh to nahi kar rahe thay.</w:t>
      </w:r>
    </w:p>
    <w:p>
      <w:pPr>
        <w:jc w:val="right"/>
      </w:pPr>
      <w:r>
        <w:t>وہ کیا فعل تھا؟ اب دیکھیں جیسے مکہ والوں نے لڑائی کی مارا پیٹا وہ تو نہیں کر رہے تھے۔</w:t>
      </w:r>
    </w:p>
    <w:p>
      <w:r>
        <w:rPr>
          <w:b/>
        </w:rPr>
        <w:t xml:space="preserve">[25:26] </w:t>
      </w:r>
      <w:r>
        <w:t>woh makkah se nikalne par majboor kiya.</w:t>
      </w:r>
    </w:p>
    <w:p>
      <w:pPr>
        <w:jc w:val="right"/>
      </w:pPr>
      <w:r>
        <w:t>وہ مکہ سے نکلنے پر مجبور کیا۔</w:t>
      </w:r>
    </w:p>
    <w:p>
      <w:r>
        <w:rPr>
          <w:b/>
        </w:rPr>
        <w:t xml:space="preserve">[25:31] </w:t>
      </w:r>
      <w:r>
        <w:t>hajj umrah se roka yeh sab to nahi kar rahe thay woh.</w:t>
      </w:r>
    </w:p>
    <w:p>
      <w:pPr>
        <w:jc w:val="right"/>
      </w:pPr>
      <w:r>
        <w:t>حج عمرہ سے روکا یہ سب تو نہیں کر رہے تھے وہ۔</w:t>
      </w:r>
    </w:p>
    <w:p>
      <w:r>
        <w:rPr>
          <w:b/>
        </w:rPr>
        <w:t xml:space="preserve">[25:35] </w:t>
      </w:r>
      <w:r>
        <w:t>to jo woh kar rahe thay wohi fasaad fi al arz hai.</w:t>
      </w:r>
    </w:p>
    <w:p>
      <w:pPr>
        <w:jc w:val="right"/>
      </w:pPr>
      <w:r>
        <w:t>تو جو وہ کر رہے تھے وہی فساد فی الارض ہے۔</w:t>
      </w:r>
    </w:p>
    <w:p>
      <w:r>
        <w:rPr>
          <w:b/>
        </w:rPr>
        <w:t xml:space="preserve">[25:39] </w:t>
      </w:r>
      <w:r>
        <w:t>woh fasaad fi al arz wohi hai jo makkah ke munafiqeen kar rahe thay.</w:t>
      </w:r>
    </w:p>
    <w:p>
      <w:pPr>
        <w:jc w:val="right"/>
      </w:pPr>
      <w:r>
        <w:t>وہ فساد فی الارض وہی ہے جو مکہ کے منافقین کر رہے تھے۔</w:t>
      </w:r>
    </w:p>
    <w:p>
      <w:r>
        <w:rPr>
          <w:b/>
        </w:rPr>
        <w:t xml:space="preserve">[25:44] </w:t>
      </w:r>
      <w:r>
        <w:t>woh kya kar rahe thay? woh rasool Allah ki jo tehreek thi us ke khilaaf propaganda karna.</w:t>
      </w:r>
    </w:p>
    <w:p>
      <w:pPr>
        <w:jc w:val="right"/>
      </w:pPr>
      <w:r>
        <w:t>وہ کیا کر رہے تھے؟ وہ رسول اللہ کی جو تحریک تھی اس کے خلاف پروپیگنڈا کرنا۔</w:t>
      </w:r>
    </w:p>
    <w:p>
      <w:r>
        <w:rPr>
          <w:b/>
        </w:rPr>
        <w:t xml:space="preserve">[25:48] </w:t>
      </w:r>
      <w:r>
        <w:t>ab bohat hi khoobsurat andaaz mein.</w:t>
      </w:r>
    </w:p>
    <w:p>
      <w:pPr>
        <w:jc w:val="right"/>
      </w:pPr>
      <w:r>
        <w:t>اب بہت ہی خوبصورت انداز میں۔</w:t>
      </w:r>
    </w:p>
    <w:p>
      <w:r>
        <w:rPr>
          <w:b/>
        </w:rPr>
        <w:t xml:space="preserve">[25:53] </w:t>
      </w:r>
      <w:r>
        <w:t>bohat hi khoobsurat andaaz mein.</w:t>
      </w:r>
    </w:p>
    <w:p>
      <w:pPr>
        <w:jc w:val="right"/>
      </w:pPr>
      <w:r>
        <w:t>بہت ہی خوبصورت انداز میں۔</w:t>
      </w:r>
    </w:p>
    <w:p>
      <w:r>
        <w:rPr>
          <w:b/>
        </w:rPr>
        <w:t xml:space="preserve">[25:57] </w:t>
      </w:r>
      <w:r>
        <w:t>is ki bohat hi buri misaal woh hai jo munafiqeen ka mein sab se bara maana jata tha.</w:t>
      </w:r>
    </w:p>
    <w:p>
      <w:pPr>
        <w:jc w:val="right"/>
      </w:pPr>
      <w:r>
        <w:t>اس کی بہت ہی بری مثال وہ ہے جو منافقین کا میں سب سے بڑا مانا جاتا تھا۔</w:t>
      </w:r>
    </w:p>
    <w:p>
      <w:r>
        <w:rPr>
          <w:b/>
        </w:rPr>
        <w:t xml:space="preserve">[26:02] </w:t>
      </w:r>
      <w:r>
        <w:t>yani Abdullah Abi woh bhi Islam laya tha.</w:t>
      </w:r>
    </w:p>
    <w:p>
      <w:pPr>
        <w:jc w:val="right"/>
      </w:pPr>
      <w:r>
        <w:t>یعنی عبداللہ ابی وہ بھی اسلام لایا تھا۔</w:t>
      </w:r>
    </w:p>
    <w:p>
      <w:r>
        <w:rPr>
          <w:b/>
        </w:rPr>
        <w:t xml:space="preserve">[26:07] </w:t>
      </w:r>
      <w:r>
        <w:t>Islam laane ke baad woh woh</w:t>
      </w:r>
    </w:p>
    <w:p>
      <w:pPr>
        <w:jc w:val="right"/>
      </w:pPr>
      <w:r>
        <w:t>اسلام لانے کے بعد وہ وہ</w:t>
      </w:r>
    </w:p>
    <w:p>
      <w:r>
        <w:rPr>
          <w:b/>
        </w:rPr>
        <w:t xml:space="preserve">[26:11] </w:t>
      </w:r>
      <w:r>
        <w:t>yani pukhtagi se qaim nahi raha.</w:t>
      </w:r>
    </w:p>
    <w:p>
      <w:pPr>
        <w:jc w:val="right"/>
      </w:pPr>
      <w:r>
        <w:t>یعنی پختگی سے قائم نہیں رہا۔</w:t>
      </w:r>
    </w:p>
    <w:p>
      <w:r>
        <w:rPr>
          <w:b/>
        </w:rPr>
        <w:t xml:space="preserve">[26:17] </w:t>
      </w:r>
      <w:r>
        <w:t>to Hazrat Aisha jo ek martaba aayi theen ek naujawan sahabi ke sath akeli koi aur nahi tha</w:t>
      </w:r>
    </w:p>
    <w:p>
      <w:pPr>
        <w:jc w:val="right"/>
      </w:pPr>
      <w:r>
        <w:t>تو حضرت عائشہ جو ایک مرتبہ آئی تھیں ایک نوجوان صحابی کے ساتھ اکیلی کوئی اور نہیں تھا</w:t>
      </w:r>
    </w:p>
    <w:p>
      <w:r>
        <w:rPr>
          <w:b/>
        </w:rPr>
        <w:t xml:space="preserve">[26:23] </w:t>
      </w:r>
      <w:r>
        <w:t>us waqt to un ko jab un ko jab dekha is ne to ek jumla keh diya wallah</w:t>
      </w:r>
    </w:p>
    <w:p>
      <w:pPr>
        <w:jc w:val="right"/>
      </w:pPr>
      <w:r>
        <w:t>اس وقت تو ان کو جب ان کو جب دیکھا اس نے تو ایک جملہ کہہ دیا واللہ</w:t>
      </w:r>
    </w:p>
    <w:p>
      <w:r>
        <w:rPr>
          <w:b/>
        </w:rPr>
        <w:t xml:space="preserve">[26:30] </w:t>
      </w:r>
      <w:r>
        <w:t>ma najat minhu wa ma naja minha ek bohat hi khatarnak jumla keh khuda ki qasam woh is se</w:t>
      </w:r>
    </w:p>
    <w:p>
      <w:pPr>
        <w:jc w:val="right"/>
      </w:pPr>
      <w:r>
        <w:t>ما نجت منہ وما نجا منہا ایک بہت ہی خطرناک جملہ کہ خدا کی قسم وہ اس سے</w:t>
      </w:r>
    </w:p>
    <w:p>
      <w:r>
        <w:rPr>
          <w:b/>
        </w:rPr>
        <w:t xml:space="preserve">[26:36] </w:t>
      </w:r>
      <w:r>
        <w:t>nahi bachi woh is se nahi bacha</w:t>
      </w:r>
    </w:p>
    <w:p>
      <w:pPr>
        <w:jc w:val="right"/>
      </w:pPr>
      <w:r>
        <w:t>نہیں بچی وہ اس سے نہیں بچا</w:t>
      </w:r>
    </w:p>
    <w:p>
      <w:r>
        <w:rPr>
          <w:b/>
        </w:rPr>
        <w:t xml:space="preserve">[26:42] </w:t>
      </w:r>
      <w:r>
        <w:t>to bohat hi khatarnak jumla hai saaray madine mein phail gaya yeh yeh bohat hi ek yani buri</w:t>
      </w:r>
    </w:p>
    <w:p>
      <w:pPr>
        <w:jc w:val="right"/>
      </w:pPr>
      <w:r>
        <w:t>تو بہت ہی خطرناک جملہ ہے سارے مدینے میں پھیل گیا یہ یہ بہت ہی ایک یعنی بری</w:t>
      </w:r>
    </w:p>
    <w:p>
      <w:r>
        <w:rPr>
          <w:b/>
        </w:rPr>
        <w:t xml:space="preserve">[26:48] </w:t>
      </w:r>
      <w:r>
        <w:t>misal un ke kirdaar ki hai to aisi baatein phailana jis se jo rasool Allah ka mission tha</w:t>
      </w:r>
    </w:p>
    <w:p>
      <w:pPr>
        <w:jc w:val="right"/>
      </w:pPr>
      <w:r>
        <w:t>مثال ان کے کردار کی ہے تو ایسی باتیں پھیلانا جس سے جو رسول اللہ کا مشن تھا</w:t>
      </w:r>
    </w:p>
    <w:p>
      <w:r>
        <w:rPr>
          <w:b/>
        </w:rPr>
        <w:t xml:space="preserve">[26:54] </w:t>
      </w:r>
      <w:r>
        <w:t>wo logon ke andar mujtaba ho jaye ke un ke ghar ke log aise hote hain un ka</w:t>
      </w:r>
    </w:p>
    <w:p>
      <w:pPr>
        <w:jc w:val="right"/>
      </w:pPr>
      <w:r>
        <w:t>وہ لوگوں کے اندر مجتبی ہو جائے کہ ان کے گھر کے لوگ ایسے ہوتے ہیں ان کا</w:t>
      </w:r>
    </w:p>
    <w:p>
      <w:r>
        <w:rPr>
          <w:b/>
        </w:rPr>
        <w:t xml:space="preserve">[27:00] </w:t>
      </w:r>
      <w:r>
        <w:t>kya aitbaar to aisi baat jis se ke mission noor nazar mujtaba ho jaye logon ko mission ke</w:t>
      </w:r>
    </w:p>
    <w:p>
      <w:pPr>
        <w:jc w:val="right"/>
      </w:pPr>
      <w:r>
        <w:t>کیا اعتبار تو ایسی بات جس سے کہ مشن نور نذر مجتبی ہو جائے لوگوں کو مشن کے</w:t>
      </w:r>
    </w:p>
    <w:p>
      <w:r>
        <w:rPr>
          <w:b/>
        </w:rPr>
        <w:t xml:space="preserve">[27:06] </w:t>
      </w:r>
      <w:r>
        <w:t>jo afraad hain</w:t>
      </w:r>
    </w:p>
    <w:p>
      <w:pPr>
        <w:jc w:val="right"/>
      </w:pPr>
      <w:r>
        <w:t>جو افراد ہیں</w:t>
      </w:r>
    </w:p>
    <w:p>
      <w:r>
        <w:rPr>
          <w:b/>
        </w:rPr>
        <w:t xml:space="preserve">[27:12] </w:t>
      </w:r>
      <w:r>
        <w:t>wo doubtfull ho jayen yeh yeh hai fasad fi al arz yahan fasad fi al arz ke mani koi</w:t>
      </w:r>
    </w:p>
    <w:p>
      <w:pPr>
        <w:jc w:val="right"/>
      </w:pPr>
      <w:r>
        <w:t>وہ ڈاؤٹ فل ہو جائیں یہ یہ ہے فساد فی الارض یہاں فساد فی الارض کے معنی کوئی</w:t>
      </w:r>
    </w:p>
    <w:p>
      <w:r>
        <w:rPr>
          <w:b/>
        </w:rPr>
        <w:t xml:space="preserve">[27:18] </w:t>
      </w:r>
      <w:r>
        <w:t>larrhai bharrhai nahi hai maar kaat nahi hai kyunke yeh to unhon ne kabhi kiya nahi abdullah abi</w:t>
      </w:r>
    </w:p>
    <w:p>
      <w:pPr>
        <w:jc w:val="right"/>
      </w:pPr>
      <w:r>
        <w:t>لڑائی بھڑائی نہیں ہے مار کاٹ نہیں ہے کیونکہ یہ تو انہوں نے کبھی کیا نہیں عبداللہ ابی</w:t>
      </w:r>
    </w:p>
    <w:p>
      <w:r>
        <w:rPr>
          <w:b/>
        </w:rPr>
        <w:t xml:space="preserve">[27:25] </w:t>
      </w:r>
      <w:r>
        <w:t>ne koi danda nahi chalaya tha ek jab lafz bola tha wo wallah ma najat minh ma naja</w:t>
      </w:r>
    </w:p>
    <w:p>
      <w:pPr>
        <w:jc w:val="right"/>
      </w:pPr>
      <w:r>
        <w:t>نے کوئی ڈنڈا نہیں چلایا تھا ایک جب لفظ بولا تھا وہ واللہ ما نجت منہ ما نجا</w:t>
      </w:r>
    </w:p>
    <w:p>
      <w:r>
        <w:rPr>
          <w:b/>
        </w:rPr>
        <w:t xml:space="preserve">[27:31] </w:t>
      </w:r>
      <w:r>
        <w:t>minha to is tarah ki bohat si baatein hain jo madine ke jo munafiqeen the karte the wo</w:t>
      </w:r>
    </w:p>
    <w:p>
      <w:pPr>
        <w:jc w:val="right"/>
      </w:pPr>
      <w:r>
        <w:t>منہا تو اس طرح کی بہت سی باتیں ہیں جو مدینے کے جو منافقین تھے کرتے تھے وہ</w:t>
      </w:r>
    </w:p>
    <w:p>
      <w:r>
        <w:rPr>
          <w:b/>
        </w:rPr>
        <w:t xml:space="preserve">[27:37] </w:t>
      </w:r>
      <w:r>
        <w:t>shoshe phailate the aur logon ko</w:t>
      </w:r>
    </w:p>
    <w:p>
      <w:pPr>
        <w:jc w:val="right"/>
      </w:pPr>
      <w:r>
        <w:t>شوشے پھیلاتے تھے اور لوگوں کو</w:t>
      </w:r>
    </w:p>
    <w:p>
      <w:r>
        <w:rPr>
          <w:b/>
        </w:rPr>
        <w:t xml:space="preserve">[27:43] </w:t>
      </w:r>
      <w:r>
        <w:t>budgumaan karte the logon ke yaani rasool Allah aur sahaba ko doubtfull yaani logon ki nazar mein</w:t>
      </w:r>
    </w:p>
    <w:p>
      <w:pPr>
        <w:jc w:val="right"/>
      </w:pPr>
      <w:r>
        <w:t>بدگمان کرتے تھے لوگوں کے یعنی رسول اللہ اور صحابہ کو ڈاؤٹ فل یعنی لوگوں کی نظر میں</w:t>
      </w:r>
    </w:p>
    <w:p>
      <w:r>
        <w:rPr>
          <w:b/>
        </w:rPr>
        <w:t xml:space="preserve">[27:49] </w:t>
      </w:r>
      <w:r>
        <w:t>ho jaye aisi baatein kehte the yeh hai fasad fi al arz to jab yeh un se kaha tha</w:t>
      </w:r>
    </w:p>
    <w:p>
      <w:pPr>
        <w:jc w:val="right"/>
      </w:pPr>
      <w:r>
        <w:t>ہو جائے ایسی باتیں کہتے تھے یہ ہے فساد فی الارض تو جب یہ ان سے کہا تھا</w:t>
      </w:r>
    </w:p>
    <w:p>
      <w:r>
        <w:rPr>
          <w:b/>
        </w:rPr>
        <w:t xml:space="preserve">[27:55] </w:t>
      </w:r>
      <w:r>
        <w:t>kaha kaha jata tha ke fasad fi al arz na karo to wo kya kehte the hum to musleh</w:t>
      </w:r>
    </w:p>
    <w:p>
      <w:pPr>
        <w:jc w:val="right"/>
      </w:pPr>
      <w:r>
        <w:t>کہا کہا جاتا تھا کہ فساد فی الارض نہ کرو تو وہ کیا کہتے تھے ہم تو مصلے</w:t>
      </w:r>
    </w:p>
    <w:p>
      <w:r>
        <w:rPr>
          <w:b/>
        </w:rPr>
        <w:t xml:space="preserve">[28:01] </w:t>
      </w:r>
      <w:r>
        <w:t>hain hum to islaah kar rahe hain matlab hum ghalati ke irshad hi kar rahe hain jo kaam</w:t>
      </w:r>
    </w:p>
    <w:p>
      <w:pPr>
        <w:jc w:val="right"/>
      </w:pPr>
      <w:r>
        <w:t>ہیں ہم تو اصلاح کر رہے ہیں مطلب ہم غلطی کے ارشاد ہی کر رہے ہیں جو کام</w:t>
      </w:r>
    </w:p>
    <w:p>
      <w:r>
        <w:rPr>
          <w:b/>
        </w:rPr>
        <w:t xml:space="preserve">[28:07] </w:t>
      </w:r>
      <w:r>
        <w:t>wo karte the us ko kehte</w:t>
      </w:r>
    </w:p>
    <w:p>
      <w:pPr>
        <w:jc w:val="right"/>
      </w:pPr>
      <w:r>
        <w:t>وہ کرتے تھے اس کو کہتے</w:t>
      </w:r>
    </w:p>
    <w:p>
      <w:r>
        <w:rPr>
          <w:b/>
        </w:rPr>
        <w:t xml:space="preserve">[28:13] </w:t>
      </w:r>
      <w:r>
        <w:t>thay ke yeh to aap ghalati ke irshad hi kar rahe hain yeh to acha kaam hai halanke ghalati irshad nahi thi woh woh shoshe phailana tha badnaam karna tha logon ki nazar mein islami shakhsiyaat ko doubtful banana tha yeh kitni khatarnak baat yeh hai ke hum to islaah kar rahe hain yani woh log kehte thay madine ke munafiqeen ke hum to islaah kar rahe hain islaah karne ke ma'ni hain ke hum to nishad hi kar rahe hain ke in in in cheezon ko durust karo hal</w:t>
      </w:r>
    </w:p>
    <w:p>
      <w:pPr>
        <w:jc w:val="right"/>
      </w:pPr>
      <w:r>
        <w:t>تھے کہ یہ تو آپ غلطی کے ارشاد ہی کر رہے ہیں یہ تو اچھا کام ہے حالانکہ غلطی ارشاد نہیں تھی وہ وہ شوشے پھیلانا تھا بدنام کرنا تھا لوگوں کی نظر میں اسلامی شخصیتوں کو ڈاؤٹ فل بنانا تھا یہ کتنی خطرناک بات یہ ہے کہ ہم تو اصلاح کر رہے ہیں یعنی وہ لوگ کہتے تھے مدینے کے منافقین کہ ہم تو اصلاح کر رہے ہیں اصلاح کرنے کے معنی ہیں کہ ہم تو نشاد ہی کر رہے ہیں کہ ان ان ان ان چیزوں کو درست کرو حال</w:t>
      </w:r>
    </w:p>
    <w:p>
      <w:r>
        <w:rPr>
          <w:b/>
        </w:rPr>
        <w:t xml:space="preserve">[28:43] </w:t>
      </w:r>
      <w:r>
        <w:t>ankeh wo nishad nahi hoti thi wo shosha nikalna hota tha aur aisi baatein kar raha tha jis</w:t>
      </w:r>
    </w:p>
    <w:p>
      <w:pPr>
        <w:jc w:val="right"/>
      </w:pPr>
      <w:r>
        <w:t>انکہ وہ نشاد نہیں ہوتی تھی وہ شوشہ نکالنا ہوتا تھا اور ایسی باتیں کر رہا تھا جس</w:t>
      </w:r>
    </w:p>
    <w:p>
      <w:r>
        <w:rPr>
          <w:b/>
        </w:rPr>
        <w:t xml:space="preserve">[28:51] </w:t>
      </w:r>
      <w:r>
        <w:t>se islami shakhsiyaat doubtfull ho jayen yeh matlab hai is ka ala innahum hum al mufsidoon wala ala</w:t>
      </w:r>
    </w:p>
    <w:p>
      <w:pPr>
        <w:jc w:val="right"/>
      </w:pPr>
      <w:r>
        <w:t>سے اسلامی شخصیتیں ڈاؤٹ فل ہو جائیں یہ مطلب ہے اس کا الا انہم ہم المفسدون ولا الا</w:t>
      </w:r>
    </w:p>
    <w:p>
      <w:r>
        <w:rPr>
          <w:b/>
        </w:rPr>
        <w:t xml:space="preserve">[28:58] </w:t>
      </w:r>
      <w:r>
        <w:t>yashaooroon beshak yahi log mufsid hain yahi log hain jo fasad fi al arz hain lekin wo jante</w:t>
      </w:r>
    </w:p>
    <w:p>
      <w:pPr>
        <w:jc w:val="right"/>
      </w:pPr>
      <w:r>
        <w:t>یشعرون بے شک یہی لوگ مفسد ہیں یہی لوگ ہیں جو فساد فی الارض ہیں لیکن وہ جانتے</w:t>
      </w:r>
    </w:p>
    <w:p>
      <w:r>
        <w:rPr>
          <w:b/>
        </w:rPr>
        <w:t xml:space="preserve">[29:06] </w:t>
      </w:r>
      <w:r>
        <w:t>nahi yahan yeh bhi bohat zyada sochne ki baat hai ke wo</w:t>
      </w:r>
    </w:p>
    <w:p>
      <w:pPr>
        <w:jc w:val="right"/>
      </w:pPr>
      <w:r>
        <w:t>نہیں یہاں یہ بھی بہت زیادہ سوچنے کی بات ہے کہ وہ</w:t>
      </w:r>
    </w:p>
    <w:p>
      <w:r>
        <w:rPr>
          <w:b/>
        </w:rPr>
        <w:t xml:space="preserve">[29:13] </w:t>
      </w:r>
      <w:r>
        <w:t>jante nahi wo samajhte nahi un ko shaoor nahi ke kya matlab hai is ka matlab yahi hai</w:t>
      </w:r>
    </w:p>
    <w:p>
      <w:pPr>
        <w:jc w:val="right"/>
      </w:pPr>
      <w:r>
        <w:t>جانتے نہیں وہ سمجھتے نہیں ان کو شعور نہیں کہ کیا مطلب ہے اس کا مطلب یہی ہے</w:t>
      </w:r>
    </w:p>
    <w:p>
      <w:r>
        <w:rPr>
          <w:b/>
        </w:rPr>
        <w:t xml:space="preserve">[29:21] </w:t>
      </w:r>
      <w:r>
        <w:t>ke jahan aadmi nifaq mein lambi muddat tak pada rahe aur introspection na kare apna muhasba na kare</w:t>
      </w:r>
    </w:p>
    <w:p>
      <w:pPr>
        <w:jc w:val="right"/>
      </w:pPr>
      <w:r>
        <w:t>کہ جہاں ادمی نفاق میں لمبی مدت تک پڑا رہے اور انٹراسپیکشن نہ کرے اپنا محاسبہ نہ کرے</w:t>
      </w:r>
    </w:p>
    <w:p>
      <w:r>
        <w:rPr>
          <w:b/>
        </w:rPr>
        <w:t xml:space="preserve">[29:28] </w:t>
      </w:r>
      <w:r>
        <w:t>to wo isi mein us ki conditioning ho jati hai isi mein conditioning ho jati hai us ko</w:t>
      </w:r>
    </w:p>
    <w:p>
      <w:pPr>
        <w:jc w:val="right"/>
      </w:pPr>
      <w:r>
        <w:t>تو وہ اسی میں اس کی کنڈیشننگ ہو جاتی ہے اسی میں کنڈیشننگ ہو جاتی ہے اس کو</w:t>
      </w:r>
    </w:p>
    <w:p>
      <w:r>
        <w:rPr>
          <w:b/>
        </w:rPr>
        <w:t xml:space="preserve">[29:36] </w:t>
      </w:r>
      <w:r>
        <w:t>misal wo koi aisi baat kahega aur us ko khoob khalaqan karo wo bhi khoob jaise</w:t>
      </w:r>
    </w:p>
    <w:p>
      <w:pPr>
        <w:jc w:val="right"/>
      </w:pPr>
      <w:r>
        <w:t>مثلا وہ کوئی ایسی بات کہے گا اور اس کو خوب خالقان کرو وہ بھی خوب جیسے</w:t>
      </w:r>
    </w:p>
    <w:p>
      <w:r>
        <w:rPr>
          <w:b/>
        </w:rPr>
        <w:t xml:space="preserve">[29:43] </w:t>
      </w:r>
      <w:r>
        <w:t>koi bari achi baat ho to conditioning ki wajah se behes ho jate hain shaoor nahi hai</w:t>
      </w:r>
    </w:p>
    <w:p>
      <w:pPr>
        <w:jc w:val="right"/>
      </w:pPr>
      <w:r>
        <w:t>کوئی بڑی اچھی بات ہو تو کنڈیشننگ کی وجہ سے بے حس ہو جاتے ہیں شعور نہیں ہے</w:t>
      </w:r>
    </w:p>
    <w:p>
      <w:r>
        <w:rPr>
          <w:b/>
        </w:rPr>
        <w:t xml:space="preserve">[29:51] </w:t>
      </w:r>
      <w:r>
        <w:t>ke mani ke un ke wo behesi had tak munafiq ho gaye hain behesi had tak</w:t>
      </w:r>
    </w:p>
    <w:p>
      <w:pPr>
        <w:jc w:val="right"/>
      </w:pPr>
      <w:r>
        <w:t>کے معنی کہ ان کے وہ بے حسی حد تک منافق ہو گئے ہیں بے حسی حد تک</w:t>
      </w:r>
    </w:p>
    <w:p>
      <w:r>
        <w:rPr>
          <w:b/>
        </w:rPr>
        <w:t xml:space="preserve">[29:59] </w:t>
      </w:r>
      <w:r>
        <w:t>dekhen yeh jo sensitivity hai wo chak chak hai sensitivity chak hai agar aadmi sensitive na rahe to</w:t>
      </w:r>
    </w:p>
    <w:p>
      <w:pPr>
        <w:jc w:val="right"/>
      </w:pPr>
      <w:r>
        <w:t>دیکھیں یہ جو سینسٹیوٹی ہے وہ چک چک ہے سینسٹیوٹی چک ہے اگر ادمی سینسٹیو نہ رہے تو</w:t>
      </w:r>
    </w:p>
    <w:p>
      <w:r>
        <w:rPr>
          <w:b/>
        </w:rPr>
        <w:t xml:space="preserve">[30:06] </w:t>
      </w:r>
      <w:r>
        <w:t>kuch bhi kahega woh andar se zamir us ko roka karega</w:t>
      </w:r>
    </w:p>
    <w:p>
      <w:pPr>
        <w:jc w:val="right"/>
      </w:pPr>
      <w:r>
        <w:t>کچھ بھی کہے گا وہ اندر سے ضمیر اس کو روکا کرے گا</w:t>
      </w:r>
    </w:p>
    <w:p>
      <w:r>
        <w:rPr>
          <w:b/>
        </w:rPr>
        <w:t xml:space="preserve">[30:14] </w:t>
      </w:r>
      <w:r>
        <w:t>toh yeh jo farmaya ke ab woh burai mein mubtala hain lekin un ko is ka shaoor nahi</w:t>
      </w:r>
    </w:p>
    <w:p>
      <w:pPr>
        <w:jc w:val="right"/>
      </w:pPr>
      <w:r>
        <w:t>تو یہ جو فرمایا کہ اب وہ برائی میں مبتلا ہیں لیکن ان کو اس کا شعور نہیں</w:t>
      </w:r>
    </w:p>
    <w:p>
      <w:r>
        <w:rPr>
          <w:b/>
        </w:rPr>
        <w:t xml:space="preserve">[30:21] </w:t>
      </w:r>
      <w:r>
        <w:t>is ka matlab yeh hai ke un ki sensitivity khatm ho gayi apne upar introspection na karne ki</w:t>
      </w:r>
    </w:p>
    <w:p>
      <w:pPr>
        <w:jc w:val="right"/>
      </w:pPr>
      <w:r>
        <w:t>اس کا مطلب یہ ہے کہ ان کی سینسٹیوٹی ختم ہو گئی اپنے اوپر انٹراسپیکشن نہ کرنے کی</w:t>
      </w:r>
    </w:p>
    <w:p>
      <w:r>
        <w:rPr>
          <w:b/>
        </w:rPr>
        <w:t xml:space="preserve">[30:29] </w:t>
      </w:r>
      <w:r>
        <w:t>wajah se toh bohat hi khatarnak baat hai yeh wa idha qeela lahum amino kama amina al-nas jab un</w:t>
      </w:r>
    </w:p>
    <w:p>
      <w:pPr>
        <w:jc w:val="right"/>
      </w:pPr>
      <w:r>
        <w:t>وجہ سے تو بہت ہی خطرناک بات ہے یہ واذا قیل لہم امنوا کما امن الناس جب ان</w:t>
      </w:r>
    </w:p>
    <w:p>
      <w:r>
        <w:rPr>
          <w:b/>
        </w:rPr>
        <w:t xml:space="preserve">[30:37] </w:t>
      </w:r>
      <w:r>
        <w:t>se kaha jata hai ke imaan lao is tarah jis tarah ke doosre ahle imaan ne imaan qabool kiya hai</w:t>
      </w:r>
    </w:p>
    <w:p>
      <w:pPr>
        <w:jc w:val="right"/>
      </w:pPr>
      <w:r>
        <w:t>سے کہا جاتا ہے کہ ایمان لاؤ اس طرح جس طرح کہ دوسرے اہل ایمان نے ایمان قبول کیا ہے</w:t>
      </w:r>
    </w:p>
    <w:p>
      <w:r>
        <w:rPr>
          <w:b/>
        </w:rPr>
        <w:t xml:space="preserve">[30:44] </w:t>
      </w:r>
      <w:r>
        <w:t>toh kya kehte hain woh qalu amino kama amina al-suffah toh woh kehte hain ke hum is tarah</w:t>
      </w:r>
    </w:p>
    <w:p>
      <w:pPr>
        <w:jc w:val="right"/>
      </w:pPr>
      <w:r>
        <w:t>تو کیا کہتے ہیں وہ قالو انؤمنوا کما امن الصفہ تو وہ کہتے ہیں کہ ہم اس طرح</w:t>
      </w:r>
    </w:p>
    <w:p>
      <w:r>
        <w:rPr>
          <w:b/>
        </w:rPr>
        <w:t xml:space="preserve">[30:50] </w:t>
      </w:r>
      <w:r>
        <w:t>imaan layein jo suffah se karte imaan late hain yeh yeh bhi un ki behisi ki baat</w:t>
      </w:r>
    </w:p>
    <w:p>
      <w:pPr>
        <w:jc w:val="right"/>
      </w:pPr>
      <w:r>
        <w:t>ایمان لائیں جو صفائی سے کرتے ایمان لاتے ہیں یہ یہ بھی ان کی بے حسی کی بات</w:t>
      </w:r>
    </w:p>
    <w:p>
      <w:r>
        <w:rPr>
          <w:b/>
        </w:rPr>
        <w:t xml:space="preserve">[30:56] </w:t>
      </w:r>
      <w:r>
        <w:t>hai behisi shifa ke maani hain ke jo rasool Allah ke sath jo jure hue the jo</w:t>
      </w:r>
    </w:p>
    <w:p>
      <w:pPr>
        <w:jc w:val="right"/>
      </w:pPr>
      <w:r>
        <w:t>ہے بے حسی شفاء کے معنی ہیں کہ جو رسول اللہ کے ساتھ جو جڑے ہوئے تھے جو</w:t>
      </w:r>
    </w:p>
    <w:p>
      <w:r>
        <w:rPr>
          <w:b/>
        </w:rPr>
        <w:t xml:space="preserve">[31:02] </w:t>
      </w:r>
      <w:r>
        <w:t>log un ko kehte the yeh kam aqal log hain yeh un ko mana liya hai apna leader</w:t>
      </w:r>
    </w:p>
    <w:p>
      <w:pPr>
        <w:jc w:val="right"/>
      </w:pPr>
      <w:r>
        <w:t>لوگ ان کو کہتے تھے یہ کم عقل لوگ ہیں یہ ان کو منا لیا ہے اپنا لیڈر</w:t>
      </w:r>
    </w:p>
    <w:p>
      <w:r>
        <w:rPr>
          <w:b/>
        </w:rPr>
        <w:t xml:space="preserve">[31:08] </w:t>
      </w:r>
      <w:r>
        <w:t>hai un ke peeche chal rahe hain</w:t>
      </w:r>
    </w:p>
    <w:p>
      <w:pPr>
        <w:jc w:val="right"/>
      </w:pPr>
      <w:r>
        <w:t>ہے ان کے پیچھے چل رہے ہیں</w:t>
      </w:r>
    </w:p>
    <w:p>
      <w:r>
        <w:rPr>
          <w:b/>
        </w:rPr>
        <w:t xml:space="preserve">[31:14] </w:t>
      </w:r>
      <w:r>
        <w:t>humain hum ko aqal di hai hum hum check karte hain kahan sahi kahin kahan sahi kahan galat hai yeh to andhe muqallid hain yani doosre jo sahaba thay un ko kehte thay yeh to andhe muqallid hain shifa ka matlab yeh andhe muqallid hain hum ko to aqal di hai Allah ne hum hum hum samajhte hain baaton ko to yeh Allah ki nazar mein bohat hi bura hai bohat hi bura hai ke apne ek ghalat kaam mein mashg</w:t>
      </w:r>
    </w:p>
    <w:p>
      <w:pPr>
        <w:jc w:val="right"/>
      </w:pPr>
      <w:r>
        <w:t>ہمیں ہم کو عقل دی ہے ہم ہم چیک کرتے ہیں کہاں صحیح کہیں کہاں صحیح کہاں غلط ہے یہ تو اندھے مقلد ہیں یعنی دوسرے جو صحابہ تھے ان کو کہتے تھے یہ تو اندھے مقلد ہیں شفاء کا مطلب یہ اندھے مقلد ہیں ہم کو تو عقل دی ہے اللہ نے ہم ہم ہم سمجھتے ہیں باتوں کو تو یہ اللہ کی نظر میں بہت ہی برا ہے بہت ہی برا ہے کہ اپنے ایک غلط کام میں مشغ</w:t>
      </w:r>
    </w:p>
    <w:p>
      <w:r>
        <w:rPr>
          <w:b/>
        </w:rPr>
        <w:t xml:space="preserve">[31:44] </w:t>
      </w:r>
      <w:r>
        <w:t>wal hain aur is ki tazheer kar rahe hain ab ek galat kaam mein mashgool is ki tazheer</w:t>
      </w:r>
    </w:p>
    <w:p>
      <w:pPr>
        <w:jc w:val="right"/>
      </w:pPr>
      <w:r>
        <w:t>ول ہیں اور اس کی تذہیر کر رہے ہیں اب ایک غلط کام میں مشغول اس کی تذہیر</w:t>
      </w:r>
    </w:p>
    <w:p>
      <w:r>
        <w:rPr>
          <w:b/>
        </w:rPr>
        <w:t xml:space="preserve">[31:50] </w:t>
      </w:r>
      <w:r>
        <w:t>kar rahe hain yaani wahan par rasool Allah toheed dawat dawat chala rahe the toheed ki akhirat ki</w:t>
      </w:r>
    </w:p>
    <w:p>
      <w:pPr>
        <w:jc w:val="right"/>
      </w:pPr>
      <w:r>
        <w:t>کر رہے ہیں یعنی وہاں پر رسول اللہ توحید دعوت دعوت چلا رہے تھے توحید کی اخرت کی</w:t>
      </w:r>
    </w:p>
    <w:p>
      <w:r>
        <w:rPr>
          <w:b/>
        </w:rPr>
        <w:t xml:space="preserve">[31:56] </w:t>
      </w:r>
      <w:r>
        <w:t>is pe shoshe nikalte the woh aur logon ko badzan karte the aur woh sochte the ke hum</w:t>
      </w:r>
    </w:p>
    <w:p>
      <w:pPr>
        <w:jc w:val="right"/>
      </w:pPr>
      <w:r>
        <w:t>اس پہ شوشے نکالتے تھے وہ اور لوگوں کو بدزن کرتے تھے اور وہ سوچتے تھے کہ ہم</w:t>
      </w:r>
    </w:p>
    <w:p>
      <w:r>
        <w:rPr>
          <w:b/>
        </w:rPr>
        <w:t xml:space="preserve">[32:02] </w:t>
      </w:r>
      <w:r>
        <w:t>sahih karein hum hum hum islah kar rahe hain halanke islah nahi thi woh woh toh ek shaitani</w:t>
      </w:r>
    </w:p>
    <w:p>
      <w:pPr>
        <w:jc w:val="right"/>
      </w:pPr>
      <w:r>
        <w:t>صحیح کریں ہم ہم ہم اصلاح کر رہے ہیں حالانکہ اصلاح نہیں تھی وہ وہ تو ایک شیطانی</w:t>
      </w:r>
    </w:p>
    <w:p>
      <w:r>
        <w:rPr>
          <w:b/>
        </w:rPr>
        <w:t xml:space="preserve">[32:08] </w:t>
      </w:r>
      <w:r>
        <w:t>amal tha toh yeh yeh kirdaar yaani is</w:t>
      </w:r>
    </w:p>
    <w:p>
      <w:pPr>
        <w:jc w:val="right"/>
      </w:pPr>
      <w:r>
        <w:t>عمل تھا تو یہ یہ کردار یعنی اس</w:t>
      </w:r>
    </w:p>
    <w:p>
      <w:r>
        <w:rPr>
          <w:b/>
        </w:rPr>
        <w:t xml:space="preserve">[32:15] </w:t>
      </w:r>
      <w:r>
        <w:t>wajah se madine ka kirdaar hai poori tareekh mein aise log paye jate hain poori tareekh mein jin</w:t>
      </w:r>
    </w:p>
    <w:p>
      <w:pPr>
        <w:jc w:val="right"/>
      </w:pPr>
      <w:r>
        <w:t>وجہ سے مدینے کا کردار ہے پوری تاریخ میں ایسے لوگ پائے جاتے ہیں پوری تاریخ میں جن</w:t>
      </w:r>
    </w:p>
    <w:p>
      <w:r>
        <w:rPr>
          <w:b/>
        </w:rPr>
        <w:t xml:space="preserve">[32:22] </w:t>
      </w:r>
      <w:r>
        <w:t>ke andar imani zaaf ho jo sirf zahir ke aitbar se apne ko islam bana rakha ho waza</w:t>
      </w:r>
    </w:p>
    <w:p>
      <w:pPr>
        <w:jc w:val="right"/>
      </w:pPr>
      <w:r>
        <w:t>کے اندر ایمانی ضعف ہو جو صرف ظاہر کے اعتبار سے اپنے کو اسلام بنا رکھا ہو وضع</w:t>
      </w:r>
    </w:p>
    <w:p>
      <w:r>
        <w:rPr>
          <w:b/>
        </w:rPr>
        <w:t xml:space="preserve">[32:30] </w:t>
      </w:r>
      <w:r>
        <w:t>qaata ke aitbar se aur andar se un ke andar khauf khuda na ho un ka haal yahi</w:t>
      </w:r>
    </w:p>
    <w:p>
      <w:pPr>
        <w:jc w:val="right"/>
      </w:pPr>
      <w:r>
        <w:t>قطع کے اعتبار سے اور اندر سے ان کے اندر خوف خدا نہ ہو ان کا حال یہی</w:t>
      </w:r>
    </w:p>
    <w:p>
      <w:r>
        <w:rPr>
          <w:b/>
        </w:rPr>
        <w:t xml:space="preserve">[32:37] </w:t>
      </w:r>
      <w:r>
        <w:t>ho jata hai ala innahum hum al-suffah wala ala yalamoon sun lo ke wohi wohi suffah hain</w:t>
      </w:r>
    </w:p>
    <w:p>
      <w:pPr>
        <w:jc w:val="right"/>
      </w:pPr>
      <w:r>
        <w:t>ہو جاتا ہے الا انہم ہم الصفہ ولا الا یعلمون سن لو کہ وہی وہی صفا ہیں</w:t>
      </w:r>
    </w:p>
    <w:p>
      <w:r>
        <w:rPr>
          <w:b/>
        </w:rPr>
        <w:t xml:space="preserve">[32:45] </w:t>
      </w:r>
      <w:r>
        <w:t>agarche un ki is ki khabar nahi yani suffah kaha tha unhon ne un logon ko jo un ki nazar mein andhe muqallid ban kar ke rasool Allah ki sahaba ki pairwi kar rahe thay to kaha ke yahi suffah hain yahi andhe muqallid hain kyun woh woh to rasool Allah ki pairwi kar rahe hain tum to shaitan ki pairwi kar rahe ho tum shaitan ki pairwi shaitan jo tum ko sikhata hai usi pe chal rahe ho to andhe muqallid woh nahi hain jo rasool Allah ke</w:t>
      </w:r>
    </w:p>
    <w:p>
      <w:pPr>
        <w:jc w:val="right"/>
      </w:pPr>
      <w:r>
        <w:t>اگرچہ ان کی اس کی خبر نہیں یعنی صفا کہا تھا انہوں نے ان لوگوں کو جو ان کی نظر میں اندھے مقلد بن کر کے رسول اللہ کی صحابہ کی پیروی کر رہے تھے تو کہا کہ یہی صفا ہیں یہی اندھے مقلد ہیں کیوں وہ وہ تو رسول اللہ کی پیروی کر رہے ہیں تم تو شیطان کی پیروی کر رہے ہو تم شیطان کی پیروی شیطان جو تم کو سکھاتا ہے اسی پہ چل رہے ہو تو اندھے مقلد وہ نہیں ہیں جو رسول اللہ کے</w:t>
      </w:r>
    </w:p>
    <w:p>
      <w:r>
        <w:rPr>
          <w:b/>
        </w:rPr>
        <w:t xml:space="preserve">[33:15] </w:t>
      </w:r>
      <w:r>
        <w:t>peeche chal rahe hain tum khud andhe muqallid ho ke shaitan jo sikhata hai bas usi pe chalne lagte ho yeh bohat sakht remark hai yeh aise logon ke baray mein aur aise log hamesha paye jatay hain poori tareekh mein to yeh madine mein jo jo aise log thay un ko Quran mein bataya gaya taake baad ke zamane mein apply kar ke samajh saken logon ko log kaise hain h</w:t>
      </w:r>
    </w:p>
    <w:p>
      <w:pPr>
        <w:jc w:val="right"/>
      </w:pPr>
      <w:r>
        <w:t>پیچھے چل رہے ہیں تم خود اندھے مقلد ہو کہ شیطان جو سکھاتا ہے بس اسی پہ چلنے لگتے ہو یہ بہت سخت ریمارک ہے یہ ایسے لوگوں کے بارے میں اور ایسے لوگ ہمیشہ پائے جاتے ہیں پوری تاریخ میں تو یہ مدینے میں جو جو ایسے لوگ تھے ان کو قرآن میں بتایا گیا تاکہ بعد کے زمانے میں اپلائی کر کے سمجھ سکیں لوگوں کو لوگ کیسے ہیں ہ</w:t>
      </w:r>
    </w:p>
    <w:p>
      <w:r>
        <w:rPr>
          <w:b/>
        </w:rPr>
        <w:t xml:space="preserve">[33:45] </w:t>
      </w:r>
      <w:r>
        <w:t>r misaal jo makka mein ya madine mein thi jis ka zikr hai quran majeed mein woh hamesha</w:t>
      </w:r>
    </w:p>
    <w:p>
      <w:pPr>
        <w:jc w:val="right"/>
      </w:pPr>
      <w:r>
        <w:t>ر مثال جو مکہ میں یا مدینے میں تھی جس کا ذکر ہے قرآن مجید میں وہ ہمیشہ</w:t>
      </w:r>
    </w:p>
    <w:p>
      <w:r>
        <w:rPr>
          <w:b/>
        </w:rPr>
        <w:t xml:space="preserve">[33:51] </w:t>
      </w:r>
      <w:r>
        <w:t>re applicable hai ke baad ke zamane mein jo log hon un par apply kar ke hum samjhein</w:t>
      </w:r>
    </w:p>
    <w:p>
      <w:pPr>
        <w:jc w:val="right"/>
      </w:pPr>
      <w:r>
        <w:t>ری ایپلیکیبل ہے کہ بعد کے زمانے میں جو لوگ ہوں ان پر اپلائی کر کے ہم سمجھیں</w:t>
      </w:r>
    </w:p>
    <w:p>
      <w:r>
        <w:rPr>
          <w:b/>
        </w:rPr>
        <w:t xml:space="preserve">[33:57] </w:t>
      </w:r>
      <w:r>
        <w:t>un ki haqeeqat ko un ka tajziya kar sakein wa idha laq al-lazina amanu qalu amna.</w:t>
      </w:r>
    </w:p>
    <w:p>
      <w:pPr>
        <w:jc w:val="right"/>
      </w:pPr>
      <w:r>
        <w:t>ان کی حقیقت کو ان کا تجزیہ کر سکیں واذا لق الذین امنو قالو امنا.</w:t>
      </w:r>
    </w:p>
    <w:p>
      <w:r>
        <w:rPr>
          <w:b/>
        </w:rPr>
        <w:t xml:space="preserve">[34:03] </w:t>
      </w:r>
      <w:r>
        <w:t>aur jab woh milte hain ahle imaan se toh kehte hain ke hum hum toh tumhare sath hain</w:t>
      </w:r>
    </w:p>
    <w:p>
      <w:pPr>
        <w:jc w:val="right"/>
      </w:pPr>
      <w:r>
        <w:t>اور جب وہ ملتے ہیں اہل ایمان سے تو کہتے ہیں کہ ہم ہم تو تمہارے ساتھ ہیں</w:t>
      </w:r>
    </w:p>
    <w:p>
      <w:r>
        <w:rPr>
          <w:b/>
        </w:rPr>
        <w:t xml:space="preserve">[34:09] </w:t>
      </w:r>
      <w:r>
        <w:t>hum bhi imaan laye hain</w:t>
      </w:r>
    </w:p>
    <w:p>
      <w:pPr>
        <w:jc w:val="right"/>
      </w:pPr>
      <w:r>
        <w:t>ہم بھی ایمان لائے ہیں</w:t>
      </w:r>
    </w:p>
    <w:p>
      <w:r>
        <w:rPr>
          <w:b/>
        </w:rPr>
        <w:t xml:space="preserve">[34:15] </w:t>
      </w:r>
      <w:r>
        <w:t>wa idha khalu ila shayatinihim qalu inna maakum innama nahnu mustahziroon aur jab apne shaitanon se woh milte hain</w:t>
      </w:r>
    </w:p>
    <w:p>
      <w:pPr>
        <w:jc w:val="right"/>
      </w:pPr>
      <w:r>
        <w:t>واذا خلو الی شیاطین قالو انا معکم انما نحن مستہزئون اور جب اپنے شیاطین سے وہ ملتے ہیں</w:t>
      </w:r>
    </w:p>
    <w:p>
      <w:r>
        <w:rPr>
          <w:b/>
        </w:rPr>
        <w:t xml:space="preserve">[34:21] </w:t>
      </w:r>
      <w:r>
        <w:t>tanhai mein to woh kehte hain ke hum to tumhare sath hain yani ek taraf musalmanon se mile</w:t>
      </w:r>
    </w:p>
    <w:p>
      <w:pPr>
        <w:jc w:val="right"/>
      </w:pPr>
      <w:r>
        <w:t>تنہائی میں تو وہ کہتے ہیں کہ ہم تو تمہارے ساتھ ہیں یعنی ایک طرف مسلمانوں سے ملے</w:t>
      </w:r>
    </w:p>
    <w:p>
      <w:r>
        <w:rPr>
          <w:b/>
        </w:rPr>
        <w:t xml:space="preserve">[34:27] </w:t>
      </w:r>
      <w:r>
        <w:t>hue hain aur doosri taraf un se mile hue hain jo un ke mentor hain yeh bohat ajeeb</w:t>
      </w:r>
    </w:p>
    <w:p>
      <w:pPr>
        <w:jc w:val="right"/>
      </w:pPr>
      <w:r>
        <w:t>ہوئے ہیں اور دوسری طرف ان سے ملے ہوئے ہیں جو ان کے مینٹر ہیں یہ بہت عجیب</w:t>
      </w:r>
    </w:p>
    <w:p>
      <w:r>
        <w:rPr>
          <w:b/>
        </w:rPr>
        <w:t xml:space="preserve">[34:33] </w:t>
      </w:r>
      <w:r>
        <w:t>o ghareeb baat hai yeh munafiq insan ka kirdaar hai hamesha se raha hai aur hamesha rahega</w:t>
      </w:r>
    </w:p>
    <w:p>
      <w:pPr>
        <w:jc w:val="right"/>
      </w:pPr>
      <w:r>
        <w:t>و غریب بات ہے یہ منافق انسان کا کردار ہے ہمیشہ سے رہا ہے اور ہمیشہ رہے گا</w:t>
      </w:r>
    </w:p>
    <w:p>
      <w:r>
        <w:rPr>
          <w:b/>
        </w:rPr>
        <w:t xml:space="preserve">[34:39] </w:t>
      </w:r>
      <w:r>
        <w:t>ke to society mein apne aap ko ba-izzat banaye rakhne ke liye</w:t>
      </w:r>
    </w:p>
    <w:p>
      <w:pPr>
        <w:jc w:val="right"/>
      </w:pPr>
      <w:r>
        <w:t>کہ تو سوسائٹی میں اپنے اپ کو باعزت بنائے رکھنے کے لیے</w:t>
      </w:r>
    </w:p>
    <w:p>
      <w:r>
        <w:rPr>
          <w:b/>
        </w:rPr>
        <w:t xml:space="preserve">[34:45] </w:t>
      </w:r>
      <w:r>
        <w:t>aur logon se bhi milte hain jin ka aitbaar hai society society mein wahan bhi acha acha bane</w:t>
      </w:r>
    </w:p>
    <w:p>
      <w:pPr>
        <w:jc w:val="right"/>
      </w:pPr>
      <w:r>
        <w:t>اور لوگوں سے بھی ملتے ہیں جن کا اعتبار ہے سوسائٹی سوسائٹی میں وہاں بھی اچھا اچھا بنے</w:t>
      </w:r>
    </w:p>
    <w:p>
      <w:r>
        <w:rPr>
          <w:b/>
        </w:rPr>
        <w:t xml:space="preserve">[34:53] </w:t>
      </w:r>
      <w:r>
        <w:t>rehte hain woh aur doosri taraf doosre log jo takhreeb takhreeb zehn ke hain jo chahte hain ke</w:t>
      </w:r>
    </w:p>
    <w:p>
      <w:pPr>
        <w:jc w:val="right"/>
      </w:pPr>
      <w:r>
        <w:t>رہتے ہیں وہ اور دوسری طرف دوسرے لوگ جو تخریب تخریب ذہن کے ہیں جو چاہتے ہیں کہ</w:t>
      </w:r>
    </w:p>
    <w:p>
      <w:r>
        <w:rPr>
          <w:b/>
        </w:rPr>
        <w:t xml:space="preserve">[35:01] </w:t>
      </w:r>
      <w:r>
        <w:t>sachai par log na chalen sachai se door ho jayen to un se bhi mile hue hain un</w:t>
      </w:r>
    </w:p>
    <w:p>
      <w:pPr>
        <w:jc w:val="right"/>
      </w:pPr>
      <w:r>
        <w:t>سچائی پر لوگ نہ چلیں سچائی سے دور ہو جائیں تو ان سے بھی ملے ہوئے ہیں ان</w:t>
      </w:r>
    </w:p>
    <w:p>
      <w:r>
        <w:rPr>
          <w:b/>
        </w:rPr>
        <w:t xml:space="preserve">[35:08] </w:t>
      </w:r>
      <w:r>
        <w:t>se bhi kehte hain ke hum to tumhare sath hain to is ko kehte hain double character</w:t>
      </w:r>
    </w:p>
    <w:p>
      <w:pPr>
        <w:jc w:val="right"/>
      </w:pPr>
      <w:r>
        <w:t>سے بھی کہتے ہیں کہ ہم تو تمہارے ساتھ ہیں تو اس کو کہتے ہیں ڈبل کریکٹر</w:t>
      </w:r>
    </w:p>
    <w:p>
      <w:r>
        <w:rPr>
          <w:b/>
        </w:rPr>
        <w:t xml:space="preserve">[35:16] </w:t>
      </w:r>
      <w:r>
        <w:t>dohra mayar hamesha aise logon ka tareeqa yeh hai ke woh dohra mayar par qaim rehte hain aur</w:t>
      </w:r>
    </w:p>
    <w:p>
      <w:pPr>
        <w:jc w:val="right"/>
      </w:pPr>
      <w:r>
        <w:t>دہرا معیار ہمیشہ ایسے لوگوں کا طریقہ یہ ہے کہ وہ دہرا معیار پر قائم رہتے ہیں اور</w:t>
      </w:r>
    </w:p>
    <w:p>
      <w:r>
        <w:rPr>
          <w:b/>
        </w:rPr>
        <w:t xml:space="preserve">[35:22] </w:t>
      </w:r>
      <w:r>
        <w:t>idhar yeh achhe bane rehte hain idhar bhi achhe bane rehte hain bane rehte hain inma nahnu mustahziun</w:t>
      </w:r>
    </w:p>
    <w:p>
      <w:pPr>
        <w:jc w:val="right"/>
      </w:pPr>
      <w:r>
        <w:t>ادھر یہ اچھے بنے رہتے ہیں ادھر بھی اچھے بنے رہتے ہیں بنے رہتے ہیں انما نحن مستہزئون</w:t>
      </w:r>
    </w:p>
    <w:p>
      <w:r>
        <w:rPr>
          <w:b/>
        </w:rPr>
        <w:t xml:space="preserve">[35:28] </w:t>
      </w:r>
      <w:r>
        <w:t>hum to istehza kar rahe the matlab jo takhreeb kar log hain jab un se milte hain to</w:t>
      </w:r>
    </w:p>
    <w:p>
      <w:pPr>
        <w:jc w:val="right"/>
      </w:pPr>
      <w:r>
        <w:t>ہم تو استہزاء کر رہے تھے مطلب جو تخریب کار لوگ ہیں جب ان سے ملتے ہیں تو</w:t>
      </w:r>
    </w:p>
    <w:p>
      <w:r>
        <w:rPr>
          <w:b/>
        </w:rPr>
        <w:t xml:space="preserve">[35:34] </w:t>
      </w:r>
      <w:r>
        <w:t>woh poochte hain ke bhai tum to gaye the falan se milne ke liye wahan to unhon ne</w:t>
      </w:r>
    </w:p>
    <w:p>
      <w:pPr>
        <w:jc w:val="right"/>
      </w:pPr>
      <w:r>
        <w:t>وہ پوچھتے ہیں کہ بھئی تم تو گئے تھے فلاں سے ملنے کے لیے وہاں تو انہوں نے</w:t>
      </w:r>
    </w:p>
    <w:p>
      <w:r>
        <w:rPr>
          <w:b/>
        </w:rPr>
        <w:t xml:space="preserve">[35:40] </w:t>
      </w:r>
      <w:r>
        <w:t>bari achhi baaten keen kaha hum to use istehza kar rahe the</w:t>
      </w:r>
    </w:p>
    <w:p>
      <w:pPr>
        <w:jc w:val="right"/>
      </w:pPr>
      <w:r>
        <w:t>بڑی اچھی باتیں کیں کہا ہم تو اسے استہزاء کر رہے تھے</w:t>
      </w:r>
    </w:p>
    <w:p>
      <w:r>
        <w:rPr>
          <w:b/>
        </w:rPr>
        <w:t xml:space="preserve">[35:46] </w:t>
      </w:r>
      <w:r>
        <w:t>yeh bewakoof logon ko yani is jo sachche ahl-e-iman hain un se jo kuch kehte hain is</w:t>
      </w:r>
    </w:p>
    <w:p>
      <w:pPr>
        <w:jc w:val="right"/>
      </w:pPr>
      <w:r>
        <w:t>یہ بیوقوف لوگوں کو یعنی اس جو سچے اہل ایمان ہیں ان سے جو کچھ کہتے ہیں اس</w:t>
      </w:r>
    </w:p>
    <w:p>
      <w:r>
        <w:rPr>
          <w:b/>
        </w:rPr>
        <w:t xml:space="preserve">[35:54] </w:t>
      </w:r>
      <w:r>
        <w:t>ko istehza bana dete hain yeh bohat hi yani rizq ki character hai jo har zaban mein paya</w:t>
      </w:r>
    </w:p>
    <w:p>
      <w:pPr>
        <w:jc w:val="right"/>
      </w:pPr>
      <w:r>
        <w:t>کو استہزاء بنا دیتے ہیں یہ بہت ہی یعنی رزق کی کریکٹر ہے جو ہر زبان میں پایا</w:t>
      </w:r>
    </w:p>
    <w:p>
      <w:r>
        <w:rPr>
          <w:b/>
        </w:rPr>
        <w:t xml:space="preserve">[36:01] </w:t>
      </w:r>
      <w:r>
        <w:t>jayega koi zaban is se khali nahi ho sakta Allah yastahzi bihim wayamudduhum fi tughyanihim na'amahum Allah</w:t>
      </w:r>
    </w:p>
    <w:p>
      <w:pPr>
        <w:jc w:val="right"/>
      </w:pPr>
      <w:r>
        <w:t>جائے گا کوئی زبان اس سے خالی نہیں ہو سکتا اللہ یستہزئ بہم ویمدهم فی طغیانہم نعمہم اللہ</w:t>
      </w:r>
    </w:p>
    <w:p>
      <w:r>
        <w:rPr>
          <w:b/>
        </w:rPr>
        <w:t xml:space="preserve">[36:09] </w:t>
      </w:r>
      <w:r>
        <w:t>un se istehza karta hai aur un ke</w:t>
      </w:r>
    </w:p>
    <w:p>
      <w:pPr>
        <w:jc w:val="right"/>
      </w:pPr>
      <w:r>
        <w:t>ان سے استہزاء کرتا ہے اور ان کے</w:t>
      </w:r>
    </w:p>
    <w:p>
      <w:r>
        <w:rPr>
          <w:b/>
        </w:rPr>
        <w:t xml:space="preserve">[36:16] </w:t>
      </w:r>
      <w:r>
        <w:t>aur un ke un ke burai mein un ko dheel deta hai taake is mein aur aage badhte</w:t>
      </w:r>
    </w:p>
    <w:p>
      <w:pPr>
        <w:jc w:val="right"/>
      </w:pPr>
      <w:r>
        <w:t>اور ان کے ان کے برائی میں ان کو ڈھیل دیتا ہے تاکہ اس میں اور اگے بڑھتے</w:t>
      </w:r>
    </w:p>
    <w:p>
      <w:r>
        <w:rPr>
          <w:b/>
        </w:rPr>
        <w:t xml:space="preserve">[36:24] </w:t>
      </w:r>
      <w:r>
        <w:t>chale jayen woh to yeh jo hai ke Allah un se istehza karta hai yeh lafzi ma'ne mein</w:t>
      </w:r>
    </w:p>
    <w:p>
      <w:pPr>
        <w:jc w:val="right"/>
      </w:pPr>
      <w:r>
        <w:t>چلے جائیں وہ تو یہ جو ہے کہ اللہ ان سے استہزاء کرتا ہے یہ لفظی معنی میں</w:t>
      </w:r>
    </w:p>
    <w:p>
      <w:r>
        <w:rPr>
          <w:b/>
        </w:rPr>
        <w:t xml:space="preserve">[36:33] </w:t>
      </w:r>
      <w:r>
        <w:t>nahi hai lafzi ma'ne mein nahi hai Allah na'uzubillah kisi se istehza nahi kar sakta to is</w:t>
      </w:r>
    </w:p>
    <w:p>
      <w:pPr>
        <w:jc w:val="right"/>
      </w:pPr>
      <w:r>
        <w:t>نہیں ہے لفظی معنی میں نہیں ہے اللہ نعوذ باللہ کسی سے استہزاء نہیں کر سکتا تو اس</w:t>
      </w:r>
    </w:p>
    <w:p>
      <w:r>
        <w:rPr>
          <w:b/>
        </w:rPr>
        <w:t xml:space="preserve">[36:41] </w:t>
      </w:r>
      <w:r>
        <w:t>ka matlab hai ke Allah un ke istehza ko tolerate kar raha hai kyunke yeh is dunya mein</w:t>
      </w:r>
    </w:p>
    <w:p>
      <w:pPr>
        <w:jc w:val="right"/>
      </w:pPr>
      <w:r>
        <w:t>کا مطلب ہے کہ اللہ ان کے استہزاء کو ٹولریٹ کر رہا ہے کیونکہ یہ اس دنیا میں</w:t>
      </w:r>
    </w:p>
    <w:p>
      <w:r>
        <w:rPr>
          <w:b/>
        </w:rPr>
        <w:t xml:space="preserve">[36:49] </w:t>
      </w:r>
      <w:r>
        <w:t>azadi baqi rahegi qayamat tak qayamat tak azadi baqi rahegi Allah taala kisi ki azadi ko</w:t>
      </w:r>
    </w:p>
    <w:p>
      <w:pPr>
        <w:jc w:val="right"/>
      </w:pPr>
      <w:r>
        <w:t>ازادی باقی رہے گی قیامت تک قیامت تک ازادی باقی رہے گی اللہ تعالی کسی کی ازادی کو</w:t>
      </w:r>
    </w:p>
    <w:p>
      <w:r>
        <w:rPr>
          <w:b/>
        </w:rPr>
        <w:t xml:space="preserve">[36:56] </w:t>
      </w:r>
      <w:r>
        <w:t>abaish nahi karega to is ke ma'ne hain ke Allah un ko dheel de raha hai un</w:t>
      </w:r>
    </w:p>
    <w:p>
      <w:pPr>
        <w:jc w:val="right"/>
      </w:pPr>
      <w:r>
        <w:t>ابائش نہیں کرے گا تو اس کے معنی ہیں کہ اللہ ان کو ڈھیل دے رہا ہے ان</w:t>
      </w:r>
    </w:p>
    <w:p>
      <w:r>
        <w:rPr>
          <w:b/>
        </w:rPr>
        <w:t xml:space="preserve">[37:04] </w:t>
      </w:r>
      <w:r>
        <w:t>ko mauqa de raha hai ke aur jis tarah se chahe rahen aur jitna chahe istehza karen to</w:t>
      </w:r>
    </w:p>
    <w:p>
      <w:pPr>
        <w:jc w:val="right"/>
      </w:pPr>
      <w:r>
        <w:t>کو موقع دے رہا ہے کہ اور جس طرح سے چاہے رہیں اور جتنا چاہے استہزاء کریں تو</w:t>
      </w:r>
    </w:p>
    <w:p>
      <w:r>
        <w:rPr>
          <w:b/>
        </w:rPr>
        <w:t xml:space="preserve">[37:11] </w:t>
      </w:r>
      <w:r>
        <w:t>yeh jo Allah un se istehza karta hai yeh isi ma'ne mein hai ke un ko dheel de raha hai</w:t>
      </w:r>
    </w:p>
    <w:p>
      <w:pPr>
        <w:jc w:val="right"/>
      </w:pPr>
      <w:r>
        <w:t>یہ جو اللہ ان سے استہزاء کرتا ہے یہ اسی معنی میں ہے کہ ان کو ڈھیل دے رہا ہے</w:t>
      </w:r>
    </w:p>
    <w:p>
      <w:r>
        <w:rPr>
          <w:b/>
        </w:rPr>
        <w:t xml:space="preserve">[37:19] </w:t>
      </w:r>
      <w:r>
        <w:t>aur un ki pakad jab hogi tab un ko samajh mein aaye ga ke ke main kitne bara</w:t>
      </w:r>
    </w:p>
    <w:p>
      <w:pPr>
        <w:jc w:val="right"/>
      </w:pPr>
      <w:r>
        <w:t>اور ان کی پکڑ جب ہوگی تب ان کو سمجھ میں ائے گا کہ کہ میں کتنے بڑا</w:t>
      </w:r>
    </w:p>
    <w:p>
      <w:r>
        <w:rPr>
          <w:b/>
        </w:rPr>
        <w:t xml:space="preserve">[37:26] </w:t>
      </w:r>
      <w:r>
        <w:t>rizq liya hai main ne awlaa ikal lazina ashtarao al-dalalata bil-huda yeh woh log hain jinhon ne hidayat ke</w:t>
      </w:r>
    </w:p>
    <w:p>
      <w:pPr>
        <w:jc w:val="right"/>
      </w:pPr>
      <w:r>
        <w:t>رزق لیا ہے میں نے اولئک الذین اشترو الضلالۃ بالہدی یہ وہ لوگ ہیں جنہوں نے ہدایت کے</w:t>
      </w:r>
    </w:p>
    <w:p>
      <w:r>
        <w:rPr>
          <w:b/>
        </w:rPr>
        <w:t xml:space="preserve">[37:34] </w:t>
      </w:r>
      <w:r>
        <w:t>badle gumrahi khareedi hidayat ke badle gumrahi khareedi ka mani hai ke hidayat ka moqa tha yani tauheed</w:t>
      </w:r>
    </w:p>
    <w:p>
      <w:pPr>
        <w:jc w:val="right"/>
      </w:pPr>
      <w:r>
        <w:t>بدلے گمراہی خریدی ہدایت کے بدلے گمراہی خریدی کا معنی ہے کہ ہدایت کا موقع تھا یعنی توحید</w:t>
      </w:r>
    </w:p>
    <w:p>
      <w:r>
        <w:rPr>
          <w:b/>
        </w:rPr>
        <w:t xml:space="preserve">[37:41] </w:t>
      </w:r>
      <w:r>
        <w:t>ki tareekh chal rahi thi wahan rasool Allah ke achhe achhe saathi ban</w:t>
      </w:r>
    </w:p>
    <w:p>
      <w:pPr>
        <w:jc w:val="right"/>
      </w:pPr>
      <w:r>
        <w:t>کی تاریخ چل رہی تھی وہاں رسول اللہ کے اچھے اچھے ساتھی بن</w:t>
      </w:r>
    </w:p>
    <w:p>
      <w:r>
        <w:rPr>
          <w:b/>
        </w:rPr>
        <w:t xml:space="preserve">[37:49] </w:t>
      </w:r>
      <w:r>
        <w:t>rahe the to hidayat ka darwaza khul raha tha hidayat ki fiza ban rahi thi hidayat par chalne</w:t>
      </w:r>
    </w:p>
    <w:p>
      <w:pPr>
        <w:jc w:val="right"/>
      </w:pPr>
      <w:r>
        <w:t>رہے تھے تو ہدایت کا دروازہ کھل رہا تھا ہدایت کی فضا بن رہی تھی ہدایت پر چلنے</w:t>
      </w:r>
    </w:p>
    <w:p>
      <w:r>
        <w:rPr>
          <w:b/>
        </w:rPr>
        <w:t xml:space="preserve">[37:57] </w:t>
      </w:r>
      <w:r>
        <w:t>ke halaat wahan par qaim the to bajaye is ke ke un ka saath dein unhon ne woh</w:t>
      </w:r>
    </w:p>
    <w:p>
      <w:pPr>
        <w:jc w:val="right"/>
      </w:pPr>
      <w:r>
        <w:t>کے حالات وہاں پر قائم تھے تو بجائے اس کے کہ ان کا ساتھ دیں انہوں نے وہ</w:t>
      </w:r>
    </w:p>
    <w:p>
      <w:r>
        <w:rPr>
          <w:b/>
        </w:rPr>
        <w:t xml:space="preserve">[38:04] </w:t>
      </w:r>
      <w:r>
        <w:t>jo woh logon ka saath diya jo khamoshi ke sath taخreeb kari karte the taخreeb kari ka mani</w:t>
      </w:r>
    </w:p>
    <w:p>
      <w:pPr>
        <w:jc w:val="right"/>
      </w:pPr>
      <w:r>
        <w:t>جو وہ لوگوں کا ساتھ دیا جو خاموشی کے ساتھ تخریب کاری کرتے تھے تخریب کاری کا معنی</w:t>
      </w:r>
    </w:p>
    <w:p>
      <w:r>
        <w:rPr>
          <w:b/>
        </w:rPr>
        <w:t xml:space="preserve">[38:12] </w:t>
      </w:r>
      <w:r>
        <w:t>hai ke khamoshi ke sath shoshe nikalna khamoshi khamoshi ke sath badli phail</w:t>
      </w:r>
    </w:p>
    <w:p>
      <w:pPr>
        <w:jc w:val="right"/>
      </w:pPr>
      <w:r>
        <w:t>ہے کہ خاموشی کے ساتھ شوشے نکالنا خاموشی خاموشی کے ساتھ بدلی پھیل</w:t>
      </w:r>
    </w:p>
    <w:p>
      <w:r>
        <w:rPr>
          <w:b/>
        </w:rPr>
        <w:t xml:space="preserve">[38:19] </w:t>
      </w:r>
      <w:r>
        <w:t>ana khamoshi ke sath logon ko badal karna un se juray rehtay thay woh yeh bohat hi khatarnak kirdar hai jo har zamanay mein paya jata hai fa ma rabihat tijaratuhum wa ma kanoo muhtadeen un ki tijarat un ke liye faida bakhsh sabit nahi hui aur woh hidayat bhi nahi mili un ko rabihat tijaratun ka ma'ani hai ke unhonay chaha</w:t>
      </w:r>
    </w:p>
    <w:p>
      <w:pPr>
        <w:jc w:val="right"/>
      </w:pPr>
      <w:r>
        <w:t>انا خاموشی کے ساتھ لوگوں کو بدل کرنا ان سے جڑے رہتے تھے وہ یہ بہت ہی خطرناک کردار ہے جو ہر زمانے میں پایا جاتا ہے فما ربحت تجارتہم وما کانوا مهتدین ان کی تجارت ان کے لیے فائدہ بخش ثابت نہیں ہوئی اور وہ ہدایت بھی نہیں ملی ان کو ربحت تجارتوں کا معنی ہے کہ انہوں نے چاہا</w:t>
      </w:r>
    </w:p>
    <w:p>
      <w:r>
        <w:rPr>
          <w:b/>
        </w:rPr>
        <w:t xml:space="preserve">[38:49] </w:t>
      </w:r>
      <w:r>
        <w:t>tha ke woh woh jeopardize kar dain sachai ki tehreek ko woh nakam kar dain toheed ke mission ko to woh chala nahi un ka yeh matlab hai is ka un ki tijarat kamyab nahi rahi jis maqsad se unhonay yeh sab kiya tha ke shoshon ki siyasat aur badnaam karna logon ko aur un ko un ko un ki doubt full banana un ki shakhsiyat ko yeh</w:t>
      </w:r>
    </w:p>
    <w:p>
      <w:pPr>
        <w:jc w:val="right"/>
      </w:pPr>
      <w:r>
        <w:t>تھا کہ وہ وہ جیپرٹائز کر دیں سچائی کی تحریک کو وہ ناکام کر دیں توحید کے مشن کو تو وہ چلا نہیں ان کا یہ مطلب ہے اس کا ان کی تجارت کامیاب نہیں رہی جس مقصد سے انہوں نے یہ سب کیا تھا کہ شوشوں کی سیاست اور بدنام کرنا لوگوں کو اور ان کو ان کو ان کی ڈاؤٹ فل بنانا ان کی شخصیت کو یہ</w:t>
      </w:r>
    </w:p>
    <w:p>
      <w:r>
        <w:rPr>
          <w:b/>
        </w:rPr>
        <w:t xml:space="preserve">[39:19] </w:t>
      </w:r>
      <w:r>
        <w:t>Chala nahi wo wo wo khud hi unki unki sab sazishain jeopardized ho gayi aur khud</w:t>
      </w:r>
    </w:p>
    <w:p>
      <w:pPr>
        <w:jc w:val="right"/>
      </w:pPr>
      <w:r>
        <w:t>چلا نہیں وہ وہ وہ خود ہی ان کی ان کی سب سازشیں جیپرٹائز ہو گئی اور خود</w:t>
      </w:r>
    </w:p>
    <w:p>
      <w:r>
        <w:rPr>
          <w:b/>
        </w:rPr>
        <w:t xml:space="preserve">[39:27] </w:t>
      </w:r>
      <w:r>
        <w:t>bhi un ko hidayat nahi mili yani na to woh bigaad na to woh bigaad sake kuch sachai</w:t>
      </w:r>
    </w:p>
    <w:p>
      <w:pPr>
        <w:jc w:val="right"/>
      </w:pPr>
      <w:r>
        <w:t>بھی ان کو ہدایت نہیں ملی یعنی نہ تو وہ بگاڑ نہ تو وہ بگاڑ سکے کچھ سچائی</w:t>
      </w:r>
    </w:p>
    <w:p>
      <w:r>
        <w:rPr>
          <w:b/>
        </w:rPr>
        <w:t xml:space="preserve">[39:34] </w:t>
      </w:r>
      <w:r>
        <w:t>ki tehreek ka aur na khud un ko kuch mila dono taraf se khass dunya wala aakhirah dono taraf</w:t>
      </w:r>
    </w:p>
    <w:p>
      <w:pPr>
        <w:jc w:val="right"/>
      </w:pPr>
      <w:r>
        <w:t>کی تحریک کا اور نہ خود ان کو کچھ ملا دونوں طرف سے خص دنیا والاخرہ دونوں طرف</w:t>
      </w:r>
    </w:p>
    <w:p>
      <w:r>
        <w:rPr>
          <w:b/>
        </w:rPr>
        <w:t xml:space="preserve">[39:42] </w:t>
      </w:r>
      <w:r>
        <w:t>se woh ghaate mein rahe misluhum kamal lazina qadnaara un ki</w:t>
      </w:r>
    </w:p>
    <w:p>
      <w:pPr>
        <w:jc w:val="right"/>
      </w:pPr>
      <w:r>
        <w:t>سے وہ گھاٹے میں رہے مثلہم کمل الذی قدنارا ان کی</w:t>
      </w:r>
    </w:p>
    <w:p>
      <w:r>
        <w:rPr>
          <w:b/>
        </w:rPr>
        <w:t xml:space="preserve">[39:49] </w:t>
      </w:r>
      <w:r>
        <w:t>misal aisay shakhs ki hai ke us ne aag jalai falamma adha'at ma hawlah jab khoob roshan ho gaya mahol dhahab Allah binoorihim to Allah ne un ki roshni cheen li wa tarakahum fi dhulumaat Allah un ko chor diya tareeki mein unhein kuch dikhai nahi deta dekhen yeh tamseel ki zaban mein yeh kaha gaya hai ke madinay mein Allah ne aik roshni phailai thi toheed ki roshni peghambar ke zariye se aur sahaba</w:t>
      </w:r>
    </w:p>
    <w:p>
      <w:pPr>
        <w:jc w:val="right"/>
      </w:pPr>
      <w:r>
        <w:t>مثال ایسے شخص کی ہے کہ اس نے اگ جلائی فلما اضاعت ما حولہ جب خوب روشن ہو گیا ماحول ذہب اللہ بنورہم تو اللہ نے ان کی روشنی چھین لی وترکہم فی ظلمات اللہ ان کو چھوڑ دیا تاریکی میں انہیں کچھ دکھائی نہیں دیتا دیکھیں یہ تمثیل کی زبان میں یہ کہا گیا ہے کہ مدینے میں اللہ نے ایک روشنی پھیلائی تھی توحید کی روشنی پیغمبر کے ذریعے سے اور صحابہ</w:t>
      </w:r>
    </w:p>
    <w:p>
      <w:r>
        <w:rPr>
          <w:b/>
        </w:rPr>
        <w:t xml:space="preserve">[40:19] </w:t>
      </w:r>
      <w:r>
        <w:t>ke zariye se to mahaul roshan ho gaya lekin aaenda waqt un ki Allah taala ne un ki</w:t>
      </w:r>
    </w:p>
    <w:p>
      <w:pPr>
        <w:jc w:val="right"/>
      </w:pPr>
      <w:r>
        <w:t>کے ذریعے سے تو ماحول روشن ہو گیا لیکن ائندہ وقت ان کی اللہ تعالی نے ان کی</w:t>
      </w:r>
    </w:p>
    <w:p>
      <w:r>
        <w:rPr>
          <w:b/>
        </w:rPr>
        <w:t xml:space="preserve">[40:27] </w:t>
      </w:r>
      <w:r>
        <w:t>aankhein chheen leen chheen ne ka mani yeh nahi ke woh andhe ho gaye yeh matlab nahi hai balke</w:t>
      </w:r>
    </w:p>
    <w:p>
      <w:pPr>
        <w:jc w:val="right"/>
      </w:pPr>
      <w:r>
        <w:t>اکھیں چھین لیں چھیننے کا معنی یہ نہیں کہ وہ اندھے ہو گئے یہ مطلب نہیں ہے بلکہ</w:t>
      </w:r>
    </w:p>
    <w:p>
      <w:r>
        <w:rPr>
          <w:b/>
        </w:rPr>
        <w:t xml:space="preserve">[40:34] </w:t>
      </w:r>
      <w:r>
        <w:t>shaitan ne un ko galat rukh par un ke zehan ko daal diya yani sahi rukh par daal ne</w:t>
      </w:r>
    </w:p>
    <w:p>
      <w:pPr>
        <w:jc w:val="right"/>
      </w:pPr>
      <w:r>
        <w:t>شیطان نے ان کو غلط رخ پر ان کے ذہن کو ڈال دیا یعنی صحیح رخ پر ڈالنے</w:t>
      </w:r>
    </w:p>
    <w:p>
      <w:r>
        <w:rPr>
          <w:b/>
        </w:rPr>
        <w:t xml:space="preserve">[40:42] </w:t>
      </w:r>
      <w:r>
        <w:t>ki bajaye galat rukh par daal diya mislan yeh ke yeh to leadery hai yeh to siyasat hai yeh to</w:t>
      </w:r>
    </w:p>
    <w:p>
      <w:pPr>
        <w:jc w:val="right"/>
      </w:pPr>
      <w:r>
        <w:t>کی بجائے غلط رخ پر ڈال دیا مثلا یہ کہ یہ تو لیڈری ہے یہ تو سیاست ہے یہ تو</w:t>
      </w:r>
    </w:p>
    <w:p>
      <w:r>
        <w:rPr>
          <w:b/>
        </w:rPr>
        <w:t xml:space="preserve">[40:49] </w:t>
      </w:r>
      <w:r>
        <w:t>apnay apnay ko numayan karna hai is qism ki baat daal di shaitan ne to roshni ke bawajood hum nay kuch dikhai nahi diya jab sachai ki tehreek chalay to woh aik goya aik aik roshni samnay ati hai jis se log sachai ko dekhen aur payen yani ayen isi waqt shaitan active ho jata hai aur isi wajah is logon ke zehn mein</w:t>
      </w:r>
    </w:p>
    <w:p>
      <w:pPr>
        <w:jc w:val="right"/>
      </w:pPr>
      <w:r>
        <w:t>اپنے اپنے کو نمایاں کرنا ہے اس قسم کی بات ڈال دی شیطان نے تو روشنی کے باوجود ہم نے کچھ دکھائی نہیں دیا جب سچائی کی تحریک چلے تو وہ ایک گویا ایک ایک روشنی سامنے اتی ہے جس سے لوگ سچائی کو دیکھیں اور پائیں یعنی ائیں اسی وقت شیطان ایکٹیو ہو جاتا ہے اور اسی وجہ اس لوگوں کے ذہن میں</w:t>
      </w:r>
    </w:p>
    <w:p>
      <w:r>
        <w:rPr>
          <w:b/>
        </w:rPr>
        <w:t xml:space="preserve">[41:19] </w:t>
      </w:r>
      <w:r>
        <w:t>fasaad daalta hai yani shubhat daalta hai is shubhat ki wajah se woh mehroom ho jate hain ke</w:t>
      </w:r>
    </w:p>
    <w:p>
      <w:pPr>
        <w:jc w:val="right"/>
      </w:pPr>
      <w:r>
        <w:t>فساد ڈالتا ہے یعنی شبہات ڈالتا ہے اس شبہات کی وجہ سے وہ محروم ہو جاتے ہیں کہ</w:t>
      </w:r>
    </w:p>
    <w:p>
      <w:r>
        <w:rPr>
          <w:b/>
        </w:rPr>
        <w:t xml:space="preserve">[41:27] </w:t>
      </w:r>
      <w:r>
        <w:t>woh is roshni se faida uthayein to yeh asal mein yeh shaitani shubhat ki taraf ishara hai shaitani</w:t>
      </w:r>
    </w:p>
    <w:p>
      <w:pPr>
        <w:jc w:val="right"/>
      </w:pPr>
      <w:r>
        <w:t>وہ اس روشنی سے فائدہ اٹھائیں تو یہ اصل میں یہ شیطانی شبہات کی طرف اشارہ ہے شیطانی</w:t>
      </w:r>
    </w:p>
    <w:p>
      <w:r>
        <w:rPr>
          <w:b/>
        </w:rPr>
        <w:t xml:space="preserve">[41:35] </w:t>
      </w:r>
      <w:r>
        <w:t>shubhat ki taraf ke yeh yeh to arab mein hukoomat chahte hain yeh to apni burai chahte hain</w:t>
      </w:r>
    </w:p>
    <w:p>
      <w:pPr>
        <w:jc w:val="right"/>
      </w:pPr>
      <w:r>
        <w:t>شبہات کی طرف کہ یہ یہ تو عرب میں حکومت چاہتے ہیں یہ تو اپنی برائی چاہتے ہیں</w:t>
      </w:r>
    </w:p>
    <w:p>
      <w:r>
        <w:rPr>
          <w:b/>
        </w:rPr>
        <w:t xml:space="preserve">[41:43] </w:t>
      </w:r>
      <w:r>
        <w:t>yeh to apne ko ooncha dikhana chahte hain</w:t>
      </w:r>
    </w:p>
    <w:p>
      <w:pPr>
        <w:jc w:val="right"/>
      </w:pPr>
      <w:r>
        <w:t>یہ تو اپنے کو اونچا دکھانا چاہتے ہیں</w:t>
      </w:r>
    </w:p>
    <w:p>
      <w:r>
        <w:rPr>
          <w:b/>
        </w:rPr>
        <w:t xml:space="preserve">[41:50] </w:t>
      </w:r>
      <w:r>
        <w:t>yani mukhtalif qism ki cheezain shoshay nikal kar ke logon ke zehn ko masmoom kar detay hain to phir roshni agarche maujood hoti hai lekin kuch dikhai deta hai un ko kuch dikhai nahi deta un ko yani shoshon ke is mein shoshon ki jis ko kehtay hain shoshon ki siyasat shoshon ki siyasat ki nishandahi ki gayi hai ke hamesha aisay mauqa par log shoshay nikal kar log batkat</w:t>
      </w:r>
    </w:p>
    <w:p>
      <w:pPr>
        <w:jc w:val="right"/>
      </w:pPr>
      <w:r>
        <w:t>یعنی مختلف قسم کی چیزیں شوشے نکال کر کے لوگوں کے ذہن کو مسموم کر دیتے ہیں تو پھر روشنی اگرچہ موجود ہوتی ہے لیکن کچھ دکھائی دیتا ہے ان کو کچھ دکھائی نہیں دیتا ان کو یعنی شوشوں کے اس میں شوشوں کی جس کو کہتے ہیں شوشوں کی سیاست شوشوں کی سیاست کی نشاندہی کی گئی ہے کہ ہمیشہ ایسے موقع پر لوگ شوشے نکال کر لوگ بتکات</w:t>
      </w:r>
    </w:p>
    <w:p>
      <w:r>
        <w:rPr>
          <w:b/>
        </w:rPr>
        <w:t xml:space="preserve">[42:20] </w:t>
      </w:r>
      <w:r>
        <w:t>e hain aur phir khud bhi khud bhi mehroom rehte hain doosron ki mehroom karte hue samam bukm</w:t>
      </w:r>
    </w:p>
    <w:p>
      <w:pPr>
        <w:jc w:val="right"/>
      </w:pPr>
      <w:r>
        <w:t>ے ہیں اور پھر خود بھی خود بھی محروم رہتے ہیں دوسروں کی محروم کرتے ہوئے سمم بکم</w:t>
      </w:r>
    </w:p>
    <w:p>
      <w:r>
        <w:rPr>
          <w:b/>
        </w:rPr>
        <w:t xml:space="preserve">[42:30] </w:t>
      </w:r>
      <w:r>
        <w:t>umyun fahum la yarjiun woh behre hain goonge hain woh andhe hain woh lotne wale nahi hain yeh jo</w:t>
      </w:r>
    </w:p>
    <w:p>
      <w:pPr>
        <w:jc w:val="right"/>
      </w:pPr>
      <w:r>
        <w:t>عمین فہم لایرجعون وہ بہرے ہیں گونگے ہیں وہ اندھے ہیں وہ لوٹنے والے نہیں ہیں یہ جو</w:t>
      </w:r>
    </w:p>
    <w:p>
      <w:r>
        <w:rPr>
          <w:b/>
        </w:rPr>
        <w:t xml:space="preserve">[42:40] </w:t>
      </w:r>
      <w:r>
        <w:t>alfaaz hain yeh deep conditioning ko batate hain yani haqeeqatan na koi bara hota na goonga hota na andha hota</w:t>
      </w:r>
    </w:p>
    <w:p>
      <w:pPr>
        <w:jc w:val="right"/>
      </w:pPr>
      <w:r>
        <w:t>الفاظ ہیں یہ ڈیپ کنڈیشننگ کو بتاتے ہیں یعنی حقیقتا نہ کوئی بارہ ہوتا نہ گونگا ہوتا نہ اندھا ہوتا</w:t>
      </w:r>
    </w:p>
    <w:p>
      <w:r>
        <w:rPr>
          <w:b/>
        </w:rPr>
        <w:t xml:space="preserve">[42:51] </w:t>
      </w:r>
      <w:r>
        <w:t>yani un ke kaan wasee hote hain un ki aankh wasee hoti hai sab kuch theek rehta hai</w:t>
      </w:r>
    </w:p>
    <w:p>
      <w:pPr>
        <w:jc w:val="right"/>
      </w:pPr>
      <w:r>
        <w:t>یعنی ان کے کان وسیع ہوتے ہیں ان کی انکھ وسیع ہوتی ہے سب کچھ ٹھیک رہتا ہے</w:t>
      </w:r>
    </w:p>
    <w:p>
      <w:r>
        <w:rPr>
          <w:b/>
        </w:rPr>
        <w:t xml:space="preserve">[42:58] </w:t>
      </w:r>
      <w:r>
        <w:t>lekin sachai ko samajhne ke liye woh woh qabil nahi rehte woh aur dheere dheere dheere dheere woh</w:t>
      </w:r>
    </w:p>
    <w:p>
      <w:pPr>
        <w:jc w:val="right"/>
      </w:pPr>
      <w:r>
        <w:t>لیکن سچائی کو سمجھنے کے لیے وہ وہ قابل نہیں رہتے وہ اور دھیرے دھیرے دھیرے دھیرے وہ</w:t>
      </w:r>
    </w:p>
    <w:p>
      <w:r>
        <w:rPr>
          <w:b/>
        </w:rPr>
        <w:t xml:space="preserve">[43:06] </w:t>
      </w:r>
      <w:r>
        <w:t>galat raste par chal padte hain to yeh hota hai conditioning ki wajah se jahan tak main samajhta</w:t>
      </w:r>
    </w:p>
    <w:p>
      <w:pPr>
        <w:jc w:val="right"/>
      </w:pPr>
      <w:r>
        <w:t>غلط راستے پر چل پڑتے ہیں تو یہ ہوتا ہے کنڈیشننگ کی وجہ سے جہاں تک میں سمجھتا</w:t>
      </w:r>
    </w:p>
    <w:p>
      <w:r>
        <w:rPr>
          <w:b/>
        </w:rPr>
        <w:t xml:space="preserve">[43:13] </w:t>
      </w:r>
      <w:r>
        <w:t>hoon ke yeh jo conditioning jo hai is ke do darjay</w:t>
      </w:r>
    </w:p>
    <w:p>
      <w:pPr>
        <w:jc w:val="right"/>
      </w:pPr>
      <w:r>
        <w:t>ہوں کہ یہ جو کنڈیشننگ جو ہے اس کے دو درجے</w:t>
      </w:r>
    </w:p>
    <w:p>
      <w:r>
        <w:rPr>
          <w:b/>
        </w:rPr>
        <w:t xml:space="preserve">[43:21] </w:t>
      </w:r>
      <w:r>
        <w:t>hotay hain shuru mein conditioning bohat hi halki hoti hai halki lekin agar aadmi apni deconditioning ka process na chalaye yani aadmi ko chahiye ke woh mahol se conditioning to hogi kyunke aadmi jab paida hota hai to aik mahol hota hai us mahol se conditioning to zaroor hogi is ki lekin sath sath aadmi ko chahiye ke woh sochay sochay aur apnay andar deconditioning ka process chalaye jo</w:t>
      </w:r>
    </w:p>
    <w:p>
      <w:pPr>
        <w:jc w:val="right"/>
      </w:pPr>
      <w:r>
        <w:t>ہوتے ہیں شروع میں کنڈیشننگ بہت ہی ہلکی ہوتی ہے ہلکی لیکن اگر ادمی اپنی ڈی کنڈیشننگ کا پراسیس نہ چلائے یعنی ادمی کو چاہیے کہ وہ ماحول سے کنڈیشننگ تو ہوگی کیونکہ ادمی جب پیدا ہوتا ہے تو ایک ماحول ہوتا ہے اس ماحول سے کنڈیشننگ تو ضرور ہوگی اس کی لیکن ساتھ ساتھ ادمی کو چاہیے کہ وہ سوچے سوچے اور اپنے اندر ڈی کنڈیشننگ کا پراسیس چلائے جو</w:t>
      </w:r>
    </w:p>
    <w:p>
      <w:r>
        <w:rPr>
          <w:b/>
        </w:rPr>
        <w:t xml:space="preserve">[43:51] </w:t>
      </w:r>
      <w:r>
        <w:t>aisa karega to bacha rahega woh bacha rahega har cheez se ba khabar ho kar ke</w:t>
      </w:r>
    </w:p>
    <w:p>
      <w:pPr>
        <w:jc w:val="right"/>
      </w:pPr>
      <w:r>
        <w:t>ایسا کرے گا تو بچا رہے گا وہ بچا رہے گا ہر چیز سے باخبر ہو کر کے</w:t>
      </w:r>
    </w:p>
    <w:p>
      <w:r>
        <w:rPr>
          <w:b/>
        </w:rPr>
        <w:t xml:space="preserve">[43:58] </w:t>
      </w:r>
      <w:r>
        <w:t>apne ko is se bacha lega lekin jo apne andar deconditioning ka process na chalaye to</w:t>
      </w:r>
    </w:p>
    <w:p>
      <w:pPr>
        <w:jc w:val="right"/>
      </w:pPr>
      <w:r>
        <w:t>اپنے کو اس سے بچا لے گا لیکن جو اپنے اندر ڈی کنڈیشننگ کا پراسیس نہ چلائے تو</w:t>
      </w:r>
    </w:p>
    <w:p>
      <w:r>
        <w:rPr>
          <w:b/>
        </w:rPr>
        <w:t xml:space="preserve">[44:06] </w:t>
      </w:r>
      <w:r>
        <w:t>woh use use bhagta chalayega use aur zyada bhag jayega yahan tak ke is ke conditioning</w:t>
      </w:r>
    </w:p>
    <w:p>
      <w:pPr>
        <w:jc w:val="right"/>
      </w:pPr>
      <w:r>
        <w:t>وہ اسے اسے بھاگتا چلائے گا اسے اور زیادہ بھاگ جائے گا یہاں تک کہ اس کے کنڈیشننگ</w:t>
      </w:r>
    </w:p>
    <w:p>
      <w:r>
        <w:rPr>
          <w:b/>
        </w:rPr>
        <w:t xml:space="preserve">[44:13] </w:t>
      </w:r>
      <w:r>
        <w:t>pakhta ho jayegi ke woh naya sari ke qabil nahi rahega woh o man al samaa z</w:t>
      </w:r>
    </w:p>
    <w:p>
      <w:pPr>
        <w:jc w:val="right"/>
      </w:pPr>
      <w:r>
        <w:t>پختہ ہو جائے گی کہ وہ نیا ساری کے قابل نہیں رہے گا وہ او من السماء ظ</w:t>
      </w:r>
    </w:p>
    <w:p>
      <w:r>
        <w:rPr>
          <w:b/>
        </w:rPr>
        <w:t xml:space="preserve">[44:21] </w:t>
      </w:r>
      <w:r>
        <w:t>ulmat o barq ya asman se barish ho is mein jis mein bijli chamak rahi hoon aur aap jante</w:t>
      </w:r>
    </w:p>
    <w:p>
      <w:pPr>
        <w:jc w:val="right"/>
      </w:pPr>
      <w:r>
        <w:t>لمات وبرق یا اسمان سے بارش ہو اس میں جس میں بجلی چمک رہی ہوں اور اپ جانتے</w:t>
      </w:r>
    </w:p>
    <w:p>
      <w:r>
        <w:rPr>
          <w:b/>
        </w:rPr>
        <w:t xml:space="preserve">[44:28] </w:t>
      </w:r>
      <w:r>
        <w:t>hain ke jab toofani barish hoti hai to bohat hi is mein shor hota hai to yani agarchay</w:t>
      </w:r>
    </w:p>
    <w:p>
      <w:pPr>
        <w:jc w:val="right"/>
      </w:pPr>
      <w:r>
        <w:t>ہیں کہ جب طوفانی بارش ہوتی ہے تو بہت ہی اس میں شور ہوتا ہے تو یعنی اگرچہ</w:t>
      </w:r>
    </w:p>
    <w:p>
      <w:r>
        <w:rPr>
          <w:b/>
        </w:rPr>
        <w:t xml:space="preserve">[44:36] </w:t>
      </w:r>
      <w:r>
        <w:t>barish hai lekin sunai nahi deta kuch to yeh jo dawat toheed ki jo dawat hai aisi qism</w:t>
      </w:r>
    </w:p>
    <w:p>
      <w:pPr>
        <w:jc w:val="right"/>
      </w:pPr>
      <w:r>
        <w:t>بارش ہے لیکن سنائی نہیں دیتا کچھ تو یہ جو دعوت توحید کی جو دعوت ہے ایسی قسم</w:t>
      </w:r>
    </w:p>
    <w:p>
      <w:r>
        <w:rPr>
          <w:b/>
        </w:rPr>
        <w:t xml:space="preserve">[44:43] </w:t>
      </w:r>
      <w:r>
        <w:t>ki barish hai toofani barish ke woh sachai bars</w:t>
      </w:r>
    </w:p>
    <w:p>
      <w:pPr>
        <w:jc w:val="right"/>
      </w:pPr>
      <w:r>
        <w:t>کی بارش ہے طوفانی بارش کہ وہ سچائی برس</w:t>
      </w:r>
    </w:p>
    <w:p>
      <w:r>
        <w:rPr>
          <w:b/>
        </w:rPr>
        <w:t xml:space="preserve">[44:51] </w:t>
      </w:r>
      <w:r>
        <w:t>rahi hai lekin sath sath garaj chamak bhi hai to jo log apne apni aqal ko zinda na</w:t>
      </w:r>
    </w:p>
    <w:p>
      <w:pPr>
        <w:jc w:val="right"/>
      </w:pPr>
      <w:r>
        <w:t>رہی ہے لیکن ساتھ ساتھ گرج چمک بھی ہے تو جو لوگ اپنے اپنی عقل کو زندہ نہ</w:t>
      </w:r>
    </w:p>
    <w:p>
      <w:r>
        <w:rPr>
          <w:b/>
        </w:rPr>
        <w:t xml:space="preserve">[44:59] </w:t>
      </w:r>
      <w:r>
        <w:t>rakhein woh is mein aap un ko kuch milta nahi yeh jaloon asabi hum fi azan hum min al sawaeq woh</w:t>
      </w:r>
    </w:p>
    <w:p>
      <w:pPr>
        <w:jc w:val="right"/>
      </w:pPr>
      <w:r>
        <w:t>رکھیں وہ اس میں اپ ان کو کچھ ملتا نہیں یہ جالون اصابعہم فی اذانہم من السواعق وہ</w:t>
      </w:r>
    </w:p>
    <w:p>
      <w:r>
        <w:rPr>
          <w:b/>
        </w:rPr>
        <w:t xml:space="preserve">[45:06] </w:t>
      </w:r>
      <w:r>
        <w:t>apne kaan mein ungli dal lete hain garaj chamak ki wajah se to yeh yeh bhi tashbeeh ki</w:t>
      </w:r>
    </w:p>
    <w:p>
      <w:pPr>
        <w:jc w:val="right"/>
      </w:pPr>
      <w:r>
        <w:t>اپنے کان میں انگلی ڈال لیتے ہیں گرج چمک کی وجہ سے تو یہ یہ بھی تشبیہ کی</w:t>
      </w:r>
    </w:p>
    <w:p>
      <w:r>
        <w:rPr>
          <w:b/>
        </w:rPr>
        <w:t xml:space="preserve">[45:14] </w:t>
      </w:r>
      <w:r>
        <w:t>baat hai jaise bohat zyada garaj chamak ho aap kaan mein ungli dal lein</w:t>
      </w:r>
    </w:p>
    <w:p>
      <w:pPr>
        <w:jc w:val="right"/>
      </w:pPr>
      <w:r>
        <w:t>بات ہے جیسے بہت زیادہ گرج چمک ہو اپ کان میں انگلی ڈال لیں</w:t>
      </w:r>
    </w:p>
    <w:p>
      <w:r>
        <w:rPr>
          <w:b/>
        </w:rPr>
        <w:t xml:space="preserve">[45:21] </w:t>
      </w:r>
      <w:r>
        <w:t>ab is ki garaj se bachane ke liye to yeh is is ki misaal di hai ke in</w:t>
      </w:r>
    </w:p>
    <w:p>
      <w:pPr>
        <w:jc w:val="right"/>
      </w:pPr>
      <w:r>
        <w:t>اب اس کی گرج سے بچانے کے لیے تو یہ اس اس کی مثال دی ہے کہ ان</w:t>
      </w:r>
    </w:p>
    <w:p>
      <w:r>
        <w:rPr>
          <w:b/>
        </w:rPr>
        <w:t xml:space="preserve">[45:27] </w:t>
      </w:r>
      <w:r>
        <w:t>logo par yeh madi misaal hai is ko apply kiya hai is insan par ke jab sachai ki</w:t>
      </w:r>
    </w:p>
    <w:p>
      <w:pPr>
        <w:jc w:val="right"/>
      </w:pPr>
      <w:r>
        <w:t>لوگوں پر یہ مادی مثال ہے اس کو اپلائی کیا ہے اس انسان پر کہ جب سچائی کی</w:t>
      </w:r>
    </w:p>
    <w:p>
      <w:r>
        <w:rPr>
          <w:b/>
        </w:rPr>
        <w:t xml:space="preserve">[45:33] </w:t>
      </w:r>
      <w:r>
        <w:t>tahreek chali hai sachai ka mission jari hua hai aur is mein har taraf hidayat ki barish ho</w:t>
      </w:r>
    </w:p>
    <w:p>
      <w:pPr>
        <w:jc w:val="right"/>
      </w:pPr>
      <w:r>
        <w:t>تحریک چلی ہے سچائی کا مشن جاری ہوا ہے اور اس میں ہر طرف ہدایت کی بارش ہو</w:t>
      </w:r>
    </w:p>
    <w:p>
      <w:r>
        <w:rPr>
          <w:b/>
        </w:rPr>
        <w:t xml:space="preserve">[45:39] </w:t>
      </w:r>
      <w:r>
        <w:t>rahi hai lekin goya ke unho ne apne kaan ko behal kar liya hai goya ke unho ne</w:t>
      </w:r>
    </w:p>
    <w:p>
      <w:pPr>
        <w:jc w:val="right"/>
      </w:pPr>
      <w:r>
        <w:t>رہی ہے لیکن گویا کہ انہوں نے اپنے کان کو بہرحال کر لیا ہے گویا کہ انہوں نے</w:t>
      </w:r>
    </w:p>
    <w:p>
      <w:r>
        <w:rPr>
          <w:b/>
        </w:rPr>
        <w:t xml:space="preserve">[45:45] </w:t>
      </w:r>
      <w:r>
        <w:t>apne kaan mein ungliyan dal lein goya ke</w:t>
      </w:r>
    </w:p>
    <w:p>
      <w:pPr>
        <w:jc w:val="right"/>
      </w:pPr>
      <w:r>
        <w:t>اپنے کان میں انگلیاں ڈال لیں گویا کہ</w:t>
      </w:r>
    </w:p>
    <w:p>
      <w:r>
        <w:rPr>
          <w:b/>
        </w:rPr>
        <w:t xml:space="preserve">[45:51] </w:t>
      </w:r>
      <w:r>
        <w:t>haqeeqatan aisa nahi hua lekin goya ke unhonay daal diya aur kuch un ko sunai nahi deta dekha dekh kuch sunai nahi deta kuch dikhai nahi deta aisa kar liya to kyun aisa hua ke unhonay apnay dunya ke interest ko ziyada ahmiyat di akhirat ke muqablay mein dunya ko ziyada bara darja de diya is wajah se is se faida uthanay se mehroom ho gay woh hazar al-mawt maut</w:t>
      </w:r>
    </w:p>
    <w:p>
      <w:pPr>
        <w:jc w:val="right"/>
      </w:pPr>
      <w:r>
        <w:t>حقیقتا ایسا نہیں ہوا لیکن گویا کہ انہوں نے ڈال دیا اور کچھ ان کو سنائی نہیں دیتا دیکھا دیکھ کچھ سنائی نہیں دیتا کچھ دکھائی نہیں دیتا ایسا کر لیا تو کیوں ایسا ہوا کہ انہوں نے اپنے دنیا کے انٹرسٹ کو زیادہ اہمیت دی اخرت کے مقابلے میں دنیا کو زیادہ بڑا درجہ دے دیا اس وجہ سے اس سے فائدہ اٹھانے سے محروم ہو گئے وہ حضر الموت موت</w:t>
      </w:r>
    </w:p>
    <w:p>
      <w:r>
        <w:rPr>
          <w:b/>
        </w:rPr>
        <w:t xml:space="preserve">[46:21] </w:t>
      </w:r>
      <w:r>
        <w:t>ke dar se maut yahan maut yahan pe mar janay ke ma'ani mein nahi hai matlab yeh ke sachai ko ikhtiyar karain gay to hamara nuksan hoga samajhtay hain ke sachai ko ikhtiyar karain to bara nuksan ho jaye ga yani akhirat ke pehlu ko kam karna dunya ke pehlu ko bara darja de dena yeh murad hai is se wallahu muheetun bilkafirin aur Allah ahata kiye huay hain kafiron ka ya'</w:t>
      </w:r>
    </w:p>
    <w:p>
      <w:pPr>
        <w:jc w:val="right"/>
      </w:pPr>
      <w:r>
        <w:t>کے ڈر سے موت یہاں موت یہاں پہ مر جانے کے معنی میں نہیں ہے مطلب یہ کہ سچائی کو اختیار کریں گے تو ہمارا نقصان ہوگا سمجھتے ہیں کہ سچائی کو اختیار کریں تو بڑا نقصان ہو جائے گا یعنی اخرت کے پہلو کو کم کرنا دنیا کے پہلو کو بڑا درجہ دے دینا یہ مراد ہے اس سے واللہ محیط بالکافرین اور اللہ احاطہ کیے ہوئے ہیں کافروں کا یع</w:t>
      </w:r>
    </w:p>
    <w:p>
      <w:r>
        <w:rPr>
          <w:b/>
        </w:rPr>
        <w:t xml:space="preserve">[46:51] </w:t>
      </w:r>
      <w:r>
        <w:t>ni woh kuch bhi kare kuch bhi kare lekin Allah ke pakar se bahar nahi ja sakte Allah</w:t>
      </w:r>
    </w:p>
    <w:p>
      <w:pPr>
        <w:jc w:val="right"/>
      </w:pPr>
      <w:r>
        <w:t>نی وہ کچھ بھی کرے کچھ بھی کرے لیکن اللہ کے پکڑ سے باہر نہیں جا سکتے اللہ</w:t>
      </w:r>
    </w:p>
    <w:p>
      <w:r>
        <w:rPr>
          <w:b/>
        </w:rPr>
        <w:t xml:space="preserve">[46:57] </w:t>
      </w:r>
      <w:r>
        <w:t>ki pakar se bahar nahi ja sakte Allah ahata kiye hue kafreen yahan kaafir se murad yeh munafiqeen</w:t>
      </w:r>
    </w:p>
    <w:p>
      <w:pPr>
        <w:jc w:val="right"/>
      </w:pPr>
      <w:r>
        <w:t>کی پکڑ سے باہر نہیں جا سکتے اللہ احاطہ کیے ہوئے کافرین یہاں کافر سے مراد یہ منافقین</w:t>
      </w:r>
    </w:p>
    <w:p>
      <w:r>
        <w:rPr>
          <w:b/>
        </w:rPr>
        <w:t xml:space="preserve">[47:03] </w:t>
      </w:r>
      <w:r>
        <w:t>hain kaafir ka lafz yahan munafiqeen ke baray mein aya hai ke woh chahe kuch bhi yani sachai</w:t>
      </w:r>
    </w:p>
    <w:p>
      <w:pPr>
        <w:jc w:val="right"/>
      </w:pPr>
      <w:r>
        <w:t>ہیں کافر کا لفظ یہاں منافقین کے بارے میں ایا ہے کہ وہ چاہے کچھ بھی یعنی سچائی</w:t>
      </w:r>
    </w:p>
    <w:p>
      <w:r>
        <w:rPr>
          <w:b/>
        </w:rPr>
        <w:t xml:space="preserve">[47:09] </w:t>
      </w:r>
      <w:r>
        <w:t>ke jo ka jo mission hai is khilaf kuch bhi karein kuch bhi karein kuch bhi karein lekin</w:t>
      </w:r>
    </w:p>
    <w:p>
      <w:pPr>
        <w:jc w:val="right"/>
      </w:pPr>
      <w:r>
        <w:t>کے جو کا جو مشن ہے اس خلاف کچھ بھی کریں کچھ بھی کریں کچھ بھی کریں لیکن</w:t>
      </w:r>
    </w:p>
    <w:p>
      <w:r>
        <w:rPr>
          <w:b/>
        </w:rPr>
        <w:t xml:space="preserve">[47:15] </w:t>
      </w:r>
      <w:r>
        <w:t>woh kamyab nahi honge Allah un Allah apne</w:t>
      </w:r>
    </w:p>
    <w:p>
      <w:pPr>
        <w:jc w:val="right"/>
      </w:pPr>
      <w:r>
        <w:t>وہ کامیاب نہیں ہوں گے اللہ ان اللہ اپنے</w:t>
      </w:r>
    </w:p>
    <w:p>
      <w:r>
        <w:rPr>
          <w:b/>
        </w:rPr>
        <w:t xml:space="preserve">[47:21] </w:t>
      </w:r>
      <w:r>
        <w:t>Allah un ka apne apne Allah un ki cheezon ki ahata ki hui hai woh Allah ki pakar</w:t>
      </w:r>
    </w:p>
    <w:p>
      <w:pPr>
        <w:jc w:val="right"/>
      </w:pPr>
      <w:r>
        <w:t>اللہ ان کا اپنے اپنے اللہ ان کی چیزوں کی احاطہ کی ہوئی ہے وہ اللہ کی پکڑ</w:t>
      </w:r>
    </w:p>
    <w:p>
      <w:r>
        <w:rPr>
          <w:b/>
        </w:rPr>
        <w:t xml:space="preserve">[47:29] </w:t>
      </w:r>
      <w:r>
        <w:t>se bahar nahi nahi ja sakte to aaj yeh ka dars jo tha surah al baqarah ki ayat number</w:t>
      </w:r>
    </w:p>
    <w:p>
      <w:pPr>
        <w:jc w:val="right"/>
      </w:pPr>
      <w:r>
        <w:t>سے باہر نہیں نہیں جا سکتے تو اج یہ کا درس جو تھا سورہ البقرہ کی ایت نمبر</w:t>
      </w:r>
    </w:p>
    <w:p>
      <w:r>
        <w:rPr>
          <w:b/>
        </w:rPr>
        <w:t xml:space="preserve">[47:37] </w:t>
      </w:r>
      <w:r>
        <w:t>saat se aayat number 19 tak tha ab yeh inshallah isi tareeqay se har sunday ko jaari rahe</w:t>
      </w:r>
    </w:p>
    <w:p>
      <w:pPr>
        <w:jc w:val="right"/>
      </w:pPr>
      <w:r>
        <w:t>سات سے ایت نمبر 19 تک تھا اب یہ انشاءاللہ اسی طریقے سے ہر سنڈے کو جاری رہے</w:t>
      </w:r>
    </w:p>
    <w:p>
      <w:r>
        <w:rPr>
          <w:b/>
        </w:rPr>
        <w:t xml:space="preserve">[47:45] </w:t>
      </w:r>
      <w:r>
        <w:t>ga silsilay war aur isi tareeqay se ab poora quran khatm kiya jayega</w:t>
      </w:r>
    </w:p>
    <w:p>
      <w:pPr>
        <w:jc w:val="right"/>
      </w:pPr>
      <w:r>
        <w:t>گا سلسلے وار اور اسی طریقے سے اب پورا قران ختم کیا جائے گا</w:t>
      </w:r>
    </w:p>
    <w:p>
      <w:r>
        <w:rPr>
          <w:b/>
        </w:rPr>
        <w:t xml:space="preserve">[47:52] </w:t>
      </w:r>
      <w:r>
        <w:t>allah ta'ala se dua hai ke humein quran ki barkat mein hissa daar banaye hamare dilon ko khol</w:t>
      </w:r>
    </w:p>
    <w:p>
      <w:pPr>
        <w:jc w:val="right"/>
      </w:pPr>
      <w:r>
        <w:t>اللہ تعالی سے دعا ہے کہ ہمیں قران کی برکت میں حصہ دار بنائے ہمارے دلوں کو کھول</w:t>
      </w:r>
    </w:p>
    <w:p>
      <w:r>
        <w:rPr>
          <w:b/>
        </w:rPr>
        <w:t xml:space="preserve">[48:02] </w:t>
      </w:r>
      <w:r>
        <w:t>de hum hamare andar quran ko samajhne ki salahiyat aaye aur quran se woh hum rizq le saken</w:t>
      </w:r>
    </w:p>
    <w:p>
      <w:pPr>
        <w:jc w:val="right"/>
      </w:pPr>
      <w:r>
        <w:t>دے ہم ہمارے اندر قران کو سمجھنے کی صلاحیت ائے اور قران سے وہ ہم رزق لے سکیں</w:t>
      </w:r>
    </w:p>
    <w:p>
      <w:r>
        <w:rPr>
          <w:b/>
        </w:rPr>
        <w:t xml:space="preserve">[48:13] </w:t>
      </w:r>
      <w:r>
        <w:t>jo rizq quran mein rakha gaya hai assalam o alaikum wa rehmatullah</w:t>
      </w:r>
    </w:p>
    <w:p>
      <w:pPr>
        <w:jc w:val="right"/>
      </w:pPr>
      <w:r>
        <w:t>جو رزق قران میں رکھا گیا ہے السلام علیکم ورحمۃ اللہ</w:t>
      </w:r>
    </w:p>
    <w:p>
      <w:r>
        <w:rPr>
          <w:b/>
        </w:rPr>
        <w:t xml:space="preserve">[48:23] </w:t>
      </w:r>
      <w:r>
        <w:t>mazaq urana ridicule karna aindah inshallah mein aisa lafz istemal karne ki koshish karunga dekhen ek baat</w:t>
      </w:r>
    </w:p>
    <w:p>
      <w:pPr>
        <w:jc w:val="right"/>
      </w:pPr>
      <w:r>
        <w:t>مذاق اڑانا ریڈیکول کرنا ائندہ انشاءاللہ میں ایسا لفظ استعمال کرنے کی کوشش کروں گا دیکھیں ایک بات</w:t>
      </w:r>
    </w:p>
    <w:p>
      <w:r>
        <w:rPr>
          <w:b/>
        </w:rPr>
        <w:t xml:space="preserve">[48:34] </w:t>
      </w:r>
      <w:r>
        <w:t>yeh is mein hai ke jab aadmi ko jis ko urdu mein kehte hain parkhash ke use parkhash</w:t>
      </w:r>
    </w:p>
    <w:p>
      <w:pPr>
        <w:jc w:val="right"/>
      </w:pPr>
      <w:r>
        <w:t>یہ اس میں ہے کہ جب ادمی کو جس کو اردو میں کہتے ہیں پرخاش کہ اسے پرخاش</w:t>
      </w:r>
    </w:p>
    <w:p>
      <w:r>
        <w:rPr>
          <w:b/>
        </w:rPr>
        <w:t xml:space="preserve">[48:44] </w:t>
      </w:r>
      <w:r>
        <w:t>ho pasand na karta ho aur us ke paas daleel bhi na ho</w:t>
      </w:r>
    </w:p>
    <w:p>
      <w:pPr>
        <w:jc w:val="right"/>
      </w:pPr>
      <w:r>
        <w:t>ہو پسند نہ کرتا ہو اور اس کے پاس دلیل بھی نہ ہو</w:t>
      </w:r>
    </w:p>
    <w:p>
      <w:r>
        <w:rPr>
          <w:b/>
        </w:rPr>
        <w:t xml:space="preserve">[48:55] </w:t>
      </w:r>
      <w:r>
        <w:t>tab woh istihza karta hai mazaq urata hai agar dekhen aadmi ke paas agar daleel ho to kabhi</w:t>
      </w:r>
    </w:p>
    <w:p>
      <w:pPr>
        <w:jc w:val="right"/>
      </w:pPr>
      <w:r>
        <w:t>تب وہ استہزاء کرتا ہے مذاق اڑاتا ہے اگر دیکھیں ادمی کے پاس اگر دلیل ہو تو کبھی</w:t>
      </w:r>
    </w:p>
    <w:p>
      <w:r>
        <w:rPr>
          <w:b/>
        </w:rPr>
        <w:t xml:space="preserve">[49:02] </w:t>
      </w:r>
      <w:r>
        <w:t>bhi mazaq nahi urayega woh jaise kisi ke paas bomb ho aur ek kankri ho to ab</w:t>
      </w:r>
    </w:p>
    <w:p>
      <w:pPr>
        <w:jc w:val="right"/>
      </w:pPr>
      <w:r>
        <w:t>بھی مذاق نہیں اڑائے گا وہ جیسے کسی کے پاس بم ہو اور ایک کنکری ہو تو اب</w:t>
      </w:r>
    </w:p>
    <w:p>
      <w:r>
        <w:rPr>
          <w:b/>
        </w:rPr>
        <w:t xml:space="preserve">[49:10] </w:t>
      </w:r>
      <w:r>
        <w:t>dushman ke khilaf bomb marega kankri nahi marega woh to jin logon ko parkhash ho jin</w:t>
      </w:r>
    </w:p>
    <w:p>
      <w:pPr>
        <w:jc w:val="right"/>
      </w:pPr>
      <w:r>
        <w:t>دشمن کے خلاف بم مارے گا کنکری نہیں مارے گا وہ تو جن لوگوں کو پرخاش ہو جن</w:t>
      </w:r>
    </w:p>
    <w:p>
      <w:r>
        <w:rPr>
          <w:b/>
        </w:rPr>
        <w:t xml:space="preserve">[49:17] </w:t>
      </w:r>
      <w:r>
        <w:t>ko is woh ikhtilaf</w:t>
      </w:r>
    </w:p>
    <w:p>
      <w:pPr>
        <w:jc w:val="right"/>
      </w:pPr>
      <w:r>
        <w:t>کو اس وہ اختلاف</w:t>
      </w:r>
    </w:p>
    <w:p>
      <w:r>
        <w:rPr>
          <w:b/>
        </w:rPr>
        <w:t xml:space="preserve">[49:25] </w:t>
      </w:r>
      <w:r>
        <w:t>ho lekin woh mehsoos mehsoos karte hon ke daleel to koi hai nahi to kya karen mazaq urayen</w:t>
      </w:r>
    </w:p>
    <w:p>
      <w:pPr>
        <w:jc w:val="right"/>
      </w:pPr>
      <w:r>
        <w:t>ہو لیکن وہ محسوس محسوس کرتے ہوں کہ دلیل تو کوئی ہے نہیں تو کیا کریں مذاق اڑائیں</w:t>
      </w:r>
    </w:p>
    <w:p>
      <w:r>
        <w:rPr>
          <w:b/>
        </w:rPr>
        <w:t xml:space="preserve">[49:32] </w:t>
      </w:r>
      <w:r>
        <w:t>ge to mazaq to kis ke ura sakte hain rasool allah ka mazaq urate the ke un ke</w:t>
      </w:r>
    </w:p>
    <w:p>
      <w:pPr>
        <w:jc w:val="right"/>
      </w:pPr>
      <w:r>
        <w:t>گے تو مذاق تو کس کے اڑا سکتے ہیں رسول اللہ کا مذاق اڑاتے تھے کہ ان کے</w:t>
      </w:r>
    </w:p>
    <w:p>
      <w:r>
        <w:rPr>
          <w:b/>
        </w:rPr>
        <w:t xml:space="preserve">[49:40] </w:t>
      </w:r>
      <w:r>
        <w:t>mein dekho un ke yaani un ke baap dada ne un ka naam rakh diya muhammad ali to</w:t>
      </w:r>
    </w:p>
    <w:p>
      <w:pPr>
        <w:jc w:val="right"/>
      </w:pPr>
      <w:r>
        <w:t>میں دیکھو ان کے یعنی ان کے باپ دادا نے ان کا نام رکھ دیا محمد علی تو</w:t>
      </w:r>
    </w:p>
    <w:p>
      <w:r>
        <w:rPr>
          <w:b/>
        </w:rPr>
        <w:t xml:space="preserve">[49:47] </w:t>
      </w:r>
      <w:r>
        <w:t>bammam hai yeh yeh hai mazaq urana ke rasool allah</w:t>
      </w:r>
    </w:p>
    <w:p>
      <w:pPr>
        <w:jc w:val="right"/>
      </w:pPr>
      <w:r>
        <w:t>بدمم ہے یہ یہ ہے مذاق اڑانا کہ رسول اللہ</w:t>
      </w:r>
    </w:p>
    <w:p>
      <w:r>
        <w:rPr>
          <w:b/>
        </w:rPr>
        <w:t xml:space="preserve">[49:55] </w:t>
      </w:r>
      <w:r>
        <w:t>ka naam jo tha muhammad tha to us ko unhon ne kaha ke yeh un ke un ke</w:t>
      </w:r>
    </w:p>
    <w:p>
      <w:pPr>
        <w:jc w:val="right"/>
      </w:pPr>
      <w:r>
        <w:t>کا نام جو تھا محمد تھا تو اس کو انہوں نے کہا کہ یہ ان کے ان کے</w:t>
      </w:r>
    </w:p>
    <w:p>
      <w:r>
        <w:rPr>
          <w:b/>
        </w:rPr>
        <w:t xml:space="preserve">[50:01] </w:t>
      </w:r>
      <w:r>
        <w:t>jo baap dada the unhon ne rakh diya un ka naam muhammad halanke yeh to mazmam hai yeh</w:t>
      </w:r>
    </w:p>
    <w:p>
      <w:pPr>
        <w:jc w:val="right"/>
      </w:pPr>
      <w:r>
        <w:t>جو باپ دادا تھے انہوں نے رکھ دیا ان کا نام محمد حالانکہ یہ تو مضمم ہے یہ</w:t>
      </w:r>
    </w:p>
    <w:p>
      <w:r>
        <w:rPr>
          <w:b/>
        </w:rPr>
        <w:t xml:space="preserve">[50:07] </w:t>
      </w:r>
      <w:r>
        <w:t>mazaq urana hai is mein koi daleel nahi hai to jo aadmi istihza ki zuban mein bolta hai</w:t>
      </w:r>
    </w:p>
    <w:p>
      <w:pPr>
        <w:jc w:val="right"/>
      </w:pPr>
      <w:r>
        <w:t>مذاق اڑانا ہے اس میں کوئی دلیل نہیں ہے تو جو ادمی استہزاء کی زبان میں بولتا ہے</w:t>
      </w:r>
    </w:p>
    <w:p>
      <w:r>
        <w:rPr>
          <w:b/>
        </w:rPr>
        <w:t xml:space="preserve">[50:13] </w:t>
      </w:r>
      <w:r>
        <w:t>to woh kya dikha raha hai ke mere paas koi daleel nahi hai daleel ki zuban mein mein</w:t>
      </w:r>
    </w:p>
    <w:p>
      <w:pPr>
        <w:jc w:val="right"/>
      </w:pPr>
      <w:r>
        <w:t>تو وہ کیا دکھا رہا ہے کہ میرے پاس کوئی دلیل نہیں ہے دلیل کی زبان میں میں</w:t>
      </w:r>
    </w:p>
    <w:p>
      <w:r>
        <w:rPr>
          <w:b/>
        </w:rPr>
        <w:t xml:space="preserve">[50:19] </w:t>
      </w:r>
      <w:r>
        <w:t>uski kaat nahi kar sakta to apni kam</w:t>
      </w:r>
    </w:p>
    <w:p>
      <w:pPr>
        <w:jc w:val="right"/>
      </w:pPr>
      <w:r>
        <w:t>اس کی کاٹ نہیں کر سکتا تو اپنی کم</w:t>
      </w:r>
    </w:p>
    <w:p>
      <w:r>
        <w:rPr>
          <w:b/>
        </w:rPr>
        <w:t xml:space="preserve">[50:25] </w:t>
      </w:r>
      <w:r>
        <w:t>zori ka aelan karta hai woh kaisa bhi baat hai ji ji hain ji kya aap repeat kijiye</w:t>
      </w:r>
    </w:p>
    <w:p>
      <w:pPr>
        <w:jc w:val="right"/>
      </w:pPr>
      <w:r>
        <w:t>زوری کا اعلان کرتا ہے وہ کیسا بھی بات ہے جی جی ہیں جی کیا اپ ریپیٹ کیجئے</w:t>
      </w:r>
    </w:p>
    <w:p>
      <w:r>
        <w:rPr>
          <w:b/>
        </w:rPr>
        <w:t xml:space="preserve">[50:30] </w:t>
      </w:r>
      <w:r>
        <w:t>isko molana aap yeh keh rahe hain ke mazaq urane ka matlab yeh hota hai ke agar</w:t>
      </w:r>
    </w:p>
    <w:p>
      <w:pPr>
        <w:jc w:val="right"/>
      </w:pPr>
      <w:r>
        <w:t>اس کو مولانا اپ یہ کہہ رہے ہیں کہ مذاق اڑانے کا مطلب یہ ہوتا ہے کہ اگر</w:t>
      </w:r>
    </w:p>
    <w:p>
      <w:r>
        <w:rPr>
          <w:b/>
        </w:rPr>
        <w:t xml:space="preserve">[50:35] </w:t>
      </w:r>
      <w:r>
        <w:t>kisi ke paas daleel na ho to woh karta hai kya ke istihza ki zuban istemal karta hai</w:t>
      </w:r>
    </w:p>
    <w:p>
      <w:pPr>
        <w:jc w:val="right"/>
      </w:pPr>
      <w:r>
        <w:t>کسی کے پاس دلیل نہ ہو تو وہ کرتا ہے کیا کہ استہزاء کی زبان استعمال کرتا ہے</w:t>
      </w:r>
    </w:p>
    <w:p>
      <w:r>
        <w:rPr>
          <w:b/>
        </w:rPr>
        <w:t xml:space="preserve">[50:40] </w:t>
      </w:r>
      <w:r>
        <w:t>yaani ke kisi ka mazaq urata hai misaal ke taur par aap ne ek yeh bataya ke rasool</w:t>
      </w:r>
    </w:p>
    <w:p>
      <w:pPr>
        <w:jc w:val="right"/>
      </w:pPr>
      <w:r>
        <w:t>یعنی کہ کسی کا مذاق اڑاتا ہے مثال کے طور پر اپ نے ایک یہ بتایا کہ رسول</w:t>
      </w:r>
    </w:p>
    <w:p>
      <w:r>
        <w:rPr>
          <w:b/>
        </w:rPr>
        <w:t xml:space="preserve">[50:45] </w:t>
      </w:r>
      <w:r>
        <w:t>allah ka naam muhammad tha yani prez word wording tareef kiya ho to log yeh kehte hain dekho</w:t>
      </w:r>
    </w:p>
    <w:p>
      <w:pPr>
        <w:jc w:val="right"/>
      </w:pPr>
      <w:r>
        <w:t>اللہ کا نام محمد تھا یعنی پریز ورڈ ورڈنگ تعریف کیا ہو تو لوگ یہ کہتے ہیں دیکھو</w:t>
      </w:r>
    </w:p>
    <w:p>
      <w:r>
        <w:rPr>
          <w:b/>
        </w:rPr>
        <w:t xml:space="preserve">[50:50] </w:t>
      </w:r>
      <w:r>
        <w:t>un ka naam un ke baap dada ne muhammad</w:t>
      </w:r>
    </w:p>
    <w:p>
      <w:pPr>
        <w:jc w:val="right"/>
      </w:pPr>
      <w:r>
        <w:t>ان کا نام ان کے باپ دادا نے محمد</w:t>
      </w:r>
    </w:p>
    <w:p>
      <w:r>
        <w:rPr>
          <w:b/>
        </w:rPr>
        <w:t xml:space="preserve">[50:55] </w:t>
      </w:r>
      <w:r>
        <w:t>rakh diya halankeh yeh mazm mazm hai yani jis ki mazammat ki jaye molana sher numani aise top</w:t>
      </w:r>
    </w:p>
    <w:p>
      <w:pPr>
        <w:jc w:val="right"/>
      </w:pPr>
      <w:r>
        <w:t>رکھ دیا حالانکہ یہ مضم مضم ہے یعنی جس کی مذمت کی جائے مولانا شیر نعمانی ایسے ٹاپ</w:t>
      </w:r>
    </w:p>
    <w:p>
      <w:r>
        <w:rPr>
          <w:b/>
        </w:rPr>
        <w:t xml:space="preserve">[51:03] </w:t>
      </w:r>
      <w:r>
        <w:t>ke aadmi the un ka bhi mazak uraya gaya balkeh har har aadmi ka mazak uraya gaya har</w:t>
      </w:r>
    </w:p>
    <w:p>
      <w:pPr>
        <w:jc w:val="right"/>
      </w:pPr>
      <w:r>
        <w:t>کے ادمی تھے ان کا بھی مذاق اڑایا گیا بلکہ ہر ہر ادمی کا مذاق اڑایا گیا ہر</w:t>
      </w:r>
    </w:p>
    <w:p>
      <w:r>
        <w:rPr>
          <w:b/>
        </w:rPr>
        <w:t xml:space="preserve">[51:11] </w:t>
      </w:r>
      <w:r>
        <w:t>aadmi jo aaj jin ko aap top ko samajhte hain na un sab ko mazak uraya gaya kyunke</w:t>
      </w:r>
    </w:p>
    <w:p>
      <w:pPr>
        <w:jc w:val="right"/>
      </w:pPr>
      <w:r>
        <w:t>ادمی جو اج جن کو اپ ٹاپ کو سمجھتے ہیں نا ان سب کو مذاق اڑایا گیا کیونکہ</w:t>
      </w:r>
    </w:p>
    <w:p>
      <w:r>
        <w:rPr>
          <w:b/>
        </w:rPr>
        <w:t xml:space="preserve">[51:19] </w:t>
      </w:r>
      <w:r>
        <w:t>jalan hoti hai hasad jalan to daleel se to kuch kar nahi paate</w:t>
      </w:r>
    </w:p>
    <w:p>
      <w:pPr>
        <w:jc w:val="right"/>
      </w:pPr>
      <w:r>
        <w:t>جلن ہوتی ہے حسد جلن تو دلیل سے تو کچھ کر نہیں پاتے</w:t>
      </w:r>
    </w:p>
    <w:p>
      <w:r>
        <w:rPr>
          <w:b/>
        </w:rPr>
        <w:t xml:space="preserve">[51:27] </w:t>
      </w:r>
      <w:r>
        <w:t>aise log to mazak urate hain jaise ek misaal quran mein yeh hai ke hazrat moosa alaih isalam</w:t>
      </w:r>
    </w:p>
    <w:p>
      <w:pPr>
        <w:jc w:val="right"/>
      </w:pPr>
      <w:r>
        <w:t>ایسے لوگ تو مذاق اڑاتے ہیں جیسے ایک مثال قران میں یہ ہے کہ حضرت موسی علیہ السلام</w:t>
      </w:r>
    </w:p>
    <w:p>
      <w:r>
        <w:rPr>
          <w:b/>
        </w:rPr>
        <w:t xml:space="preserve">[51:34] </w:t>
      </w:r>
      <w:r>
        <w:t>ke andar kuch luk chuka tha luknat yani haklahat thori si thi to hazrat moosa ki zuban mein</w:t>
      </w:r>
    </w:p>
    <w:p>
      <w:pPr>
        <w:jc w:val="right"/>
      </w:pPr>
      <w:r>
        <w:t>کے اندر کچھ لک چکا تھا لکنت یعنی ہکلاہٹ تھوڑی سی تھی تو حضرت موسی کی زبان میں</w:t>
      </w:r>
    </w:p>
    <w:p>
      <w:r>
        <w:rPr>
          <w:b/>
        </w:rPr>
        <w:t xml:space="preserve">[51:42] </w:t>
      </w:r>
      <w:r>
        <w:t>kuch thori si woh thi to is ka mazak uraya firoun ne wala akadeen yeh kaisa baghbar hai</w:t>
      </w:r>
    </w:p>
    <w:p>
      <w:pPr>
        <w:jc w:val="right"/>
      </w:pPr>
      <w:r>
        <w:t>کچھ تھوڑی سی وہ تھی تو اس کا مذاق اڑایا فرعون نے ولا اکادین یہ کیسا باغبر ہے</w:t>
      </w:r>
    </w:p>
    <w:p>
      <w:r>
        <w:rPr>
          <w:b/>
        </w:rPr>
        <w:t xml:space="preserve">[51:50] </w:t>
      </w:r>
      <w:r>
        <w:t>isko to yani bolna bhi nahi aata aur is ko padhaya charhaya mamooli si luknat thi</w:t>
      </w:r>
    </w:p>
    <w:p>
      <w:pPr>
        <w:jc w:val="right"/>
      </w:pPr>
      <w:r>
        <w:t>اس کو تو یعنی بولنا بھی نہیں اتا اور اس کو پڑھایا چڑھایا معمولی سی لکنت تھی</w:t>
      </w:r>
    </w:p>
    <w:p>
      <w:r>
        <w:rPr>
          <w:b/>
        </w:rPr>
        <w:t xml:space="preserve">[51:57] </w:t>
      </w:r>
      <w:r>
        <w:t>mamooli si lekin is ko padhaya chadhaya wala akadeen yeh to bolna bhi nahi aata in ko yeh hai mazaq urana yaani hazrat moosa ki jo dawat thi toheed ki dawat is ko daleel se nahi kaat saka woh to mazaq uraya to jo log kisi dawat ke mukhalif hon agar woh mazaq urate hon to samajh lijiye ke woh yaani un ke paas koi daleel nahi hai kyunke agar daleel hoti to dil</w:t>
      </w:r>
    </w:p>
    <w:p>
      <w:pPr>
        <w:jc w:val="right"/>
      </w:pPr>
      <w:r>
        <w:t>معمولی سی لیکن اس کو پڑھایا چڑھایا ولا اکادین یہ تو بولنا بھی نہیں اتا ان کو یہ ہے مذاق اڑانا یعنی حضرت موسی کی جو دعوت تھی توحید کی دعوت اس کو دلیل سے نہیں کاٹ سکا وہ تو مذاق اڑایا تو جو لوگ کسی دعوت کے مخالف ہوں اگر وہ مذاق اڑاتے ہوں تو سمجھ لیجئے کہ وہ یعنی ان کے پاس کوئی دلیل نہیں ہے کیونکہ اگر دلیل ہوتی تو دل</w:t>
      </w:r>
    </w:p>
    <w:p>
      <w:r>
        <w:rPr>
          <w:b/>
        </w:rPr>
        <w:t xml:space="preserve">[52:27] </w:t>
      </w:r>
      <w:r>
        <w:t>yal pesh karte mazak urate molana jo yeh dars quran ka shuru kiya hai to yeh bohat acha</w:t>
      </w:r>
    </w:p>
    <w:p>
      <w:pPr>
        <w:jc w:val="right"/>
      </w:pPr>
      <w:r>
        <w:t>یل پیش کرتے مذاق اڑاتے مولانا جو یہ درس قران کا شروع کیا ہے تو یہ بہت اچھا</w:t>
      </w:r>
    </w:p>
    <w:p>
      <w:r>
        <w:rPr>
          <w:b/>
        </w:rPr>
        <w:t xml:space="preserve">[52:35] </w:t>
      </w:r>
      <w:r>
        <w:t>hai kyunke quran agar translation bhi padhte hain to deep meaning se jo jo samajh aati hai woh</w:t>
      </w:r>
    </w:p>
    <w:p>
      <w:pPr>
        <w:jc w:val="right"/>
      </w:pPr>
      <w:r>
        <w:t>ہے کیونکہ قران اگر ٹرانسلیشن بھی پڑھتے ہیں تو ڈیپ میننگ سے جو جو سمجھ اتی ہے وہ</w:t>
      </w:r>
    </w:p>
    <w:p>
      <w:r>
        <w:rPr>
          <w:b/>
        </w:rPr>
        <w:t xml:space="preserve">[52:43] </w:t>
      </w:r>
      <w:r>
        <w:t>ek bohat achi pehal hai aur pehal kiya matlab i hope we we'll continue this aur quran samajhne</w:t>
      </w:r>
    </w:p>
    <w:p>
      <w:pPr>
        <w:jc w:val="right"/>
      </w:pPr>
      <w:r>
        <w:t>ایک بہت اچھی پہل ہے اور پہل کیا مطلب ائی ہوپ وی ویل کنٹینیو دس اور قران سمجھنے</w:t>
      </w:r>
    </w:p>
    <w:p>
      <w:r>
        <w:rPr>
          <w:b/>
        </w:rPr>
        <w:t xml:space="preserve">[52:50] </w:t>
      </w:r>
      <w:r>
        <w:t>ki hamari understanding barhti hai</w:t>
      </w:r>
    </w:p>
    <w:p>
      <w:pPr>
        <w:jc w:val="right"/>
      </w:pPr>
      <w:r>
        <w:t>کی ہماری انڈرسٹینڈنگ بڑھتی ہے</w:t>
      </w:r>
    </w:p>
    <w:p>
      <w:r>
        <w:rPr>
          <w:b/>
        </w:rPr>
        <w:t xml:space="preserve">[52:58] </w:t>
      </w:r>
      <w:r>
        <w:t>jazakum allah molana yeh rai church se zaheer kharja sahib ne likha hai hmm dars quran ka silsila</w:t>
      </w:r>
    </w:p>
    <w:p>
      <w:pPr>
        <w:jc w:val="right"/>
      </w:pPr>
      <w:r>
        <w:t>جزاکم اللہ مولانا یہ رائے چورچ سے ظہیر خارجہ صاحب نے لکھا ہے ہمم درس قران کا سلسلہ</w:t>
      </w:r>
    </w:p>
    <w:p>
      <w:r>
        <w:rPr>
          <w:b/>
        </w:rPr>
        <w:t xml:space="preserve">[53:06] </w:t>
      </w:r>
      <w:r>
        <w:t>bohat umda hai is ko bohat pehle shuru hona chahiye tha is se quran ko samajhne ka aur</w:t>
      </w:r>
    </w:p>
    <w:p>
      <w:pPr>
        <w:jc w:val="right"/>
      </w:pPr>
      <w:r>
        <w:t>بہت عمدہ ہے اس کو بہت پہلے شروع ہونا چاہیے تھا اس سے قران کو سمجھنے کا اور</w:t>
      </w:r>
    </w:p>
    <w:p>
      <w:r>
        <w:rPr>
          <w:b/>
        </w:rPr>
        <w:t xml:space="preserve">[53:14] </w:t>
      </w:r>
      <w:r>
        <w:t>naye pehlu khul rahe hain mashallah mashallah dekho tafaseer bohat hain quran par arabi zuban mein bohat tafaseer</w:t>
      </w:r>
    </w:p>
    <w:p>
      <w:pPr>
        <w:jc w:val="right"/>
      </w:pPr>
      <w:r>
        <w:t>نئے پہلو کھل رہے ہیں ماشاءاللہ ماشاءاللہ دیکھو تفسیریں بہت ہیں قران پر عربی زبان میں بہت تفسیریں</w:t>
      </w:r>
    </w:p>
    <w:p>
      <w:r>
        <w:rPr>
          <w:b/>
        </w:rPr>
        <w:t xml:space="preserve">[53:22] </w:t>
      </w:r>
      <w:r>
        <w:t>likhi gayi hain</w:t>
      </w:r>
    </w:p>
    <w:p>
      <w:pPr>
        <w:jc w:val="right"/>
      </w:pPr>
      <w:r>
        <w:t>لکھی گئی ہیں</w:t>
      </w:r>
    </w:p>
    <w:p>
      <w:r>
        <w:rPr>
          <w:b/>
        </w:rPr>
        <w:t xml:space="preserve">[53:30] </w:t>
      </w:r>
      <w:r>
        <w:t>lekin tafaseer mein jo cheez ghalib rehti hai woh hai fanni andaaz fanni andaaz ka matlab yeh hai</w:t>
      </w:r>
    </w:p>
    <w:p>
      <w:pPr>
        <w:jc w:val="right"/>
      </w:pPr>
      <w:r>
        <w:t>لیکن تفسیروں میں جو چیز غالب رہتی ہے وہ ہے فنی انداز فنی انداز کا مطلب یہ ہے</w:t>
      </w:r>
    </w:p>
    <w:p>
      <w:r>
        <w:rPr>
          <w:b/>
        </w:rPr>
        <w:t xml:space="preserve">[53:38] </w:t>
      </w:r>
      <w:r>
        <w:t>ke alfaaz ke mani is ki grammatical tarkib aur is qism ki shan e nuzool to isi pe baat</w:t>
      </w:r>
    </w:p>
    <w:p>
      <w:pPr>
        <w:jc w:val="right"/>
      </w:pPr>
      <w:r>
        <w:t>کہ الفاظ کے معنی اس کی گرامیٹیکل ترکیب اور اس قسم کی شان نزول تو اسی پہ بات</w:t>
      </w:r>
    </w:p>
    <w:p>
      <w:r>
        <w:rPr>
          <w:b/>
        </w:rPr>
        <w:t xml:space="preserve">[53:46] </w:t>
      </w:r>
      <w:r>
        <w:t>zyada tar rehti hai to mein jo koshish karta hoon applied way mein yani fanni andaaz mein nahi</w:t>
      </w:r>
    </w:p>
    <w:p>
      <w:pPr>
        <w:jc w:val="right"/>
      </w:pPr>
      <w:r>
        <w:t>زیادہ تر رہتی ہے تو میں جو کوشش کرتا ہوں اپلائیڈ وے میں یعنی فنی انداز میں نہیں</w:t>
      </w:r>
    </w:p>
    <w:p>
      <w:r>
        <w:rPr>
          <w:b/>
        </w:rPr>
        <w:t xml:space="preserve">[53:54] </w:t>
      </w:r>
      <w:r>
        <w:t>karta mein kyunke tamam tafaseer mein fanni andaaz hi hai</w:t>
      </w:r>
    </w:p>
    <w:p>
      <w:pPr>
        <w:jc w:val="right"/>
      </w:pPr>
      <w:r>
        <w:t>کرتا میں کیونکہ تمام تفسیروں میں فنی انداز ہی ہے</w:t>
      </w:r>
    </w:p>
    <w:p>
      <w:r>
        <w:rPr>
          <w:b/>
        </w:rPr>
        <w:t xml:space="preserve">[54:02] </w:t>
      </w:r>
      <w:r>
        <w:t>is ka ek dilchasp misaal yeh hai ke allama anwar shah kashmiri jo the bohat hi qabil aadmi the to ek ayat hai ek hadith ke bare mein un ko kuch shakk hua to sara dekh dalo sharah hai to kehte hain ke lam yatahasali shay'un ghair hul alfaaz ke mujhe yaani alfaaz hal karne ke siwa</w:t>
      </w:r>
    </w:p>
    <w:p>
      <w:pPr>
        <w:jc w:val="right"/>
      </w:pPr>
      <w:r>
        <w:t>اس کا ایک دلچسپ مثال یہ ہے کہ علامہ انور شاہ کشمیری جو تھے بہت ہی قابل ادمی تھے تو ایک ایت ہے ایک حدیث کے بارے میں ان کو کچھ شک ہوا تو سارا دیکھ ڈالیں شرح ہے تو کہتے ہیں کہ لم یتحصلی شیء غیر حل الفاظ کہ مجھے یعنی الفاظ حل کرنے کے سوا</w:t>
      </w:r>
    </w:p>
    <w:p>
      <w:r>
        <w:rPr>
          <w:b/>
        </w:rPr>
        <w:t xml:space="preserve">[54:32] </w:t>
      </w:r>
      <w:r>
        <w:t>aur koi baaton se mili nahi to aam taur par yeh andaaz yahi hai yaani fanni is ko mein fanni andaaz kahunga lekin mera tareeqa hai applied way mein karna ke kisi soorat e haal yaani quran ki ayatein jo hain kisi background ke tehat hain jis ko hum kehte hain shan e nazool shan e nazool ka matlab kya hai background to is background ko mazi ke background ko aaj ka halat apply</w:t>
      </w:r>
    </w:p>
    <w:p>
      <w:pPr>
        <w:jc w:val="right"/>
      </w:pPr>
      <w:r>
        <w:t>اور کوئی باتوں سے ملی نہیں تو عام طور پر یہ انداز یہی ہے یعنی فنی اس کو میں فنی انداز کہوں گا لیکن میرا طریقہ ہے اپلائیڈ وے میں کرنا کہ کسی صورتحال یعنی قران کی ایتیں جو ہیں کسی بیک گراؤنڈ کے تحت ہیں جس کو ہم کہتے ہیں شان نزول شان نزول کا مطلب کیا ہے بیک گراؤنڈ تو اس بیک گراؤنڈ کو ماضی کے بیک گراؤنڈ کو اج کا حالت اپلائی</w:t>
      </w:r>
    </w:p>
    <w:p>
      <w:r>
        <w:rPr>
          <w:b/>
        </w:rPr>
        <w:t xml:space="preserve">[55:02] </w:t>
      </w:r>
      <w:r>
        <w:t>karna taake logon ko maloom ho ke aaj ke kya matlab is ka hai to tafaseer mein fanni andaaz hota hai aur mein ne jo andaaz ikhtiyar kiya hai inshallah woh hai applied way mein is ki sharah karta hoon mein musalma aap ne is par woh istehza wali baat par ek comment diya hai ke quran mein is b</w:t>
      </w:r>
    </w:p>
    <w:p>
      <w:pPr>
        <w:jc w:val="right"/>
      </w:pPr>
      <w:r>
        <w:t>کرنا تاکہ لوگوں کو معلوم ہو کہ اج کے کیا مطلب اس کا ہے تو تفسیروں میں فنی انداز ہوتا ہے اور میں نے جو انداز اختیار کیا ہے انشاءاللہ وہ ہے اپلائیڈ وے میں اس کی شرح کرتا ہوں میں مسلمہ اپ نے اس پر وہ استہزاء والی بات پر ایک کمنٹ دیا ہے کہ قران میں اس ب</w:t>
      </w:r>
    </w:p>
    <w:p>
      <w:r>
        <w:rPr>
          <w:b/>
        </w:rPr>
        <w:t xml:space="preserve">[55:32] </w:t>
      </w:r>
      <w:r>
        <w:t>at ko bataya gaya hai ke afsos hai un bando ke haal par ke koi bhi nabi nahi</w:t>
      </w:r>
    </w:p>
    <w:p>
      <w:pPr>
        <w:jc w:val="right"/>
      </w:pPr>
      <w:r>
        <w:t>ات کو بتایا گیا ہے کہ افسوس ہے ان بندوں کے حال پر کہ کوئی بھی نبی نہیں</w:t>
      </w:r>
    </w:p>
    <w:p>
      <w:r>
        <w:rPr>
          <w:b/>
        </w:rPr>
        <w:t xml:space="preserve">[55:40] </w:t>
      </w:r>
      <w:r>
        <w:t>aya jis ka unhon ne mazak na uraya ho sahi baat hai quran mein ke wa ma arsalna rasool</w:t>
      </w:r>
    </w:p>
    <w:p>
      <w:pPr>
        <w:jc w:val="right"/>
      </w:pPr>
      <w:r>
        <w:t>ایا جس کا انہوں نے مذاق نہ اڑایا ہو صحیح بات ہے قران میں کہ وما ارسلنا رسول</w:t>
      </w:r>
    </w:p>
    <w:p>
      <w:r>
        <w:rPr>
          <w:b/>
        </w:rPr>
        <w:t xml:space="preserve">[55:47] </w:t>
      </w:r>
      <w:r>
        <w:t>illa kana yastaizoon to yeh to hamesha hua hai to yeh baat dekhen ke istehza karne wale paida</w:t>
      </w:r>
    </w:p>
    <w:p>
      <w:pPr>
        <w:jc w:val="right"/>
      </w:pPr>
      <w:r>
        <w:t>الا کان یستعذون تو یہ تو ہمیشہ ہوا ہے تو یہ بات دیکھیں کہ استہزاء کرنے والے پیدا</w:t>
      </w:r>
    </w:p>
    <w:p>
      <w:r>
        <w:rPr>
          <w:b/>
        </w:rPr>
        <w:t xml:space="preserve">[55:55] </w:t>
      </w:r>
      <w:r>
        <w:t>hogaye hain yeh dekhen</w:t>
      </w:r>
    </w:p>
    <w:p>
      <w:pPr>
        <w:jc w:val="right"/>
      </w:pPr>
      <w:r>
        <w:t>ہوگئے ہیں یہ دیکھیں</w:t>
      </w:r>
    </w:p>
    <w:p>
      <w:r>
        <w:rPr>
          <w:b/>
        </w:rPr>
        <w:t xml:space="preserve">[56:02] </w:t>
      </w:r>
      <w:r>
        <w:t>kya in par koi daleel hai istehza karne wale to paida hi honge hamesha to sirf yeh</w:t>
      </w:r>
    </w:p>
    <w:p>
      <w:pPr>
        <w:jc w:val="right"/>
      </w:pPr>
      <w:r>
        <w:t>کیا ان پر کوئی دلیل ہے استہزاء کرنے والے تو پیدا ہی ہوں گے ہمیشہ تو صرف یہ</w:t>
      </w:r>
    </w:p>
    <w:p>
      <w:r>
        <w:rPr>
          <w:b/>
        </w:rPr>
        <w:t xml:space="preserve">[56:10] </w:t>
      </w:r>
      <w:r>
        <w:t>dekhen kya inke baad koi daleel hai daleel hai to iska yaad karna hoga nahi to</w:t>
      </w:r>
    </w:p>
    <w:p>
      <w:pPr>
        <w:jc w:val="right"/>
      </w:pPr>
      <w:r>
        <w:t>دیکھیں کیا ان کے بعد کوئی دلیل ہے دلیل ہے تو اس کا یاد کرنا ہوگا نہیں تو</w:t>
      </w:r>
    </w:p>
    <w:p>
      <w:r>
        <w:rPr>
          <w:b/>
        </w:rPr>
        <w:t xml:space="preserve">[56:17] </w:t>
      </w:r>
      <w:r>
        <w:t>nahi dekhiye rasool Allah ke zamane mein do daur hain makki daur aur badri daur to makki daur</w:t>
      </w:r>
    </w:p>
    <w:p>
      <w:pPr>
        <w:jc w:val="right"/>
      </w:pPr>
      <w:r>
        <w:t>نہیں دیکھیے رسول اللہ کے زمانے میں دو دور ہیں مکی دور اور بدری دور تو مکی دور</w:t>
      </w:r>
    </w:p>
    <w:p>
      <w:r>
        <w:rPr>
          <w:b/>
        </w:rPr>
        <w:t xml:space="preserve">[56:25] </w:t>
      </w:r>
      <w:r>
        <w:t>ke logon ne bohat mukhalifat ki lajan lajaan ki bohat sataya lekin</w:t>
      </w:r>
    </w:p>
    <w:p>
      <w:pPr>
        <w:jc w:val="right"/>
      </w:pPr>
      <w:r>
        <w:t>کے لوگوں نے بہت مخالفت کی لاجن لاجاں کی بہت ستایا لیکن</w:t>
      </w:r>
    </w:p>
    <w:p>
      <w:r>
        <w:rPr>
          <w:b/>
        </w:rPr>
        <w:t xml:space="preserve">[56:33] </w:t>
      </w:r>
      <w:r>
        <w:t>wahan par munafiqat nahi thi wahan ya to mukhlis log the ya phir sarkash log the yeh munafiqat</w:t>
      </w:r>
    </w:p>
    <w:p>
      <w:pPr>
        <w:jc w:val="right"/>
      </w:pPr>
      <w:r>
        <w:t>وہاں پر منافقت نہیں تھی وہاں یا تو مخلص لوگ تھے یا پھر سرکش لوگ تھے یہ منافقت</w:t>
      </w:r>
    </w:p>
    <w:p>
      <w:r>
        <w:rPr>
          <w:b/>
        </w:rPr>
        <w:t xml:space="preserve">[56:40] </w:t>
      </w:r>
      <w:r>
        <w:t>ka jo phenomenon hai woh madine mein aya kyunke madine mein ek society ban gayi thi aur wahan</w:t>
      </w:r>
    </w:p>
    <w:p>
      <w:pPr>
        <w:jc w:val="right"/>
      </w:pPr>
      <w:r>
        <w:t>کا جو فیناومینا ہے وہ مدینے میں ایا کیونکہ مدینے میں ایک سوسائٹی بن گئی تھی اور وہاں</w:t>
      </w:r>
    </w:p>
    <w:p>
      <w:r>
        <w:rPr>
          <w:b/>
        </w:rPr>
        <w:t xml:space="preserve">[56:48] </w:t>
      </w:r>
      <w:r>
        <w:t>par mass conversion hua tha mass conversion ka shuru silsila shuru hua hai madine se baad ko phir</w:t>
      </w:r>
    </w:p>
    <w:p>
      <w:pPr>
        <w:jc w:val="right"/>
      </w:pPr>
      <w:r>
        <w:t>پر ماس کنورژن ہوا تھا ماس کنورژن کا شروع سلسلہ شروع ہوا ہے مدینے سے بعد کو پھر</w:t>
      </w:r>
    </w:p>
    <w:p>
      <w:r>
        <w:rPr>
          <w:b/>
        </w:rPr>
        <w:t xml:space="preserve">[56:55] </w:t>
      </w:r>
      <w:r>
        <w:t>hota raha to mass conversion mein yeh hota hai ke log zyada</w:t>
      </w:r>
    </w:p>
    <w:p>
      <w:pPr>
        <w:jc w:val="right"/>
      </w:pPr>
      <w:r>
        <w:t>ہوتا رہا تو ماس کنورژن میں یہ ہوتا ہے کہ لوگ زیادہ</w:t>
      </w:r>
    </w:p>
    <w:p>
      <w:r>
        <w:rPr>
          <w:b/>
        </w:rPr>
        <w:t xml:space="preserve">[57:03] </w:t>
      </w:r>
      <w:r>
        <w:t>gehrai ke sath samjhe baghair Islam mein aa jate hain to waza khata to wahi bana lete hain</w:t>
      </w:r>
    </w:p>
    <w:p>
      <w:pPr>
        <w:jc w:val="right"/>
      </w:pPr>
      <w:r>
        <w:t>گہرائی کے ساتھ سمجھے بغیر اسلام میں ا جاتے ہیں تو وضع خطا تو وہی بنا لیتے ہیں</w:t>
      </w:r>
    </w:p>
    <w:p>
      <w:r>
        <w:rPr>
          <w:b/>
        </w:rPr>
        <w:t xml:space="preserve">[57:09] </w:t>
      </w:r>
      <w:r>
        <w:t>woh dress unka wahi ho jata hai lekin andar se unke yani unka mind change</w:t>
      </w:r>
    </w:p>
    <w:p>
      <w:pPr>
        <w:jc w:val="right"/>
      </w:pPr>
      <w:r>
        <w:t>وہ ڈریس ان کا وہی ہو جاتا ہے لیکن اندر سے ان کے یعنی ان کا مائنڈ چینج</w:t>
      </w:r>
    </w:p>
    <w:p>
      <w:r>
        <w:rPr>
          <w:b/>
        </w:rPr>
        <w:t xml:space="preserve">[57:15] </w:t>
      </w:r>
      <w:r>
        <w:t>nahi hota wahi log aisa karte hain to yeh phenomenon madine shuru hua tha aur aaj tak hi</w:t>
      </w:r>
    </w:p>
    <w:p>
      <w:pPr>
        <w:jc w:val="right"/>
      </w:pPr>
      <w:r>
        <w:t>نہیں ہوتا وہی لوگ ایسا کرتے ہیں تو یہ فیناومینا مدینے شروع ہوا تھا اور اج تک ہی</w:t>
      </w:r>
    </w:p>
    <w:p>
      <w:r>
        <w:rPr>
          <w:b/>
        </w:rPr>
        <w:t xml:space="preserve">[57:21] </w:t>
      </w:r>
      <w:r>
        <w:t>jari hai log samajhte hain ke munafiq koi khas firqa tha madine ka nahi munafiq ek kirdaar tha</w:t>
      </w:r>
    </w:p>
    <w:p>
      <w:pPr>
        <w:jc w:val="right"/>
      </w:pPr>
      <w:r>
        <w:t>جاری ہے لوگ سمجھتے ہیں کہ منافق کوئی خاص فرقہ تھا مدینے کا نہیں منافق ایک کردار تھا</w:t>
      </w:r>
    </w:p>
    <w:p>
      <w:r>
        <w:rPr>
          <w:b/>
        </w:rPr>
        <w:t xml:space="preserve">[57:27] </w:t>
      </w:r>
      <w:r>
        <w:t>kirdaar aur woh</w:t>
      </w:r>
    </w:p>
    <w:p>
      <w:pPr>
        <w:jc w:val="right"/>
      </w:pPr>
      <w:r>
        <w:t>کردار اور وہ</w:t>
      </w:r>
    </w:p>
    <w:p>
      <w:r>
        <w:rPr>
          <w:b/>
        </w:rPr>
        <w:t xml:space="preserve">[57:33] </w:t>
      </w:r>
      <w:r>
        <w:t>kirdaar puri tareekh mein hamesha paya jayega ke sahib mein ne jo kaha ke tafaseer mein hum par fanni andaaz hota hai to kya khayal hai aap ka bilkul sahi baat hai maulana aur aaj bhi subah ko jo quran ki ayat padhi gayi thi us mein jo baat hai woh mujhe khud bhi samajh mein nahi aaya maulana aaj pehli bar yeh cheez clear hui ke aap ne jo explanation diya ke quran mein aaya hai ke hum ne un ke dilon ko seal kar diya hai to aaj pehli bar samajh</w:t>
      </w:r>
    </w:p>
    <w:p>
      <w:pPr>
        <w:jc w:val="right"/>
      </w:pPr>
      <w:r>
        <w:t>کردار پوری تاریخ میں ہمیشہ پایا جائے گا کہ صاحب میں نے جو کہا کہ تفسیروں میں ہم پر فنی انداز ہوتا ہے تو کیا خیال ہے اپ کا بالکل صحیح بات ہے مولانا اور اج بھی صبح کو جو قران کی ایت پڑھی گئی تھی اس میں جو بات ہے وہ مجھے خود بھی سمجھ میں نہیں ایا مولانا اج پہلی بار یہ چیز کلیئر ہوئی کہ اپ نے جو ایکسپلینیشن دیا کہ قران میں ایا ہے کہ ہم نے ان کے دلوں کو سیل کر دیا ہے تو اج پہلی بار سمجھ</w:t>
      </w:r>
    </w:p>
    <w:p>
      <w:r>
        <w:rPr>
          <w:b/>
        </w:rPr>
        <w:t xml:space="preserve">[58:03] </w:t>
      </w:r>
      <w:r>
        <w:t>mein aya ke woh iska matlab conditioning se hai matlab ke insan ke upar itni conditioning ho</w:t>
      </w:r>
    </w:p>
    <w:p>
      <w:pPr>
        <w:jc w:val="right"/>
      </w:pPr>
      <w:r>
        <w:t>میں ایا کہ وہ اس کا مطلب کنڈیشننگ سے ہے مطلب کہ انسان کے اوپر اتنی کنڈیشننگ ہو</w:t>
      </w:r>
    </w:p>
    <w:p>
      <w:r>
        <w:rPr>
          <w:b/>
        </w:rPr>
        <w:t xml:space="preserve">[58:10] </w:t>
      </w:r>
      <w:r>
        <w:t>jati hai ke woh apni aankhon ke hote hue bhi ah dimaag ke hote hue bhi dekh nahi</w:t>
      </w:r>
    </w:p>
    <w:p>
      <w:pPr>
        <w:jc w:val="right"/>
      </w:pPr>
      <w:r>
        <w:t>جاتی ہے کہ وہ اپنی انکھوں کے ہوتے ہوئے بھی اہ دماغ کے ہوتے ہوئے بھی دیکھ نہیں</w:t>
      </w:r>
    </w:p>
    <w:p>
      <w:r>
        <w:rPr>
          <w:b/>
        </w:rPr>
        <w:t xml:space="preserve">[58:18] </w:t>
      </w:r>
      <w:r>
        <w:t>pata cheezon ko samajh nahi pata to yeh explanation Maulana pehli bar ah matlab ah isi liye diya</w:t>
      </w:r>
    </w:p>
    <w:p>
      <w:pPr>
        <w:jc w:val="right"/>
      </w:pPr>
      <w:r>
        <w:t>پاتا چیزوں کو سمجھ نہیں پاتا تو یہ ایکسپلینیشن مولانا پہلی بار اہ مطلب اہ اسی لیے دیا</w:t>
      </w:r>
    </w:p>
    <w:p>
      <w:r>
        <w:rPr>
          <w:b/>
        </w:rPr>
        <w:t xml:space="preserve">[58:26] </w:t>
      </w:r>
      <w:r>
        <w:t>hoga aur pehli matlab jo jaisa ke aap ne bola Maulana ke applied sense mein yahi hai ke</w:t>
      </w:r>
    </w:p>
    <w:p>
      <w:pPr>
        <w:jc w:val="right"/>
      </w:pPr>
      <w:r>
        <w:t>ہوگا اور پہلی مطلب جو جیسا کہ اپ نے بولا مولانا کہ اپلائیڈ سینس میں یہی ہے کہ</w:t>
      </w:r>
    </w:p>
    <w:p>
      <w:r>
        <w:rPr>
          <w:b/>
        </w:rPr>
        <w:t xml:space="preserve">[58:33] </w:t>
      </w:r>
      <w:r>
        <w:t>hum ko apne ko deconditioning karna hai and every day we have to do it aisa nahi</w:t>
      </w:r>
    </w:p>
    <w:p>
      <w:pPr>
        <w:jc w:val="right"/>
      </w:pPr>
      <w:r>
        <w:t>ہم کو اپنے کو ڈی کنڈیشننگ کرنا ہے اینڈ ایوری ڈے وی ہیو ٹو ڈو اٹ ایسا نہیں</w:t>
      </w:r>
    </w:p>
    <w:p>
      <w:r>
        <w:rPr>
          <w:b/>
        </w:rPr>
        <w:t xml:space="preserve">[58:41] </w:t>
      </w:r>
      <w:r>
        <w:t>hai ke ah self check wala jo point Maulana aap ne diya woh woh bohat hi eye opening</w:t>
      </w:r>
    </w:p>
    <w:p>
      <w:pPr>
        <w:jc w:val="right"/>
      </w:pPr>
      <w:r>
        <w:t>ہے کہ اہ سیلف چیک والا جو پوائنٹ مولانا اپ نے دیا وہ وہ بہت ہی ائی اوپننگ</w:t>
      </w:r>
    </w:p>
    <w:p>
      <w:r>
        <w:rPr>
          <w:b/>
        </w:rPr>
        <w:t xml:space="preserve">[58:48] </w:t>
      </w:r>
      <w:r>
        <w:t>tha dekhiye hum aap sab yeh karte hain ke hum kapda pehente hain bahar nikalte hain to kuch</w:t>
      </w:r>
    </w:p>
    <w:p>
      <w:pPr>
        <w:jc w:val="right"/>
      </w:pPr>
      <w:r>
        <w:t>تھا دیکھیے ہم اپ سب یہ کرتے ہیں کہ ہم کپڑا پہنتے ہیں باہر نکلتے ہیں تو کچھ</w:t>
      </w:r>
    </w:p>
    <w:p>
      <w:r>
        <w:rPr>
          <w:b/>
        </w:rPr>
        <w:t xml:space="preserve">[58:56] </w:t>
      </w:r>
      <w:r>
        <w:t>na kuch is mein yani dirt ati hai kuch na kuch safai</w:t>
      </w:r>
    </w:p>
    <w:p>
      <w:pPr>
        <w:jc w:val="right"/>
      </w:pPr>
      <w:r>
        <w:t>نہ کچھ اس میں یعنی ڈرٹ اتی ہے کچھ نہ کچھ صفائی</w:t>
      </w:r>
    </w:p>
    <w:p>
      <w:r>
        <w:rPr>
          <w:b/>
        </w:rPr>
        <w:t xml:space="preserve">[59:03] </w:t>
      </w:r>
      <w:r>
        <w:t>is ki chali jati hai to hum us ko dhalate hain dhote hain to daily hamare kapde mein ek ek ek aloodgi aati hai us ko hum survey karte rehte hain yahi mamla hamari dakhli shakhsiyat ka bhi hai hum yeh samaj mein rehte hain to koi kuch kahega hum us ko sunenge koi kuch bolega us ko bhi hum sunenge koi koi baat padhenge is mein kuch baatein hongi to logon ke baaton se logon ke</w:t>
      </w:r>
    </w:p>
    <w:p>
      <w:pPr>
        <w:jc w:val="right"/>
      </w:pPr>
      <w:r>
        <w:t>اس کی چلی جاتی ہے تو ہم اس کو دھلاتے ہیں دھوتے ہیں تو ڈیلی ہمارے کپڑے میں ایک ایک ایک الودگی اتی ہے اس کو ہم سروے کرتے رہتے ہیں یہی معاملہ ہماری داخلی شخصیت کا بھی ہے ہم یہ سماج میں رہتے ہیں تو کوئی کچھ کہے گا ہم اس کو سنیں گے کوئی کچھ بولے گا اس کو بھی ہم سنیں گے کوئی کوئی بات پڑھیں گے اس میں کچھ باتیں ہوں گی تو لوگوں کے باتوں سے لوگوں کے</w:t>
      </w:r>
    </w:p>
    <w:p>
      <w:r>
        <w:rPr>
          <w:b/>
        </w:rPr>
        <w:t xml:space="preserve">[59:33] </w:t>
      </w:r>
      <w:r>
        <w:t>yani gaane sunne se aap ke dimaag mein hamesha kuch na kuch aata rehta hai kuch aata rehta</w:t>
      </w:r>
    </w:p>
    <w:p>
      <w:pPr>
        <w:jc w:val="right"/>
      </w:pPr>
      <w:r>
        <w:t>یعنی گانے سننے سے اپ کے دماغ میں ہمیشہ کچھ نہ کچھ اتا رہتا ہے کچھ اتا رہتا</w:t>
      </w:r>
    </w:p>
    <w:p>
      <w:r>
        <w:rPr>
          <w:b/>
        </w:rPr>
        <w:t xml:space="preserve">[59:39] </w:t>
      </w:r>
      <w:r>
        <w:t>hai to jis tarah se kapde ke mamle mein aap musalsal ek amal jari rakhte hain ke pehanna</w:t>
      </w:r>
    </w:p>
    <w:p>
      <w:pPr>
        <w:jc w:val="right"/>
      </w:pPr>
      <w:r>
        <w:t>ہے تو جس طرح سے کپڑے کے معاملے میں اپ مسلسل ایک عمل جاری رکھتے ہیں کہ پہننا</w:t>
      </w:r>
    </w:p>
    <w:p>
      <w:r>
        <w:rPr>
          <w:b/>
        </w:rPr>
        <w:t xml:space="preserve">[59:45] </w:t>
      </w:r>
      <w:r>
        <w:t>dhulana pehanna dhulana aise hi conditioning aur deconditioning chalna chahiye theek wahi amal yahan ho wahan physical</w:t>
      </w:r>
    </w:p>
    <w:p>
      <w:pPr>
        <w:jc w:val="right"/>
      </w:pPr>
      <w:r>
        <w:t>دھلانا پہننا دھلانا ایسے ہی کنڈیشننگ اور ڈی کنڈیشننگ چلنا چاہیے ٹھیک وہی عمل یہاں ہو وہاں فزیکل</w:t>
      </w:r>
    </w:p>
    <w:p>
      <w:r>
        <w:rPr>
          <w:b/>
        </w:rPr>
        <w:t xml:space="preserve">[59:51] </w:t>
      </w:r>
      <w:r>
        <w:t>sense mein aap pehante hain phir dhulate hain pehante hain phir dhulate hain yahan par bhi intellectual sense</w:t>
      </w:r>
    </w:p>
    <w:p>
      <w:pPr>
        <w:jc w:val="right"/>
      </w:pPr>
      <w:r>
        <w:t>سینس میں اپ پہنتے ہیں پھر دھلاتے ہیں پہنتے ہیں پھر دھلاتے ہیں یہاں پر بھی انٹلیکچول سینس</w:t>
      </w:r>
    </w:p>
    <w:p>
      <w:r>
        <w:rPr>
          <w:b/>
        </w:rPr>
        <w:t xml:space="preserve">[59:57] </w:t>
      </w:r>
      <w:r>
        <w:t>mein yeh karna parega aap ko ke</w:t>
      </w:r>
    </w:p>
    <w:p>
      <w:pPr>
        <w:jc w:val="right"/>
      </w:pPr>
      <w:r>
        <w:t>میں یہ کرنا پڑے گا اپ کو کہ</w:t>
      </w:r>
    </w:p>
    <w:p>
      <w:r>
        <w:rPr>
          <w:b/>
        </w:rPr>
        <w:t xml:space="preserve">[1:00:03] </w:t>
      </w:r>
      <w:r>
        <w:t>daily apna apna introspection karein aur conditioning ki de conditioning karein conditioning ki de conditioning karein tab qaim</w:t>
      </w:r>
    </w:p>
    <w:p>
      <w:pPr>
        <w:jc w:val="right"/>
      </w:pPr>
      <w:r>
        <w:t>ڈیلی اپنا اپنا انٹراسپیکشن کریں اور کنڈیشننگ کی ڈی کنڈیشننگ کریں کنڈیشننگ کی ڈی کنڈیشننگ کریں تب قائم</w:t>
      </w:r>
    </w:p>
    <w:p>
      <w:r>
        <w:rPr>
          <w:b/>
        </w:rPr>
        <w:t xml:space="preserve">[1:00:11] </w:t>
      </w:r>
      <w:r>
        <w:t>banayenge warna wahi hoga ke conditioning pakki hote hote aisi ho jayegi ke na dikhai de</w:t>
      </w:r>
    </w:p>
    <w:p>
      <w:pPr>
        <w:jc w:val="right"/>
      </w:pPr>
      <w:r>
        <w:t>بنائیں گے ورنہ وہی ہوگا کہ کنڈیشننگ پختہ ہوتے ہوتے ایسی ہو جائے گی کہ نہ دکھائی دے</w:t>
      </w:r>
    </w:p>
    <w:p>
      <w:r>
        <w:rPr>
          <w:b/>
        </w:rPr>
        <w:t xml:space="preserve">[1:00:18] </w:t>
      </w:r>
      <w:r>
        <w:t>ga na sunai dega na kuch har andaaz aadmi andha bhara ban ban jayega ke sahib</w:t>
      </w:r>
    </w:p>
    <w:p>
      <w:pPr>
        <w:jc w:val="right"/>
      </w:pPr>
      <w:r>
        <w:t>گا نہ سنائی دے گا نہ کچھ ہر انداز ادمی اندھا بھرا بن بن جائے گا کہ صاحب</w:t>
      </w:r>
    </w:p>
    <w:p>
      <w:r>
        <w:rPr>
          <w:b/>
        </w:rPr>
        <w:t xml:space="preserve">[1:00:26] </w:t>
      </w:r>
      <w:r>
        <w:t>kya kya kya cheez unhon ne kaha mol</w:t>
      </w:r>
    </w:p>
    <w:p>
      <w:pPr>
        <w:jc w:val="right"/>
      </w:pPr>
      <w:r>
        <w:t>کیا کیا کیا چیز انہوں نے کہا مول</w:t>
      </w:r>
    </w:p>
    <w:p>
      <w:r>
        <w:rPr>
          <w:b/>
        </w:rPr>
        <w:t xml:space="preserve">[1:00:34] </w:t>
      </w:r>
      <w:r>
        <w:t>ana ap yeh keh rahe hain ke jaise kapra hum pehante hain to us se hum samajh sakte hain is baat ko conditioning aur deconditioning ko kapre ko agar hum check na karein ke ganda hai ya saaf hai to hum kahin bhi jayein to hamare liye behtar nahi hoga to isi tarike se aadmi ko apni fikr ko ko check karna chahiye self check mein rakhna chahiye kyunke hum mukhtalif jagah jate hain mukhtalif thinkings hamara thoughts hain hamara sabqa pesh aata hai to hum jab tak check nahi kareinge to hamari conditioning hoti jayegi</w:t>
      </w:r>
    </w:p>
    <w:p>
      <w:pPr>
        <w:jc w:val="right"/>
      </w:pPr>
      <w:r>
        <w:t>انا اپ یہ کہہ رہے ہیں کہ جیسے کپڑا ہم پہنتے ہیں تو اس سے ہم سمجھ سکتے ہیں اس بات کو کنڈیشننگ اور ڈی کنڈیشننگ کو کپڑے کو اگر ہم چیک نہ کریں کہ گندا ہے یا صاف ہے تو ہم کہیں بھی جائیں تو ہمارے لیے بہتر نہیں ہوگا تو اسی طریقے سے ادمی کو اپنی فکر کو کو چیک کرنا چاہیے سیلف چیک میں رکھنا چاہیے کیونکہ ہم مختلف جگہ جاتے ہیں مختلف تھنکنگز ہمارا تھاٹس ہیں ہمارا سابقہ پیش اتا ہے تو ہم جب تک چیک نہیں کریں گے تو ہماری کنڈیشننگ ہوتی جائے گی</w:t>
      </w:r>
    </w:p>
    <w:p>
      <w:r>
        <w:rPr>
          <w:b/>
        </w:rPr>
        <w:t xml:space="preserve">[1:01:04] </w:t>
      </w:r>
      <w:r>
        <w:t>to is ki wajah se kya hoga ke hum door ho sakte hain sachai se theek hai achi</w:t>
      </w:r>
    </w:p>
    <w:p>
      <w:pPr>
        <w:jc w:val="right"/>
      </w:pPr>
      <w:r>
        <w:t>تو اس کی وجہ سے کیا ہوگا کہ ہم دور ہو سکتے ہیں سچائی سے ٹھیک ہے اچھی</w:t>
      </w:r>
    </w:p>
    <w:p>
      <w:r>
        <w:rPr>
          <w:b/>
        </w:rPr>
        <w:t xml:space="preserve">[1:01:10] </w:t>
      </w:r>
      <w:r>
        <w:t>lagti hai aap ki baat bohat bohat aham baat hai Maulana yeh bohat aham baat hai Maulana yeh</w:t>
      </w:r>
    </w:p>
    <w:p>
      <w:pPr>
        <w:jc w:val="right"/>
      </w:pPr>
      <w:r>
        <w:t>لگتی ہے اپ کی بات بہت بہت اہم بات ہے مولانا یہ بہت اہم بات ہے مولانا یہ</w:t>
      </w:r>
    </w:p>
    <w:p>
      <w:r>
        <w:rPr>
          <w:b/>
        </w:rPr>
        <w:t xml:space="preserve">[1:01:16] </w:t>
      </w:r>
      <w:r>
        <w:t>Quran mein jo aata hai ke Allah ne gumrah kar diya ya aankhon pe patti daal di ya</w:t>
      </w:r>
    </w:p>
    <w:p>
      <w:pPr>
        <w:jc w:val="right"/>
      </w:pPr>
      <w:r>
        <w:t>قران میں جو اتا ہے کہ اللہ نے گمراہ کر دیا یا انکھوں پہ پٹی ڈال دی یا</w:t>
      </w:r>
    </w:p>
    <w:p>
      <w:r>
        <w:rPr>
          <w:b/>
        </w:rPr>
        <w:t xml:space="preserve">[1:01:22] </w:t>
      </w:r>
      <w:r>
        <w:t>daire kar diya to is mein is tareeqe se aata hai ke Allah ne kar diya jabke insaan</w:t>
      </w:r>
    </w:p>
    <w:p>
      <w:pPr>
        <w:jc w:val="right"/>
      </w:pPr>
      <w:r>
        <w:t>ڈائرہ کر دیا تو اس میں اس طریقے سے اتا ہے کہ اللہ نے کر دیا جبکہ انسان</w:t>
      </w:r>
    </w:p>
    <w:p>
      <w:r>
        <w:rPr>
          <w:b/>
        </w:rPr>
        <w:t xml:space="preserve">[1:01:28] </w:t>
      </w:r>
      <w:r>
        <w:t>ki khud ki ghalti hoti hai to us ko hum kaise samjhein kaise us ko relate karein</w:t>
      </w:r>
    </w:p>
    <w:p>
      <w:pPr>
        <w:jc w:val="right"/>
      </w:pPr>
      <w:r>
        <w:t>کی خود کی غلطی ہوتی ہے تو اس کو ہم کیسے سمجھیں کیسے اس کو ریلیٹ کریں</w:t>
      </w:r>
    </w:p>
    <w:p>
      <w:r>
        <w:rPr>
          <w:b/>
        </w:rPr>
        <w:t xml:space="preserve">[1:01:35] </w:t>
      </w:r>
      <w:r>
        <w:t>kya karein Maulana yeh keh rahe hain ke Quran mein jo aata hai ke Allah taala ne kisi</w:t>
      </w:r>
    </w:p>
    <w:p>
      <w:pPr>
        <w:jc w:val="right"/>
      </w:pPr>
      <w:r>
        <w:t>کیا کریں مولانا یہ کہہ رہے ہیں کہ قران میں جو اتا ہے کہ اللہ تعالی نے کسی</w:t>
      </w:r>
    </w:p>
    <w:p>
      <w:r>
        <w:rPr>
          <w:b/>
        </w:rPr>
        <w:t xml:space="preserve">[1:01:41] </w:t>
      </w:r>
      <w:r>
        <w:t>ke dilon par patti daal di aankhon par patti daal di to yeh jo Allah ki taraf mansoob</w:t>
      </w:r>
    </w:p>
    <w:p>
      <w:pPr>
        <w:jc w:val="right"/>
      </w:pPr>
      <w:r>
        <w:t>کے دلوں پر پٹی ڈال دی انکھوں پر پٹی ڈال دی تو یہ جو اللہ کی طرف منسوب</w:t>
      </w:r>
    </w:p>
    <w:p>
      <w:r>
        <w:rPr>
          <w:b/>
        </w:rPr>
        <w:t xml:space="preserve">[1:01:47] </w:t>
      </w:r>
      <w:r>
        <w:t>ki gayi baat to us ko hum kaise samajh sakte hain dekhein yeh Quran ke usloob ki baat</w:t>
      </w:r>
    </w:p>
    <w:p>
      <w:pPr>
        <w:jc w:val="right"/>
      </w:pPr>
      <w:r>
        <w:t>کی گئی بات تو اس کو ہم کیسے سمجھ سکتے ہیں دیکھیں یہ قران کے اسلوب کی بات</w:t>
      </w:r>
    </w:p>
    <w:p>
      <w:r>
        <w:rPr>
          <w:b/>
        </w:rPr>
        <w:t xml:space="preserve">[1:01:53] </w:t>
      </w:r>
      <w:r>
        <w:t>hai yeh to sara Quran mein bhara hua hai ke law yani law of nature ko aisa keh</w:t>
      </w:r>
    </w:p>
    <w:p>
      <w:pPr>
        <w:jc w:val="right"/>
      </w:pPr>
      <w:r>
        <w:t>ہے یہ تو سارا قران میں بھرا ہوا ہے کہ لاء یعنی لاء اف نیچر کو ایسا کہہ</w:t>
      </w:r>
    </w:p>
    <w:p>
      <w:r>
        <w:rPr>
          <w:b/>
        </w:rPr>
        <w:t xml:space="preserve">[1:02:00] </w:t>
      </w:r>
      <w:r>
        <w:t>diya jata hai yani Allah taala ne jo woh Allah ne qaim kiya hai</w:t>
      </w:r>
    </w:p>
    <w:p>
      <w:pPr>
        <w:jc w:val="right"/>
      </w:pPr>
      <w:r>
        <w:t>دیا جاتا ہے یعنی اللہ تعالی نے جو وہ اللہ نے قائم کیا ہے</w:t>
      </w:r>
    </w:p>
    <w:p>
      <w:r>
        <w:rPr>
          <w:b/>
        </w:rPr>
        <w:t xml:space="preserve">[1:02:06] </w:t>
      </w:r>
      <w:r>
        <w:t>yani conditioning aur deconditioning ka jo tareeqa hai woh Allah hi ne qaim kiya hai qaim paane ke Khuda ki fitrat fitrat mein hum paida hote hain Khuda humein kaan deta hai aankh deta hai dimaagh deta hai to Allah ne paida kiya hum ko ek khaas qanoon ke tehat to is bina par us ko kaha jata hai ke Allah ki taraf mansoob kar dete hain lekin haqeeqatan woh murad hoti hai law of nature yeh</w:t>
      </w:r>
    </w:p>
    <w:p>
      <w:pPr>
        <w:jc w:val="right"/>
      </w:pPr>
      <w:r>
        <w:t>یعنی کنڈیشننگ اور ڈی کنڈیشننگ کا جو طریقہ ہے وہ اللہ ہی نے قائم کیا ہے قائم پانے کے خدا کی فطرت فطرت میں ہم پیدا ہوتے ہیں خدا ہمیں کان دیتا ہے انکھ دیتا ہے دماغ دیتا ہے تو اللہ نے پیدا کیا ہم کو ایک خاص قانون کے تحت تو اس بنا پر اس کو کہا جاتا ہے کہ اللہ کی طرف منسوب کر دیتے ہیں لیکن حقیقتا وہ مراد ہوتی ہے لاء اف نیچر یہ</w:t>
      </w:r>
    </w:p>
    <w:p>
      <w:r>
        <w:rPr>
          <w:b/>
        </w:rPr>
        <w:t xml:space="preserve">[1:02:36] </w:t>
      </w:r>
      <w:r>
        <w:t>to sare Quran mein aisa hai aur ulma ne is ko likha hai Maulana yeh mus labita ka</w:t>
      </w:r>
    </w:p>
    <w:p>
      <w:pPr>
        <w:jc w:val="right"/>
      </w:pPr>
      <w:r>
        <w:t>تو سارے قران میں ایسا ہے اور علماء نے اس کو لکھا ہے مولانا یہ مس لبیتہ کا</w:t>
      </w:r>
    </w:p>
    <w:p>
      <w:r>
        <w:rPr>
          <w:b/>
        </w:rPr>
        <w:t xml:space="preserve">[1:02:46] </w:t>
      </w:r>
      <w:r>
        <w:t>sab question hai kis ka mus labita acha ji ho are those believers only those who are born</w:t>
      </w:r>
    </w:p>
    <w:p>
      <w:pPr>
        <w:jc w:val="right"/>
      </w:pPr>
      <w:r>
        <w:t>سب کوئسچن ہے کس کا مس لبیتہ اچھا جی ہو ار دوز بیلیورز اونلی دوز ہو ار بورن</w:t>
      </w:r>
    </w:p>
    <w:p>
      <w:r>
        <w:rPr>
          <w:b/>
        </w:rPr>
        <w:t xml:space="preserve">[1:02:56] </w:t>
      </w:r>
      <w:r>
        <w:t>muslim or it is for all those who believe in almighty God dekhein yani sachai jo hai sachai</w:t>
      </w:r>
    </w:p>
    <w:p>
      <w:pPr>
        <w:jc w:val="right"/>
      </w:pPr>
      <w:r>
        <w:t>مسلم اور اٹ از فار ال دوز ہو بیلیو ان المائٹی گاڈ دیکھیں یعنی سچائی جو ہے سچائی</w:t>
      </w:r>
    </w:p>
    <w:p>
      <w:r>
        <w:rPr>
          <w:b/>
        </w:rPr>
        <w:t xml:space="preserve">[1:03:06] </w:t>
      </w:r>
      <w:r>
        <w:t>ek akhbar karni parti hai ap sachai ko le kar paida nahi hote yani believer jo hai paidaishi believer jo hai by birth nahi hota by choice hota hai yeh to bohat hi yani clear hai har yani har ek is ko manta hai ke b</w:t>
      </w:r>
    </w:p>
    <w:p>
      <w:pPr>
        <w:jc w:val="right"/>
      </w:pPr>
      <w:r>
        <w:t>ایک اخبار کرنی پڑتی ہے اپ سچائی کو لے کر پیدا نہیں ہوتے یعنی بیلیور جو ہے پیدائشی بیلیور جو ہے بائی برتھ نہیں ہوتا بائی چوائس ہوتا ہے یہ تو بہت ہی یعنی کلیئر ہے ہر یعنی ہر ہر ایک اس کو مانتا ہے کہ ب</w:t>
      </w:r>
    </w:p>
    <w:p>
      <w:r>
        <w:rPr>
          <w:b/>
        </w:rPr>
        <w:t xml:space="preserve">[1:03:36] </w:t>
      </w:r>
      <w:r>
        <w:t>believer by choice hota hai by birth nahi hota yeh yeh bohat hi clear baat hai agar koi</w:t>
      </w:r>
    </w:p>
    <w:p>
      <w:pPr>
        <w:jc w:val="right"/>
      </w:pPr>
      <w:r>
        <w:t>یلیور بائی چوائس ہوتا ہے بائی برتھ نہیں ہوتا یہ یہ بہت ہی کلیئر بات ہے اگر کوئی</w:t>
      </w:r>
    </w:p>
    <w:p>
      <w:r>
        <w:rPr>
          <w:b/>
        </w:rPr>
        <w:t xml:space="preserve">[1:03:46] </w:t>
      </w:r>
      <w:r>
        <w:t>yeh maan le ke believer by birth hota hai to us mani kuch samjhe nahi ke haan belief</w:t>
      </w:r>
    </w:p>
    <w:p>
      <w:pPr>
        <w:jc w:val="right"/>
      </w:pPr>
      <w:r>
        <w:t>یہ مان لے کہ بیلیور بائی برتھ ہوتا ہے تو اس معنی کچھ سمجھے نہیں کہ ہاں بیلیف</w:t>
      </w:r>
    </w:p>
    <w:p>
      <w:r>
        <w:rPr>
          <w:b/>
        </w:rPr>
        <w:t xml:space="preserve">[1:03:56] </w:t>
      </w:r>
      <w:r>
        <w:t>kis cheez ka naam hai faith kis cheez ka naam hai use samjhe hi nahi doctor sabina tab</w:t>
      </w:r>
    </w:p>
    <w:p>
      <w:pPr>
        <w:jc w:val="right"/>
      </w:pPr>
      <w:r>
        <w:t>کس چیز کا نام ہے فیتھ کس چیز کا نام ہے اسے سمجھے ہی نہیں ڈاکٹر سبینہ تب</w:t>
      </w:r>
    </w:p>
    <w:p>
      <w:r>
        <w:rPr>
          <w:b/>
        </w:rPr>
        <w:t xml:space="preserve">[1:04:06] </w:t>
      </w:r>
      <w:r>
        <w:t>sam ka ek comment hai mashallah aaj maine yeh jana ke munafiqat ka character koi mysterious cheez nahi hum bhi agar apna regular muhasba na karein to munafiq munafiqat mein gir sakte hain dars Quran ka silsila ek behtareen initiative hai mashallah aur us ke baad Allahabad se abrar naralah ne</w:t>
      </w:r>
    </w:p>
    <w:p>
      <w:pPr>
        <w:jc w:val="right"/>
      </w:pPr>
      <w:r>
        <w:t>سم کا ایک کمنٹ ہے ماشاءاللہ اج میں نے یہ جانا کہ منافقت کا کریکٹر کوئی مسٹیریس چیز نہیں ہم بھی اگر اپنا ریگولر محاسبہ نہ کریں تو منافق منافقت میں گر سکتے ہیں درس قران کا سلسلہ ایک بہترین انیشیٹیو ہے ماشاءاللہ اور اس کے بعد الہ اباد سے ابرار نرالہ نے</w:t>
      </w:r>
    </w:p>
    <w:p>
      <w:r>
        <w:rPr>
          <w:b/>
        </w:rPr>
        <w:t xml:space="preserve">[1:04:36] </w:t>
      </w:r>
      <w:r>
        <w:t>sawal kya hai kya CPS ka har members Quran ka dars de sakta hai yani ek</w:t>
      </w:r>
    </w:p>
    <w:p>
      <w:pPr>
        <w:jc w:val="right"/>
      </w:pPr>
      <w:r>
        <w:t>سوال کیا ہے کیا سی پی ایس کا ہر ممبرز قران کا درس دے سکتا ہے یعنی ایک</w:t>
      </w:r>
    </w:p>
    <w:p>
      <w:r>
        <w:rPr>
          <w:b/>
        </w:rPr>
        <w:t xml:space="preserve">[1:04:44] </w:t>
      </w:r>
      <w:r>
        <w:t>aam aadmi dekhein yeh koi dekh sakta hai ya nahi dekh sakta ki baat nahi hai aadmi ko</w:t>
      </w:r>
    </w:p>
    <w:p>
      <w:pPr>
        <w:jc w:val="right"/>
      </w:pPr>
      <w:r>
        <w:t>عام ادمی دیکھیں یہ کوئی دیکھ سکتا ہے یا نہیں دیکھ سکتا کی بات نہیں ہے ادمی کو</w:t>
      </w:r>
    </w:p>
    <w:p>
      <w:r>
        <w:rPr>
          <w:b/>
        </w:rPr>
        <w:t xml:space="preserve">[1:04:51] </w:t>
      </w:r>
      <w:r>
        <w:t>yeh study karni hogi jo jo aadmi study kare wahi dars de sakta hai arabi zaban seekhe aur</w:t>
      </w:r>
    </w:p>
    <w:p>
      <w:pPr>
        <w:jc w:val="right"/>
      </w:pPr>
      <w:r>
        <w:t>یہ سٹڈی کرنی ہوگی جو جو ادمی سٹڈی کرے وہی درس دے سکتا ہے عربی زبان سیکھے اور</w:t>
      </w:r>
    </w:p>
    <w:p>
      <w:r>
        <w:rPr>
          <w:b/>
        </w:rPr>
        <w:t xml:space="preserve">[1:04:59] </w:t>
      </w:r>
      <w:r>
        <w:t>tafseeron ko parhe yani yoon hi agar koi khara lage bolne to woh to galat saath</w:t>
      </w:r>
    </w:p>
    <w:p>
      <w:pPr>
        <w:jc w:val="right"/>
      </w:pPr>
      <w:r>
        <w:t>تفسیروں کو پڑھے یعنی یوں ہی اگر کوئی کھڑا لگے بولنے تو وہ تو غلط ساتھ</w:t>
      </w:r>
    </w:p>
    <w:p>
      <w:r>
        <w:rPr>
          <w:b/>
        </w:rPr>
        <w:t xml:space="preserve">[1:05:06] </w:t>
      </w:r>
      <w:r>
        <w:t>bolega to har kitab koi bhi kitab ho us ki ek language hoti hai us ki ek</w:t>
      </w:r>
    </w:p>
    <w:p>
      <w:pPr>
        <w:jc w:val="right"/>
      </w:pPr>
      <w:r>
        <w:t>بولے گا تو ہر کتاب کوئی بھی کتاب ہو اس کی ایک لینگویج ہوتی ہے اس کی ایک</w:t>
      </w:r>
    </w:p>
    <w:p>
      <w:r>
        <w:rPr>
          <w:b/>
        </w:rPr>
        <w:t xml:space="preserve">[1:05:14] </w:t>
      </w:r>
      <w:r>
        <w:t>history hoti hai us ka ek background hota hai to us ke us ko wahi aadmi samjhe</w:t>
      </w:r>
    </w:p>
    <w:p>
      <w:pPr>
        <w:jc w:val="right"/>
      </w:pPr>
      <w:r>
        <w:t>ہسٹری ہوتی ہے اس کا ایک بیک گراؤنڈ ہوتا ہے تو اس کے اس کو وہی ادمی سمجھے</w:t>
      </w:r>
    </w:p>
    <w:p>
      <w:r>
        <w:rPr>
          <w:b/>
        </w:rPr>
        <w:t xml:space="preserve">[1:05:22] </w:t>
      </w:r>
      <w:r>
        <w:t>ga aur us ka aalim bol payega jo jo us ko yani study kare use us school college</w:t>
      </w:r>
    </w:p>
    <w:p>
      <w:pPr>
        <w:jc w:val="right"/>
      </w:pPr>
      <w:r>
        <w:t>گا اور اس کا عالم بول پائے گا جو جو اس کو یعنی سٹڈی کرے اسے اسکول کالج</w:t>
      </w:r>
    </w:p>
    <w:p>
      <w:r>
        <w:rPr>
          <w:b/>
        </w:rPr>
        <w:t xml:space="preserve">[1:05:29] </w:t>
      </w:r>
      <w:r>
        <w:t>mein ustaad kaun kis ko banaya jata hai jise woh us subject ko padha ho</w:t>
      </w:r>
    </w:p>
    <w:p>
      <w:pPr>
        <w:jc w:val="right"/>
      </w:pPr>
      <w:r>
        <w:t>میں استاد کون کس کو بنایا جاتا ہے جسے وہ اس سبجیکٹ کو پڑھا ہو</w:t>
      </w:r>
    </w:p>
    <w:p>
      <w:r>
        <w:rPr>
          <w:b/>
        </w:rPr>
        <w:t xml:space="preserve">[1:05:37] </w:t>
      </w:r>
      <w:r>
        <w:t>to yahan koi restriction nahi hai lekin aadmi agar dars dena chahta hai to phir apne ko us</w:t>
      </w:r>
    </w:p>
    <w:p>
      <w:pPr>
        <w:jc w:val="right"/>
      </w:pPr>
      <w:r>
        <w:t>تو یہاں کوئی ریسٹرکشن نہیں ہے لیکن ادمی اگر درس دینا چاہتا ہے تو پھر اپنے کو اس</w:t>
      </w:r>
    </w:p>
    <w:p>
      <w:r>
        <w:rPr>
          <w:b/>
        </w:rPr>
        <w:t xml:space="preserve">[1:05:43] </w:t>
      </w:r>
      <w:r>
        <w:t>ke liye tayyar kare apne ko prepare kare ke sahib ji kya khayal hai aap ka sahi baat</w:t>
      </w:r>
    </w:p>
    <w:p>
      <w:pPr>
        <w:jc w:val="right"/>
      </w:pPr>
      <w:r>
        <w:t>کے لیے تیار کرے اپنے کو پریپیئر کرے کہ صاحب جی کیا خیال ہے اپ کا صحیح بات</w:t>
      </w:r>
    </w:p>
    <w:p>
      <w:r>
        <w:rPr>
          <w:b/>
        </w:rPr>
        <w:t xml:space="preserve">[1:05:49] </w:t>
      </w:r>
      <w:r>
        <w:t>hai maulana ke kisi ko agar dars dena chahta hai koi aadmi to woh apne aap ko tayyar</w:t>
      </w:r>
    </w:p>
    <w:p>
      <w:pPr>
        <w:jc w:val="right"/>
      </w:pPr>
      <w:r>
        <w:t>ہے مولانا کہ کسی کو اگر درس دینا چاہتا ہے کوئی ادمی تو وہ اپنے اپ کو تیار</w:t>
      </w:r>
    </w:p>
    <w:p>
      <w:r>
        <w:rPr>
          <w:b/>
        </w:rPr>
        <w:t xml:space="preserve">[1:05:55] </w:t>
      </w:r>
      <w:r>
        <w:t>kare humm tayyar ka matlab yeh nahi ke madrase se ja kar degree le degree ka mamla yeh</w:t>
      </w:r>
    </w:p>
    <w:p>
      <w:pPr>
        <w:jc w:val="right"/>
      </w:pPr>
      <w:r>
        <w:t>کرے ہمم تیار کا مطلب یہ نہیں کہ مدرسے سے جا کر ڈگری لے ڈگری کا معاملہ یہ</w:t>
      </w:r>
    </w:p>
    <w:p>
      <w:r>
        <w:rPr>
          <w:b/>
        </w:rPr>
        <w:t xml:space="preserve">[1:06:01] </w:t>
      </w:r>
      <w:r>
        <w:t>nahi hai madrase ke jo degree paye hue log bhi ho sakta hai ke woh</w:t>
      </w:r>
    </w:p>
    <w:p>
      <w:pPr>
        <w:jc w:val="right"/>
      </w:pPr>
      <w:r>
        <w:t>نہیں ہے مدرسے کے جو ڈگری پائے ہوئے لوگ بھی ہو سکتا ہے کہ وہ</w:t>
      </w:r>
    </w:p>
    <w:p>
      <w:r>
        <w:rPr>
          <w:b/>
        </w:rPr>
        <w:t xml:space="preserve">[1:06:07] </w:t>
      </w:r>
      <w:r>
        <w:t>dars dene qabil na hon to arabi zaban seekhna tafseeron ko padhna aur bahut hi seriously us ki</w:t>
      </w:r>
    </w:p>
    <w:p>
      <w:pPr>
        <w:jc w:val="right"/>
      </w:pPr>
      <w:r>
        <w:t>درس دینے قابل نہ ہوں تو عربی زبان سیکھنا تفسیروں کو پڑھنا اور بہت ہی سیریسلی اس کی</w:t>
      </w:r>
    </w:p>
    <w:p>
      <w:r>
        <w:rPr>
          <w:b/>
        </w:rPr>
        <w:t xml:space="preserve">[1:06:15] </w:t>
      </w:r>
      <w:r>
        <w:t>study karna aur bahut hi zyada zimmedari ke sath is kaam ko anjam dena yeh sab baatein</w:t>
      </w:r>
    </w:p>
    <w:p>
      <w:pPr>
        <w:jc w:val="right"/>
      </w:pPr>
      <w:r>
        <w:t>سٹڈی کرنا اور بہت ہی زیادہ ذمہ داری کے ساتھ اس کام کو انجام دینا یہ سب باتیں</w:t>
      </w:r>
    </w:p>
    <w:p>
      <w:r>
        <w:rPr>
          <w:b/>
        </w:rPr>
        <w:t xml:space="preserve">[1:06:23] </w:t>
      </w:r>
      <w:r>
        <w:t>hon to koi bhi shakhs dars de sakta hai maulana maine ek shakhs ko woh musalman hi</w:t>
      </w:r>
    </w:p>
    <w:p>
      <w:pPr>
        <w:jc w:val="right"/>
      </w:pPr>
      <w:r>
        <w:t>ہوں تو کوئی بھی شخص درس دے سکتا ہے مولانا میں نے ایک شخص کو وہ مسلمان ہی</w:t>
      </w:r>
    </w:p>
    <w:p>
      <w:r>
        <w:rPr>
          <w:b/>
        </w:rPr>
        <w:t xml:space="preserve">[1:06:30] </w:t>
      </w:r>
      <w:r>
        <w:t>hai us ko quran diya to woh bole ke us ko</w:t>
      </w:r>
    </w:p>
    <w:p>
      <w:pPr>
        <w:jc w:val="right"/>
      </w:pPr>
      <w:r>
        <w:t>ہے اس کو قران دیا تو وہ بولے کہ اس کو</w:t>
      </w:r>
    </w:p>
    <w:p>
      <w:r>
        <w:rPr>
          <w:b/>
        </w:rPr>
        <w:t xml:space="preserve">[1:06:38] </w:t>
      </w:r>
      <w:r>
        <w:t>padhte hain samajh mein nahi aata hai to bole ke aap bataiye to maine kaha ke main</w:t>
      </w:r>
    </w:p>
    <w:p>
      <w:pPr>
        <w:jc w:val="right"/>
      </w:pPr>
      <w:r>
        <w:t>پڑھتے ہیں سمجھ میں نہیں اتا ہے تو بولے کہ اپ بتائیے تو میں نے کہا کہ میں</w:t>
      </w:r>
    </w:p>
    <w:p>
      <w:r>
        <w:rPr>
          <w:b/>
        </w:rPr>
        <w:t xml:space="preserve">[1:06:43] </w:t>
      </w:r>
      <w:r>
        <w:t>padhta hoon mujhe bahut samajh mein aata hai main aisa mujhe lagta hai ke main quran ke sath</w:t>
      </w:r>
    </w:p>
    <w:p>
      <w:pPr>
        <w:jc w:val="right"/>
      </w:pPr>
      <w:r>
        <w:t>پڑھتا ہوں مجھے بہت سمجھ میں اتا ہے میں ایسا مجھے لگتا ہے کہ میں قران کے ساتھ</w:t>
      </w:r>
    </w:p>
    <w:p>
      <w:r>
        <w:rPr>
          <w:b/>
        </w:rPr>
        <w:t xml:space="preserve">[1:06:48] </w:t>
      </w:r>
      <w:r>
        <w:t>chipak jata hoon quran ki baatein mujhe bahut samajh mein aati hain to bataiye ke mujhe shart bataiye</w:t>
      </w:r>
    </w:p>
    <w:p>
      <w:pPr>
        <w:jc w:val="right"/>
      </w:pPr>
      <w:r>
        <w:t>چپک جاتا ہوں قران کی باتیں مجھے بہت سمجھ میں اتی ہیں تو بتائیں کہ مجھے شرط بتائیے</w:t>
      </w:r>
    </w:p>
    <w:p>
      <w:r>
        <w:rPr>
          <w:b/>
        </w:rPr>
        <w:t xml:space="preserve">[1:06:53] </w:t>
      </w:r>
      <w:r>
        <w:t>to main us ko zyada phir nahi bata paya lekin yeh kyunke mere sath automatic hota hai to</w:t>
      </w:r>
    </w:p>
    <w:p>
      <w:pPr>
        <w:jc w:val="right"/>
      </w:pPr>
      <w:r>
        <w:t>تو میں اس کو زیادہ پھر نہیں بتا پایا لیکن یہ کیونکہ میرے ساتھ اٹومیٹک ہوتا ہے تو</w:t>
      </w:r>
    </w:p>
    <w:p>
      <w:r>
        <w:rPr>
          <w:b/>
        </w:rPr>
        <w:t xml:space="preserve">[1:06:58] </w:t>
      </w:r>
      <w:r>
        <w:t>mujhe aisa aap bataiye maulana ke quran ko samajhne ki shart matlab kin baaton ko zehan mein rakh</w:t>
      </w:r>
    </w:p>
    <w:p>
      <w:pPr>
        <w:jc w:val="right"/>
      </w:pPr>
      <w:r>
        <w:t>مجھے ایسا اپ بتائیے مولانا کہ قران کو سمجھنے کی شرط مطلب کن باتوں کو ذہن میں رکھ</w:t>
      </w:r>
    </w:p>
    <w:p>
      <w:r>
        <w:rPr>
          <w:b/>
        </w:rPr>
        <w:t xml:space="preserve">[1:07:03] </w:t>
      </w:r>
      <w:r>
        <w:t>ke rakh kar ke padhen kya</w:t>
      </w:r>
    </w:p>
    <w:p>
      <w:pPr>
        <w:jc w:val="right"/>
      </w:pPr>
      <w:r>
        <w:t>کے رکھ کر کے پڑھیں کیا</w:t>
      </w:r>
    </w:p>
    <w:p>
      <w:r>
        <w:rPr>
          <w:b/>
        </w:rPr>
        <w:t xml:space="preserve">[1:07:08] </w:t>
      </w:r>
      <w:r>
        <w:t>kaho Maulana yeh keh rahe hain ke un ka ek background hai sawal karne ka ke kisi sahib ko unhone Quran diya tha to us unhone kaha ke mujhe Quran samajh mein nahi aata to unhone kaha mujhe to samajh mein nahi aata mujhe to samajh mein aata hai unhone kaha to jin sahibon ko Quran diya tha unhone kaha mujhe shart bataiye kis shart par main Quran ko samhoon to yeh sawal pooch rahe hain ke woh shart kya ho sakti hai Quran ko samajhne ke liye ek aam insaan ko samajhne ke liye Quran ki kya shart hai koi shart nahi bas padhe</w:t>
      </w:r>
    </w:p>
    <w:p>
      <w:pPr>
        <w:jc w:val="right"/>
      </w:pPr>
      <w:r>
        <w:t>کہو مولانا یہ کہہ رہے ہیں کہ ان کا ایک بیک گراؤنڈ ہے سوال کرنے کا کہ کسی صاحب کو انہوں نے قران دیا تھا تو اس انہوں نے کہا کہ مجھے قران سمجھ میں نہیں اتا تو انہوں نے کہا مجھے تو سمجھ میں نہیں اتا مجھے تو سمجھ میں اتا ہے انہوں نے کہا تو جن صاحبوں کو قران دیا تھا انہوں نے کہا مجھے شرط بتائیں کس شرط پر میں قران کو سمجھوں تو یہ سوال پوچھ رہے ہیں کہ وہ شرط کیا ہو سکتی ہے قران کو سمجھنے کے لیے ایک عام انسان کو سمجھنے کے لیے قران کی کیا شرط ہے کوئی شرط نہیں بس پڑھے</w:t>
      </w:r>
    </w:p>
    <w:p>
      <w:r>
        <w:rPr>
          <w:b/>
        </w:rPr>
        <w:t xml:space="preserve">[1:07:38] </w:t>
      </w:r>
      <w:r>
        <w:t>ho subject is mein shart kya aap unhon ne jab yeh kaha ke samajh mein nahi aata to</w:t>
      </w:r>
    </w:p>
    <w:p>
      <w:pPr>
        <w:jc w:val="right"/>
      </w:pPr>
      <w:r>
        <w:t>ہو سبجیکٹ اس میں شرط کیا اپ انہوں نے جب یہ کہا کہ سمجھ میں نہیں اتا تو</w:t>
      </w:r>
    </w:p>
    <w:p>
      <w:r>
        <w:rPr>
          <w:b/>
        </w:rPr>
        <w:t xml:space="preserve">[1:07:44] </w:t>
      </w:r>
      <w:r>
        <w:t>aap ko ek mein ek misaal puchni chahiye thi ek misaal bataiye koi ayat ko le kar ke</w:t>
      </w:r>
    </w:p>
    <w:p>
      <w:pPr>
        <w:jc w:val="right"/>
      </w:pPr>
      <w:r>
        <w:t>اپ کو ایک میں ایک مثال پوچھنی چاہیے تھی ایک مثال بتائیے کوئی ایت کو لے کر کہ</w:t>
      </w:r>
    </w:p>
    <w:p>
      <w:r>
        <w:rPr>
          <w:b/>
        </w:rPr>
        <w:t xml:space="preserve">[1:07:51] </w:t>
      </w:r>
      <w:r>
        <w:t>is mein kya baat nahi samajh aayi aap ki us se shart ki baat hi nahi hai sahi</w:t>
      </w:r>
    </w:p>
    <w:p>
      <w:pPr>
        <w:jc w:val="right"/>
      </w:pPr>
      <w:r>
        <w:t>اس میں کیا بات نہیں سمجھ ائی اپ کی اس سے شرط کی بات ہی نہیں ہے صحیح</w:t>
      </w:r>
    </w:p>
    <w:p>
      <w:r>
        <w:rPr>
          <w:b/>
        </w:rPr>
        <w:t xml:space="preserve">[1:07:57] </w:t>
      </w:r>
      <w:r>
        <w:t>baat yeh thi ke aap un se puchte ke koi ek misaal bataiye ke kya nahi samajh aaya</w:t>
      </w:r>
    </w:p>
    <w:p>
      <w:pPr>
        <w:jc w:val="right"/>
      </w:pPr>
      <w:r>
        <w:t>بات یہ تھی کہ اپ ان سے پوچھتے کہ کوئی ایک مثال بتائیے کہ کیا نہیں سمجھ ایا</w:t>
      </w:r>
    </w:p>
    <w:p>
      <w:r>
        <w:rPr>
          <w:b/>
        </w:rPr>
        <w:t xml:space="preserve">[1:08:03] </w:t>
      </w:r>
      <w:r>
        <w:t>aap ko tab baat clear hoti hai aise to kuch kuch clarity mujhe mujhe clear baat hui nahi</w:t>
      </w:r>
    </w:p>
    <w:p>
      <w:pPr>
        <w:jc w:val="right"/>
      </w:pPr>
      <w:r>
        <w:t>اپ کو تب بات کلیئر ہوتی ہے ایسے تو کچھ کچھ کلیئرٹی مجھے مجھے کلیئر بات ہوئی نہیں</w:t>
      </w:r>
    </w:p>
    <w:p>
      <w:r>
        <w:rPr>
          <w:b/>
        </w:rPr>
        <w:t xml:space="preserve">[1:08:09] </w:t>
      </w:r>
      <w:r>
        <w:t>sir aap ne kaha mere do questions the aap ne ek daleel sab use kiya aap aage acha</w:t>
      </w:r>
    </w:p>
    <w:p>
      <w:pPr>
        <w:jc w:val="right"/>
      </w:pPr>
      <w:r>
        <w:t>سر اپ نے کہا میرے دو کوئسچنز تھے اپ نے ایک دلیل سب یوز کیا اپ اگے اچھا</w:t>
      </w:r>
    </w:p>
    <w:p>
      <w:r>
        <w:rPr>
          <w:b/>
        </w:rPr>
        <w:t xml:space="preserve">[1:08:20] </w:t>
      </w:r>
      <w:r>
        <w:t>do question mere dimagh mein uthte hain aap ne ek sab use kiya daleel jis ka aap ne</w:t>
      </w:r>
    </w:p>
    <w:p>
      <w:pPr>
        <w:jc w:val="right"/>
      </w:pPr>
      <w:r>
        <w:t>دو کوئسچن میرے دماغ میں اٹھتے ہیں اپ نے ایک سب یوز کیا دلیل جس کا اپ نے</w:t>
      </w:r>
    </w:p>
    <w:p>
      <w:r>
        <w:rPr>
          <w:b/>
        </w:rPr>
        <w:t xml:space="preserve">[1:08:30] </w:t>
      </w:r>
      <w:r>
        <w:t>wazahat se bayan kiya aur doosra aap ne</w:t>
      </w:r>
    </w:p>
    <w:p>
      <w:pPr>
        <w:jc w:val="right"/>
      </w:pPr>
      <w:r>
        <w:t>وضاحت سے بیان کیا اور دوسرا اپ نے</w:t>
      </w:r>
    </w:p>
    <w:p>
      <w:r>
        <w:rPr>
          <w:b/>
        </w:rPr>
        <w:t xml:space="preserve">[1:08:40] </w:t>
      </w:r>
      <w:r>
        <w:t>conditioning sab use kiya kya daleel ka main matlab loon ke potential ko create karna apne mein woh shakti lana hai taake us ko daleel karne ki himmat aaye ya woh kisi ko koi cheez poori tarah se samjhane ki koshish mein poora matlab apne mein shakti mehsoos kare aur doosra hai conditioning ke liye kya zaroori hai ke us ko power of discrimination ko bhi jis ka ke koi sab</w:t>
      </w:r>
    </w:p>
    <w:p>
      <w:pPr>
        <w:jc w:val="right"/>
      </w:pPr>
      <w:r>
        <w:t>کنڈیشننگ سب یوز کیا کیا دلیل کا میں مطلب لوں کہ پوٹینشل کو کریٹ کرنا اپنے میں وہ شکتی لانا ہے تاکہ اس کو دلیل کرنے کی ہمت ائے یا وہ کسی کو کوئی چیز پوری طرح سے سمجھانے کی کوشش میں پورا مطلب اپنے میں شکتی محسوس کرے اور دوسرا ہے کنڈیشننگ کے لیے کیا ضروری ہے کہ اس کو پاور اف ڈسکریمینیشن کو بھی جس کا کہ کوئی سب</w:t>
      </w:r>
    </w:p>
    <w:p>
      <w:r>
        <w:rPr>
          <w:b/>
        </w:rPr>
        <w:t xml:space="preserve">[1:09:10] </w:t>
      </w:r>
      <w:r>
        <w:t>yeh normal sab mujhe dhyan mein nahi aa raha hai power of discrimination jo ke woh daily use</w:t>
      </w:r>
    </w:p>
    <w:p>
      <w:pPr>
        <w:jc w:val="right"/>
      </w:pPr>
      <w:r>
        <w:t>یہ نارمل سب مجھے دھیان میں نہیں ا رہا ہے پاور اف ڈسکریمینیشن جو کہ وہ ڈیلی یوز</w:t>
      </w:r>
    </w:p>
    <w:p>
      <w:r>
        <w:rPr>
          <w:b/>
        </w:rPr>
        <w:t xml:space="preserve">[1:09:16] </w:t>
      </w:r>
      <w:r>
        <w:t>kare aur apni dhaar change kar jaye sochne samajhne ki dhaar change karta jaye taake woh jo badi</w:t>
      </w:r>
    </w:p>
    <w:p>
      <w:pPr>
        <w:jc w:val="right"/>
      </w:pPr>
      <w:r>
        <w:t>کرے اور اپنی دھار چینج کر جائے سوچنے سمجھنے کی دھار چینج کرتا جائے تاکہ وہ جو بڑی</w:t>
      </w:r>
    </w:p>
    <w:p>
      <w:r>
        <w:rPr>
          <w:b/>
        </w:rPr>
        <w:t xml:space="preserve">[1:09:22] </w:t>
      </w:r>
      <w:r>
        <w:t>cheezein padhni padengi ya badi cheezon ka dhyan dena padega to is mein woh aaram se</w:t>
      </w:r>
    </w:p>
    <w:p>
      <w:pPr>
        <w:jc w:val="right"/>
      </w:pPr>
      <w:r>
        <w:t>چیزیں پڑھنی پڑیں گی یا بڑی چیزوں کا دھیان دینا پڑے گا تو اس میں وہ ارام سے</w:t>
      </w:r>
    </w:p>
    <w:p>
      <w:r>
        <w:rPr>
          <w:b/>
        </w:rPr>
        <w:t xml:space="preserve">[1:09:28] </w:t>
      </w:r>
      <w:r>
        <w:t>iske saath ghul mil jaye yeh mere zehen mein yeh baat aa rahi hai main socha aap</w:t>
      </w:r>
    </w:p>
    <w:p>
      <w:pPr>
        <w:jc w:val="right"/>
      </w:pPr>
      <w:r>
        <w:t>اس کے ساتھ گھل مل جائے یہ میرے ذہن میں یہ بات ا رہی ہے میں سوچا اپ</w:t>
      </w:r>
    </w:p>
    <w:p>
      <w:r>
        <w:rPr>
          <w:b/>
        </w:rPr>
        <w:t xml:space="preserve">[1:09:34] </w:t>
      </w:r>
      <w:r>
        <w:t>se puchun teen baat kyun hain do baat kyun Maulana ne</w:t>
      </w:r>
    </w:p>
    <w:p>
      <w:pPr>
        <w:jc w:val="right"/>
      </w:pPr>
      <w:r>
        <w:t>سے پوچھوں تین بات کیوں ہیں دو بات کیوں مولانا نے</w:t>
      </w:r>
    </w:p>
    <w:p>
      <w:r>
        <w:rPr>
          <w:b/>
        </w:rPr>
        <w:t xml:space="preserve">[1:09:40] </w:t>
      </w:r>
      <w:r>
        <w:t>ek to daleel ka kya matlab hai is ka daleel daleel ka ek matlab yeh bata rahe hain lekin daleel ka matlab jo ap ne samjha woh samjha dijiye daleel kya cheez hoti hai potential dekhein daleel sirf do qism ki hoti hai do qism ki woh Quran mein woh ayat kis ka hai ati shaim woh ati shai aman kitab lillah o a</w:t>
      </w:r>
    </w:p>
    <w:p>
      <w:pPr>
        <w:jc w:val="right"/>
      </w:pPr>
      <w:r>
        <w:t>ایک تو دلیل کا کیا مطلب ہے اس کا دلیل دلیل کا ایک مطلب یہ بتا رہے ہیں لیکن دلیل کا مطلب جو اپ نے سمجھا وہ سمجھا دیجیے دلیل کیا چیز ہوتی ہے پوٹینشل دیکھیں دلیل صرف دو قسم کی ہوتی ہے دو قسم کی وہ قران میں وہ ایت کس کا ہے اتنی شیم وہ اتنی شے امن کتاب للہ او ا</w:t>
      </w:r>
    </w:p>
    <w:p>
      <w:r>
        <w:rPr>
          <w:b/>
        </w:rPr>
        <w:t xml:space="preserve">[1:10:10] </w:t>
      </w:r>
      <w:r>
        <w:t>thar min haan athar min to Quran mein bhi is ko maana gaya hai aur tumha scholar bhi is ko mante hain ke daleel do qism ki daleel ka matlab hota hai kisi accepted base baaz kisi accepted base par apni baat ko sabit karna accepted base jo jo accepted base na ho to woh daleel nahi banegi jaise ap farz kijiye ke geo centric theory ab accepted nahi rahi hai us ko le</w:t>
      </w:r>
    </w:p>
    <w:p>
      <w:pPr>
        <w:jc w:val="right"/>
      </w:pPr>
      <w:r>
        <w:t>ثار من ہاں اثار من تو قران میں بھی اس کو مانا گیا ہے اور توما اسکالر بھی اس کو مانتے ہیں کہ دلیل دو قسم کی دلیل کا مطلب ہوتا ہے کسی ایکسیپٹڈ بیس بعض کسی ایکسیپٹڈ بیس پر اپنی بات کو ثابت کرنا ایکسیپٹڈ بیس جو جو ایکسیپٹڈ بیس نہ ہو تو وہ دلیل نہیں بنے گی جیسے اپ فرض کیجئے کہ جیو سینٹرک تھیوری اب ایکسیپٹڈ نہیں رہی ہے اس کو لے</w:t>
      </w:r>
    </w:p>
    <w:p>
      <w:r>
        <w:rPr>
          <w:b/>
        </w:rPr>
        <w:t xml:space="preserve">[1:10:40] </w:t>
      </w:r>
      <w:r>
        <w:t>kar aap kuch kahein to woh daleel nahi banegi ab to heliocentric theory jo hai woh</w:t>
      </w:r>
    </w:p>
    <w:p>
      <w:pPr>
        <w:jc w:val="right"/>
      </w:pPr>
      <w:r>
        <w:t>کر اپ کچھ کہیں تو وہ دلیل نہیں بنے گی اب تو ہیلیو سینٹرک تھیوری جو ہے وہ</w:t>
      </w:r>
    </w:p>
    <w:p>
      <w:r>
        <w:rPr>
          <w:b/>
        </w:rPr>
        <w:t xml:space="preserve">[1:10:48] </w:t>
      </w:r>
      <w:r>
        <w:t>accepted hai to ya to rationally accepted base ho ya phir koi revealed base revealed teesri koi cheez</w:t>
      </w:r>
    </w:p>
    <w:p>
      <w:pPr>
        <w:jc w:val="right"/>
      </w:pPr>
      <w:r>
        <w:t>ایکسیپٹڈ ہے تو یا تو ریشنلی ایکسیپٹڈ بیس ہو یا پھر کوئی ریویلڈ بیس ریویلڈ تیسری کوئی چیز</w:t>
      </w:r>
    </w:p>
    <w:p>
      <w:r>
        <w:rPr>
          <w:b/>
        </w:rPr>
        <w:t xml:space="preserve">[1:10:55] </w:t>
      </w:r>
      <w:r>
        <w:t>nahi yani hum apni baat ko jaise jaise ke main kahun ke Quran jaise main kahun ke Islam</w:t>
      </w:r>
    </w:p>
    <w:p>
      <w:pPr>
        <w:jc w:val="right"/>
      </w:pPr>
      <w:r>
        <w:t>نہیں یعنی ہم اپنی بات کو جیسے جیسے کہ میں کہوں کہ قران جیسے میں کہوں کہ اسلام</w:t>
      </w:r>
    </w:p>
    <w:p>
      <w:r>
        <w:rPr>
          <w:b/>
        </w:rPr>
        <w:t xml:space="preserve">[1:11:03] </w:t>
      </w:r>
      <w:r>
        <w:t>mein paanch arkan hain</w:t>
      </w:r>
    </w:p>
    <w:p>
      <w:pPr>
        <w:jc w:val="right"/>
      </w:pPr>
      <w:r>
        <w:t>میں پانچ ارکان ہیں</w:t>
      </w:r>
    </w:p>
    <w:p>
      <w:r>
        <w:rPr>
          <w:b/>
        </w:rPr>
        <w:t xml:space="preserve">[1:11:10] </w:t>
      </w:r>
      <w:r>
        <w:t>Islam mein paanch arkan hain to iske baad main ek ek hadith pesh karunga Bani Islam</w:t>
      </w:r>
    </w:p>
    <w:p>
      <w:pPr>
        <w:jc w:val="right"/>
      </w:pPr>
      <w:r>
        <w:t>اسلام میں پانچ ارکان ہیں تو اس کے بعد میں ایک ایک حدیث پیش کروں گا بنی الاسلام</w:t>
      </w:r>
    </w:p>
    <w:p>
      <w:r>
        <w:rPr>
          <w:b/>
        </w:rPr>
        <w:t xml:space="preserve">[1:11:17] </w:t>
      </w:r>
      <w:r>
        <w:t>moula khams yeh base pesh ki maine agar yeh base na ho to main paanch kahun ya</w:t>
      </w:r>
    </w:p>
    <w:p>
      <w:pPr>
        <w:jc w:val="right"/>
      </w:pPr>
      <w:r>
        <w:t>مولا خمس یہ بیس پیش کی میں نے اگر یہ بیس نہ ہو تو میں پانچ کہوں یا</w:t>
      </w:r>
    </w:p>
    <w:p>
      <w:r>
        <w:rPr>
          <w:b/>
        </w:rPr>
        <w:t xml:space="preserve">[1:11:23] </w:t>
      </w:r>
      <w:r>
        <w:t>saat kahun to usko sabit nahi maani jayegi jab main hadith pesh kar doon ke Bani</w:t>
      </w:r>
    </w:p>
    <w:p>
      <w:pPr>
        <w:jc w:val="right"/>
      </w:pPr>
      <w:r>
        <w:t>سات کہوں تو اس کو ثابت نہیں مانی جائے گی جب میں حدیث پیش کر دوں کہ بنی</w:t>
      </w:r>
    </w:p>
    <w:p>
      <w:r>
        <w:rPr>
          <w:b/>
        </w:rPr>
        <w:t xml:space="preserve">[1:11:29] </w:t>
      </w:r>
      <w:r>
        <w:t>Al Islam mola khams tab meri baat sabit hogi daleel sabit hogi to ya to yani aap ki baat</w:t>
      </w:r>
    </w:p>
    <w:p>
      <w:pPr>
        <w:jc w:val="right"/>
      </w:pPr>
      <w:r>
        <w:t>الاسلام مولا خمس تب میری بات ثابت ہوگی دلیل ثابت ہوگی تو یا تو یعنی اپ کی بات</w:t>
      </w:r>
    </w:p>
    <w:p>
      <w:r>
        <w:rPr>
          <w:b/>
        </w:rPr>
        <w:t xml:space="preserve">[1:11:35] </w:t>
      </w:r>
      <w:r>
        <w:t>ke liye koi accepted base chahiye</w:t>
      </w:r>
    </w:p>
    <w:p>
      <w:pPr>
        <w:jc w:val="right"/>
      </w:pPr>
      <w:r>
        <w:t>کے لیے کوئی ایکسیپٹڈ بیس چاہیے</w:t>
      </w:r>
    </w:p>
    <w:p>
      <w:r>
        <w:rPr>
          <w:b/>
        </w:rPr>
        <w:t xml:space="preserve">[1:11:41] </w:t>
      </w:r>
      <w:r>
        <w:t>woh accepted ya to revealed hoti hai ya rational hoti hai aur doosri baat unhone conditioning ki</w:t>
      </w:r>
    </w:p>
    <w:p>
      <w:pPr>
        <w:jc w:val="right"/>
      </w:pPr>
      <w:r>
        <w:t>وہ ایکسیپٹڈ یا تو ریویلڈ ہوتی ہے یا ریشنل ہوتی ہے اور دوسری بات انہوں نے کنڈیشننگ کی</w:t>
      </w:r>
    </w:p>
    <w:p>
      <w:r>
        <w:rPr>
          <w:b/>
        </w:rPr>
        <w:t xml:space="preserve">[1:11:51] </w:t>
      </w:r>
      <w:r>
        <w:t>kahi thi conditioning dekhein sada baat hai ek aadmi dekhein cigarette piye farz kijiye to pehle din nahi</w:t>
      </w:r>
    </w:p>
    <w:p>
      <w:pPr>
        <w:jc w:val="right"/>
      </w:pPr>
      <w:r>
        <w:t>کہی تھی کنڈیشننگ دیکھیں سادہ بات ہے ایک ادمی دیکھیں سگریٹ پیے فرض کیجئے تو پہلے دن نہیں</w:t>
      </w:r>
    </w:p>
    <w:p>
      <w:r>
        <w:rPr>
          <w:b/>
        </w:rPr>
        <w:t xml:space="preserve">[1:12:01] </w:t>
      </w:r>
      <w:r>
        <w:t>aadi ban jata dheere pehle thodi dheere dheere aadat padegi phir dheere dheere addict ho jayega to</w:t>
      </w:r>
    </w:p>
    <w:p>
      <w:pPr>
        <w:jc w:val="right"/>
      </w:pPr>
      <w:r>
        <w:t>عادی بن جاتا دھیرے پہلے تھوڑی دھیرے دھیرے عادت پڑے گی پھر دھیرے دھیرے ایڈکٹ ہو جائے گا تو</w:t>
      </w:r>
    </w:p>
    <w:p>
      <w:r>
        <w:rPr>
          <w:b/>
        </w:rPr>
        <w:t xml:space="preserve">[1:12:11] </w:t>
      </w:r>
      <w:r>
        <w:t>yeh yeh matlab conditioning ka ke kisi bhi cheez ko jaise ek aadmi farz kijiye ke woh jhoot</w:t>
      </w:r>
    </w:p>
    <w:p>
      <w:pPr>
        <w:jc w:val="right"/>
      </w:pPr>
      <w:r>
        <w:t>یہ یہ مطلب کنڈیشننگ کا کہ کسی بھی چیز کو جیسے ایک ادمی فرض کیجئے کہ وہ جھوٹ</w:t>
      </w:r>
    </w:p>
    <w:p>
      <w:r>
        <w:rPr>
          <w:b/>
        </w:rPr>
        <w:t xml:space="preserve">[1:12:17] </w:t>
      </w:r>
      <w:r>
        <w:t>bolne lage to pehle din nahi woh uska addiction ho jayega bolte bolte bolte aisa ho</w:t>
      </w:r>
    </w:p>
    <w:p>
      <w:pPr>
        <w:jc w:val="right"/>
      </w:pPr>
      <w:r>
        <w:t>بولنے لگے تو پہلے دن نہیں وہ اس کا ایڈکشن ہو جائے گا بولتے بولتے بولتے ایسا ہو</w:t>
      </w:r>
    </w:p>
    <w:p>
      <w:r>
        <w:rPr>
          <w:b/>
        </w:rPr>
        <w:t xml:space="preserve">[1:12:23] </w:t>
      </w:r>
      <w:r>
        <w:t>jayega ke usko farq hi nahi rahega jhoot mein aur sach mein to yeh hai</w:t>
      </w:r>
    </w:p>
    <w:p>
      <w:pPr>
        <w:jc w:val="right"/>
      </w:pPr>
      <w:r>
        <w:t>جائے گا کہ اس کو فرق ہی نہ رہے گا جھوٹ میں اور سچ میں تو یہ ہے</w:t>
      </w:r>
    </w:p>
    <w:p>
      <w:r>
        <w:rPr>
          <w:b/>
        </w:rPr>
        <w:t xml:space="preserve">[1:12:29] </w:t>
      </w:r>
      <w:r>
        <w:t>jisko hum aadat kehte hain ya addiction kehte hain isi ki qism hai deconditioning yeh yeh</w:t>
      </w:r>
    </w:p>
    <w:p>
      <w:pPr>
        <w:jc w:val="right"/>
      </w:pPr>
      <w:r>
        <w:t>جس کو ہم عادت کہتے ہیں یا ایڈکشن کہتے ہیں اسی کی قسم ہے ڈی کنڈیشننگ یہ یہ</w:t>
      </w:r>
    </w:p>
    <w:p>
      <w:r>
        <w:rPr>
          <w:b/>
        </w:rPr>
        <w:t xml:space="preserve">[1:12:35] </w:t>
      </w:r>
      <w:r>
        <w:t>jo farq dalne wali baat hai</w:t>
      </w:r>
    </w:p>
    <w:p>
      <w:pPr>
        <w:jc w:val="right"/>
      </w:pPr>
      <w:r>
        <w:t>جو فرق ڈالنے والی بات ہے</w:t>
      </w:r>
    </w:p>
    <w:p>
      <w:r>
        <w:rPr>
          <w:b/>
        </w:rPr>
        <w:t xml:space="preserve">[1:12:41] </w:t>
      </w:r>
      <w:r>
        <w:t>dhaar ki baat hai yeh theek hai ke nahi hai jis ko ke mein angrezi mein power of discrimination samajhta hoon to us ko ajagar karne ke liye humein kya karna chahiye naji zindagi mein dekhein is ka to bas samajhta hoon ke ek ek hadees ki roshni mein mein arz karunga ke kon aalima o mutaliba ke insaan ke liye do choice hai ya to khoob zyada study kar ke aalim ban jaye ya kisi ko aalim maan kar ke isi baat jo</w:t>
      </w:r>
    </w:p>
    <w:p>
      <w:pPr>
        <w:jc w:val="right"/>
      </w:pPr>
      <w:r>
        <w:t>دھار کی بات ہے یہ ٹھیک ہے کہ نہیں ہے جس کو کہ میں انگریزی میں پاور اف ڈسکریمینیشن سمجھتا ہوں تو اس کو اجاگر کرنے کے لیے ہمیں کیا کرنا چاہیے نجی زندگی میں دیکھیں اس کا تو بس سمجھتا ہوں کہ ایک ایک حدیث کی روشنی میں میں عرض کروں گا کہ کن عالما او مطالبا کہ انسان کے لیے دو چوائس ہے یا تو خوب زیادہ سٹڈی کر کے عالم بن جائے یا کسی کو عالم مان کر کے اسی بات جو</w:t>
      </w:r>
    </w:p>
    <w:p>
      <w:r>
        <w:rPr>
          <w:b/>
        </w:rPr>
        <w:t xml:space="preserve">[1:13:11] </w:t>
      </w:r>
      <w:r>
        <w:t>kahae woh chalae kin aalima o mutaliba wala takun salis fath yaani ya to aalim bano ya mutallim bano teesray na bano teesray bano ge to halak ho jao ge jee teesray bano ge to halak ho jao ge yaani na to yeh study kiya aur yaani matlab na aalim bana na mutallim bana bas yoon hi hawai tor par kuch bol raha hai koi maloomat hai is ke paas gehri</w:t>
      </w:r>
    </w:p>
    <w:p>
      <w:pPr>
        <w:jc w:val="right"/>
      </w:pPr>
      <w:r>
        <w:t>کہے وہ چلے کن عالما او مطالبا ولا تکن سالس فتح یعنی یا تو عالم بنو یا متعلم بنو تیسرے نہ بنو تیسرے بنو گے تو ہلاک ہو جاؤ گے جی تیسرے بنو گے تو ہلاک ہو جاؤ گے یعنی نہ تو یہ سٹڈی کیا اور یعنی مطلب نہ عالم بنا نہ متعلم بنا بس یوں ہی ہوائی طور پر کچھ بول رہا ہے کوئی معلومات ہے اس کے پاس گہری</w:t>
      </w:r>
    </w:p>
    <w:p>
      <w:r>
        <w:rPr>
          <w:b/>
        </w:rPr>
        <w:t xml:space="preserve">[1:13:41] </w:t>
      </w:r>
      <w:r>
        <w:t>to mein yahi aksar logon ko kehta kehta rehta hoon ke ya to aap itni study kiye ke aap khud is position mein ho jaen ke aap jaan saken ke ke sachai kya hai gehri study ke baad bilkul aadmi jaan leta hai aur nahi to kisi ko aalim man kar ke us se pooch ke chaliye jis ko kehte hain taqleed taqleed ko salfi log haram mante hain lekin masjidon ki talqeen aik aik fitri zaroorat hai taqleed</w:t>
      </w:r>
    </w:p>
    <w:p>
      <w:pPr>
        <w:jc w:val="right"/>
      </w:pPr>
      <w:r>
        <w:t>تو میں یہی اکثر لوگوں کو کہتا کہتا رہتا ہوں کہ یا تو اپ اتنی سٹڈی کیے کہ اپ خود اس پوزیشن میں ہو جائیں کہ اپ جان سکیں کہ کہ سچائی کیا ہے گہری سٹڈی کے بعد بالکل ادمی جان لیتا ہے اور نہیں تو کسی کو عالم مان کر کے اس سے پوچھ کے چلیے جس کو کہتے ہیں تقلید تقلید کو سلفی لوگ حرام مانتے ہیں لیکن مسجدوں کی تلقین ایک ایک فطری ضرورت ہے تقلید</w:t>
      </w:r>
    </w:p>
    <w:p>
      <w:r>
        <w:rPr>
          <w:b/>
        </w:rPr>
        <w:t xml:space="preserve">[1:14:11] </w:t>
      </w:r>
      <w:r>
        <w:t>aik fitri zaroorat hai aap agar aik shakhs ko gra ilm nahi hai to taqleed hi karega woh kya karega woh to yeh hadees bohat bamani hai kin aalima o mutallim wala takun salis fath ya to aalim bano ya mutallim mutallim bano seekhne wala student teesray na bano ke khwamkhwah bolo jabke na to ilm hai na kuch hai maslan mein aik misaal deta</w:t>
      </w:r>
    </w:p>
    <w:p>
      <w:pPr>
        <w:jc w:val="right"/>
      </w:pPr>
      <w:r>
        <w:t>ایک فطری ضرورت ہے اپ اگر ایک شخص کو گرا علم نہیں ہے تو تقلید ہی کرے گا وہ کیا کرے گا وہ تو یہ حدیث بہت بامعنی ہے کن عالما او متعلم ولا تکن سالس فتح یا تو عالم بنو یا متعلم متعلم بنو سیکھنے والا اسٹوڈنٹ تیسرے نہ بنو کہ خوامخواہ بولو جبکہ نہ تو علم ہے نہ کچھ ہے مثلا میں ایک مثال دیت</w:t>
      </w:r>
    </w:p>
    <w:p>
      <w:r>
        <w:rPr>
          <w:b/>
        </w:rPr>
        <w:t xml:space="preserve">[1:14:41] </w:t>
      </w:r>
      <w:r>
        <w:t>hoon aap ko aik sahab se aik maqala aik mazmoon parha mein ne kitab mazmoon kitab aik sahab ne kitab bhi ki thi mah singh ke khilaf marsad ke khilaf woh sirf urdu jante the angrezi mein khaas shayad nahi jante the to us mein likha tha unho ne ke mars ne masawat masawat equality mars ne masawat</w:t>
      </w:r>
    </w:p>
    <w:p>
      <w:pPr>
        <w:jc w:val="right"/>
      </w:pPr>
      <w:r>
        <w:t>ا ہوں اپ کو ایک صاحب سے ایک مقالہ ایک مضمون پڑھا میں نے کتاب مضمون کتاب ایک صاحب نے کتاب بھی کی تھی ماہ سنگھ کے خلاف مارصد کے خلاف وہ صرف اردو جانتے تھے انگریزی میں خاص شاید نہیں جانتے تھے تو اس میں لکھا تھا انہوں نے کہ مارس نے مساوات مساوات ایکولٹی مارس نے مساوات</w:t>
      </w:r>
    </w:p>
    <w:p>
      <w:r>
        <w:rPr>
          <w:b/>
        </w:rPr>
        <w:t xml:space="preserve">[1:15:11] </w:t>
      </w:r>
      <w:r>
        <w:t>par safhe ke safhe siyah kiye hain kaal baars ne masawaat yaani maashi maashi masawaat par safhe ke</w:t>
      </w:r>
    </w:p>
    <w:p>
      <w:pPr>
        <w:jc w:val="right"/>
      </w:pPr>
      <w:r>
        <w:t>پر صفحے کے صفحے سیاہ کیے ہیں کال بارس نے مساوات یعنی معاشی معاشی مساوات پر صفحے کے</w:t>
      </w:r>
    </w:p>
    <w:p>
      <w:r>
        <w:rPr>
          <w:b/>
        </w:rPr>
        <w:t xml:space="preserve">[1:15:19] </w:t>
      </w:r>
      <w:r>
        <w:t>safhe siyah kiye hain to maine use kaha ke bhai kahan kaun se kitaab mein mars ne</w:t>
      </w:r>
    </w:p>
    <w:p>
      <w:pPr>
        <w:jc w:val="right"/>
      </w:pPr>
      <w:r>
        <w:t>صفحے سیاہ کیے ہیں تو میں نے اسے کہا کہ بھئی کہاں کون سے کتاب میں مارس نے</w:t>
      </w:r>
    </w:p>
    <w:p>
      <w:r>
        <w:rPr>
          <w:b/>
        </w:rPr>
        <w:t xml:space="preserve">[1:15:26] </w:t>
      </w:r>
      <w:r>
        <w:t>siyah kiye hain to mera jawab nahi diya unhone kyunke hawai baat thi baghair parhe keh diya</w:t>
      </w:r>
    </w:p>
    <w:p>
      <w:pPr>
        <w:jc w:val="right"/>
      </w:pPr>
      <w:r>
        <w:t>سیاہ کیے ہیں تو میرا جواب نہیں دیا انہوں نے کیونکہ ہوائی بات تھی بغیر پڑھے کہہ دیا</w:t>
      </w:r>
    </w:p>
    <w:p>
      <w:r>
        <w:rPr>
          <w:b/>
        </w:rPr>
        <w:t xml:space="preserve">[1:15:34] </w:t>
      </w:r>
      <w:r>
        <w:t>unhone mars ka nazariya equality ka nazariya nahi tha explai</w:t>
      </w:r>
    </w:p>
    <w:p>
      <w:pPr>
        <w:jc w:val="right"/>
      </w:pPr>
      <w:r>
        <w:t>انہوں نے مارس کا نظریہ ایکولٹی کا نظریہ نہیں تھا ایکسپلائ</w:t>
      </w:r>
    </w:p>
    <w:p>
      <w:r>
        <w:rPr>
          <w:b/>
        </w:rPr>
        <w:t xml:space="preserve">[1:15:41] </w:t>
      </w:r>
      <w:r>
        <w:t>ted ko exploited na ho yeh nazariya tha is ka yeh nahi tha ke sab ko barabar mile sab ko extra yaani salary di jae yeh matlab nahi tha mars ka to unho ne yeh kisi wajah se samajh liya ke mars jo hai maashi masawat ka qael tha equality ka aur likh diya ke mars ne masawat ke nazariye par safhe ke safhe siyah kiye mein ne baghair khat likha un ko aur shay</w:t>
      </w:r>
    </w:p>
    <w:p>
      <w:pPr>
        <w:jc w:val="right"/>
      </w:pPr>
      <w:r>
        <w:t>ٹڈ کو ایکسپلائٹڈ نہ ہو یہ نظریہ تھا اس کا یہ نہیں تھا کہ سب کو برابر ملے سب کو ایکسٹرا یعنی سیلری دی جائے یہ مطلب نہیں تھا مارس کا تو انہوں نے یہ کسی وجہ سے سمجھ لیا کہ مارس جو ہے معاشی مساوات کا قائل تھا ایکولٹی کا اور لکھ دیا کہ مارس نے مساوات کے نظریے پر صفحے کے صفحے سیاہ کیے میں نے بغیر خط لکھا ان کو اور شای</w:t>
      </w:r>
    </w:p>
    <w:p>
      <w:r>
        <w:rPr>
          <w:b/>
        </w:rPr>
        <w:t xml:space="preserve">[1:16:11] </w:t>
      </w:r>
      <w:r>
        <w:t>d remainder bhej bheja lekin unhone bataya nahi kyunke wo aise baghair parhe likh diya tha unhon</w:t>
      </w:r>
    </w:p>
    <w:p>
      <w:pPr>
        <w:jc w:val="right"/>
      </w:pPr>
      <w:r>
        <w:t>د ریمانڈر بھیج بھیجا لیکن انہوں نے بتایا نہیں کیونکہ وہ ایسے بغیر پڑھے لکھ دیا تھا انہوں</w:t>
      </w:r>
    </w:p>
    <w:p>
      <w:r>
        <w:rPr>
          <w:b/>
        </w:rPr>
        <w:t xml:space="preserve">[1:16:19] </w:t>
      </w:r>
      <w:r>
        <w:t>ne to dekhen mars ka jo nazariya hai kaar baars ka wo sirf yeh hai ke exploitation</w:t>
      </w:r>
    </w:p>
    <w:p>
      <w:pPr>
        <w:jc w:val="right"/>
      </w:pPr>
      <w:r>
        <w:t>نے تو دیکھیں مار اس کا جو نظریہ ہے کار بارس کا وہ صرف یہ ہے کہ ایکسپلائٹیشن</w:t>
      </w:r>
    </w:p>
    <w:p>
      <w:r>
        <w:rPr>
          <w:b/>
        </w:rPr>
        <w:t xml:space="preserve">[1:16:26] </w:t>
      </w:r>
      <w:r>
        <w:t>nahi hona chahiye baqi masawaat uska nazariya nahi tha maulana jo yeh quran samajhne ki baat hai</w:t>
      </w:r>
    </w:p>
    <w:p>
      <w:pPr>
        <w:jc w:val="right"/>
      </w:pPr>
      <w:r>
        <w:t>نہیں ہونا چاہیے باقی مساوات اس کا نظریہ نہیں تھا مولانا جو یہ قران سمجھنے کی بات ہے</w:t>
      </w:r>
    </w:p>
    <w:p>
      <w:r>
        <w:rPr>
          <w:b/>
        </w:rPr>
        <w:t xml:space="preserve">[1:16:34] </w:t>
      </w:r>
      <w:r>
        <w:t>humne bhi jab quran ka tran</w:t>
      </w:r>
    </w:p>
    <w:p>
      <w:pPr>
        <w:jc w:val="right"/>
      </w:pPr>
      <w:r>
        <w:t>ہم نے بھی جب قران کا ٹرانس</w:t>
      </w:r>
    </w:p>
    <w:p>
      <w:r>
        <w:rPr>
          <w:b/>
        </w:rPr>
        <w:t xml:space="preserve">[1:16:41] </w:t>
      </w:r>
      <w:r>
        <w:t>slation bhi padhna shuru kiya to wo bada flat sa lagta tha samajh nahi aati thi lekin yeh</w:t>
      </w:r>
    </w:p>
    <w:p>
      <w:pPr>
        <w:jc w:val="right"/>
      </w:pPr>
      <w:r>
        <w:t>لیشن بھی پڑھنا شروع کیا تو وہ بڑا فلیٹ سا لگتا تھا سمجھ نہیں اتی تھی لیکن یہ</w:t>
      </w:r>
    </w:p>
    <w:p>
      <w:r>
        <w:rPr>
          <w:b/>
        </w:rPr>
        <w:t xml:space="preserve">[1:16:49] </w:t>
      </w:r>
      <w:r>
        <w:t>to bar bar padhte hain aur jab uske tashreeh aur sunte hain lectures sunte hain jaise ah</w:t>
      </w:r>
    </w:p>
    <w:p>
      <w:pPr>
        <w:jc w:val="right"/>
      </w:pPr>
      <w:r>
        <w:t>تو بار بار پڑھتے ہیں اور جب اس کے تشریح اور سنتے ہیں لیکچرز سنتے ہیں جیسے اہ</w:t>
      </w:r>
    </w:p>
    <w:p>
      <w:r>
        <w:rPr>
          <w:b/>
        </w:rPr>
        <w:t xml:space="preserve">[1:16:57] </w:t>
      </w:r>
      <w:r>
        <w:t>hazrat yusuf ka translation wo achhi tarah se samajh mein aa jata hai lekin uski importance kya</w:t>
      </w:r>
    </w:p>
    <w:p>
      <w:pPr>
        <w:jc w:val="right"/>
      </w:pPr>
      <w:r>
        <w:t>حضرت یوسف کا ٹرانسلیشن وہ اچھی طرح سے سمجھ میں ا جاتا ہے لیکن اس کی امپورٹنس کیا</w:t>
      </w:r>
    </w:p>
    <w:p>
      <w:r>
        <w:rPr>
          <w:b/>
        </w:rPr>
        <w:t xml:space="preserve">[1:17:04] </w:t>
      </w:r>
      <w:r>
        <w:t>hai jab aap ke lectures samajh mein aaye tab aap uske upar reflect kar sakte hain to quran</w:t>
      </w:r>
    </w:p>
    <w:p>
      <w:pPr>
        <w:jc w:val="right"/>
      </w:pPr>
      <w:r>
        <w:t>ہے جب اپ کے لیکچرز سمجھ میں ائے تب اپ اس کے اوپر ریفلیکٹ کر سکتے ہیں تو قران</w:t>
      </w:r>
    </w:p>
    <w:p>
      <w:r>
        <w:rPr>
          <w:b/>
        </w:rPr>
        <w:t xml:space="preserve">[1:17:12] </w:t>
      </w:r>
      <w:r>
        <w:t>samajhna itna asaan nahi lagta matlab jab tak ke aap usko bar bar na karein us pe</w:t>
      </w:r>
    </w:p>
    <w:p>
      <w:pPr>
        <w:jc w:val="right"/>
      </w:pPr>
      <w:r>
        <w:t>سمجھنا اتنا اسان نہیں لگتا مطلب جب تک کہ اپ اس کو بار بار نہ کریں اس پہ</w:t>
      </w:r>
    </w:p>
    <w:p>
      <w:r>
        <w:rPr>
          <w:b/>
        </w:rPr>
        <w:t xml:space="preserve">[1:17:18] </w:t>
      </w:r>
      <w:r>
        <w:t>lage rahein tabhi aap reflection kar paate hain yeh main samajhti hoon aaj yeh baat to sahi hai</w:t>
      </w:r>
    </w:p>
    <w:p>
      <w:pPr>
        <w:jc w:val="right"/>
      </w:pPr>
      <w:r>
        <w:t>لگے رہیں تبھی اپ ریفلیکشن کر پاتے ہیں یہ میں سمجھتی ہوں اج یہ بات تو صحیح ہے</w:t>
      </w:r>
    </w:p>
    <w:p>
      <w:r>
        <w:rPr>
          <w:b/>
        </w:rPr>
        <w:t xml:space="preserve">[1:17:24] </w:t>
      </w:r>
      <w:r>
        <w:t>usko hadith mein taahud kaha gaya hai taahud wahi bar bar padhna bar bar padhna to jis</w:t>
      </w:r>
    </w:p>
    <w:p>
      <w:pPr>
        <w:jc w:val="right"/>
      </w:pPr>
      <w:r>
        <w:t>اس کو حدیث میں تعہد کہا گیا ہے تعہد وہی بار بار پڑھنا بار بار پڑھنا تو جس</w:t>
      </w:r>
    </w:p>
    <w:p>
      <w:r>
        <w:rPr>
          <w:b/>
        </w:rPr>
        <w:t xml:space="preserve">[1:17:30] </w:t>
      </w:r>
      <w:r>
        <w:t>aadmi ke paas time hai to bar bar padhe time nahi hai to wo phir khud se kuch</w:t>
      </w:r>
    </w:p>
    <w:p>
      <w:pPr>
        <w:jc w:val="right"/>
      </w:pPr>
      <w:r>
        <w:t>ادمی کے پاس ٹائم ہے تو بار بار پڑھے ٹائم نہیں ہے تو وہ پھر خود سے کچھ</w:t>
      </w:r>
    </w:p>
    <w:p>
      <w:r>
        <w:rPr>
          <w:b/>
        </w:rPr>
        <w:t xml:space="preserve">[1:17:36] </w:t>
      </w:r>
      <w:r>
        <w:t>na kahe balkeh kisi</w:t>
      </w:r>
    </w:p>
    <w:p>
      <w:pPr>
        <w:jc w:val="right"/>
      </w:pPr>
      <w:r>
        <w:t>نہ کہے بلکہ کسی</w:t>
      </w:r>
    </w:p>
    <w:p>
      <w:r>
        <w:rPr>
          <w:b/>
        </w:rPr>
        <w:t xml:space="preserve">[1:17:42] </w:t>
      </w:r>
      <w:r>
        <w:t>aalam ko pakad le us aalam se jo puchh liya kare wo usi ko maane nahi maulana aaj</w:t>
      </w:r>
    </w:p>
    <w:p>
      <w:pPr>
        <w:jc w:val="right"/>
      </w:pPr>
      <w:r>
        <w:t>عالم کو پکڑ لے اس عالم سے جو پوچھ لیا کرے وہ اسی کو مانے نہیں مولانا اج</w:t>
      </w:r>
    </w:p>
    <w:p>
      <w:r>
        <w:rPr>
          <w:b/>
        </w:rPr>
        <w:t xml:space="preserve">[1:17:48] </w:t>
      </w:r>
      <w:r>
        <w:t>kal to na digital aur sab kuch audio tape matlab apne car mein laga liya youtube pe sun</w:t>
      </w:r>
    </w:p>
    <w:p>
      <w:pPr>
        <w:jc w:val="right"/>
      </w:pPr>
      <w:r>
        <w:t>کل تو نا ڈیجیٹل اور سب کچھ اڈیو ٹیپ مطلب اپنے کار میں لگا لیا یوٹیوب پہ سن</w:t>
      </w:r>
    </w:p>
    <w:p>
      <w:r>
        <w:rPr>
          <w:b/>
        </w:rPr>
        <w:t xml:space="preserve">[1:17:54] </w:t>
      </w:r>
      <w:r>
        <w:t>liya jo bhi kuch cheezein hain to us se aap koi ek tarah ka monatons ho jata hai</w:t>
      </w:r>
    </w:p>
    <w:p>
      <w:pPr>
        <w:jc w:val="right"/>
      </w:pPr>
      <w:r>
        <w:t>لیا جو بھی کچھ چیزیں ہیں تو اس سے اپ کوئی ایک طرح کا موناٹنس ہو جاتا ہے</w:t>
      </w:r>
    </w:p>
    <w:p>
      <w:r>
        <w:rPr>
          <w:b/>
        </w:rPr>
        <w:t xml:space="preserve">[1:18:00] </w:t>
      </w:r>
      <w:r>
        <w:t>ke har waqt baithe hain hum padh rahe hain to hum sun bhi sakte hain yeh bhi kar</w:t>
      </w:r>
    </w:p>
    <w:p>
      <w:pPr>
        <w:jc w:val="right"/>
      </w:pPr>
      <w:r>
        <w:t>کہ ہر وقت بیٹھے ہیں ہم پڑھ رہے ہیں تو ہم سن بھی سکتے ہیں یہ بھی کر</w:t>
      </w:r>
    </w:p>
    <w:p>
      <w:r>
        <w:rPr>
          <w:b/>
        </w:rPr>
        <w:t xml:space="preserve">[1:18:06] </w:t>
      </w:r>
      <w:r>
        <w:t>sakte hain to us se bhi bahut samajh badhti hai</w:t>
      </w:r>
    </w:p>
    <w:p>
      <w:pPr>
        <w:jc w:val="right"/>
      </w:pPr>
      <w:r>
        <w:t>سکتے ہیں تو اس سے بھی بہت سمجھ بڑھتی ہے</w:t>
      </w:r>
    </w:p>
    <w:p>
      <w:r>
        <w:rPr>
          <w:b/>
        </w:rPr>
        <w:t xml:space="preserve">[1:18:12] </w:t>
      </w:r>
      <w:r>
        <w:t>dekhen study iska naam nahi hai log car mein safar kar rahe hain aur usmein koi</w:t>
      </w:r>
    </w:p>
    <w:p>
      <w:pPr>
        <w:jc w:val="right"/>
      </w:pPr>
      <w:r>
        <w:t>دیکھیں اسٹڈی اس کا نام نہیں ہے لوگ کار میں سفر کر رہے ہیں اور اس میں کوئی</w:t>
      </w:r>
    </w:p>
    <w:p>
      <w:r>
        <w:rPr>
          <w:b/>
        </w:rPr>
        <w:t xml:space="preserve">[1:18:18] </w:t>
      </w:r>
      <w:r>
        <w:t>tape sun rahe hain ya kaan lagakar yeh kar rahe hain to wo to sirf information ke</w:t>
      </w:r>
    </w:p>
    <w:p>
      <w:pPr>
        <w:jc w:val="right"/>
      </w:pPr>
      <w:r>
        <w:t>ٹیپ سن رہے ہیں یا کان لگا کر یہ کر رہے ہیں تو وہ تو صرف انفارمیشن کے</w:t>
      </w:r>
    </w:p>
    <w:p>
      <w:r>
        <w:rPr>
          <w:b/>
        </w:rPr>
        <w:t xml:space="preserve">[1:18:24] </w:t>
      </w:r>
      <w:r>
        <w:t>liye kafi ho sakta hai usko main study nahi manta agar kuch information lena ho to aap</w:t>
      </w:r>
    </w:p>
    <w:p>
      <w:pPr>
        <w:jc w:val="right"/>
      </w:pPr>
      <w:r>
        <w:t>لیے کافی ہو سکتا ہے اس کو میں اسٹڈی نہیں مانتا اگر کچھ انفارمیشن لینا ہو تو اپ</w:t>
      </w:r>
    </w:p>
    <w:p>
      <w:r>
        <w:rPr>
          <w:b/>
        </w:rPr>
        <w:t xml:space="preserve">[1:18:31] </w:t>
      </w:r>
      <w:r>
        <w:t>se kar lijiyega lekin agar ap ko quran par ya hadith par ya sirat par bolna hai to</w:t>
      </w:r>
    </w:p>
    <w:p>
      <w:pPr>
        <w:jc w:val="right"/>
      </w:pPr>
      <w:r>
        <w:t>سے کر لیجئے لیکن اگر اپ کو قران پر یا حدیث پر یا سیرت پر بولنا ہے تو</w:t>
      </w:r>
    </w:p>
    <w:p>
      <w:r>
        <w:rPr>
          <w:b/>
        </w:rPr>
        <w:t xml:space="preserve">[1:18:37] </w:t>
      </w:r>
      <w:r>
        <w:t>baqayda kitabon ko parhna parega</w:t>
      </w:r>
    </w:p>
    <w:p>
      <w:pPr>
        <w:jc w:val="right"/>
      </w:pPr>
      <w:r>
        <w:t>باقاعدہ کتابوں کو پڑھنا پڑے گا</w:t>
      </w:r>
    </w:p>
    <w:p>
      <w:r>
        <w:rPr>
          <w:b/>
        </w:rPr>
        <w:t xml:space="preserve">[1:18:43] </w:t>
      </w:r>
      <w:r>
        <w:t>to aadmi ki choice do mein se hai ya to na bole kahe ke bhai mujhe is mein</w:t>
      </w:r>
    </w:p>
    <w:p>
      <w:pPr>
        <w:jc w:val="right"/>
      </w:pPr>
      <w:r>
        <w:t>تو ادمی کی چوائس دو میں سے ہے یا تو نہ بولے کہے کہ بھئی مجھے اس میں</w:t>
      </w:r>
    </w:p>
    <w:p>
      <w:r>
        <w:rPr>
          <w:b/>
        </w:rPr>
        <w:t xml:space="preserve">[1:18:49] </w:t>
      </w:r>
      <w:r>
        <w:t>bolna hi nahi hai kuch hai mein apne khane kamre ka mein mujhe mujhe khana kamana hai batao</w:t>
      </w:r>
    </w:p>
    <w:p>
      <w:pPr>
        <w:jc w:val="right"/>
      </w:pPr>
      <w:r>
        <w:t>بولنا ہی نہیں ہے کچھ ہے میں اپنے کھانے کمرے کا میں مجھے مجھے کھانا کمانا ہے بتاؤ</w:t>
      </w:r>
    </w:p>
    <w:p>
      <w:r>
        <w:rPr>
          <w:b/>
        </w:rPr>
        <w:t xml:space="preserve">[1:18:55] </w:t>
      </w:r>
      <w:r>
        <w:t>kuch nahi hai yeh yeh bhi ek theek hai ek ek stand hai aadmi ke liye lekin jo</w:t>
      </w:r>
    </w:p>
    <w:p>
      <w:pPr>
        <w:jc w:val="right"/>
      </w:pPr>
      <w:r>
        <w:t>کچھ نہیں ہے یہ یہ بھی ایک ٹھیک ہے ایک ایک اسٹینڈ ہے ادمی کے لیے لیکن جو</w:t>
      </w:r>
    </w:p>
    <w:p>
      <w:r>
        <w:rPr>
          <w:b/>
        </w:rPr>
        <w:t xml:space="preserve">[1:19:01] </w:t>
      </w:r>
      <w:r>
        <w:t>agar bolna chahta hai aadmi to zaroor parhna parega baqayda kitabon se kitabon mein bolne ki baat</w:t>
      </w:r>
    </w:p>
    <w:p>
      <w:pPr>
        <w:jc w:val="right"/>
      </w:pPr>
      <w:r>
        <w:t>اگر بولنا چاہتا ہے ادمی تو ضرور پڑھنا پڑے گا باقاعدہ کتابوں سے کتابوں میں بولنے کی بات</w:t>
      </w:r>
    </w:p>
    <w:p>
      <w:r>
        <w:rPr>
          <w:b/>
        </w:rPr>
        <w:t xml:space="preserve">[1:19:07] </w:t>
      </w:r>
      <w:r>
        <w:t>nahi kar rahi mein apni samajh ki baat kar rahi hoon ke hum</w:t>
      </w:r>
    </w:p>
    <w:p>
      <w:pPr>
        <w:jc w:val="right"/>
      </w:pPr>
      <w:r>
        <w:t>نہیں کر رہی میں اپنی سمجھ کی بات کر رہی ہوں کہ ہم</w:t>
      </w:r>
    </w:p>
    <w:p>
      <w:r>
        <w:rPr>
          <w:b/>
        </w:rPr>
        <w:t xml:space="preserve">[1:19:13] </w:t>
      </w:r>
      <w:r>
        <w:t>samjhen kisi cheez ko us ke liye mein keh rahi thi samajhne ke liye to dekhen aadmi agar samajhna chahta hai to us ko wahi karna parega wahi method jo samajhne ke liye hota hai to time lagana kafi time de aur agar aadmi jaise bombay ke aik sahab the tariq un se kisi ne is tarah ki baat ki to un ka bhi unhe saada tha keh diya ke</w:t>
      </w:r>
    </w:p>
    <w:p>
      <w:pPr>
        <w:jc w:val="right"/>
      </w:pPr>
      <w:r>
        <w:t>سمجھیں کسی چیز کو اس کے لیے میں کہہ رہی تھی سمجھنے کے لیے تو دیکھیں ادمی اگر سمجھنا چاہتا ہے تو اس کو وہی کرنا پڑے گا وہی میتھڈ جو سمجھنے کے لیے ہوتا ہے تو ٹائم لگانا کافی ٹائم دے اور اگر ادمی جیسے بمبئی کے ایک صاحب تھے طارق ان سے کسی نے اس طرح کی بات کی تو ان کا بھی انہیں سادہ تھا کہہ دیا کہ</w:t>
      </w:r>
    </w:p>
    <w:p>
      <w:r>
        <w:rPr>
          <w:b/>
        </w:rPr>
        <w:t xml:space="preserve">[1:19:43] </w:t>
      </w:r>
      <w:r>
        <w:t>bhai apne paas time kahan hai to yeh theek hai aadmi kahe ke mere paas time kahan hai</w:t>
      </w:r>
    </w:p>
    <w:p>
      <w:pPr>
        <w:jc w:val="right"/>
      </w:pPr>
      <w:r>
        <w:t>بھئی اپنے پاس ٹائم کہاں ہے تو یہ ٹھیک ہے ادمی کہے کہ میرے پاس ٹائم کہاں ہے</w:t>
      </w:r>
    </w:p>
    <w:p>
      <w:r>
        <w:rPr>
          <w:b/>
        </w:rPr>
        <w:t xml:space="preserve">[1:19:48] </w:t>
      </w:r>
      <w:r>
        <w:t>to phir koi zaroorat nahi ke aap aadmi sab kahe ke maine samajh liya hai to wahi</w:t>
      </w:r>
    </w:p>
    <w:p>
      <w:pPr>
        <w:jc w:val="right"/>
      </w:pPr>
      <w:r>
        <w:t>تو پھر کوئی ضرورت نہیں کہ اپ ادمی سب کہے کہ میں نے سمجھ لیا ہے تو وہی</w:t>
      </w:r>
    </w:p>
    <w:p>
      <w:r>
        <w:rPr>
          <w:b/>
        </w:rPr>
        <w:t xml:space="preserve">[1:19:53] </w:t>
      </w:r>
      <w:r>
        <w:t>maine kaha ke ya to kisi aalim ko pakad le jo woh kahe usi pe chale aur</w:t>
      </w:r>
    </w:p>
    <w:p>
      <w:pPr>
        <w:jc w:val="right"/>
      </w:pPr>
      <w:r>
        <w:t>میں نے کہا کہ یا تو کسی عالم کو پکڑ لے جو وہ کہے اسی پہ چلے اور</w:t>
      </w:r>
    </w:p>
    <w:p>
      <w:r>
        <w:rPr>
          <w:b/>
        </w:rPr>
        <w:t xml:space="preserve">[1:19:58] </w:t>
      </w:r>
      <w:r>
        <w:t>phir us ko janna chahiye ke mujhe na to sab samajh samajh paunga na mein bata paunga</w:t>
      </w:r>
    </w:p>
    <w:p>
      <w:pPr>
        <w:jc w:val="right"/>
      </w:pPr>
      <w:r>
        <w:t>پھر اس کو جاننا چاہیے کہ مجھے نہ تو سب سمجھ سمجھ پاؤں گا نہ میں بتا پاؤں</w:t>
      </w:r>
    </w:p>
    <w:p>
      <w:r>
        <w:rPr>
          <w:b/>
        </w:rPr>
        <w:t xml:space="preserve">[1:20:03] </w:t>
      </w:r>
      <w:r>
        <w:t>ga mujhe to bas usay yahi karna hai ke kisi ki taqleed karoon bas ki sahib yeh baat</w:t>
      </w:r>
    </w:p>
    <w:p>
      <w:pPr>
        <w:jc w:val="right"/>
      </w:pPr>
      <w:r>
        <w:t>گا مجھے تو بس اسے یہی کرنا ہے کہ کسی کی تقلید کروں بس کی صاحب یہ بات</w:t>
      </w:r>
    </w:p>
    <w:p>
      <w:r>
        <w:rPr>
          <w:b/>
        </w:rPr>
        <w:t xml:space="preserve">[1:20:08] </w:t>
      </w:r>
      <w:r>
        <w:t>saheeh hai ji hain ji maulana</w:t>
      </w:r>
    </w:p>
    <w:p>
      <w:pPr>
        <w:jc w:val="right"/>
      </w:pPr>
      <w:r>
        <w:t>صحیح ہے جی ہیں جی مولانا</w:t>
      </w:r>
    </w:p>
    <w:p>
      <w:r>
        <w:rPr>
          <w:b/>
        </w:rPr>
        <w:t xml:space="preserve">[1:20:14] </w:t>
      </w:r>
      <w:r>
        <w:t>kya kya kaha mein ne Maulana aap yeh keh rahe hain ke agar kisi ko samajhna hai to us ke liye do hi aadmi ke liye do hi rasta ho sakta hai ya to time lagaye us ko parhe maslan mein arz karta hoon aaj jo ayat thi na fasad fil razz kisi bhi tafsir mein mujhe is ka woh nahi mila matlab kisi bhi tafsir mein xyz aur bara mudaton se zindagi mein sochta raha ke fasad fil razz kya hai kyunke yahan par fasad fil razz kaha gaya munafiqeen ke bare mein munaf</w:t>
      </w:r>
    </w:p>
    <w:p>
      <w:pPr>
        <w:jc w:val="right"/>
      </w:pPr>
      <w:r>
        <w:t>کیا کیا کہا میں نے مولانا اپ یہ کہہ رہے ہیں کہ اگر کسی کو سمجھنا ہے تو اس کے لیے دو ہی ادمی کے لیے دو ہی راستہ ہو سکتا ہے یا تو ٹائم لگائے اس کو پڑھے مثلا میں عرض کرتا ہوں اج جو ایت تھی نا فساد فی الرض کسی بھی تفسیر میں مجھے اس کا وہ نہیں ملا مطلب کسی بھی تفسیر میں ایکس وائی زیڈ اور بڑا مدتوں سے زندگی میں سوچتا رہا کہ فساد فی الرض کیا ہے کیونکہ یہاں پر فساد فی الرض کہا گیا منافقین کے بارے میں مناف</w:t>
      </w:r>
    </w:p>
    <w:p>
      <w:r>
        <w:rPr>
          <w:b/>
        </w:rPr>
        <w:t xml:space="preserve">[1:20:44] </w:t>
      </w:r>
      <w:r>
        <w:t>qain to kabhi ladai phadai ki nahi koi talwar to uthai nahi unho ne yeh makkah ki ayat</w:t>
      </w:r>
    </w:p>
    <w:p>
      <w:pPr>
        <w:jc w:val="right"/>
      </w:pPr>
      <w:r>
        <w:t>قین تو کبھی لڑائی پھڑائی کی نہیں کوئی تلوار تو اٹھائی نہیں انہوں نے یہ مکے کی ایت</w:t>
      </w:r>
    </w:p>
    <w:p>
      <w:r>
        <w:rPr>
          <w:b/>
        </w:rPr>
        <w:t xml:space="preserve">[1:20:50] </w:t>
      </w:r>
      <w:r>
        <w:t>nahi hai yeh yeh madine ki ayat hai to log aisa kehte hain jaise ke woh zulm aur</w:t>
      </w:r>
    </w:p>
    <w:p>
      <w:pPr>
        <w:jc w:val="right"/>
      </w:pPr>
      <w:r>
        <w:t>نہیں ہے یہ یہ مدینے کی ایت ہے تو لوگ ایسا کہتے ہیں جیسے کہ وہ ظلم اور</w:t>
      </w:r>
    </w:p>
    <w:p>
      <w:r>
        <w:rPr>
          <w:b/>
        </w:rPr>
        <w:t xml:space="preserve">[1:20:56] </w:t>
      </w:r>
      <w:r>
        <w:t>ladai phadai woh agar makkah mein utri hoti ayat to yeh matlab ho sakta tha is ka yeh</w:t>
      </w:r>
    </w:p>
    <w:p>
      <w:pPr>
        <w:jc w:val="right"/>
      </w:pPr>
      <w:r>
        <w:t>لڑائی پھڑائی وہ اگر مکے میں اتری ہوتی ایت تو یہ مطلب ہو سکتا تھا اس کا یہ</w:t>
      </w:r>
    </w:p>
    <w:p>
      <w:r>
        <w:rPr>
          <w:b/>
        </w:rPr>
        <w:t xml:space="preserve">[1:21:02] </w:t>
      </w:r>
      <w:r>
        <w:t>madine mein utri hai ab madine mein jo munafiq the woh to sazishain karte the unho ne kabhi</w:t>
      </w:r>
    </w:p>
    <w:p>
      <w:pPr>
        <w:jc w:val="right"/>
      </w:pPr>
      <w:r>
        <w:t>مدینے میں اتری ہے اب مدینے میں جو منافق تھے وہ تو سازشیں کرتے تھے انہوں نے کبھی</w:t>
      </w:r>
    </w:p>
    <w:p>
      <w:r>
        <w:rPr>
          <w:b/>
        </w:rPr>
        <w:t xml:space="preserve">[1:21:08] </w:t>
      </w:r>
      <w:r>
        <w:t>ladai nahi nahi chodi to mein bohat dinon se sochta tha aakhir matlab kya hai is ka to abhi jo</w:t>
      </w:r>
    </w:p>
    <w:p>
      <w:pPr>
        <w:jc w:val="right"/>
      </w:pPr>
      <w:r>
        <w:t>لڑائی نہیں نہیں چھوڑی تو میں بہت دنوں سے سوچتا تھا اخر مطلب کیا ہے اس کا تو ابھی جو</w:t>
      </w:r>
    </w:p>
    <w:p>
      <w:r>
        <w:rPr>
          <w:b/>
        </w:rPr>
        <w:t xml:space="preserve">[1:21:14] </w:t>
      </w:r>
      <w:r>
        <w:t>aaj jo maine dars diya to sach mein to is mein maine us ko discover kiya</w:t>
      </w:r>
    </w:p>
    <w:p>
      <w:pPr>
        <w:jc w:val="right"/>
      </w:pPr>
      <w:r>
        <w:t>اج جو میں نے درس دیا تو سچ میں تو اس میں میں نے اس کو ڈسکور کیا</w:t>
      </w:r>
    </w:p>
    <w:p>
      <w:r>
        <w:rPr>
          <w:b/>
        </w:rPr>
        <w:t xml:space="preserve">[1:21:20] </w:t>
      </w:r>
      <w:r>
        <w:t>ke fasad fil arz yeh hai bohat parhne ke baad to usi ko usi ko kehte hain taahud</w:t>
      </w:r>
    </w:p>
    <w:p>
      <w:pPr>
        <w:jc w:val="right"/>
      </w:pPr>
      <w:r>
        <w:t>کہ فساد فی الرض یہ ہے بہت پڑھنے کے بعد تو اسی کو اسی کو کہتے ہیں تعہد</w:t>
      </w:r>
    </w:p>
    <w:p>
      <w:r>
        <w:rPr>
          <w:b/>
        </w:rPr>
        <w:t xml:space="preserve">[1:21:26] </w:t>
      </w:r>
      <w:r>
        <w:t>to ya to aadmi itna taahud kare aur kahe ke mere paas time nahi hai to phir theek</w:t>
      </w:r>
    </w:p>
    <w:p>
      <w:pPr>
        <w:jc w:val="right"/>
      </w:pPr>
      <w:r>
        <w:t>تو یا تو ادمی اتنا تعہد کرے اور کہے کہ میرے پاس ٹائم نہیں ہے تو پھر ٹھیک</w:t>
      </w:r>
    </w:p>
    <w:p>
      <w:r>
        <w:rPr>
          <w:b/>
        </w:rPr>
        <w:t xml:space="preserve">[1:21:32] </w:t>
      </w:r>
      <w:r>
        <w:t>hai phir aap hum ne khane kamane ki zindagi guzari hai ki sahib theek hai yeh baat ji</w:t>
      </w:r>
    </w:p>
    <w:p>
      <w:pPr>
        <w:jc w:val="right"/>
      </w:pPr>
      <w:r>
        <w:t>ہے پھر اپ ہم نے کھانے کمانے کی زندگی گزاری ہے کی صاحب ٹھیک ہے یہ بات جی</w:t>
      </w:r>
    </w:p>
    <w:p>
      <w:r>
        <w:rPr>
          <w:b/>
        </w:rPr>
        <w:t xml:space="preserve">[1:21:38] </w:t>
      </w:r>
      <w:r>
        <w:t>ab kya khayal hai fasad fil arz jo unho ne likha hai woh woh clear hai</w:t>
      </w:r>
    </w:p>
    <w:p>
      <w:pPr>
        <w:jc w:val="right"/>
      </w:pPr>
      <w:r>
        <w:t>اب کیا خیال ہے فساد فی الرض جو انہوں نے لکھا ہے وہ وہ کلیئر ہے</w:t>
      </w:r>
    </w:p>
    <w:p>
      <w:r>
        <w:rPr>
          <w:b/>
        </w:rPr>
        <w:t xml:space="preserve">[1:21:44] </w:t>
      </w:r>
      <w:r>
        <w:t>nahi maulana clear nahi maine parha is mein to koi clear clarity nahi thi maulana jaise aap</w:t>
      </w:r>
    </w:p>
    <w:p>
      <w:pPr>
        <w:jc w:val="right"/>
      </w:pPr>
      <w:r>
        <w:t>نہیں مولانا کلیئر نہیں میں نے پڑھا اس میں تو کوئی کلیئر کلیئرٹی نہیں تھی مولانا جیسے اپ</w:t>
      </w:r>
    </w:p>
    <w:p>
      <w:r>
        <w:rPr>
          <w:b/>
        </w:rPr>
        <w:t xml:space="preserve">[1:21:50] </w:t>
      </w:r>
      <w:r>
        <w:t>keh rahe hain ke hum ne kisi ko choose kiya to hum usi ke lectures ya usi ki</w:t>
      </w:r>
    </w:p>
    <w:p>
      <w:pPr>
        <w:jc w:val="right"/>
      </w:pPr>
      <w:r>
        <w:t>کہہ رہے ہیں کہ ہم نے کسی کو چوز کیا تو ہم اسی کے لیکچرز یا اسی کی</w:t>
      </w:r>
    </w:p>
    <w:p>
      <w:r>
        <w:rPr>
          <w:b/>
        </w:rPr>
        <w:t xml:space="preserve">[1:21:56] </w:t>
      </w:r>
      <w:r>
        <w:t>باتیں یا اڈیو سنیں وہ میں کہہ رہی ہوں کہ ہمیں مدد کرتے ہیں in understanding مطلب ہم</w:t>
      </w:r>
    </w:p>
    <w:p>
      <w:pPr>
        <w:jc w:val="right"/>
      </w:pPr>
      <w:r>
        <w:t>باتیں یا اڈیو سنیں وہ میں کہہ رہی ہوں کہ ہمیں مدد کرتے ہیں ان انڈرسٹینڈنگ مطلب ہم</w:t>
      </w:r>
    </w:p>
    <w:p>
      <w:r>
        <w:rPr>
          <w:b/>
        </w:rPr>
        <w:t xml:space="preserve">[1:22:02] </w:t>
      </w:r>
      <w:r>
        <w:t>ne choose kar liya ke hum kis ko sunna hai isi ko phir hum sunen is tarah se</w:t>
      </w:r>
    </w:p>
    <w:p>
      <w:pPr>
        <w:jc w:val="right"/>
      </w:pPr>
      <w:r>
        <w:t>نے چوز کر لیا کہ ہم کس کو سننا ہے اسی کو پھر ہم سنیں اس طرح سے</w:t>
      </w:r>
    </w:p>
    <w:p>
      <w:r>
        <w:rPr>
          <w:b/>
        </w:rPr>
        <w:t xml:space="preserve">[1:22:08] </w:t>
      </w:r>
      <w:r>
        <w:t>agar woh cheez available hai to is se bhi samajh matlab</w:t>
      </w:r>
    </w:p>
    <w:p>
      <w:pPr>
        <w:jc w:val="right"/>
      </w:pPr>
      <w:r>
        <w:t>اگر وہ چیز اویلیبل ہے تو اس سے بھی سمجھ مطلب</w:t>
      </w:r>
    </w:p>
    <w:p>
      <w:r>
        <w:rPr>
          <w:b/>
        </w:rPr>
        <w:t xml:space="preserve">[1:22:15] </w:t>
      </w:r>
      <w:r>
        <w:t>mein apne jo apply kiya maine apne upar woh mein bata rahi hoon kya aur woh lecture</w:t>
      </w:r>
    </w:p>
    <w:p>
      <w:pPr>
        <w:jc w:val="right"/>
      </w:pPr>
      <w:r>
        <w:t>میں اپنے جو اپلائی کیا میں نے اپنے اوپر وہ میں بتا رہی ہوں کیا اور وہ لیکچر</w:t>
      </w:r>
    </w:p>
    <w:p>
      <w:r>
        <w:rPr>
          <w:b/>
        </w:rPr>
        <w:t xml:space="preserve">[1:22:21] </w:t>
      </w:r>
      <w:r>
        <w:t>dene ke liye nahi ke hum lecture den balkey apni samajh barhane ke liye quran ki understanding ki</w:t>
      </w:r>
    </w:p>
    <w:p>
      <w:pPr>
        <w:jc w:val="right"/>
      </w:pPr>
      <w:r>
        <w:t>دینے کے لیے نہیں کہ ہم لیکچر دیں بلکہ اپنی سمجھ بڑھانے کے لیے قران کی انڈرسٹینڈنگ کی</w:t>
      </w:r>
    </w:p>
    <w:p>
      <w:r>
        <w:rPr>
          <w:b/>
        </w:rPr>
        <w:t xml:space="preserve">[1:22:27] </w:t>
      </w:r>
      <w:r>
        <w:t>kya kahein molana woh yeh keh rahe hain ke woh jo un ke kehne ka matlab yeh hai</w:t>
      </w:r>
    </w:p>
    <w:p>
      <w:pPr>
        <w:jc w:val="right"/>
      </w:pPr>
      <w:r>
        <w:t>کیا کہیں مولانا وہ یہ کہہ رہے ہیں کہ وہ جو ان کے کہنے کا مطلب یہ ہے</w:t>
      </w:r>
    </w:p>
    <w:p>
      <w:r>
        <w:rPr>
          <w:b/>
        </w:rPr>
        <w:t xml:space="preserve">[1:22:33] </w:t>
      </w:r>
      <w:r>
        <w:t>ke woh apni samajh barhane ke liye aisa kar rahe hain aur un ka kehne ka doosra matlab</w:t>
      </w:r>
    </w:p>
    <w:p>
      <w:pPr>
        <w:jc w:val="right"/>
      </w:pPr>
      <w:r>
        <w:t>کہ وہ اپنی سمجھ بڑھانے کے لیے ایسا کر رہے ہیں اور ان کا کہنے کا دوسرا مطلب</w:t>
      </w:r>
    </w:p>
    <w:p>
      <w:r>
        <w:rPr>
          <w:b/>
        </w:rPr>
        <w:t xml:space="preserve">[1:22:39] </w:t>
      </w:r>
      <w:r>
        <w:t>yeh hai ke quran ko sunna kaheen par ya car mein quran ko sunna ya quran</w:t>
      </w:r>
    </w:p>
    <w:p>
      <w:pPr>
        <w:jc w:val="right"/>
      </w:pPr>
      <w:r>
        <w:t>یہ ہے کہ قران کو سننا کہیں پر یا کار میں قران کو سننا یا قران</w:t>
      </w:r>
    </w:p>
    <w:p>
      <w:r>
        <w:rPr>
          <w:b/>
        </w:rPr>
        <w:t xml:space="preserve">[1:22:45] </w:t>
      </w:r>
      <w:r>
        <w:t>ke lecture ko sunna woh yeh keh rahe hain ke jis aalim ko unhon ne chuna hai us</w:t>
      </w:r>
    </w:p>
    <w:p>
      <w:pPr>
        <w:jc w:val="right"/>
      </w:pPr>
      <w:r>
        <w:t>کے لیکچر کو سننا وہ یہ کہہ رہے ہیں کہ جس عالم کو انہوں نے چنا ہے اس</w:t>
      </w:r>
    </w:p>
    <w:p>
      <w:r>
        <w:rPr>
          <w:b/>
        </w:rPr>
        <w:t xml:space="preserve">[1:22:52] </w:t>
      </w:r>
      <w:r>
        <w:t>ke bare mein bolein ke us ki baaton ko sun kar apni understanding ko barhana hai yeh un</w:t>
      </w:r>
    </w:p>
    <w:p>
      <w:pPr>
        <w:jc w:val="right"/>
      </w:pPr>
      <w:r>
        <w:t>کے بارے میں بولیں کہ اس کی باتوں کو سن کر اپنی انڈرسٹینڈنگ کو بڑھانا ہے یہ ان</w:t>
      </w:r>
    </w:p>
    <w:p>
      <w:r>
        <w:rPr>
          <w:b/>
        </w:rPr>
        <w:t xml:space="preserve">[1:23:00] </w:t>
      </w:r>
      <w:r>
        <w:t>ke kehne ka matlab hai yes to theek hai kaheen se koi baat nahi ji hain ji koi</w:t>
      </w:r>
    </w:p>
    <w:p>
      <w:pPr>
        <w:jc w:val="right"/>
      </w:pPr>
      <w:r>
        <w:t>کے کہنے کا مطلب ہے یس تو ٹھیک ہے کہیں سے کوئی بات نہیں جی ہیں جی کوئی</w:t>
      </w:r>
    </w:p>
    <w:p>
      <w:r>
        <w:rPr>
          <w:b/>
        </w:rPr>
        <w:t xml:space="preserve">[1:23:08] </w:t>
      </w:r>
      <w:r>
        <w:t>بات نہیں مولانا How important is it to constantly pray to God for guidance to understand the Quran</w:t>
      </w:r>
    </w:p>
    <w:p>
      <w:pPr>
        <w:jc w:val="right"/>
      </w:pPr>
      <w:r>
        <w:t>بات نہیں مولانا ہاؤ امپورٹنٹ از اٹ ٹو کانسٹنٹلی پری ٹو گاڈ ٹو فار گائیڈنس ٹو انڈرسٹینڈ دا قران</w:t>
      </w:r>
    </w:p>
    <w:p>
      <w:r>
        <w:rPr>
          <w:b/>
        </w:rPr>
        <w:t xml:space="preserve">[1:23:16] </w:t>
      </w:r>
      <w:r>
        <w:t>bohat ziyada important hai bohat ziyada bohat bare aalim thay imam ibn taimiya bohat top ke aalim manay</w:t>
      </w:r>
    </w:p>
    <w:p>
      <w:pPr>
        <w:jc w:val="right"/>
      </w:pPr>
      <w:r>
        <w:t>بہت زیادہ امپورٹنٹ ہے بہت زیادہ بہت بڑے عالم تھے امام ابن تیمیہ بہت ٹاپ کے عالم مانے</w:t>
      </w:r>
    </w:p>
    <w:p>
      <w:r>
        <w:rPr>
          <w:b/>
        </w:rPr>
        <w:t xml:space="preserve">[1:23:26] </w:t>
      </w:r>
      <w:r>
        <w:t>jatay hain woh quran parhte thay jab koi ayat samajh mein nahi aati thi to kya karte thay</w:t>
      </w:r>
    </w:p>
    <w:p>
      <w:pPr>
        <w:jc w:val="right"/>
      </w:pPr>
      <w:r>
        <w:t>جاتے ہیں وہ قران پڑھتے تھے جب کوئی ایت سمجھ میں نہیں اتی تھی تو کیا کرتے تھے</w:t>
      </w:r>
    </w:p>
    <w:p>
      <w:r>
        <w:rPr>
          <w:b/>
        </w:rPr>
        <w:t xml:space="preserve">[1:23:36] </w:t>
      </w:r>
      <w:r>
        <w:t>ke woh wuzu kar ke do rakat namaz parhte thay aur dua karte thay ya muallim e ibrahim allimni</w:t>
      </w:r>
    </w:p>
    <w:p>
      <w:pPr>
        <w:jc w:val="right"/>
      </w:pPr>
      <w:r>
        <w:t>کہ وہ وضو کر کے دو رکعت نماز پڑھتے تھے اور دعا کرتے تھے یا معلمہ ابراہیم علمنی</w:t>
      </w:r>
    </w:p>
    <w:p>
      <w:r>
        <w:rPr>
          <w:b/>
        </w:rPr>
        <w:t xml:space="preserve">[1:23:46] </w:t>
      </w:r>
      <w:r>
        <w:t>ya muallim e ibrahim allimni yani aay ibrahim ko batane wale mujhe bata de to to itnay top ke</w:t>
      </w:r>
    </w:p>
    <w:p>
      <w:pPr>
        <w:jc w:val="right"/>
      </w:pPr>
      <w:r>
        <w:t>یا معلمہ ابراہیم علمنی یعنی اے ابراہیم کو بتانے والے مجھے بتا دے تو تو اتنے ٹاپ کے</w:t>
      </w:r>
    </w:p>
    <w:p>
      <w:r>
        <w:rPr>
          <w:b/>
        </w:rPr>
        <w:t xml:space="preserve">[1:23:54] </w:t>
      </w:r>
      <w:r>
        <w:t>aalim thay woh bhi dua karte thay to dua to must hai dua to must hai mein kaha</w:t>
      </w:r>
    </w:p>
    <w:p>
      <w:pPr>
        <w:jc w:val="right"/>
      </w:pPr>
      <w:r>
        <w:t>عالم تھے وہ بھی دعا کرتے تھے تو دعا تو مسٹ ہے دعا تو مسٹ ہے میں کہا</w:t>
      </w:r>
    </w:p>
    <w:p>
      <w:r>
        <w:rPr>
          <w:b/>
        </w:rPr>
        <w:t xml:space="preserve">[1:24:01] </w:t>
      </w:r>
      <w:r>
        <w:t>karta hoon ke quran ke bare mein dua karne ka matlab yeh hai ke author se consult karna</w:t>
      </w:r>
    </w:p>
    <w:p>
      <w:pPr>
        <w:jc w:val="right"/>
      </w:pPr>
      <w:r>
        <w:t>کرتا ہوں کہ قران کے بارے میں دعا کرنے کا مطلب یہ ہے کہ اتھر سے کنسلٹ کرنا</w:t>
      </w:r>
    </w:p>
    <w:p>
      <w:r>
        <w:rPr>
          <w:b/>
        </w:rPr>
        <w:t xml:space="preserve">[1:24:09] </w:t>
      </w:r>
      <w:r>
        <w:t>quran ka jo author hai us se consult karna to yeh to bohat achi baat</w:t>
      </w:r>
    </w:p>
    <w:p>
      <w:pPr>
        <w:jc w:val="right"/>
      </w:pPr>
      <w:r>
        <w:t>قران کا جو اتھر ہے اس سے کنسلٹ کرنا تو یہ تو بہت اچھی بات</w:t>
      </w:r>
    </w:p>
    <w:p>
      <w:r>
        <w:rPr>
          <w:b/>
        </w:rPr>
        <w:t xml:space="preserve">[1:24:16] </w:t>
      </w:r>
      <w:r>
        <w:t>hai.</w:t>
      </w:r>
    </w:p>
    <w:p>
      <w:pPr>
        <w:jc w:val="right"/>
      </w:pPr>
      <w:r>
        <w:t>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