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Revival of Muslims March 8, 2015</w:t>
      </w:r>
    </w:p>
    <w:p>
      <w:r>
        <w:t>https://www.youtube.com/watch?v=B9E2OTb4BVE</w:t>
      </w:r>
    </w:p>
    <w:p>
      <w:r>
        <w:rPr>
          <w:b/>
        </w:rPr>
        <w:t xml:space="preserve">[00:21] </w:t>
      </w:r>
      <w:r>
        <w:t>Bismillah hir rahman nir rahim, wa salla Allahu ala nabiyyi al-kareem. Rabb ishrah li sadri, wa yassir li amri, wah-l-ul-uqdatan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[00:37] </w:t>
      </w:r>
      <w:r>
        <w:t>yaf-qahu qawli. 8 March 2015.</w:t>
      </w:r>
    </w:p>
    <w:p>
      <w:pPr>
        <w:jc w:val="right"/>
      </w:pPr>
      <w:r>
        <w:t>یفقہ قولی۔ 8 مارچ 2015۔</w:t>
      </w:r>
    </w:p>
    <w:p>
      <w:r>
        <w:rPr>
          <w:b/>
        </w:rPr>
        <w:t xml:space="preserve">[00:48] </w:t>
      </w:r>
      <w:r>
        <w:t>Aaj ki talk ke liye maine ek hadith ko muntakhib kiya hai.</w:t>
      </w:r>
    </w:p>
    <w:p>
      <w:pPr>
        <w:jc w:val="right"/>
      </w:pPr>
      <w:r>
        <w:t>آج کی ٹاک کے لیے میں نے ایک حدیث کو منتخب کیا ہے۔</w:t>
      </w:r>
    </w:p>
    <w:p>
      <w:r>
        <w:rPr>
          <w:b/>
        </w:rPr>
        <w:t xml:space="preserve">[00:59] </w:t>
      </w:r>
      <w:r>
        <w:t>Ek sahabi hain jo ahl-e-suffah mein se hain aur muhajireen mein se hain, unka naam tha Irbad bin Sariyah.</w:t>
      </w:r>
    </w:p>
    <w:p>
      <w:pPr>
        <w:jc w:val="right"/>
      </w:pPr>
      <w:r>
        <w:t>ایک صحابی ہیں جو اہل الصفہ میں سے ہیں اور مہاجرین میں سے ہیں، ان کا نام تھا ارباز بن ساریہ۔</w:t>
      </w:r>
    </w:p>
    <w:p>
      <w:r>
        <w:rPr>
          <w:b/>
        </w:rPr>
        <w:t xml:space="preserve">[01:13] </w:t>
      </w:r>
      <w:r>
        <w:t>Unki wafat hui hai sanah 75 hijri mein.</w:t>
      </w:r>
    </w:p>
    <w:p>
      <w:pPr>
        <w:jc w:val="right"/>
      </w:pPr>
      <w:r>
        <w:t>ان کی وفات ہوئی ہے سنہ 75 ہجری میں۔</w:t>
      </w:r>
    </w:p>
    <w:p>
      <w:r>
        <w:rPr>
          <w:b/>
        </w:rPr>
        <w:t xml:space="preserve">[01:21] </w:t>
      </w:r>
      <w:r>
        <w:t>To woh ek riwayat bayan karte hain.</w:t>
      </w:r>
    </w:p>
    <w:p>
      <w:pPr>
        <w:jc w:val="right"/>
      </w:pPr>
      <w:r>
        <w:t>تو وہ ایک روایت بیان کرتے ہیں۔</w:t>
      </w:r>
    </w:p>
    <w:p>
      <w:r>
        <w:rPr>
          <w:b/>
        </w:rPr>
        <w:t xml:space="preserve">[01:26] </w:t>
      </w:r>
      <w:r>
        <w:t>Yeh riwayat hai rasool Allah ke aakhri zamane ki. Madine ki masjid mein, jis ko hum kehte hain masjid-e-nabwi, us mein rasool Allah sallallahu alaihi wasallam ne ek khutbah diya.</w:t>
      </w:r>
    </w:p>
    <w:p>
      <w:pPr>
        <w:jc w:val="right"/>
      </w:pPr>
      <w:r>
        <w:t>یہ روایت ہے رسول اللہ کے آخری زمانے کی۔ مدینے کی مسجد میں، جس کو ہم کہتے ہیں مسجد نبوی، اس میں رسول اللہ صلی اللہ علیہ وسلم نے ایک خطبہ دیا۔</w:t>
      </w:r>
    </w:p>
    <w:p>
      <w:r>
        <w:rPr>
          <w:b/>
        </w:rPr>
        <w:t xml:space="preserve">[01:46] </w:t>
      </w:r>
      <w:r>
        <w:t>To woh kehte hain ke woh khutbah itna mu'assir tha ke log us ko sun kar rone lage, unke dil dahal uthe.</w:t>
      </w:r>
    </w:p>
    <w:p>
      <w:pPr>
        <w:jc w:val="right"/>
      </w:pPr>
      <w:r>
        <w:t>تو وہ کہتے ہیں کہ وہ خطبہ اتنا مؤثر تھا کہ لوگ اس کو سن کر رونے لگے، ان کے دل دہل اٹھے۔</w:t>
      </w:r>
    </w:p>
    <w:p>
      <w:r>
        <w:rPr>
          <w:b/>
        </w:rPr>
        <w:t xml:space="preserve">[01:59] </w:t>
      </w:r>
      <w:r>
        <w:t>To phir aap se poocha un logon ne ke yeh kya aap ki aakhri khutbah hai, aakhri naseehat hai,</w:t>
      </w:r>
    </w:p>
    <w:p>
      <w:pPr>
        <w:jc w:val="right"/>
      </w:pPr>
      <w:r>
        <w:t>تو پھر آپ سے پوچھا ان لوگوں نے کہ یہ کیا آپ کی آخری خطبہ ہے، آخری نصیحت ہے،</w:t>
      </w:r>
    </w:p>
    <w:p>
      <w:r>
        <w:rPr>
          <w:b/>
        </w:rPr>
        <w:t xml:space="preserve">[02:15] </w:t>
      </w:r>
      <w:r>
        <w:t>to hamein kuch</w:t>
      </w:r>
    </w:p>
    <w:p>
      <w:pPr>
        <w:jc w:val="right"/>
      </w:pPr>
      <w:r>
        <w:t>تو ہمیں کچھ</w:t>
      </w:r>
    </w:p>
    <w:p>
      <w:r>
        <w:rPr>
          <w:b/>
        </w:rPr>
        <w:t xml:space="preserve">[02:21] </w:t>
      </w:r>
      <w:r>
        <w:t>aisi baat bata dijiye jo hamare liye mufeed ho. To aap ne farmaya:</w:t>
      </w:r>
    </w:p>
    <w:p>
      <w:pPr>
        <w:jc w:val="right"/>
      </w:pPr>
      <w:r>
        <w:t>ایسی بات بتا دیجئے جو ہمارے لیے مفید ہو۔ تو آپ نے فرمایا:</w:t>
      </w:r>
    </w:p>
    <w:p>
      <w:r>
        <w:rPr>
          <w:b/>
        </w:rPr>
        <w:t xml:space="preserve">[02:31] </w:t>
      </w:r>
      <w:r>
        <w:t>"Qad taraktukum al-bayda'a</w:t>
      </w:r>
    </w:p>
    <w:p>
      <w:pPr>
        <w:jc w:val="right"/>
      </w:pPr>
      <w:r>
        <w:t>"قد ترکتم البیضہ</w:t>
      </w:r>
    </w:p>
    <w:p>
      <w:r>
        <w:rPr>
          <w:b/>
        </w:rPr>
        <w:t xml:space="preserve">[02:42] </w:t>
      </w:r>
      <w:r>
        <w:t>la ilaha illallah ka nahariyan". Yeh hadith sunan ibn Majah ki hai, jo sihah sittah mein se ek kitab hai,</w:t>
      </w:r>
    </w:p>
    <w:p>
      <w:pPr>
        <w:jc w:val="right"/>
      </w:pPr>
      <w:r>
        <w:t>لا لہٰا کا نہاریا"۔ یہ حدیث سنن ابن ماجہ کی ہے، جو سیاہ ستہ میں سے ایک کتاب ہے،</w:t>
      </w:r>
    </w:p>
    <w:p>
      <w:r>
        <w:rPr>
          <w:b/>
        </w:rPr>
        <w:t xml:space="preserve">[02:56] </w:t>
      </w:r>
      <w:r>
        <w:t>iska number hai 43.</w:t>
      </w:r>
    </w:p>
    <w:p>
      <w:pPr>
        <w:jc w:val="right"/>
      </w:pPr>
      <w:r>
        <w:t>اس کا نمبر ہے 43۔</w:t>
      </w:r>
    </w:p>
    <w:p>
      <w:r>
        <w:rPr>
          <w:b/>
        </w:rPr>
        <w:t xml:space="preserve">[03:00] </w:t>
      </w:r>
      <w:r>
        <w:t>Is hadith ka tarjuma yeh hai ke main tum ko chhodha hai, main tum ko chhod raha hoon.</w:t>
      </w:r>
    </w:p>
    <w:p>
      <w:pPr>
        <w:jc w:val="right"/>
      </w:pPr>
      <w:r>
        <w:t>اس حدیث کا ترجمہ یہ ہے کہ میں تم کو چھوڑا ہے، میں تم کو چھوڑ رہا ہوں۔</w:t>
      </w:r>
    </w:p>
    <w:p>
      <w:r>
        <w:rPr>
          <w:b/>
        </w:rPr>
        <w:t xml:space="preserve">[03:12] </w:t>
      </w:r>
      <w:r>
        <w:t>Bahut hi bayda'a ke ma'ni hote hain safedi, roshan. Main tum ko ek roshan deen par chhod raha hoon.</w:t>
      </w:r>
    </w:p>
    <w:p>
      <w:pPr>
        <w:jc w:val="right"/>
      </w:pPr>
      <w:r>
        <w:t>بہت ہی بیضہ کے معنی ہوتے ہیں سفیدی، روشن۔ میں تم کو ایک روشن دین پر چھوڑ رہا ہوں۔</w:t>
      </w:r>
    </w:p>
    <w:p>
      <w:r>
        <w:rPr>
          <w:b/>
        </w:rPr>
        <w:t xml:space="preserve">[03:26] </w:t>
      </w:r>
      <w:r>
        <w:t>Iski raatein bhi din ki tarah roshan hain.</w:t>
      </w:r>
    </w:p>
    <w:p>
      <w:pPr>
        <w:jc w:val="right"/>
      </w:pPr>
      <w:r>
        <w:t>اس کی راتیں بھی دن کی طرح روشن ہیں۔</w:t>
      </w:r>
    </w:p>
    <w:p>
      <w:r>
        <w:rPr>
          <w:b/>
        </w:rPr>
        <w:t xml:space="preserve">[03:32] </w:t>
      </w:r>
      <w:r>
        <w:t>To is hadith ko lekar main bahut dinon se sochta raha hoon ke jab deen itna roshan hai ke iski raatein bhi din ki tarah roshan hain, iski taleemat itni wazeh hain,</w:t>
      </w:r>
    </w:p>
    <w:p>
      <w:pPr>
        <w:jc w:val="right"/>
      </w:pPr>
      <w:r>
        <w:t>تو اس حدیث کو لے کر میں بہت دنوں سے سوچتا رہا ہوں کہ جب دین اتنا روشن ہے کہ اس کی راتیں بھی دن کی طرح روشن ہیں، اس کی تعلیمات اتنی واضح ہیں،</w:t>
      </w:r>
    </w:p>
    <w:p>
      <w:r>
        <w:rPr>
          <w:b/>
        </w:rPr>
        <w:t xml:space="preserve">[03:46] </w:t>
      </w:r>
      <w:r>
        <w:t>to phir musalmanon mein</w:t>
      </w:r>
    </w:p>
    <w:p>
      <w:pPr>
        <w:jc w:val="right"/>
      </w:pPr>
      <w:r>
        <w:t>تو پھر مسلمانوں میں</w:t>
      </w:r>
    </w:p>
    <w:p>
      <w:r>
        <w:rPr>
          <w:b/>
        </w:rPr>
        <w:t xml:space="preserve">[03:50] </w:t>
      </w:r>
      <w:r>
        <w:t>bigaad kyun aaya? Khaas taur par dekhiye ladai, maar, qatl, yeh poori tareekh mein musalman karte rahe.</w:t>
      </w:r>
    </w:p>
    <w:p>
      <w:pPr>
        <w:jc w:val="right"/>
      </w:pPr>
      <w:r>
        <w:t>بگاڑ کیوں آیا؟ خاص طور پر دیکھئے لڑائی، مار، قتل، یہ پوری تاریخ میں مسلمان کرتے رہے۔</w:t>
      </w:r>
    </w:p>
    <w:p>
      <w:r>
        <w:rPr>
          <w:b/>
        </w:rPr>
        <w:t xml:space="preserve">[04:03] </w:t>
      </w:r>
      <w:r>
        <w:t>to jab deen itna wazeh tha,</w:t>
      </w:r>
    </w:p>
    <w:p>
      <w:pPr>
        <w:jc w:val="right"/>
      </w:pPr>
      <w:r>
        <w:t>تو جب دین اتنا واضح تھا،</w:t>
      </w:r>
    </w:p>
    <w:p>
      <w:r>
        <w:rPr>
          <w:b/>
        </w:rPr>
        <w:t xml:space="preserve">[04:08] </w:t>
      </w:r>
      <w:r>
        <w:t>wazeh ka matlab hai clarity, itni clear tarike se baatein kahi gayi thi quran o hadith mein, to phir kyun aisa hua ke log lad rahe hain?</w:t>
      </w:r>
    </w:p>
    <w:p>
      <w:pPr>
        <w:jc w:val="right"/>
      </w:pPr>
      <w:r>
        <w:t>واضح کا مطلب ہے کلیرٹی، اتنی کلیئر طریقے سے باتیں کہی گئی تھیں قرآن و حدیث میں، تو پھر کیوں ایسا ہوا کہ لوگ لڑ رہے ہیں؟</w:t>
      </w:r>
    </w:p>
    <w:p>
      <w:r>
        <w:rPr>
          <w:b/>
        </w:rPr>
        <w:t xml:space="preserve">[04:25] </w:t>
      </w:r>
      <w:r>
        <w:t>to aaj subah mein soch raha tha yeh baat. mein baitha hua tha apne ghar ke bahar jo barja hai,</w:t>
      </w:r>
    </w:p>
    <w:p>
      <w:pPr>
        <w:jc w:val="right"/>
      </w:pPr>
      <w:r>
        <w:t>تو آج صبح میں سوچ رہا تھا یہ بات۔ میں بیٹھا ہوا تھا اپنے گھر کے باہر جو بارجہ ہے،</w:t>
      </w:r>
    </w:p>
    <w:p>
      <w:r>
        <w:rPr>
          <w:b/>
        </w:rPr>
        <w:t xml:space="preserve">[04:40] </w:t>
      </w:r>
      <w:r>
        <w:t>to us waqt suraj nikla hua tha. suraj ki roshni mujhe bohat pasand hai, mujhe suraj ki dhoop mein baithna bohat acha lagta hai.</w:t>
      </w:r>
    </w:p>
    <w:p>
      <w:pPr>
        <w:jc w:val="right"/>
      </w:pPr>
      <w:r>
        <w:t>تو اس وقت سورج نکلا ہوا تھا۔ سورج کی روشنی مجھے بہت پسند ہے، مجھے سورج کی دھوپ میں بیٹھنا بہت اچھا لگتا ہے۔</w:t>
      </w:r>
    </w:p>
    <w:p>
      <w:r>
        <w:rPr>
          <w:b/>
        </w:rPr>
        <w:t xml:space="preserve">[04:51] </w:t>
      </w:r>
      <w:r>
        <w:t>to baitha hua tha mein, phir kya hua ke dhoop chali gayi. iski wajah yeh thi ke wahan badal aa gaya tha, yaani zameen aur suraj ke darmiyan badal, cloud.</w:t>
      </w:r>
    </w:p>
    <w:p>
      <w:pPr>
        <w:jc w:val="right"/>
      </w:pPr>
      <w:r>
        <w:t>تو بیٹھا ہوا تھا میں، پھر کیا ہوا کہ دھوپ چلی گئی۔ اس کی وجہ یہ تھی کہ وہاں بادل آ گیا تھا، یعنی زمین اور سورج کے درمیان بادل، کلاؤڈ۔</w:t>
      </w:r>
    </w:p>
    <w:p>
      <w:r>
        <w:rPr>
          <w:b/>
        </w:rPr>
        <w:t xml:space="preserve">[05:11] </w:t>
      </w:r>
      <w:r>
        <w:t>to agarchay is cloud ke bahar suraj ab bhi roshan tha, ab bhi poori tarah roshan tha, lekin mere liye dhoop chali gayi.</w:t>
      </w:r>
    </w:p>
    <w:p>
      <w:pPr>
        <w:jc w:val="right"/>
      </w:pPr>
      <w:r>
        <w:t>تو اگرچہ اس کلاؤڈ کے باہر سورج اب بھی روشن تھا، اب بھی پوری طرح روشن تھا، لیکن میرے لیے دھوپ چلی گئی۔</w:t>
      </w:r>
    </w:p>
    <w:p>
      <w:r>
        <w:rPr>
          <w:b/>
        </w:rPr>
        <w:t xml:space="preserve">[05:31] </w:t>
      </w:r>
      <w:r>
        <w:t>to phir mujhe yaad aaya ke ek martaba mein hawa jahaz mein safar kar raha tha, to hamara hawa jahaz urr raha tha, to woh badalon se ooper urr raha tha.</w:t>
      </w:r>
    </w:p>
    <w:p>
      <w:pPr>
        <w:jc w:val="right"/>
      </w:pPr>
      <w:r>
        <w:t>تو پھر مجھے یاد آیا کہ ایک مرتبہ میں ہوا جہاز میں سفر کر رہا تھا، تو ہمارا ہوا جہاز اڑ رہا تھا، تو وہ بادلوں سے اوپر اڑ رہا تھا۔</w:t>
      </w:r>
    </w:p>
    <w:p>
      <w:r>
        <w:rPr>
          <w:b/>
        </w:rPr>
        <w:t xml:space="preserve">[05:43] </w:t>
      </w:r>
      <w:r>
        <w:t>kyunki suraj, kyunki jahaz urrta hai taqreeban 35 kilometer ki oonchai par, to woh badalon se ooper ho jata hai.</w:t>
      </w:r>
    </w:p>
    <w:p>
      <w:pPr>
        <w:jc w:val="right"/>
      </w:pPr>
      <w:r>
        <w:t>کیونکہ سورج، کیونکہ جہاز اڑتا ہے تقریباً 35 کلومیٹر کی اونچائی پر، تو وہ بادلوں سے اوپر ہو جاتا ہے۔</w:t>
      </w:r>
    </w:p>
    <w:p>
      <w:r>
        <w:rPr>
          <w:b/>
        </w:rPr>
        <w:t xml:space="preserve">[05:58] </w:t>
      </w:r>
      <w:r>
        <w:t>to wahan mere jahaz ke neeche badal the, lekin ooper khoob roshan tha, suraj dikhai deta tha.</w:t>
      </w:r>
    </w:p>
    <w:p>
      <w:pPr>
        <w:jc w:val="right"/>
      </w:pPr>
      <w:r>
        <w:t>تو وہاں میرے جہاز کے نیچے بادل تھے، لیکن اوپر خوب روشن تھا، سورج دکھائی دیتا تھا۔</w:t>
      </w:r>
    </w:p>
    <w:p>
      <w:r>
        <w:rPr>
          <w:b/>
        </w:rPr>
        <w:t xml:space="preserve">[06:08] </w:t>
      </w:r>
      <w:r>
        <w:t>to is ko dekh kar mujhe samajh aaya ke asal baat</w:t>
      </w:r>
    </w:p>
    <w:p>
      <w:pPr>
        <w:jc w:val="right"/>
      </w:pPr>
      <w:r>
        <w:t>تو اس کو دیکھ کر مجھے سمجھ آیا کہ اصل بات</w:t>
      </w:r>
    </w:p>
    <w:p>
      <w:r>
        <w:rPr>
          <w:b/>
        </w:rPr>
        <w:t xml:space="preserve">[06:17] </w:t>
      </w:r>
      <w:r>
        <w:t>is mamle mein yeh hai ke deen agarchay roshan hai, lekin hamari nisbat se woh koi cloud aisa ho sakta hai jo hamare liye is ko ghair roshan bana de.</w:t>
      </w:r>
    </w:p>
    <w:p>
      <w:pPr>
        <w:jc w:val="right"/>
      </w:pPr>
      <w:r>
        <w:t>اس معاملے میں یہ ہے کہ دین اگرچہ روشن ہے، لیکن ہماری نسبت سے وہ کوئی کلاؤڈ ایسا ہو سکتا ہے جو ہمارے لیے اس کو غیر روشن بنا دے۔</w:t>
      </w:r>
    </w:p>
    <w:p>
      <w:r>
        <w:rPr>
          <w:b/>
        </w:rPr>
        <w:t xml:space="preserve">[06:34] </w:t>
      </w:r>
      <w:r>
        <w:t>yeh tamseel hai ke suraj roshan hoga, fiza mein roshni phaili hui hogi is ki har taraf, lekin agar aap aur aap ke aur suraj ke beech mein badal aa jaye to woh aap ki us ki roshni aap tak nahi pahunche gi.</w:t>
      </w:r>
    </w:p>
    <w:p>
      <w:pPr>
        <w:jc w:val="right"/>
      </w:pPr>
      <w:r>
        <w:t>یہ تمثیل ہے کہ سورج روشن ہوگا، فضا میں روشنی پھیلی ہوئی ہوگی اس کی ہر طرف، لیکن اگر آپ اور آپ کے اور سورج کے بیچ میں بادل آ جائے تو وہ آپ کی اس کی روشنی آپ تک نہیں پہنچے گی۔</w:t>
      </w:r>
    </w:p>
    <w:p>
      <w:r>
        <w:rPr>
          <w:b/>
        </w:rPr>
        <w:t xml:space="preserve">[06:54] </w:t>
      </w:r>
      <w:r>
        <w:t>to jahaz mein mein ne dekha ke suraj</w:t>
      </w:r>
    </w:p>
    <w:p>
      <w:pPr>
        <w:jc w:val="right"/>
      </w:pPr>
      <w:r>
        <w:t>تو جہاز میں میں نے دیکھا کہ سورج</w:t>
      </w:r>
    </w:p>
    <w:p>
      <w:r>
        <w:rPr>
          <w:b/>
        </w:rPr>
        <w:t xml:space="preserve">[07:01] </w:t>
      </w:r>
      <w:r>
        <w:t>jahaz urrte urrte badalon se ooper chala gaya, to phir woh cloud ki zad se bahar tha, phir har cheez roshan thi.</w:t>
      </w:r>
    </w:p>
    <w:p>
      <w:pPr>
        <w:jc w:val="right"/>
      </w:pPr>
      <w:r>
        <w:t>جہاز اڑتے اڑتے بادلوں سے اوپر چلا گیا، تو پھر وہ کلاؤڈ کی زد سے باہر تھا، پھر ہر چیز روشن تھی۔</w:t>
      </w:r>
    </w:p>
    <w:p>
      <w:r>
        <w:rPr>
          <w:b/>
        </w:rPr>
        <w:t xml:space="preserve">[07:13] </w:t>
      </w:r>
      <w:r>
        <w:t>is par ghore karte hue mujhe samajh aaya ke asal cheez yeh hai ke insaan cloud mein jeeta hai.</w:t>
      </w:r>
    </w:p>
    <w:p>
      <w:pPr>
        <w:jc w:val="right"/>
      </w:pPr>
      <w:r>
        <w:t>اس پر غور کرتے ہوئے مجھے سمجھ آیا کہ اصل چیز یہ ہے کہ انسان کلاؤڈ میں جیتا ہے۔</w:t>
      </w:r>
    </w:p>
    <w:p>
      <w:r>
        <w:rPr>
          <w:b/>
        </w:rPr>
        <w:t xml:space="preserve">[07:23] </w:t>
      </w:r>
      <w:r>
        <w:t>cloud dekhiye maadi cheez hai, insaan ke liye mein kahunga ke wahi cheez hai obsession. hamara cloud obsession hai, fiza mein jo cheez cloud hai,</w:t>
      </w:r>
    </w:p>
    <w:p>
      <w:pPr>
        <w:jc w:val="right"/>
      </w:pPr>
      <w:r>
        <w:t>کلاؤڈ دیکھئے مادی چیز ہے، انسان کے لیے میں کہوں گا کہ وہی چیز ہے آبسیشن۔ ہمارا کلاؤڈ آبسیشن ہے، فضا میں جو چیز کلاؤڈ ہے،</w:t>
      </w:r>
    </w:p>
    <w:p>
      <w:r>
        <w:rPr>
          <w:b/>
        </w:rPr>
        <w:t xml:space="preserve">[07:36] </w:t>
      </w:r>
      <w:r>
        <w:t>hamare liye woh obsession hai. to log tarah tarah ke obsession mein jeete hain, yaani ghar se shuru hoti hai aadmi ki conditioning.</w:t>
      </w:r>
    </w:p>
    <w:p>
      <w:pPr>
        <w:jc w:val="right"/>
      </w:pPr>
      <w:r>
        <w:t>ہمارے لیے وہ آبسیشن ہے۔ تو لوگ طرح طرح کے آبسیشن میں جیتے ہیں، یعنی گھر سے شروع ہوتی ہے آدمی کی کنڈیشننگ۔</w:t>
      </w:r>
    </w:p>
    <w:p>
      <w:r>
        <w:rPr>
          <w:b/>
        </w:rPr>
        <w:t xml:space="preserve">[07:48] </w:t>
      </w:r>
      <w:r>
        <w:t>ghar mein, society mein, mahaul mein, har jagah is ko mukhtalif qism ke experience hote hain, tarah tarah ke ibadat sunta hai, is mein is ki conditioning hoti rehti hai.</w:t>
      </w:r>
    </w:p>
    <w:p>
      <w:pPr>
        <w:jc w:val="right"/>
      </w:pPr>
      <w:r>
        <w:t>گھر میں، سوسائٹی میں، ماحول میں، ہر جگہ اس کو مختلف قسم کے ایکسپیرینس ہوتے ہیں، طرح طرح کے عبادت سنتا ہے، اس میں اس کی کنڈیشننگ ہوتی رہتی ہے۔</w:t>
      </w:r>
    </w:p>
    <w:p>
      <w:r>
        <w:rPr>
          <w:b/>
        </w:rPr>
        <w:t xml:space="preserve">[08:04] </w:t>
      </w:r>
      <w:r>
        <w:t>yeh conditioning cloud ki tarah hoti hai, is conditioning ki wajah se is ke andar ek obsession ban jata hai, is obsession ki wajah se woh baat ko saaf tor par dekh nahi pata.</w:t>
      </w:r>
    </w:p>
    <w:p>
      <w:pPr>
        <w:jc w:val="right"/>
      </w:pPr>
      <w:r>
        <w:t>یہ کنڈیشننگ کلاؤڈ کی طرح ہوتی ہے، اس کنڈیشننگ کی وجہ سے اس کے اندر ایک آبسیشن بن جاتا ہے، اس آبسیشن کی وجہ سے وہ بات کو صاف طور پر دیکھ نہیں پاتا۔</w:t>
      </w:r>
    </w:p>
    <w:p>
      <w:r>
        <w:rPr>
          <w:b/>
        </w:rPr>
        <w:t xml:space="preserve">[08:22] </w:t>
      </w:r>
      <w:r>
        <w:t>yeh hai sara masla. to insaan agar chahta hai ke woh gumrah na ho, Allah ki kitab, rasool ki sunnat, is ki hidayat bani rahe,</w:t>
      </w:r>
    </w:p>
    <w:p>
      <w:pPr>
        <w:jc w:val="right"/>
      </w:pPr>
      <w:r>
        <w:t>یہ ہے سارا مسئلہ۔ تو انسان اگر چاہتا ہے کہ وہ گمراہ نہ ہو، اللہ کی کتاب، رسول کی سنت، اس کی ہدایت بنی رہے،</w:t>
      </w:r>
    </w:p>
    <w:p>
      <w:r>
        <w:rPr>
          <w:b/>
        </w:rPr>
        <w:t xml:space="preserve">[08:39] </w:t>
      </w:r>
      <w:r>
        <w:t>to is ko apne aap ko cloud se bahar lana hoga, yaani obsession se bahar lana hoga. ab dekhiye aaj ke akhbar mein back waqt do khabrein thiin.</w:t>
      </w:r>
    </w:p>
    <w:p>
      <w:pPr>
        <w:jc w:val="right"/>
      </w:pPr>
      <w:r>
        <w:t>تو اس کو اپنے آپ کو کلاؤڈ سے باہر لانا ہوگا، یعنی آبسیشن سے باہر لانا ہوگا۔ اب دیکھئے آج کے اخبار میں بیک وقت دو خبریں تھیں۔</w:t>
      </w:r>
    </w:p>
    <w:p>
      <w:r>
        <w:rPr>
          <w:b/>
        </w:rPr>
        <w:t xml:space="preserve">[08:54] </w:t>
      </w:r>
      <w:r>
        <w:t>ek thi ke America mein ek musalman pakra gaya hai jo Obama ko bomb marne ki is ki banayi hui thi, Obama ko.</w:t>
      </w:r>
    </w:p>
    <w:p>
      <w:pPr>
        <w:jc w:val="right"/>
      </w:pPr>
      <w:r>
        <w:t>ایک تھی کہ امریکہ میں ایک مسلمان پکڑا گیا ہے جو اوباما کو بم مارنے کی اس کی بنائی ہوئی تھی، اوباما کو۔</w:t>
      </w:r>
    </w:p>
    <w:p>
      <w:r>
        <w:rPr>
          <w:b/>
        </w:rPr>
        <w:t xml:space="preserve">[09:07] </w:t>
      </w:r>
      <w:r>
        <w:t>aur is ne kaha, pakra gaya to is ne apne bayan mein kaha ke mujhe kafiron ko marna hai, mujhe hukum hai ke kafiron ko maro.</w:t>
      </w:r>
    </w:p>
    <w:p>
      <w:pPr>
        <w:jc w:val="right"/>
      </w:pPr>
      <w:r>
        <w:t>اور اس نے کہا، پکڑا گیا تو اس نے اپنے بیان میں کہا کہ مجھے کافروں کو مارنا ہے، مجھے حکم ہے کہ کافروں کو مارو۔</w:t>
      </w:r>
    </w:p>
    <w:p>
      <w:r>
        <w:rPr>
          <w:b/>
        </w:rPr>
        <w:t xml:space="preserve">[09:21] </w:t>
      </w:r>
      <w:r>
        <w:t>acha, aaj hi doosri khabar yeh hai ke Bangladesh ki jo prime minister hain, Sheikh Hasina, woh apne ek poora urr kar chalta hai in logon ka entourage, us ke sath ja rahi thi kisi program ke liye, to rastay mein bomb phata.</w:t>
      </w:r>
    </w:p>
    <w:p>
      <w:pPr>
        <w:jc w:val="right"/>
      </w:pPr>
      <w:r>
        <w:t>اچھا، آج ہی دوسری خبر یہ ہے کہ بنگلہ دیش کی جو پرائم منسٹر ہیں، شیخ حسینہ، وہ اپنے ایک پورا اڑ کر چلتا ہے ان لوگوں کا انٹوریج، اس کے ساتھ جا رہی تھی کسی پروگرام کے لیے، تو راستے میں بم پھٹا۔</w:t>
      </w:r>
    </w:p>
    <w:p>
      <w:r>
        <w:rPr>
          <w:b/>
        </w:rPr>
        <w:t xml:space="preserve">[09:46] </w:t>
      </w:r>
      <w:r>
        <w:t>un ko marne ke liye wahan bomb rakh diya gaya tha. agarchay woh bach gayin, to ab dekhiye ke Sheikh Hasina to musalman hain, yaani Obama is ko is liye aap marna chahte hain ke woh kafir hai,</w:t>
      </w:r>
    </w:p>
    <w:p>
      <w:pPr>
        <w:jc w:val="right"/>
      </w:pPr>
      <w:r>
        <w:t>ان کو مارنے کے لیے وہاں بم رکھ دیا گیا تھا۔ اگرچہ وہ بچ گئیں، تو اب دیکھئے کہ شیخ حسینہ تو مسلمان ہیں، یعنی اوباما اس کو اس لیے آپ مارنا چاہتے ہیں کہ وہ کافر ہے،</w:t>
      </w:r>
    </w:p>
    <w:p>
      <w:r>
        <w:rPr>
          <w:b/>
        </w:rPr>
        <w:t xml:space="preserve">[10:00] </w:t>
      </w:r>
      <w:r>
        <w:t>to sheikh haseena to musalman hain, is ko kyun marna chahte hain?</w:t>
      </w:r>
    </w:p>
    <w:p>
      <w:pPr>
        <w:jc w:val="right"/>
      </w:pPr>
      <w:r>
        <w:t>تو شیخ حسینہ تو مسلمان ہیں، اس کو کیوں مارنا چاہتے ہیں؟</w:t>
      </w:r>
    </w:p>
    <w:p>
      <w:r>
        <w:rPr>
          <w:b/>
        </w:rPr>
        <w:t xml:space="preserve">[10:06] </w:t>
      </w:r>
      <w:r>
        <w:t>yeh hai due to sum obsession. ab mein aap ko aik apna aik zaati tajruba batata hoon.</w:t>
      </w:r>
    </w:p>
    <w:p>
      <w:pPr>
        <w:jc w:val="right"/>
      </w:pPr>
      <w:r>
        <w:t>یہ ہے ڈیو ٹو سم آبسیشن۔ اب میں آپ کو ایک اپنا ایک ذاتی تجربہ بتاتا ہوں۔</w:t>
      </w:r>
    </w:p>
    <w:p>
      <w:r>
        <w:rPr>
          <w:b/>
        </w:rPr>
        <w:t xml:space="preserve">[10:17] </w:t>
      </w:r>
      <w:r>
        <w:t>aik shakhs jo isi qism ke group se talluq rakhta hai, rakhta tha, yaani militant group, to us se mein ne kaha ke jo waqiaat ho rahe hain, aap jante hain ke pakistan mein aur aksar muslim mulkon mein jagah jagah musalman musalman ko marta hai,</w:t>
      </w:r>
    </w:p>
    <w:p>
      <w:pPr>
        <w:jc w:val="right"/>
      </w:pPr>
      <w:r>
        <w:t>ایک شخص جو اسی قسم کے گروپ سے تعلق رکھتا ہے، رکھتا تھا، یعنی ملٹنٹ گروپ، تو اس سے میں نے کہا کہ جو واقعات ہو رہے ہیں، آپ جانتے ہیں کہ پاکستان میں اور اکثر مسلم ملکوں میں جگہ جگہ مسلمان مسلمان کو مارتا ہے،</w:t>
      </w:r>
    </w:p>
    <w:p>
      <w:r>
        <w:rPr>
          <w:b/>
        </w:rPr>
        <w:t xml:space="preserve">[10:38] </w:t>
      </w:r>
      <w:r>
        <w:t>musalman musalman ko marta hai, daily news hai, yaani pakistan mein, iraq mein, afghanistan mein, jahan dekhiye, masjidon mein bomb phat'te hain, yaani namaz ke liye log aate hain, un ko bomb maar dete hain,</w:t>
      </w:r>
    </w:p>
    <w:p>
      <w:pPr>
        <w:jc w:val="right"/>
      </w:pPr>
      <w:r>
        <w:t>مسلمان مسلمان کو مارتا ہے، ڈیلی نیوز ہے، یعنی پاکستان میں، عراق میں، افغانستان میں، جہاں دیکھئے، مسجدوں میں بم پھٹتے ہیں، یعنی نماز کے لیے لوگ آتے ہیں، ان کو بم مار دیتے ہیں،</w:t>
      </w:r>
    </w:p>
    <w:p>
      <w:r>
        <w:rPr>
          <w:b/>
        </w:rPr>
        <w:t xml:space="preserve">[10:55] </w:t>
      </w:r>
      <w:r>
        <w:t>qabristan mein bomb phat'te hain, aate hain namaz janaza parhne ke liye, wahan bomb phat jata hai. to woh aadmi jo mujh se mila tha, mein ne us se kaha ke aap musalmanon ko kyun marte hain?</w:t>
      </w:r>
    </w:p>
    <w:p>
      <w:pPr>
        <w:jc w:val="right"/>
      </w:pPr>
      <w:r>
        <w:t>قبرستان میں بم پھٹتے ہیں، آتے ہیں نماز جنازہ پڑھنے کے لیے، وہاں بم پھٹ جاتا ہے۔ تو وہ آدمی جو مجھ سے ملا تھا، میں نے اس سے کہا کہ آپ مسلمانوں کو کیوں مارتے ہیں؟</w:t>
      </w:r>
    </w:p>
    <w:p>
      <w:r>
        <w:rPr>
          <w:b/>
        </w:rPr>
        <w:t xml:space="preserve">[11:07] </w:t>
      </w:r>
      <w:r>
        <w:t>mein ne us ko quran ki aik ayat yaad dilai ke "man qatal momin mutamidan fajzaoho jahannum".</w:t>
      </w:r>
    </w:p>
    <w:p>
      <w:pPr>
        <w:jc w:val="right"/>
      </w:pPr>
      <w:r>
        <w:t>میں نے اس کو قرآن کی ایک آیت یاد دلائی کہ "من قتل مومن متعمداً فجزاؤہ جہنم"۔</w:t>
      </w:r>
    </w:p>
    <w:p>
      <w:r>
        <w:rPr>
          <w:b/>
        </w:rPr>
        <w:t xml:space="preserve">[11:18] </w:t>
      </w:r>
      <w:r>
        <w:t>jo shakhs kisi musalman ko, kisi momin ko jaan boojh kar mare ga, to woh jahannum mein jaye ga. to mein ne kaha ke aap yeh risk le rahe hain ke aap ko jahannum mein jana pare,</w:t>
      </w:r>
    </w:p>
    <w:p>
      <w:pPr>
        <w:jc w:val="right"/>
      </w:pPr>
      <w:r>
        <w:t>جو شخص کسی مسلمان کو، کسی مومن کو جان بوجھ کر مارے گا، تو وہ جہنم میں جائے گا۔ تو میں نے کہا کہ آپ یہ رسک لے رہے ہیں کہ آپ کو جہنم میں جانا پڑے،</w:t>
      </w:r>
    </w:p>
    <w:p>
      <w:r>
        <w:rPr>
          <w:b/>
        </w:rPr>
        <w:t xml:space="preserve">[11:34] </w:t>
      </w:r>
      <w:r>
        <w:t>kyun aisa karte hain aap? to us ne jawab diya ke woh musalman kahan hain? woh to kafiron se mile hue hain, woh kafir jaise hain, is liye hum un ko marte hain.</w:t>
      </w:r>
    </w:p>
    <w:p>
      <w:pPr>
        <w:jc w:val="right"/>
      </w:pPr>
      <w:r>
        <w:t>کیوں ایسا کرتے ہیں آپ؟ تو اس نے جواب دیا کہ وہ مسلمان کہاں ہیں؟ وہ تو کافروں سے ملے ہوئے ہیں، وہ کافر جیسے ہیں، اس لیے ہم ان کو مارتے ہیں۔</w:t>
      </w:r>
    </w:p>
    <w:p>
      <w:r>
        <w:rPr>
          <w:b/>
        </w:rPr>
        <w:t xml:space="preserve">[11:49] </w:t>
      </w:r>
      <w:r>
        <w:t>to phir mein ne us se behas nahi ki, aik doosri ayat pesh ki. mein ne kaha acha, agar yeh muamla hai to aap doosri ayat ko lijiyye.</w:t>
      </w:r>
    </w:p>
    <w:p>
      <w:pPr>
        <w:jc w:val="right"/>
      </w:pPr>
      <w:r>
        <w:t>تو پھر میں نے اس سے بحث نہیں کی، ایک دوسری آیت پیش کی۔ میں نے کہا اچھا، اگر یہ معاملہ ہے تو آپ دوسری آیت کو لیجئے۔</w:t>
      </w:r>
    </w:p>
    <w:p>
      <w:r>
        <w:rPr>
          <w:b/>
        </w:rPr>
        <w:t xml:space="preserve">[11:59] </w:t>
      </w:r>
      <w:r>
        <w:t>aik aur ayat mein hai ke "man qatal nafsan bighair nafs wa fasad fakannama qatal naas jameean". yaani aik aur ayat mein insaan ke bare mein hai, momin ke bare mein nahi.</w:t>
      </w:r>
    </w:p>
    <w:p>
      <w:pPr>
        <w:jc w:val="right"/>
      </w:pPr>
      <w:r>
        <w:t>ایک اور آیت میں ہے کہ "من قتل نفساً بغیر نفس وفساد فکانما قتلاً ناس جمیعاً"۔ یعنی ایک اور آیت میں انسان کے بارے میں ہے، مومن کے بارے میں نہیں۔</w:t>
      </w:r>
    </w:p>
    <w:p>
      <w:r>
        <w:rPr>
          <w:b/>
        </w:rPr>
        <w:t xml:space="preserve">[12:16] </w:t>
      </w:r>
      <w:r>
        <w:t>woh insaan chahe momin ho ya kafir ho, kuch bhi ho, koi bhi mazhab is ka ho, woh mulhid ho, mazhabi ho, to quran ki ayat kehti hai ke agar tum ne aik insaan ko mara, aik insaan ko,</w:t>
      </w:r>
    </w:p>
    <w:p>
      <w:pPr>
        <w:jc w:val="right"/>
      </w:pPr>
      <w:r>
        <w:t>وہ انسان چاہے مومن ہو یا کافر ہو، کچھ بھی ہو، کوئی بھی مذہب اس کا ہو، وہ ملحد ہو، مذہبی ہو، تو قرآن کی آیت کہتی ہے کہ اگر تم نے ایک انسان کو مارا، ایک انسان کو،</w:t>
      </w:r>
    </w:p>
    <w:p>
      <w:r>
        <w:rPr>
          <w:b/>
        </w:rPr>
        <w:t xml:space="preserve">[12:32] </w:t>
      </w:r>
      <w:r>
        <w:t>to tum ne goya ke sare insaan ko maar dala.</w:t>
      </w:r>
    </w:p>
    <w:p>
      <w:pPr>
        <w:jc w:val="right"/>
      </w:pPr>
      <w:r>
        <w:t>تو تم نے گویا کہ سارے انسان کو مار ڈالا۔</w:t>
      </w:r>
    </w:p>
    <w:p>
      <w:r>
        <w:rPr>
          <w:b/>
        </w:rPr>
        <w:t xml:space="preserve">[12:38] </w:t>
      </w:r>
      <w:r>
        <w:t>to mein ne kaha ke dekhiye, agar aap aik insaan ko marte hain to dunya mein 7 billion se zyada insaan hain, to aap ko goya ke 7 billion insanon ko marne ka mujrim ban gaye aap.</w:t>
      </w:r>
    </w:p>
    <w:p>
      <w:pPr>
        <w:jc w:val="right"/>
      </w:pPr>
      <w:r>
        <w:t>تو میں نے کہا کہ دیکھئے، اگر آپ ایک انسان کو مارتے ہیں تو دنیا میں 7 بلین سے زیادہ انسان ہیں، تو آپ کو گویا کہ 7 بلین انسانوں کو مارنے کا مجرم بن گئے آپ۔</w:t>
      </w:r>
    </w:p>
    <w:p>
      <w:r>
        <w:rPr>
          <w:b/>
        </w:rPr>
        <w:t xml:space="preserve">[12:55] </w:t>
      </w:r>
      <w:r>
        <w:t>to qayamat mein aap ko agar 7 billion insanon ko marne ka muqadma chalaya jaye to kya hoga? ab woh chup ho gaya, us ke baad woh us ke paas koi kehne ke liye nahi tha.</w:t>
      </w:r>
    </w:p>
    <w:p>
      <w:pPr>
        <w:jc w:val="right"/>
      </w:pPr>
      <w:r>
        <w:t>تو قیامت میں آپ کو اگر 7 بلین انسانوں کو مارنے کا مقدمہ چلایا جائے تو کیا ہوگا؟ اب وہ چپ ہو گیا، اس کے بعد وہ اس کے پاس کوئی کہنے کے لیے نہیں تھا۔</w:t>
      </w:r>
    </w:p>
    <w:p>
      <w:r>
        <w:rPr>
          <w:b/>
        </w:rPr>
        <w:t xml:space="preserve">[13:10] </w:t>
      </w:r>
      <w:r>
        <w:t>to mein ne socha ke kya wajah hai? to wajah kya hai? obsession. woh bachpan se sunta aya, sunta aya, sunta aya ke islam dushmanon se ghira hua hai, sari dunya islam ki dushman ban gayi hai.</w:t>
      </w:r>
    </w:p>
    <w:p>
      <w:pPr>
        <w:jc w:val="right"/>
      </w:pPr>
      <w:r>
        <w:t>تو میں نے سوچا کہ کیا وجہ ہے؟ تو وجہ کیا ہے؟ آبسیشن۔ وہ بچپن سے سنتا آیا، سنتا آیا، سنتا آیا کہ اسلام دشمنوں سے گھرا ہوا ہے، ساری دنیا اسلام کی دشمن بن گئی ہے۔</w:t>
      </w:r>
    </w:p>
    <w:p>
      <w:r>
        <w:rPr>
          <w:b/>
        </w:rPr>
        <w:t xml:space="preserve">[13:24] </w:t>
      </w:r>
      <w:r>
        <w:t>kal mein ne aik article parha aik muslim professor ka, abhi kal ki baat hai, woh muslim professor kya kehte hain ke western world jo hai, woh islam ko dushman is liye bana hua hai ke islam us ko khatra nazar aata hai.</w:t>
      </w:r>
    </w:p>
    <w:p>
      <w:pPr>
        <w:jc w:val="right"/>
      </w:pPr>
      <w:r>
        <w:t>کل میں نے ایک آرٹیکل پڑھا ایک مسلم پروفیسر کا، ابھی کل کی بات ہے، وہ مسلم پروفیسر کیا کہتے ہیں کہ ویسٹرن ورلڈ جو ہے، وہ اسلام کو دشمن اس لیے بنا ہوا ہے کہ اسلام اس کو خطرہ نظر آتا ہے۔</w:t>
      </w:r>
    </w:p>
    <w:p>
      <w:r>
        <w:rPr>
          <w:b/>
        </w:rPr>
        <w:t xml:space="preserve">[13:43] </w:t>
      </w:r>
      <w:r>
        <w:t>pura western world ko unhon ne kehte hain woh ke woh islam dushman bana hua hai, un ko khatra nazar aata hai, is liye woh sazish karta hai, islam ke khilaf sazish karta hai.</w:t>
      </w:r>
    </w:p>
    <w:p>
      <w:pPr>
        <w:jc w:val="right"/>
      </w:pPr>
      <w:r>
        <w:t>پورا ویسٹرن ورلڈ کو انہوں نے کہتے ہیں وہ کہ وہ اسلام دشمن بنا ہوا ہے، ان کو خطرہ نظر آتا ہے، اس لیے وہ سازش کرتا ہے، اسلام کے خلاف سازش کرتا ہے۔</w:t>
      </w:r>
    </w:p>
    <w:p>
      <w:r>
        <w:rPr>
          <w:b/>
        </w:rPr>
        <w:t xml:space="preserve">[13:58] </w:t>
      </w:r>
      <w:r>
        <w:t>ab yeh in ka obsession hai. mein western world mein bar bar gaya hoon, bar bar gaya hoon, bar bar gaya hoon, mujhe to kabhi wahan dushmani koi dikhai nahi pari.</w:t>
      </w:r>
    </w:p>
    <w:p>
      <w:pPr>
        <w:jc w:val="right"/>
      </w:pPr>
      <w:r>
        <w:t>اب یہ ان کا آبسیشن ہے۔ میں ویسٹرن ورلڈ میں بار بار گیا ہوں، بار بار گیا ہوں، بار بار گیا ہوں، مجھے تو کبھی وہاں دشمنی کوئی دکھائی نہیں پڑی۔</w:t>
      </w:r>
    </w:p>
    <w:p>
      <w:r>
        <w:rPr>
          <w:b/>
        </w:rPr>
        <w:t xml:space="preserve">[14:07] </w:t>
      </w:r>
      <w:r>
        <w:t>mein kitabein parhta hoon, beshumar kitabein mein ne westerners ki parhi hain, koi is liye islam dushmani nazar nahi aai. yeh kya obsession hai?</w:t>
      </w:r>
    </w:p>
    <w:p>
      <w:pPr>
        <w:jc w:val="right"/>
      </w:pPr>
      <w:r>
        <w:t>میں کتابیں پڑھتا ہوں، بے شمار کتابیں میں نے ویسٹرنرز کی پڑھی ہیں، کوئی اس لیے اسلام دشمنی نظر نہیں آئی۔ یہ کیا آبسیشن ہے؟</w:t>
      </w:r>
    </w:p>
    <w:p>
      <w:r>
        <w:rPr>
          <w:b/>
        </w:rPr>
        <w:t xml:space="preserve">[14:19] </w:t>
      </w:r>
      <w:r>
        <w:t>kisi khud sakhta baat ko le kar aap ne obsession bana leta hai, kisi aik baat ko le kar obsession bana leta hai. ab woh obsession itna chhaata hai, itna chhaata hai ke bas wohi is ki soch ban jati hai,</w:t>
      </w:r>
    </w:p>
    <w:p>
      <w:pPr>
        <w:jc w:val="right"/>
      </w:pPr>
      <w:r>
        <w:t>کسی خود ساختہ بات کو لے کر آپ نے آبسیشن بنا لیتا ہے، کسی ایک بات کو لے کر آبسیشن بنا لیتا ہے۔ اب وہ آبسیشن اتنا چھاتا ہے، اتنا چھاتا ہے کہ بس وہی اس کی سوچ بن جاتی ہے،</w:t>
      </w:r>
    </w:p>
    <w:p>
      <w:r>
        <w:rPr>
          <w:b/>
        </w:rPr>
        <w:t xml:space="preserve">[14:34] </w:t>
      </w:r>
      <w:r>
        <w:t>wohi is ki soch ban jati hai. to aaj kal chuki aadmi yeh karta hai ke akhbar parhta hai, jalson mein jata hai, yahan jata hai, wahan jata hai, har jagah us ko charcha sunta parta hai ke islam ke khilaf sazish, islam ke khilaf dushmani,</w:t>
      </w:r>
    </w:p>
    <w:p>
      <w:pPr>
        <w:jc w:val="right"/>
      </w:pPr>
      <w:r>
        <w:t>وہی اس کی سوچ بن جاتی ہے۔ تو آج کل چونکہ آدمی یہ کرتا ہے کہ اخبار پڑھتا ہے، جلسوں میں جاتا ہے، یہاں جاتا ہے، وہاں جاتا ہے، ہر جگہ اس کو چرچا سنتا پڑتا ہے کہ اسلام کے خلاف سازش، اسلام کے خلاف دشمنی،</w:t>
      </w:r>
    </w:p>
    <w:p>
      <w:r>
        <w:rPr>
          <w:b/>
        </w:rPr>
        <w:t xml:space="preserve">[14:55] </w:t>
      </w:r>
      <w:r>
        <w:t>to isi mein obsession ho jata hai. us ko obsession bari ajeeb o ghareeb cheez hai. mein apna aik qissa bataoon aap ko.</w:t>
      </w:r>
    </w:p>
    <w:p>
      <w:pPr>
        <w:jc w:val="right"/>
      </w:pPr>
      <w:r>
        <w:t>تو اسی میں آبسیشن ہو جاتا ہے۔ اس کو آبسیشن بڑی عجیب و غریب چیز ہے۔ میں اپنا ایک قصہ بتاؤں آپ کو۔</w:t>
      </w:r>
    </w:p>
    <w:p>
      <w:r>
        <w:rPr>
          <w:b/>
        </w:rPr>
        <w:t xml:space="preserve">[15:06] </w:t>
      </w:r>
      <w:r>
        <w:t>jab mein parhta tha madrasay mein naujawani ki umar mein, to hamare wahan par aik jo sard mdrase thay, woh is zamane ki baat hai jab british hukumat thi india mein, tab ki baat hai yeh.</w:t>
      </w:r>
    </w:p>
    <w:p>
      <w:pPr>
        <w:jc w:val="right"/>
      </w:pPr>
      <w:r>
        <w:t>جب میں پڑھتا تھا مدرسے میں نوجوانی کی عمر میں، تو ہمارے وہاں پر ایک جو سرد مدرس تھے، وہ اس زمانے کی بات ہے جب برٹش حکومت تھی انڈیا میں، تب کی بات ہے یہ۔</w:t>
      </w:r>
    </w:p>
    <w:p>
      <w:r>
        <w:rPr>
          <w:b/>
        </w:rPr>
        <w:t xml:space="preserve">[15:24] </w:t>
      </w:r>
      <w:r>
        <w:t>to woh angrezon ke bohat khilaf thay, woh maulana abul kalam azad waghera ki bohat tareef karte thay.</w:t>
      </w:r>
    </w:p>
    <w:p>
      <w:pPr>
        <w:jc w:val="right"/>
      </w:pPr>
      <w:r>
        <w:t>تو وہ انگریزوں کے بہت خلاف تھے، وہ مولانا ابوالکلام آزاد وغیرہ کی بہت تعریف کرتے تھے۔</w:t>
      </w:r>
    </w:p>
    <w:p>
      <w:r>
        <w:rPr>
          <w:b/>
        </w:rPr>
        <w:t xml:space="preserve">[15:37] </w:t>
      </w:r>
      <w:r>
        <w:t>to mujhe yaad hai ab tak ke masjid mein taqreer karte hue unhon ne aik kaha tha ke angrez sari dunya ka makkhan kha gaye.</w:t>
      </w:r>
    </w:p>
    <w:p>
      <w:pPr>
        <w:jc w:val="right"/>
      </w:pPr>
      <w:r>
        <w:t>تو مجھے یاد ہے اب تک کہ مسجد میں تقریر کرتے ہوئے انہوں نے ایک کہا تھا کہ انگریز ساری دنیا کا مکھن کھا گئے۔</w:t>
      </w:r>
    </w:p>
    <w:p>
      <w:r>
        <w:rPr>
          <w:b/>
        </w:rPr>
        <w:t xml:space="preserve">[15:51] </w:t>
      </w:r>
      <w:r>
        <w:t>yeh member par kharay ho kar kaha tha unhon ne, masjid mein angrezon ko burai batate hue ke angrez bohat hi istehsal karne wale hain, angrez bare aise hain, waisay hain.</w:t>
      </w:r>
    </w:p>
    <w:p>
      <w:pPr>
        <w:jc w:val="right"/>
      </w:pPr>
      <w:r>
        <w:t>یہ ممبر پر کھڑے ہو کر کہا تھا انہوں نے، مسجد میں انگریزوں کو برائی بتاتے ہوئے کہ انگریز بہت ہی استحصال کرنے والے ہیں، انگریز بڑے ایسے ہیں، ویسے ہیں۔</w:t>
      </w:r>
    </w:p>
    <w:p>
      <w:r>
        <w:rPr>
          <w:b/>
        </w:rPr>
        <w:t xml:space="preserve">[16:02] </w:t>
      </w:r>
      <w:r>
        <w:t>to angrez sari dunya ka makkhan kha gaye. to aap yaqeen kijiye ke bohat saalon tak wahi samajhta raha sach much ke dunya bhar ka makkhan manga manga kha jatay hain angrez.</w:t>
      </w:r>
    </w:p>
    <w:p>
      <w:pPr>
        <w:jc w:val="right"/>
      </w:pPr>
      <w:r>
        <w:t>تو انگریز ساری دنیا کا مکھن کھا گئے۔ تو آپ یقین کیجئے کہ بہت سالوں تک وہی سمجھتا رہا سچ مچ کہ دنیا بھر کا مکھن منگا منگا کھا جاتے ہیں انگریز۔</w:t>
      </w:r>
    </w:p>
    <w:p>
      <w:r>
        <w:rPr>
          <w:b/>
        </w:rPr>
        <w:t xml:space="preserve">[16:14] </w:t>
      </w:r>
      <w:r>
        <w:t>yeh bohat muzahikhaiz baat hai yeh, lekin is umar mein jab ke mein baligh nahi hua tha, jab mein ne suna mein ne aik senior alam ki zaban se ke angrez sari dunya ka makkhan kha gaye,</w:t>
      </w:r>
    </w:p>
    <w:p>
      <w:pPr>
        <w:jc w:val="right"/>
      </w:pPr>
      <w:r>
        <w:t>یہ بہت مضحکہ خیز بات ہے یہ، لیکن اس عمر میں جب کہ میں بالغ نہیں ہوا تھا، جب میں سنا میں نے ایک سینئر عالم کی زبان سے کہ انگریز ساری دنیا کا مکھن کھا گئے،</w:t>
      </w:r>
    </w:p>
    <w:p>
      <w:r>
        <w:rPr>
          <w:b/>
        </w:rPr>
        <w:t xml:space="preserve">[16:31] </w:t>
      </w:r>
      <w:r>
        <w:t>to wahi samajh betha ke waqai makkhan kha gaye. halankay mere apnay ghar mein bhains bali hui thi, is ka makkhan niklta tha, lekin woh is ke bawajood bachpan se mere bhains ka makkhan to mujhe hi milta tha.</w:t>
      </w:r>
    </w:p>
    <w:p>
      <w:pPr>
        <w:jc w:val="right"/>
      </w:pPr>
      <w:r>
        <w:t>تو وہی سمجھ بیٹھا کہ واقعی مکھن کھا گئے۔ حالانکہ میرے اپنے گھر میں بھینس بلی ہوئی تھی، اس کا مکھن نکلتا تھا، لیکن وہ اس کے باوجود بچپن سے میرے بھینس کا مکھن تو مجھے ہی ملتا تھا۔</w:t>
      </w:r>
    </w:p>
    <w:p>
      <w:r>
        <w:rPr>
          <w:b/>
        </w:rPr>
        <w:t xml:space="preserve">[16:50] </w:t>
      </w:r>
      <w:r>
        <w:t>woh angrez nahi utha le atay thay. woh</w:t>
      </w:r>
    </w:p>
    <w:p>
      <w:pPr>
        <w:jc w:val="right"/>
      </w:pPr>
      <w:r>
        <w:t>وہ انگریز نہیں اٹھا لے آتے تھے۔ وہ</w:t>
      </w:r>
    </w:p>
    <w:p>
      <w:r>
        <w:rPr>
          <w:b/>
        </w:rPr>
        <w:t xml:space="preserve">[16:56] </w:t>
      </w:r>
      <w:r>
        <w:t>yeh bohat hi ajeeb, mein yani mein aaj sochta hoon to mein ajeeb is mein par jata hoon ke kya cheez conditioning. hamaray ghar mein barabar yani bhains rehti thi,</w:t>
      </w:r>
    </w:p>
    <w:p>
      <w:pPr>
        <w:jc w:val="right"/>
      </w:pPr>
      <w:r>
        <w:t>یہ بہت ہی عجیب، میں یعنی میں آج سوچتا ہوں تو میں عجیب اس میں پڑ جاتا ہوں کہ کیا چیز کنڈیشننگ۔ ہمارے گھر میں برابر یعنی بھینس رہتی تھی،</w:t>
      </w:r>
    </w:p>
    <w:p>
      <w:r>
        <w:rPr>
          <w:b/>
        </w:rPr>
        <w:t xml:space="preserve">[17:13] </w:t>
      </w:r>
      <w:r>
        <w:t>hamesha doodh hamari maan jo thi, woh doodh ka makkhan nikalti thi. to mein ne kabhi nahi socha ke agar dunya bhar ka makkhan woh kha gaye to mera makkhan kaise bach gaya.</w:t>
      </w:r>
    </w:p>
    <w:p>
      <w:pPr>
        <w:jc w:val="right"/>
      </w:pPr>
      <w:r>
        <w:t>ہمیشہ دودھ ہماری ماں جو تھی، وہ دودھ کا مکھن نکالتی تھی۔ تو میں نے کبھی نہیں سوچا کہ اگر دنیا بھر کا مکھن وہ کھا گئے تو میرا مکھن کیسے بچ گیا۔</w:t>
      </w:r>
    </w:p>
    <w:p>
      <w:r>
        <w:rPr>
          <w:b/>
        </w:rPr>
        <w:t xml:space="preserve">[17:27] </w:t>
      </w:r>
      <w:r>
        <w:t>yeh hai obsession. to aaj kal ke jo musalman hain, un ka mamla yeh hai ke quran to wazeh hai, is ke andar wazahat hai, hadith wazeh hai, is ke andar wazahat hai,</w:t>
      </w:r>
    </w:p>
    <w:p>
      <w:pPr>
        <w:jc w:val="right"/>
      </w:pPr>
      <w:r>
        <w:t>یہ ہے آبسیشن۔ تو آج کل کے جو مسلمان ہیں، ان کا معاملہ یہ ہے کہ قرآن تو واضح ہے، اس کے اندر وضاحت ہے، حدیث واضح ہے، اس کے اندر وضاحت ہے،</w:t>
      </w:r>
    </w:p>
    <w:p>
      <w:r>
        <w:rPr>
          <w:b/>
        </w:rPr>
        <w:t xml:space="preserve">[17:41] </w:t>
      </w:r>
      <w:r>
        <w:t>lekin un ke aur is roshan kitab ke darmiyan cloud aa gaya hai, obsession. is ki wajah se unhein kuch samajh mein nahi ata, kuch bhi samajh mein nahi ata.</w:t>
      </w:r>
    </w:p>
    <w:p>
      <w:pPr>
        <w:jc w:val="right"/>
      </w:pPr>
      <w:r>
        <w:t>لیکن ان کے اور اس روشن کتاب کے درمیان کلاؤڈ آ گیا ہے، آبسیشن۔ اس کی وجہ سے انہیں کچھ سمجھ میں نہیں آتا، کچھ بھی سمجھ میں نہیں آتا۔</w:t>
      </w:r>
    </w:p>
    <w:p>
      <w:r>
        <w:rPr>
          <w:b/>
        </w:rPr>
        <w:t xml:space="preserve">[17:53] </w:t>
      </w:r>
      <w:r>
        <w:t>jaise dekhiye, mein aap ko aaj hi ki aik misal deta hoon. aaj ke akhbar mein aik bari hi ibret ki khabar hai.</w:t>
      </w:r>
    </w:p>
    <w:p>
      <w:pPr>
        <w:jc w:val="right"/>
      </w:pPr>
      <w:r>
        <w:t>جیسے دیکھئے، میں آپ کو آج ہی کی ایک مثال دیتا ہوں۔ آج کے اخبار میں ایک بڑی ہی عبرت کی خبر ہے۔</w:t>
      </w:r>
    </w:p>
    <w:p>
      <w:r>
        <w:rPr>
          <w:b/>
        </w:rPr>
        <w:t xml:space="preserve">[18:04] </w:t>
      </w:r>
      <w:r>
        <w:t>iraq mein aik shehar hai bosal,</w:t>
      </w:r>
    </w:p>
    <w:p>
      <w:pPr>
        <w:jc w:val="right"/>
      </w:pPr>
      <w:r>
        <w:t>عراق میں ایک شہر ہے بوسل،</w:t>
      </w:r>
    </w:p>
    <w:p>
      <w:r>
        <w:rPr>
          <w:b/>
        </w:rPr>
        <w:t xml:space="preserve">[18:09] </w:t>
      </w:r>
      <w:r>
        <w:t>mosil. is ke qareeb aik bohat purana yani taqreeban teen hazar saal ki aik imarat thi, is zamanay ki woh mandir hoga kuch.</w:t>
      </w:r>
    </w:p>
    <w:p>
      <w:pPr>
        <w:jc w:val="right"/>
      </w:pPr>
      <w:r>
        <w:t>ایم او ایس آئی ایل۔ اس کے قریب ایک بہت پرانا یعنی تقریباً تین ہزار سال کی ایک عمارت تھی، اس زمانے کی وہ مندر ہوگا کچھ۔</w:t>
      </w:r>
    </w:p>
    <w:p>
      <w:r>
        <w:rPr>
          <w:b/>
        </w:rPr>
        <w:t xml:space="preserve">[18:24] </w:t>
      </w:r>
      <w:r>
        <w:t>to bohat wahan siyah atay thay, siyah atay thay wahan. world heritage mein is ko shamil kiya tha unesco ne.</w:t>
      </w:r>
    </w:p>
    <w:p>
      <w:pPr>
        <w:jc w:val="right"/>
      </w:pPr>
      <w:r>
        <w:t>تو بہت وہاں سیاح آتے تھے، سیاح آتے تھے وہاں۔ ورلڈ ہیریٹیج میں اس کو شامل کیا تھا یونیسکو نے۔</w:t>
      </w:r>
    </w:p>
    <w:p>
      <w:r>
        <w:rPr>
          <w:b/>
        </w:rPr>
        <w:t xml:space="preserve">[18:34] </w:t>
      </w:r>
      <w:r>
        <w:t>to aaj ki khabar hai ke is ko bulldozer kar ke jo isis walon ne is ko bulldozer kar ke tabah kar diya tha.</w:t>
      </w:r>
    </w:p>
    <w:p>
      <w:pPr>
        <w:jc w:val="right"/>
      </w:pPr>
      <w:r>
        <w:t>تو آج کی خبر ہے کہ اس کو بلڈوز کر کے جو آئی ایس آئی ایس والوں نے اس کو بلڈوز کر کے تباہ کر دیا تھا۔</w:t>
      </w:r>
    </w:p>
    <w:p>
      <w:r>
        <w:rPr>
          <w:b/>
        </w:rPr>
        <w:t xml:space="preserve">[18:45] </w:t>
      </w:r>
      <w:r>
        <w:t>to mein is par sochne laga ke kyun tabah kiya? in ka obsession yeh hai ke yeh mandir hai, yahan par shirk hota tha, is liye hum tod rahe hain hum.</w:t>
      </w:r>
    </w:p>
    <w:p>
      <w:pPr>
        <w:jc w:val="right"/>
      </w:pPr>
      <w:r>
        <w:t>تو میں اس پر سوچنے لگا کہ کیوں تباہ کیا؟ ان کا آبسیشن یہ ہے کہ یہ مندر ہے، یہاں پر شرک ہوتا تھا، اس لیے ہم توڑ رہے ہیں ہم۔</w:t>
      </w:r>
    </w:p>
    <w:p>
      <w:r>
        <w:rPr>
          <w:b/>
        </w:rPr>
        <w:t xml:space="preserve">[18:56] </w:t>
      </w:r>
      <w:r>
        <w:t>lekin dosra pehlu jo hai ke is ki wajah se wahan siyah atay thay, hazaron hazar siyah. to is zamanay mein hum ko dawat ka moqa tha.</w:t>
      </w:r>
    </w:p>
    <w:p>
      <w:pPr>
        <w:jc w:val="right"/>
      </w:pPr>
      <w:r>
        <w:t>لیکن دوسرا پہلو جو ہے کہ اس کی وجہ سے وہاں سیاح آتے تھے، ہزاروں ہزار سیاح۔ تو اس زمانے میں ہم کو دعوت کا موقع تھا۔</w:t>
      </w:r>
    </w:p>
    <w:p>
      <w:r>
        <w:rPr>
          <w:b/>
        </w:rPr>
        <w:t xml:space="preserve">[19:09] </w:t>
      </w:r>
      <w:r>
        <w:t>to mazi mein aaj to wahan koi shirk nahi tha, aaj to sirf imarat thi wahan par. mazi mein kuch log wahan shirk karte hon ge, lekin aaj to wahan par siyah atay hain, siyah atay hain.</w:t>
      </w:r>
    </w:p>
    <w:p>
      <w:pPr>
        <w:jc w:val="right"/>
      </w:pPr>
      <w:r>
        <w:t>تو ماضی میں آج تو وہاں کوئی شرک نہیں تھا، آج تو صرف عمارت تھی وہاں پر۔ ماضی میں کچھ لوگ وہاں شرک کرتے ہوں گے، لیکن آج تو وہاں پر سیاح آتے ہیں، سیاح آتے ہیں۔</w:t>
      </w:r>
    </w:p>
    <w:p>
      <w:r>
        <w:rPr>
          <w:b/>
        </w:rPr>
        <w:t xml:space="preserve">[19:25] </w:t>
      </w:r>
      <w:r>
        <w:t>woh hamaray liye mozu hai, hamaray liye yani hum safar kar ke jatay hain dunya bhar mein to kitna mushkil tha. safar kiye baghair dunya bhar ke siyah wahan aa rahay hain, siyah,</w:t>
      </w:r>
    </w:p>
    <w:p>
      <w:pPr>
        <w:jc w:val="right"/>
      </w:pPr>
      <w:r>
        <w:t>وہ ہمارے لیے موضوع ہے، ہمارے لیے یعنی ہم سفر کر کے جاتے ہیں دنیا بھر میں تو کتنا مشکل تھا۔ سفر کیے بغیر دنیا بھر کے سیاح وہاں آ رہے ہیں، سیاح،</w:t>
      </w:r>
    </w:p>
    <w:p>
      <w:r>
        <w:rPr>
          <w:b/>
        </w:rPr>
        <w:t xml:space="preserve">[19:38] </w:t>
      </w:r>
      <w:r>
        <w:t>aur khoob un ko hum Allah ki kitab pohanchayen, Allah ka paigham pohanchayen. kitna sunhari moqa hai, lekin yeh nahi dikhaya diya unhon ne.</w:t>
      </w:r>
    </w:p>
    <w:p>
      <w:pPr>
        <w:jc w:val="right"/>
      </w:pPr>
      <w:r>
        <w:t>اور خوب ان کو ہم اللہ کی کتاب پہنچائیں، اللہ کا پیغام پہنچائیں۔ کتنا سنہری موقع ہے، لیکن یہ نہیں دکھایا دیا انہوں نے۔</w:t>
      </w:r>
    </w:p>
    <w:p>
      <w:r>
        <w:rPr>
          <w:b/>
        </w:rPr>
        <w:t xml:space="preserve">[19:49] </w:t>
      </w:r>
      <w:r>
        <w:t>yani teen hazar saal ki obsession itna gehra tha un ka ke aaj ka waqia dikhaya nahi diya unhon ne. is ko tod diya.</w:t>
      </w:r>
    </w:p>
    <w:p>
      <w:pPr>
        <w:jc w:val="right"/>
      </w:pPr>
      <w:r>
        <w:t>یعنی تین ہزار سال کی آبسیشن اتنا گہرا تھا ان کا کہ آج کا واقعہ دکھایا نہیں دیا انہوں نے۔ اس کو توڑ دیا۔</w:t>
      </w:r>
    </w:p>
    <w:p>
      <w:r>
        <w:rPr>
          <w:b/>
        </w:rPr>
        <w:t xml:space="preserve">[20:00] </w:t>
      </w:r>
      <w:r>
        <w:t>ab ghhor kijiye ke dawat ke aitbar se yeh kitna bara nuqsan hai. dawat ke aitbar se yeh kitna bara nuqsan hai.</w:t>
      </w:r>
    </w:p>
    <w:p>
      <w:pPr>
        <w:jc w:val="right"/>
      </w:pPr>
      <w:r>
        <w:t>اب غور کیجئے کہ دعوت کے اعتبار سے یہ کتنا بڑا نقصان ہے۔ دعوت کے اعتبار سے یہ کتنا بڑا نقصان ہے۔</w:t>
      </w:r>
    </w:p>
    <w:p>
      <w:r>
        <w:rPr>
          <w:b/>
        </w:rPr>
        <w:t xml:space="preserve">[20:13] </w:t>
      </w:r>
      <w:r>
        <w:t>phir mein ne socha ke yeh rasool Allah ki sunnat ke khilaf hai. rasool Allah jab makkah mein aap ne mission shuru kiya, aap ne tauheed ka mission 610 eesvi mein, to wahan par jo kaba tha, us mein 360 but rakhe hue thay.</w:t>
      </w:r>
    </w:p>
    <w:p>
      <w:pPr>
        <w:jc w:val="right"/>
      </w:pPr>
      <w:r>
        <w:t>پھر میں نے سوچا کہ یہ رسول اللہ کی سنت کے خلاف ہے۔ رسول اللہ جب مکہ میں آپ نے مشن شروع کیا، آپ نے توحید کا مشن 610 عیسوی میں، تو وہاں پر جو کعبہ تھا، اس میں 360 بت رکھے ہوئے تھے۔</w:t>
      </w:r>
    </w:p>
    <w:p>
      <w:r>
        <w:rPr>
          <w:b/>
        </w:rPr>
        <w:t xml:space="preserve">[20:34] </w:t>
      </w:r>
      <w:r>
        <w:t>360 but. wahan shirk zinda tha. yani woh jo bosal ki imarat hai, woh shirk to murda shirk tha wahan, kabhi shirk hota tha.</w:t>
      </w:r>
    </w:p>
    <w:p>
      <w:pPr>
        <w:jc w:val="right"/>
      </w:pPr>
      <w:r>
        <w:t>360 بت۔ وہاں شرک زندہ تھا۔ یعنی وہ جو بوسل کی عمارت ہے، وہ شرک تو مردہ شرک تھا وہاں، کبھی شرک ہوتا تھا۔</w:t>
      </w:r>
    </w:p>
    <w:p>
      <w:r>
        <w:rPr>
          <w:b/>
        </w:rPr>
        <w:t xml:space="preserve">[20:45] </w:t>
      </w:r>
      <w:r>
        <w:t>ab to imarat ki sirf thi. chounke siyah logon ko tareekhi yadgaron se bohat dilchaspi hoti hai, sab se zyada woh mutawajjah hotay hain tareekhi yadgaron se.</w:t>
      </w:r>
    </w:p>
    <w:p>
      <w:pPr>
        <w:jc w:val="right"/>
      </w:pPr>
      <w:r>
        <w:t>اب تو عمارت کی صرف تھی۔ چونکہ سیاح لوگوں کو تاریخی یادگاروں سے بہت دلچسپی ہوتی ہے، سب سے زیادہ وہ متوجہ ہوتے ہیں تاریخی یادگاروں سے۔</w:t>
      </w:r>
    </w:p>
    <w:p>
      <w:r>
        <w:rPr>
          <w:b/>
        </w:rPr>
        <w:t xml:space="preserve">[20:59] </w:t>
      </w:r>
      <w:r>
        <w:t>sab se zyada. mein ne aik bar internet par dekha ke number one spot siyah, siyahi spot konsa hai.</w:t>
      </w:r>
    </w:p>
    <w:p>
      <w:pPr>
        <w:jc w:val="right"/>
      </w:pPr>
      <w:r>
        <w:t>سب سے زیادہ۔ میں نے ایک بار انٹرنیٹ پر دیکھا کہ نمبر ون اسپاٹ سیاح، سیاحی اسپاٹ کونسا ہے۔</w:t>
      </w:r>
    </w:p>
    <w:p>
      <w:r>
        <w:rPr>
          <w:b/>
        </w:rPr>
        <w:t xml:space="preserve">[21:10] </w:t>
      </w:r>
      <w:r>
        <w:t>to maloom hua ke yunan ki ek imarat hai jo bohat purani hai, sab se ziyada purani hai. is liye wahan bohat siyah jate hain. to tarikhi yadgar jo hain, woh siyahon ka bohat bara kashish hote hain,</w:t>
      </w:r>
    </w:p>
    <w:p>
      <w:pPr>
        <w:jc w:val="right"/>
      </w:pPr>
      <w:r>
        <w:t>تو معلوم ہوا کہ یونان کی ایک عمارت ہے جو بہت پرانی ہے، سب سے زیادہ پرانی ہے۔ اس لیے وہاں بہت سیاح جاتے ہیں۔ تو تاریخی یادگار جو ہیں، وہ سیاحوں کا بہت بڑا کشش ہوتے ہیں،</w:t>
      </w:r>
    </w:p>
    <w:p>
      <w:r>
        <w:rPr>
          <w:b/>
        </w:rPr>
        <w:t xml:space="preserve">[21:26] </w:t>
      </w:r>
      <w:r>
        <w:t>is liye wahan ate hain woh. to busal ki imarat to kabhi wahan shirk hota hoga, aaj to wahan kuch bhi nahi tha.</w:t>
      </w:r>
    </w:p>
    <w:p>
      <w:pPr>
        <w:jc w:val="right"/>
      </w:pPr>
      <w:r>
        <w:t>اس لیے وہاں آتے ہیں وہ۔ تو بوسل کی عمارت تو کبھی وہاں شرک ہوتا ہوگا، آج تو وہاں کچھ بھی نہیں تھا۔</w:t>
      </w:r>
    </w:p>
    <w:p>
      <w:r>
        <w:rPr>
          <w:b/>
        </w:rPr>
        <w:t xml:space="preserve">[21:36] </w:t>
      </w:r>
      <w:r>
        <w:t>aur rasool Allah ke zamane mein jo kaba tha, wahan to shirk baqayda hota tha, aap ke samne zinda tha wahan shirk, aur teen so hazar but rakhe hue the.</w:t>
      </w:r>
    </w:p>
    <w:p>
      <w:pPr>
        <w:jc w:val="right"/>
      </w:pPr>
      <w:r>
        <w:t>اور رسول اللہ کے زمانے میں جو کعبہ تھا، وہاں تو شرک باقاعدہ ہوتا تھا، آپ کے سامنے زندہ تھا وہاں شرک، اور تین سو ہزار بت رکھے ہوئے تھے۔</w:t>
      </w:r>
    </w:p>
    <w:p>
      <w:r>
        <w:rPr>
          <w:b/>
        </w:rPr>
        <w:t xml:space="preserve">[21:47] </w:t>
      </w:r>
      <w:r>
        <w:t>lekin aap ne kabhi todne ki koshish nahi ki. kyun? is liye ke wahan aap ko mauzu milte the,</w:t>
      </w:r>
    </w:p>
    <w:p>
      <w:pPr>
        <w:jc w:val="right"/>
      </w:pPr>
      <w:r>
        <w:t>لیکن آپ نے کبھی توڑنے کی کوشش نہیں کی۔ کیوں؟ اس لیے کہ وہاں آپ کو موضوع ملتے تھے،</w:t>
      </w:r>
    </w:p>
    <w:p>
      <w:r>
        <w:rPr>
          <w:b/>
        </w:rPr>
        <w:t xml:space="preserve">[21:57] </w:t>
      </w:r>
      <w:r>
        <w:t>mauzu milte the. jaise aaj kal siyah hote hain, to is zamane mein sare arab ke log ate the kaba ke andar jo but rakhe hue the, un ko un ki parastish karne ke liye.</w:t>
      </w:r>
    </w:p>
    <w:p>
      <w:pPr>
        <w:jc w:val="right"/>
      </w:pPr>
      <w:r>
        <w:t>موضوع ملتے تھے۔ جیسے آج کل سیاح ہوتے ہیں، تو اس زمانے میں سارے عرب کے لوگ آتے تھے کعبہ کے اندر جو بت رکھے ہوئے تھے، ان کو ان کی پرستش کرنے کے لیے۔</w:t>
      </w:r>
    </w:p>
    <w:p>
      <w:r>
        <w:rPr>
          <w:b/>
        </w:rPr>
        <w:t xml:space="preserve">[22:14] </w:t>
      </w:r>
      <w:r>
        <w:t>to wahan baqayda musalsal jama hoti thi isi beton ki wajah se. to rasool Allah ne beton ke par kuch bhi sawal nahi uthaya, kuch bhi wahan ihtijaj nahi kiya.</w:t>
      </w:r>
    </w:p>
    <w:p>
      <w:pPr>
        <w:jc w:val="right"/>
      </w:pPr>
      <w:r>
        <w:t>تو وہاں باقاعدہ مسلسل جمع ہوتی تھی اسی بتوں کی وجہ سے۔ تو رسول اللہ نے بتوں کے پر کچھ بھی سوال نہیں اٹھایا، کچھ بھی وہاں احتجاج نہیں کیا۔</w:t>
      </w:r>
    </w:p>
    <w:p>
      <w:r>
        <w:rPr>
          <w:b/>
        </w:rPr>
        <w:t xml:space="preserve">[22:32] </w:t>
      </w:r>
      <w:r>
        <w:t>kyun ke aap ne dekha ke yeh to mujhe bara moqa de rahe hain, yeh sunhari moqa milta hai mujhe. isi ke bahane itne sare log ate hain jin ko main dawat de sakta hoon.</w:t>
      </w:r>
    </w:p>
    <w:p>
      <w:pPr>
        <w:jc w:val="right"/>
      </w:pPr>
      <w:r>
        <w:t>کیونکہ آپ نے دیکھا کہ یہ تو مجھے بڑا موقع دے رہے ہیں، یہ سنہری موقع ملتا ہے مجھے۔ اسی کے بہانے اتنے سارے لوگ آتے ہیں جن کو میں دعوت دے سکتا ہوں۔</w:t>
      </w:r>
    </w:p>
    <w:p>
      <w:r>
        <w:rPr>
          <w:b/>
        </w:rPr>
        <w:t xml:space="preserve">[22:45] </w:t>
      </w:r>
      <w:r>
        <w:t>to rasool Allah ko mauzu nazar aya, mauzu. is liye aap ne us ko us ke khilaf koi hungama nahi kiya. yeh hai obsession.</w:t>
      </w:r>
    </w:p>
    <w:p>
      <w:pPr>
        <w:jc w:val="right"/>
      </w:pPr>
      <w:r>
        <w:t>تو رسول اللہ کو موضوع نظر آیا، موضوع۔ اس لیے آپ نے اس کو اس کے خلاف کوئی ہنگامہ نہیں کیا۔ یہ ہے آبسیشن۔</w:t>
      </w:r>
    </w:p>
    <w:p>
      <w:r>
        <w:rPr>
          <w:b/>
        </w:rPr>
        <w:t xml:space="preserve">[22:56] </w:t>
      </w:r>
      <w:r>
        <w:t>obsession</w:t>
      </w:r>
    </w:p>
    <w:p>
      <w:pPr>
        <w:jc w:val="right"/>
      </w:pPr>
      <w:r>
        <w:t>آبسیشن</w:t>
      </w:r>
    </w:p>
    <w:p>
      <w:r>
        <w:rPr>
          <w:b/>
        </w:rPr>
        <w:t xml:space="preserve">[23:00] </w:t>
      </w:r>
      <w:r>
        <w:t>ki wajah se ISIS, main is ka naam hi bhool jata hoon, ISIS, un ko teen hazar saal ki tareekh yaad aayi.</w:t>
      </w:r>
    </w:p>
    <w:p>
      <w:pPr>
        <w:jc w:val="right"/>
      </w:pPr>
      <w:r>
        <w:t>کی وجہ سے آئی ایس آئی ایس، میں اس کا نام ہی بھول جاتا ہوں، آئی ایس آئی ایس، ان کو تین ہزار سال کی تاریخ یاد آئی۔</w:t>
      </w:r>
    </w:p>
    <w:p>
      <w:r>
        <w:rPr>
          <w:b/>
        </w:rPr>
        <w:t xml:space="preserve">[23:13] </w:t>
      </w:r>
      <w:r>
        <w:t>isi obsession mein jee rahe the woh. rasool Allah ko zinda shirk tha, woh bhi nazar andaz kiya aap ne, kyun ke wahan mauzu tha.</w:t>
      </w:r>
    </w:p>
    <w:p>
      <w:pPr>
        <w:jc w:val="right"/>
      </w:pPr>
      <w:r>
        <w:t>اسی آبسیشن میں جی رہے تھے وہ۔ رسول اللہ کو زندہ شرک تھا، وہ بھی نظر انداز کیا آپ نے، کیونکہ وہاں موضوع تھا۔</w:t>
      </w:r>
    </w:p>
    <w:p>
      <w:r>
        <w:rPr>
          <w:b/>
        </w:rPr>
        <w:t xml:space="preserve">[23:24] </w:t>
      </w:r>
      <w:r>
        <w:t>to dekhiye, is zamane ke musalmanon ka masla yeh hai ke woh un ki jo conditioning hai, un ka jo obsession hai, us ki wajah se un ka mizaj yeh ban gaya hai ke dunya ko jo baante hue hain, jo masawat qaim kar rakha hai, woh muslim aur kafir ka,</w:t>
      </w:r>
    </w:p>
    <w:p>
      <w:pPr>
        <w:jc w:val="right"/>
      </w:pPr>
      <w:r>
        <w:t>تو دیکھئے، اس زمانے کے مسلمانوں کا مسئلہ یہ ہے کہ وہ ان کی جو کنڈیشننگ ہے، ان کا جو آبسیشن ہے، اس کی وجہ سے ان کا مزاج یہ بن گیا ہے کہ دنیا کو جو بانٹے ہوئے ہیں، جو مساوات قائم کر رکھا ہے، وہ مسلم اور کافر کا،</w:t>
      </w:r>
    </w:p>
    <w:p>
      <w:r>
        <w:rPr>
          <w:b/>
        </w:rPr>
        <w:t xml:space="preserve">[23:46] </w:t>
      </w:r>
      <w:r>
        <w:t>dost aur dushman ka, yeh masawat hai. hum har ek ka is obsession mein jeete hain musalman.</w:t>
      </w:r>
    </w:p>
    <w:p>
      <w:pPr>
        <w:jc w:val="right"/>
      </w:pPr>
      <w:r>
        <w:t>دوست اور دشمن کا، یہ مساوات ہے۔ ہم ہر ایک کا اس آبسیشن میں جیتے ہیں مسلمان۔</w:t>
      </w:r>
    </w:p>
    <w:p>
      <w:r>
        <w:rPr>
          <w:b/>
        </w:rPr>
        <w:t xml:space="preserve">[23:57] </w:t>
      </w:r>
      <w:r>
        <w:t>lekin jo sahi tareeqa hai, woh yeh hai ke aap ka masawat yeh ho ke dunya ko aap baantein, dawai mauzu mein, hum dawai hain, woh mauzu hai.</w:t>
      </w:r>
    </w:p>
    <w:p>
      <w:pPr>
        <w:jc w:val="right"/>
      </w:pPr>
      <w:r>
        <w:t>لیکن جو صحیح طریقہ ہے، وہ یہ ہے کہ آپ کا مساوات یہ ہو کہ دنیا کو آپ بانٹیں، دوائی موضوع میں، ہم دوائی ہیں، وہ موضوع ہے۔</w:t>
      </w:r>
    </w:p>
    <w:p>
      <w:r>
        <w:rPr>
          <w:b/>
        </w:rPr>
        <w:t xml:space="preserve">[24:10] </w:t>
      </w:r>
      <w:r>
        <w:t>yani woh masawat ke hum muslim hain, woh kafir hain, hum kuch aur hain, woh kuch aur hain. yeh momin ka obsession nahi hota, yeh rasool Allah ka obsession nahi tha.</w:t>
      </w:r>
    </w:p>
    <w:p>
      <w:pPr>
        <w:jc w:val="right"/>
      </w:pPr>
      <w:r>
        <w:t>یعنی وہ مساوات کہ ہم مسلم ہیں، وہ کافر ہیں، ہم کچھ اور ہیں، وہ کچھ اور ہیں۔ یہ مومن کا آبسیشن نہیں ہوتا، یہ رسول اللہ کا آبسیشن نہیں تھا۔</w:t>
      </w:r>
    </w:p>
    <w:p>
      <w:r>
        <w:rPr>
          <w:b/>
        </w:rPr>
        <w:t xml:space="preserve">[24:21] </w:t>
      </w:r>
      <w:r>
        <w:t>rasool Allah ke nazdeek dunya mein jo do group the, woh the ke ek dawai, doosra mauzu. baqi faisla Allah ka hona hai,</w:t>
      </w:r>
    </w:p>
    <w:p>
      <w:pPr>
        <w:jc w:val="right"/>
      </w:pPr>
      <w:r>
        <w:t>رسول اللہ کے نزدیک دنیا میں جو دو گروپ تھے، وہ تھے کہ ایک دوائی، دوسرا موضوع۔ باقی فیصلہ اللہ کا ہونا ہے،</w:t>
      </w:r>
    </w:p>
    <w:p>
      <w:r>
        <w:rPr>
          <w:b/>
        </w:rPr>
        <w:t xml:space="preserve">[24:34] </w:t>
      </w:r>
      <w:r>
        <w:t>woh faisla Allah ka hona hai, kaun kya hai, kaun kya hai. dunya ke aitbar se jo masawat hai, woh dawai aur mauzu ka hai.</w:t>
      </w:r>
    </w:p>
    <w:p>
      <w:pPr>
        <w:jc w:val="right"/>
      </w:pPr>
      <w:r>
        <w:t>وہ فیصلہ اللہ کا ہونا ہے، کون کیا ہے، کون کیا ہے۔ دنیا کے اعتبار سے جو مساوات ہے، وہ دوائی اور موضوع کا ہے۔</w:t>
      </w:r>
    </w:p>
    <w:p>
      <w:r>
        <w:rPr>
          <w:b/>
        </w:rPr>
        <w:t xml:space="preserve">[24:44] </w:t>
      </w:r>
      <w:r>
        <w:t>to rasool Allah ko har insan mauzu nazar ata tha, mauzu. har insan. baqi sab cheezein rasool Allah ke liye kal adam ho gayi thi.</w:t>
      </w:r>
    </w:p>
    <w:p>
      <w:pPr>
        <w:jc w:val="right"/>
      </w:pPr>
      <w:r>
        <w:t>تو رسول اللہ کو ہر انسان موضوع نظر آتا تھا، موضوع۔ ہر انسان۔ باقی سب چیزیں رسول اللہ کے لیے کل عدم ہو گئی تھیں۔</w:t>
      </w:r>
    </w:p>
    <w:p>
      <w:r>
        <w:rPr>
          <w:b/>
        </w:rPr>
        <w:t xml:space="preserve">[24:58] </w:t>
      </w:r>
      <w:r>
        <w:t>aaj ka jo musalman hai, woh is ko bhool gaya hai ke yahan par masawat dawai mauzu ka hai. yani hum dawai hain, doosre tamam log mauzu hain.</w:t>
      </w:r>
    </w:p>
    <w:p>
      <w:pPr>
        <w:jc w:val="right"/>
      </w:pPr>
      <w:r>
        <w:t>آج کا جو مسلمان ہے، وہ اس کو بھول گیا ہے کہ یہاں پر مساوات دوائی موضوع کا ہے۔ یعنی ہم دوائی ہیں، دوسرے تمام لوگ موضوع ہیں۔</w:t>
      </w:r>
    </w:p>
    <w:p>
      <w:r>
        <w:rPr>
          <w:b/>
        </w:rPr>
        <w:t xml:space="preserve">[25:09] </w:t>
      </w:r>
      <w:r>
        <w:t>musalman is ko bhool gaya hai. bas woh samajhta hai ke hum muslim hain, woh kafir hain, yeh dost hai, woh dushman hai. yeh obsession hai.</w:t>
      </w:r>
    </w:p>
    <w:p>
      <w:pPr>
        <w:jc w:val="right"/>
      </w:pPr>
      <w:r>
        <w:t>مسلمان اس کو بھول گیا ہے۔ بس وہ سمجھتا ہے کہ ہم مسلم ہیں، وہ کافر ہیں، یہ دوست ہے، وہ دشمن ہے۔ یہ آبسیشن ہے۔</w:t>
      </w:r>
    </w:p>
    <w:p>
      <w:r>
        <w:rPr>
          <w:b/>
        </w:rPr>
        <w:t xml:space="preserve">[25:21] </w:t>
      </w:r>
      <w:r>
        <w:t>to musalmanon ka moamla is zamane mein yeh hai ke jis tarah se mere aur suraj ke darmiyan cloud aa gaya, to us ki dhoop mujhe nazar nahi aayi, dhoop ruk gayi.</w:t>
      </w:r>
    </w:p>
    <w:p>
      <w:pPr>
        <w:jc w:val="right"/>
      </w:pPr>
      <w:r>
        <w:t>تو مسلمانوں کا معاملہ اس زمانے میں یہ ہے کہ جس طرح سے میرے اور سورج کے درمیان کلاؤڈ آ گیا، تو اس کی دھوپ مجھے نظر نہیں آئی، دھوپ رک گئی۔</w:t>
      </w:r>
    </w:p>
    <w:p>
      <w:r>
        <w:rPr>
          <w:b/>
        </w:rPr>
        <w:t xml:space="preserve">[25:34] </w:t>
      </w:r>
      <w:r>
        <w:t>aise hi musalmanon ka moamla hai ke ek obsession mein jeeta hai musalman. is obsession ki wajah se quran o hadith ki baatein us ko samajh mein nahi aati.</w:t>
      </w:r>
    </w:p>
    <w:p>
      <w:pPr>
        <w:jc w:val="right"/>
      </w:pPr>
      <w:r>
        <w:t>ایسے ہی مسلمانوں کا معاملہ ہے کہ ایک آبسیشن میں جیتا ہے مسلمان۔ اس آبسیشن کی وجہ سے قرآن و حدیث کی باتیں اس کو سمجھ میں نہیں آتی۔</w:t>
      </w:r>
    </w:p>
    <w:p>
      <w:r>
        <w:rPr>
          <w:b/>
        </w:rPr>
        <w:t xml:space="preserve">[25:44] </w:t>
      </w:r>
      <w:r>
        <w:t>jo obsession us ka hai, wahi us ko dikhai deta hai. jaise maine apne bare mein bataya, woh halat hai.</w:t>
      </w:r>
    </w:p>
    <w:p>
      <w:pPr>
        <w:jc w:val="right"/>
      </w:pPr>
      <w:r>
        <w:t>جو آبسیشن اس کا ہے، وہی اس کو دکھائی دیتا ہے۔ جیسے میں نے اپنے بارے میں بتایا، وہ حالت ہے۔</w:t>
      </w:r>
    </w:p>
    <w:p>
      <w:r>
        <w:rPr>
          <w:b/>
        </w:rPr>
        <w:t xml:space="preserve">[25:54] </w:t>
      </w:r>
      <w:r>
        <w:t>main khud apne bare mein ek aur baat arz karta hoon ke yani suraj zamane mein, yani meri naujawani ya jawani ka zamana jo tha, us zamane mein main jis madarse mein parha, wahan musalman ki baat, jis masjid mein gaya, wahan musalman ki baat, khud mere apne ghar mein musalman ki baat,</w:t>
      </w:r>
    </w:p>
    <w:p>
      <w:pPr>
        <w:jc w:val="right"/>
      </w:pPr>
      <w:r>
        <w:t>میں خود اپنے بارے میں ایک اور بات عرض کرتا ہوں کہ یعنی سورج زمانے میں، یعنی میری نوجوانی یا جوانی کا زمانہ جو تھا، اس زمانے میں میں جس مدرسے میں پڑھا، وہاں مسلمان کی بات، جس مسجد میں گیا، وہاں مسلمان کی بات، خود میرے اپنے گھر میں مسلمان کی بات،</w:t>
      </w:r>
    </w:p>
    <w:p>
      <w:r>
        <w:rPr>
          <w:b/>
        </w:rPr>
        <w:t xml:space="preserve">[26:16] </w:t>
      </w:r>
      <w:r>
        <w:t>to mere andar muslim markooz soch bani. mere ghar ke jo bare the, Maulana Iqbal Ahmed Suhail, un ka intiqal 1955 mein hua.</w:t>
      </w:r>
    </w:p>
    <w:p>
      <w:pPr>
        <w:jc w:val="right"/>
      </w:pPr>
      <w:r>
        <w:t>تو میرے اندر مسلم مرکوز سوچ بنی۔ میرے گھر کے جو بڑے تھے، مولانا اقبال احمد سہیل، ان کا انتقال 1955 میں ہوا۔</w:t>
      </w:r>
    </w:p>
    <w:p>
      <w:r>
        <w:rPr>
          <w:b/>
        </w:rPr>
        <w:t xml:space="preserve">[26:31] </w:t>
      </w:r>
      <w:r>
        <w:t>to woh shair bhi thay. to un ka aik shair tha: " ae karwan-e-millat, uth to bhi gamzan ho. " yeh iqbal suhail sahab bilkul muslim zehn ke aadmi thay.</w:t>
      </w:r>
    </w:p>
    <w:p>
      <w:pPr>
        <w:jc w:val="right"/>
      </w:pPr>
      <w:r>
        <w:t>تو وہ شاعر بھی تھے۔ تو ان کا ایک شعر تھا: "اے کاروان ملت، اٹھ تو بھی گامزن ہو۔" یہ اقبال سہیل صاحب بالکل مسلم ذہن کے آدمی تھے۔</w:t>
      </w:r>
    </w:p>
    <w:p>
      <w:r>
        <w:rPr>
          <w:b/>
        </w:rPr>
        <w:t xml:space="preserve">[26:48] </w:t>
      </w:r>
      <w:r>
        <w:t>" ae karwan-e-millat, uth to bhi gamzan ho. har samt se sadaein aati hain taraqqi ki. " " ae karwan-e-millat, uth to bhi gamzan ho.</w:t>
      </w:r>
    </w:p>
    <w:p>
      <w:pPr>
        <w:jc w:val="right"/>
      </w:pPr>
      <w:r>
        <w:t>"اے کاروان ملت، اٹھ تو بھی گامزن ہو۔ ہر سمت سے صدائیں آتی ہیں ترقوں کی۔" "اے کاروان ملت، اٹھ تو بھی گامزن ہو۔</w:t>
      </w:r>
    </w:p>
    <w:p>
      <w:r>
        <w:rPr>
          <w:b/>
        </w:rPr>
        <w:t xml:space="preserve">[27:01] </w:t>
      </w:r>
      <w:r>
        <w:t>har samt se sadaein aati hain taraqqi ki. " to mera zehn yeh bana. mein ne aik kitaab bhi likhi thi, us ka naam tha " karwan-e-millat ". baad ko mein ne kitaab likhi " insaniyat ki manzil ".</w:t>
      </w:r>
    </w:p>
    <w:p>
      <w:pPr>
        <w:jc w:val="right"/>
      </w:pPr>
      <w:r>
        <w:t>ہم سمت سے صدائیں آتی ہیں ترقوں کی۔" تو میرا ذہن یہ بنا۔ میں نے ایک کتاب بھی لکھی تھی، اس کا نام تھا "کاروان ملت"۔ بعد کو میں نے کتاب لکھی "انسانیت کی منزل"۔</w:t>
      </w:r>
    </w:p>
    <w:p>
      <w:r>
        <w:rPr>
          <w:b/>
        </w:rPr>
        <w:t xml:space="preserve">[27:16] </w:t>
      </w:r>
      <w:r>
        <w:t>to millat, millat, millat ka sochna, millat ke qafley ko aage barhana, yeh mera zehn tha.</w:t>
      </w:r>
    </w:p>
    <w:p>
      <w:pPr>
        <w:jc w:val="right"/>
      </w:pPr>
      <w:r>
        <w:t>تو ملت، ملت، ملت کا سوچنا، ملت کے قافلے کو آگے بڑھانا، یہ میرا ذہن تھا۔</w:t>
      </w:r>
    </w:p>
    <w:p>
      <w:r>
        <w:rPr>
          <w:b/>
        </w:rPr>
        <w:t xml:space="preserve">[27:27] </w:t>
      </w:r>
      <w:r>
        <w:t>yani millat markooz soch, muslim markooz soch, yeh meri thi, mera apna yeh haal tha. shuru mein jo kuch mein ne likha, sab muslim markooz zehn ke sath likha.</w:t>
      </w:r>
    </w:p>
    <w:p>
      <w:pPr>
        <w:jc w:val="right"/>
      </w:pPr>
      <w:r>
        <w:t>یعنی ملت مرکوز سوچ، مسلم مرکوز سوچ، یہ میری تھی، میرا اپنا یہ حال تھا۔ شروع میں جو کچھ میں نے لکھا، سب مسلم مرکوز ذہن کے ساتھ لکھا۔</w:t>
      </w:r>
    </w:p>
    <w:p>
      <w:r>
        <w:rPr>
          <w:b/>
        </w:rPr>
        <w:t xml:space="preserve">[27:42] </w:t>
      </w:r>
      <w:r>
        <w:t>phir aisa us ki wajah se us zamaney mein mera uthna baithna, interaction sab hota tha musalmanon ke darmiyan. ghar mein, samaj mein, masjid mein, madrassay mein, musalman.</w:t>
      </w:r>
    </w:p>
    <w:p>
      <w:pPr>
        <w:jc w:val="right"/>
      </w:pPr>
      <w:r>
        <w:t>پھر ایسا اس کی وجہ سے اس زمانے میں میرا اٹھنا بیٹھنا، انٹریکشن سب ہوتا تھا مسلمانوں کے درمیان۔ گھر میں، سماج میں، مسجد میں، مدرسے میں، مسلمان۔</w:t>
      </w:r>
    </w:p>
    <w:p>
      <w:r>
        <w:rPr>
          <w:b/>
        </w:rPr>
        <w:t xml:space="preserve">[27:55] </w:t>
      </w:r>
      <w:r>
        <w:t>to muslim markooz soch bani. baad ko Allah taala ne aisey halaat paida kiye, mujhe safar hone lagay, bohat ziyada, bohat ziyada safar hone lagay.</w:t>
      </w:r>
    </w:p>
    <w:p>
      <w:pPr>
        <w:jc w:val="right"/>
      </w:pPr>
      <w:r>
        <w:t>تو مسلم مرکوز سوچ بنی۔ بعد کو اللہ تعالیٰ نے ایسے حالات پیدا کیے، مجھے سفر ہونے لگے، بہت زیادہ، بہت زیادہ سفر ہونے لگے۔</w:t>
      </w:r>
    </w:p>
    <w:p>
      <w:r>
        <w:rPr>
          <w:b/>
        </w:rPr>
        <w:t xml:space="preserve">[28:08] </w:t>
      </w:r>
      <w:r>
        <w:t>hamaray mere safar ka aaghaz bohat hi dilchasp hua ke aik sahab thay, un ka naam tha abdul rahim baddewi, mewad ke thay.</w:t>
      </w:r>
    </w:p>
    <w:p>
      <w:pPr>
        <w:jc w:val="right"/>
      </w:pPr>
      <w:r>
        <w:t>ہمارے میرے سفر کا آغاز بہت ہی دلچسپ ہوا کہ ایک صاحب تھے، ان کا نام تھا عبدالرحیم بڈیڈوی، میواد کے تھے۔</w:t>
      </w:r>
    </w:p>
    <w:p>
      <w:r>
        <w:rPr>
          <w:b/>
        </w:rPr>
        <w:t xml:space="preserve">[28:18] </w:t>
      </w:r>
      <w:r>
        <w:t>woh abdul rahim baddewi to woh mere paas aaye, kaha ke chaliye, mein aap ko apney ilaqey mein le chalta hoon.</w:t>
      </w:r>
    </w:p>
    <w:p>
      <w:pPr>
        <w:jc w:val="right"/>
      </w:pPr>
      <w:r>
        <w:t>وہ عبدالرحیم بڈیڈوی تو وہ میرے پاس آئے، کہا کہ چلیے، میں آپ کو اپنے علاقے میں لے چلتا ہوں۔</w:t>
      </w:r>
    </w:p>
    <w:p>
      <w:r>
        <w:rPr>
          <w:b/>
        </w:rPr>
        <w:t xml:space="preserve">[28:29] </w:t>
      </w:r>
      <w:r>
        <w:t>is ilaqey mein musalman bhi thay, hindu bhi thay. to us waqt mere paas koi sawari nahi thi, un ke paas bhi koi sawari nahi thi.</w:t>
      </w:r>
    </w:p>
    <w:p>
      <w:pPr>
        <w:jc w:val="right"/>
      </w:pPr>
      <w:r>
        <w:t>اس علاقے میں مسلمان بھی تھے، ہندو بھی تھے۔ تو اس وقت میرے پاس کوئی سواری نہیں تھی، ان کے پاس بھی کوئی سواری نہیں تھی۔</w:t>
      </w:r>
    </w:p>
    <w:p>
      <w:r>
        <w:rPr>
          <w:b/>
        </w:rPr>
        <w:t xml:space="preserve">[28:40] </w:t>
      </w:r>
      <w:r>
        <w:t>to aik cycle par unhon ne mujhe bithaya, woh cycle par safar karte thay. to cycle par baith kar mein ne safar kiya. yahan se mera aaghaz hua safar ka.</w:t>
      </w:r>
    </w:p>
    <w:p>
      <w:pPr>
        <w:jc w:val="right"/>
      </w:pPr>
      <w:r>
        <w:t>تو ایک سائیکل پر انہوں نے مجھے بٹھایا، وہ سائیکل پر سفر کرتے تھے۔ تو سائیکل پر بیٹھ کر میں نے سفر کیا۔ یہاں سے میرا آغاز ہوا سفر کا۔</w:t>
      </w:r>
    </w:p>
    <w:p>
      <w:r>
        <w:rPr>
          <w:b/>
        </w:rPr>
        <w:t xml:space="preserve">[28:53] </w:t>
      </w:r>
      <w:r>
        <w:t>bohat dinon tak cycle par safar karta raha, yahan jana, wahan jana, yahan jana, wahan jana. phir bus par safar kiya, phir train par safar kiya, phir car mein safar kiya, phir hawai jahaz mein safar kiya.</w:t>
      </w:r>
    </w:p>
    <w:p>
      <w:pPr>
        <w:jc w:val="right"/>
      </w:pPr>
      <w:r>
        <w:t>بہت دنوں تک سائیکل پر سفر کرتا رہا، یہاں جانا، وہاں جانا، یہاں جانا، وہاں جانا۔ پھر بس پر سفر کیا، پھر ٹرین پر سفر کیا، پھر کار میں سفر کیا، پھر ہوائی جہاز میں سفر کیا۔</w:t>
      </w:r>
    </w:p>
    <w:p>
      <w:r>
        <w:rPr>
          <w:b/>
        </w:rPr>
        <w:t xml:space="preserve">[29:05] </w:t>
      </w:r>
      <w:r>
        <w:t>bohat ziyada safar mere huay, dunya bhar ke safar huay. yani hinduo mein, isaiyon mein, sikho mein, jainiyon mein, yahudiyon mein, sab mein jana hua.</w:t>
      </w:r>
    </w:p>
    <w:p>
      <w:pPr>
        <w:jc w:val="right"/>
      </w:pPr>
      <w:r>
        <w:t>بہت زیادہ سفر میرے ہوئے، دنیا بھر کے سفر ہوئے۔ یعنی ہندوؤں میں، عیسائیوں میں، سکھوں میں، جینیوں میں، یہودیوں میں، سب میں جانا ہوا۔</w:t>
      </w:r>
    </w:p>
    <w:p>
      <w:r>
        <w:rPr>
          <w:b/>
        </w:rPr>
        <w:t xml:space="preserve">[29:19] </w:t>
      </w:r>
      <w:r>
        <w:t>to yeh aik aalami interaction tha. tab mera zehn badla, dheere dheere, dheere dheere.</w:t>
      </w:r>
    </w:p>
    <w:p>
      <w:pPr>
        <w:jc w:val="right"/>
      </w:pPr>
      <w:r>
        <w:t>تو یہ ایک عالمی انٹریکشن تھا۔ تب میرا ذہن بدلا، دھیرے دھیرے، دھیرے دھیرے۔</w:t>
      </w:r>
    </w:p>
    <w:p>
      <w:r>
        <w:rPr>
          <w:b/>
        </w:rPr>
        <w:t xml:space="preserve">[29:27] </w:t>
      </w:r>
      <w:r>
        <w:t>yani pehley mera zehn tha wohi karwan-e-millat wala. baad ko mera zehn wohi jo mein ne kitaab likhi " insaniyat ki manzil ". to bohat hi mushkil hai obsession ka tootna, conditioning ka tootna.</w:t>
      </w:r>
    </w:p>
    <w:p>
      <w:pPr>
        <w:jc w:val="right"/>
      </w:pPr>
      <w:r>
        <w:t>یعنی پہلے میرا ذہن تھا وہی کاروان ملت والا۔ بعد کو میرا ذہن وہی جو میں نے کتاب لکھی "انسانیت کی منزل"۔ تو بہت ہی مشکل ہے آبسیشن کا ٹوٹنا، کنڈیشننگ کا ٹوٹنا۔</w:t>
      </w:r>
    </w:p>
    <w:p>
      <w:r>
        <w:rPr>
          <w:b/>
        </w:rPr>
        <w:t xml:space="preserve">[29:42] </w:t>
      </w:r>
      <w:r>
        <w:t>mujhe aik waqia yaad aata hai jab us zamaney mein, jab abdul rehman baddewi ke sath mein safar karta tha. to mein bus mein safar kar raha tha haryana ke ilaqey mein.</w:t>
      </w:r>
    </w:p>
    <w:p>
      <w:pPr>
        <w:jc w:val="right"/>
      </w:pPr>
      <w:r>
        <w:t>مجھے ایک واقعہ یاد آتا ہے جب اس زمانے میں، جب عبدالرحمن بڈیڈوی کے ساتھ میں سفر کرتا تھا۔ تو میں بس میں سفر کر رہا تھا ہریانہ کے علاقے میں۔</w:t>
      </w:r>
    </w:p>
    <w:p>
      <w:r>
        <w:rPr>
          <w:b/>
        </w:rPr>
        <w:t xml:space="preserve">[29:57] </w:t>
      </w:r>
      <w:r>
        <w:t>to driver jo tha, woh jat tha. ab meri seat bilkul driver ke paas thi. to meri aadat thi ke mein kuch likhta tha safar mein bhi.</w:t>
      </w:r>
    </w:p>
    <w:p>
      <w:pPr>
        <w:jc w:val="right"/>
      </w:pPr>
      <w:r>
        <w:t>تو ڈرائیور جو تھا، وہ جاٹ تھا۔ اب میری سیٹ بالکل ڈرائیور کے پاس تھی۔ تو میری عادت تھی کہ میں کچھ لکھتا تھا سفر میں بھی۔</w:t>
      </w:r>
    </w:p>
    <w:p>
      <w:r>
        <w:rPr>
          <w:b/>
        </w:rPr>
        <w:t xml:space="preserve">[30:10] </w:t>
      </w:r>
      <w:r>
        <w:t>kuch yaad-dasht, kuch diary, kuch safarnama. to mein driver ke baghal mein baitha hua, us ke bayen taraf mein kuch likh raha tha.</w:t>
      </w:r>
    </w:p>
    <w:p>
      <w:pPr>
        <w:jc w:val="right"/>
      </w:pPr>
      <w:r>
        <w:t>کچھ یادداشت، کچھ ڈائری، کچھ سفرنامہ۔ تو میں ڈرائیور کے بغل میں بیٹھا ہوا، اس کے بائیں طرف میں کچھ لکھ رہا تھا۔</w:t>
      </w:r>
    </w:p>
    <w:p>
      <w:r>
        <w:rPr>
          <w:b/>
        </w:rPr>
        <w:t xml:space="preserve">[30:21] </w:t>
      </w:r>
      <w:r>
        <w:t>to woh jat apni zaban mein kehta: " molvi ji, kiya shayeri likh rahey ho? "</w:t>
      </w:r>
    </w:p>
    <w:p>
      <w:pPr>
        <w:jc w:val="right"/>
      </w:pPr>
      <w:r>
        <w:t>تو وہ جاٹ اپنی زبان میں کہتا: "مولوی جی، کیا شاعری لکھ رہے ہو؟"</w:t>
      </w:r>
    </w:p>
    <w:p>
      <w:r>
        <w:rPr>
          <w:b/>
        </w:rPr>
        <w:t xml:space="preserve">[30:31] </w:t>
      </w:r>
      <w:r>
        <w:t>to mein ne kaha: " nahi, shayeri nahi, mein aisi hi kuch likhta hoon. " to us ne kaha ke us ne, mein ne poocha ke aap ne kyun samjha ke mein shayeri likh raha hoon?</w:t>
      </w:r>
    </w:p>
    <w:p>
      <w:pPr>
        <w:jc w:val="right"/>
      </w:pPr>
      <w:r>
        <w:t>تو میں نے کہا: "نہیں، شاعری نہیں، میں ایسی ہی کچھ لکھتا ہوں۔" تو اس نے کہا کہ اس نے، میں نے پوچھا کہ آپ نے کیوں سمجھا کہ میں شاعری لکھ رہا ہوں؟</w:t>
      </w:r>
    </w:p>
    <w:p>
      <w:r>
        <w:rPr>
          <w:b/>
        </w:rPr>
        <w:t xml:space="preserve">[30:42] </w:t>
      </w:r>
      <w:r>
        <w:t>to us ne mujhe yaad hai, ab tak yeh kaha tha: " apney to mawaqey paray hain. " yeh lafz tha us ka: " apney to mawaqey paray hain. " to us ne kaha: " is se pehley mein fauj mein tha.</w:t>
      </w:r>
    </w:p>
    <w:p>
      <w:pPr>
        <w:jc w:val="right"/>
      </w:pPr>
      <w:r>
        <w:t>تو اس نے مجھے یاد ہے، اب تک یہ کہا تھا: "اپنے تو مواقع پڑے ہیں۔" یہ لفظ تھا اس کا: "اپنے تو مواقع پڑے ہیں۔" تو اس نے کہا: "اس سے پہلے میں فوج میں تھا۔</w:t>
      </w:r>
    </w:p>
    <w:p>
      <w:r>
        <w:rPr>
          <w:b/>
        </w:rPr>
        <w:t xml:space="preserve">[30:55] </w:t>
      </w:r>
      <w:r>
        <w:t>to fauj mein jo musalman hotey thay, woh shayeri kiya kartey thay. woh</w:t>
      </w:r>
    </w:p>
    <w:p>
      <w:pPr>
        <w:jc w:val="right"/>
      </w:pPr>
      <w:r>
        <w:t>تو فوج میں جو مسلمان ہوتے تھے، وہ شاعری کیا کرتے تھے۔ وہ</w:t>
      </w:r>
    </w:p>
    <w:p>
      <w:r>
        <w:rPr>
          <w:b/>
        </w:rPr>
        <w:t xml:space="preserve">[31:01] </w:t>
      </w:r>
      <w:r>
        <w:t>shayeri kiya kartey thay. " is tarah ke halaat beshumar mein ne likhey hain apney safarnamon mein. is se mujhe mera dimagh jo hai, woh us ko aik aik shakh lagta tha.</w:t>
      </w:r>
    </w:p>
    <w:p>
      <w:pPr>
        <w:jc w:val="right"/>
      </w:pPr>
      <w:r>
        <w:t>شاعری کیا کرتے تھے۔" اس طرح کے حالات بے شمار میں نے لکھے ہیں اپنے سفرناموں میں۔ اس سے مجھے میرا دماغ جو ہے، وہ اس کو ایک ایک شاخ لگتا تھا۔</w:t>
      </w:r>
    </w:p>
    <w:p>
      <w:r>
        <w:rPr>
          <w:b/>
        </w:rPr>
        <w:t xml:space="preserve">[31:15] </w:t>
      </w:r>
      <w:r>
        <w:t>sochta tha ke aik jat mujhe shayer kyun samajhta hai? aik jat jo mujhe shayer kyun samajhta hai? aisey hi mein lucknow mein tha to mein aik hindu, aik bohat parhey likhey hindu thay, un se mila.</w:t>
      </w:r>
    </w:p>
    <w:p>
      <w:pPr>
        <w:jc w:val="right"/>
      </w:pPr>
      <w:r>
        <w:t>سوچتا تھا کہ ایک جاٹ مجھے شاعر کیوں سمجھتا ہے؟ ایک جاٹ جو مجھے شاعر کیوں سمجھتا ہے؟ ایسے ہی میں لکھنؤ میں تھا تو میں ایک ہندو، ایک بہت پڑھے لکھے ہندو تھے، ان سے ملا۔</w:t>
      </w:r>
    </w:p>
    <w:p>
      <w:r>
        <w:rPr>
          <w:b/>
        </w:rPr>
        <w:t xml:space="preserve">[31:31] </w:t>
      </w:r>
      <w:r>
        <w:t>unhon ne kaha ke aap, unhon ne kaha ke muhammad ko tareekh se nikaal liya jaye to tareekh mein kiya kami reh jaye gi? is tarah ke bohat, yani europe mein, america mein, india mein, har jagah mujhe sabqay paray.</w:t>
      </w:r>
    </w:p>
    <w:p>
      <w:pPr>
        <w:jc w:val="right"/>
      </w:pPr>
      <w:r>
        <w:t>انہوں نے کہا کہ آپ، انہوں نے کہا کہ محمد کو تاریخ سے نکال لیا جائے تو تاریخ میں کیا کمی رہ جائے گی؟ اس طرح کے بہت، یعنی یورپ میں، امریکہ میں، انڈیا میں، ہر جگہ مجھے سابقے پڑے۔</w:t>
      </w:r>
    </w:p>
    <w:p>
      <w:r>
        <w:rPr>
          <w:b/>
        </w:rPr>
        <w:t xml:space="preserve">[31:47] </w:t>
      </w:r>
      <w:r>
        <w:t>to mera zehan tootne laga, tootne laga. bohat dinon ke baad aisa hua ke mera muslim markooz zehan jo tha, woh toot gaya aur insaan markooz zehan bana.</w:t>
      </w:r>
    </w:p>
    <w:p>
      <w:pPr>
        <w:jc w:val="right"/>
      </w:pPr>
      <w:r>
        <w:t>تو میرا ذہن ٹوٹنے لگا، ٹوٹنے لگا۔ بہت دنوں کے بعد ایسا ہوا کہ میرا مسلم مرکوز ذہن جو تھا، وہ ٹوٹ گیا اور انسان مرکوز ذہن بنا۔</w:t>
      </w:r>
    </w:p>
    <w:p>
      <w:r>
        <w:rPr>
          <w:b/>
        </w:rPr>
        <w:t xml:space="preserve">[32:00] </w:t>
      </w:r>
      <w:r>
        <w:t>is zamane ke musalmanon ka safar aur masla yeh hai ke inka to insaan markooz soch nahi, insaan markooz soch nahi, muslim markooz soch hai.</w:t>
      </w:r>
    </w:p>
    <w:p>
      <w:pPr>
        <w:jc w:val="right"/>
      </w:pPr>
      <w:r>
        <w:t>اس زمانے کے مسلمانوں کا سفر اور مسئلہ یہ ہے کہ ان کا تو انسان مرکوز سوچ نہیں، انسان مرکوز سوچ نہیں، مسلم مرکوز سوچ ہے۔</w:t>
      </w:r>
    </w:p>
    <w:p>
      <w:r>
        <w:rPr>
          <w:b/>
        </w:rPr>
        <w:t xml:space="preserve">[32:16] </w:t>
      </w:r>
      <w:r>
        <w:t>is wajah se apne siwa har ek inko ghair dikhai deta hai. aap jante hain ke musalman baat karega to ghair qaum kahega, ghair qaum ke log.</w:t>
      </w:r>
    </w:p>
    <w:p>
      <w:pPr>
        <w:jc w:val="right"/>
      </w:pPr>
      <w:r>
        <w:t>اس وجہ سے اپنے سوا ہر ایک ان کو غیر دکھائی دیتا ہے۔ آپ جانتے ہیں کہ مسلمان بات کرے گا تو غیر قوم کہے گا، غیر قوم کے لوگ۔</w:t>
      </w:r>
    </w:p>
    <w:p>
      <w:r>
        <w:rPr>
          <w:b/>
        </w:rPr>
        <w:t xml:space="preserve">[32:28] </w:t>
      </w:r>
      <w:r>
        <w:t>main ek shahar mein gaya to ek sahab ke sath mein chal raha tha. to maine poocha: "is mahalle mein kaun log rehte hain?" yahan is mahalle mein ghair qaum ke log rehte hain, yani ghair muslim.</w:t>
      </w:r>
    </w:p>
    <w:p>
      <w:pPr>
        <w:jc w:val="right"/>
      </w:pPr>
      <w:r>
        <w:t>میں ایک شہر میں گیا تو ایک صاحب کے ساتھ میں چل رہا تھا۔ تو میں نے پوچھا: "اس محلے میں کون لوگ رہتے ہیں؟" یہاں اس محلے میں غیر قوم کے لوگ رہتے ہیں، یعنی غیر مسلم۔</w:t>
      </w:r>
    </w:p>
    <w:p>
      <w:r>
        <w:rPr>
          <w:b/>
        </w:rPr>
        <w:t xml:space="preserve">[32:45] </w:t>
      </w:r>
      <w:r>
        <w:t>to mujhe bohat ajeeb ek jhatka laga ke woh ghair qaum kyun hain? woh bhi to insaan hain, woh bhi to insaan hain, woh ghair qaum kyun hain?</w:t>
      </w:r>
    </w:p>
    <w:p>
      <w:pPr>
        <w:jc w:val="right"/>
      </w:pPr>
      <w:r>
        <w:t>تو مجھے بہت عجیب ایک جھٹکا لگا کہ وہ غیر قوم کیوں ہیں؟ وہ بھی تو انسان ہیں، وہ بھی تو انسان ہیں، وہ غیر قوم کیوں ہیں؟</w:t>
      </w:r>
    </w:p>
    <w:p>
      <w:r>
        <w:rPr>
          <w:b/>
        </w:rPr>
        <w:t xml:space="preserve">[32:58] </w:t>
      </w:r>
      <w:r>
        <w:t>is tarah ke beshumar waqiaat se jhatka lagte lagte mera zehan badla. phir maine kitabein padhin. ek zamane mein mujhe yeh shauq hua ke main maghrib ko janoon, maghrib</w:t>
      </w:r>
    </w:p>
    <w:p>
      <w:pPr>
        <w:jc w:val="right"/>
      </w:pPr>
      <w:r>
        <w:t>اس طرح کے بے شمار واقعات سے جھڑک لگتے لگتے میرا ذہن بدلا۔ پھر میں نے کتابیں پڑھیں۔ ایک زمانے میں مجھے یہ شوق ہوا کہ میں مغرب کو جانوں، مغرب</w:t>
      </w:r>
    </w:p>
    <w:p>
      <w:r>
        <w:rPr>
          <w:b/>
        </w:rPr>
        <w:t xml:space="preserve">[33:13] </w:t>
      </w:r>
      <w:r>
        <w:t>ko janoon.</w:t>
      </w:r>
    </w:p>
    <w:p>
      <w:pPr>
        <w:jc w:val="right"/>
      </w:pPr>
      <w:r>
        <w:t>کو جانوں۔</w:t>
      </w:r>
    </w:p>
    <w:p>
      <w:r>
        <w:rPr>
          <w:b/>
        </w:rPr>
        <w:t xml:space="preserve">[33:17] </w:t>
      </w:r>
      <w:r>
        <w:t>sab se pehla jo mujhe jhatka laga tha ke is ko janne ke, maghrib ko janne ka, to maine ek ek article padha tha.</w:t>
      </w:r>
    </w:p>
    <w:p>
      <w:pPr>
        <w:jc w:val="right"/>
      </w:pPr>
      <w:r>
        <w:t>سب سے پہلا جو مجھے جھٹکا لگا تھا کہ اس کو جاننے کے، مغرب کو جاننے کا، تو میں نے ایک ایک آرٹیکل پڑھا تھا۔</w:t>
      </w:r>
    </w:p>
    <w:p>
      <w:r>
        <w:rPr>
          <w:b/>
        </w:rPr>
        <w:t xml:space="preserve">[33:28] </w:t>
      </w:r>
      <w:r>
        <w:t>ek article padha tha, woh is ka ek jumla yeh tha: "woh atomic, yani atomic daur ke bare mein tha." woh to is ka yeh jumla tha ke hum ek naye daur ke kinare khade hain.</w:t>
      </w:r>
    </w:p>
    <w:p>
      <w:pPr>
        <w:jc w:val="right"/>
      </w:pPr>
      <w:r>
        <w:t>ایک آرٹیکل پڑھا تھا، وہ اس کا ایک جملہ یہ تھا: "وہ ایٹمک، یعنی ایٹمک دور کے بارے میں تھا۔" وہ تو اس کا یہ جملہ تھا کہ ہم ایک نئے دور کے کنارے کھڑے ہیں۔</w:t>
      </w:r>
    </w:p>
    <w:p>
      <w:r>
        <w:rPr>
          <w:b/>
        </w:rPr>
        <w:t xml:space="preserve">[33:52] </w:t>
      </w:r>
      <w:r>
        <w:t>mustaqbil ke murikh is ko atomic daur kahenge ya duniya mein koi murikh hi na hoga jo insaniyat ki barbadi ki dastan qalam band kar sake.</w:t>
      </w:r>
    </w:p>
    <w:p>
      <w:pPr>
        <w:jc w:val="right"/>
      </w:pPr>
      <w:r>
        <w:t>مستقبل کے مورخ اس کو ایٹمک دور کہیں گے یا دنیا میں کوئی مورخ ہی نہ ہوگا جو انسانیت کی بربادی کی داستان قلم بند کر سکے۔</w:t>
      </w:r>
    </w:p>
    <w:p>
      <w:r>
        <w:rPr>
          <w:b/>
        </w:rPr>
        <w:t xml:space="preserve">[34:06] </w:t>
      </w:r>
      <w:r>
        <w:t>yeh bada ajeeb ek maine padha, jo bohat ajeeb jumla tha. woh ek tarjuma tha angrezi ki kisi mazmoon ka, urdu mein padha tha.</w:t>
      </w:r>
    </w:p>
    <w:p>
      <w:pPr>
        <w:jc w:val="right"/>
      </w:pPr>
      <w:r>
        <w:t>یہ بڑا عجیب ایک میں نے پڑھا، جو بہت عجیب جملہ تھا۔ وہ ایک ترجمہ تھا انگریزی کی کسی مضمون کا، اردو میں پڑھا تھا۔</w:t>
      </w:r>
    </w:p>
    <w:p>
      <w:r>
        <w:rPr>
          <w:b/>
        </w:rPr>
        <w:t xml:space="preserve">[34:14] </w:t>
      </w:r>
      <w:r>
        <w:t>maine kisi angrezi se tarjuma kisi ne kiya tha: "hum ek, hum ek naye ahad, hum ek naye ahad ke darwaze par khade hain." yeh tha alfaaz tarjume mein: "hum ek naye ahad ke darwaze par khade hain.</w:t>
      </w:r>
    </w:p>
    <w:p>
      <w:pPr>
        <w:jc w:val="right"/>
      </w:pPr>
      <w:r>
        <w:t>میں نے کسی انگریزی سے ترجمہ کسی نے کیا تھا: "ہم ایک، ہم ایک نئے عہد، ہم ایک نئے عہد کے دروازے پر کھڑے ہیں۔" یہ تھا الفاظ ترجمے میں: "ہم ایک نئے عہد کے دروازے پر کھڑے ہیں۔</w:t>
      </w:r>
    </w:p>
    <w:p>
      <w:r>
        <w:rPr>
          <w:b/>
        </w:rPr>
        <w:t xml:space="preserve">[34:32] </w:t>
      </w:r>
      <w:r>
        <w:t>mustaqbil ke murikh is ko atmi daur kahenge ya aindah koi murikh hi na hoga ya insaniyat ki barbadi ki dastan qalam band kar sake." to main socha ke atomic daur kya hai?</w:t>
      </w:r>
    </w:p>
    <w:p>
      <w:pPr>
        <w:jc w:val="right"/>
      </w:pPr>
      <w:r>
        <w:t>مستقبل کے مورخ اس کو ایٹمی دور کہیں گے یا آئندہ کوئی مورخ ہی نہ ہوگا یا انسانیت کی بربادی کی داستان قلم بند کر سکے۔" تو میں سوچا کہ ایٹمک دور کیا ہے؟</w:t>
      </w:r>
    </w:p>
    <w:p>
      <w:r>
        <w:rPr>
          <w:b/>
        </w:rPr>
        <w:t xml:space="preserve">[34:45] </w:t>
      </w:r>
      <w:r>
        <w:t>atomic daur kya hai? is tarah se kitne waqiaat hue to mujhe zehan ko shakh lagta tha. phir sochta tha, sochta tha, sochta tha.</w:t>
      </w:r>
    </w:p>
    <w:p>
      <w:pPr>
        <w:jc w:val="right"/>
      </w:pPr>
      <w:r>
        <w:t>ایٹمک دور کیا ہے؟ اس طرح سے کتنے واقعات ہوئے تو مجھے ذہن کو شاخ لگتا تھا۔ پھر سوچتا تھا، سوچتا تھا، سوچتا تھا۔</w:t>
      </w:r>
    </w:p>
    <w:p>
      <w:r>
        <w:rPr>
          <w:b/>
        </w:rPr>
        <w:t xml:space="preserve">[34:59] </w:t>
      </w:r>
      <w:r>
        <w:t>phir dekhen, jab pehli baar mein gaya falasteen ya israel kahiye to wahan ek conference mein mujh ko bulaya gaya tha.</w:t>
      </w:r>
    </w:p>
    <w:p>
      <w:pPr>
        <w:jc w:val="right"/>
      </w:pPr>
      <w:r>
        <w:t>پھر دیکھیں، جب پہلی بار میں گیا فلسطین یا اسرائیل کہیے تو وہاں ایک کانفرنس میں مجھ کو بلایا گیا تھا۔</w:t>
      </w:r>
    </w:p>
    <w:p>
      <w:r>
        <w:rPr>
          <w:b/>
        </w:rPr>
        <w:t xml:space="preserve">[35:13] </w:t>
      </w:r>
      <w:r>
        <w:t>to</w:t>
      </w:r>
    </w:p>
    <w:p>
      <w:pPr>
        <w:jc w:val="right"/>
      </w:pPr>
      <w:r>
        <w:t>تو</w:t>
      </w:r>
    </w:p>
    <w:p>
      <w:r>
        <w:rPr>
          <w:b/>
        </w:rPr>
        <w:t xml:space="preserve">[35:16] </w:t>
      </w:r>
      <w:r>
        <w:t>main ne dawat in ko qabool kar li. lekin main yeh sochta tha ke main wahan zinda wapas nahi aaunga.</w:t>
      </w:r>
    </w:p>
    <w:p>
      <w:pPr>
        <w:jc w:val="right"/>
      </w:pPr>
      <w:r>
        <w:t>میں نے دعوت ان کو قبول کر لی۔ لیکن میں یہ سوچتا تھا کہ میں وہاں زندہ واپس نہیں آؤں گا۔</w:t>
      </w:r>
    </w:p>
    <w:p>
      <w:r>
        <w:rPr>
          <w:b/>
        </w:rPr>
        <w:t xml:space="preserve">[35:26] </w:t>
      </w:r>
      <w:r>
        <w:t>kyun ke jo maine madarse ki taleem ke zamane se ab tak jo kuch suna tha, padha tha ke wahan par yahoodi dushman hain bilkul islam ke aur musalmanon ke.</w:t>
      </w:r>
    </w:p>
    <w:p>
      <w:pPr>
        <w:jc w:val="right"/>
      </w:pPr>
      <w:r>
        <w:t>کیونکہ جو میں نے مدرسے کی تعلیم کے زمانے سے اب تک جو کچھ سنا تھا، پڑھا تھا کہ وہاں پر یہودی دشمن ہیں بالکل اسلام کے اور مسلمانوں کے۔</w:t>
      </w:r>
    </w:p>
    <w:p>
      <w:r>
        <w:rPr>
          <w:b/>
        </w:rPr>
        <w:t xml:space="preserve">[35:39] </w:t>
      </w:r>
      <w:r>
        <w:t>to maine un se kaha ke main conference mein aaunga lekin mujhe masjid aqsa ko dekhna hai. to isi zamane mein kuwait ka ek arabi parcha hua karta tha.</w:t>
      </w:r>
    </w:p>
    <w:p>
      <w:pPr>
        <w:jc w:val="right"/>
      </w:pPr>
      <w:r>
        <w:t>تو میں نے ان سے کہا کہ میں کانفرنس میں آؤں گا لیکن مجھے مسجد اقصیٰ کو دیکھنا ہے۔ تو اسی زمانے میں کویت کا ایک عربی پرچہ ہوا کرتا تھا۔</w:t>
      </w:r>
    </w:p>
    <w:p>
      <w:r>
        <w:rPr>
          <w:b/>
        </w:rPr>
        <w:t xml:space="preserve">[35:52] </w:t>
      </w:r>
      <w:r>
        <w:t>masjid aqsa ki tasweer chhapi thi is ke front page par. to is mein dikhaya tha ke masjid aqsa ke bahar sangin bandookein liye hue israili fauji khade hue hain.</w:t>
      </w:r>
    </w:p>
    <w:p>
      <w:pPr>
        <w:jc w:val="right"/>
      </w:pPr>
      <w:r>
        <w:t>مسجد اقصیٰ کی تصویر چھپی تھی اس کے فرنٹ پیج پر۔ تو اس میں دکھایا تھا کہ مسجد اقصیٰ کے باہر سنگین بندوقیں لیے ہوئے اسرائیلی فوجی کھڑے ہوئے ہیں۔</w:t>
      </w:r>
    </w:p>
    <w:p>
      <w:r>
        <w:rPr>
          <w:b/>
        </w:rPr>
        <w:t xml:space="preserve">[36:06] </w:t>
      </w:r>
      <w:r>
        <w:t>to yeh mashhoor tha ke wahan khoonkhar bhediye ki tarah hote hain woh israili fauji. to main sochta ke main jaunga to maar dalunga.</w:t>
      </w:r>
    </w:p>
    <w:p>
      <w:pPr>
        <w:jc w:val="right"/>
      </w:pPr>
      <w:r>
        <w:t>تو یہ مشہور تھا کہ وہاں خونخوار بھیڑیے کی طرح ہوتے ہیں وہ اسرائیلی فوجی۔ تو میں سوچتا کہ میں جاؤں گا تو مار ڈالوں گے۔</w:t>
      </w:r>
    </w:p>
    <w:p>
      <w:r>
        <w:rPr>
          <w:b/>
        </w:rPr>
        <w:t xml:space="preserve">[36:16] </w:t>
      </w:r>
      <w:r>
        <w:t>lekin mujhe ek shauq tha ke is masjid aqsa ko dekhun. to unhon ne kaha ke theek hai, hum aap ko intezaam karenge, aap ja ke dekhiye ga.</w:t>
      </w:r>
    </w:p>
    <w:p>
      <w:pPr>
        <w:jc w:val="right"/>
      </w:pPr>
      <w:r>
        <w:t>لیکن مجھے ایک شوق تھا کہ اس مسجد اقصیٰ کو دیکھوں۔ تو انہوں نے کہا کہ ٹھیک ہے، ہم آپ کو انتظام کریں گے، آپ جا کے دیکھیے گا۔</w:t>
      </w:r>
    </w:p>
    <w:p>
      <w:r>
        <w:rPr>
          <w:b/>
        </w:rPr>
        <w:t xml:space="preserve">[36:26] </w:t>
      </w:r>
      <w:r>
        <w:t>achha, jab main wahan gaya to israili fauji the wahan par. lekin unhon ne kuch mujhe kuch bura bura nahi kaha.</w:t>
      </w:r>
    </w:p>
    <w:p>
      <w:pPr>
        <w:jc w:val="right"/>
      </w:pPr>
      <w:r>
        <w:t>اچھا، جب میں وہاں گیا تو اسرائیلی فوجی تھے وہاں پر۔ لیکن انہوں نے کچھ مجھے کچھ برا برا نہیں کہا۔</w:t>
      </w:r>
    </w:p>
    <w:p>
      <w:r>
        <w:rPr>
          <w:b/>
        </w:rPr>
        <w:t xml:space="preserve">[36:37] </w:t>
      </w:r>
      <w:r>
        <w:t>sirf itna hua ke us ne poocha: "aant muslim? kya aap musalman hain? aant musalli? kya aap namaz padhte hain?" phir us ne kaha ke jao, jao.</w:t>
      </w:r>
    </w:p>
    <w:p>
      <w:pPr>
        <w:jc w:val="right"/>
      </w:pPr>
      <w:r>
        <w:t>صرف اتنا ہوا کہ اس نے پوچھا: "آنت مسلم؟ کیا آپ مسلمان ہیں؟ آنت مصلی؟ کیا آپ نماز پڑھتے ہیں؟" پھر اس نے کہا کہ جاؤ، جاؤ۔</w:t>
      </w:r>
    </w:p>
    <w:p>
      <w:r>
        <w:rPr>
          <w:b/>
        </w:rPr>
        <w:t xml:space="preserve">[36:50] </w:t>
      </w:r>
      <w:r>
        <w:t>kuch bhi nahi, na koi masjid ke charon taraf koi fauj nahi. to is se samjhiye ke jis afsar mein main jeeta tha, afsar kaise bana tha?</w:t>
      </w:r>
    </w:p>
    <w:p>
      <w:pPr>
        <w:jc w:val="right"/>
      </w:pPr>
      <w:r>
        <w:t>کچھ بھی نہیں، نہ کوئی مسجد کے چاروں طرف کوئی فوج نہیں۔ تو اس سے سمجھئے کہ جس افسر میں میں جیتا تھا، افسر کیسے بنا تھا؟</w:t>
      </w:r>
    </w:p>
    <w:p>
      <w:r>
        <w:rPr>
          <w:b/>
        </w:rPr>
        <w:t xml:space="preserve">[37:04] </w:t>
      </w:r>
      <w:r>
        <w:t>kahin suna tha mein ne musalmanon ke mahaul mein ke yahoodi bare dushman hain, woh to har waqt bheriye ki tarah rehte hain musalmanon ke liye.</w:t>
      </w:r>
    </w:p>
    <w:p>
      <w:pPr>
        <w:jc w:val="right"/>
      </w:pPr>
      <w:r>
        <w:t>کہیں سنا تھا میں نے مسلمانوں کے ماحول میں کہ یہودی بڑے دشمن ہیں، وہ تو ہر وقت بھیڑیے کی طرح رہتے ہیں مسلمانوں کے لیے۔</w:t>
      </w:r>
    </w:p>
    <w:p>
      <w:r>
        <w:rPr>
          <w:b/>
        </w:rPr>
        <w:t xml:space="preserve">[37:14] </w:t>
      </w:r>
      <w:r>
        <w:t>aur wahan par masjid aqsa ko fauj ke zariye gher rakha hai. wahan jayenge to kuch bhi nahin. to mera afsar toota kaise?</w:t>
      </w:r>
    </w:p>
    <w:p>
      <w:pPr>
        <w:jc w:val="right"/>
      </w:pPr>
      <w:r>
        <w:t>اور وہاں پر مسجد اقصیٰ کو فوج کے ذریعے گھیر رکھا ہے۔ وہاں جائیں گے تو کچھ بھی نہیں۔ تو میرا افسر ٹوٹا کیسے؟</w:t>
      </w:r>
    </w:p>
    <w:p>
      <w:r>
        <w:rPr>
          <w:b/>
        </w:rPr>
        <w:t xml:space="preserve">[37:25] </w:t>
      </w:r>
      <w:r>
        <w:t>interaction ke zariye, yaani aalmi interaction ke zariye. achha, aam taur par musalman kya hai? woh ghetto zehniyat hai, apne ilaqon mein rehte hain.</w:t>
      </w:r>
    </w:p>
    <w:p>
      <w:pPr>
        <w:jc w:val="right"/>
      </w:pPr>
      <w:r>
        <w:t>انٹریکشن کے ذریعے، یعنی عالمی انٹریکشن کے ذریعے۔ اچھا، عام طور پر مسلمان کیا ہے؟ وہ گھیٹو ذہنیت ہے، اپنے علاقوں میں رہتے ہیں۔</w:t>
      </w:r>
    </w:p>
    <w:p>
      <w:r>
        <w:rPr>
          <w:b/>
        </w:rPr>
        <w:t xml:space="preserve">[37:37] </w:t>
      </w:r>
      <w:r>
        <w:t>yaani shehar ke andar in ilaqon mein nahin jaate, woh jahan ghair muslim rehte hon, apne ghetto mein, woh usi mein khush rehte hain.</w:t>
      </w:r>
    </w:p>
    <w:p>
      <w:pPr>
        <w:jc w:val="right"/>
      </w:pPr>
      <w:r>
        <w:t>یعنی شہر کے اندر ان علاقوں میں نہیں جاتے، وہ جہاں غیر مسلم رہتے ہوں، اپنے گھیٹو میں، وہ اسی میں خوش رہتے ہیں۔</w:t>
      </w:r>
    </w:p>
    <w:p>
      <w:r>
        <w:rPr>
          <w:b/>
        </w:rPr>
        <w:t xml:space="preserve">[37:48] </w:t>
      </w:r>
      <w:r>
        <w:t>to ghetto zehniyat ka tootna yeh bohat zaroori hai. interaction ka badhna yeh bohat zaroori hai. hamare ulama ne ek bohat bari ghalti yeh ki ke angrezon ne India mein angrezi school khole.</w:t>
      </w:r>
    </w:p>
    <w:p>
      <w:pPr>
        <w:jc w:val="right"/>
      </w:pPr>
      <w:r>
        <w:t>تو گھیٹو ذہنیت کا ٹوٹنا یہ بہت ضروری ہے۔ انٹریکشن کا بڑھنا یہ بہت ضروری ہے۔ ہمارے علماء نے ایک بہت بڑی غلطی یہ کی کہ انگریزوں نے انڈیا میں انگریزی اسکول کھولے۔</w:t>
      </w:r>
    </w:p>
    <w:p>
      <w:r>
        <w:rPr>
          <w:b/>
        </w:rPr>
        <w:t xml:space="preserve">[38:07] </w:t>
      </w:r>
      <w:r>
        <w:t>dekhein, ek baat mein arz karoon ke pehle zamane mein interaction jo hota tha, kheton mein hota tha. sari, yaani ziraat par mabni thi sari maeeshat, balkeh sari zindagi.</w:t>
      </w:r>
    </w:p>
    <w:p>
      <w:pPr>
        <w:jc w:val="right"/>
      </w:pPr>
      <w:r>
        <w:t>دیکھیں، ایک بات میں عرض کروں کہ پہلے زمانے میں انٹریکشن جو ہوتا تھا، کھیتوں میں ہوتا تھا۔ ساری، یعنی زراعت پر مبنی تھی ساری معیشت، بلکہ ساری زندگی۔</w:t>
      </w:r>
    </w:p>
    <w:p>
      <w:r>
        <w:rPr>
          <w:b/>
        </w:rPr>
        <w:t xml:space="preserve">[38:22] </w:t>
      </w:r>
      <w:r>
        <w:t>to kheton mein log jaate the, wahan logon se aapas mein mulaqatein hoti thin. is se woh samajh banta tha, wahan ka. is liye nafratein nahin hoti thin.</w:t>
      </w:r>
    </w:p>
    <w:p>
      <w:pPr>
        <w:jc w:val="right"/>
      </w:pPr>
      <w:r>
        <w:t>تو کھیتوں میں لوگ جاتے تھے، وہاں لوگوں سے آپس میں ملاقاتیں ہوتی تھیں۔ اس سے وہ سماج بنتا تھا، وہاں کا۔ اس لیے نفرتیں نہیں ہوتی تھیں۔</w:t>
      </w:r>
    </w:p>
    <w:p>
      <w:r>
        <w:rPr>
          <w:b/>
        </w:rPr>
        <w:t xml:space="preserve">[38:32] </w:t>
      </w:r>
      <w:r>
        <w:t>dekhein, nafrat ke na hone ke liye zaroori hai ke aap ka interaction ho doosron ke sath. doosron ke sath aap ka interaction ho.</w:t>
      </w:r>
    </w:p>
    <w:p>
      <w:pPr>
        <w:jc w:val="right"/>
      </w:pPr>
      <w:r>
        <w:t>دیکھیں، نفرت کے نہ ہونے کے لیے ضروری ہے کہ آپ کا انٹریکشن ہو دوسروں کے ساتھ۔ دوسروں کے ساتھ آپ کا انٹریکشن ہو۔</w:t>
      </w:r>
    </w:p>
    <w:p>
      <w:r>
        <w:rPr>
          <w:b/>
        </w:rPr>
        <w:t xml:space="preserve">[38:42] </w:t>
      </w:r>
      <w:r>
        <w:t>to hum rehte the apne UP mein, wahan koi nafrat nahin thi. is daur mein meri zindagi ka ibtedai hissa guzra hai isi daur mein jabke siwa kheti bari ke koi kaam nahin hota tha.</w:t>
      </w:r>
    </w:p>
    <w:p>
      <w:pPr>
        <w:jc w:val="right"/>
      </w:pPr>
      <w:r>
        <w:t>تو ہم رہتے تھے اپنے یو پی میں، وہاں کوئی نفرت نہیں تھی۔ اس دور میں میری زندگی کا ابتدائی حصہ گزرا ہے اسی دور میں جبکہ سوا کھیتی باڑی کے کوئی کام نہیں ہوتا تھا۔</w:t>
      </w:r>
    </w:p>
    <w:p>
      <w:r>
        <w:rPr>
          <w:b/>
        </w:rPr>
        <w:t xml:space="preserve">[38:57] </w:t>
      </w:r>
      <w:r>
        <w:t>to zarai daur tha, is mein khet jo tha, woh interaction ka zariya tha. achha, angrezon ne jo school khole to jagah of interaction badal gaya.</w:t>
      </w:r>
    </w:p>
    <w:p>
      <w:pPr>
        <w:jc w:val="right"/>
      </w:pPr>
      <w:r>
        <w:t>تو زرعی دور تھا، اس میں کھیت جو تھا، وہ انٹریکشن کا ذریعہ تھا۔ اچھا، انگریزوں نے جو اسکول کھولے تو جگہ آف انٹریکشن بدل گیا۔</w:t>
      </w:r>
    </w:p>
    <w:p>
      <w:r>
        <w:rPr>
          <w:b/>
        </w:rPr>
        <w:t xml:space="preserve">[39:14] </w:t>
      </w:r>
      <w:r>
        <w:t>ab taleem ban gaya.</w:t>
      </w:r>
    </w:p>
    <w:p>
      <w:pPr>
        <w:jc w:val="right"/>
      </w:pPr>
      <w:r>
        <w:t>اب تعلیم بن گیا۔</w:t>
      </w:r>
    </w:p>
    <w:p>
      <w:r>
        <w:rPr>
          <w:b/>
        </w:rPr>
        <w:t xml:space="preserve">[39:18] </w:t>
      </w:r>
      <w:r>
        <w:t>pehle interaction hota tha kheton mein, ab hone laga schoolon mein. har mazhab ke log, har qaum ke log schoolon mein parhne lage, un ke bachhe.</w:t>
      </w:r>
    </w:p>
    <w:p>
      <w:pPr>
        <w:jc w:val="right"/>
      </w:pPr>
      <w:r>
        <w:t>پہلے انٹریکشن ہوتا تھا کھیتوں میں، اب ہونے لگا اسکولوں میں۔ ہر مذہب کے لوگ، ہر قوم کے لوگ اسکولوں میں پڑھنے لگے، ان کے بچے۔</w:t>
      </w:r>
    </w:p>
    <w:p>
      <w:r>
        <w:rPr>
          <w:b/>
        </w:rPr>
        <w:t xml:space="preserve">[39:30] </w:t>
      </w:r>
      <w:r>
        <w:t>to agar musalmanon ko unhon ne, unhon ne musalmanon ko roka, ulama ne roka, lekin rokne ki wajah se woh ghetto mein chale gaye.</w:t>
      </w:r>
    </w:p>
    <w:p>
      <w:pPr>
        <w:jc w:val="right"/>
      </w:pPr>
      <w:r>
        <w:t>تو اگر مسلمانوں کو انہوں نے، انہوں نے مسلمانوں کو روکا، علماء نے روکا، لیکن روکنے کی وجہ سے وہ گھیٹو میں چلے گئے۔</w:t>
      </w:r>
    </w:p>
    <w:p>
      <w:r>
        <w:rPr>
          <w:b/>
        </w:rPr>
        <w:t xml:space="preserve">[39:40] </w:t>
      </w:r>
      <w:r>
        <w:t>agar roka na hota, yeh kehte ke yeh sab padhte hain, tum bhi padho. hindu padh rahe hain, isai padh rahe hain, jaini padh rahe hain, sirdar padh rahe hain, tum bhi padho.</w:t>
      </w:r>
    </w:p>
    <w:p>
      <w:pPr>
        <w:jc w:val="right"/>
      </w:pPr>
      <w:r>
        <w:t>اگر روکا نہ ہوتا، یہ کہتے کہ یہ سب پڑھتے ہیں، تم بھی پڑھو۔ ہندو پڑھ رہے ہیں، عیسائی پڑھ رہے ہیں، جینی پڑھ رہے ہیں، سردار پڑھ رہے ہیں، تم بھی پڑھو۔</w:t>
      </w:r>
    </w:p>
    <w:p>
      <w:r>
        <w:rPr>
          <w:b/>
        </w:rPr>
        <w:t xml:space="preserve">[39:51] </w:t>
      </w:r>
      <w:r>
        <w:t>to goya ke woh khet ka badal ban jata school. jo interaction hua karta tha pehle ziraat ke maidan mein, woh hone lagta taleem ke maidan mein.</w:t>
      </w:r>
    </w:p>
    <w:p>
      <w:pPr>
        <w:jc w:val="right"/>
      </w:pPr>
      <w:r>
        <w:t>تو گویا کہ وہ کھیت کا بدل بن جاتا اسکول۔ جو انٹریکشن ہوا کرتا تھا پہلے زراعت کے میدان میں، وہ ہونے لگتا تعلیم کے میدان میں۔</w:t>
      </w:r>
    </w:p>
    <w:p>
      <w:r>
        <w:rPr>
          <w:b/>
        </w:rPr>
        <w:t xml:space="preserve">[40:05] </w:t>
      </w:r>
      <w:r>
        <w:t>aur phir woh jari rehta. woh dosti, mohabbat, taluq, woh sab jari rakhta. lekin ab kya kiya unhon ne?</w:t>
      </w:r>
    </w:p>
    <w:p>
      <w:pPr>
        <w:jc w:val="right"/>
      </w:pPr>
      <w:r>
        <w:t>اور پھر وہ جاری رہتا۔ وہ دوستی، محبت، تعلق، وہ سب جاری رکھتا۔ لیکن اب کیا کیا انہوں نے؟</w:t>
      </w:r>
    </w:p>
    <w:p>
      <w:r>
        <w:rPr>
          <w:b/>
        </w:rPr>
        <w:t xml:space="preserve">[40:14] </w:t>
      </w:r>
      <w:r>
        <w:t>ulama ne alag madrase khole, alag school khole, aur musalmanon se kaha ke yahan padho, wahan mat jao. to woh goya ghetto banaya unhon ne.</w:t>
      </w:r>
    </w:p>
    <w:p>
      <w:pPr>
        <w:jc w:val="right"/>
      </w:pPr>
      <w:r>
        <w:t>علماء نے الگ مدرسے کھولے، الگ اسکول کھولے، اور مسلمانوں سے کہا کہ یہاں پڑھو، وہاں مت جاؤ۔ تو وہ گویا گھیٹو بنایا انہوں نے۔</w:t>
      </w:r>
    </w:p>
    <w:p>
      <w:r>
        <w:rPr>
          <w:b/>
        </w:rPr>
        <w:t xml:space="preserve">[40:26] </w:t>
      </w:r>
      <w:r>
        <w:t>yeh alag taleemi nizam jo banaya unhon ne, woh ghetto tha. ghetto to musalmanon ka interaction doosron se khatam ho gaya. is se ghetto zehniyat paida hui.</w:t>
      </w:r>
    </w:p>
    <w:p>
      <w:pPr>
        <w:jc w:val="right"/>
      </w:pPr>
      <w:r>
        <w:t>یہ الگ تعلیمی نظام جو بنایا انہوں نے، وہ گھیٹو تھا۔ گھیٹو تو مسلمانوں کا انٹریکشن دوسروں سے ختم ہو گیا۔ اس سے گھیٹو ذہنیت پیدا ہوئی۔</w:t>
      </w:r>
    </w:p>
    <w:p>
      <w:r>
        <w:rPr>
          <w:b/>
        </w:rPr>
        <w:t xml:space="preserve">[40:40] </w:t>
      </w:r>
      <w:r>
        <w:t>ab dheere dheere yeh tasawwur aaya, woh ghair qaum hain, hum hum musalman hain, woh ghair qaum hain, yeh sab aaya.</w:t>
      </w:r>
    </w:p>
    <w:p>
      <w:pPr>
        <w:jc w:val="right"/>
      </w:pPr>
      <w:r>
        <w:t>اب دھیرے دھیرے یہ تصور آیا، وہ غیر قوم ہیں، ہم ہم مسلمان ہیں، وہ غیر قوم ہیں، یہ سب آیا۔</w:t>
      </w:r>
    </w:p>
    <w:p>
      <w:r>
        <w:rPr>
          <w:b/>
        </w:rPr>
        <w:t xml:space="preserve">[40:49] </w:t>
      </w:r>
      <w:r>
        <w:t>yeh sab badhte badhte yahan tak pahuncha hai ke ab nafrat, tashaddud, intiqam yahi hai. abhi jo dekhein, aaj kal musalman jo sab se zyada bhadakte hain, jis ko kehte hain woh sattu-e-rasool ya blasphemy.</w:t>
      </w:r>
    </w:p>
    <w:p>
      <w:pPr>
        <w:jc w:val="right"/>
      </w:pPr>
      <w:r>
        <w:t>یہ سب بڑھتے بڑھتے یہاں تک پہنچا ہے کہ اب نفرت، تشدد، انتقام یہی ہے۔ ابھی جو دیکھیں، آج کل مسلمان جو سب سے زیادہ بھڑکتے ہیں، جس کو کہتے ہیں وہ ستوے رسول یا بلاسفیمی۔</w:t>
      </w:r>
    </w:p>
    <w:p>
      <w:r>
        <w:rPr>
          <w:b/>
        </w:rPr>
        <w:t xml:space="preserve">[41:09] </w:t>
      </w:r>
      <w:r>
        <w:t>kahin koi waqea hota hai, koi cartoon chhap gaya, koi aisi baat ho gayi to bhadakte hain, sari duniya mein hungama karte hain. is ko kehte hain sattu-e-rasool.</w:t>
      </w:r>
    </w:p>
    <w:p>
      <w:pPr>
        <w:jc w:val="right"/>
      </w:pPr>
      <w:r>
        <w:t>کہیں کوئی واقعہ ہوتا ہے، کوئی کارٹون چھپ گیا، کوئی ایسی بات ہو گئی تو بھڑکتے ہیں، ساری دنیا میں ہنگامہ کرتے ہیں۔ اس کو کہتے ہیں ستوے رسول۔</w:t>
      </w:r>
    </w:p>
    <w:p>
      <w:r>
        <w:rPr>
          <w:b/>
        </w:rPr>
        <w:t xml:space="preserve">[41:19] </w:t>
      </w:r>
      <w:r>
        <w:t>dekhein, sattu-e-rasool yeh un ka lafz nahin, hum musalman ka diya hua lafz hai. blasphemy un ka lafz nahin hai. jin ko aap kehte hain ke blasphemy kar rahe hain, unhon ne kabhi nahin kaha ke hum blasphemy karte hain, hum sattu-e-rasool karte hain.</w:t>
      </w:r>
    </w:p>
    <w:p>
      <w:pPr>
        <w:jc w:val="right"/>
      </w:pPr>
      <w:r>
        <w:t>دیکھیں، ستوے رسول یہ ان کا لفظ نہیں، ہم مسلمان کا دیا ہوا لفظ ہے۔ بلاسفیمی ان کا لفظ نہیں ہے۔ جن کو آپ کہتے ہیں کہ بلاسفیمی کر رہے ہیں، انہوں نے کبھی نہیں کہا کہ ہم بلاسفیمی کرتے ہیں، ہم ستوے کرتے ہیں۔</w:t>
      </w:r>
    </w:p>
    <w:p>
      <w:r>
        <w:rPr>
          <w:b/>
        </w:rPr>
        <w:t xml:space="preserve">[41:35] </w:t>
      </w:r>
      <w:r>
        <w:t>musalmanon ne de rakha hai. kyun? is afsar ki wajah se. woh samajhte hain ke jo aadmi agar aisi baat kahe rasool Allah ke bare mein jo hamari baaton ke mutabiq na ho, to bas woh sattu-e-rasool kar raha hai, woh blasphemy ka case hai.</w:t>
      </w:r>
    </w:p>
    <w:p>
      <w:pPr>
        <w:jc w:val="right"/>
      </w:pPr>
      <w:r>
        <w:t>مسلمانوں نے دے رکھا ہے۔ کیوں؟ اس افسر کی وجہ سے۔ وہ سمجھتے ہیں کہ جو آدمی اگر ایسی بات کہے رسول اللہ کے بارے میں جو ہماری باتوں کے مطابق نہ ہو، تو بس وہ ستوے کر رہا ہے، وہ بلاسفیمی کا کیس ہے۔</w:t>
      </w:r>
    </w:p>
    <w:p>
      <w:r>
        <w:rPr>
          <w:b/>
        </w:rPr>
        <w:t xml:space="preserve">[41:53] </w:t>
      </w:r>
      <w:r>
        <w:t>yeh yahan tak badha, yahan tak badha hai ke mein khud apna qissa batata hoon aap ko ke America mein ek masjid mein meri taqreer hui.</w:t>
      </w:r>
    </w:p>
    <w:p>
      <w:pPr>
        <w:jc w:val="right"/>
      </w:pPr>
      <w:r>
        <w:t>یہ یہاں تک بڑھا، یہاں تک بڑھا ہے کہ میں خود اپنا قصہ بتاتا ہوں آپ کو کہ امریکہ میں ایک مسجد میں میری تقریر ہوئی۔</w:t>
      </w:r>
    </w:p>
    <w:p>
      <w:r>
        <w:rPr>
          <w:b/>
        </w:rPr>
        <w:t xml:space="preserve">[42:03] </w:t>
      </w:r>
      <w:r>
        <w:t>woh sab musalman the, wahan, wahan Pakistan ke aur doosri jagahon ke musalman the.</w:t>
      </w:r>
    </w:p>
    <w:p>
      <w:pPr>
        <w:jc w:val="right"/>
      </w:pPr>
      <w:r>
        <w:t>وہ سب مسلمان تھے، وہاں، وہاں پاکستان کے اور دوسرے جگہوں کے مسلمان تھے۔</w:t>
      </w:r>
    </w:p>
    <w:p>
      <w:r>
        <w:rPr>
          <w:b/>
        </w:rPr>
        <w:t xml:space="preserve">[42:13] </w:t>
      </w:r>
      <w:r>
        <w:t>woh meri taqreer angrezi mein hui thi kyunke wahan naujawan tabqa bohat sa tha. toh meri taqreer ke baad aik naujawan laga hangama karne, halanke meri jo taqreer ki thi, bilkul koi is mein ikhtilafi baat nahi thi.</w:t>
      </w:r>
    </w:p>
    <w:p>
      <w:pPr>
        <w:jc w:val="right"/>
      </w:pPr>
      <w:r>
        <w:t>وہ میری تقریر انگریزی میں ہوئی تھی کیونکہ وہاں نوجوان طبقہ بہت سا تھا۔ تو میری تقریر کے بعد ایک نوجوان لگا ہنگامہ کرنے، حالانکہ میری جو تقریر کی تھی، بالکل کوئی اس میں اختلافی بات نہیں تھی۔</w:t>
      </w:r>
    </w:p>
    <w:p>
      <w:r>
        <w:rPr>
          <w:b/>
        </w:rPr>
        <w:t xml:space="preserve">[42:29] </w:t>
      </w:r>
      <w:r>
        <w:t>bara hangama kiya us ne. mein samajhta nahi tha kya keh raha hai woh. jab kehte kehte woh mere stage ke paas aa gaya, tab maine suna ke woh keh raha hai ke "You have mentioned our prophet ten times, but you never said Muhammad sallallahu alaihi wasallam." is par bharka hua tha.</w:t>
      </w:r>
    </w:p>
    <w:p>
      <w:pPr>
        <w:jc w:val="right"/>
      </w:pPr>
      <w:r>
        <w:t>بڑا ہنگامہ کیا اس نے۔ میں سمجھتا نہیں تھا کیا کہہ رہا ہے وہ۔ جب کہتے کہتے وہ میرے اسٹیج کے پاس آ گیا، تب میں نے سنا کہ وہ کہہ رہا ہے کہ "You have mentioned our prophet ten times, but you never said محمد صلی اللہ علیہ وسلم." اس پر بھڑکا ہوا تھا۔</w:t>
      </w:r>
    </w:p>
    <w:p>
      <w:r>
        <w:rPr>
          <w:b/>
        </w:rPr>
        <w:t xml:space="preserve">[42:52] </w:t>
      </w:r>
      <w:r>
        <w:t>toh is ka afsar yeh hai ke Muhammad toh naam lo, sallallahu alaihi wasallam zaroor kaho, nahi kahoge toh phir tum blasphemy ka case kar rahe ho.</w:t>
      </w:r>
    </w:p>
    <w:p>
      <w:pPr>
        <w:jc w:val="right"/>
      </w:pPr>
      <w:r>
        <w:t>تو اس کا افسر یہ ہے کہ محمد تو نام لو، صلی اللہ علیہ وسلم ضرور کہو، نہیں کہو گے تو پھر تم بلاسفیمی کا کیس کر رہے ہو۔</w:t>
      </w:r>
    </w:p>
    <w:p>
      <w:r>
        <w:rPr>
          <w:b/>
        </w:rPr>
        <w:t xml:space="preserve">[43:02] </w:t>
      </w:r>
      <w:r>
        <w:t>mein apne bare mein keh raha hoon ke maine Rasool Allah sallallahu alaihi wasallam ki kitabein likhi hain. is ladke ne toh koi kitab nahi likhi, yaani Muhammad sallallahu alaihi wasallam ka mission kyun chala raha hoon mein?</w:t>
      </w:r>
    </w:p>
    <w:p>
      <w:pPr>
        <w:jc w:val="right"/>
      </w:pPr>
      <w:r>
        <w:t>میں اپنے بارے میں کہہ رہا ہوں کہ میں نے رسول اللہ صلی اللہ علیہ وسلم کی کتابیں لکھی ہیں۔ اس لڑکے نے تو کوئی کتاب نہیں لکھی، یعنی محمد صلی اللہ علیہ وسلم کا مشن کیوں چلا رہا ہوں میں؟</w:t>
      </w:r>
    </w:p>
    <w:p>
      <w:r>
        <w:rPr>
          <w:b/>
        </w:rPr>
        <w:t xml:space="preserve">[43:16] </w:t>
      </w:r>
      <w:r>
        <w:t>woh ladke ne toh koi mission nahi chalaya, lekin woh sunta aaya hai bachpan se, bachpan se, bachpan se ke jahan Muhammad aaye toh sallallahu alaihi wasallam kaho, nahi toh tum blasphemy ka case kar rahe ho.</w:t>
      </w:r>
    </w:p>
    <w:p>
      <w:pPr>
        <w:jc w:val="right"/>
      </w:pPr>
      <w:r>
        <w:t>وہ لڑکے نے تو کوئی مشن نہیں چلایا، لیکن وہ سنتا آیا ہے بچپن سے، بچپن سے، بچپن سے کہ جہاں محمد آئے تو صلی اللہ علیہ وسلم کہو، نہیں تو تم بلاسفیمی کا کیس کر رہے ہو۔</w:t>
      </w:r>
    </w:p>
    <w:p>
      <w:r>
        <w:rPr>
          <w:b/>
        </w:rPr>
        <w:t xml:space="preserve">[43:29] </w:t>
      </w:r>
      <w:r>
        <w:t>toh khulasa yeh hai ke Musalman apne afsar mein jee rahe hain, yaani Khuda ki kitab, Allah ki sunnat suraj ki tarah roshan hai, lekin Musalman ke beech mein aur us ke beech mein aik badal aa gaya hai,</w:t>
      </w:r>
    </w:p>
    <w:p>
      <w:pPr>
        <w:jc w:val="right"/>
      </w:pPr>
      <w:r>
        <w:t>تو خلاصہ یہ ہے کہ مسلمان اپنے افسر میں جی رہے ہیں، یعنی خدا کی کتاب، اللہ کی سنت سورج کی طرح روشن ہے، لیکن مسلمان کے بیچ میں اور اس کے بیچ میں ایک بادل آ گیا ہے،</w:t>
      </w:r>
    </w:p>
    <w:p>
      <w:r>
        <w:rPr>
          <w:b/>
        </w:rPr>
        <w:t xml:space="preserve">[43:44] </w:t>
      </w:r>
      <w:r>
        <w:t>is liye woh kuch samajh nahi paate. toh is badal ko hatana hai, yaani is shart ko todna hai, tab ja kar islaah hogi.</w:t>
      </w:r>
    </w:p>
    <w:p>
      <w:pPr>
        <w:jc w:val="right"/>
      </w:pPr>
      <w:r>
        <w:t>اس لیے وہ کچھ سمجھ نہیں پاتے۔ تو اس بادل کو ہٹانا ہے، یعنی اس شرط کو توڑنا ہے، تب جا کر اصلاح ہوگی۔</w:t>
      </w:r>
    </w:p>
    <w:p>
      <w:r>
        <w:rPr>
          <w:b/>
        </w:rPr>
        <w:t xml:space="preserve">[43:56] </w:t>
      </w:r>
      <w:r>
        <w:t>aur aur koi tareeqa islaah ka nahi hai. aap jalsay karein ya hangame karein, kuch bhi karein, kuch hone wala nahi jab tak shart nahi toote gi, tab tak koi islaah nahi hogi.</w:t>
      </w:r>
    </w:p>
    <w:p>
      <w:pPr>
        <w:jc w:val="right"/>
      </w:pPr>
      <w:r>
        <w:t>اور اور کوئی طریقہ اصلاح کا نہیں ہے۔ آپ جلسے کریں یا ہنگامے کریں، کچھ بھی کریں، کچھ ہونے والا نہیں جب تک شرط نہیں ٹوٹے گی، تب تک کوئی اصلاح نہیں ہوگی۔</w:t>
      </w:r>
    </w:p>
    <w:p>
      <w:r>
        <w:rPr>
          <w:b/>
        </w:rPr>
        <w:t xml:space="preserve">[44:12] </w:t>
      </w:r>
      <w:r>
        <w:t>jaise ke suraj ke aur mere beech mein badal aa gaya aur dhoop khatam ho gayi toh mein shor karta, mein bomb marta toh is se kuch aur hota nahi.</w:t>
      </w:r>
    </w:p>
    <w:p>
      <w:pPr>
        <w:jc w:val="right"/>
      </w:pPr>
      <w:r>
        <w:t>جیسے کہ سورج کے اور میرے بیچ میں بادل آ گیا اور دھوپ ختم ہو گئی تو میں شور کرتا، میں بم مارتا تو اس سے کچھ اور ہوتا نہیں۔</w:t>
      </w:r>
    </w:p>
    <w:p>
      <w:r>
        <w:rPr>
          <w:b/>
        </w:rPr>
        <w:t xml:space="preserve">[44:25] </w:t>
      </w:r>
      <w:r>
        <w:t>woh badal jab hate ga tab mujhe dhoop mile gi. aise Musalmanon ka muamla yeh hai ke un ke, un ke bhi, un ke aur Quran o Sunnat ke beech mein badal aa gaya hai, afsar ka, shart ka,</w:t>
      </w:r>
    </w:p>
    <w:p>
      <w:pPr>
        <w:jc w:val="right"/>
      </w:pPr>
      <w:r>
        <w:t>وہ بادل جب ہٹے گا تب مجھے دھوپ ملے گی۔ ایسے مسلمانوں کا معاملہ یہ ہے کہ ان کے، ان کے بھی، ان کے اور قرآن و سنت کے بیچ میں بادل آ گیا ہے، افسر کا، شرط کا،</w:t>
      </w:r>
    </w:p>
    <w:p>
      <w:r>
        <w:rPr>
          <w:b/>
        </w:rPr>
        <w:t xml:space="preserve">[44:39] </w:t>
      </w:r>
      <w:r>
        <w:t>is kaam mein todna hai. toh mein dua karta hoon ke Allah taala mujh ko aur aap ko tofeeq de ke aap yeh samjhein ke jar ka sabab kya kya hai.</w:t>
      </w:r>
    </w:p>
    <w:p>
      <w:pPr>
        <w:jc w:val="right"/>
      </w:pPr>
      <w:r>
        <w:t>اس کام میں توڑنا ہے۔ تو میں دعا کرتا ہوں کہ اللہ تعالیٰ مجھ کو اور آپ کو توفیق دے کہ آپ یہ سمجھیں کہ جڑ کا سبب کیا کیا ہے۔</w:t>
      </w:r>
    </w:p>
    <w:p>
      <w:r>
        <w:rPr>
          <w:b/>
        </w:rPr>
        <w:t xml:space="preserve">[44:56] </w:t>
      </w:r>
      <w:r>
        <w:t>is waqt jo soorat-e-haal hai, is ki jar kya hai, sabab kya hai is ka, aur wahan par koshish karein apni. kahin aur koshish karein ge toh is ka koi faida nahi.</w:t>
      </w:r>
    </w:p>
    <w:p>
      <w:pPr>
        <w:jc w:val="right"/>
      </w:pPr>
      <w:r>
        <w:t>اس وقت جو صورتحال ہے، اس کی جڑ کیا ہے، سبب کیا ہے اس کا، اور وہاں پر کوشش کریں اپنی۔ کہیں اور کوشش کریں گے تو اس کا کوئی فائدہ نہیں۔</w:t>
      </w:r>
    </w:p>
    <w:p>
      <w:r>
        <w:rPr>
          <w:b/>
        </w:rPr>
        <w:t xml:space="preserve">[45:08] </w:t>
      </w:r>
      <w:r>
        <w:t>stage activism, street activism ya gun culture aur bomb culture se kuch hone wala nahi hai.</w:t>
      </w:r>
    </w:p>
    <w:p>
      <w:pPr>
        <w:jc w:val="right"/>
      </w:pPr>
      <w:r>
        <w:t>اسٹیج ایکٹیوزم، اسٹریٹ ایکٹیوزم یا گن کلچر اور بم کلچر سے کچھ ہونے والا نہیں ہے۔</w:t>
      </w:r>
    </w:p>
    <w:p>
      <w:r>
        <w:rPr>
          <w:b/>
        </w:rPr>
        <w:t xml:space="preserve">[45:19] </w:t>
      </w:r>
      <w:r>
        <w:t>yeh muamla zehni afsar ka muamla hai, zehni shart ka muamla hai, aur wahan par hamein samajhna hoga aur wahan par koshish karna hoga.</w:t>
      </w:r>
    </w:p>
    <w:p>
      <w:pPr>
        <w:jc w:val="right"/>
      </w:pPr>
      <w:r>
        <w:t>یہ معاملہ ذہنی افسر کا معاملہ ہے، ذہنی شرط کا معاملہ ہے، اور وہاں پر ہمیں سمجھنا ہوگا اور وہاں پر کوشش کرنا ہوگا۔</w:t>
      </w:r>
    </w:p>
    <w:p>
      <w:r>
        <w:rPr>
          <w:b/>
        </w:rPr>
        <w:t xml:space="preserve">[45:34] </w:t>
      </w:r>
      <w:r>
        <w:t>toh mein dua karta hoon ke Allah taala mujh ko aur aap ko tofeeq de ke hum baat ko samjhein aur apni baat ko is andaaz mein kahein jo nataija markooz ho, nataija markooz ho.</w:t>
      </w:r>
    </w:p>
    <w:p>
      <w:pPr>
        <w:jc w:val="right"/>
      </w:pPr>
      <w:r>
        <w:t>تو میں دعا کرتا ہوں کہ اللہ تعالیٰ مجھ کو اور آپ کو توفیق دے کہ ہم بات کو سمجھیں اور اپنی بات کو اس انداز میں کہیں جو نتیجہ مرکوز ہو، نتیجہ مرکوز ہو۔</w:t>
      </w:r>
    </w:p>
    <w:p>
      <w:r>
        <w:rPr>
          <w:b/>
        </w:rPr>
        <w:t xml:space="preserve">[45:54] </w:t>
      </w:r>
      <w:r>
        <w:t>Assalam o Alaikum wa Rahmatullahi wa Barakatuh. Maulana, yeh sawal Dhampur se bheja hai Mahtab sahib ne, aur unhone likha hai ke Maulana sahib, agar koi doctor kisi doosre doctor se medical line ki baat kare toh woh doctor is baat ko foran samajh lega.</w:t>
      </w:r>
    </w:p>
    <w:p>
      <w:pPr>
        <w:jc w:val="right"/>
      </w:pPr>
      <w:r>
        <w:t>السلام علیکم ورحمۃ اللہ وبرکاتہ۔ مولانا، یہ سوال دھامپور سے بھیجا ہے مہتاب صاحب نے، اور انہوں نے لکھا ہے کہ مولانا صاحب، اگر کوئی ڈاکٹر کسی دوسرے ڈاکٹر سے میڈیکل لائن کی بات کرے تو وہ ڈاکٹر اس بات کو فوراً سمجھ لے گا۔</w:t>
      </w:r>
    </w:p>
    <w:p>
      <w:r>
        <w:rPr>
          <w:b/>
        </w:rPr>
        <w:t xml:space="preserve">[46:16] </w:t>
      </w:r>
      <w:r>
        <w:t>mera sawal yeh hai ke aap bhi aik aalim hain, Quran aur Hadees ke hawale se baat karte hain, phir hamare in ulama ko aap ki baat kyun samajh mein nahi aati?</w:t>
      </w:r>
    </w:p>
    <w:p>
      <w:pPr>
        <w:jc w:val="right"/>
      </w:pPr>
      <w:r>
        <w:t>میرا سوال یہ ہے کہ آپ بھی ایک عالم ہیں، قرآن اور حدیث کے حوالے سے بات کرتے ہیں، پھر ہمارے ان علماء کو آپ کی بات کیوں سمجھ میں نہیں آتی؟</w:t>
      </w:r>
    </w:p>
    <w:p>
      <w:r>
        <w:rPr>
          <w:b/>
        </w:rPr>
        <w:t xml:space="preserve">[46:31] </w:t>
      </w:r>
      <w:r>
        <w:t>bhai, aaj ki baat, aaj ka mein jo bola hoon toh isi par bola hoon ke badal hai, yaani aik woh un ke aur</w:t>
      </w:r>
    </w:p>
    <w:p>
      <w:pPr>
        <w:jc w:val="right"/>
      </w:pPr>
      <w:r>
        <w:t>بھئی، آج کی بات، آج کا میں جو بولا ہوں تو اسی پر بولا ہوں کہ بادل ہے، یعنی ایک وہ ان کے اور</w:t>
      </w:r>
    </w:p>
    <w:p>
      <w:r>
        <w:rPr>
          <w:b/>
        </w:rPr>
        <w:t xml:space="preserve">[46:49] </w:t>
      </w:r>
      <w:r>
        <w:t>asar baat ke beech mein aik badal aa gaya hai, is ki wajah se samajh mein nahi aati. jis ki maine misaal di, kai misalein.</w:t>
      </w:r>
    </w:p>
    <w:p>
      <w:pPr>
        <w:jc w:val="right"/>
      </w:pPr>
      <w:r>
        <w:t>اثر بات کے بیچ میں ایک بادل آ گیا ہے، اس کی وجہ سے سمجھ میں نہیں آتی۔ جس کی میں نے مثال دی، کئی مثالیں۔</w:t>
      </w:r>
    </w:p>
    <w:p>
      <w:r>
        <w:rPr>
          <w:b/>
        </w:rPr>
        <w:t xml:space="preserve">[47:04] </w:t>
      </w:r>
      <w:r>
        <w:t>toh dekhein, hamare madaris ki aik aik aik baat yeh hai ke har madrase ko kisi bare aalim ne banaya hai,</w:t>
      </w:r>
    </w:p>
    <w:p>
      <w:pPr>
        <w:jc w:val="right"/>
      </w:pPr>
      <w:r>
        <w:t>تو دیکھیں، ہمارے مدارس کی ایک ایک ایک بات یہ ہے کہ ہر مدرسے کو کسی بڑے عالم نے بنایا ہے،</w:t>
      </w:r>
    </w:p>
    <w:p>
      <w:r>
        <w:rPr>
          <w:b/>
        </w:rPr>
        <w:t xml:space="preserve">[47:19] </w:t>
      </w:r>
      <w:r>
        <w:t>sirf aik madrassa is mein istasna hai, woh Jamia Darussalam. toh madaris mein kya hai ke woh jo bani hai, unhi ko sab kuch samajh aata hai, sab kuch.</w:t>
      </w:r>
    </w:p>
    <w:p>
      <w:pPr>
        <w:jc w:val="right"/>
      </w:pPr>
      <w:r>
        <w:t>صرف ایک مدرسہ اس میں استثنا ہے، وہ جامعہ دارالسلام۔ تو مدرسوں میں کیا ہے کہ وہ جو بانی ہے، انہی کو سب کچھ سمجھ آتا ہے، سب کچھ۔</w:t>
      </w:r>
    </w:p>
    <w:p>
      <w:r>
        <w:rPr>
          <w:b/>
        </w:rPr>
        <w:t xml:space="preserve">[47:34] </w:t>
      </w:r>
      <w:r>
        <w:t>toh madaris ke bare mein mera tajruba yeh hai ke madrase ke parhe hue logon ke aur asal deen ke beech mein woh aalim haail hai ke hamare Hazrat Hassan Qayyani.</w:t>
      </w:r>
    </w:p>
    <w:p>
      <w:pPr>
        <w:jc w:val="right"/>
      </w:pPr>
      <w:r>
        <w:t>تو مدرسوں کے بارے میں میرا تجربہ یہ ہے کہ مدرسے کے پڑھے ہوئے لوگوں کے اور اصل دین کے بیچ میں وہ عالم حائل ہے کہ ہمارے حضرت حسن قیانی۔</w:t>
      </w:r>
    </w:p>
    <w:p>
      <w:r>
        <w:rPr>
          <w:b/>
        </w:rPr>
        <w:t xml:space="preserve">[47:51] </w:t>
      </w:r>
      <w:r>
        <w:t>maine kai baar tajruba kiya hai ke koi baat aisa mein kahoon jo Quran o Hadees ke hawale se kahoon toh woh kya keh dein ge?</w:t>
      </w:r>
    </w:p>
    <w:p>
      <w:pPr>
        <w:jc w:val="right"/>
      </w:pPr>
      <w:r>
        <w:t>میں نے کئی بار تجربہ کیا ہے کہ کوئی بات ایسا میں کہوں جو قرآن و حدیث کے حوالے سے کہوں تو وہ کیا کہہ دیں گے؟</w:t>
      </w:r>
    </w:p>
    <w:p>
      <w:r>
        <w:rPr>
          <w:b/>
        </w:rPr>
        <w:t xml:space="preserve">[48:00] </w:t>
      </w:r>
      <w:r>
        <w:t>bhai, hamare Hazrat Hassan Qayyani, hamare Hazrat, kya aap se aap kya aap se kam jante the?</w:t>
      </w:r>
    </w:p>
    <w:p>
      <w:pPr>
        <w:jc w:val="right"/>
      </w:pPr>
      <w:r>
        <w:t>بھئی، ہمارے حضرت حسن قیانی، ہمارے حضرت، کیا آپ سے آپ کیا آپ سے کم جانتے تھے؟</w:t>
      </w:r>
    </w:p>
    <w:p>
      <w:r>
        <w:rPr>
          <w:b/>
        </w:rPr>
        <w:t xml:space="preserve">[48:08] </w:t>
      </w:r>
      <w:r>
        <w:t>hamare Hazrat, yeh in ka afsar hota hai, yeh in ka afsar hota hai. maine bar bar yeh tajruba kiya hai ke madrase ke log jo hain, woh apna, un ke jo apne akabir kehte hain, un ko woh un ke jo akabir ke afsar bhi jeete hain,</w:t>
      </w:r>
    </w:p>
    <w:p>
      <w:pPr>
        <w:jc w:val="right"/>
      </w:pPr>
      <w:r>
        <w:t>ہمارے حضرت، یہ ان کا افسر ہوتا ہے، یہ ان کا افسر ہوتا ہے۔ میں نے بار بار یہ تجربہ کیا ہے کہ مدرسے کے لوگ جو ہیں، وہ اپنا، ان کے جو اپنے اکابر کہتے ہیں، ان کو وہ ان کے جو اکابر کے افسر بھی جیتے ہیں،</w:t>
      </w:r>
    </w:p>
    <w:p>
      <w:r>
        <w:rPr>
          <w:b/>
        </w:rPr>
        <w:t xml:space="preserve">[48:30] </w:t>
      </w:r>
      <w:r>
        <w:t>bade, to jab main un se baat karta hoon aur Quran o Hadees sunata hoon to kya keh dete hain?</w:t>
      </w:r>
    </w:p>
    <w:p>
      <w:pPr>
        <w:jc w:val="right"/>
      </w:pPr>
      <w:r>
        <w:t>بڑے، تو جب میں ان سے بات کرتا ہوں اور قرآن و حدیث سناتا ہوں تو کیا کہہ دیتے ہیں؟</w:t>
      </w:r>
    </w:p>
    <w:p>
      <w:r>
        <w:rPr>
          <w:b/>
        </w:rPr>
        <w:t xml:space="preserve">[48:40] </w:t>
      </w:r>
      <w:r>
        <w:t>kya Quran o Hadees in ko nahi maloom tha? hamare akabir le jate the Quran o Hadees ko, aap hi jante hain.</w:t>
      </w:r>
    </w:p>
    <w:p>
      <w:pPr>
        <w:jc w:val="right"/>
      </w:pPr>
      <w:r>
        <w:t>کیا قرآن و حدیث ان کو نہیں معلوم تھا؟ ہمارے اکابر لے جاتے تھے قرآن و حدیث کو، آپ ہی جانتے ہیں۔</w:t>
      </w:r>
    </w:p>
    <w:p>
      <w:r>
        <w:rPr>
          <w:b/>
        </w:rPr>
        <w:t xml:space="preserve">[48:50] </w:t>
      </w:r>
      <w:r>
        <w:t>to yeh hai un ki shart, is shart ko todna, yani aap jante hain ke bahut se madarse ke padhe hue bhi hamare saathi hain, un ki shart tooti hai.</w:t>
      </w:r>
    </w:p>
    <w:p>
      <w:pPr>
        <w:jc w:val="right"/>
      </w:pPr>
      <w:r>
        <w:t>تو یہ ہے ان کی شرط، اس شرط کو توڑنا، یعنی آپ جانتے ہیں کہ بہت سے مدرسے کے پڑھے ہوئے بھی ہمارے ساتھی ہیں، ان کی شرط ٹوٹی ہے۔</w:t>
      </w:r>
    </w:p>
    <w:p>
      <w:r>
        <w:rPr>
          <w:b/>
        </w:rPr>
        <w:t xml:space="preserve">[49:03] </w:t>
      </w:r>
      <w:r>
        <w:t>to shart ko tootne ki shakal yeh hai ke aap hamari kitabein parhwaien, hamari kitabein parhwaen. mujhe bahut se, yani madaris ke farigheen mein bahut se log hain jo hamare khilaf the.</w:t>
      </w:r>
    </w:p>
    <w:p>
      <w:pPr>
        <w:jc w:val="right"/>
      </w:pPr>
      <w:r>
        <w:t>تو شرط کو ٹوٹنے کی شکل یہ ہے کہ آپ ہماری کتابیں پڑھوائیں، ہماری کتابیں پڑھوائیں۔ مجھے بہت سے، یعنی مدارس کے فارغین میں بہت سے لوگ ہیں جو ہمارے خلاف تھے۔</w:t>
      </w:r>
    </w:p>
    <w:p>
      <w:r>
        <w:rPr>
          <w:b/>
        </w:rPr>
        <w:t xml:space="preserve">[49:17] </w:t>
      </w:r>
      <w:r>
        <w:t>phir jab un ko kitabein parhwai gayeen to unhone maan liya ke bhai yeh to baat theek hai. to mere khayal se adab ko padhana bahut zaroori hai, isi se shart toote gi, is ke baad un ka ikhtilaf khatm ho jayega.</w:t>
      </w:r>
    </w:p>
    <w:p>
      <w:pPr>
        <w:jc w:val="right"/>
      </w:pPr>
      <w:r>
        <w:t>پھر جب ان کو کتابیں پڑھوائی گئیں تو انہوں نے مان لیا کہ بھئی یہ تو بات ٹھیک ہے۔ تو میرے خیال سے ادب کو پڑھانا بہت ضروری ہے، اسی سے شرط ٹوٹے گی، اس کے بعد ان کا اختلاف ختم ہو جائے گا۔</w:t>
      </w:r>
    </w:p>
    <w:p>
      <w:r>
        <w:rPr>
          <w:b/>
        </w:rPr>
        <w:t xml:space="preserve">[49:34] </w:t>
      </w:r>
      <w:r>
        <w:t>Maulana, agla sawal Delhi se aya hai, Maulana Farhad Umri ka, aur unhone likha hai: "It seems that a lot of fighters of ISIS are converted Muslims.</w:t>
      </w:r>
    </w:p>
    <w:p>
      <w:pPr>
        <w:jc w:val="right"/>
      </w:pPr>
      <w:r>
        <w:t>مولانا، اگلا سوال دلی سے آیا ہے، مولانا فرہاد عمری کا، اور انہوں نے لکھا ہے: "It seems that a lot of fighters of ISIS are converted Muslims.</w:t>
      </w:r>
    </w:p>
    <w:p>
      <w:r>
        <w:rPr>
          <w:b/>
        </w:rPr>
        <w:t xml:space="preserve">[49:50] </w:t>
      </w:r>
      <w:r>
        <w:t>What is the reason that these new Muslims who entered into the fold of Islam after reading Quran and other Islamic books do not become sympathizers of humans but become sympathizers of Muslims?</w:t>
      </w:r>
    </w:p>
    <w:p>
      <w:pPr>
        <w:jc w:val="right"/>
      </w:pPr>
      <w:r>
        <w:t>What is the reason that these new Muslims who entered into the fold of Islam after reading Quran and other Islamic books do not become sympathizers of humans but become sympathizers of Muslims?</w:t>
      </w:r>
    </w:p>
    <w:p>
      <w:r>
        <w:rPr>
          <w:b/>
        </w:rPr>
        <w:t xml:space="preserve">[50:07] </w:t>
      </w:r>
      <w:r>
        <w:t>What is the reason and how do we counter this trend?" dekhen, is ko maine, yani kafi is par socha aur mutala kiya hai.</w:t>
      </w:r>
    </w:p>
    <w:p>
      <w:pPr>
        <w:jc w:val="right"/>
      </w:pPr>
      <w:r>
        <w:t>What is the reason and how do we counter this trend?" دیکھیں، اس کو میں نے، یعنی کافی اس پر سوچا اور مطالعہ کیا ہے۔</w:t>
      </w:r>
    </w:p>
    <w:p>
      <w:r>
        <w:rPr>
          <w:b/>
        </w:rPr>
        <w:t xml:space="preserve">[50:17] </w:t>
      </w:r>
      <w:r>
        <w:t>asal cheez yeh hai ke dekhen, yeh jo ghair Muslim hain, woh mutasir hue Quran ko padh kar ke, Quran ko padh kar mutasir hue, lekin jab Islam mein dakhil hue to phir aa gaye Musalmanon mein.</w:t>
      </w:r>
    </w:p>
    <w:p>
      <w:pPr>
        <w:jc w:val="right"/>
      </w:pPr>
      <w:r>
        <w:t>اصل چیز یہ ہے کہ دیکھیں، یہ جو غیر مسلم ہیں، وہ متاثر ہوئے قرآن کو پڑھ کر کے، قرآن کو پڑھ کر متاثر ہوئے، لیکن جب اسلام میں داخل ہوئے تو پھر آگئے مسلمانوں میں۔</w:t>
      </w:r>
    </w:p>
    <w:p>
      <w:r>
        <w:rPr>
          <w:b/>
        </w:rPr>
        <w:t xml:space="preserve">[50:36] </w:t>
      </w:r>
      <w:r>
        <w:t>Quran ka apna koi muashra to hai nahi,</w:t>
      </w:r>
    </w:p>
    <w:p>
      <w:pPr>
        <w:jc w:val="right"/>
      </w:pPr>
      <w:r>
        <w:t>قرآن کا اپنا کوئی معاشرہ تو ہے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