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Realization of God March 16, 2014 Maulana Wahiduddin Khan</w:t>
      </w:r>
    </w:p>
    <w:p>
      <w:r>
        <w:t>https://www.youtube.com/watch?v=OA8Apjhruag</w:t>
      </w:r>
    </w:p>
    <w:p>
      <w:r>
        <w:rPr>
          <w:b/>
        </w:rPr>
        <w:t xml:space="preserve">[00:14] </w:t>
      </w:r>
      <w:r>
        <w:t>Bismillah Rehmanur Rahim, wa Salla Allahu ala Nabiyyil Kareem. Rab ishrah li sadri, wa yassir li amri, wahul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[00:39] </w:t>
      </w:r>
      <w:r>
        <w:t>16 March 2014.</w:t>
      </w:r>
    </w:p>
    <w:p>
      <w:pPr>
        <w:jc w:val="right"/>
      </w:pPr>
      <w:r>
        <w:t>16 مارچ 2014۔</w:t>
      </w:r>
    </w:p>
    <w:p>
      <w:r>
        <w:rPr>
          <w:b/>
        </w:rPr>
        <w:t xml:space="preserve">[00:52] </w:t>
      </w:r>
      <w:r>
        <w:t>is se pehle main kai baar yeh baat keh chuka hoon ke agar aap chahte hain</w:t>
      </w:r>
    </w:p>
    <w:p>
      <w:pPr>
        <w:jc w:val="right"/>
      </w:pPr>
      <w:r>
        <w:t>اس سے پہلے میں کئی بار یہ بات کہہ چکا ہوں کہ اگر آپ چاہتے ہیں</w:t>
      </w:r>
    </w:p>
    <w:p>
      <w:r>
        <w:rPr>
          <w:b/>
        </w:rPr>
        <w:t xml:space="preserve">[01:04] </w:t>
      </w:r>
      <w:r>
        <w:t>ke aap ko Allah ki marifat mile, aap ka Spiritual Development ho, aap</w:t>
      </w:r>
    </w:p>
    <w:p>
      <w:pPr>
        <w:jc w:val="right"/>
      </w:pPr>
      <w:r>
        <w:t>کہ آپ کو اللہ کی معرفت ملے، آپ کا Spiritual Development ہو، آپ</w:t>
      </w:r>
    </w:p>
    <w:p>
      <w:r>
        <w:rPr>
          <w:b/>
        </w:rPr>
        <w:t xml:space="preserve">[01:17] </w:t>
      </w:r>
      <w:r>
        <w:t>ko zehni irtiqaa hasil ho, then you have to prepare your mind.</w:t>
      </w:r>
    </w:p>
    <w:p>
      <w:pPr>
        <w:jc w:val="right"/>
      </w:pPr>
      <w:r>
        <w:t>کو ذہنی ارتقاء حاصل ہو، then you have to prepare your mind۔</w:t>
      </w:r>
    </w:p>
    <w:p>
      <w:r>
        <w:rPr>
          <w:b/>
        </w:rPr>
        <w:t xml:space="preserve">[01:28] </w:t>
      </w:r>
      <w:r>
        <w:t>apne mind ko prepare karna padega taake mind jo hai trigger hota rahe. dekhen sara jo khulasa hai woh yeh hai ke aap ka mind kisi baat ko le kar trigger ho jaye.</w:t>
      </w:r>
    </w:p>
    <w:p>
      <w:pPr>
        <w:jc w:val="right"/>
      </w:pPr>
      <w:r>
        <w:t>اپنے mind کو prepare کرنا پڑے گا تاکہ mind جو ہے trigger ہوتا رہے۔ دیکھیں سارا جو خلاصہ ہے وہ یہ ہے کہ آپ کا mind کسی بات کو لے کر trigger ہو جائے۔</w:t>
      </w:r>
    </w:p>
    <w:p>
      <w:r>
        <w:rPr>
          <w:b/>
        </w:rPr>
        <w:t xml:space="preserve">[01:46] </w:t>
      </w:r>
      <w:r>
        <w:t>agar yeh baat nahi hai to aap ko bahut hi formally imaan mein jeena padega. bas yeh ke kalma padh liya to samjhenge ke imaan mil gaya.</w:t>
      </w:r>
    </w:p>
    <w:p>
      <w:pPr>
        <w:jc w:val="right"/>
      </w:pPr>
      <w:r>
        <w:t>اگر یہ بات نہیں ہے تو آپ کو بہت ہی formally ایمان میں جینا پڑے گا۔ بس یہ کہ کلمہ پڑھ لیا تو سمجھیں گے کہ ایمان مل گیا۔</w:t>
      </w:r>
    </w:p>
    <w:p>
      <w:r>
        <w:rPr>
          <w:b/>
        </w:rPr>
        <w:t xml:space="preserve">[01:58] </w:t>
      </w:r>
      <w:r>
        <w:t>lekin woh imaan jo brainstorming lata hai, woh imaan</w:t>
      </w:r>
    </w:p>
    <w:p>
      <w:pPr>
        <w:jc w:val="right"/>
      </w:pPr>
      <w:r>
        <w:t>لیکن وہ ایمان جو brainstorming لاتا ہے، وہ ایمان</w:t>
      </w:r>
    </w:p>
    <w:p>
      <w:r>
        <w:rPr>
          <w:b/>
        </w:rPr>
        <w:t xml:space="preserve">[02:06] </w:t>
      </w:r>
      <w:r>
        <w:t>jo aap ko yeh tofeeq deta hai ke aap Ism e Azam ke sath dua karen,</w:t>
      </w:r>
    </w:p>
    <w:p>
      <w:pPr>
        <w:jc w:val="right"/>
      </w:pPr>
      <w:r>
        <w:t>جو آپ کو یہ توفیق دیتا ہے کہ آپ اسم اعظم کے ساتھ دعا کریں،</w:t>
      </w:r>
    </w:p>
    <w:p>
      <w:r>
        <w:rPr>
          <w:b/>
        </w:rPr>
        <w:t xml:space="preserve">[02:19] </w:t>
      </w:r>
      <w:r>
        <w:t>jo Allah Ta'ala ko arsh ko hila deti hai,</w:t>
      </w:r>
    </w:p>
    <w:p>
      <w:pPr>
        <w:jc w:val="right"/>
      </w:pPr>
      <w:r>
        <w:t>جو اللہ تعالیٰ کو عرش کو ہلا دیتی ہے،</w:t>
      </w:r>
    </w:p>
    <w:p>
      <w:r>
        <w:rPr>
          <w:b/>
        </w:rPr>
        <w:t xml:space="preserve">[02:25] </w:t>
      </w:r>
      <w:r>
        <w:t>to is ke liye aap ko apne mind ko prepare rakhna padega taake jab bhi koi baat ho to aap ka mind trigger ho jaye. is ko yaad rakhen ke jab tak yeh sifat na aaye, aap jante hain gun mein jab is ki jo trigger hoti hai us ko active kiya jata hai to dhamaka hota hai.</w:t>
      </w:r>
    </w:p>
    <w:p>
      <w:pPr>
        <w:jc w:val="right"/>
      </w:pPr>
      <w:r>
        <w:t>تو اس کے لیے آپ کو اپنے mind کو prepare رکھنا پڑے گا تاکہ جب بھی کوئی بات ہو تو آپ کا mind trigger ہو جائے۔ اس کو یاد رکھیں کہ جب تک یہ صفت نہ آئے، آپ جانتے ہیں gun میں جب اس کی جو trigger ہوتی ہے اس کو active کیا جاتا ہے تو دھماکہ ہوتا ہے۔</w:t>
      </w:r>
    </w:p>
    <w:p>
      <w:r>
        <w:rPr>
          <w:b/>
        </w:rPr>
        <w:t xml:space="preserve">[02:47] </w:t>
      </w:r>
      <w:r>
        <w:t>dhamaka, explosion hota hai. to it requires an intellectual explosion.</w:t>
      </w:r>
    </w:p>
    <w:p>
      <w:pPr>
        <w:jc w:val="right"/>
      </w:pPr>
      <w:r>
        <w:t>دھماکہ، explosion ہوتا ہے۔ تو it requires an intellectual explosion۔</w:t>
      </w:r>
    </w:p>
    <w:p>
      <w:r>
        <w:rPr>
          <w:b/>
        </w:rPr>
        <w:t xml:space="preserve">[03:00] </w:t>
      </w:r>
      <w:r>
        <w:t>yahan bhi aap ko ek zehni dhamaka darkar hai badi marifat tak pahunchne ke liye. nahi to kuch nahi hoga.</w:t>
      </w:r>
    </w:p>
    <w:p>
      <w:pPr>
        <w:jc w:val="right"/>
      </w:pPr>
      <w:r>
        <w:t>یہاں بھی آپ کو ایک ذہنی دھماکہ درکار ہے بڑی معرفت تک پہنچنے کے لیے۔ نہیں تو کچھ نہیں ہوگا۔</w:t>
      </w:r>
    </w:p>
    <w:p>
      <w:r>
        <w:rPr>
          <w:b/>
        </w:rPr>
        <w:t xml:space="preserve">[03:12] </w:t>
      </w:r>
      <w:r>
        <w:t>to main aap ko ek misaal deta hoon.</w:t>
      </w:r>
    </w:p>
    <w:p>
      <w:pPr>
        <w:jc w:val="right"/>
      </w:pPr>
      <w:r>
        <w:t>تو میں آپ کو ایک مثال دیتا ہوں۔</w:t>
      </w:r>
    </w:p>
    <w:p>
      <w:r>
        <w:rPr>
          <w:b/>
        </w:rPr>
        <w:t xml:space="preserve">[03:17] </w:t>
      </w:r>
      <w:r>
        <w:t>dekhen yeh mere hath mein Angrezi akhbar hai, 14 March ka, yani parson ka.</w:t>
      </w:r>
    </w:p>
    <w:p>
      <w:pPr>
        <w:jc w:val="right"/>
      </w:pPr>
      <w:r>
        <w:t>دیکھیں یہ میرے ہاتھ میں انگریزی اخبار ہے، 14 مارچ کا، یعنی پرسوں کا۔</w:t>
      </w:r>
    </w:p>
    <w:p>
      <w:r>
        <w:rPr>
          <w:b/>
        </w:rPr>
        <w:t xml:space="preserve">[03:29] </w:t>
      </w:r>
      <w:r>
        <w:t>14 march 2014.</w:t>
      </w:r>
    </w:p>
    <w:p>
      <w:pPr>
        <w:jc w:val="right"/>
      </w:pPr>
      <w:r>
        <w:t>14 مارچ 2014۔</w:t>
      </w:r>
    </w:p>
    <w:p>
      <w:r>
        <w:rPr>
          <w:b/>
        </w:rPr>
        <w:t xml:space="preserve">[03:38] </w:t>
      </w:r>
      <w:r>
        <w:t>is mein aik news item hai.</w:t>
      </w:r>
    </w:p>
    <w:p>
      <w:pPr>
        <w:jc w:val="right"/>
      </w:pPr>
      <w:r>
        <w:t>اس میں ایک news item ہے۔</w:t>
      </w:r>
    </w:p>
    <w:p>
      <w:r>
        <w:rPr>
          <w:b/>
        </w:rPr>
        <w:t xml:space="preserve">[03:44] </w:t>
      </w:r>
      <w:r>
        <w:t>is news item mein bataya gaya hai ke france ki observatory mein kuch scientists research kar rahe the telescope ke zariye.</w:t>
      </w:r>
    </w:p>
    <w:p>
      <w:pPr>
        <w:jc w:val="right"/>
      </w:pPr>
      <w:r>
        <w:t>اس news item میں بتایا گیا ہے کہ فرانس کی observatory میں کچھ scientists research کر رہے تھے telescope کے ذریعے۔</w:t>
      </w:r>
    </w:p>
    <w:p>
      <w:r>
        <w:rPr>
          <w:b/>
        </w:rPr>
        <w:t xml:space="preserve">[04:03] </w:t>
      </w:r>
      <w:r>
        <w:t>to unhon ne aik naya star discover kiya jo bohat hi bara hai. yani space ke das baray stars mein se aik star hai woh.</w:t>
      </w:r>
    </w:p>
    <w:p>
      <w:pPr>
        <w:jc w:val="right"/>
      </w:pPr>
      <w:r>
        <w:t>تو انہوں نے ایک نیا star discover کیا جو بہت ہی بڑا ہے۔ یعنی space کے دس بڑے stars میں سے ایک star ہے وہ۔</w:t>
      </w:r>
    </w:p>
    <w:p>
      <w:r>
        <w:rPr>
          <w:b/>
        </w:rPr>
        <w:t xml:space="preserve">[04:14] </w:t>
      </w:r>
      <w:r>
        <w:t>yeh star hamari zameen se</w:t>
      </w:r>
    </w:p>
    <w:p>
      <w:pPr>
        <w:jc w:val="right"/>
      </w:pPr>
      <w:r>
        <w:t>یہ star ہماری زمین سے</w:t>
      </w:r>
    </w:p>
    <w:p>
      <w:r>
        <w:rPr>
          <w:b/>
        </w:rPr>
        <w:t xml:space="preserve">[04:21] </w:t>
      </w:r>
      <w:r>
        <w:t>barah hazar light years door hai. twelve thousand light years door hai hamari zameen se. aur woh itna bara hai ke hamare suraj se about one million brighter hai.</w:t>
      </w:r>
    </w:p>
    <w:p>
      <w:pPr>
        <w:jc w:val="right"/>
      </w:pPr>
      <w:r>
        <w:t>بارہ ہزار light years دور ہے۔ Twelve thousand light years دور ہے ہماری زمین سے۔ اور وہ اتنا بڑا ہے کہ ہمارے سورج سے about one million brighter ہے۔</w:t>
      </w:r>
    </w:p>
    <w:p>
      <w:r>
        <w:rPr>
          <w:b/>
        </w:rPr>
        <w:t xml:space="preserve">[04:41] </w:t>
      </w:r>
      <w:r>
        <w:t>about one million brighter than our sun. aap sochen kitna bara hoga woh.</w:t>
      </w:r>
    </w:p>
    <w:p>
      <w:pPr>
        <w:jc w:val="right"/>
      </w:pPr>
      <w:r>
        <w:t>About one million brighter than our sun۔ آپ سوچیں کتنا بڑا ہوگا وہ۔</w:t>
      </w:r>
    </w:p>
    <w:p>
      <w:r>
        <w:rPr>
          <w:b/>
        </w:rPr>
        <w:t xml:space="preserve">[04:54] </w:t>
      </w:r>
      <w:r>
        <w:t>is ko le kar woh sochne laga.</w:t>
      </w:r>
    </w:p>
    <w:p>
      <w:pPr>
        <w:jc w:val="right"/>
      </w:pPr>
      <w:r>
        <w:t>اس کو لے کر وہ سوچنے لگا۔</w:t>
      </w:r>
    </w:p>
    <w:p>
      <w:r>
        <w:rPr>
          <w:b/>
        </w:rPr>
        <w:t xml:space="preserve">[04:59] </w:t>
      </w:r>
      <w:r>
        <w:t>to aik bari hi ajeeb ghareeb cheez samajh mein aai.</w:t>
      </w:r>
    </w:p>
    <w:p>
      <w:pPr>
        <w:jc w:val="right"/>
      </w:pPr>
      <w:r>
        <w:t>تو ایک بڑی ہی عجیب غریب چیز سمجھ میں آئی۔</w:t>
      </w:r>
    </w:p>
    <w:p>
      <w:r>
        <w:rPr>
          <w:b/>
        </w:rPr>
        <w:t xml:space="preserve">[05:04] </w:t>
      </w:r>
      <w:r>
        <w:t>dekhen hamari jo dunya hai is mein sab se zyada jante hain kya cheez hai? sab se zyada heat hai, heat. har cheez heat hai.</w:t>
      </w:r>
    </w:p>
    <w:p>
      <w:pPr>
        <w:jc w:val="right"/>
      </w:pPr>
      <w:r>
        <w:t>دیکھیں ہماری جو دنیا ہے اس میں سب سے زیادہ جانتے ہیں کیا چیز ہے؟ سب سے زیادہ heat ہے، heat۔ ہر چیز heat ہے۔</w:t>
      </w:r>
    </w:p>
    <w:p>
      <w:r>
        <w:rPr>
          <w:b/>
        </w:rPr>
        <w:t xml:space="preserve">[05:15] </w:t>
      </w:r>
      <w:r>
        <w:t>har taraf heat hai. yani aag hai goya ke. sari space jo hai stars se bhari hui hai aur har star aag hai, heat hai.</w:t>
      </w:r>
    </w:p>
    <w:p>
      <w:pPr>
        <w:jc w:val="right"/>
      </w:pPr>
      <w:r>
        <w:t>ہر طرف heat ہے۔ یعنی آگ ہے گویا کہ۔ ساری space جو ہے stars سے بھری ہوئی ہے اور ہر star آگ ہے، heat ہے۔</w:t>
      </w:r>
    </w:p>
    <w:p>
      <w:r>
        <w:rPr>
          <w:b/>
        </w:rPr>
        <w:t xml:space="preserve">[05:29] </w:t>
      </w:r>
      <w:r>
        <w:t>to hum log kya hain? hum log aag ke darmiyan jee rahe hain. bohat hi anokhi baat hai, yeh sochne ki baat hai.</w:t>
      </w:r>
    </w:p>
    <w:p>
      <w:pPr>
        <w:jc w:val="right"/>
      </w:pPr>
      <w:r>
        <w:t>تو ہم لوگ کیا ہیں؟ ہم لوگ آگ کے درمیان جی رہے ہیں۔ بہت ہی انوکھی بات ہے، یہ سوچنے کی بات ہے۔</w:t>
      </w:r>
    </w:p>
    <w:p>
      <w:r>
        <w:rPr>
          <w:b/>
        </w:rPr>
        <w:t xml:space="preserve">[05:42] </w:t>
      </w:r>
      <w:r>
        <w:t>hamari zameen jo hai is ke neeche bhi aag bhari hui hai. yani sirf chalis</w:t>
      </w:r>
    </w:p>
    <w:p>
      <w:pPr>
        <w:jc w:val="right"/>
      </w:pPr>
      <w:r>
        <w:t>ہماری زمین جو ہے اس کے نیچے بھی آگ بھری ہوئی ہے۔ یعنی صرف چالیس</w:t>
      </w:r>
    </w:p>
    <w:p>
      <w:r>
        <w:rPr>
          <w:b/>
        </w:rPr>
        <w:t xml:space="preserve">[05:51] </w:t>
      </w:r>
      <w:r>
        <w:t>kilometer ke baad sab aag hi aag hai. jabke zameen jo hai poori</w:t>
      </w:r>
    </w:p>
    <w:p>
      <w:pPr>
        <w:jc w:val="right"/>
      </w:pPr>
      <w:r>
        <w:t>کلومیٹر کے بعد سب آگ ہی آگ ہے۔ جبکہ زمین جو ہے پوری</w:t>
      </w:r>
    </w:p>
    <w:p>
      <w:r>
        <w:rPr>
          <w:b/>
        </w:rPr>
        <w:t xml:space="preserve">[06:00] </w:t>
      </w:r>
      <w:r>
        <w:t>bohat hi bari hai.</w:t>
      </w:r>
    </w:p>
    <w:p>
      <w:pPr>
        <w:jc w:val="right"/>
      </w:pPr>
      <w:r>
        <w:t>بہت ہی بڑی ہے۔</w:t>
      </w:r>
    </w:p>
    <w:p>
      <w:r>
        <w:rPr>
          <w:b/>
        </w:rPr>
        <w:t xml:space="preserve">[06:04] </w:t>
      </w:r>
      <w:r>
        <w:t>bohat hi bari hai.</w:t>
      </w:r>
    </w:p>
    <w:p>
      <w:pPr>
        <w:jc w:val="right"/>
      </w:pPr>
      <w:r>
        <w:t>بہت ہی بڑی ہے۔</w:t>
      </w:r>
    </w:p>
    <w:p>
      <w:r>
        <w:rPr>
          <w:b/>
        </w:rPr>
        <w:t xml:space="preserve">[06:09] </w:t>
      </w:r>
      <w:r>
        <w:t>yani terah hazar kilometer ki diameter hai is ka. aur sirf chalis kilometer andar jo hai lava hai. lava jo hai bohat hi garam, bohat hi garam hota hai.</w:t>
      </w:r>
    </w:p>
    <w:p>
      <w:pPr>
        <w:jc w:val="right"/>
      </w:pPr>
      <w:r>
        <w:t>یعنی تیرہ ہزار کلومیٹر کی diameter ہے اس کا۔ اور صرف چالیس کلومیٹر اندر جو ہے لاوا ہے۔ لاوا جو ہے بہت ہی گرم، بہت ہی گرم ہوتا ہے۔</w:t>
      </w:r>
    </w:p>
    <w:p>
      <w:r>
        <w:rPr>
          <w:b/>
        </w:rPr>
        <w:t xml:space="preserve">[06:22] </w:t>
      </w:r>
      <w:r>
        <w:t>jab phatta hai volcano to aap jante hain kitna nuqsan karta hai.</w:t>
      </w:r>
    </w:p>
    <w:p>
      <w:pPr>
        <w:jc w:val="right"/>
      </w:pPr>
      <w:r>
        <w:t>جب پھٹتا ہے volcano تو آپ جانتے ہیں کتنا نقصان کرتا ہے۔</w:t>
      </w:r>
    </w:p>
    <w:p>
      <w:r>
        <w:rPr>
          <w:b/>
        </w:rPr>
        <w:t xml:space="preserve">[06:29] </w:t>
      </w:r>
      <w:r>
        <w:t>to hamari zameen ke neeche heat hai. hamara suraj jo hai aap jante hain ke woh heat hai. sare sitare heat hain.</w:t>
      </w:r>
    </w:p>
    <w:p>
      <w:pPr>
        <w:jc w:val="right"/>
      </w:pPr>
      <w:r>
        <w:t>تو ہماری زمین کے نیچے heat ہے۔ ہمارا سورج جو ہے آپ جانتے ہیں کہ وہ heat ہے۔ سارے ستارے heat ہیں۔</w:t>
      </w:r>
    </w:p>
    <w:p>
      <w:r>
        <w:rPr>
          <w:b/>
        </w:rPr>
        <w:t xml:space="preserve">[06:40] </w:t>
      </w:r>
      <w:r>
        <w:t>phir bhi hum zinda hain. kaise zinda hain? yani hum heat ko bardasht nahi kar sakte.</w:t>
      </w:r>
    </w:p>
    <w:p>
      <w:pPr>
        <w:jc w:val="right"/>
      </w:pPr>
      <w:r>
        <w:t>پھر بھی ہم زندہ ہیں۔ کیسے زندہ ہیں؟ یعنی ہم heat کو برداشت نہیں کر سکتے۔</w:t>
      </w:r>
    </w:p>
    <w:p>
      <w:r>
        <w:rPr>
          <w:b/>
        </w:rPr>
        <w:t xml:space="preserve">[06:49] </w:t>
      </w:r>
      <w:r>
        <w:t>ab yeh aik aag ka angara aap hath mein lijiye phir dekhen kya hota hai aap ko. mere hath par yahan aag ka angara gir gaya tha, aaj tak is ka nishan yahan par hai.</w:t>
      </w:r>
    </w:p>
    <w:p>
      <w:pPr>
        <w:jc w:val="right"/>
      </w:pPr>
      <w:r>
        <w:t>اب یہ ایک آگ کا انگارہ آپ ہاتھ میں لیجیے پھر دیکھیں کیا ہوتا ہے آپ کو۔ میرے ہاتھ پر یہاں آگ کا انگارہ گر گیا تھا، آج تک اس کا نشان یہاں پر ہے۔</w:t>
      </w:r>
    </w:p>
    <w:p>
      <w:r>
        <w:rPr>
          <w:b/>
        </w:rPr>
        <w:t xml:space="preserve">[07:00] </w:t>
      </w:r>
      <w:r>
        <w:t>aag ka angara aik.</w:t>
      </w:r>
    </w:p>
    <w:p>
      <w:pPr>
        <w:jc w:val="right"/>
      </w:pPr>
      <w:r>
        <w:t>آگ کا انگارہ ایک۔</w:t>
      </w:r>
    </w:p>
    <w:p>
      <w:r>
        <w:rPr>
          <w:b/>
        </w:rPr>
        <w:t xml:space="preserve">[07:04] </w:t>
      </w:r>
      <w:r>
        <w:t>to zameen ke neeche heat, zameen ke bahar heat, aur is poori space mein heat, is mein hum jee rahe hain.</w:t>
      </w:r>
    </w:p>
    <w:p>
      <w:pPr>
        <w:jc w:val="right"/>
      </w:pPr>
      <w:r>
        <w:t>تو زمین کے نیچے heat، زمین کے باہر heat، اور اس پوری space میں heat، اس میں ہم جی رہے ہیں۔</w:t>
      </w:r>
    </w:p>
    <w:p>
      <w:r>
        <w:rPr>
          <w:b/>
        </w:rPr>
        <w:t xml:space="preserve">[07:14] </w:t>
      </w:r>
      <w:r>
        <w:t>to is ki wajah kya hai? Allah yani jo creator hai is ne bohat hi anokha balance qaim kar rakha hai. bohat hi anokha balance.</w:t>
      </w:r>
    </w:p>
    <w:p>
      <w:pPr>
        <w:jc w:val="right"/>
      </w:pPr>
      <w:r>
        <w:t>تو اس کی وجہ کیا ہے؟ اللہ یعنی جو creator ہے اس نے بہت ہی انوکھا balance قائم کر رکھا ہے۔ بہت ہی انوکھا balance۔</w:t>
      </w:r>
    </w:p>
    <w:p>
      <w:r>
        <w:rPr>
          <w:b/>
        </w:rPr>
        <w:t xml:space="preserve">[07:26] </w:t>
      </w:r>
      <w:r>
        <w:t>misalan jo star daryaft hua hai jo hai barah hazar light years door.</w:t>
      </w:r>
    </w:p>
    <w:p>
      <w:pPr>
        <w:jc w:val="right"/>
      </w:pPr>
      <w:r>
        <w:t>مثلاً جو star دریافت ہوا ہے جو ہے بارہ ہزار light years دور۔</w:t>
      </w:r>
    </w:p>
    <w:p>
      <w:r>
        <w:rPr>
          <w:b/>
        </w:rPr>
        <w:t xml:space="preserve">[07:38] </w:t>
      </w:r>
      <w:r>
        <w:t>agar woh woh qareeb aa jaye, suraj ki jagah par aa jaye to hum ek second bhi nahi reh sakte hum. ek second se fraction hum jal jayenge.</w:t>
      </w:r>
    </w:p>
    <w:p>
      <w:pPr>
        <w:jc w:val="right"/>
      </w:pPr>
      <w:r>
        <w:t>اگر وہ وہ قریب آ جائے، سورج کی جگہ پر آ جائے تو ہم ایک سیکنڈ بھی نہیں رہ سکتے ہم۔ ایک سیکنڈ سے fraction ہم جل جائیں گے۔</w:t>
      </w:r>
    </w:p>
    <w:p>
      <w:r>
        <w:rPr>
          <w:b/>
        </w:rPr>
        <w:t xml:space="preserve">[07:49] </w:t>
      </w:r>
      <w:r>
        <w:t>khud jo suraj hai woh nau lakh tees hazar meel door hai. agar woh aadha par aa jaye yani paanch lakh ki doori par aa jaye. paanch lakh meel doori par tab bhi hum jal jayenge.</w:t>
      </w:r>
    </w:p>
    <w:p>
      <w:pPr>
        <w:jc w:val="right"/>
      </w:pPr>
      <w:r>
        <w:t>خود جو سورج ہے وہ نو لاکھ تیس ہزار میل دور ہے۔ اگر وہ آدھا پر آ جائے یعنی پانچ لاکھ کی دوری پر آ جائے۔ پانچ لاکھ میل دوری پر تب بھی ہم جل جائیں گے۔</w:t>
      </w:r>
    </w:p>
    <w:p>
      <w:r>
        <w:rPr>
          <w:b/>
        </w:rPr>
        <w:t xml:space="preserve">[08:01] </w:t>
      </w:r>
      <w:r>
        <w:t>tab bhi jal jayenge hum. zameen ke neeche jo aag hai jo abhi chalis kilometer neeche agar farz kiya ke upar aate aate chaar kilometer ke upar aa jaye.</w:t>
      </w:r>
    </w:p>
    <w:p>
      <w:pPr>
        <w:jc w:val="right"/>
      </w:pPr>
      <w:r>
        <w:t>تب بھی جل جائیں گے ہم۔ زمین کے نیچے جو آگ ہے جو ابھی چالیس کلومیٹر نیچے اگر فرض کیا کہ اوپر آتے آتے چار کلومیٹر کے اوپر آ جائے۔</w:t>
      </w:r>
    </w:p>
    <w:p>
      <w:r>
        <w:rPr>
          <w:b/>
        </w:rPr>
        <w:t xml:space="preserve">[08:13] </w:t>
      </w:r>
      <w:r>
        <w:t>yani chaar hamara jo upper crust hai us ke sirf chaar kilometer neeche woh ho tab bhi hum jal jayenge.</w:t>
      </w:r>
    </w:p>
    <w:p>
      <w:pPr>
        <w:jc w:val="right"/>
      </w:pPr>
      <w:r>
        <w:t>یعنی چار ہمارا جو upper crust ہے اس کے صرف چار کلومیٹر نیچے وہ ہو تب بھی ہم جل جائیں گے۔</w:t>
      </w:r>
    </w:p>
    <w:p>
      <w:r>
        <w:rPr>
          <w:b/>
        </w:rPr>
        <w:t xml:space="preserve">[08:27] </w:t>
      </w:r>
      <w:r>
        <w:t>to yeh kyun aisa hai?</w:t>
      </w:r>
    </w:p>
    <w:p>
      <w:pPr>
        <w:jc w:val="right"/>
      </w:pPr>
      <w:r>
        <w:t>تو یہ کیوں ایسا ہے؟</w:t>
      </w:r>
    </w:p>
    <w:p>
      <w:r>
        <w:rPr>
          <w:b/>
        </w:rPr>
        <w:t xml:space="preserve">[08:31] </w:t>
      </w:r>
      <w:r>
        <w:t>creator ne hamare liye muqaddar kiya hai ke hamein energy mein hum jeete hain. hamein energy chahiye. zinda rehne ke liye energy. gaadi chalane ke liye energy.</w:t>
      </w:r>
    </w:p>
    <w:p>
      <w:pPr>
        <w:jc w:val="right"/>
      </w:pPr>
      <w:r>
        <w:t>creator نے ہمارے لیے مقدر کیا ہے کہ ہمیں energy میں ہم جیتے ہیں۔ ہمیں energy چاہیے۔ زندہ رہنے کے لیے energy۔ گاڑی چلانے کے لیے energy۔</w:t>
      </w:r>
    </w:p>
    <w:p>
      <w:r>
        <w:rPr>
          <w:b/>
        </w:rPr>
        <w:t xml:space="preserve">[08:41] </w:t>
      </w:r>
      <w:r>
        <w:t>hawa jahaz chalane ke liye energy. energy. aur energy kya hai? heat hai.</w:t>
      </w:r>
    </w:p>
    <w:p>
      <w:pPr>
        <w:jc w:val="right"/>
      </w:pPr>
      <w:r>
        <w:t>ہوا جہاز چلانے کے لیے energy۔ energy۔ اور energy کیا ہے؟ heat ہے۔</w:t>
      </w:r>
    </w:p>
    <w:p>
      <w:r>
        <w:rPr>
          <w:b/>
        </w:rPr>
        <w:t xml:space="preserve">[08:49] </w:t>
      </w:r>
      <w:r>
        <w:t>bohat hi anokhi baat hai. heat is a form of energy. yeh sab jo duniya mein hai ab garmi hai yeh heat hai. yeh energy hai.</w:t>
      </w:r>
    </w:p>
    <w:p>
      <w:pPr>
        <w:jc w:val="right"/>
      </w:pPr>
      <w:r>
        <w:t>بہت ہی انوکھی بات ہے۔ Heat is a form of energy۔ یہ سب جو دنیا میں ہے اب گرمی ہے یہ heat ہے۔ یہ energy ہے۔</w:t>
      </w:r>
    </w:p>
    <w:p>
      <w:r>
        <w:rPr>
          <w:b/>
        </w:rPr>
        <w:t xml:space="preserve">[08:59] </w:t>
      </w:r>
      <w:r>
        <w:t>hamari body mein bhi heat hoti hai. is heat ki wajah se hum ko sardi mein jab lihaf odhte hain to garam hota hai. lihaf garam nahi hota hai. lihaf ya kambal nahi garam hota hai.</w:t>
      </w:r>
    </w:p>
    <w:p>
      <w:pPr>
        <w:jc w:val="right"/>
      </w:pPr>
      <w:r>
        <w:t>ہماری body میں بھی heat ہوتی ہے۔ اس heat کی وجہ سے ہم کو سردی میں جب لحاف اوڑھتے ہیں تو گرم ہوتا ہے۔ لحاف گرم نہیں ہوتا ہے۔ لحاف یا کمبل نہیں گرم ہوتا ہے۔</w:t>
      </w:r>
    </w:p>
    <w:p>
      <w:r>
        <w:rPr>
          <w:b/>
        </w:rPr>
        <w:t xml:space="preserve">[09:10] </w:t>
      </w:r>
      <w:r>
        <w:t>hamari heat ki jo garam hamari body ki heat jo nikalti hai us se hum garam hote hain. woh preserve karta hai woh lihaf.</w:t>
      </w:r>
    </w:p>
    <w:p>
      <w:pPr>
        <w:jc w:val="right"/>
      </w:pPr>
      <w:r>
        <w:t>ہماری heat کی جو گرم ہماری body کی heat جو نکلتی ہے اس سے ہم گرم ہوتے ہیں۔ وہ preserve کرتا ہے وہ لحاف۔</w:t>
      </w:r>
    </w:p>
    <w:p>
      <w:r>
        <w:rPr>
          <w:b/>
        </w:rPr>
        <w:t xml:space="preserve">[09:21] </w:t>
      </w:r>
      <w:r>
        <w:t>to har taraf heat hai. yani heat mein hamari zindagi hai aur heat hi hamein jala ke phoonk bhi sakti hai.</w:t>
      </w:r>
    </w:p>
    <w:p>
      <w:pPr>
        <w:jc w:val="right"/>
      </w:pPr>
      <w:r>
        <w:t>تو ہر طرف heat ہے۔ یعنی heat میں ہماری زندگی ہے اور heat ہی ہمیں جلا کے پھونک بھی سکتی ہے۔</w:t>
      </w:r>
    </w:p>
    <w:p>
      <w:r>
        <w:rPr>
          <w:b/>
        </w:rPr>
        <w:t xml:space="preserve">[09:33] </w:t>
      </w:r>
      <w:r>
        <w:t>heat se hamein energy milti hai. energy ke baghair hum zinda nahi reh sakte. aur heat jo hai hamare hamare andar itni taqat nahi hai ke heat ko hum bardasht karein.</w:t>
      </w:r>
    </w:p>
    <w:p>
      <w:pPr>
        <w:jc w:val="right"/>
      </w:pPr>
      <w:r>
        <w:t>heat سے ہمیں energy ملتی ہے۔ energy کے بغیر ہم زندہ نہیں رہ سکتے۔ اور heat جو ہے ہمارے ہمارے اندر اتنی طاقت نہیں ہے کہ heat کو ہم برداشت کریں۔</w:t>
      </w:r>
    </w:p>
    <w:p>
      <w:r>
        <w:rPr>
          <w:b/>
        </w:rPr>
        <w:t xml:space="preserve">[09:43] </w:t>
      </w:r>
      <w:r>
        <w:t>phir bhi hum zinda hain. yeh sochte hue mujhe quran ki ek ayat samajh mein aayi jo tafseeron mein bilkul ghair wazeh hai.</w:t>
      </w:r>
    </w:p>
    <w:p>
      <w:pPr>
        <w:jc w:val="right"/>
      </w:pPr>
      <w:r>
        <w:t>پھر بھی ہم زندہ ہیں۔ یہ سوچتے ہوئے مجھے قرآن کی ایک آیت سمجھ میں آئی جو تفسیروں میں بالکل غیر واضح ہے۔</w:t>
      </w:r>
    </w:p>
    <w:p>
      <w:r>
        <w:rPr>
          <w:b/>
        </w:rPr>
        <w:t xml:space="preserve">[09:53] </w:t>
      </w:r>
      <w:r>
        <w:t>aisi aisi ayat jo ke aap is ayat ko samjhein to bilkul kaanp uthein.</w:t>
      </w:r>
    </w:p>
    <w:p>
      <w:pPr>
        <w:jc w:val="right"/>
      </w:pPr>
      <w:r>
        <w:t>ایسی ایسی آیت جو کہ آپ اس آیت کو سمجھیں تو بالکل کانپ اٹھیں۔</w:t>
      </w:r>
    </w:p>
    <w:p>
      <w:r>
        <w:rPr>
          <w:b/>
        </w:rPr>
        <w:t xml:space="preserve">[10:05] </w:t>
      </w:r>
      <w:r>
        <w:t>surah al anbiya ki ek ayat hai. surah al anbiya chapter number twenty one. us ki ayat number forty two.</w:t>
      </w:r>
    </w:p>
    <w:p>
      <w:pPr>
        <w:jc w:val="right"/>
      </w:pPr>
      <w:r>
        <w:t>سورہ آل انبیاء کی ایک آیت ہے۔ سورہ آل انبیاء chapter number twenty one۔ اس کی آیت number forty two۔</w:t>
      </w:r>
    </w:p>
    <w:p>
      <w:r>
        <w:rPr>
          <w:b/>
        </w:rPr>
        <w:t xml:space="preserve">[10:16] </w:t>
      </w:r>
      <w:r>
        <w:t>woh hai qul man yaqraukum billaili wannahaari minarrahmaani bal hum inda rabbihim mu'ridhoon.</w:t>
      </w:r>
    </w:p>
    <w:p>
      <w:pPr>
        <w:jc w:val="right"/>
      </w:pPr>
      <w:r>
        <w:t>وہ ہے قُلْ مَنْ يَقْرَأُكُمْ بِاللَّيْلِ وَالنَّهَارِ مِنَ الرَّحْمٰنِ بَلْ هُمْ عَنْدِ رَبِّهِمْ مُعْرِضُونَ۔</w:t>
      </w:r>
    </w:p>
    <w:p>
      <w:r>
        <w:rPr>
          <w:b/>
        </w:rPr>
        <w:t xml:space="preserve">[10:30] </w:t>
      </w:r>
      <w:r>
        <w:t>iska translation yeh hai ke keho ke tum ko kaun tumhari kaun hifazat karta hai raat din?</w:t>
      </w:r>
    </w:p>
    <w:p>
      <w:pPr>
        <w:jc w:val="right"/>
      </w:pPr>
      <w:r>
        <w:t>اس کا translation یہ ہے کہ کہو کہ تم کو کون تمہاری کون حفاظت کرتا ہے رات دن؟</w:t>
      </w:r>
    </w:p>
    <w:p>
      <w:r>
        <w:rPr>
          <w:b/>
        </w:rPr>
        <w:t xml:space="preserve">[10:44] </w:t>
      </w:r>
      <w:r>
        <w:t>rehman ke ilawa. yani rehman hifazat kar raha hai raat din tumhari.</w:t>
      </w:r>
    </w:p>
    <w:p>
      <w:pPr>
        <w:jc w:val="right"/>
      </w:pPr>
      <w:r>
        <w:t>رحمان کے علاوہ۔ یعنی رحمان حفاظت کر رہا ہے رات دن تمہاری۔</w:t>
      </w:r>
    </w:p>
    <w:p>
      <w:r>
        <w:rPr>
          <w:b/>
        </w:rPr>
        <w:t xml:space="preserve">[10:50] </w:t>
      </w:r>
      <w:r>
        <w:t>to yeh itni bari nishani hai lekin log jo hain is se ignore kiye hue hain, aaraaz kar rahe hain is ko. yahan par dekhein jo lafz hai woh yaqlao arabi mein qala yaqlao ke maani hote hain hifazat karna.</w:t>
      </w:r>
    </w:p>
    <w:p>
      <w:pPr>
        <w:jc w:val="right"/>
      </w:pPr>
      <w:r>
        <w:t>تو یہ اتنی بڑی نشانی ہے لیکن لوگ جو ہیں اس سے ignore کیے ہوئے ہیں، اعراض کر رہے ہیں اس کو۔ یہاں پر دیکھیں جو لفظ ہے وہ یَقْلَوْ عربی میں قَلَا یَقْلَوْ کے معنی ہوتے ہیں حفاظت کرنا۔</w:t>
      </w:r>
    </w:p>
    <w:p>
      <w:r>
        <w:rPr>
          <w:b/>
        </w:rPr>
        <w:t xml:space="preserve">[11:05] </w:t>
      </w:r>
      <w:r>
        <w:t>guard karna guard yani kaun tumhara tum ko guard kar raha hai?</w:t>
      </w:r>
    </w:p>
    <w:p>
      <w:pPr>
        <w:jc w:val="right"/>
      </w:pPr>
      <w:r>
        <w:t>guard کرنا guard یعنی کون تمہارا تم کو guard کر رہا ہے؟</w:t>
      </w:r>
    </w:p>
    <w:p>
      <w:r>
        <w:rPr>
          <w:b/>
        </w:rPr>
        <w:t xml:space="preserve">[11:11] </w:t>
      </w:r>
      <w:r>
        <w:t>yani who guards you? kaun tumhari hifazat kar raha hai? is ayat ko koi samajh nahi paya tha.</w:t>
      </w:r>
    </w:p>
    <w:p>
      <w:pPr>
        <w:jc w:val="right"/>
      </w:pPr>
      <w:r>
        <w:t>یعنی who guards you؟ کون تمہاری حفاظت کر رہا ہے؟ اس آیت کو کوئی سمجھ نہیں پایا تھا۔</w:t>
      </w:r>
    </w:p>
    <w:p>
      <w:r>
        <w:rPr>
          <w:b/>
        </w:rPr>
        <w:t xml:space="preserve">[11:20] </w:t>
      </w:r>
      <w:r>
        <w:t>lekin jo modern knowledge hai modern discovery us se samajh mein aayi hai yeh ayat. ke tum aag ke beech mein ho. kaun tum ko bachaye hue hai?</w:t>
      </w:r>
    </w:p>
    <w:p>
      <w:pPr>
        <w:jc w:val="right"/>
      </w:pPr>
      <w:r>
        <w:t>لیکن جو modern knowledge ہے modern discovery اس سے سمجھ میں آئی ہے یہ آیت۔ کہ تم آگ کے بیچ میں ہو۔ کون تم کو بچائے ہوئے ہے؟</w:t>
      </w:r>
    </w:p>
    <w:p>
      <w:r>
        <w:rPr>
          <w:b/>
        </w:rPr>
        <w:t xml:space="preserve">[11:33] </w:t>
      </w:r>
      <w:r>
        <w:t>tumhari zameen ke andar aag, tumhare sar ke upar suraj, woh aag, charon taraf sitare sitare, woh bhi aag.</w:t>
      </w:r>
    </w:p>
    <w:p>
      <w:pPr>
        <w:jc w:val="right"/>
      </w:pPr>
      <w:r>
        <w:t>تمہاری زمین کے اندر آگ، تمہارے سر کے اوپر سورج، وہ آگ، چاروں طرف ستارے ستارے، وہ بھی آگ۔</w:t>
      </w:r>
    </w:p>
    <w:p>
      <w:r>
        <w:rPr>
          <w:b/>
        </w:rPr>
        <w:t xml:space="preserve">[11:42] </w:t>
      </w:r>
      <w:r>
        <w:t>yani heat ka ek yani ek jangla hai charon taraf tumhare. phir bhi tum zinda ho.</w:t>
      </w:r>
    </w:p>
    <w:p>
      <w:pPr>
        <w:jc w:val="right"/>
      </w:pPr>
      <w:r>
        <w:t>یعنی heat کا ایک یعنی ایک جنگل ہے چاروں طرف تمہارے۔ پھر بھی تم زندہ ہو۔</w:t>
      </w:r>
    </w:p>
    <w:p>
      <w:r>
        <w:rPr>
          <w:b/>
        </w:rPr>
        <w:t xml:space="preserve">[11:53] </w:t>
      </w:r>
      <w:r>
        <w:t>tafseeron mein ek bohat hi ghalat baat likhi unho ne ke yahan par hai ke rehman se kijiye ga ghazab badha diya unho ne.</w:t>
      </w:r>
    </w:p>
    <w:p>
      <w:pPr>
        <w:jc w:val="right"/>
      </w:pPr>
      <w:r>
        <w:t>تفسیروں میں ایک بہت ہی غلط بات لکھی انہوں نے کہ یہاں پر ہے کہ رحمان سے کیجیے گا غضب بڑھا دیا انہوں نے۔</w:t>
      </w:r>
    </w:p>
    <w:p>
      <w:r>
        <w:rPr>
          <w:b/>
        </w:rPr>
        <w:t xml:space="preserve">[12:02] </w:t>
      </w:r>
      <w:r>
        <w:t>rehman ke ghazab se. sari baat hi jepitize ho gai. ghazab ki baat nahi yahan par hai. rehmat ki baat hai.</w:t>
      </w:r>
    </w:p>
    <w:p>
      <w:pPr>
        <w:jc w:val="right"/>
      </w:pPr>
      <w:r>
        <w:t>رحمان کے غضب سے۔ ساری بات ہی jepitize ہو گئی۔ غضب کی بات نہیں یہاں پر ہے۔ رحمت کی بات ہے۔</w:t>
      </w:r>
    </w:p>
    <w:p>
      <w:r>
        <w:rPr>
          <w:b/>
        </w:rPr>
        <w:t xml:space="preserve">[12:13] </w:t>
      </w:r>
      <w:r>
        <w:t>yani Allah apni rehmat se tum ko bachaye hue hain. warna tum jal ke khak ho jate. is mein ghazab ki baat nahi hai. ghazab mani raat.</w:t>
      </w:r>
    </w:p>
    <w:p>
      <w:pPr>
        <w:jc w:val="right"/>
      </w:pPr>
      <w:r>
        <w:t>یعنی اللہ اپنی رحمت سے تم کو بچائے ہوئے ہیں۔ ورنہ تم جل کے خاک ہو جاتے۔ اس میں غضب کی بات نہیں ہے۔ غضب معنی رات۔</w:t>
      </w:r>
    </w:p>
    <w:p>
      <w:r>
        <w:rPr>
          <w:b/>
        </w:rPr>
        <w:t xml:space="preserve">[12:23] </w:t>
      </w:r>
      <w:r>
        <w:t>W R A T H raat. log samajhte hain ke yahan par matlab ke Khuda ke ghazab se ya us ke raat se bachane wala kaun hai tum ko?</w:t>
      </w:r>
    </w:p>
    <w:p>
      <w:pPr>
        <w:jc w:val="right"/>
      </w:pPr>
      <w:r>
        <w:t>W R A T H رات۔ لوگ سمجھتے ہیں کہ یہاں پر مطلب کہ خدا کے غضب سے یا اس کے رات سے بچانے والا کون ہے تم کو؟</w:t>
      </w:r>
    </w:p>
    <w:p>
      <w:r>
        <w:rPr>
          <w:b/>
        </w:rPr>
        <w:t xml:space="preserve">[12:32] </w:t>
      </w:r>
      <w:r>
        <w:t>raat ka baat hi nahi hai aap phir. lekin lafz rehman jab hai to lafz rehman ka matlab to rehmat wala, blessing wala.</w:t>
      </w:r>
    </w:p>
    <w:p>
      <w:pPr>
        <w:jc w:val="right"/>
      </w:pPr>
      <w:r>
        <w:t>رات کا بات ہی نہیں ہے آپ پھر۔ لیکن لفظ رحمان جب ہے تو لفظ رحمان کا مطلب تو رحمت والا، blessing والا۔</w:t>
      </w:r>
    </w:p>
    <w:p>
      <w:r>
        <w:rPr>
          <w:b/>
        </w:rPr>
        <w:t xml:space="preserve">[12:42] </w:t>
      </w:r>
      <w:r>
        <w:t>yani tum ek hi dunya mein ho jahan tumhare qadmon ke neeche aag hai. tumhare sar ke upar aag hai. tumhari charon taraf aag hai. hatta ke tumhari body ke andar aag hai.</w:t>
      </w:r>
    </w:p>
    <w:p>
      <w:pPr>
        <w:jc w:val="right"/>
      </w:pPr>
      <w:r>
        <w:t>یعنی تم ایک ہی دنیا میں ہو جہاں تمہارے قدموں کے نیچے آگ ہے۔ تمہارے سر کے اوپر آگ ہے۔ تمہاری چاروں طرف آگ ہے۔ حتیٰ کہ تمہاری body کے اندر آگ ہے۔</w:t>
      </w:r>
    </w:p>
    <w:p>
      <w:r>
        <w:rPr>
          <w:b/>
        </w:rPr>
        <w:t xml:space="preserve">[12:56] </w:t>
      </w:r>
      <w:r>
        <w:t>phir bhi zinda ho, phir bhi chal phir rahe ho. to kaun itni rehmat itni bari rehmat kaun kar raha hai tum ko? wo Allah kar raha hai.</w:t>
      </w:r>
    </w:p>
    <w:p>
      <w:pPr>
        <w:jc w:val="right"/>
      </w:pPr>
      <w:r>
        <w:t>پھر بھی زندہ ہو، پھر بھی چل پھر رہے ہو۔ تو کون اتنی رحمت اتنی بڑی رحمت کون کر رہا ہے تم کو؟ وہ اللہ کر رہا ہے۔</w:t>
      </w:r>
    </w:p>
    <w:p>
      <w:r>
        <w:rPr>
          <w:b/>
        </w:rPr>
        <w:t xml:space="preserve">[13:09] </w:t>
      </w:r>
      <w:r>
        <w:t>kaisi ajeeb baat hai.</w:t>
      </w:r>
    </w:p>
    <w:p>
      <w:pPr>
        <w:jc w:val="right"/>
      </w:pPr>
      <w:r>
        <w:t>کیسی عجیب بات ہے۔</w:t>
      </w:r>
    </w:p>
    <w:p>
      <w:r>
        <w:rPr>
          <w:b/>
        </w:rPr>
        <w:t xml:space="preserve">[13:14] </w:t>
      </w:r>
      <w:r>
        <w:t>aap log yahan jaane ke baad phir is aayat ko padhiyega. surah al anbiya ki aayat. chapter number twenty one aur verse number forty two qul man yaqlokum billaili wannahari minar rehmaani bal hum an zikri rabbihim muaridoon.</w:t>
      </w:r>
    </w:p>
    <w:p>
      <w:pPr>
        <w:jc w:val="right"/>
      </w:pPr>
      <w:r>
        <w:t>آپ لوگ یہاں جانے کے بعد پھر اس آیت کو پڑھیے گا۔ سورہ آل انبیاء کی آیت۔ chapter number twenty one اور verse number forty two قُلْ مَنْ يَقْلَوْكُمْ بِاللَّيْلِ وَالنَّهَارِ مِنَ الرَّحْمٰنِ بَلْ هُمْ عَنْ ذِكْرِ رَبِّهِمْ مُعْرِضُونَ۔</w:t>
      </w:r>
    </w:p>
    <w:p>
      <w:r>
        <w:rPr>
          <w:b/>
        </w:rPr>
        <w:t xml:space="preserve">[13:40] </w:t>
      </w:r>
      <w:r>
        <w:t>yahan par lafz zikr jo hai bohat hi ba-maani hai. zikr ka log samajhte hain ke ungliyon par la la la la la karna. yeh ridiculous baat hai.</w:t>
      </w:r>
    </w:p>
    <w:p>
      <w:pPr>
        <w:jc w:val="right"/>
      </w:pPr>
      <w:r>
        <w:t>یہاں پر لفظ ذکر جو ہے بہت ہی بامعنی ہے۔ ذکر کا لوگ سمجھتے ہیں کہ انگلیوں پر لا لا لا لا لا کرنا۔ یہ ridiculous بات ہے۔</w:t>
      </w:r>
    </w:p>
    <w:p>
      <w:r>
        <w:rPr>
          <w:b/>
        </w:rPr>
        <w:t xml:space="preserve">[13:50] </w:t>
      </w:r>
      <w:r>
        <w:t>ridiculous baat hai yeh. ke ungliyon par Allah Allah karen aap.</w:t>
      </w:r>
    </w:p>
    <w:p>
      <w:pPr>
        <w:jc w:val="right"/>
      </w:pPr>
      <w:r>
        <w:t>ridiculous بات ہے یہ۔ کہ انگلیوں پر اللہ اللہ کریں آپ۔</w:t>
      </w:r>
    </w:p>
    <w:p>
      <w:r>
        <w:rPr>
          <w:b/>
        </w:rPr>
        <w:t xml:space="preserve">[13:58] </w:t>
      </w:r>
      <w:r>
        <w:t>main hairaan hoon ke jin logon ne yeh samjha ke yani kitna zyada underestimate kiya unhone Allah ko ke ungliyon par zikr kiya jayega? yahan par zikr ka matlab yeh hai ke itni bari remind kar rahi hai hamari itni bari yaad dehani jo har lamha tum ko remind kar rahi hai.</w:t>
      </w:r>
    </w:p>
    <w:p>
      <w:pPr>
        <w:jc w:val="right"/>
      </w:pPr>
      <w:r>
        <w:t>میں حیران ہوں کہ جن لوگوں نے یہ سمجھا کہ یعنی کتنا زیادہ underestimate کیا انہوں نے اللہ کو کہ انگلیوں پر ذکر کیا جائے گا؟ یہاں پر ذکر کا مطلب یہ ہے کہ اتنی بڑی remind کر رہی ہے ہماری اتنی بڑی یاد دہانی جو ہر لمحہ تم کو remind کر رہی ہے۔</w:t>
      </w:r>
    </w:p>
    <w:p>
      <w:r>
        <w:rPr>
          <w:b/>
        </w:rPr>
        <w:t xml:space="preserve">[14:19] </w:t>
      </w:r>
      <w:r>
        <w:t>isko sochta nahi insan. ise isko bhoola hua hai. bal hum an zikri rabbihim muaridoon yani itni bari yaad dehani poori kainat mein hai.</w:t>
      </w:r>
    </w:p>
    <w:p>
      <w:pPr>
        <w:jc w:val="right"/>
      </w:pPr>
      <w:r>
        <w:t>اس کو سوچتا نہیں انسان۔ اسے اس کو بھولا ہوا ہے۔ بَلْ هُمْ عَنْ ذِكْرِ رَبِّهِمْ مُعْرِضُونَ یعنی اتنی بڑی یاد دہانی پوری کائنات میں ہے۔</w:t>
      </w:r>
    </w:p>
    <w:p>
      <w:r>
        <w:rPr>
          <w:b/>
        </w:rPr>
        <w:t xml:space="preserve">[14:31] </w:t>
      </w:r>
      <w:r>
        <w:t>itni bara itni bara waqea hai jo remind kar raha hai tum ko har lamha yaad dila raha hai tum ko Allah ka. aur phir bhi tum be khabar ho.</w:t>
      </w:r>
    </w:p>
    <w:p>
      <w:pPr>
        <w:jc w:val="right"/>
      </w:pPr>
      <w:r>
        <w:t>اتنی بڑا اتنی بڑا واقعہ ہے جو remind کر رہا ہے تم کو ہر لمحہ یاد دلا رہا ہے تم کو اللہ کا۔ اور پھر بھی تم بے خبر ہو۔</w:t>
      </w:r>
    </w:p>
    <w:p>
      <w:r>
        <w:rPr>
          <w:b/>
        </w:rPr>
        <w:t xml:space="preserve">[14:43] </w:t>
      </w:r>
      <w:r>
        <w:t>phir bhi be khabar ho. Quran mein hai ke khuliqal insanu daifean. insan zaeef paida kiya gaya hai.</w:t>
      </w:r>
    </w:p>
    <w:p>
      <w:pPr>
        <w:jc w:val="right"/>
      </w:pPr>
      <w:r>
        <w:t>پھر بھی بے خبر ہو۔ قرآن میں ہے کہ خُلِقَ الْإِنْسَانُ ضَيِّفًا۔ انسان ضعیف پیدا کیا گیا ہے۔</w:t>
      </w:r>
    </w:p>
    <w:p>
      <w:r>
        <w:rPr>
          <w:b/>
        </w:rPr>
        <w:t xml:space="preserve">[14:54] </w:t>
      </w:r>
      <w:r>
        <w:t>aap aag aag ke muqable mein ab jee nahi sakte aap.</w:t>
      </w:r>
    </w:p>
    <w:p>
      <w:pPr>
        <w:jc w:val="right"/>
      </w:pPr>
      <w:r>
        <w:t>آپ آگ آگ کے مقابلے میں اب جی نہیں سکتے آپ۔</w:t>
      </w:r>
    </w:p>
    <w:p>
      <w:r>
        <w:rPr>
          <w:b/>
        </w:rPr>
        <w:t xml:space="preserve">[15:03] </w:t>
      </w:r>
      <w:r>
        <w:t>aag ka angara aap hath mein nahi le sakte. aag ke upar aap chal nahi sakte.</w:t>
      </w:r>
    </w:p>
    <w:p>
      <w:pPr>
        <w:jc w:val="right"/>
      </w:pPr>
      <w:r>
        <w:t>آگ کا انگارہ آپ ہاتھ میں نہیں لے سکتے۔ آگ کے اوپر آپ چل نہیں سکتے۔</w:t>
      </w:r>
    </w:p>
    <w:p>
      <w:r>
        <w:rPr>
          <w:b/>
        </w:rPr>
        <w:t xml:space="preserve">[15:10] </w:t>
      </w:r>
      <w:r>
        <w:t>aag ke samne khade ho to aap jhul jayenge.</w:t>
      </w:r>
    </w:p>
    <w:p>
      <w:pPr>
        <w:jc w:val="right"/>
      </w:pPr>
      <w:r>
        <w:t>آگ کے سامنے کھڑے ہو تو آپ جھلس جائیں گے۔</w:t>
      </w:r>
    </w:p>
    <w:p>
      <w:r>
        <w:rPr>
          <w:b/>
        </w:rPr>
        <w:t xml:space="preserve">[15:18] </w:t>
      </w:r>
      <w:r>
        <w:t>lekin aap aage bhi jee rahe hain. kaisi anokhi baat hai. zameen ke neeche aag, body ke andar aag.</w:t>
      </w:r>
    </w:p>
    <w:p>
      <w:pPr>
        <w:jc w:val="right"/>
      </w:pPr>
      <w:r>
        <w:t>لیکن آپ آگے بھی جی رہے ہیں۔ کیسی انوکھی بات ہے۔ زمین کے نیچے آگ، body کے اندر آگ۔</w:t>
      </w:r>
    </w:p>
    <w:p>
      <w:r>
        <w:rPr>
          <w:b/>
        </w:rPr>
        <w:t xml:space="preserve">[15:26] </w:t>
      </w:r>
      <w:r>
        <w:t>aap ke sar par aag. aap ke charon taraf aag. kyunke lava aag hai. suraj aag hai.</w:t>
      </w:r>
    </w:p>
    <w:p>
      <w:pPr>
        <w:jc w:val="right"/>
      </w:pPr>
      <w:r>
        <w:t>آپ کے سر پر آگ۔ آپ کے چاروں طرف آگ۔ کیونکہ لاوا آگ ہے۔ سورج آگ ہے۔</w:t>
      </w:r>
    </w:p>
    <w:p>
      <w:r>
        <w:rPr>
          <w:b/>
        </w:rPr>
        <w:t xml:space="preserve">[15:36] </w:t>
      </w:r>
      <w:r>
        <w:t>sitare aag hain. to heat ko Allah taala ne energy bana diya aap ke liye. Heat is a form of energy.</w:t>
      </w:r>
    </w:p>
    <w:p>
      <w:pPr>
        <w:jc w:val="right"/>
      </w:pPr>
      <w:r>
        <w:t>ستارے آگ ہیں۔ تو heat کو اللہ تعالیٰ نے energy بنا دیا آپ کے لیے۔ Heat is a form of energy۔</w:t>
      </w:r>
    </w:p>
    <w:p>
      <w:r>
        <w:rPr>
          <w:b/>
        </w:rPr>
        <w:t xml:space="preserve">[15:46] </w:t>
      </w:r>
      <w:r>
        <w:t>yani jo cheez aap ke liye maut thi us mein zindagi de di. kaisi ajeeb baat hai.</w:t>
      </w:r>
    </w:p>
    <w:p>
      <w:pPr>
        <w:jc w:val="right"/>
      </w:pPr>
      <w:r>
        <w:t>یعنی جو چیز آپ کے لیے موت تھی اس میں زندگی دے دی۔ کیسی عجیب بات ہے۔</w:t>
      </w:r>
    </w:p>
    <w:p>
      <w:r>
        <w:rPr>
          <w:b/>
        </w:rPr>
        <w:t xml:space="preserve">[15:58] </w:t>
      </w:r>
      <w:r>
        <w:t>jo cheez aap ke liye bohat zyada harmful thi us ko aap ne blessing bana diya. yeh kaun kar raha hai? to yeh jo yeh jo sign hai yeh jo nishani hai</w:t>
      </w:r>
    </w:p>
    <w:p>
      <w:pPr>
        <w:jc w:val="right"/>
      </w:pPr>
      <w:r>
        <w:t>جو چیز آپ کے لیے بہت زیادہ harmful تھی اس کو آپ نے blessing بنا دیا۔ یہ کون کر رہا ہے؟ تو یہ جو یہ جو sign ہے یہ جو نشانی ہے</w:t>
      </w:r>
    </w:p>
    <w:p>
      <w:r>
        <w:rPr>
          <w:b/>
        </w:rPr>
        <w:t xml:space="preserve">[16:12] </w:t>
      </w:r>
      <w:r>
        <w:t>isko koi sochta nahi is ke upar. to yahan lafz zikr jo hai ungliyon par girne ke maani mein nahi hai. ke itni bari haqeeqat hai charon taraf unke ubhri hui hai.</w:t>
      </w:r>
    </w:p>
    <w:p>
      <w:pPr>
        <w:jc w:val="right"/>
      </w:pPr>
      <w:r>
        <w:t>اس کو کوئی سوچتا نہیں اس کے اوپر۔ تو یہاں لفظ ذکر جو ہے انگلیوں پر گرنے کے معنی میں نہیں ہے۔ کہ اتنی بڑی حقیقت ہے چاروں طرف ان کے ابھری ہوئی ہے۔</w:t>
      </w:r>
    </w:p>
    <w:p>
      <w:r>
        <w:rPr>
          <w:b/>
        </w:rPr>
        <w:t xml:space="preserve">[16:24] </w:t>
      </w:r>
      <w:r>
        <w:t>wo sochta nahi koi. koi is ko koi lasar nahi leta.</w:t>
      </w:r>
    </w:p>
    <w:p>
      <w:pPr>
        <w:jc w:val="right"/>
      </w:pPr>
      <w:r>
        <w:t>وہ سوچتا نہیں کوئی۔ کوئی اس کو کوئی لصر نہیں لیتا۔</w:t>
      </w:r>
    </w:p>
    <w:p>
      <w:r>
        <w:rPr>
          <w:b/>
        </w:rPr>
        <w:t xml:space="preserve">[16:31] </w:t>
      </w:r>
      <w:r>
        <w:t>aur main aap ko ek bohat hi ajeeb cheez dikhata hoon. dekhiye yani aisa waqea jo bilkul hila dene wala hai.</w:t>
      </w:r>
    </w:p>
    <w:p>
      <w:pPr>
        <w:jc w:val="right"/>
      </w:pPr>
      <w:r>
        <w:t>اور میں آپ کو ایک بہت ہی عجیب چیز دکھاتا ہوں۔ دیکھیے یعنی ایسا واقعہ جو بالکل ہلا دینے والا ہے۔</w:t>
      </w:r>
    </w:p>
    <w:p>
      <w:r>
        <w:rPr>
          <w:b/>
        </w:rPr>
        <w:t xml:space="preserve">[16:45] </w:t>
      </w:r>
      <w:r>
        <w:t>dekhiye hum jo hamara jo hum jis dunya mein hain us ko kehte hain solar system. ek suraj hai is ke charon taraf zameen ghoom rahi hai aur doosre planet ghoom rahe hain.</w:t>
      </w:r>
    </w:p>
    <w:p>
      <w:pPr>
        <w:jc w:val="right"/>
      </w:pPr>
      <w:r>
        <w:t>دیکھیے ہم جو ہمارا جو ہم جس دنیا میں ہیں اس کو کہتے ہیں solar system۔ ایک سورج ہے اس کے چاروں طرف زمین گھوم رہی ہے اور دوسرے planet گھوم رہے ہیں۔</w:t>
      </w:r>
    </w:p>
    <w:p>
      <w:r>
        <w:rPr>
          <w:b/>
        </w:rPr>
        <w:t xml:space="preserve">[16:59] </w:t>
      </w:r>
      <w:r>
        <w:t>yeh solar system. to solar system space mein kahan hai? solar system space mein ek bohat bari galaxy ka ek part hai.</w:t>
      </w:r>
    </w:p>
    <w:p>
      <w:pPr>
        <w:jc w:val="right"/>
      </w:pPr>
      <w:r>
        <w:t>یہ solar system۔ تو solar system space میں کہاں ہے؟ solar system space میں ایک بہت بڑی galaxy کا ایک part ہے۔</w:t>
      </w:r>
    </w:p>
    <w:p>
      <w:r>
        <w:rPr>
          <w:b/>
        </w:rPr>
        <w:t xml:space="preserve">[17:13] </w:t>
      </w:r>
      <w:r>
        <w:t>aap ne dekha hoga raat ko jab bohat saaf agar fiza ho to milky way us ko kehte hain. woh milky way itni nahi hoti ke aap ko dikhai deti hai.</w:t>
      </w:r>
    </w:p>
    <w:p>
      <w:pPr>
        <w:jc w:val="right"/>
      </w:pPr>
      <w:r>
        <w:t>آپ نے دیکھا ہوگا رات کو جب بہت صاف اگر فضا ہو تو milky way اس کو کہتے ہیں۔ وہ milky way اتنی نہیں ہوتی کہ آپ کو دکھائی دیتی ہے۔</w:t>
      </w:r>
    </w:p>
    <w:p>
      <w:r>
        <w:rPr>
          <w:b/>
        </w:rPr>
        <w:t xml:space="preserve">[17:25] </w:t>
      </w:r>
      <w:r>
        <w:t>yeh sara jo sitare jo hain jo aap ko nazar aate hain woh sab milky way hi ka hissa hain. yani raat ke waqt aap jo sitare dekhte hain woh sare sitare milky way ka hissa hain.</w:t>
      </w:r>
    </w:p>
    <w:p>
      <w:pPr>
        <w:jc w:val="right"/>
      </w:pPr>
      <w:r>
        <w:t>یہ سارا جو ستارے جو ہیں جو آپ کو نظر آتے ہیں وہ سب milky way ہی کا حصہ ہیں۔ یعنی رات کے وقت آپ جو ستارے دیکھتے ہیں وہ سارے ستارے milky way کا حصہ ہیں۔</w:t>
      </w:r>
    </w:p>
    <w:p>
      <w:r>
        <w:rPr>
          <w:b/>
        </w:rPr>
        <w:t xml:space="preserve">[17:38] </w:t>
      </w:r>
      <w:r>
        <w:t>yani ek galaxy. ek galaxy hai billion billion galaxies hain. is mein se ek galaxy woh hai jis ko kaha jata hai milky way.</w:t>
      </w:r>
    </w:p>
    <w:p>
      <w:pPr>
        <w:jc w:val="right"/>
      </w:pPr>
      <w:r>
        <w:t>یعنی ایک galaxy۔ ایک galaxy ہے بلین بلین galaxies ہیں۔ اس میں سے ایک galaxy وہ ہے جس کو کہا جاتا ہے milky way۔</w:t>
      </w:r>
    </w:p>
    <w:p>
      <w:r>
        <w:rPr>
          <w:b/>
        </w:rPr>
        <w:t xml:space="preserve">[17:49] </w:t>
      </w:r>
      <w:r>
        <w:t>jis mein hamara solar system hai. to galaxy mein billion billion bohat hi zyada garam sitare hain. aag hi aag hai.</w:t>
      </w:r>
    </w:p>
    <w:p>
      <w:pPr>
        <w:jc w:val="right"/>
      </w:pPr>
      <w:r>
        <w:t>جس میں ہمارا solar system ہے۔ تو galaxy میں بلین بلین بہت ہی زیادہ گرم ستارے ہیں۔ آگ ہی آگ ہے۔</w:t>
      </w:r>
    </w:p>
    <w:p>
      <w:r>
        <w:rPr>
          <w:b/>
        </w:rPr>
        <w:t xml:space="preserve">[18:01] </w:t>
      </w:r>
      <w:r>
        <w:t>is mein hamara solar system hai. lekin dekhiye zara is photo ko dekhiye aap. yani yeh is daur mein Allah taala ne telescope diya insaan ko.</w:t>
      </w:r>
    </w:p>
    <w:p>
      <w:pPr>
        <w:jc w:val="right"/>
      </w:pPr>
      <w:r>
        <w:t>اس میں ہمارا solar system ہے۔ لیکن دیکھیے ذرا اس فوٹو کو دیکھیے آپ۔ یعنی یہ اس دور میں اللہ تعالیٰ نے telescope دیا انسان کو۔</w:t>
      </w:r>
    </w:p>
    <w:p>
      <w:r>
        <w:rPr>
          <w:b/>
        </w:rPr>
        <w:t xml:space="preserve">[18:15] </w:t>
      </w:r>
      <w:r>
        <w:t>warna kisi ko pata tha? kaun janta tha ke kya mamla hai? is mein dekhiye yeh jo arrow hai woh bata rahi hai ke solar system kahan hai.</w:t>
      </w:r>
    </w:p>
    <w:p>
      <w:pPr>
        <w:jc w:val="right"/>
      </w:pPr>
      <w:r>
        <w:t>ورنہ کسی کو پتہ تھا؟ کون جانتا تھا کہ کیا معاملہ ہے؟ اس میں دیکھیے یہ جو arrow ہے وہ بتا رہی ہے کہ solar system کہاں ہے۔</w:t>
      </w:r>
    </w:p>
    <w:p>
      <w:r>
        <w:rPr>
          <w:b/>
        </w:rPr>
        <w:t xml:space="preserve">[18:30] </w:t>
      </w:r>
      <w:r>
        <w:t>poora jo phaila hua hai woh galaxy hai. milky way. ek phaili hui bohat bari galaxy hai. is mein ek spot hai ke baqadar hai hamara solar system.</w:t>
      </w:r>
    </w:p>
    <w:p>
      <w:pPr>
        <w:jc w:val="right"/>
      </w:pPr>
      <w:r>
        <w:t>پورا جو پھیلا ہوا ہے وہ galaxy ہے۔ milky way۔ ایک پھیلی ہوئی بہت بڑی galaxy ہے۔ اس میں ایک spot ہے کے بقدر ہے ہمارا solar system۔</w:t>
      </w:r>
    </w:p>
    <w:p>
      <w:r>
        <w:rPr>
          <w:b/>
        </w:rPr>
        <w:t xml:space="preserve">[18:44] </w:t>
      </w:r>
      <w:r>
        <w:t>dekhiye solar system ek ek kinare hai. agar beech mein hota to aaj hum zinda na hote.</w:t>
      </w:r>
    </w:p>
    <w:p>
      <w:pPr>
        <w:jc w:val="right"/>
      </w:pPr>
      <w:r>
        <w:t>دیکھیے solar system ایک ایک کنارے ہے۔ اگر بیچ میں ہوتا تو آج ہم زندہ نہ ہوتے۔</w:t>
      </w:r>
    </w:p>
    <w:p>
      <w:r>
        <w:rPr>
          <w:b/>
        </w:rPr>
        <w:t xml:space="preserve">[18:56] </w:t>
      </w:r>
      <w:r>
        <w:t>mein aur aap yahan baithe hue na hote. hum jal kar khaak ho chuke hote.</w:t>
      </w:r>
    </w:p>
    <w:p>
      <w:pPr>
        <w:jc w:val="right"/>
      </w:pPr>
      <w:r>
        <w:t>میں اور آپ یہاں بیٹھے ہوئے نہ ہوتے۔ ہم جل کر خاک ہو چکے ہوتے۔</w:t>
      </w:r>
    </w:p>
    <w:p>
      <w:r>
        <w:rPr>
          <w:b/>
        </w:rPr>
        <w:t xml:space="preserve">[19:04] </w:t>
      </w:r>
      <w:r>
        <w:t>yeh jo solar system hai yeh kis ne is ko kinare rakh diya? beech mein nahi rakha.</w:t>
      </w:r>
    </w:p>
    <w:p>
      <w:pPr>
        <w:jc w:val="right"/>
      </w:pPr>
      <w:r>
        <w:t>یہ جو solar system ہے یہ کس نے اس کو کنارے رکھ دیا؟ بیچ میں نہیں رکھا۔</w:t>
      </w:r>
    </w:p>
    <w:p>
      <w:r>
        <w:rPr>
          <w:b/>
        </w:rPr>
        <w:t xml:space="preserve">[19:14] </w:t>
      </w:r>
      <w:r>
        <w:t>yani kaisi ajeeb yeh planning hai kaisi ajeeb yeh yani engineering hai. kaisa ajeeb is is kainat ka muntazim hai.</w:t>
      </w:r>
    </w:p>
    <w:p>
      <w:pPr>
        <w:jc w:val="right"/>
      </w:pPr>
      <w:r>
        <w:t>یعنی کیسی عجیب یہ planning ہے کیسی عجیب یہ یعنی engineering ہے۔ کیسا عجیب اس اس کائنات کا منتظم ہے۔</w:t>
      </w:r>
    </w:p>
    <w:p>
      <w:r>
        <w:rPr>
          <w:b/>
        </w:rPr>
        <w:t xml:space="preserve">[19:30] </w:t>
      </w:r>
      <w:r>
        <w:t>is ko khabar tha ke solar system ko agar woh milky way yani galaxy ke beech mein kar dega to sare insaan jal bhad kar khaak ho jayenge.</w:t>
      </w:r>
    </w:p>
    <w:p>
      <w:pPr>
        <w:jc w:val="right"/>
      </w:pPr>
      <w:r>
        <w:t>اس کو خبر تھا کہ solar system کو اگر وہ milky way یعنی galaxy کے بیچ میں کر دے گا تو سارے انسان جل بھڑ کر خاک ہو جائیں گے۔</w:t>
      </w:r>
    </w:p>
    <w:p>
      <w:r>
        <w:rPr>
          <w:b/>
        </w:rPr>
        <w:t xml:space="preserve">[19:39] </w:t>
      </w:r>
      <w:r>
        <w:t>na yahan insaan hoga na darakht hoga na sabza hoga na haiwan hoga. to is ko is ne rakh diya kinare. yeh aap dekh rahe hain yeh jo arrow hai woh bata raha hai.</w:t>
      </w:r>
    </w:p>
    <w:p>
      <w:pPr>
        <w:jc w:val="right"/>
      </w:pPr>
      <w:r>
        <w:t>نہ یہاں انسان ہوگا نہ درخت ہوگا نہ سبزہ ہوگا نہ حیوان ہوگا۔ تو اس کو اس نے رکھ دیا کنارے۔ یہ آپ دیکھ رہے ہیں یہ جو arrow ہے وہ بتا رہا ہے۔</w:t>
      </w:r>
    </w:p>
    <w:p>
      <w:r>
        <w:rPr>
          <w:b/>
        </w:rPr>
        <w:t xml:space="preserve">[19:54] </w:t>
      </w:r>
      <w:r>
        <w:t>kaisi ajeeb yeh design hai. isi liye ab jo is waqt jo stand hai science ka is waqt jo twenty first century mein jo stand hai science ka woh yeh hai ke kainat mein bohat hi zyada intelligent design hai.</w:t>
      </w:r>
    </w:p>
    <w:p>
      <w:pPr>
        <w:jc w:val="right"/>
      </w:pPr>
      <w:r>
        <w:t>کیسی عجیب یہ design ہے۔ اسی لیے اب جو اس وقت جو اسٹینڈ ہے سائنس کا اس وقت جو twenty first century میں جو اسٹینڈ ہے سائنس کا وہ یہ ہے کہ کائنات میں بہت ہی زیادہ intelligent design ہے۔</w:t>
      </w:r>
    </w:p>
    <w:p>
      <w:r>
        <w:rPr>
          <w:b/>
        </w:rPr>
        <w:t xml:space="preserve">[20:16] </w:t>
      </w:r>
      <w:r>
        <w:t>zehan mansooba. intelligent design. yeh to hai intelligent design. aur aisi billion cheezein hain billion cheezein hain billion cheezein hain.</w:t>
      </w:r>
    </w:p>
    <w:p>
      <w:pPr>
        <w:jc w:val="right"/>
      </w:pPr>
      <w:r>
        <w:t>ذہین منصوبہ۔ intelligent design۔ یہ تو ہے intelligent design۔ اور ایسی بلین چیزیں ہیں بلین چیزیں ہیں بلین چیزیں ہیں۔</w:t>
      </w:r>
    </w:p>
    <w:p>
      <w:r>
        <w:rPr>
          <w:b/>
        </w:rPr>
        <w:t xml:space="preserve">[20:31] </w:t>
      </w:r>
      <w:r>
        <w:t>billion cheezein hain. har cheez.</w:t>
      </w:r>
    </w:p>
    <w:p>
      <w:pPr>
        <w:jc w:val="right"/>
      </w:pPr>
      <w:r>
        <w:t>بلین چیزیں ہیں۔ ہر چیز۔</w:t>
      </w:r>
    </w:p>
    <w:p>
      <w:r>
        <w:rPr>
          <w:b/>
        </w:rPr>
        <w:t xml:space="preserve">[20:39] </w:t>
      </w:r>
      <w:r>
        <w:t>intelligent design.</w:t>
      </w:r>
    </w:p>
    <w:p>
      <w:pPr>
        <w:jc w:val="right"/>
      </w:pPr>
      <w:r>
        <w:t>intelligent design۔</w:t>
      </w:r>
    </w:p>
    <w:p>
      <w:r>
        <w:rPr>
          <w:b/>
        </w:rPr>
        <w:t xml:space="preserve">[20:43] </w:t>
      </w:r>
      <w:r>
        <w:t>yani is kainat ka zarra zarra cheekh kar keh raha hai ke is kainat ka ek Khuda hai. woh Khuda rehman hai. woh Khuda intelligent design kiya hai is ne kainat ke warna tum zinda nahi reh sakte the.</w:t>
      </w:r>
    </w:p>
    <w:p>
      <w:pPr>
        <w:jc w:val="right"/>
      </w:pPr>
      <w:r>
        <w:t>یعنی اس کائنات کا ذرہ ذرہ چیخ کر کہہ رہا ہے کہ اس کائنات کا ایک خدا ہے۔ وہ خدا رحمان ہے۔ وہ خدا intelligent design کیا ہے اس نے کائنات کے ورنہ تم زندہ نہیں رہ سکتے تھے۔</w:t>
      </w:r>
    </w:p>
    <w:p>
      <w:r>
        <w:rPr>
          <w:b/>
        </w:rPr>
        <w:t xml:space="preserve">[20:57] </w:t>
      </w:r>
      <w:r>
        <w:t>kainat ka zarra zarra bol raha hai is kainat ka ek creator hai.</w:t>
      </w:r>
    </w:p>
    <w:p>
      <w:pPr>
        <w:jc w:val="right"/>
      </w:pPr>
      <w:r>
        <w:t>کائنات کا ذرہ ذرہ بول رہا ہے اس کائنات کا ایک creator ہے۔</w:t>
      </w:r>
    </w:p>
    <w:p>
      <w:r>
        <w:rPr>
          <w:b/>
        </w:rPr>
        <w:t xml:space="preserve">[21:04] </w:t>
      </w:r>
      <w:r>
        <w:t>kal mein ek meri yahan par ek speech thi is mein maine kaha tha ke France ke philosopher tha France ka bohat bara</w:t>
      </w:r>
    </w:p>
    <w:p>
      <w:pPr>
        <w:jc w:val="right"/>
      </w:pPr>
      <w:r>
        <w:t>کل میں ایک میری یہاں پر ایک speech تھی اس میں میں نے کہا تھا کہ فرانس کے philosopher تھا فرانس کا بہت بڑا</w:t>
      </w:r>
    </w:p>
    <w:p>
      <w:r>
        <w:rPr>
          <w:b/>
        </w:rPr>
        <w:t xml:space="preserve">[21:21] </w:t>
      </w:r>
      <w:r>
        <w:t>to us ke samne yeh sawal tha ke insaan ka wajood is ka saboot kya hai? ke mein hoon is ka kya saboot hai?</w:t>
      </w:r>
    </w:p>
    <w:p>
      <w:pPr>
        <w:jc w:val="right"/>
      </w:pPr>
      <w:r>
        <w:t>تو اس کے سامنے یہ سوال تھا کہ انسان کا وجود اس کا ثبوت کیا ہے؟ کہ میں ہوں اس کا کیا ثبوت ہے؟</w:t>
      </w:r>
    </w:p>
    <w:p>
      <w:r>
        <w:rPr>
          <w:b/>
        </w:rPr>
        <w:t xml:space="preserve">[21:35] </w:t>
      </w:r>
      <w:r>
        <w:t>to us ne kaha tha ke I think therefore I exist.</w:t>
      </w:r>
    </w:p>
    <w:p>
      <w:pPr>
        <w:jc w:val="right"/>
      </w:pPr>
      <w:r>
        <w:t>تو اس نے کہا تھا کہ I think therefore I exist۔</w:t>
      </w:r>
    </w:p>
    <w:p>
      <w:r>
        <w:rPr>
          <w:b/>
        </w:rPr>
        <w:t xml:space="preserve">[21:42] </w:t>
      </w:r>
      <w:r>
        <w:t>I think therefore I exist. mein sochta hoon is liye mein mera wajood hai. to maine us ko alfaaz badle maine kaha ke Where there is thinking there is a thinker.</w:t>
      </w:r>
    </w:p>
    <w:p>
      <w:pPr>
        <w:jc w:val="right"/>
      </w:pPr>
      <w:r>
        <w:t>I think therefore I exist۔ میں سوچتا ہوں اس لیے میں میرا وجود ہے۔ تو میں نے اس کو الفاظ بدلے میں نے کہا کہ Where there is thinking there is a thinker۔</w:t>
      </w:r>
    </w:p>
    <w:p>
      <w:r>
        <w:rPr>
          <w:b/>
        </w:rPr>
        <w:t xml:space="preserve">[22:01] </w:t>
      </w:r>
      <w:r>
        <w:t>Where there is thinking there is a thinker۔ yeh aik bohat hi zabardast logic hai۔ bohat hi zabardast logic hai۔</w:t>
      </w:r>
    </w:p>
    <w:p>
      <w:pPr>
        <w:jc w:val="right"/>
      </w:pPr>
      <w:r>
        <w:t>Where there is thinking there is a thinker۔ یہ ایک بہت ہی زبردست logic ہے۔ بہت ہی زبردست logic ہے۔</w:t>
      </w:r>
    </w:p>
    <w:p>
      <w:r>
        <w:rPr>
          <w:b/>
        </w:rPr>
        <w:t xml:space="preserve">[22:11] </w:t>
      </w:r>
      <w:r>
        <w:t>Where there is thinking there is a thinker۔ Where there is engineering there is an engineer۔</w:t>
      </w:r>
    </w:p>
    <w:p>
      <w:pPr>
        <w:jc w:val="right"/>
      </w:pPr>
      <w:r>
        <w:t>Where there is thinking there is a thinker۔ Where there is engineering there is an engineer۔</w:t>
      </w:r>
    </w:p>
    <w:p>
      <w:r>
        <w:rPr>
          <w:b/>
        </w:rPr>
        <w:t xml:space="preserve">[22:19] </w:t>
      </w:r>
      <w:r>
        <w:t>Where there is building there is a builder۔ isi par mein kahunga ke Where there is creation there is a creator۔</w:t>
      </w:r>
    </w:p>
    <w:p>
      <w:pPr>
        <w:jc w:val="right"/>
      </w:pPr>
      <w:r>
        <w:t>Where there is building there is a builder۔ اسی پر میں کہوں گا کہ Where there is creation there is a creator۔</w:t>
      </w:r>
    </w:p>
    <w:p>
      <w:r>
        <w:rPr>
          <w:b/>
        </w:rPr>
        <w:t xml:space="preserve">[22:31] </w:t>
      </w:r>
      <w:r>
        <w:t>Where there is design there is a designer۔ Where there is creation there is a creator۔</w:t>
      </w:r>
    </w:p>
    <w:p>
      <w:pPr>
        <w:jc w:val="right"/>
      </w:pPr>
      <w:r>
        <w:t>Where there is design there is a designer۔ Where there is creation there is a creator۔</w:t>
      </w:r>
    </w:p>
    <w:p>
      <w:r>
        <w:rPr>
          <w:b/>
        </w:rPr>
        <w:t xml:space="preserve">[22:44] </w:t>
      </w:r>
      <w:r>
        <w:t>to saare jo dalail hain jitni logic hai woh sab chala rahi hai ke is kainat ka aik khalique hai۔</w:t>
      </w:r>
    </w:p>
    <w:p>
      <w:pPr>
        <w:jc w:val="right"/>
      </w:pPr>
      <w:r>
        <w:t>تو سارے جو دلائل ہیں جتنی logic ہے وہ سب چلا رہی ہے کہ اس کائنات کا ایک خالق ہے۔</w:t>
      </w:r>
    </w:p>
    <w:p>
      <w:r>
        <w:rPr>
          <w:b/>
        </w:rPr>
        <w:t xml:space="preserve">[23:02] </w:t>
      </w:r>
      <w:r>
        <w:t>ab aik shakhs kehta hai ke khalique haq to mujhe dikhai kyun nahi deta? to hazrat musa ne kaha tha ke ay ay rab mein chahta hoon tujhe dekhun۔</w:t>
      </w:r>
    </w:p>
    <w:p>
      <w:pPr>
        <w:jc w:val="right"/>
      </w:pPr>
      <w:r>
        <w:t>اب ایک شخص کہتا ہے کہ خالق حق تو مجھے دکھائی کیوں نہیں دیتا؟ تو حضرت موسیٰ نے کہا تھا کہ اے اے رب میں چاہتا ہوں تجھے دیکھوں۔</w:t>
      </w:r>
    </w:p>
    <w:p>
      <w:r>
        <w:rPr>
          <w:b/>
        </w:rPr>
        <w:t xml:space="preserve">[23:14] </w:t>
      </w:r>
      <w:r>
        <w:t>quran mein bataya gaya hai ke hazrat musa jab toor par gaye to unhon ne kaha ke ay khuda mein tujh ko dekhna chahta hoon۔ rab arni anzar elaika۔</w:t>
      </w:r>
    </w:p>
    <w:p>
      <w:pPr>
        <w:jc w:val="right"/>
      </w:pPr>
      <w:r>
        <w:t>قرآن میں بتایا گیا ہے کہ حضرت موسیٰ جب طور پر گئے تو انہوں نے کہا کہ اے خدا میں تجھ کو دیکھنا چاہتا ہوں۔ رب ارنی انظر الیک۔</w:t>
      </w:r>
    </w:p>
    <w:p>
      <w:r>
        <w:rPr>
          <w:b/>
        </w:rPr>
        <w:t xml:space="preserve">[23:25] </w:t>
      </w:r>
      <w:r>
        <w:t>to awaz aai ke lall tarani tum us ko dekh nahi sakte۔ yeh saada baat nahi hai۔</w:t>
      </w:r>
    </w:p>
    <w:p>
      <w:pPr>
        <w:jc w:val="right"/>
      </w:pPr>
      <w:r>
        <w:t>تو آواز آئی کہ لل ترانی تم اس کو دیکھ نہیں سکتے۔ یہ سادہ بات نہیں ہے۔</w:t>
      </w:r>
    </w:p>
    <w:p>
      <w:r>
        <w:rPr>
          <w:b/>
        </w:rPr>
        <w:t xml:space="preserve">[23:37] </w:t>
      </w:r>
      <w:r>
        <w:t>is dunya mein hamari limitations hain۔ is dunya mein hamari limitations hain۔ mislan is aankh se kya aap suraj ko dekh sakte hain direct؟</w:t>
      </w:r>
    </w:p>
    <w:p>
      <w:pPr>
        <w:jc w:val="right"/>
      </w:pPr>
      <w:r>
        <w:t>اس دنیا میں ہماری limitations ہیں۔ اس دنیا میں ہماری limitations ہیں۔ مثلاً اس آنکھ سے کیا آپ سورج کو دیکھ سکتے ہیں direct؟</w:t>
      </w:r>
    </w:p>
    <w:p>
      <w:r>
        <w:rPr>
          <w:b/>
        </w:rPr>
        <w:t xml:space="preserve">[23:49] </w:t>
      </w:r>
      <w:r>
        <w:t>agar suraj ko direct dekhne ki koshish karein to aap aankh khatam ho jayegi۔ aur jo bare bare sitare hain us ko dekhne ka sawal hi nahi۔</w:t>
      </w:r>
    </w:p>
    <w:p>
      <w:pPr>
        <w:jc w:val="right"/>
      </w:pPr>
      <w:r>
        <w:t>اگر سورج کو direct دیکھنے کی کوشش کریں تو آپ آنکھ ختم ہو جائے گی۔ اور جو بڑے بڑے ستارے ہیں اس کو دیکھنے کا سوال ہی نہیں۔</w:t>
      </w:r>
    </w:p>
    <w:p>
      <w:r>
        <w:rPr>
          <w:b/>
        </w:rPr>
        <w:t xml:space="preserve">[24:00] </w:t>
      </w:r>
      <w:r>
        <w:t>is dunya mein khuda ne hum ko limitations ke sath paida kiya hai۔ kyunke yahi taqaza tha is ka۔</w:t>
      </w:r>
    </w:p>
    <w:p>
      <w:pPr>
        <w:jc w:val="right"/>
      </w:pPr>
      <w:r>
        <w:t>اس دنیا میں خدا نے ہم کو limitations کے ساتھ پیدا کیا ہے۔ کیونکہ یہی تقاضا تھا اس کا۔</w:t>
      </w:r>
    </w:p>
    <w:p>
      <w:r>
        <w:rPr>
          <w:b/>
        </w:rPr>
        <w:t xml:space="preserve">[24:11] </w:t>
      </w:r>
      <w:r>
        <w:t>Creation plan of God ka۔ is liye hum dekh nahi paate۔ akhirat mein aisa hoga ke hamari limitations khatam kar di jayengi۔</w:t>
      </w:r>
    </w:p>
    <w:p>
      <w:pPr>
        <w:jc w:val="right"/>
      </w:pPr>
      <w:r>
        <w:t>Creation plan of God کا۔ اس لیے ہم دیکھ نہیں پاتے۔ آخرت میں ایسا ہوگا کہ ہماری limitations ختم کر دی جائیں گی۔</w:t>
      </w:r>
    </w:p>
    <w:p>
      <w:r>
        <w:rPr>
          <w:b/>
        </w:rPr>
        <w:t xml:space="preserve">[24:22] </w:t>
      </w:r>
      <w:r>
        <w:t>phir hum apne rab ko dekh payenge۔</w:t>
      </w:r>
    </w:p>
    <w:p>
      <w:pPr>
        <w:jc w:val="right"/>
      </w:pPr>
      <w:r>
        <w:t>پھر ہم اپنے رب کو دیکھ پائیں گے۔</w:t>
      </w:r>
    </w:p>
    <w:p>
      <w:r>
        <w:rPr>
          <w:b/>
        </w:rPr>
        <w:t xml:space="preserve">[24:28] </w:t>
      </w:r>
      <w:r>
        <w:t>hadith mein aata hai ke sahaba ne poocha rasool Allah se ke kya aap jannat mein Allah ko dekhenge؟</w:t>
      </w:r>
    </w:p>
    <w:p>
      <w:pPr>
        <w:jc w:val="right"/>
      </w:pPr>
      <w:r>
        <w:t>حدیث میں آتا ہے کہ صحابہ نے پوچھا رسول اللہ سے کہ کیا آپ جنت میں اللہ کو دیکھیں گے؟</w:t>
      </w:r>
    </w:p>
    <w:p>
      <w:r>
        <w:rPr>
          <w:b/>
        </w:rPr>
        <w:t xml:space="preserve">[24:40] </w:t>
      </w:r>
      <w:r>
        <w:t>to aap ne farmaya ke haan۔ jab tum suraj chand ko dekhte ho bas yahi dekho ge۔ to cheez yeh hai ke yeh jo yeh jo Allah rab ul alameen hai woh beyond space and time hai۔</w:t>
      </w:r>
    </w:p>
    <w:p>
      <w:pPr>
        <w:jc w:val="right"/>
      </w:pPr>
      <w:r>
        <w:t>تو آپ نے فرمایا کہ ہاں۔ جب تم سورج چاند کو دیکھتے ہو بس یہی دیکھو گے۔ تو چیز یہ ہے کہ یہ جو یہ جو اللہ رب العالمین ہے وہ beyond space and time ہے۔</w:t>
      </w:r>
    </w:p>
    <w:p>
      <w:r>
        <w:rPr>
          <w:b/>
        </w:rPr>
        <w:t xml:space="preserve">[24:55] </w:t>
      </w:r>
      <w:r>
        <w:t>woh aik aisi reality hai jo beyond space and time hai۔ hum jo hain hamare paas jo salahiyat hai woh space and time ke andar dekh pati hai۔</w:t>
      </w:r>
    </w:p>
    <w:p>
      <w:pPr>
        <w:jc w:val="right"/>
      </w:pPr>
      <w:r>
        <w:t>وہ ایک ایسی reality ہے جو beyond space and time ہے۔ ہم جو ہیں ہمارے پاس جو صلاحیت ہے وہ space and time کے اندر دیکھ پاتی ہے۔</w:t>
      </w:r>
    </w:p>
    <w:p>
      <w:r>
        <w:rPr>
          <w:b/>
        </w:rPr>
        <w:t xml:space="preserve">[25:10] </w:t>
      </w:r>
      <w:r>
        <w:t>space and time ke andar hi hum dekh paate hain is ke beyond nahi dekh paate۔ is liye to due to our limitations we are unable to see God Almighty directly۔</w:t>
      </w:r>
    </w:p>
    <w:p>
      <w:pPr>
        <w:jc w:val="right"/>
      </w:pPr>
      <w:r>
        <w:t>space and time کے اندر ہی ہم دیکھ پاتے ہیں اس کے beyond نہیں دیکھ پاتے۔ اس لیے تو due to our limitations we are unable to see God Almighty directly۔</w:t>
      </w:r>
    </w:p>
    <w:p>
      <w:r>
        <w:rPr>
          <w:b/>
        </w:rPr>
        <w:t xml:space="preserve">[25:25] </w:t>
      </w:r>
      <w:r>
        <w:t>yeh hai۔ isi liye quran mein hai ke yuminoon bil ghaib۔</w:t>
      </w:r>
    </w:p>
    <w:p>
      <w:pPr>
        <w:jc w:val="right"/>
      </w:pPr>
      <w:r>
        <w:t>یہ ہے۔ اسی لیے قرآن میں ہے کہ یومنون بالغیب۔</w:t>
      </w:r>
    </w:p>
    <w:p>
      <w:r>
        <w:rPr>
          <w:b/>
        </w:rPr>
        <w:t xml:space="preserve">[25:33] </w:t>
      </w:r>
      <w:r>
        <w:t>yani khuda ko ghaib mein dekhna yeh kya hai؟ apni limitations ka ko ko manna aik is ka etraf karna۔</w:t>
      </w:r>
    </w:p>
    <w:p>
      <w:pPr>
        <w:jc w:val="right"/>
      </w:pPr>
      <w:r>
        <w:t>یعنی خدا کو غیب میں دیکھنا یہ کیا ہے؟ اپنی limitations کا کو کو ماننا ایک اس کا اعتراف کرنا۔</w:t>
      </w:r>
    </w:p>
    <w:p>
      <w:r>
        <w:rPr>
          <w:b/>
        </w:rPr>
        <w:t xml:space="preserve">[25:44] </w:t>
      </w:r>
      <w:r>
        <w:t>jise aap aag ke angare ko nahi pakadte to kyun nahi pakadte؟ aap is baat ka etraf karte hain ke meri woh taqat nahi hai ke main apne hath se angare ko pakad sakun۔</w:t>
      </w:r>
    </w:p>
    <w:p>
      <w:pPr>
        <w:jc w:val="right"/>
      </w:pPr>
      <w:r>
        <w:t>جسے آپ آگ کے انگارے کو نہیں پکڑتے تو کیوں نہیں پکڑتے؟ آپ اس بات کو اعتراف کرتے ہیں کہ میری وہ طاقت نہیں ہے کہ میں اپنے ہاتھ سے انگارے کو پکڑ سکوں۔</w:t>
      </w:r>
    </w:p>
    <w:p>
      <w:r>
        <w:rPr>
          <w:b/>
        </w:rPr>
        <w:t xml:space="preserve">[25:59] </w:t>
      </w:r>
      <w:r>
        <w:t>jab aag ka angara aap nahi pakadte hath mein ya</w:t>
      </w:r>
    </w:p>
    <w:p>
      <w:pPr>
        <w:jc w:val="right"/>
      </w:pPr>
      <w:r>
        <w:t>جب آگ کا انگارہ آپ نہیں پکڑتے ہاتھ میں یا</w:t>
      </w:r>
    </w:p>
    <w:p>
      <w:r>
        <w:rPr>
          <w:b/>
        </w:rPr>
        <w:t xml:space="preserve">[26:08] </w:t>
      </w:r>
      <w:r>
        <w:t>loha garam ho bilkul us ko aap hath mein nahi lete to aap goya is baat ka etraf karte hain is baat ko acknowledge karte hain ke meri itni taqat nahi hai ke main direct tor par aag ko pakad sakun۔</w:t>
      </w:r>
    </w:p>
    <w:p>
      <w:pPr>
        <w:jc w:val="right"/>
      </w:pPr>
      <w:r>
        <w:t>لوہا گرم ہو بالکل اس کو آپ ہاتھ میں نہیں لیتے تو آپ گویا اس بات کا اعتراف کرتے ہیں اس بات کو acknowledge کرتے ہیں کہ میری اتنی طاقت نہیں ہے کہ میں direct طور پر آگ کو پکڑ سکوں۔</w:t>
      </w:r>
    </w:p>
    <w:p>
      <w:r>
        <w:rPr>
          <w:b/>
        </w:rPr>
        <w:t xml:space="preserve">[26:24] </w:t>
      </w:r>
      <w:r>
        <w:t>aise hi jab aap Allah ko</w:t>
      </w:r>
    </w:p>
    <w:p>
      <w:pPr>
        <w:jc w:val="right"/>
      </w:pPr>
      <w:r>
        <w:t>ایسے ہی جب آپ اللہ کو</w:t>
      </w:r>
    </w:p>
    <w:p>
      <w:r>
        <w:rPr>
          <w:b/>
        </w:rPr>
        <w:t xml:space="preserve">[26:29] </w:t>
      </w:r>
      <w:r>
        <w:t>ghaib mein mante hain jab aap kehte hain khuda mein tujh par iman bil ghaib laya tere upar۔ to ghaib mein hai tab bhi main tujh par iman laya۔</w:t>
      </w:r>
    </w:p>
    <w:p>
      <w:pPr>
        <w:jc w:val="right"/>
      </w:pPr>
      <w:r>
        <w:t>غیب میں مانتے ہیں جب آپ کہتے ہیں خدا میں تجھ پر ایمان بالغیب لایا تیرے اوپر۔ تو غیب میں ہے تب بھی میں تجھ پر ایمان لایا۔</w:t>
      </w:r>
    </w:p>
    <w:p>
      <w:r>
        <w:rPr>
          <w:b/>
        </w:rPr>
        <w:t xml:space="preserve">[26:39] </w:t>
      </w:r>
      <w:r>
        <w:t>to aap is ka matlab kya hai؟ aap ne apni limitations ka etraf kiya ke khuda mein apni maujooda salahiyat ke sath to dekh nahi sakta۔</w:t>
      </w:r>
    </w:p>
    <w:p>
      <w:pPr>
        <w:jc w:val="right"/>
      </w:pPr>
      <w:r>
        <w:t>تو آپ اس کا مطلب کیا ہے؟ آپ نے اپنی limitations کا اعتراف کیا کہ خدا میں اپنی موجودہ صلاحیت کے ساتھ تو دیکھ نہیں سکتا۔</w:t>
      </w:r>
    </w:p>
    <w:p>
      <w:r>
        <w:rPr>
          <w:b/>
        </w:rPr>
        <w:t xml:space="preserve">[26:51] </w:t>
      </w:r>
      <w:r>
        <w:t>lekin main tera iqrar karta hoon. main tere wajood ka iqrar karta hoon agarchay apni limitations ki waja say main tujh ko dekh nahin sakta.</w:t>
      </w:r>
    </w:p>
    <w:p>
      <w:pPr>
        <w:jc w:val="right"/>
      </w:pPr>
      <w:r>
        <w:t>لیکن میں تیرا اقرار کرتا ہوں۔ میں تیرے وجود کا اقرار کرتا ہوں اگرچہ اپنی limitations کی وجہ سے میں تجھ کو دیکھ نہیں سکتا۔</w:t>
      </w:r>
    </w:p>
    <w:p>
      <w:r>
        <w:rPr>
          <w:b/>
        </w:rPr>
        <w:t xml:space="preserve">[27:06] </w:t>
      </w:r>
      <w:r>
        <w:t>aur dekhiye</w:t>
      </w:r>
    </w:p>
    <w:p>
      <w:pPr>
        <w:jc w:val="right"/>
      </w:pPr>
      <w:r>
        <w:t>اور دیکھیے</w:t>
      </w:r>
    </w:p>
    <w:p>
      <w:r>
        <w:rPr>
          <w:b/>
        </w:rPr>
        <w:t xml:space="preserve">[27:10] </w:t>
      </w:r>
      <w:r>
        <w:t>main aap ko do example deta hoon bohat hi scientific example limitations kay baray mein. Einstein ki jo theory hai theory of relativity woh yeh kehti hai kay kuch cheezain space and time kay andar hain.</w:t>
      </w:r>
    </w:p>
    <w:p>
      <w:pPr>
        <w:jc w:val="right"/>
      </w:pPr>
      <w:r>
        <w:t>میں آپ کو دو example دیتا ہوں بہت ہی scientific example limitations کے بارے میں۔ Einstein کی جو theory ہے theory of relativity وہ یہ کہتی ہے کہ کچھ چیزیں space and time کے اندر ہیں۔</w:t>
      </w:r>
    </w:p>
    <w:p>
      <w:r>
        <w:rPr>
          <w:b/>
        </w:rPr>
        <w:t xml:space="preserve">[27:31] </w:t>
      </w:r>
      <w:r>
        <w:t>kuch cheezain hain jo beyond space and time hain. hum yeh space mein hain yeh space jo hum dekh paatay hain to yeh hum is kay is kay is kay mawara bhi kuch hai.</w:t>
      </w:r>
    </w:p>
    <w:p>
      <w:pPr>
        <w:jc w:val="right"/>
      </w:pPr>
      <w:r>
        <w:t>کچھ چیزیں ہیں جو beyond space and time ہیں۔ ہم یہ space میں ہیں یہ space جو ہم دیکھ پاتے ہیں تو یہ ہم اس کے اس کے اس کے ماوراء بھی کچھ ہے۔</w:t>
      </w:r>
    </w:p>
    <w:p>
      <w:r>
        <w:rPr>
          <w:b/>
        </w:rPr>
        <w:t xml:space="preserve">[27:47] </w:t>
      </w:r>
      <w:r>
        <w:t>yani beyond space and time. lekin hum apni limitations ki waja say is ko nahin jaan paatay. to Einstein ki jo theory hai us say yeh cheez prove hua hai scientifically kay space and time kay beyond bhi kuch cheez hai.</w:t>
      </w:r>
    </w:p>
    <w:p>
      <w:pPr>
        <w:jc w:val="right"/>
      </w:pPr>
      <w:r>
        <w:t>یعنی beyond space and time۔ لیکن ہم اپنی limitations کی وجہ سے اس کو نہیں جان پاتے۔ تو Einstein کی جو theory ہے اس سے یہ چیز prove ہوا ہے scientifically کہ space and time کے beyond بھی کچھ چیز ہے۔</w:t>
      </w:r>
    </w:p>
    <w:p>
      <w:r>
        <w:rPr>
          <w:b/>
        </w:rPr>
        <w:t xml:space="preserve">[28:05] </w:t>
      </w:r>
      <w:r>
        <w:t>koi reality hai. agarchay hum is ko dekh nahin saktay.</w:t>
      </w:r>
    </w:p>
    <w:p>
      <w:pPr>
        <w:jc w:val="right"/>
      </w:pPr>
      <w:r>
        <w:t>کوئی reality ہے۔ اگرچہ ہم اس کو دیکھ نہیں سکتے۔</w:t>
      </w:r>
    </w:p>
    <w:p>
      <w:r>
        <w:rPr>
          <w:b/>
        </w:rPr>
        <w:t xml:space="preserve">[28:12] </w:t>
      </w:r>
      <w:r>
        <w:t>ashya mein agar aap yeh kahain kay mujhe dikhao Khuda ko tab main maano ga to there is madness. Madness. yeh baat aadmi aag kay baray mein nahin kehta kay mujhe pakrao mera haath jalay tab maano ga kyunkay woh aag jalaati hai.</w:t>
      </w:r>
    </w:p>
    <w:p>
      <w:pPr>
        <w:jc w:val="right"/>
      </w:pPr>
      <w:r>
        <w:t>اشیاء میں اگر آپ یہ کہیں کہ مجھے دکھاؤ خدا کو تب میں مانوں گا تو there is madness۔ Madness۔ یہ بات آدمی آگ کے بارے میں نہیں کہتا کہ مجھے پکڑاؤ میرا ہاتھ جلے تب مانوں گا کیونکہ وہ آگ جلاتی ہے۔</w:t>
      </w:r>
    </w:p>
    <w:p>
      <w:r>
        <w:rPr>
          <w:b/>
        </w:rPr>
        <w:t xml:space="preserve">[28:27] </w:t>
      </w:r>
      <w:r>
        <w:t>wahan par aisa nahin kartay. to yeh kehna insincerity hai kay mujhe Khuda ko dikhao.</w:t>
      </w:r>
    </w:p>
    <w:p>
      <w:pPr>
        <w:jc w:val="right"/>
      </w:pPr>
      <w:r>
        <w:t>وہاں پر ایسا نہیں کرتے۔ تو یہ کہنا insincerity ہے کہ مجھے خدا کو دکھاؤ۔</w:t>
      </w:r>
    </w:p>
    <w:p>
      <w:r>
        <w:rPr>
          <w:b/>
        </w:rPr>
        <w:t xml:space="preserve">[28:39] </w:t>
      </w:r>
      <w:r>
        <w:t>kal ki taqreer mein main nay kaha tha kay aik philosopher nay kaha tha kay agar Khuda nay paida kiya hai duniya ko to khud Khuda ko kis nay paida kiya?</w:t>
      </w:r>
    </w:p>
    <w:p>
      <w:pPr>
        <w:jc w:val="right"/>
      </w:pPr>
      <w:r>
        <w:t>کل کی تقریر میں میں نے کہا تھا کہ ایک philosopher نے کہا تھا کہ اگر خدا نے پیدا کیا ہے دنیا کو تو خود خدا کو کس نے پیدا کیا؟</w:t>
      </w:r>
    </w:p>
    <w:p>
      <w:r>
        <w:rPr>
          <w:b/>
        </w:rPr>
        <w:t xml:space="preserve">[28:51] </w:t>
      </w:r>
      <w:r>
        <w:t>dekhiye yeh insincere statement hai. Insincere. is liye kay dekhiye choice jo hai kin do kay beech mein hai?</w:t>
      </w:r>
    </w:p>
    <w:p>
      <w:pPr>
        <w:jc w:val="right"/>
      </w:pPr>
      <w:r>
        <w:t>دیکھیے یہ insincere statement ہے۔ Insincere۔ اس لیے کہ دیکھیے choice جو ہے کن دو کے بیچ میں ہے؟</w:t>
      </w:r>
    </w:p>
    <w:p>
      <w:r>
        <w:rPr>
          <w:b/>
        </w:rPr>
        <w:t xml:space="preserve">[29:04] </w:t>
      </w:r>
      <w:r>
        <w:t>Universe with God aur universe without God kay beech choice nahin hai.</w:t>
      </w:r>
    </w:p>
    <w:p>
      <w:pPr>
        <w:jc w:val="right"/>
      </w:pPr>
      <w:r>
        <w:t>Universe with God اور universe without God کے بیچ choice نہیں ہے۔</w:t>
      </w:r>
    </w:p>
    <w:p>
      <w:r>
        <w:rPr>
          <w:b/>
        </w:rPr>
        <w:t xml:space="preserve">[29:13] </w:t>
      </w:r>
      <w:r>
        <w:t>Universe with God aur universe without kay beech mein nahin choice hai. jo real choice jo hai woh hai universe with God or no universe at all.</w:t>
      </w:r>
    </w:p>
    <w:p>
      <w:pPr>
        <w:jc w:val="right"/>
      </w:pPr>
      <w:r>
        <w:t>Universe with God اور universe without کے بیچ میں نہیں choice ہے۔ جو real choice جو ہے وہ ہے universe with God or no universe at all۔</w:t>
      </w:r>
    </w:p>
    <w:p>
      <w:r>
        <w:rPr>
          <w:b/>
        </w:rPr>
        <w:t xml:space="preserve">[29:30] </w:t>
      </w:r>
      <w:r>
        <w:t>jis philosopher nay yeh kaha tha kay Khuda nay paida kiya insaan ko duniya ko to khud Khuda ko kis nay paida kiya? woh woh yani koi sanjeeda tabasra nahin tha us ka.</w:t>
      </w:r>
    </w:p>
    <w:p>
      <w:pPr>
        <w:jc w:val="right"/>
      </w:pPr>
      <w:r>
        <w:t>جس philosopher نے یہ کہا تھا کہ خدا نے پیدا کیا انسان کو دنیا کو تو خود خدا کو کس نے پیدا کیا؟ وہ وہ یعنی کوئی سنجیدہ تبصرہ نہیں تھا اس کا۔</w:t>
      </w:r>
    </w:p>
    <w:p>
      <w:r>
        <w:rPr>
          <w:b/>
        </w:rPr>
        <w:t xml:space="preserve">[29:47] </w:t>
      </w:r>
      <w:r>
        <w:t>is ko agar ziyada sochta ziyada sochta ziyada sochta to samajhta kay yeh choice hi nahin hai kay main universe with God ko maanoon ya universe without God ko maanoon.</w:t>
      </w:r>
    </w:p>
    <w:p>
      <w:pPr>
        <w:jc w:val="right"/>
      </w:pPr>
      <w:r>
        <w:t>اس کو اگر زیادہ سوچتا زیادہ سوچتا زیادہ سوچتا تو سمجھتا کہ یہ choice ہی نہیں ہے کہ میں universe with God کو مانوں یا universe without God کو مانوں۔</w:t>
      </w:r>
    </w:p>
    <w:p>
      <w:r>
        <w:rPr>
          <w:b/>
        </w:rPr>
        <w:t xml:space="preserve">[30:01] </w:t>
      </w:r>
      <w:r>
        <w:t>yeh choice hi nahin hai. Choice hai universe with God or no universe at all.</w:t>
      </w:r>
    </w:p>
    <w:p>
      <w:pPr>
        <w:jc w:val="right"/>
      </w:pPr>
      <w:r>
        <w:t>یہ choice ہی نہیں ہے۔ Choice ہے universe with God or no universe at all۔</w:t>
      </w:r>
    </w:p>
    <w:p>
      <w:r>
        <w:rPr>
          <w:b/>
        </w:rPr>
        <w:t xml:space="preserve">[30:11] </w:t>
      </w:r>
      <w:r>
        <w:t>kyunkay yeh duniya to hum dekh rahay hain yeh duniya maujood hai. to agar hum yeh kahain kay Khuda nahin hai to hum ko duniya ka inkar karna paray ga.</w:t>
      </w:r>
    </w:p>
    <w:p>
      <w:pPr>
        <w:jc w:val="right"/>
      </w:pPr>
      <w:r>
        <w:t>کیونکہ یہ دنیا تو ہم دیکھ رہے ہیں یہ دنیا موجود ہے۔ تو اگر ہم یہ کہیں کہ خدا نہیں ہے تو ہم کو دنیا کا انکار کرنا پڑے گا۔</w:t>
      </w:r>
    </w:p>
    <w:p>
      <w:r>
        <w:rPr>
          <w:b/>
        </w:rPr>
        <w:t xml:space="preserve">[30:21] </w:t>
      </w:r>
      <w:r>
        <w:t>ab is ka inkar hum kar nahin saktay.</w:t>
      </w:r>
    </w:p>
    <w:p>
      <w:pPr>
        <w:jc w:val="right"/>
      </w:pPr>
      <w:r>
        <w:t>اب اس کا انکار ہم کر نہیں سکتے۔</w:t>
      </w:r>
    </w:p>
    <w:p>
      <w:r>
        <w:rPr>
          <w:b/>
        </w:rPr>
        <w:t xml:space="preserve">[30:27] </w:t>
      </w:r>
      <w:r>
        <w:t>doosri misaal mein aap ko dena chahta hoon jo</w:t>
      </w:r>
    </w:p>
    <w:p>
      <w:pPr>
        <w:jc w:val="right"/>
      </w:pPr>
      <w:r>
        <w:t>دوسری مثال میں آپ کو دینا چاہتا ہوں جو</w:t>
      </w:r>
    </w:p>
    <w:p>
      <w:r>
        <w:rPr>
          <w:b/>
        </w:rPr>
        <w:t xml:space="preserve">[30:35] </w:t>
      </w:r>
      <w:r>
        <w:t>aik bohat hi ajeeb cheez daryaft hui hai is zamanay mein. bohat ajeeb cheez.</w:t>
      </w:r>
    </w:p>
    <w:p>
      <w:pPr>
        <w:jc w:val="right"/>
      </w:pPr>
      <w:r>
        <w:t>ایک بہت ہی عجیب چیز دریافت ہوئی ہے اس زمانے میں۔ بہت عجیب چیز۔</w:t>
      </w:r>
    </w:p>
    <w:p>
      <w:r>
        <w:rPr>
          <w:b/>
        </w:rPr>
        <w:t xml:space="preserve">[30:45] </w:t>
      </w:r>
      <w:r>
        <w:t>jis ko kehtay hain quantum theory. Quantum theory bohat hi ajeeb cheez hai. Quantum theory yeh batati hai kay microcosmic level par tasalsul nahin hai.</w:t>
      </w:r>
    </w:p>
    <w:p>
      <w:pPr>
        <w:jc w:val="right"/>
      </w:pPr>
      <w:r>
        <w:t>جس کو کہتے ہیں quantum theory۔ Quantum theory بہت ہی عجیب چیز ہے۔ Quantum theory یہ بتاتی ہے کہ microcosmic level پر تسلسل نہیں ہے۔</w:t>
      </w:r>
    </w:p>
    <w:p>
      <w:r>
        <w:rPr>
          <w:b/>
        </w:rPr>
        <w:t xml:space="preserve">[31:05] </w:t>
      </w:r>
      <w:r>
        <w:t>dekhiye aik hai micro world aik hai micro world. yani bari bari cheezain jo hain suraj sitaray yeh yeh micro world hain. aur aik hai choti cheezain yani jo electron ki duniya hai jo woh dikhai nahin deti.</w:t>
      </w:r>
    </w:p>
    <w:p>
      <w:pPr>
        <w:jc w:val="right"/>
      </w:pPr>
      <w:r>
        <w:t>دیکھیے ایک ہے micro world ایک ہے micro world۔ یعنی بڑی بڑی چیزیں جو ہیں سورج ستارے یہ یہ micro world ہیں۔ اور ایک ہے چھوٹی چیزیں یعنی جو electron کی دنیا ہے جو وہ دکھائی نہیں دیتی۔</w:t>
      </w:r>
    </w:p>
    <w:p>
      <w:r>
        <w:rPr>
          <w:b/>
        </w:rPr>
        <w:t xml:space="preserve">[31:20] </w:t>
      </w:r>
      <w:r>
        <w:t>woh micro world hai.</w:t>
      </w:r>
    </w:p>
    <w:p>
      <w:pPr>
        <w:jc w:val="right"/>
      </w:pPr>
      <w:r>
        <w:t>وہ micro world ہے۔</w:t>
      </w:r>
    </w:p>
    <w:p>
      <w:r>
        <w:rPr>
          <w:b/>
        </w:rPr>
        <w:t xml:space="preserve">[31:25] </w:t>
      </w:r>
      <w:r>
        <w:t>to yeh jo yeh jo scientific theory hai</w:t>
      </w:r>
    </w:p>
    <w:p>
      <w:pPr>
        <w:jc w:val="right"/>
      </w:pPr>
      <w:r>
        <w:t>تو یہ جو یہ جو scientific theory ہے</w:t>
      </w:r>
    </w:p>
    <w:p>
      <w:r>
        <w:rPr>
          <w:b/>
        </w:rPr>
        <w:t xml:space="preserve">[31:35] </w:t>
      </w:r>
      <w:r>
        <w:t>woh batati hai kay micro</w:t>
      </w:r>
    </w:p>
    <w:p>
      <w:pPr>
        <w:jc w:val="right"/>
      </w:pPr>
      <w:r>
        <w:t>وہ بتاتی ہے کہ micro</w:t>
      </w:r>
    </w:p>
    <w:p>
      <w:r>
        <w:rPr>
          <w:b/>
        </w:rPr>
        <w:t xml:space="preserve">[31:40] </w:t>
      </w:r>
      <w:r>
        <w:t>level par tasalsul nahin hai. yani yeh kainaat silsila war nahin chal rahi hai. yeh hai quantum theory.</w:t>
      </w:r>
    </w:p>
    <w:p>
      <w:pPr>
        <w:jc w:val="right"/>
      </w:pPr>
      <w:r>
        <w:t>level پر تسلسل نہیں ہے۔ یعنی یہ کائنات سلسلہ وار نہیں چل رہی ہے۔ یہ ہے quantum theory۔</w:t>
      </w:r>
    </w:p>
    <w:p>
      <w:r>
        <w:rPr>
          <w:b/>
        </w:rPr>
        <w:t xml:space="preserve">[31:53] </w:t>
      </w:r>
      <w:r>
        <w:t>jaise aap dekhiye aap jab tv dekhte hain to aap samajhte hain ke event jo hai silsila war ho rahe hain. haalankeh haqeeqat mein aisa nahi hota. event ko aap dekhte hain silsila war to woh silsila war nahi hota.</w:t>
      </w:r>
    </w:p>
    <w:p>
      <w:pPr>
        <w:jc w:val="right"/>
      </w:pPr>
      <w:r>
        <w:t>جیسے آپ دیکھیے آپ جب ٹی وی دیکھتے ہیں تو آپ سمجھتے ہیں کہ event جو ہے سلسلہ وار ہو رہے ہیں۔ حالانکہ حقیقت میں ایسا نہیں ہوتا۔ Event کو آپ دیکھتے ہیں سلسلہ وار تو وہ سلسلہ وار نہیں ہوتا۔</w:t>
      </w:r>
    </w:p>
    <w:p>
      <w:r>
        <w:rPr>
          <w:b/>
        </w:rPr>
        <w:t xml:space="preserve">[32:07] </w:t>
      </w:r>
      <w:r>
        <w:t>beshumar beech mein gap hota hai.</w:t>
      </w:r>
    </w:p>
    <w:p>
      <w:pPr>
        <w:jc w:val="right"/>
      </w:pPr>
      <w:r>
        <w:t>بے شمار بیچ میں gap ہوتا ہے۔</w:t>
      </w:r>
    </w:p>
    <w:p>
      <w:r>
        <w:rPr>
          <w:b/>
        </w:rPr>
        <w:t xml:space="preserve">[32:14] </w:t>
      </w:r>
      <w:r>
        <w:t>beshumar gap hota hai. aap apni aankh se is gap ko dekh nahi paate is liye aap ko cheezein musalsal nazar aati hain.</w:t>
      </w:r>
    </w:p>
    <w:p>
      <w:pPr>
        <w:jc w:val="right"/>
      </w:pPr>
      <w:r>
        <w:t>بے شمار gap ہوتا ہے۔ آپ اپنی آنکھ سے اس gap کو دیکھ نہیں پاتے اس لیے آپ کو چیزیں مسلسل نظر آتی ہیں۔</w:t>
      </w:r>
    </w:p>
    <w:p>
      <w:r>
        <w:rPr>
          <w:b/>
        </w:rPr>
        <w:t xml:space="preserve">[32:25] </w:t>
      </w:r>
      <w:r>
        <w:t>yeh hamari aankh ki kami hai is liye hum is ko musalsal dekh rahe hain. otherwise woh musalsal nahi hai.</w:t>
      </w:r>
    </w:p>
    <w:p>
      <w:pPr>
        <w:jc w:val="right"/>
      </w:pPr>
      <w:r>
        <w:t>یہ ہماری آنکھ کی کمی ہے اس لیے ہم اس کو مسلسل دیکھ رہے ہیں۔ Otherwise وہ مسلسل نہیں ہے۔</w:t>
      </w:r>
    </w:p>
    <w:p>
      <w:r>
        <w:rPr>
          <w:b/>
        </w:rPr>
        <w:t xml:space="preserve">[32:35] </w:t>
      </w:r>
      <w:r>
        <w:t>beshumar photo hote hain jo liye moving camera hum le aate hain to woh woh is mein har har har do photo ke beech mein gap hota hai.</w:t>
      </w:r>
    </w:p>
    <w:p>
      <w:pPr>
        <w:jc w:val="right"/>
      </w:pPr>
      <w:r>
        <w:t>بے شمار photo ہوتے ہیں جو لیے moving camera ہم لے آتے ہیں تو وہ وہ اس میں ہر ہر ہر دو photo کے بیچ میں gap ہوتا ہے۔</w:t>
      </w:r>
    </w:p>
    <w:p>
      <w:r>
        <w:rPr>
          <w:b/>
        </w:rPr>
        <w:t xml:space="preserve">[32:48] </w:t>
      </w:r>
      <w:r>
        <w:t>aap is ko dekh nahi paate to cheezein aap ko musalsal dikhai deti hain. theek yahi poore universe ka maamla hai.</w:t>
      </w:r>
    </w:p>
    <w:p>
      <w:pPr>
        <w:jc w:val="right"/>
      </w:pPr>
      <w:r>
        <w:t>آپ اس کو دیکھ نہیں پاتے تو چیزیں آپ کو مسلسل دکھائی دیتی ہیں۔ ٹھیک یہی پورے universe کا معاملہ ہے۔</w:t>
      </w:r>
    </w:p>
    <w:p>
      <w:r>
        <w:rPr>
          <w:b/>
        </w:rPr>
        <w:t xml:space="preserve">[32:58] </w:t>
      </w:r>
      <w:r>
        <w:t>ke universe mein tasalsul nahi hai. ab is aayat ko padhiye aap ke kal yauum huwa fi shaan.</w:t>
      </w:r>
    </w:p>
    <w:p>
      <w:pPr>
        <w:jc w:val="right"/>
      </w:pPr>
      <w:r>
        <w:t>کہ universe میں تسلسل نہیں ہے۔ اب اس آیت کو پڑھیے آپ کہ کل یوم ہوا فی شان۔</w:t>
      </w:r>
    </w:p>
    <w:p>
      <w:r>
        <w:rPr>
          <w:b/>
        </w:rPr>
        <w:t xml:space="preserve">[33:08] </w:t>
      </w:r>
      <w:r>
        <w:t>yaani har lamha Khuda is kainaat ko sambhale hue hai. har lamha yaani har lamha kainaat non existent ho jaati hai.</w:t>
      </w:r>
    </w:p>
    <w:p>
      <w:pPr>
        <w:jc w:val="right"/>
      </w:pPr>
      <w:r>
        <w:t>یعنی ہر لمحہ خدا اس کائنات کو سنبھالے ہوئے ہے۔ ہر لمحہ یعنی ہر لمحہ کائنات non existent ہو جاتی ہے۔</w:t>
      </w:r>
    </w:p>
    <w:p>
      <w:r>
        <w:rPr>
          <w:b/>
        </w:rPr>
        <w:t xml:space="preserve">[33:17] </w:t>
      </w:r>
      <w:r>
        <w:t>phir Khuda is ko exist karta hai. kaisi ajeeb baat hai.</w:t>
      </w:r>
    </w:p>
    <w:p>
      <w:pPr>
        <w:jc w:val="right"/>
      </w:pPr>
      <w:r>
        <w:t>پھر خدا اس کو exist کرتا ہے۔ کیسی عجیب بات ہے۔</w:t>
      </w:r>
    </w:p>
    <w:p>
      <w:r>
        <w:rPr>
          <w:b/>
        </w:rPr>
        <w:t xml:space="preserve">[33:24] </w:t>
      </w:r>
      <w:r>
        <w:t>har moment kainaat jo hai non existent ho jaati hai. phir Khuda is ko phir exist karta hai. kitni ajeeb ghareeb qudrat hai Khuda ki.</w:t>
      </w:r>
    </w:p>
    <w:p>
      <w:pPr>
        <w:jc w:val="right"/>
      </w:pPr>
      <w:r>
        <w:t>ہر moment کائنات جو ہے non existent ہو جاتی ہے۔ پھر خدا اس کو پھر exist کرتا ہے۔ کتنی عجیب غریب قدرت ہے خدا کی۔</w:t>
      </w:r>
    </w:p>
    <w:p>
      <w:r>
        <w:rPr>
          <w:b/>
        </w:rPr>
        <w:t xml:space="preserve">[33:39] </w:t>
      </w:r>
      <w:r>
        <w:t>in sab baaton ko soch kar jab aap kahein Alhamdulillah Rabb al-Alameen to woh hai zikr. yeh zikr nahi hai ke ungliyon par ginein aap.</w:t>
      </w:r>
    </w:p>
    <w:p>
      <w:pPr>
        <w:jc w:val="right"/>
      </w:pPr>
      <w:r>
        <w:t>ان سب باتوں کو سوچ کر جب آپ کہیں الحمدللہ رب العالمین تو وہ ہے ذکر۔ یہ ذکر نہیں ہے کہ انگلیوں پر گنیں آپ۔</w:t>
      </w:r>
    </w:p>
    <w:p>
      <w:r>
        <w:rPr>
          <w:b/>
        </w:rPr>
        <w:t xml:space="preserve">[33:48] </w:t>
      </w:r>
      <w:r>
        <w:t>yeh to bilkul ridiculous baat hai. ridiculous. isi liye Quran mein hai ke wa ma qadar Allah qadar.</w:t>
      </w:r>
    </w:p>
    <w:p>
      <w:pPr>
        <w:jc w:val="right"/>
      </w:pPr>
      <w:r>
        <w:t>یہ تو بالکل ridiculous بات ہے۔ Ridiculous۔ اسی لیے قرآن میں ہے کہ وما قدر اللہ قدر۔</w:t>
      </w:r>
    </w:p>
    <w:p>
      <w:r>
        <w:rPr>
          <w:b/>
        </w:rPr>
        <w:t xml:space="preserve">[33:58] </w:t>
      </w:r>
      <w:r>
        <w:t>logon ne Allah ka underestimate kiya. Allah kamtar andaaza kiya.</w:t>
      </w:r>
    </w:p>
    <w:p>
      <w:pPr>
        <w:jc w:val="right"/>
      </w:pPr>
      <w:r>
        <w:t>لوگوں نے اللہ کا underestimate کیا۔ اللہ کمتر اندازہ کیا۔</w:t>
      </w:r>
    </w:p>
    <w:p>
      <w:r>
        <w:rPr>
          <w:b/>
        </w:rPr>
        <w:t xml:space="preserve">[34:07] </w:t>
      </w:r>
      <w:r>
        <w:t>yaani itlaa itni badi cheez hai itni badi cheez hai itni badi cheez hai. is ko samajhte hain ke ungliyon par ginne wali baat hai woh.</w:t>
      </w:r>
    </w:p>
    <w:p>
      <w:pPr>
        <w:jc w:val="right"/>
      </w:pPr>
      <w:r>
        <w:t>یعنی اطلاع اتنی بڑی چیز ہے اتنی بڑی چیز ہے اتنی بڑی چیز ہے۔ اس کو سمجھتے ہیں کہ انگلیوں پر گننے والی بات ہے وہ۔</w:t>
      </w:r>
    </w:p>
    <w:p>
      <w:r>
        <w:rPr>
          <w:b/>
        </w:rPr>
        <w:t xml:space="preserve">[34:18] </w:t>
      </w:r>
      <w:r>
        <w:t>to jab yeh jo yeh jo glory manifest hui hai.</w:t>
      </w:r>
    </w:p>
    <w:p>
      <w:pPr>
        <w:jc w:val="right"/>
      </w:pPr>
      <w:r>
        <w:t>تو جب یہ جو یہ جو glory manifest ہوئی ہے۔</w:t>
      </w:r>
    </w:p>
    <w:p>
      <w:r>
        <w:rPr>
          <w:b/>
        </w:rPr>
        <w:t xml:space="preserve">[34:23] </w:t>
      </w:r>
      <w:r>
        <w:t>khuda ki glory jo manifest hui hai creation mein kainat mein</w:t>
      </w:r>
    </w:p>
    <w:p>
      <w:pPr>
        <w:jc w:val="right"/>
      </w:pPr>
      <w:r>
        <w:t>خدا کی glory جو manifest ہوئی ہے creation میں کائنات میں</w:t>
      </w:r>
    </w:p>
    <w:p>
      <w:r>
        <w:rPr>
          <w:b/>
        </w:rPr>
        <w:t xml:space="preserve">[34:28] </w:t>
      </w:r>
      <w:r>
        <w:t>nature mein jab is glory ko aap sochte hain us ko aap dekhte hain microscope se telescope se</w:t>
      </w:r>
    </w:p>
    <w:p>
      <w:pPr>
        <w:jc w:val="right"/>
      </w:pPr>
      <w:r>
        <w:t>nature میں جب اس glory کو آپ سوچتے ہیں اس کو آپ دیکھتے ہیں microscope سے telescope سے</w:t>
      </w:r>
    </w:p>
    <w:p>
      <w:r>
        <w:rPr>
          <w:b/>
        </w:rPr>
        <w:t xml:space="preserve">[34:39] </w:t>
      </w:r>
      <w:r>
        <w:t>to us ko jo soch kar ke aap ko jo thrill aata hai us thrill ke tehat jab</w:t>
      </w:r>
    </w:p>
    <w:p>
      <w:pPr>
        <w:jc w:val="right"/>
      </w:pPr>
      <w:r>
        <w:t>تو اس کو جو سوچ کر کے آپ کو جو thrill آتا ہے اس thrill کے تحت جب</w:t>
      </w:r>
    </w:p>
    <w:p>
      <w:r>
        <w:rPr>
          <w:b/>
        </w:rPr>
        <w:t xml:space="preserve">[34:44] </w:t>
      </w:r>
      <w:r>
        <w:t>aap bol padte hain keh padte hain ke alhamdulillah rabb ul alameen to that is zikr.</w:t>
      </w:r>
    </w:p>
    <w:p>
      <w:pPr>
        <w:jc w:val="right"/>
      </w:pPr>
      <w:r>
        <w:t>آپ بول پڑتے ہیں کہہ پڑتے ہیں کہ الحمدللہ رب العالمین تو that is ذکر۔</w:t>
      </w:r>
    </w:p>
    <w:p>
      <w:r>
        <w:rPr>
          <w:b/>
        </w:rPr>
        <w:t xml:space="preserve">[34:55] </w:t>
      </w:r>
      <w:r>
        <w:t>zikr hai kya? Allah ki ko us ki azmaton ke saath acknowledge karna.</w:t>
      </w:r>
    </w:p>
    <w:p>
      <w:pPr>
        <w:jc w:val="right"/>
      </w:pPr>
      <w:r>
        <w:t>ذکر ہے کیا؟ اللہ کی کو اس کی عظمتوں کے ساتھ acknowledge کرنا۔</w:t>
      </w:r>
    </w:p>
    <w:p>
      <w:r>
        <w:rPr>
          <w:b/>
        </w:rPr>
        <w:t xml:space="preserve">[35:05] </w:t>
      </w:r>
      <w:r>
        <w:t>Allah ki glory ke saath Allah ki azmaton ke saath Allah ki barai ke saath is ko acknowledge karna. jab yeh aap karein to woh is ka naam hota hai zikr hota hai.</w:t>
      </w:r>
    </w:p>
    <w:p>
      <w:pPr>
        <w:jc w:val="right"/>
      </w:pPr>
      <w:r>
        <w:t>اللہ کی glory کے ساتھ اللہ کی عظمتوں کے ساتھ اللہ کی بڑائی کے ساتھ اس کو acknowledge کرنا۔ جب یہ آپ کریں تو وہ اس کا نام ہوتا ہے ذکر ہوتا ہے۔</w:t>
      </w:r>
    </w:p>
    <w:p>
      <w:r>
        <w:rPr>
          <w:b/>
        </w:rPr>
        <w:t xml:space="preserve">[35:21] </w:t>
      </w:r>
      <w:r>
        <w:t>to Quran mein dekhiye kayi jagah yeh aayat hai aaya hai ke Allah ka bohat zikr karo. azkur Allah zikran katheera. Allah ka bohat zikr karo.</w:t>
      </w:r>
    </w:p>
    <w:p>
      <w:pPr>
        <w:jc w:val="right"/>
      </w:pPr>
      <w:r>
        <w:t>تو قرآن میں دیکھیے کئی جگہ یہ آیت ہے آیا ہے کہ اللہ کا بہت ذکر کرو۔ اذکر اللہ ذکرا کثیرا۔ اللہ کا بہت ذکر کرو۔</w:t>
      </w:r>
    </w:p>
    <w:p>
      <w:r>
        <w:rPr>
          <w:b/>
        </w:rPr>
        <w:t xml:space="preserve">[35:34] </w:t>
      </w:r>
      <w:r>
        <w:t>to samajh mein nahi aata ke bohat zikr karo kya ek baar do baar teen baar hazar baar naam lete rahein? nahi. yeh jo bikhri hui hain Khuda ki nishaniyan Khuda ke jo aala Allah o aayat Allah jo bikhri hui hain.</w:t>
      </w:r>
    </w:p>
    <w:p>
      <w:pPr>
        <w:jc w:val="right"/>
      </w:pPr>
      <w:r>
        <w:t>تو سمجھ میں نہیں آتا کہ بہت ذکر کرو کیا ایک بار دو بار تین بار ہزار بار نام لیتے رہیں؟ نہیں۔ یہ جو بکھری ہوئی ہیں خدا کی نشانیاں خدا کے جو اعلیٰ اللہ و آیت اللہ جو بکھری ہوئی ہیں۔</w:t>
      </w:r>
    </w:p>
    <w:p>
      <w:r>
        <w:rPr>
          <w:b/>
        </w:rPr>
        <w:t xml:space="preserve">[35:52] </w:t>
      </w:r>
      <w:r>
        <w:t>itni ajeeb o ghareeb qism ki nishaniyan.</w:t>
      </w:r>
    </w:p>
    <w:p>
      <w:pPr>
        <w:jc w:val="right"/>
      </w:pPr>
      <w:r>
        <w:t>اتنی عجیب و غریب قسم کی نشانیاں۔</w:t>
      </w:r>
    </w:p>
    <w:p>
      <w:r>
        <w:rPr>
          <w:b/>
        </w:rPr>
        <w:t xml:space="preserve">[35:59] </w:t>
      </w:r>
      <w:r>
        <w:t>to zikr kaseer in terms of quantity nahi hai in terms of quality hai. zikr kaseer jo Quran mein hai woh in terms of quantity nahi hai ke ginti karo.</w:t>
      </w:r>
    </w:p>
    <w:p>
      <w:pPr>
        <w:jc w:val="right"/>
      </w:pPr>
      <w:r>
        <w:t>تو ذکر کثیر in terms of quantity نہیں ہے in terms of quality ہے۔ ذکر کثیر جو قرآن میں ہے وہ in terms of quantity نہیں ہے کہ گنتی کرو۔</w:t>
      </w:r>
    </w:p>
    <w:p>
      <w:r>
        <w:rPr>
          <w:b/>
        </w:rPr>
        <w:t xml:space="preserve">[36:14] </w:t>
      </w:r>
      <w:r>
        <w:t>in terms of quality hai ke bohat bara bohat zikr karo. ek toofani zikr karo.</w:t>
      </w:r>
    </w:p>
    <w:p>
      <w:pPr>
        <w:jc w:val="right"/>
      </w:pPr>
      <w:r>
        <w:t>In terms of quality ہے کہ بہت بڑا بہت ذکر کرو۔ ایک طوفانی ذکر کرو۔</w:t>
      </w:r>
    </w:p>
    <w:p>
      <w:r>
        <w:rPr>
          <w:b/>
        </w:rPr>
        <w:t xml:space="preserve">[36:24] </w:t>
      </w:r>
      <w:r>
        <w:t>kyun ke jo glory Khuda ki hai jo azmatein Khuda ki hain jo nishaniyan Khuda ki hain woh bohat hi bari hain bohat hi bari hain. to to bas Allah ki yaad bhi bohat hi bari honi chahiye.</w:t>
      </w:r>
    </w:p>
    <w:p>
      <w:pPr>
        <w:jc w:val="right"/>
      </w:pPr>
      <w:r>
        <w:t>کیونکہ جو glory خدا کی ہے جو عظمتیں خدا کی ہیں جو نشانیاں خدا کی ہیں وہ بہت ہی بڑی ہیں بہت ہی بڑی ہیں۔ تو تو بس اللہ کی یاد بھی بہت ہی بڑی ہونی چاہیے۔</w:t>
      </w:r>
    </w:p>
    <w:p>
      <w:r>
        <w:rPr>
          <w:b/>
        </w:rPr>
        <w:t xml:space="preserve">[36:38] </w:t>
      </w:r>
      <w:r>
        <w:t>in terms of quantity nahi in terms of quality.</w:t>
      </w:r>
    </w:p>
    <w:p>
      <w:pPr>
        <w:jc w:val="right"/>
      </w:pPr>
      <w:r>
        <w:t>In terms of quantity نہیں in terms of quality۔</w:t>
      </w:r>
    </w:p>
    <w:p>
      <w:r>
        <w:rPr>
          <w:b/>
        </w:rPr>
        <w:t xml:space="preserve">[36:45] </w:t>
      </w:r>
      <w:r>
        <w:t>yaani yahi ek ek cheez aap sochein agar ghore kijiye yaani kaisa</w:t>
      </w:r>
    </w:p>
    <w:p>
      <w:pPr>
        <w:jc w:val="right"/>
      </w:pPr>
      <w:r>
        <w:t>یعنی یہی ایک ایک چیز آپ سوچیں اگر غور کیجیے یعنی کیسا</w:t>
      </w:r>
    </w:p>
    <w:p>
      <w:r>
        <w:rPr>
          <w:b/>
        </w:rPr>
        <w:t xml:space="preserve">[36:53] </w:t>
      </w:r>
      <w:r>
        <w:t>ajeeb ehsaas aap ko hoga yeh aik baat aap sochen. ke itni bari galaxy jis mein bohat hi baray baray sitaray hain sab aag ke angaray aag ke angaron ka aik jangal hai.</w:t>
      </w:r>
    </w:p>
    <w:p>
      <w:pPr>
        <w:jc w:val="right"/>
      </w:pPr>
      <w:r>
        <w:t>عجیب احساس آپ کو ہوگا یہ ایک بات آپ سوچیں۔ کہ اتنی بڑی galaxy جس میں بہت ہی بڑے بڑے ستارے ہیں سب آگ کے انگارے آگ کے انگاروں کا ایک جنگل ہے۔</w:t>
      </w:r>
    </w:p>
    <w:p>
      <w:r>
        <w:rPr>
          <w:b/>
        </w:rPr>
        <w:t xml:space="preserve">[37:07] </w:t>
      </w:r>
      <w:r>
        <w:t>aik cosmic jangal. aag ke angaron ka aik cosmic jangal hai. is mein hamara solar system hai is mein hamari zameen hai.</w:t>
      </w:r>
    </w:p>
    <w:p>
      <w:pPr>
        <w:jc w:val="right"/>
      </w:pPr>
      <w:r>
        <w:t>ایک cosmic جنگل۔ آگ کے انگاروں کا ایک cosmic جنگل ہے۔ اس میں ہمارا solar system ہے اس میں ہماری زمین ہے۔</w:t>
      </w:r>
    </w:p>
    <w:p>
      <w:r>
        <w:rPr>
          <w:b/>
        </w:rPr>
        <w:t xml:space="preserve">[37:21] </w:t>
      </w:r>
      <w:r>
        <w:t>solar system ka aik hissa hai hamari zameen. kinare hain kinare. agar kahin yeh beech mein hoti to zameen par kahin yeh kya hota?</w:t>
      </w:r>
    </w:p>
    <w:p>
      <w:pPr>
        <w:jc w:val="right"/>
      </w:pPr>
      <w:r>
        <w:t>solar system کا ایک حصہ ہے ہماری زمین۔ کنارے ہیں کنارے۔ اگر کہیں یہ بیچ میں ہوتی تو زمین پر کہیں یہ کیا ہوتا؟</w:t>
      </w:r>
    </w:p>
    <w:p>
      <w:r>
        <w:rPr>
          <w:b/>
        </w:rPr>
        <w:t xml:space="preserve">[37:34] </w:t>
      </w:r>
      <w:r>
        <w:t>na insaan hotay na haiwan hotay na pani hota pani sab ur jata bhaap ban kar ke. sara sabza jal jata.</w:t>
      </w:r>
    </w:p>
    <w:p>
      <w:pPr>
        <w:jc w:val="right"/>
      </w:pPr>
      <w:r>
        <w:t>نہ انسان ہوتے نہ حیوان ہوتے نہ پانی ہوتا پانی سب اڑ جاتا بھاپ بن کر کے۔ سارا سبزہ جل جاتا۔</w:t>
      </w:r>
    </w:p>
    <w:p>
      <w:r>
        <w:rPr>
          <w:b/>
        </w:rPr>
        <w:t xml:space="preserve">[37:44] </w:t>
      </w:r>
      <w:r>
        <w:t>to kaisi isi ko agar aap sochen to sari zindagi sochtay rahen ge aur sochna band nahi hoga. ke kaisi ajeeb qudrat hai kaisi ajeeb rehmat hai kaisi ajeeb blessing hai</w:t>
      </w:r>
    </w:p>
    <w:p>
      <w:pPr>
        <w:jc w:val="right"/>
      </w:pPr>
      <w:r>
        <w:t>تو کیسی اسی کو اگر آپ سوچیں تو ساری زندگی سوچتے رہیں گے اور سوچنا بند نہیں ہوگا۔ کہ کیسی عجیب قدرت ہے کیسی عجیب رحمت ہے کیسی عجیب blessing ہے</w:t>
      </w:r>
    </w:p>
    <w:p>
      <w:r>
        <w:rPr>
          <w:b/>
        </w:rPr>
        <w:t xml:space="preserve">[38:02] </w:t>
      </w:r>
      <w:r>
        <w:t>jo Khuda ne kar rakha hai. yeh hai zikr in sab baton ko soch kar jo toofani thrilling aata hai.</w:t>
      </w:r>
    </w:p>
    <w:p>
      <w:pPr>
        <w:jc w:val="right"/>
      </w:pPr>
      <w:r>
        <w:t>جو خدا نے کر رکھا ہے۔ یہ ہے ذکر ان سب باتوں کو سوچ کر جو طوفانی thrilling آتا ہے۔</w:t>
      </w:r>
    </w:p>
    <w:p>
      <w:r>
        <w:rPr>
          <w:b/>
        </w:rPr>
        <w:t xml:space="preserve">[38:14] </w:t>
      </w:r>
      <w:r>
        <w:t>is ke tehat aap keh uthtay hain ke Khuda ya tu azeem hai Khuda ya tu bara hai. Khuda ya tu Rabb ul Alameen hai. yeh jab keh uthtay hain aap tab woh Allah ka zikr hota hai.</w:t>
      </w:r>
    </w:p>
    <w:p>
      <w:pPr>
        <w:jc w:val="right"/>
      </w:pPr>
      <w:r>
        <w:t>اس کے تحت آپ کہہ اٹھتے ہیں کہ خدایا تو عظیم ہے خدایا تو بڑا ہے۔ خدایا تو رب العالمین ہے۔ یہ جب کہہ اٹھتے ہیں آپ تب وہ اللہ کا ذکر ہوتا ہے۔</w:t>
      </w:r>
    </w:p>
    <w:p>
      <w:r>
        <w:rPr>
          <w:b/>
        </w:rPr>
        <w:t xml:space="preserve">[38:36] </w:t>
      </w:r>
      <w:r>
        <w:t>aaj subah mein rozana mein radio sunta hoon. subah mein radio sun raha tha. koi announcer announcer tha bohat hi achi awazen bol raha tha.</w:t>
      </w:r>
    </w:p>
    <w:p>
      <w:pPr>
        <w:jc w:val="right"/>
      </w:pPr>
      <w:r>
        <w:t>آج صبح میں روزانہ میں radio سنتا ہوں۔ صبح میں radio سن رہا تھا۔ کوئی announcer announcer تھا بہت ہی اچھی آوازیں بول رہا تھا۔</w:t>
      </w:r>
    </w:p>
    <w:p>
      <w:r>
        <w:rPr>
          <w:b/>
        </w:rPr>
        <w:t xml:space="preserve">[38:46] </w:t>
      </w:r>
      <w:r>
        <w:t>aik aik lafz alag alag. kuch log hotay hain ke mujhe is tarah bolna nahi aata. mujhe is tarah nahi bolna aata. kuch log bolte hain is tareeqay se lafz alag aik aik lafz alag bilkul tarsa hua.</w:t>
      </w:r>
    </w:p>
    <w:p>
      <w:pPr>
        <w:jc w:val="right"/>
      </w:pPr>
      <w:r>
        <w:t>ایک ایک لفظ الگ الگ۔ کچھ لوگ ہوتے ہیں کہ مجھے اس طرح بولنا نہیں آتا۔ مجھے اس طرح نہیں بولنا آتا۔ کچھ لوگ بولتے ہیں اس طریقے سے لفظ الگ ایک ایک لفظ الگ بالکل ترسا ہوا۔</w:t>
      </w:r>
    </w:p>
    <w:p>
      <w:r>
        <w:rPr>
          <w:b/>
        </w:rPr>
        <w:t xml:space="preserve">[39:01] </w:t>
      </w:r>
      <w:r>
        <w:t>woh is tarah bol raha tha. to maine socha ke kaisa ajeeb hoga woh khaliq jis ne insaan ke andar is tarah ki speech di.</w:t>
      </w:r>
    </w:p>
    <w:p>
      <w:pPr>
        <w:jc w:val="right"/>
      </w:pPr>
      <w:r>
        <w:t>وہ اس طرح بول رہا تھا۔ تو میں نے سوچا کہ کیسا عجیب ہوگا وہ خالق جس نے انسان کے اندر اس طرح کی speech دی۔</w:t>
      </w:r>
    </w:p>
    <w:p>
      <w:r>
        <w:rPr>
          <w:b/>
        </w:rPr>
        <w:t xml:space="preserve">[39:11] </w:t>
      </w:r>
      <w:r>
        <w:t>yeh speaking power di ke insaan bol sake. bolna ajeeb o ghareeb cheez hai. ab chounke hum aap yahan hain hum logon ko bolna na aata ho.</w:t>
      </w:r>
    </w:p>
    <w:p>
      <w:pPr>
        <w:jc w:val="right"/>
      </w:pPr>
      <w:r>
        <w:t>یہ speaking power دی کہ انسان بول سکے۔ بولنا عجیب و غریب چیز ہے۔ اب چونکہ ہم آپ یہاں ہیں ہم لوگوں کو بولنا نہ آتا ہو۔</w:t>
      </w:r>
    </w:p>
    <w:p>
      <w:r>
        <w:rPr>
          <w:b/>
        </w:rPr>
        <w:t xml:space="preserve">[39:22] </w:t>
      </w:r>
      <w:r>
        <w:t>hum sab log bahar goonge hon. deaf aur dumb hon. to kaisa kharab lage ga hum log baithe aik doosre ko dekhen ge.</w:t>
      </w:r>
    </w:p>
    <w:p>
      <w:pPr>
        <w:jc w:val="right"/>
      </w:pPr>
      <w:r>
        <w:t>ہم سب لوگ باہر گونگے ہوں۔ deaf اور dumb ہوں۔ تو کیسا خراب لگے گا ہم لوگ بیٹھے ایک دوسرے کو دیکھیں گے۔</w:t>
      </w:r>
    </w:p>
    <w:p>
      <w:r>
        <w:rPr>
          <w:b/>
        </w:rPr>
        <w:t xml:space="preserve">[39:34] </w:t>
      </w:r>
      <w:r>
        <w:t>aik doosre ko dekhen ge bol nahi paen ge.</w:t>
      </w:r>
    </w:p>
    <w:p>
      <w:pPr>
        <w:jc w:val="right"/>
      </w:pPr>
      <w:r>
        <w:t>ایک دوسرے کو دیکھیں گے بول نہیں پائیں گے۔</w:t>
      </w:r>
    </w:p>
    <w:p>
      <w:r>
        <w:rPr>
          <w:b/>
        </w:rPr>
        <w:t xml:space="preserve">[39:40] </w:t>
      </w:r>
      <w:r>
        <w:t>kaha pat kuch pathar kaha ke kuch pathar ikhatta ho gaye hon aisa hoga.</w:t>
      </w:r>
    </w:p>
    <w:p>
      <w:pPr>
        <w:jc w:val="right"/>
      </w:pPr>
      <w:r>
        <w:t>کہا پت کچھ پتھر ہو کہا کہ کچھ پتھر اکٹھا ہو گئے ہوں ایسا ہوگا۔</w:t>
      </w:r>
    </w:p>
    <w:p>
      <w:r>
        <w:rPr>
          <w:b/>
        </w:rPr>
        <w:t xml:space="preserve">[39:47] </w:t>
      </w:r>
      <w:r>
        <w:t>tasawwur kijiye kis duniya ka. jahan aisay insaan hain jin ko bolna na aata ho. goonge sab ke sab hon.</w:t>
      </w:r>
    </w:p>
    <w:p>
      <w:pPr>
        <w:jc w:val="right"/>
      </w:pPr>
      <w:r>
        <w:t>تصور کیجیے کس دنیا کا۔ جہاں ایسے انسان ہیں جن کو بولنا نہ آتا ہو۔ گونگے سب کے سب ہوں۔</w:t>
      </w:r>
    </w:p>
    <w:p>
      <w:r>
        <w:rPr>
          <w:b/>
        </w:rPr>
        <w:t xml:space="preserve">[40:00] </w:t>
      </w:r>
      <w:r>
        <w:t>to kaisa ajeeb hogaya. mujhe is ke tajrubay hue hain. mislan mein kaisa Blanca gaya tha wahan pe sab French zuban boli jati hai.</w:t>
      </w:r>
    </w:p>
    <w:p>
      <w:pPr>
        <w:jc w:val="right"/>
      </w:pPr>
      <w:r>
        <w:t>تو کیسا عجیب ہوگیا۔ مجھے اس کے تجربے ہوئے ہیں۔ مثلا میں کیسا بلانکا گیا تھا وہاں پہ سب French زبان بولی جاتی ہے۔</w:t>
      </w:r>
    </w:p>
    <w:p>
      <w:r>
        <w:rPr>
          <w:b/>
        </w:rPr>
        <w:t xml:space="preserve">[40:10] </w:t>
      </w:r>
      <w:r>
        <w:t>to jab mein airport pe utra to har taraf French bolne walay thay. jis se koi poochon to koi mujhe pata nahi pata tha woh. to kuch dair ke liye aik dam mein laga ke mein yani kahan aa gaya?</w:t>
      </w:r>
    </w:p>
    <w:p>
      <w:pPr>
        <w:jc w:val="right"/>
      </w:pPr>
      <w:r>
        <w:t>تو جب میں airport پہ اترا تو ہر طرف French بولنے والے تھے۔ جس سے کوئی پوچھوں تو کوئی مجھے پتہ نہیں پتا تھا وہ۔ تو کچھ دیر کے لیے ایک دم میں لگا کہ میں یعنی کہاں آگیا؟</w:t>
      </w:r>
    </w:p>
    <w:p>
      <w:r>
        <w:rPr>
          <w:b/>
        </w:rPr>
        <w:t xml:space="preserve">[40:26] </w:t>
      </w:r>
      <w:r>
        <w:t>kisi se contact nahi kisi se exchange nahi.</w:t>
      </w:r>
    </w:p>
    <w:p>
      <w:pPr>
        <w:jc w:val="right"/>
      </w:pPr>
      <w:r>
        <w:t>کسی سے contact نہیں کسی سے exchange نہیں۔</w:t>
      </w:r>
    </w:p>
    <w:p>
      <w:r>
        <w:rPr>
          <w:b/>
        </w:rPr>
        <w:t xml:space="preserve">[40:32] </w:t>
      </w:r>
      <w:r>
        <w:t>phir kuch dair ke baad shayad aik do ghantay ke baad aik aadmi aaya jo us ne mujhe guide kiya phir mein apni apni jahan jana tha mein gaya lekin woh jo lamha guzra tha aaj bhi mein yaad karta hoon lagta tha ke mein kahan phans gaya aa kar ke.</w:t>
      </w:r>
    </w:p>
    <w:p>
      <w:pPr>
        <w:jc w:val="right"/>
      </w:pPr>
      <w:r>
        <w:t>پھر کچھ دیر کے بعد شاید ایک دو گھنٹے کے بعد ایک آدمی آیا جو اس نے مجھے guide کیا پھر میں اپنی اپنی جہاں جانا تھا میں گیا لیکن وہ جو لمحہ گزرا تھا آج بھی میں یاد کرتا ہوں لگتا تھا کہ میں کہاں پھنس گیا آ کر کے۔</w:t>
      </w:r>
    </w:p>
    <w:p>
      <w:r>
        <w:rPr>
          <w:b/>
        </w:rPr>
        <w:t xml:space="preserve">[40:52] </w:t>
      </w:r>
      <w:r>
        <w:t>to aap sochiye ke yeh jo bolna hai kitni ajeeb ghareeb cheez hai. yeh dekhna hai kitni ghareeb ghareeb cheez hai. yeh sunna jo hai kitni ajeeb ghareeb cheez hai.</w:t>
      </w:r>
    </w:p>
    <w:p>
      <w:pPr>
        <w:jc w:val="right"/>
      </w:pPr>
      <w:r>
        <w:t>تو آپ سوچیے کہ یہ جو بولنا ہے کتنی عجیب غریب چیز ہے۔ یہ دیکھنا ہے کتنی غریب غریب چیز ہے۔ یہ سننا جو ہے کتنی عجیب غریب چیز ہے۔</w:t>
      </w:r>
    </w:p>
    <w:p>
      <w:r>
        <w:rPr>
          <w:b/>
        </w:rPr>
        <w:t xml:space="preserve">[41:04] </w:t>
      </w:r>
      <w:r>
        <w:t>har cheez har cheez har cheez.</w:t>
      </w:r>
    </w:p>
    <w:p>
      <w:pPr>
        <w:jc w:val="right"/>
      </w:pPr>
      <w:r>
        <w:t>ہر چیز ہر چیز ہر چیز۔</w:t>
      </w:r>
    </w:p>
    <w:p>
      <w:r>
        <w:rPr>
          <w:b/>
        </w:rPr>
        <w:t xml:space="preserve">[41:08] </w:t>
      </w:r>
      <w:r>
        <w:t>yani sitara zahir hua hai itna bara woh to aap ko yaad dilata hai ke dekho is tarah ki beshumar cheezen hain. jo glory of God ko batati hain.</w:t>
      </w:r>
    </w:p>
    <w:p>
      <w:pPr>
        <w:jc w:val="right"/>
      </w:pPr>
      <w:r>
        <w:t>یعنی ستارہ ظاہر ہوا ہے اتنا بڑا وہ تو آپ کو یاد دلاتا ہے کہ دیکھو اس طرح کی بے شمار چیزیں ہیں۔ جو glory of God کو بتاتی ہیں۔</w:t>
      </w:r>
    </w:p>
    <w:p>
      <w:r>
        <w:rPr>
          <w:b/>
        </w:rPr>
        <w:t xml:space="preserve">[41:20] </w:t>
      </w:r>
      <w:r>
        <w:t>aur jo Allah ki gubrai ko batati hain. jo Allah ki power ko batati hain. jo Allah ki qudrat ko batati hain. woh to aik reminder hai. woh sitara bhi aik reminder hai.</w:t>
      </w:r>
    </w:p>
    <w:p>
      <w:pPr>
        <w:jc w:val="right"/>
      </w:pPr>
      <w:r>
        <w:t>اور جو اللہ کی گبرائی کو بتاتی ہیں۔ جو اللہ کی power کو بتاتی ہے۔ جو اللہ کی قدرت کو بتاتی ہے۔ وہ تو ایک reminder ہے۔ وہ ستارہ بھی ایک reminder ہے۔</w:t>
      </w:r>
    </w:p>
    <w:p>
      <w:r>
        <w:rPr>
          <w:b/>
        </w:rPr>
        <w:t xml:space="preserve">[41:31] </w:t>
      </w:r>
      <w:r>
        <w:t>to yaad rakhiye kal mein soch raha tha ke</w:t>
      </w:r>
    </w:p>
    <w:p>
      <w:pPr>
        <w:jc w:val="right"/>
      </w:pPr>
      <w:r>
        <w:t>تو یاد رکھیے کل میں سوچ رہا تھا کہ</w:t>
      </w:r>
    </w:p>
    <w:p>
      <w:r>
        <w:rPr>
          <w:b/>
        </w:rPr>
        <w:t xml:space="preserve">[41:37] </w:t>
      </w:r>
      <w:r>
        <w:t>jannat ke baray mein aata hai.</w:t>
      </w:r>
    </w:p>
    <w:p>
      <w:pPr>
        <w:jc w:val="right"/>
      </w:pPr>
      <w:r>
        <w:t>جنت کے بارے میں آتا ہے۔</w:t>
      </w:r>
    </w:p>
    <w:p>
      <w:r>
        <w:rPr>
          <w:b/>
        </w:rPr>
        <w:t xml:space="preserve">[41:43] </w:t>
      </w:r>
      <w:r>
        <w:t>ke quran mein</w:t>
      </w:r>
    </w:p>
    <w:p>
      <w:pPr>
        <w:jc w:val="right"/>
      </w:pPr>
      <w:r>
        <w:t>کہ قرآن میں</w:t>
      </w:r>
    </w:p>
    <w:p>
      <w:r>
        <w:rPr>
          <w:b/>
        </w:rPr>
        <w:t xml:space="preserve">[41:54] </w:t>
      </w:r>
      <w:r>
        <w:t>kisi insan ko khabar nahi ke kya jannat mein thandak rakhi gayi hai. Aap ghor kijiye ke aisi dunya jo ideal world ho jis mein har cheez perfect ho woh kaisi ajeeb o ghareeb cheez hogi.</w:t>
      </w:r>
    </w:p>
    <w:p>
      <w:pPr>
        <w:jc w:val="right"/>
      </w:pPr>
      <w:r>
        <w:t>کسی انسان کو خبر نہیں کہ کیا جنت میں ٹھنڈک رکھی گئی ہے۔ آپ غور کیجیے کہ ایسی دنیا جو ideal world ہو جس میں ہر چیز perfect ہو وہ کیسی عجیب و غریب چیز ہوگی۔</w:t>
      </w:r>
    </w:p>
    <w:p>
      <w:r>
        <w:rPr>
          <w:b/>
        </w:rPr>
        <w:t xml:space="preserve">[42:07] </w:t>
      </w:r>
      <w:r>
        <w:t>hadith mein aata hai ke la</w:t>
      </w:r>
    </w:p>
    <w:p>
      <w:pPr>
        <w:jc w:val="right"/>
      </w:pPr>
      <w:r>
        <w:t>حدیث میں آتا ہے کہ لا</w:t>
      </w:r>
    </w:p>
    <w:p>
      <w:r>
        <w:rPr>
          <w:b/>
        </w:rPr>
        <w:t xml:space="preserve">[42:14] </w:t>
      </w:r>
      <w:r>
        <w:t>jis jis ko kisi ne dekha nahi kisi ne socha nahi. To main soch raha tha ke itni qeemti cheez jo jannat hai us ki qeemat kya hai? Kaise milegi insan ko?</w:t>
      </w:r>
    </w:p>
    <w:p>
      <w:pPr>
        <w:jc w:val="right"/>
      </w:pPr>
      <w:r>
        <w:t>جس جس کو کسی نے دیکھا نہیں کسی نے سوچا نہیں۔ تو میں سوچ رہا تھا کہ اتنی قیمتی چیز جو جنت ہے اس کی قیمت کیا ہے؟ کیسے ملے گی انسان کو؟</w:t>
      </w:r>
    </w:p>
    <w:p>
      <w:r>
        <w:rPr>
          <w:b/>
        </w:rPr>
        <w:t xml:space="preserve">[42:26] </w:t>
      </w:r>
      <w:r>
        <w:t>hamare paas to koi is ka price dene ke liye koi cheez nahi hai. To kaise hum jannat payenge? Yeh main soch raha tha.</w:t>
      </w:r>
    </w:p>
    <w:p>
      <w:pPr>
        <w:jc w:val="right"/>
      </w:pPr>
      <w:r>
        <w:t>ہمارے پاس تو کوئی اس کا price دینے کے لیے کوئی چیز نہیں ہے۔ تو کیسے ہم جنت پائیں پائیں گے؟ یہ میں سوچ رہا تھا۔</w:t>
      </w:r>
    </w:p>
    <w:p>
      <w:r>
        <w:rPr>
          <w:b/>
        </w:rPr>
        <w:t xml:space="preserve">[42:37] </w:t>
      </w:r>
      <w:r>
        <w:t>yani what is the price of paradise?</w:t>
      </w:r>
    </w:p>
    <w:p>
      <w:pPr>
        <w:jc w:val="right"/>
      </w:pPr>
      <w:r>
        <w:t>یعنی what is the price of paradise؟</w:t>
      </w:r>
    </w:p>
    <w:p>
      <w:r>
        <w:rPr>
          <w:b/>
        </w:rPr>
        <w:t xml:space="preserve">[42:43] </w:t>
      </w:r>
      <w:r>
        <w:t>To quran ki ek ayat mein mujhe is ka jawab mila.</w:t>
      </w:r>
    </w:p>
    <w:p>
      <w:pPr>
        <w:jc w:val="right"/>
      </w:pPr>
      <w:r>
        <w:t>تو قرآن کی ایک آیت میں مجھے اس کا جواب ملا۔</w:t>
      </w:r>
    </w:p>
    <w:p>
      <w:r>
        <w:rPr>
          <w:b/>
        </w:rPr>
        <w:t xml:space="preserve">[42:56] </w:t>
      </w:r>
      <w:r>
        <w:t>yani jannat mein dakhila un ko milega jinhon ne jannat ki marifat hasil ki ho. Aur jannat ki marifat ka matlab kya hai? Jannat ke khaliq ki marifat.</w:t>
      </w:r>
    </w:p>
    <w:p>
      <w:pPr>
        <w:jc w:val="right"/>
      </w:pPr>
      <w:r>
        <w:t>یعنی جنت میں داخلہ ان کو ملے گا جنہوں نے جنت کی معرفت حاصل کی ہو۔ اور جنت کی معرفت کا مطلب کیا ہے؟ جنت کے خالق کی معرفت۔</w:t>
      </w:r>
    </w:p>
    <w:p>
      <w:r>
        <w:rPr>
          <w:b/>
        </w:rPr>
        <w:t xml:space="preserve">[43:06] </w:t>
      </w:r>
      <w:r>
        <w:t>Jannat ki marifat kya hai? Agar khaliq na ho to jannat ka koi wajood nahi. Khaliq hai to jannat hai.</w:t>
      </w:r>
    </w:p>
    <w:p>
      <w:pPr>
        <w:jc w:val="right"/>
      </w:pPr>
      <w:r>
        <w:t>جنت کی معرفت کیا ہے؟ اگر خالق نہ ہو تو جنت کا کوئی وجود نہیں۔ خالق ہے تو جنت ہے۔</w:t>
      </w:r>
    </w:p>
    <w:p>
      <w:r>
        <w:rPr>
          <w:b/>
        </w:rPr>
        <w:t xml:space="preserve">[43:15] </w:t>
      </w:r>
      <w:r>
        <w:t>Khaliq nahi hai to jannat bhi nahi. Yani jannat ko wajood mein lane ke liye ek khaliq chahiye. Phir jannat ko baqi rakhne ke liye bhi ek khaliq chahiye.</w:t>
      </w:r>
    </w:p>
    <w:p>
      <w:pPr>
        <w:jc w:val="right"/>
      </w:pPr>
      <w:r>
        <w:t>خالق نہیں ہے تو جنت بھی نہیں۔ یعنی جنت کو وجود میں لانے کے لیے ایک خالق چاہیے۔ پھر جنت کو باقی رکھنے کے لیے بھی ایک خالق چاہیے۔</w:t>
      </w:r>
    </w:p>
    <w:p>
      <w:r>
        <w:rPr>
          <w:b/>
        </w:rPr>
        <w:t xml:space="preserve">[43:26] </w:t>
      </w:r>
      <w:r>
        <w:t>Jannat jo eternally maujood hai to us ke liye ek khaliq chahiye. Rab ul alameen chahiye.</w:t>
      </w:r>
    </w:p>
    <w:p>
      <w:pPr>
        <w:jc w:val="right"/>
      </w:pPr>
      <w:r>
        <w:t>جنت جو eternally موجود ہے تو اس کے لیے ایک خالق چاہیے۔ رب العالمین چاہیے۔</w:t>
      </w:r>
    </w:p>
    <w:p>
      <w:r>
        <w:rPr>
          <w:b/>
        </w:rPr>
        <w:t xml:space="preserve">[43:38] </w:t>
      </w:r>
      <w:r>
        <w:t>Yani khaliq ke baghair jannat nahi. To jannat ki marifat jo kara di hai jannat ki marifat ke maani kya hain?</w:t>
      </w:r>
    </w:p>
    <w:p>
      <w:pPr>
        <w:jc w:val="right"/>
      </w:pPr>
      <w:r>
        <w:t>یعنی خالق کے بغیر جنت نہیں۔ تو جنت کی معرفت جو کرا دی ہے جنت کی معرفت کے معنی کیا ہیں؟</w:t>
      </w:r>
    </w:p>
    <w:p>
      <w:r>
        <w:rPr>
          <w:b/>
        </w:rPr>
        <w:t xml:space="preserve">[43:46] </w:t>
      </w:r>
      <w:r>
        <w:t>Khaliq hai jannat ki marifat.</w:t>
      </w:r>
    </w:p>
    <w:p>
      <w:pPr>
        <w:jc w:val="right"/>
      </w:pPr>
      <w:r>
        <w:t>خالق ہے جنت کی معرفت۔</w:t>
      </w:r>
    </w:p>
    <w:p>
      <w:r>
        <w:rPr>
          <w:b/>
        </w:rPr>
        <w:t xml:space="preserve">[43:52] </w:t>
      </w:r>
      <w:r>
        <w:t>To yeh jo maine baatein arz keen. Yeh yeh baatein jo arz keen ke yeh dunya Allah taala ne banai hai apne taaruf ke liye ke dunya mein pehchano Rab ul alameen ko.</w:t>
      </w:r>
    </w:p>
    <w:p>
      <w:pPr>
        <w:jc w:val="right"/>
      </w:pPr>
      <w:r>
        <w:t>تو یہ جو میں نے باتیں عرض کیں۔ یہ یہ باتیں جو عرض کیں کہ یہ دنیا اللہ تعالی نے بنائی ہے اپنے تعارف کے لیے کہ دنیا میں پہچانو رب العالمین کو۔</w:t>
      </w:r>
    </w:p>
    <w:p>
      <w:r>
        <w:rPr>
          <w:b/>
        </w:rPr>
        <w:t xml:space="preserve">[44:06] </w:t>
      </w:r>
      <w:r>
        <w:t>Aur marifat hasil karo. Yahi tumhari jannat ka ticket hai.</w:t>
      </w:r>
    </w:p>
    <w:p>
      <w:pPr>
        <w:jc w:val="right"/>
      </w:pPr>
      <w:r>
        <w:t>اور معرفت حاصل کرو۔ یہی تمہاری جنت کا ٹکٹ ہے۔</w:t>
      </w:r>
    </w:p>
    <w:p>
      <w:r>
        <w:rPr>
          <w:b/>
        </w:rPr>
        <w:t xml:space="preserve">[44:14] </w:t>
      </w:r>
      <w:r>
        <w:t>Logon ne ajeeb ghareeb bana rakha hai. Koi samajhta hai ke saat tasbeeh parh lo to jannat hai. Koi samajhta hai ke kisi ka daman phaar sambhal pakad lo to jannat hai.</w:t>
      </w:r>
    </w:p>
    <w:p>
      <w:pPr>
        <w:jc w:val="right"/>
      </w:pPr>
      <w:r>
        <w:t>لوگوں نے عجیب غریب بنا رکھا ہے۔ کوئی سمجھتا ہے کہ سات تسبیح پڑھ لو تو جنت ہے۔ کوئی سمجھتا ہے کہ کسی کا دامن پھاڑ سنبھال پکڑ لو تو جنت ہے۔</w:t>
      </w:r>
    </w:p>
    <w:p>
      <w:r>
        <w:rPr>
          <w:b/>
        </w:rPr>
        <w:t xml:space="preserve">[44:28] </w:t>
      </w:r>
      <w:r>
        <w:t>Ajeeb ghareeb qism ki cheezon ko logon ne sambhal rakha hai ke aisa kar do jannat waisa kar do jannat. Yaad rakhiye jannat ki qeemat sirf yeh hai.</w:t>
      </w:r>
    </w:p>
    <w:p>
      <w:pPr>
        <w:jc w:val="right"/>
      </w:pPr>
      <w:r>
        <w:t>عجیب غریب قسم کی چیزوں کو لوگوں نے سنبھال رکھا ہے کہ ایسا کر دو جنت ویسا کر دو جنت۔ یاد رکھیے جنت کی قیمت صرف یہ ہے۔</w:t>
      </w:r>
    </w:p>
    <w:p>
      <w:r>
        <w:rPr>
          <w:b/>
        </w:rPr>
        <w:t xml:space="preserve">[44:37] </w:t>
      </w:r>
      <w:r>
        <w:t>Ek hai woh hai Allah ki marifat.</w:t>
      </w:r>
    </w:p>
    <w:p>
      <w:pPr>
        <w:jc w:val="right"/>
      </w:pPr>
      <w:r>
        <w:t>ایک ہے وہ ہے اللہ کی معرفت۔</w:t>
      </w:r>
    </w:p>
    <w:p>
      <w:r>
        <w:rPr>
          <w:b/>
        </w:rPr>
        <w:t xml:space="preserve">[44:43] </w:t>
      </w:r>
      <w:r>
        <w:t>Aur koi jannat ki qeemat nahi hai.</w:t>
      </w:r>
    </w:p>
    <w:p>
      <w:pPr>
        <w:jc w:val="right"/>
      </w:pPr>
      <w:r>
        <w:t>اور کوئی جنت کی قیمت نہیں ہے۔</w:t>
      </w:r>
    </w:p>
    <w:p>
      <w:r>
        <w:rPr>
          <w:b/>
        </w:rPr>
        <w:t xml:space="preserve">[44:51] </w:t>
      </w:r>
      <w:r>
        <w:t>Man kan fiha ama fawfi al-akhirah ama ka matlab kya hai? Jisko dunya mein yani yani word of creation jo hai yeh is mein creator ki marifat hasil nahi hui.</w:t>
      </w:r>
    </w:p>
    <w:p>
      <w:pPr>
        <w:jc w:val="right"/>
      </w:pPr>
      <w:r>
        <w:t>من کان فیہا آما فوفی الآخرة آما کا مطلب کیا ہے؟ جس کو دنیا میں یعنی یعنی word of creation جو ہے یہ اس میں creator کی معرفت حاصل نہیں ہوئی۔</w:t>
      </w:r>
    </w:p>
    <w:p>
      <w:r>
        <w:rPr>
          <w:b/>
        </w:rPr>
        <w:t xml:space="preserve">[45:03] </w:t>
      </w:r>
      <w:r>
        <w:t>To wahan woh andha behra hoga. Us ke liye na jannat hai na kuch hai na kuch hai. To sab se bari cheez jannat hai. Aur aur jannat ka khaliq jo hai us ki marifat hogi tab jannat milegi.</w:t>
      </w:r>
    </w:p>
    <w:p>
      <w:pPr>
        <w:jc w:val="right"/>
      </w:pPr>
      <w:r>
        <w:t>تو وہاں وہ اندھا بہرا ہوگا۔ اس کے لیے نہ جنت ہے نہ کچھ ہے نہ کچھ ہے۔ تو سب سے بڑی چیز جنت ہے۔ اور اور جنت کا خالق جو ہے اس کی معرفت ہوگی تب جنت ملے گی۔</w:t>
      </w:r>
    </w:p>
    <w:p>
      <w:r>
        <w:rPr>
          <w:b/>
        </w:rPr>
        <w:t xml:space="preserve">[45:20] </w:t>
      </w:r>
      <w:r>
        <w:t>Ab main aap ko isi taraf phir le jata hoon jo maine shuru mein kaha tha. Ke apne aap ko itna prepare kijiye. Ke aap ka mind trigger ho sake.</w:t>
      </w:r>
    </w:p>
    <w:p>
      <w:pPr>
        <w:jc w:val="right"/>
      </w:pPr>
      <w:r>
        <w:t>اب میں آپ کو اسی طرف پھر لے جاتا ہوں جو میں نے شروع میں کہا تھا۔ کہ اپنے آپ کو اتنا prepare کیجیے۔ کہ آپ کا mind trigger ہو سکے۔</w:t>
      </w:r>
    </w:p>
    <w:p>
      <w:r>
        <w:rPr>
          <w:b/>
        </w:rPr>
        <w:t xml:space="preserve">[45:34] </w:t>
      </w:r>
      <w:r>
        <w:t>Kyunke har subah shaam har lamha aise waqiat paish aate hain.</w:t>
      </w:r>
    </w:p>
    <w:p>
      <w:pPr>
        <w:jc w:val="right"/>
      </w:pPr>
      <w:r>
        <w:t>کیونکہ ہر صبح شام ہر لمحہ ایسے واقعات پیش آتے ہیں۔</w:t>
      </w:r>
    </w:p>
    <w:p>
      <w:r>
        <w:rPr>
          <w:b/>
        </w:rPr>
        <w:t xml:space="preserve">[45:42] </w:t>
      </w:r>
      <w:r>
        <w:t>Jin mein agar aap ka mind trigger ho jaye. To ajeeb ghareeb tareeqe par aap ko marifat hasil ho jayegi.</w:t>
      </w:r>
    </w:p>
    <w:p>
      <w:pPr>
        <w:jc w:val="right"/>
      </w:pPr>
      <w:r>
        <w:t>جن میں اگر آپ کا mind trigger ہو جائے۔ تو عجیب غریب طریقے پر آپ کو معرفت حاصل ہو جائے گی۔</w:t>
      </w:r>
    </w:p>
    <w:p>
      <w:r>
        <w:rPr>
          <w:b/>
        </w:rPr>
        <w:t xml:space="preserve">[45:53] </w:t>
      </w:r>
      <w:r>
        <w:t>Ek arab shayar ne kaha tha ke wa fi kulli shay'in lahu ayatun tadullu 'ala annahu al-wahid yani har cheez mein nishani hai jo batati hai ke Allah ek hai.</w:t>
      </w:r>
    </w:p>
    <w:p>
      <w:pPr>
        <w:jc w:val="right"/>
      </w:pPr>
      <w:r>
        <w:t>ایک عرب شاعر نے کہا تھا کہ وفی کل شئین له آیت تدل علی انہ الواحد یعنی ہر چیز میں نشانی ہے جو بتاتی ہے کہ اللہ ایک ہے۔</w:t>
      </w:r>
    </w:p>
    <w:p>
      <w:r>
        <w:rPr>
          <w:b/>
        </w:rPr>
        <w:t xml:space="preserve">[46:07] </w:t>
      </w:r>
      <w:r>
        <w:t>lekin woh nishani bol to nahi rahi.</w:t>
      </w:r>
    </w:p>
    <w:p>
      <w:pPr>
        <w:jc w:val="right"/>
      </w:pPr>
      <w:r>
        <w:t>لیکن وہ نشانی بول تو نہیں رہی۔</w:t>
      </w:r>
    </w:p>
    <w:p>
      <w:r>
        <w:rPr>
          <w:b/>
        </w:rPr>
        <w:t xml:space="preserve">[46:12] </w:t>
      </w:r>
      <w:r>
        <w:t>koi cheez bol to nahi rahi hai. aap is se extract karte hain. aap ise nikalte hain.</w:t>
      </w:r>
    </w:p>
    <w:p>
      <w:pPr>
        <w:jc w:val="right"/>
      </w:pPr>
      <w:r>
        <w:t>کوئی چیز بول تو نہیں رہی ہے۔ آپ اس سے extract کرتے ہیں۔ آپ اسے نکالتے ہیں۔</w:t>
      </w:r>
    </w:p>
    <w:p>
      <w:r>
        <w:rPr>
          <w:b/>
        </w:rPr>
        <w:t xml:space="preserve">[46:22] </w:t>
      </w:r>
      <w:r>
        <w:t>lekin extract kab kar payenge aap? jab aap itna prepare hon aap ke aap ka mind trigger ho sake. to apne andar</w:t>
      </w:r>
    </w:p>
    <w:p>
      <w:pPr>
        <w:jc w:val="right"/>
      </w:pPr>
      <w:r>
        <w:t>لیکن extract کب کر پائیں گے آپ؟ جب آپ اتنا prepare ہوں آپ کہ آپ کا mind trigger ہو سکے۔ تو اپنے اندر</w:t>
      </w:r>
    </w:p>
    <w:p>
      <w:r>
        <w:rPr>
          <w:b/>
        </w:rPr>
        <w:t xml:space="preserve">[46:34] </w:t>
      </w:r>
      <w:r>
        <w:t>yeh sab cheezein paida kijiye.</w:t>
      </w:r>
    </w:p>
    <w:p>
      <w:pPr>
        <w:jc w:val="right"/>
      </w:pPr>
      <w:r>
        <w:t>یہ سب چیزیں پیدا کیجیے۔</w:t>
      </w:r>
    </w:p>
    <w:p>
      <w:r>
        <w:rPr>
          <w:b/>
        </w:rPr>
        <w:t xml:space="preserve">[46:42] </w:t>
      </w:r>
      <w:r>
        <w:t>meri dua hai ke Allah taala</w:t>
      </w:r>
    </w:p>
    <w:p>
      <w:pPr>
        <w:jc w:val="right"/>
      </w:pPr>
      <w:r>
        <w:t>میری دعا ہے کہ اللہ تعالی</w:t>
      </w:r>
    </w:p>
    <w:p>
      <w:r>
        <w:rPr>
          <w:b/>
        </w:rPr>
        <w:t xml:space="preserve">[46:48] </w:t>
      </w:r>
      <w:r>
        <w:t>hamari madad farmaye. main aksar sochta hoon ke itni ajeeb ghareeb duniya hamein di hai Allah taala ne. jis mein marifat ka saman tha. is mein rohani irtaqa ka saman tha.</w:t>
      </w:r>
    </w:p>
    <w:p>
      <w:pPr>
        <w:jc w:val="right"/>
      </w:pPr>
      <w:r>
        <w:t>ہماری مدد فرمائے۔ میں اکثر سوچتا ہوں کہ اتنی عجیب غریب دنیا ہمیں دی ہے اللہ تعالی نے۔ جس میں معرفت کا سامان تھا۔ اس میں روحانی ارتقاء کا سامان تھا۔</w:t>
      </w:r>
    </w:p>
    <w:p>
      <w:r>
        <w:rPr>
          <w:b/>
        </w:rPr>
        <w:t xml:space="preserve">[47:02] </w:t>
      </w:r>
      <w:r>
        <w:t>aur is mein hum bekhabari mein jee rahe hain. to marne ke baad main aksar sochta hoon ke har aadmi kya sochega?</w:t>
      </w:r>
    </w:p>
    <w:p>
      <w:pPr>
        <w:jc w:val="right"/>
      </w:pPr>
      <w:r>
        <w:t>اور اس میں ہم بے خبری میں جی رہے ہیں۔ تو مرنے کے بعد میں اکثر سوچتا ہوں کہ ہر آدمی کیا سوچے گا؟</w:t>
      </w:r>
    </w:p>
    <w:p>
      <w:r>
        <w:rPr>
          <w:b/>
        </w:rPr>
        <w:t xml:space="preserve">[47:11] </w:t>
      </w:r>
      <w:r>
        <w:t>har aadmi yeh sochega ke mind was a case of missed opportunity. mind was a case of missed opportunity.</w:t>
      </w:r>
    </w:p>
    <w:p>
      <w:pPr>
        <w:jc w:val="right"/>
      </w:pPr>
      <w:r>
        <w:t>ہر آدمی یہ سوچے گا کہ mind was a case of missed opportunity۔ mind was a case of missed opportunity۔</w:t>
      </w:r>
    </w:p>
    <w:p>
      <w:r>
        <w:rPr>
          <w:b/>
        </w:rPr>
        <w:t xml:space="preserve">[47:21] </w:t>
      </w:r>
      <w:r>
        <w:t>kaisa ajeeb chance tha jo maine kho diya.</w:t>
      </w:r>
    </w:p>
    <w:p>
      <w:pPr>
        <w:jc w:val="right"/>
      </w:pPr>
      <w:r>
        <w:t>کیسا عجیب chance تھا جو میں نے کھو دیا۔</w:t>
      </w:r>
    </w:p>
    <w:p>
      <w:r>
        <w:rPr>
          <w:b/>
        </w:rPr>
        <w:t xml:space="preserve">[47:29] </w:t>
      </w:r>
      <w:r>
        <w:t>to hum ko aap ko woh insaan nahi banna hai ke hum marne ke baad yeh kahein ke mind was a case of missed opportunity.</w:t>
      </w:r>
    </w:p>
    <w:p>
      <w:pPr>
        <w:jc w:val="right"/>
      </w:pPr>
      <w:r>
        <w:t>تو ہم کو آپ کو وہ انسان نہیں بننا ہے کہ ہم مرنے کے بعد یہ کہیں کہ mind was a case of missed opportunity۔</w:t>
      </w:r>
    </w:p>
    <w:p>
      <w:r>
        <w:rPr>
          <w:b/>
        </w:rPr>
        <w:t xml:space="preserve">[47:41] </w:t>
      </w:r>
      <w:r>
        <w:t>to meri dua hai ke Allah taala mujh ko aur aap ko tofeeq de. ke hum sachai ko jaanein.</w:t>
      </w:r>
    </w:p>
    <w:p>
      <w:pPr>
        <w:jc w:val="right"/>
      </w:pPr>
      <w:r>
        <w:t>تو میری دعا ہے کہ اللہ تعالی مجھ کو اور آپ کو توفیق دے۔ کہ ہم سچائی کو جانیں۔</w:t>
      </w:r>
    </w:p>
    <w:p>
      <w:r>
        <w:rPr>
          <w:b/>
        </w:rPr>
        <w:t xml:space="preserve">[47:51] </w:t>
      </w:r>
      <w:r>
        <w:t>apne aap ko is ka is qabil banayein ke hum Allah ki rehmaten hamare upar barsein. Allah ki blessing hum ko hasil ho.</w:t>
      </w:r>
    </w:p>
    <w:p>
      <w:pPr>
        <w:jc w:val="right"/>
      </w:pPr>
      <w:r>
        <w:t>اپنے آپ کو اس کا اس قابل بنائیں کہ ہم اللہ کی رحمتیں ہمارے اوپر برسیں۔ اللہ کی blessing ہم کو حاصل ہو۔</w:t>
      </w:r>
    </w:p>
    <w:p>
      <w:r>
        <w:rPr>
          <w:b/>
        </w:rPr>
        <w:t xml:space="preserve">[48:05] </w:t>
      </w:r>
      <w:r>
        <w:t>jannat mein dakhla hum ko mile.</w:t>
      </w:r>
    </w:p>
    <w:p>
      <w:pPr>
        <w:jc w:val="right"/>
      </w:pPr>
      <w:r>
        <w:t>جنت میں داخلہ ہم کو ملے۔</w:t>
      </w:r>
    </w:p>
    <w:p>
      <w:r>
        <w:rPr>
          <w:b/>
        </w:rPr>
        <w:t xml:space="preserve">[48:11] </w:t>
      </w:r>
      <w:r>
        <w:t>yahi insaan ki sab se bari kamyabi hai.</w:t>
      </w:r>
    </w:p>
    <w:p>
      <w:pPr>
        <w:jc w:val="right"/>
      </w:pPr>
      <w:r>
        <w:t>یہی انسان کی سب سے بڑی کامیابی ہے۔</w:t>
      </w:r>
    </w:p>
    <w:p>
      <w:r>
        <w:rPr>
          <w:b/>
        </w:rPr>
        <w:t xml:space="preserve">[48:17] </w:t>
      </w:r>
      <w:r>
        <w:t>isi ke liye main dua karta hoon apne liye aur aap ke liye.</w:t>
      </w:r>
    </w:p>
    <w:p>
      <w:pPr>
        <w:jc w:val="right"/>
      </w:pPr>
      <w:r>
        <w:t>اسی کے لیے میں دعا کرتا ہوں اپنے لیے اور آپ کے لیے۔</w:t>
      </w:r>
    </w:p>
    <w:p>
      <w:r>
        <w:rPr>
          <w:b/>
        </w:rPr>
        <w:t xml:space="preserve">[48:28] </w:t>
      </w:r>
      <w:r>
        <w:t>jis ko duniya mein Allah ki rehmat nahi mili to woh kuch bhi kuch bhi nahi mila.</w:t>
      </w:r>
    </w:p>
    <w:p>
      <w:pPr>
        <w:jc w:val="right"/>
      </w:pPr>
      <w:r>
        <w:t>جس کو دنیا میں اللہ کی رحمت نہیں ملی تو وہ کچھ بھی کچھ بھی نہیں ملا۔</w:t>
      </w:r>
    </w:p>
    <w:p>
      <w:r>
        <w:rPr>
          <w:b/>
        </w:rPr>
        <w:t xml:space="preserve">[48:37] </w:t>
      </w:r>
      <w:r>
        <w:t>aqool qawli hadha wastaghfirullaha li walakum ajmaeen.</w:t>
      </w:r>
    </w:p>
    <w:p>
      <w:pPr>
        <w:jc w:val="right"/>
      </w:pPr>
      <w:r>
        <w:t>أقول قولي هذا واستغفرالله لي ولكم اجمعين.</w:t>
      </w:r>
    </w:p>
    <w:p>
      <w:r>
        <w:rPr>
          <w:b/>
        </w:rPr>
        <w:t xml:space="preserve">[48:54] </w:t>
      </w:r>
      <w:r>
        <w:t>start with the question answer session. we will also like to tell our viewers that if they want to join the cps mission or they want to set up a quran distribution center in their area or start a library, then they can write to us on info@cpsglobal.org.</w:t>
      </w:r>
    </w:p>
    <w:p>
      <w:pPr>
        <w:jc w:val="right"/>
      </w:pPr>
      <w:r>
        <w:t>Start with the question answer session. We will also like to tell our viewers that if they want to join the CPS mission or they want to set up a Quran distribution center in their area or start a library, then they can write to us on info@cpsglobal.org.</w:t>
      </w:r>
    </w:p>
    <w:p>
      <w:r>
        <w:rPr>
          <w:b/>
        </w:rPr>
        <w:t xml:space="preserve">[49:12] </w:t>
      </w:r>
      <w:r>
        <w:t>maulana, yeh sawal doctor safeena tabassum ne kiya hai ajmer se. unhone likha hai: "maulana sahib, is marifat of god a culmination of intellectual development?</w:t>
      </w:r>
    </w:p>
    <w:p>
      <w:pPr>
        <w:jc w:val="right"/>
      </w:pPr>
      <w:r>
        <w:t>مولانا، یہ سوال ڈاکٹر سفینہ تبسم نے کیا ہے اجمیر سے۔ انہوں نے لکھا ہے: "مولانا صاحب، is معرفت of God a culmination of intellectual development؟</w:t>
      </w:r>
    </w:p>
    <w:p>
      <w:r>
        <w:rPr>
          <w:b/>
        </w:rPr>
        <w:t xml:space="preserve">[49:27] </w:t>
      </w:r>
      <w:r>
        <w:t>"haan, yeh baat sahi hai lekin culmination jo hai woh according to the quran of god ho. culmination ka ek sense woh bhi ho sakta hai jo transperse ne liya hai.</w:t>
      </w:r>
    </w:p>
    <w:p>
      <w:pPr>
        <w:jc w:val="right"/>
      </w:pPr>
      <w:r>
        <w:t>" ہاں، یہ بات صحیح ہے لیکن culmination جو ہے وہ according to the Quran of God ہو۔ Culmination کا ایک sense وہ بھی ہو سکتا ہے جو transperse نے لیا ہے۔</w:t>
      </w:r>
    </w:p>
    <w:p>
      <w:r>
        <w:rPr>
          <w:b/>
        </w:rPr>
        <w:t xml:space="preserve">[49:41] </w:t>
      </w:r>
      <w:r>
        <w:t>to transperse ke sense mein nahi balkeh creation of god jo hai us ke sense mein to bilkul sahi yeh taabeer hai.</w:t>
      </w:r>
    </w:p>
    <w:p>
      <w:pPr>
        <w:jc w:val="right"/>
      </w:pPr>
      <w:r>
        <w:t>تو transperse کے sense میں نہیں بلکہ creation of God جو ہے اس کے sense میں تو بالکل صحیح یہ تعبیر ہے۔</w:t>
      </w:r>
    </w:p>
    <w:p>
      <w:r>
        <w:rPr>
          <w:b/>
        </w:rPr>
        <w:t xml:space="preserve">[49:51] </w:t>
      </w:r>
      <w:r>
        <w:t>maulana, agla sawal kya hai pakistan se sajjad nawaz sahib ne. unhone likha hai: "kya quran ke gehre meaning tak pohnchne ke liye arabi zaban par aboor hasil karna zaroori hai?</w:t>
      </w:r>
    </w:p>
    <w:p>
      <w:pPr>
        <w:jc w:val="right"/>
      </w:pPr>
      <w:r>
        <w:t>مولانا، اگلا سوال کیا ہے پاکستان سے سجاد نواز صاحب نے۔ انہوں نے لکھا ہے: "کیا قرآن کے گہرے meaning تک پہنچنے کے لیے عربی زبان پر عبور حاصل کرنا ضروری ہے؟</w:t>
      </w:r>
    </w:p>
    <w:p>
      <w:r>
        <w:rPr>
          <w:b/>
        </w:rPr>
        <w:t xml:space="preserve">[50:06] </w:t>
      </w:r>
      <w:r>
        <w:t>isko wazeh karein." kisi zaban par aboor se koi talluq nahi. be be aboor rakhne wale un ki tasweerein padhiye.</w:t>
      </w:r>
    </w:p>
    <w:p>
      <w:pPr>
        <w:jc w:val="right"/>
      </w:pPr>
      <w:r>
        <w:t>اس کو واضح کریں۔" کسی زبان پر عبور سے کوئی تعلق نہیں۔ بے بے عبور رکھنے والے ان کی تصویریں پڑھیے۔</w:t>
      </w:r>
    </w:p>
    <w:p>
      <w:r>
        <w:rPr>
          <w:b/>
        </w:rPr>
        <w:t xml:space="preserve">[50:17] </w:t>
      </w:r>
      <w:r>
        <w:t>tasweeron mein kuch bhi nahi milega aap ko. abhi jo ayat maine padhi hai surah al anbiya ki sari tasweeron mein dekh daaliye. kuch bhi nahi milega.</w:t>
      </w:r>
    </w:p>
    <w:p>
      <w:pPr>
        <w:jc w:val="right"/>
      </w:pPr>
      <w:r>
        <w:t>تصویروں میں کچھ بھی نہیں ملے گا آپ کو۔ ابھی جو آیت میں نے پڑھی ہے سورہ الانبیاء کی ساری تصویروں میں دیکھ ڈالیے۔ کچھ بھی نہیں ملے گا۔</w:t>
      </w:r>
    </w:p>
    <w:p>
      <w:r>
        <w:rPr>
          <w:b/>
        </w:rPr>
        <w:t xml:space="preserve">[50:28] </w:t>
      </w:r>
      <w:r>
        <w:t>surah anbiya ki ayat number 42 maine padhi hai, abhi is ki sharah ki hai. jitni bhi tafaseer hain, jis zaban mein likhi gayi hon, sab tafaseer dekh daaliye.</w:t>
      </w:r>
    </w:p>
    <w:p>
      <w:pPr>
        <w:jc w:val="right"/>
      </w:pPr>
      <w:r>
        <w:t>سورہ انبیاء کی آیت نمبر 42 میں نے پڑھی ہے، ابھی اس کی شرح کی ہے۔ جتنی بھی تفسیریں ہیں، جس زبان میں لکھی گئی ہوں، سب تفسیریں دیکھ ڈالیے۔</w:t>
      </w:r>
    </w:p>
    <w:p>
      <w:r>
        <w:rPr>
          <w:b/>
        </w:rPr>
        <w:t xml:space="preserve">[50:40] </w:t>
      </w:r>
      <w:r>
        <w:t>yeh bilkul myth hai ke arabi zaban mein عبور ho to samajh mein aa jayega.</w:t>
      </w:r>
    </w:p>
    <w:p>
      <w:pPr>
        <w:jc w:val="right"/>
      </w:pPr>
      <w:r>
        <w:t>یہ بالکل myth ہے کہ عربی زبان میں عبور ہو تو سمجھ میں آ جائے گا۔</w:t>
      </w:r>
    </w:p>
    <w:p>
      <w:r>
        <w:rPr>
          <w:b/>
        </w:rPr>
        <w:t xml:space="preserve">[50:46] </w:t>
      </w:r>
      <w:r>
        <w:t>yeh kyun nahi logon ko samajh mein aya? dekhiye, sab se bari cheez jo hai woh yeh hai ke quran ka jo author hai, us author se aap is position mein ho saken ke aap us se consult kar saken.</w:t>
      </w:r>
    </w:p>
    <w:p>
      <w:pPr>
        <w:jc w:val="right"/>
      </w:pPr>
      <w:r>
        <w:t>یہ کیوں نہیں لوگوں کو سمجھ میں آیا؟ دیکھیے، سب سے بڑی چیز جو ہے وہ یہ ہے کہ قرآن کا جو author ہے، اس author سے آپ اس position میں ہو سکیں کہ آپ اس سے consult کر سکیں۔</w:t>
      </w:r>
    </w:p>
    <w:p>
      <w:r>
        <w:rPr>
          <w:b/>
        </w:rPr>
        <w:t xml:space="preserve">[51:07] </w:t>
      </w:r>
      <w:r>
        <w:t>yeh sab bari condition hai. quran ka author jab aap jante hain ke god almighty hai to aap itna zyada apne aap ko elevate karen ke aap quran ke author se consult kar saken.</w:t>
      </w:r>
    </w:p>
    <w:p>
      <w:pPr>
        <w:jc w:val="right"/>
      </w:pPr>
      <w:r>
        <w:t>یہ سب بڑی condition ہے۔ قرآن کا author جب آپ جانتے ہیں کہ God almighty ہے تو آپ اتنا زیادہ اپنے آپ کو elevate کریں کہ آپ قرآن کے author سے consult کر سکیں۔</w:t>
      </w:r>
    </w:p>
    <w:p>
      <w:r>
        <w:rPr>
          <w:b/>
        </w:rPr>
        <w:t xml:space="preserve">[51:23] </w:t>
      </w:r>
      <w:r>
        <w:t>tab aap ko bari bari baaten samajh mein ayengi.</w:t>
      </w:r>
    </w:p>
    <w:p>
      <w:pPr>
        <w:jc w:val="right"/>
      </w:pPr>
      <w:r>
        <w:t>تب آپ کو بڑی بڑی باتیں سمجھ میں آئیں گی۔</w:t>
      </w:r>
    </w:p>
    <w:p>
      <w:r>
        <w:rPr>
          <w:b/>
        </w:rPr>
        <w:t xml:space="preserve">[51:28] </w:t>
      </w:r>
      <w:r>
        <w:t>consultation ka matlab yeh nahi hai ke koi yani former sense mein. mein aap ko ek waqia batata hoon. ibn taimiya hamare tareekh ke bohat hi bari bada naam unka hai.</w:t>
      </w:r>
    </w:p>
    <w:p>
      <w:pPr>
        <w:jc w:val="right"/>
      </w:pPr>
      <w:r>
        <w:t>Consultation کا مطلب یہ نہیں ہے کہ کوئی یعنی فارمر sense میں۔ میں آپ کو ایک واقعہ بتاتا ہوں۔ ابن تیمیہ ہمارے تاریخ کے بہت ہی بڑے بڑا نام ان کا ہے۔</w:t>
      </w:r>
    </w:p>
    <w:p>
      <w:r>
        <w:rPr>
          <w:b/>
        </w:rPr>
        <w:t xml:space="preserve">[51:44] </w:t>
      </w:r>
      <w:r>
        <w:t>top most scholar maney jate hain woh. to unki samajh mein koi ayat nahi aa rahi thi quran ki. to unhon ne kya kiya?</w:t>
      </w:r>
    </w:p>
    <w:p>
      <w:pPr>
        <w:jc w:val="right"/>
      </w:pPr>
      <w:r>
        <w:t>ٹاپ موسٹ اسکالر مانے جاتے ہیں وہ۔ تو ان کی سمجھ میں کوئی آیت نہیں آ رہی تھی قرآن کی۔ تو انہوں نے کیا کیا؟</w:t>
      </w:r>
    </w:p>
    <w:p>
      <w:r>
        <w:rPr>
          <w:b/>
        </w:rPr>
        <w:t xml:space="preserve">[51:54] </w:t>
      </w:r>
      <w:r>
        <w:t>ke wuzu kiya aur do rak'at namaz parhi. aur uske baad dua kiya ke: "ya muallim ibrahim allimni." "ya muallim ibrahim allimni." aye ibrahim ko batane wale, mujhe bhi bata de.</w:t>
      </w:r>
    </w:p>
    <w:p>
      <w:pPr>
        <w:jc w:val="right"/>
      </w:pPr>
      <w:r>
        <w:t>کہ وضو کیا اور دو رکعت نماز پڑھی۔ اور اس کے بعد دعا کیا کہ: "یا معلمہ ابراہیم علمنی۔" "یا معلمہ ابراہیم علمنی۔" اے ابراہیم کو بتانے والے، مجھے بھی بتا دے۔</w:t>
      </w:r>
    </w:p>
    <w:p>
      <w:r>
        <w:rPr>
          <w:b/>
        </w:rPr>
        <w:t xml:space="preserve">[52:12] </w:t>
      </w:r>
      <w:r>
        <w:t>yeh hai consult karna.</w:t>
      </w:r>
    </w:p>
    <w:p>
      <w:pPr>
        <w:jc w:val="right"/>
      </w:pPr>
      <w:r>
        <w:t>یہ ہے consult کرنا۔</w:t>
      </w:r>
    </w:p>
    <w:p>
      <w:r>
        <w:rPr>
          <w:b/>
        </w:rPr>
        <w:t xml:space="preserve">[52:17] </w:t>
      </w:r>
      <w:r>
        <w:t>to ibn taimiya itne zyada ilm mein mashghool the ke unhon ne kaha, unhon ne shadi nahi ki thi. unhon ne kaha ke meri shadi jo hai ilm se ho chuki hai. itna zyada aap ne aap ko involve kiya is ko unhon ne.</w:t>
      </w:r>
    </w:p>
    <w:p>
      <w:pPr>
        <w:jc w:val="right"/>
      </w:pPr>
      <w:r>
        <w:t>تو ابن تیمیہ اتنے زیادہ علم میں مشغول تھے کہ انہوں نے کہا، انہوں نے شادی نہیں کی تھی۔ انہوں نے کہا کہ میری شادی جو ہے علم سے ہو چکی ہے۔ اتنا زیادہ آپ نے آپ کو involve کیا اس کو انہوں نے۔</w:t>
      </w:r>
    </w:p>
    <w:p>
      <w:r>
        <w:rPr>
          <w:b/>
        </w:rPr>
        <w:t xml:space="preserve">[52:31] </w:t>
      </w:r>
      <w:r>
        <w:t>to mein samajhta hoon ke yeh bilkul myth hai ke quran arabi zaban jis ko عبور hoga, woh quran khoob samjhega. to samaji ke sahib tafsir to arabi zaban mein عبور rakhne wale the hi.</w:t>
      </w:r>
    </w:p>
    <w:p>
      <w:pPr>
        <w:jc w:val="right"/>
      </w:pPr>
      <w:r>
        <w:t>تو میں سمجھتا ہوں کہ یہ بالکل myth ہے کہ قرآن عربی زبان جس کو عبور ہوگا، وہ قرآن خوب سمجھے گا۔ تو سماجی کے صاحب مفسرین تو عربی زبان میں عبور رکھنے والے تھے ہی۔</w:t>
      </w:r>
    </w:p>
    <w:p>
      <w:r>
        <w:rPr>
          <w:b/>
        </w:rPr>
        <w:t xml:space="preserve">[52:42] </w:t>
      </w:r>
      <w:r>
        <w:t>kyun nahi unhon ne in baaton ko keh paye? kuch nahi, sirf yeh hai ke aap ko allah par jitna zyada yani arabi zaban janna bas zarori hai.</w:t>
      </w:r>
    </w:p>
    <w:p>
      <w:pPr>
        <w:jc w:val="right"/>
      </w:pPr>
      <w:r>
        <w:t>کیوں نہیں انہوں نے ان باتوں کو کہہ پائے؟ کچھ نہیں، صرف یہ ہے کہ آپ کو اللہ پر جتنا زیادہ یعنی عربی زبان جاننا بس ضروری ہے۔</w:t>
      </w:r>
    </w:p>
    <w:p>
      <w:r>
        <w:rPr>
          <w:b/>
        </w:rPr>
        <w:t xml:space="preserve">[52:53] </w:t>
      </w:r>
      <w:r>
        <w:t>yeh mein manta hoon. baghair arabi zaban jaane hue kaise samjhenge aap?</w:t>
      </w:r>
    </w:p>
    <w:p>
      <w:pPr>
        <w:jc w:val="right"/>
      </w:pPr>
      <w:r>
        <w:t>یہ میں مانتا ہوں۔ بغیر عربی زبان جانے ہوئے کیسے سمجھیں گے آپ؟</w:t>
      </w:r>
    </w:p>
    <w:p>
      <w:r>
        <w:rPr>
          <w:b/>
        </w:rPr>
        <w:t xml:space="preserve">[53:01] </w:t>
      </w:r>
      <w:r>
        <w:t>lekin asal cheez yeh nahi hai. asal cheez yeh hai ke allah se woh taluq ke aap allah se consult karne lagen. yeh keh payen ke: "ya muallim ibrahim allimni." tab aap ko quran ki gehri baaten samajh mein ayengi.</w:t>
      </w:r>
    </w:p>
    <w:p>
      <w:pPr>
        <w:jc w:val="right"/>
      </w:pPr>
      <w:r>
        <w:t>لیکن اصل چیز یہ نہیں ہے۔ اصل چیز یہ ہے کہ اللہ سے وہ تعلق کہ آپ اللہ سے consult کرنے لگیں۔ یہ کہہ پائیں کہ: "یا معلمہ ابراہیم علمنی۔" تب آپ کو قرآن کی گہری باتیں سمجھ میں آئیں گی۔</w:t>
      </w:r>
    </w:p>
    <w:p>
      <w:r>
        <w:rPr>
          <w:b/>
        </w:rPr>
        <w:t xml:space="preserve">[53:21] </w:t>
      </w:r>
      <w:r>
        <w:t>maulana, agla sawal bhi pakistan se aya hai. sister salma ne kiya hai. unhon ne likha hai: "maulana sahib, during my dawa work, i have encountered this problem more often when i meet professionals like bankers, engineers, and lawyers.</w:t>
      </w:r>
    </w:p>
    <w:p>
      <w:pPr>
        <w:jc w:val="right"/>
      </w:pPr>
      <w:r>
        <w:t>مولانا، اگلا سوال بھی پاکستان سے آیا ہے۔ سسٹر سلمہ نے کیا ہے۔ انہوں نے لکھا ہے: "مولانا صاحب، during my دعویٰ work، I have encountered this problem more often when I meet professionals like bankers, engineers, and lawyers.</w:t>
      </w:r>
    </w:p>
    <w:p>
      <w:r>
        <w:rPr>
          <w:b/>
        </w:rPr>
        <w:t xml:space="preserve">[53:40] </w:t>
      </w:r>
      <w:r>
        <w:t>they usually, after reading your books, ask specific questions about their profession and want to know that if you have said something about the profession of law or banking system.</w:t>
      </w:r>
    </w:p>
    <w:p>
      <w:pPr>
        <w:jc w:val="right"/>
      </w:pPr>
      <w:r>
        <w:t>They usually, after reading your books, ask specific questions about their profession and want to know that if you have said something about the profession of law or banking system.</w:t>
      </w:r>
    </w:p>
    <w:p>
      <w:r>
        <w:rPr>
          <w:b/>
        </w:rPr>
        <w:t xml:space="preserve">[53:53] </w:t>
      </w:r>
      <w:r>
        <w:t>i am usually lost at that time. what should i answer them at that time?</w:t>
      </w:r>
    </w:p>
    <w:p>
      <w:pPr>
        <w:jc w:val="right"/>
      </w:pPr>
      <w:r>
        <w:t>I am usually lost at that time. What should I answer them at that time?</w:t>
      </w:r>
    </w:p>
    <w:p>
      <w:r>
        <w:rPr>
          <w:b/>
        </w:rPr>
        <w:t xml:space="preserve">[53:59] </w:t>
      </w:r>
      <w:r>
        <w:t>please advise me." dekhiye, yeh job jo hota hai, job ek profession hai.</w:t>
      </w:r>
    </w:p>
    <w:p>
      <w:pPr>
        <w:jc w:val="right"/>
      </w:pPr>
      <w:r>
        <w:t>Please advise me." دیکھیے، یہ job جو ہوتا ہے، job ایک profession ہے۔</w:t>
      </w:r>
    </w:p>
    <w:p>
      <w:r>
        <w:rPr>
          <w:b/>
        </w:rPr>
        <w:t xml:space="preserve">[54:08] </w:t>
      </w:r>
      <w:r>
        <w:t>professional course karne wale jo hain, un ko job mil jata hai. is mani mein quran mein kuch hit ho sakti hai, lekin quran is ki kitab nahi hai.</w:t>
      </w:r>
    </w:p>
    <w:p>
      <w:pPr>
        <w:jc w:val="right"/>
      </w:pPr>
      <w:r>
        <w:t>Professional کورس کرنے والے جو ہیں، ان کو job مل جاتا ہے۔ اس معنی میں قرآن میں کچھ hit ہو سکتی ہے، لیکن قرآن اس کی کتاب نہیں ہے۔</w:t>
      </w:r>
    </w:p>
    <w:p>
      <w:r>
        <w:rPr>
          <w:b/>
        </w:rPr>
        <w:t xml:space="preserve">[54:19] </w:t>
      </w:r>
      <w:r>
        <w:t>koi professional book nahi hai. quran majeed, quran majeed to hidayat ki kitab hai. insan dunya mein kaise rahe aur akhirat mein us ko jannat kaise mile, yeh batane ke liye, creation plan of god batane ke liye.</w:t>
      </w:r>
    </w:p>
    <w:p>
      <w:pPr>
        <w:jc w:val="right"/>
      </w:pPr>
      <w:r>
        <w:t>کوئی professional book نہیں ہے۔ قرآن مجید، قرآن مجید تو ہدایت کی کتاب ہے۔ انسان دنیا میں کیسے رہے اور آخرت میں اس کو جنت کیسے ملے، یہ بتانے کے لیے، creation plan of God بتانے کے لیے۔</w:t>
      </w:r>
    </w:p>
    <w:p>
      <w:r>
        <w:rPr>
          <w:b/>
        </w:rPr>
        <w:t xml:space="preserve">[54:34] </w:t>
      </w:r>
      <w:r>
        <w:t>to use kahe ke aap un se bohat kitaben hain, wahan parhiye. quran is ke liye nahi hai. quran to divine guide book hai aur dunya mein kaise aap rahen,</w:t>
      </w:r>
    </w:p>
    <w:p>
      <w:pPr>
        <w:jc w:val="right"/>
      </w:pPr>
      <w:r>
        <w:t>تو اسے کہیے کہ آپ ان سے بہت کتابیں ہیں، وہاں پڑھیے۔ قرآن اس کے لیے نہیں ہے۔ قرآن تو divine guide book ہے اور دنیا میں کیسے آپ رہیں،</w:t>
      </w:r>
    </w:p>
    <w:p>
      <w:r>
        <w:rPr>
          <w:b/>
        </w:rPr>
        <w:t xml:space="preserve">[54:49] </w:t>
      </w:r>
      <w:r>
        <w:t>sirat-e-mustaqeem par aur akhirat mein jannat kaise mile, is ko batane ke liye. baqi aap janna chahte hain to phir aap doosri kitaben un ko parhiye. yani direct taur par nahi hai, lekin indirect taur par bohat kuch mil jayega.</w:t>
      </w:r>
    </w:p>
    <w:p>
      <w:pPr>
        <w:jc w:val="right"/>
      </w:pPr>
      <w:r>
        <w:t>صراط مستقیم پر اور آخرت میں جنت کیسے ملے، اس کو بتانے کے لیے۔ باقی آپ جاننا چاہتے ہیں تو پھر آپ دوسری کتابیں ان کو پڑھیے۔ یعنی direct طور پر نہیں ہے، لیکن indirect طور پر بہت کچھ مل جائے گا۔</w:t>
      </w:r>
    </w:p>
    <w:p>
      <w:r>
        <w:rPr>
          <w:b/>
        </w:rPr>
        <w:t xml:space="preserve">[55:04] </w:t>
      </w:r>
      <w:r>
        <w:t>hamari koi kitaben hain, char kitaben, woh yeh hi to hai. woh indirect taur par is mein quran hi ki baat kahi gayi hai, jis ka naam hai raja hayat, tabe hayat,</w:t>
      </w:r>
    </w:p>
    <w:p>
      <w:pPr>
        <w:jc w:val="right"/>
      </w:pPr>
      <w:r>
        <w:t>ہماری کوئی کتابیں ہیں، چار کتابیں، وہ یہی تو ہے۔ وہ indirect طور پر اس میں قرآن ہی کی بات کہی گئی ہے، جس کا نام ہے راجہ حیات، تابع حیات،</w:t>
      </w:r>
    </w:p>
    <w:p>
      <w:r>
        <w:rPr>
          <w:b/>
        </w:rPr>
        <w:t xml:space="preserve">[55:18] </w:t>
      </w:r>
      <w:r>
        <w:t>rehnama hayat, kitab-e-zindagi. yeh char kitaben hain, woh woh sab ke sab quran ke talimat ka application hai hamari rozmarra ki zindagi mein.</w:t>
      </w:r>
    </w:p>
    <w:p>
      <w:pPr>
        <w:jc w:val="right"/>
      </w:pPr>
      <w:r>
        <w:t>رہنما حیات، کتاب زندگی۔ یہ چار کتابیں ہیں، وہ وہ سب کے سب قرآن کے تعلیمات کا application ہے ہماری روزمرہ کی زندگی میں۔</w:t>
      </w:r>
    </w:p>
    <w:p>
      <w:r>
        <w:rPr>
          <w:b/>
        </w:rPr>
        <w:t xml:space="preserve">[55:34] </w:t>
      </w:r>
      <w:r>
        <w:t>to un ko dijiye, woh parhen. is ko agar woh english wale log hain to un ko aap hamara vision dijiye. urdu wale log hain to yeh sari kitaben dijiye un ko.</w:t>
      </w:r>
    </w:p>
    <w:p>
      <w:pPr>
        <w:jc w:val="right"/>
      </w:pPr>
      <w:r>
        <w:t>تو ان کو دیجیے، وہ پڑھیں۔ اس کو اگر وہ انگلش والے لوگ ہیں تو ان کو آپ ہمارا vision دیجیے۔ اردو والے لوگ ہیں تو یہ ساری کتابیں دیجیے ان کو۔</w:t>
      </w:r>
    </w:p>
    <w:p>
      <w:r>
        <w:rPr>
          <w:b/>
        </w:rPr>
        <w:t xml:space="preserve">[55:43] </w:t>
      </w:r>
      <w:r>
        <w:t>un ka jawab ho jayega. raja hayat, tabe hayat, rehnama hayat, kitab-e-zindagi, aise logon ke liye kitaben best hain.</w:t>
      </w:r>
    </w:p>
    <w:p>
      <w:pPr>
        <w:jc w:val="right"/>
      </w:pPr>
      <w:r>
        <w:t>ان کا جواب ہو جائے گا۔ راجہ حیات، تابع حیات، رہنما حیات، کتاب زندگی، ایسے لوگوں کے لیے کتابیں best ہیں۔</w:t>
      </w:r>
    </w:p>
    <w:p>
      <w:r>
        <w:rPr>
          <w:b/>
        </w:rPr>
        <w:t xml:space="preserve">[55:52] </w:t>
      </w:r>
      <w:r>
        <w:t>woh kitabon mein jo baat kahi gayi hai, woh quran hadith hi ke lekar kahi gayi hai. unhi ke isharon ki tafsir ki gayi hai. is mein quran hadith ke jo isharay hain, unhi ki tafsir ki gayi hai.</w:t>
      </w:r>
    </w:p>
    <w:p>
      <w:pPr>
        <w:jc w:val="right"/>
      </w:pPr>
      <w:r>
        <w:t>وہ کتابوں میں جو بات کہی گئی ہے، وہ قرآن حدیث ہی کے لے کر کہی گئی ہے۔ انہی کے اشاروں کی تفسیر کی گئی ہے۔ اس میں قرآن حدیث کے جو اشارے ہیں، انہی کی تفسیر کی گئی ہے۔</w:t>
      </w:r>
    </w:p>
    <w:p>
      <w:r>
        <w:rPr>
          <w:b/>
        </w:rPr>
        <w:t xml:space="preserve">[56:05] </w:t>
      </w:r>
      <w:r>
        <w:t>aisay logon ko aap yeh kitabein dijiye.</w:t>
      </w:r>
    </w:p>
    <w:p>
      <w:pPr>
        <w:jc w:val="right"/>
      </w:pPr>
      <w:r>
        <w:t>ایسے لوگوں کو آپ یہ کتابیں دیجیے۔</w:t>
      </w:r>
    </w:p>
    <w:p>
      <w:r>
        <w:rPr>
          <w:b/>
        </w:rPr>
        <w:t xml:space="preserve">[56:10] </w:t>
      </w:r>
      <w:r>
        <w:t>maulana kal nadeem ahmed sahib ne chennai se agla sawal kiya hai. unhon ne aap se poocha hai: "what is the difference between science and philosophy</w:t>
      </w:r>
    </w:p>
    <w:p>
      <w:pPr>
        <w:jc w:val="right"/>
      </w:pPr>
      <w:r>
        <w:t>مولانا کل ندیم احمد صاحب نے چنئی سے اگلا سوال کیا ہے۔ انہوں نے آپ سے پوچھا ہے: "What is the difference between سائنس and فلاسفی</w:t>
      </w:r>
    </w:p>
    <w:p>
      <w:r>
        <w:rPr>
          <w:b/>
        </w:rPr>
        <w:t xml:space="preserve">[56:20] </w:t>
      </w:r>
      <w:r>
        <w:t>?" is ke baray mein batayein.</w:t>
      </w:r>
    </w:p>
    <w:p>
      <w:pPr>
        <w:jc w:val="right"/>
      </w:pPr>
      <w:r>
        <w:t>؟" اس کے بارے میں بتائیں۔</w:t>
      </w:r>
    </w:p>
    <w:p>
      <w:r>
        <w:rPr>
          <w:b/>
        </w:rPr>
        <w:t xml:space="preserve">[56:25] </w:t>
      </w:r>
      <w:r>
        <w:t>science aur philosophy bilkul do alag discipline hain. philosophy to sari ki sari yani speculative knowledge pe base karti hai.</w:t>
      </w:r>
    </w:p>
    <w:p>
      <w:pPr>
        <w:jc w:val="right"/>
      </w:pPr>
      <w:r>
        <w:t>سائنس اور فلاسفی بالکل دو الگ discipline ہیں۔ فلاسفی تو ساری کی ساری یعنی speculative knowledge پہ base کرتی ہے۔</w:t>
      </w:r>
    </w:p>
    <w:p>
      <w:r>
        <w:rPr>
          <w:b/>
        </w:rPr>
        <w:t xml:space="preserve">[56:36] </w:t>
      </w:r>
      <w:r>
        <w:t>speculation yani qiyasi tor par aap apne zehn ko</w:t>
      </w:r>
    </w:p>
    <w:p>
      <w:pPr>
        <w:jc w:val="right"/>
      </w:pPr>
      <w:r>
        <w:t>Speculation یعنی قیاسی طور پر آپ اپنے ذہن کو</w:t>
      </w:r>
    </w:p>
    <w:p>
      <w:r>
        <w:rPr>
          <w:b/>
        </w:rPr>
        <w:t xml:space="preserve">[56:44] </w:t>
      </w:r>
      <w:r>
        <w:t>taiyar karte hain aur qiyasi tor par baton ke baray mein rai banate hain. aur science exper</w:t>
      </w:r>
    </w:p>
    <w:p>
      <w:pPr>
        <w:jc w:val="right"/>
      </w:pPr>
      <w:r>
        <w:t>تیار کرتے ہیں اور قیاسی طور پر باتوں کے بارے میں رائے بناتے ہیں۔ اور سائنس exper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