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Political Interpretation of Islam January 26, 2014 Maulana Wahiduddin Khan</w:t>
      </w:r>
    </w:p>
    <w:p>
      <w:r>
        <w:t>https://www.youtube.com/watch?v=BmlQnRBRz2c</w:t>
      </w:r>
    </w:p>
    <w:p>
      <w:r>
        <w:rPr>
          <w:b/>
        </w:rPr>
        <w:t xml:space="preserve">[00:14] </w:t>
      </w:r>
      <w:r>
        <w:t>political interpretation of Islam. yani Islam ki siyasi ta'beer.</w:t>
      </w:r>
    </w:p>
    <w:p>
      <w:pPr>
        <w:jc w:val="right"/>
      </w:pPr>
      <w:r>
        <w:t>پولیٹیکل انٹرپریشن آف اسلام۔ یعنی اسلام کی سیاسی تعبیر۔</w:t>
      </w:r>
    </w:p>
    <w:p>
      <w:r>
        <w:rPr>
          <w:b/>
        </w:rPr>
        <w:t xml:space="preserve">[00:27] </w:t>
      </w:r>
      <w:r>
        <w:t>aaj ke akhbar mein aur media mein yeh news aayi hai ke cairo mein islamist group ke darmiyan aur police ke darmiyan clash hua.</w:t>
      </w:r>
    </w:p>
    <w:p>
      <w:pPr>
        <w:jc w:val="right"/>
      </w:pPr>
      <w:r>
        <w:t>آج کے اخبار میں اور میڈیا میں یہ نیوز آئی ہے کہ قیروں میں اسلامسٹ گروپ کے درمیان اور پولیس کے درمیان کلیش ہوئی۔</w:t>
      </w:r>
    </w:p>
    <w:p>
      <w:r>
        <w:rPr>
          <w:b/>
        </w:rPr>
        <w:t xml:space="preserve">[00:42] </w:t>
      </w:r>
      <w:r>
        <w:t>is mein 30 aadmi mare gaye, yani 30 muslim. sankaron zakhmi hue aur bohat se arrest hue.</w:t>
      </w:r>
    </w:p>
    <w:p>
      <w:pPr>
        <w:jc w:val="right"/>
      </w:pPr>
      <w:r>
        <w:t>اس میں 30 آدمی مارے گئے، یعنی 30 مسلم۔ سینکڑوں زخمی ہوئے اور بہت سے ارسٹ ہوئے۔</w:t>
      </w:r>
    </w:p>
    <w:p>
      <w:r>
        <w:rPr>
          <w:b/>
        </w:rPr>
        <w:t xml:space="preserve">[00:58] </w:t>
      </w:r>
      <w:r>
        <w:t>aisa kyun hai? aap jante hain ke Egypt mein pichlay 60 saal se yahi kaam ho raha hai.</w:t>
      </w:r>
    </w:p>
    <w:p>
      <w:pPr>
        <w:jc w:val="right"/>
      </w:pPr>
      <w:r>
        <w:t>ایسا کیوں ہے؟ آپ جانتے ہیں کہ ایجپٹ میں پچھلے 60 سال سے یہی کام ہو رہا ہے۔</w:t>
      </w:r>
    </w:p>
    <w:p>
      <w:r>
        <w:rPr>
          <w:b/>
        </w:rPr>
        <w:t xml:space="preserve">[01:11] </w:t>
      </w:r>
      <w:r>
        <w:t>yani islamist group aur army ke beech mein takrao. hazaron log mare gaye, bohat ziyada nuksan hua.</w:t>
      </w:r>
    </w:p>
    <w:p>
      <w:pPr>
        <w:jc w:val="right"/>
      </w:pPr>
      <w:r>
        <w:t>یعنی اسلامسٹ گروپ اور آرمی کے بیچ میں ٹکراؤ۔ ہزاروں لوگ مارے گئے، بہت زیادہ نقصان ہوا۔</w:t>
      </w:r>
    </w:p>
    <w:p>
      <w:r>
        <w:rPr>
          <w:b/>
        </w:rPr>
        <w:t xml:space="preserve">[01:25] </w:t>
      </w:r>
      <w:r>
        <w:t>desh ki economy shatter ho rahi hai, lekin violence khatam nahi hota.</w:t>
      </w:r>
    </w:p>
    <w:p>
      <w:pPr>
        <w:jc w:val="right"/>
      </w:pPr>
      <w:r>
        <w:t>دیش کی اکانومی شیٹر ہو رہی ہے، لیکن وائلنس ختم نہیں ہوتا۔</w:t>
      </w:r>
    </w:p>
    <w:p>
      <w:r>
        <w:rPr>
          <w:b/>
        </w:rPr>
        <w:t xml:space="preserve">[01:38] </w:t>
      </w:r>
      <w:r>
        <w:t>to hamein janna hai ke yeh violence kyun? aisa kyun hai? is par sochte hue mujhe rasool Allah salallahu alaihi wasallam ki bohat si hadithain yaad aayin.</w:t>
      </w:r>
    </w:p>
    <w:p>
      <w:pPr>
        <w:jc w:val="right"/>
      </w:pPr>
      <w:r>
        <w:t>تو ہمیں جاننا ہے کہ یہ وائلنس کیوں؟ ایسا کیوں ہے؟ اس پر سوچتے ہوئے مجھے رسول اللہ صلی اللہ علیہ وسلم کی بہت سی حدیثیں یاد آئیں۔</w:t>
      </w:r>
    </w:p>
    <w:p>
      <w:r>
        <w:rPr>
          <w:b/>
        </w:rPr>
        <w:t xml:space="preserve">[01:52] </w:t>
      </w:r>
      <w:r>
        <w:t>rasool Allah salallahu alaihi wasallam ne</w:t>
      </w:r>
    </w:p>
    <w:p>
      <w:pPr>
        <w:jc w:val="right"/>
      </w:pPr>
      <w:r>
        <w:t>رسول اللہ صلی اللہ علیہ وسلم نے</w:t>
      </w:r>
    </w:p>
    <w:p>
      <w:r>
        <w:rPr>
          <w:b/>
        </w:rPr>
        <w:t xml:space="preserve">[01:56] </w:t>
      </w:r>
      <w:r>
        <w:t>prediction ke tor par pehle hi bata diya tha ke ummat mein violence barh jayega, apas mein ladenge log.</w:t>
      </w:r>
    </w:p>
    <w:p>
      <w:pPr>
        <w:jc w:val="right"/>
      </w:pPr>
      <w:r>
        <w:t>پریڈکشن کے طور پر پہلے ہی بتا دیا تھا کہ امت میں وائلنس بڑھ جائے گا، آپس میں لڑیں گے لوگ۔</w:t>
      </w:r>
    </w:p>
    <w:p>
      <w:r>
        <w:rPr>
          <w:b/>
        </w:rPr>
        <w:t xml:space="preserve">[02:08] </w:t>
      </w:r>
      <w:r>
        <w:t>aisi bohat si hadithain hain. ek hadith mein yeh sakht alfaaz hain ke "la tarjoo ba'di kuffaran yadrib ba'dukum riqaba ba'din".</w:t>
      </w:r>
    </w:p>
    <w:p>
      <w:pPr>
        <w:jc w:val="right"/>
      </w:pPr>
      <w:r>
        <w:t>ایسی بہت سی حدیثیں ہیں۔ ایک حدیث میں یہ سخت الفاظ ہیں کہ "لا ترجعوا بعدی کفاراًیدربوا بعضکم رقاب بعض"۔</w:t>
      </w:r>
    </w:p>
    <w:p>
      <w:r>
        <w:rPr>
          <w:b/>
        </w:rPr>
        <w:t xml:space="preserve">[02:24] </w:t>
      </w:r>
      <w:r>
        <w:t>yani mere baad tum log kafir mat ho jana. ke apas mein ek doosre ko qatal karne lago. itna sakht lafz hai.</w:t>
      </w:r>
    </w:p>
    <w:p>
      <w:pPr>
        <w:jc w:val="right"/>
      </w:pPr>
      <w:r>
        <w:t>یعنی میرے بعد تم لوگ کافر مت ہو جانا۔ کہ آپس میں ایک دوسرے کو قتل کرنے لگو۔ اتنا سخت لفظ ہے۔</w:t>
      </w:r>
    </w:p>
    <w:p>
      <w:r>
        <w:rPr>
          <w:b/>
        </w:rPr>
        <w:t xml:space="preserve">[02:36] </w:t>
      </w:r>
      <w:r>
        <w:t>dekhiye, yeh saada baat nahi hai.</w:t>
      </w:r>
    </w:p>
    <w:p>
      <w:pPr>
        <w:jc w:val="right"/>
      </w:pPr>
      <w:r>
        <w:t>دیکھیے، یہ سادہ بات نہیں ہے۔</w:t>
      </w:r>
    </w:p>
    <w:p>
      <w:r>
        <w:rPr>
          <w:b/>
        </w:rPr>
        <w:t xml:space="preserve">[02:43] </w:t>
      </w:r>
      <w:r>
        <w:t>qatal ka kaam 60 saal aur 100 saal se jari rahe aur khatam na ho to is ko sochna chahiye ke kyun aisa ho raha hai.</w:t>
      </w:r>
    </w:p>
    <w:p>
      <w:pPr>
        <w:jc w:val="right"/>
      </w:pPr>
      <w:r>
        <w:t>قتل کا کام 60 سال اور 100 سال سے جاری رہے اور ختم نہ ہو تو اس کو سوچنا چاہیے کہ کیوں ایسا ہو رہا ہے۔</w:t>
      </w:r>
    </w:p>
    <w:p>
      <w:r>
        <w:rPr>
          <w:b/>
        </w:rPr>
        <w:t xml:space="preserve">[02:55] </w:t>
      </w:r>
      <w:r>
        <w:t>dekhiye, yeh ummat e muslema jo hai is mein Khuda ki kitab mehfooz hai. rasool Allah salallahu alaihi wasallam ki sunnat mehfooz hai.</w:t>
      </w:r>
    </w:p>
    <w:p>
      <w:pPr>
        <w:jc w:val="right"/>
      </w:pPr>
      <w:r>
        <w:t>دیکھیے، یہ امت مسلمہ جو ہے اس میں خدا کی کتاب محفوظ ہے۔ رسول اللہ صلی اللہ علیہ وسلم کی سنت محفوظ ہے۔</w:t>
      </w:r>
    </w:p>
    <w:p>
      <w:r>
        <w:rPr>
          <w:b/>
        </w:rPr>
        <w:t xml:space="preserve">[03:06] </w:t>
      </w:r>
      <w:r>
        <w:t>sahaba ka model mehfooz hai. Islam ki jo history hai woh bhi mehfooz hai. aisi halat mein dekhiye, violence, for the sake of violence is mein nahi ho sakta.</w:t>
      </w:r>
    </w:p>
    <w:p>
      <w:pPr>
        <w:jc w:val="right"/>
      </w:pPr>
      <w:r>
        <w:t>صحابہ کا ماڈل محفوظ ہے۔ اسلام کی جو ہسٹری ہے وہ بھی محفوظ ہے۔ ایسی حالت میں دیکھیے، وائلنس، فور دی سیک آف وائلنس اس میں نہیں ہو سکتا۔</w:t>
      </w:r>
    </w:p>
    <w:p>
      <w:r>
        <w:rPr>
          <w:b/>
        </w:rPr>
        <w:t xml:space="preserve">[03:20] </w:t>
      </w:r>
      <w:r>
        <w:t>yeh to impossible hai.</w:t>
      </w:r>
    </w:p>
    <w:p>
      <w:pPr>
        <w:jc w:val="right"/>
      </w:pPr>
      <w:r>
        <w:t>یہ تو امپاسیبل ہے۔</w:t>
      </w:r>
    </w:p>
    <w:p>
      <w:r>
        <w:rPr>
          <w:b/>
        </w:rPr>
        <w:t xml:space="preserve">[03:24] </w:t>
      </w:r>
      <w:r>
        <w:t>aisa kabhi mumkin nahi hai. zaroori hai ke is ka koi justification ho. yani sirf justified violence ummat e muslema mein jari ho sakta hai.</w:t>
      </w:r>
    </w:p>
    <w:p>
      <w:pPr>
        <w:jc w:val="right"/>
      </w:pPr>
      <w:r>
        <w:t>ایسا کبھی ممکن نہیں ہے۔ ضروری ہے کہ اس کا کوئی جسٹیفیکیشن ہو۔ یعنی صرف جسٹیفائیڈ وائلنسی امت مسلمہ میں جاری ہو سکتا ہے۔</w:t>
      </w:r>
    </w:p>
    <w:p>
      <w:r>
        <w:rPr>
          <w:b/>
        </w:rPr>
        <w:t xml:space="preserve">[03:41] </w:t>
      </w:r>
      <w:r>
        <w:t>violence, for the sake of violence ummat e muslema mein kabhi ho nahi sakta hai. kyunke yeh jo is ki mehfooz deen ki hesiyat hai woh is ke rok ban jayegi.</w:t>
      </w:r>
    </w:p>
    <w:p>
      <w:pPr>
        <w:jc w:val="right"/>
      </w:pPr>
      <w:r>
        <w:t>وائلنس، فور دی سیک آف وائلنس امت مسلمہ میں کبھی ہو نہیں سکتا ہے۔ کیونکہ یہ جو اس کی محفوظ دین کی حیثیت ہے وہ اس کے روک بن جائے گی۔</w:t>
      </w:r>
    </w:p>
    <w:p>
      <w:r>
        <w:rPr>
          <w:b/>
        </w:rPr>
        <w:t xml:space="preserve">[03:59] </w:t>
      </w:r>
      <w:r>
        <w:t>yeh violence khatm is liye nahi ho raha hai ke yeh violence saada nahi hai. yeh justified violence hai. yaani islamically justified violence.</w:t>
      </w:r>
    </w:p>
    <w:p>
      <w:pPr>
        <w:jc w:val="right"/>
      </w:pPr>
      <w:r>
        <w:t>یہ وائلنس ختم اس لیے نہیں ہو رہا ہے کہ یہ وائلنس سادہ نہیں ہے۔ یہ جسٹیفائیڈ وائلنس ہے۔ یعنی اسلامیکلی جسٹیفائیڈ وائلنس۔</w:t>
      </w:r>
    </w:p>
    <w:p>
      <w:r>
        <w:rPr>
          <w:b/>
        </w:rPr>
        <w:t xml:space="preserve">[04:11] </w:t>
      </w:r>
      <w:r>
        <w:t>jab aap khud apne aqeedah, apne mazhab se justification talash kar lein to aap rukenge nahi violence se.</w:t>
      </w:r>
    </w:p>
    <w:p>
      <w:pPr>
        <w:jc w:val="right"/>
      </w:pPr>
      <w:r>
        <w:t>جب آپ خود اپنے عقیدہ، اپنے مذہب سے جسٹیفیکیشن تلاش کر لیں تو آپ رکیں گے نہیں وائلنس سے۔</w:t>
      </w:r>
    </w:p>
    <w:p>
      <w:r>
        <w:rPr>
          <w:b/>
        </w:rPr>
        <w:t xml:space="preserve">[04:21] </w:t>
      </w:r>
      <w:r>
        <w:t>kyun? dekhiye, 60 baras pehle Jamal Abdun Nasser Egypt ke president thay.</w:t>
      </w:r>
    </w:p>
    <w:p>
      <w:pPr>
        <w:jc w:val="right"/>
      </w:pPr>
      <w:r>
        <w:t>کیوں؟ دیکھیے، 60 برس پہلے جمال عبدالناصر ایجپٹ کے پریزیڈنٹ تھے۔</w:t>
      </w:r>
    </w:p>
    <w:p>
      <w:r>
        <w:rPr>
          <w:b/>
        </w:rPr>
        <w:t xml:space="preserve">[04:35] </w:t>
      </w:r>
      <w:r>
        <w:t>unhon ne islamist group ke khilaaf bohat zabardast karwai ki. unke leader thay us waqt Syed Qutb.</w:t>
      </w:r>
    </w:p>
    <w:p>
      <w:pPr>
        <w:jc w:val="right"/>
      </w:pPr>
      <w:r>
        <w:t>انہوں نے اسلامسٹ گروپ کے خلاف بہت زبردست کارروائی کی۔ ان کے لیڈر تھے اس وقت سید قطب۔</w:t>
      </w:r>
    </w:p>
    <w:p>
      <w:r>
        <w:rPr>
          <w:b/>
        </w:rPr>
        <w:t xml:space="preserve">[04:43] </w:t>
      </w:r>
      <w:r>
        <w:t>un ko phansi de diya. to kya hua? phansi dene ke baad un ke saath ek aur title lag gaya Syed Qutb shaheed.</w:t>
      </w:r>
    </w:p>
    <w:p>
      <w:pPr>
        <w:jc w:val="right"/>
      </w:pPr>
      <w:r>
        <w:t>ان کو پھانسی دے دیا۔ تو کیا ہوا؟ پھانسی دینے کے بعد ان کے ساتھ ایک اور ٹائٹل لگ گیا۔ سید قطب شہید۔</w:t>
      </w:r>
    </w:p>
    <w:p>
      <w:r>
        <w:rPr>
          <w:b/>
        </w:rPr>
        <w:t xml:space="preserve">[04:55] </w:t>
      </w:r>
      <w:r>
        <w:t>us ke maani ke logon ne glorify kar liya un ke qatl ko. ab woh inspiring ban gaya. ke lado ge, maro ge to shaheed ho jaao ge.</w:t>
      </w:r>
    </w:p>
    <w:p>
      <w:pPr>
        <w:jc w:val="right"/>
      </w:pPr>
      <w:r>
        <w:t>اس کے معنی کہ لوگوں نے گولیفائی کر لیا ان کے قتل کو۔ اب وہ انسپائرنگ بن گیا۔ کہ لڑو گے، مرو گے تو شہید ہو جاؤ گے۔</w:t>
      </w:r>
    </w:p>
    <w:p>
      <w:r>
        <w:rPr>
          <w:b/>
        </w:rPr>
        <w:t xml:space="preserve">[05:07] </w:t>
      </w:r>
      <w:r>
        <w:t>shaheed ho jaao ge to jannat mein jaao ge. to kaha ke lad kar marna jannat ke ka entry ke liye ticket ban gaya.</w:t>
      </w:r>
    </w:p>
    <w:p>
      <w:pPr>
        <w:jc w:val="right"/>
      </w:pPr>
      <w:r>
        <w:t>شہید ہو جاؤ گے تو جنت میں جاؤ گے۔ تو کہا کہ لڑ کر مرنا جنت کے کا انٹری کے لیے ٹکٹ بن گیا۔</w:t>
      </w:r>
    </w:p>
    <w:p>
      <w:r>
        <w:rPr>
          <w:b/>
        </w:rPr>
        <w:t xml:space="preserve">[05:19] </w:t>
      </w:r>
      <w:r>
        <w:t>ab log lad rahe hain, lad rahe hain. samajhte hain ke maren ge to kya farq pada? hum to jannat mein jayen ge. yeh hai jis ko main keh raha hoon ke islamically justified violence.</w:t>
      </w:r>
    </w:p>
    <w:p>
      <w:pPr>
        <w:jc w:val="right"/>
      </w:pPr>
      <w:r>
        <w:t>اب لوگ لڑ رہے ہیں، لڑ رہے ہیں۔ سمجھتے ہیں کہ مریں گے تو کیا فرق پڑا؟ ہم تو جنت میں جائیں گے۔ یہ ہے جس کو میں کہہ رہا ہوں کہ اسلامیکلی جسٹیفائیڈ وائلنس۔</w:t>
      </w:r>
    </w:p>
    <w:p>
      <w:r>
        <w:rPr>
          <w:b/>
        </w:rPr>
        <w:t xml:space="preserve">[05:33] </w:t>
      </w:r>
      <w:r>
        <w:t>to dekhiye, aaj ke news mein maine ek baat parhi. Egypt ke ek scholar ne kaha ke yeh jo violence hai Egypt mein yeh log samajhte hain ke yeh army aur islamist group ke darmiyan hai.</w:t>
      </w:r>
    </w:p>
    <w:p>
      <w:pPr>
        <w:jc w:val="right"/>
      </w:pPr>
      <w:r>
        <w:t>تو دیکھیے، آج کے نیوز میں میں نے ایک بات پڑھی۔ ایجپٹ کے ایک اسکالر نے کہا کہ یہ جو وائلنس ہے ایجپٹ میں یہ لوگ سمجھتے ہیں کہ یہ آرمی اور اسلامسٹ گروپ کے درمیان ہے۔</w:t>
      </w:r>
    </w:p>
    <w:p>
      <w:r>
        <w:rPr>
          <w:b/>
        </w:rPr>
        <w:t xml:space="preserve">[05:54] </w:t>
      </w:r>
      <w:r>
        <w:t>aisa nahi hai. yeh army aur religious extremes ke beech mein hai. army aur religious extremes.</w:t>
      </w:r>
    </w:p>
    <w:p>
      <w:pPr>
        <w:jc w:val="right"/>
      </w:pPr>
      <w:r>
        <w:t>ایسا نہیں ہے۔ یہ آرمی اور ریلیجس ایکسٹریمز کے بیچ میں ہے۔ آرمی اور ریلیجس ایکسٹریمز۔</w:t>
      </w:r>
    </w:p>
    <w:p>
      <w:r>
        <w:rPr>
          <w:b/>
        </w:rPr>
        <w:t xml:space="preserve">[06:05] </w:t>
      </w:r>
      <w:r>
        <w:t>yeh baat unhon ne sahi ki. main samajhta hoon ke theek kaha unhon ne. lekin phir bhi ek sawal hai. ke religious extremes kya hai?</w:t>
      </w:r>
    </w:p>
    <w:p>
      <w:pPr>
        <w:jc w:val="right"/>
      </w:pPr>
      <w:r>
        <w:t>یہ بات انہوں نے صحیح کی۔ میں سمجھتا ہوں کہ ٹھیک کہا انہوں نے۔ لیکن پھر بھی ایک سوال ہے۔ کہ ریلیجس ایکسٹریمز کیا ہے؟</w:t>
      </w:r>
    </w:p>
    <w:p>
      <w:r>
        <w:rPr>
          <w:b/>
        </w:rPr>
        <w:t xml:space="preserve">[06:15] </w:t>
      </w:r>
      <w:r>
        <w:t>woh kyun violence tak pahunchata hai? inhabited violence. religious extremes ke liye Quran o Hadees mein ek lafz aaya hai ghulu.</w:t>
      </w:r>
    </w:p>
    <w:p>
      <w:pPr>
        <w:jc w:val="right"/>
      </w:pPr>
      <w:r>
        <w:t>وہ کیوں وائلنس تک پہنچاتا ہے؟ ان ایبیٹڈ وائلنس۔ ریلیجس ایکسٹریمز کے لیے قرآن و حدیث میں ایک لفظ آیا ہے غلو۔</w:t>
      </w:r>
    </w:p>
    <w:p>
      <w:r>
        <w:rPr>
          <w:b/>
        </w:rPr>
        <w:t xml:space="preserve">[06:31] </w:t>
      </w:r>
      <w:r>
        <w:t>ghulu hi ka doosra naam hai religious extremes.</w:t>
      </w:r>
    </w:p>
    <w:p>
      <w:pPr>
        <w:jc w:val="right"/>
      </w:pPr>
      <w:r>
        <w:t>غلو ہی کا دوسرا نام ہے ریلیجس ایکسٹریمز۔</w:t>
      </w:r>
    </w:p>
    <w:p>
      <w:r>
        <w:rPr>
          <w:b/>
        </w:rPr>
        <w:t xml:space="preserve">[06:40] </w:t>
      </w:r>
      <w:r>
        <w:t>Quran mein bhi aaya hai, Hadees mein bhi aaya hai. Rasool Allah Salallahu Alaihi Wasallam ne farmaya ke "إياكم والغلو في الدين فإنما هلك من كان قبلكم بالغلو في الدين".</w:t>
      </w:r>
    </w:p>
    <w:p>
      <w:pPr>
        <w:jc w:val="right"/>
      </w:pPr>
      <w:r>
        <w:t>قرآن میں بھی آیا ہے، حدیث میں بھی آیا ہے۔ رسول اللہ صلی اللہ علیہ وسلم نے فرمایا کہ "إياكم والغلو في الدين فإنما هلك من كان قبلكم بالغلو في الدين"۔</w:t>
      </w:r>
    </w:p>
    <w:p>
      <w:r>
        <w:rPr>
          <w:b/>
        </w:rPr>
        <w:t xml:space="preserve">[06:53] </w:t>
      </w:r>
      <w:r>
        <w:t>ke tum log ghulu se bohat zyada bacho. kyun ke pichli ummaten jo halaak huin woh ghulu ki wajah se halaak huin.</w:t>
      </w:r>
    </w:p>
    <w:p>
      <w:pPr>
        <w:jc w:val="right"/>
      </w:pPr>
      <w:r>
        <w:t>کہ تم لوگ غلو سے بہت زیادہ بچو۔ کیونکہ پچھلی امتیں جو ہلاک ہوئیں وہ غلو کی وجہ سے ہلاک ہوئیں۔</w:t>
      </w:r>
    </w:p>
    <w:p>
      <w:r>
        <w:rPr>
          <w:b/>
        </w:rPr>
        <w:t xml:space="preserve">[07:04] </w:t>
      </w:r>
      <w:r>
        <w:t>ghulu ya extremes kya hai? ghulu ya extremes jo hai woh yeh hai, is ko main kahunga ke an culture of intolerance.</w:t>
      </w:r>
    </w:p>
    <w:p>
      <w:pPr>
        <w:jc w:val="right"/>
      </w:pPr>
      <w:r>
        <w:t>غلو یا ایکسٹریمز کیا ہے؟ غلو یا ایکسٹریمز جو ہے وہ یہ ہے، اس کو میں کہوں گا کہ ان کلچر آف انٹولرنس۔</w:t>
      </w:r>
    </w:p>
    <w:p>
      <w:r>
        <w:rPr>
          <w:b/>
        </w:rPr>
        <w:t xml:space="preserve">[07:17] </w:t>
      </w:r>
      <w:r>
        <w:t>jab aap apne aqeedah ko khud follow karein, apne mazhab par khud chalein to woh ghulu nahi hota.</w:t>
      </w:r>
    </w:p>
    <w:p>
      <w:pPr>
        <w:jc w:val="right"/>
      </w:pPr>
      <w:r>
        <w:t>جب آپ اپنے عقیدے کو خود فالو کریں، اپنے مذہب پر خود چلیں تو وہ غلو نہیں ہوتا۔</w:t>
      </w:r>
    </w:p>
    <w:p>
      <w:r>
        <w:rPr>
          <w:b/>
        </w:rPr>
        <w:t xml:space="preserve">[07:29] </w:t>
      </w:r>
      <w:r>
        <w:t>lekin jab aap yeh chahein ke jo mera aqeedah hai wohi doosre manen. jo mera tareeqa hai wohi doosre manen.</w:t>
      </w:r>
    </w:p>
    <w:p>
      <w:pPr>
        <w:jc w:val="right"/>
      </w:pPr>
      <w:r>
        <w:t>لیکن جب آپ یہ چاہیں کہ جو میرا عقیدہ ہے وہی دوسرے مانیں۔ جو میرا طریقہ ہے وہی دوسرے مانیں۔</w:t>
      </w:r>
    </w:p>
    <w:p>
      <w:r>
        <w:rPr>
          <w:b/>
        </w:rPr>
        <w:t xml:space="preserve">[07:40] </w:t>
      </w:r>
      <w:r>
        <w:t>to is se intolerance aata hai. an culture of intolerance phailta hai. achha, jab intolerance aayega to rukega nahi phir woh.</w:t>
      </w:r>
    </w:p>
    <w:p>
      <w:pPr>
        <w:jc w:val="right"/>
      </w:pPr>
      <w:r>
        <w:t>تو اس سے انٹولرنس آتا ہے۔ ان کلچر آف انٹولرنس پھیلتا ہے۔ اچھا، جب انٹولرنس آئے گا تو رکے گا نہیں پھر وہ۔</w:t>
      </w:r>
    </w:p>
    <w:p>
      <w:r>
        <w:rPr>
          <w:b/>
        </w:rPr>
        <w:t xml:space="preserve">[07:53] </w:t>
      </w:r>
      <w:r>
        <w:t>woh rukega nahi, phir hate aayegi, phir violence aayega, phir ladai aayegi. gun culture, bomb culture, yahan tak ke suicide bombing.</w:t>
      </w:r>
    </w:p>
    <w:p>
      <w:pPr>
        <w:jc w:val="right"/>
      </w:pPr>
      <w:r>
        <w:t>وہ رکے گا نہیں، پھر ہیٹ آئے گی، پھر وائلنس آئے گا، پھر لڑائی آئے گی۔ گن کلچر، بم کلچر، یہاں تک کہ سوسائیڈ بمنگ۔</w:t>
      </w:r>
    </w:p>
    <w:p>
      <w:r>
        <w:rPr>
          <w:b/>
        </w:rPr>
        <w:t xml:space="preserve">[08:05] </w:t>
      </w:r>
      <w:r>
        <w:t>to ghulu ya extremes jo hai naam hai is baat ka ke aap khud apne ko follow karne par raazi na hon balkeh aap chahein ke doosre bhi wohi karein jo aap chahte hain.</w:t>
      </w:r>
    </w:p>
    <w:p>
      <w:pPr>
        <w:jc w:val="right"/>
      </w:pPr>
      <w:r>
        <w:t>تو غلو یا ایکسٹریمز جو ہے نام ہے اس بات کا کہ آپ خود اپنے کو فالو کرنے پر راضی نہ ہوں بلکہ آپ چاہیں کہ دوسرے بھی وہی کریں جو آپ چاہتے ہیں۔</w:t>
      </w:r>
    </w:p>
    <w:p>
      <w:r>
        <w:rPr>
          <w:b/>
        </w:rPr>
        <w:t xml:space="preserve">[08:21] </w:t>
      </w:r>
      <w:r>
        <w:t>to doosra kahega ke main kyun karoon? mujhe azaadi hai. to aap kahenge nahi main tum ko maroonga.</w:t>
      </w:r>
    </w:p>
    <w:p>
      <w:pPr>
        <w:jc w:val="right"/>
      </w:pPr>
      <w:r>
        <w:t>تو دوسرا کہے گا کہ میں کیوں کروں؟ مجھے آزادی ہے۔ تو آپ کہیں گے نہیں میں تم کو ماروں گا۔</w:t>
      </w:r>
    </w:p>
    <w:p>
      <w:r>
        <w:rPr>
          <w:b/>
        </w:rPr>
        <w:t xml:space="preserve">[08:29] </w:t>
      </w:r>
      <w:r>
        <w:t>yeh this kind of extremes that leads to culture of intolerance.</w:t>
      </w:r>
    </w:p>
    <w:p>
      <w:pPr>
        <w:jc w:val="right"/>
      </w:pPr>
      <w:r>
        <w:t>یہ دس کائنڈ آف ایکسٹریمز دیٹ لیڈز ٹو کلچر آف انٹولرنس۔</w:t>
      </w:r>
    </w:p>
    <w:p>
      <w:r>
        <w:rPr>
          <w:b/>
        </w:rPr>
        <w:t xml:space="preserve">[08:39] </w:t>
      </w:r>
      <w:r>
        <w:t>yahi is waqt Muslim duniya mein aaya hua hai.</w:t>
      </w:r>
    </w:p>
    <w:p>
      <w:pPr>
        <w:jc w:val="right"/>
      </w:pPr>
      <w:r>
        <w:t>یہی اس وقت مسلم دنیا میں آیا ہوا ہے۔</w:t>
      </w:r>
    </w:p>
    <w:p>
      <w:r>
        <w:rPr>
          <w:b/>
        </w:rPr>
        <w:t xml:space="preserve">[08:45] </w:t>
      </w:r>
      <w:r>
        <w:t>Muslim duniya poori ki poori is waqt culture of intolerance mein jee rahi hai. kahin hate hai, kahin protest hai.</w:t>
      </w:r>
    </w:p>
    <w:p>
      <w:pPr>
        <w:jc w:val="right"/>
      </w:pPr>
      <w:r>
        <w:t>مسلم دنیا پوری کی پوری اس وقت کلچر آف انٹولرنس میں جی رہی ہے۔ کہیں ہیٹ ہے، کہیں پروٹیسٹ ہے۔</w:t>
      </w:r>
    </w:p>
    <w:p>
      <w:r>
        <w:rPr>
          <w:b/>
        </w:rPr>
        <w:t xml:space="preserve">[08:55] </w:t>
      </w:r>
      <w:r>
        <w:t>kahin jharpein hain, kahin larai hai, kahin suicide bombing hai. yeh sab isi ke off shoots hain.</w:t>
      </w:r>
    </w:p>
    <w:p>
      <w:pPr>
        <w:jc w:val="right"/>
      </w:pPr>
      <w:r>
        <w:t>کہیں جھڑپیں ہیں، کہیں لڑائی ہے، کہیں سوسائیڈ بمنگ ہے۔ یہ سب اسی کے آف شوٹس ہیں۔</w:t>
      </w:r>
    </w:p>
    <w:p>
      <w:r>
        <w:rPr>
          <w:b/>
        </w:rPr>
        <w:t xml:space="preserve">[09:07] </w:t>
      </w:r>
      <w:r>
        <w:t>to yeh culture of intolerance</w:t>
      </w:r>
    </w:p>
    <w:p>
      <w:pPr>
        <w:jc w:val="right"/>
      </w:pPr>
      <w:r>
        <w:t>تو یہ کلچر آف انٹولرنس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