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Method of The Quran July 20, 2014</w:t>
      </w:r>
    </w:p>
    <w:p>
      <w:r>
        <w:t>https://www.youtube.com/watch?v=kDfC-fjxYmE</w:t>
      </w:r>
    </w:p>
    <w:p>
      <w:r>
        <w:rPr>
          <w:b/>
        </w:rPr>
        <w:t xml:space="preserve">[00:14] </w:t>
      </w:r>
      <w:r>
        <w:t>bismillah rahman rahim, wa-sallallahu ala-n-nabiyyi l-karim. rab-bish-rah-li sadri, wa yassir li amri, wah-lul-uqdatan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[00:31] </w:t>
      </w:r>
      <w:r>
        <w:t>yaf-qahu qawli.</w:t>
      </w:r>
    </w:p>
    <w:p>
      <w:pPr>
        <w:jc w:val="right"/>
      </w:pPr>
      <w:r>
        <w:t>یفقہ قولی۔</w:t>
      </w:r>
    </w:p>
    <w:p>
      <w:r>
        <w:rPr>
          <w:b/>
        </w:rPr>
        <w:t xml:space="preserve">[00:36] </w:t>
      </w:r>
      <w:r>
        <w:t>aaj ka topic hai</w:t>
      </w:r>
    </w:p>
    <w:p>
      <w:pPr>
        <w:jc w:val="right"/>
      </w:pPr>
      <w:r>
        <w:t>آج کا ٹاپک ہے</w:t>
      </w:r>
    </w:p>
    <w:p>
      <w:r>
        <w:rPr>
          <w:b/>
        </w:rPr>
        <w:t xml:space="preserve">[00:41] </w:t>
      </w:r>
      <w:r>
        <w:t>"method of the quran", yani usloob-e-quran.</w:t>
      </w:r>
    </w:p>
    <w:p>
      <w:pPr>
        <w:jc w:val="right"/>
      </w:pPr>
      <w:r>
        <w:t>"میتھڈ آف دا قرآن"، یعنی اسلوب قرآن۔</w:t>
      </w:r>
    </w:p>
    <w:p>
      <w:r>
        <w:rPr>
          <w:b/>
        </w:rPr>
        <w:t xml:space="preserve">[00:50] </w:t>
      </w:r>
      <w:r>
        <w:t>quran mein aap jante hain ke 114 soortein hain aur 6,600 se zyada ayatein hain.</w:t>
      </w:r>
    </w:p>
    <w:p>
      <w:pPr>
        <w:jc w:val="right"/>
      </w:pPr>
      <w:r>
        <w:t>قرآن میں آپ جانتے ہیں کہ 114 سورتیں ہیں اور 6,600 سے زیادہ آیتیں ہیں۔</w:t>
      </w:r>
    </w:p>
    <w:p>
      <w:r>
        <w:rPr>
          <w:b/>
        </w:rPr>
        <w:t xml:space="preserve">[01:09] </w:t>
      </w:r>
      <w:r>
        <w:t>aap agar quran ko padhein to ek bahut hi anokhi cheez aap dekhenge jo doosri kitabon mein nahin, doosri mazhabi kitabon mein.</w:t>
      </w:r>
    </w:p>
    <w:p>
      <w:pPr>
        <w:jc w:val="right"/>
      </w:pPr>
      <w:r>
        <w:t>آپ اگر قرآن کو پڑھیں تو ایک بہت ہی انوکھی چیز آپ دیکھیں گے جو دوسری کتابوں میں نہیں، دوسری مذہبی کتابوں میں۔</w:t>
      </w:r>
    </w:p>
    <w:p>
      <w:r>
        <w:rPr>
          <w:b/>
        </w:rPr>
        <w:t xml:space="preserve">[01:20] </w:t>
      </w:r>
      <w:r>
        <w:t>woh yeh ke quran mein</w:t>
      </w:r>
    </w:p>
    <w:p>
      <w:pPr>
        <w:jc w:val="right"/>
      </w:pPr>
      <w:r>
        <w:t>وہ یہ کہ قرآن میں</w:t>
      </w:r>
    </w:p>
    <w:p>
      <w:r>
        <w:rPr>
          <w:b/>
        </w:rPr>
        <w:t xml:space="preserve">[01:24] </w:t>
      </w:r>
      <w:r>
        <w:t>"do" aur "don't" bahut hi kam hain, yani commandments bahut hi kam hain. yani</w:t>
      </w:r>
    </w:p>
    <w:p>
      <w:pPr>
        <w:jc w:val="right"/>
      </w:pPr>
      <w:r>
        <w:t>"ڈو" اور "ڈونٹ" بہت ہی کم ہیں، یعنی کمانڈمنٹس بہت ہی کم ہیں۔ یعنی</w:t>
      </w:r>
    </w:p>
    <w:p>
      <w:r>
        <w:rPr>
          <w:b/>
        </w:rPr>
        <w:t xml:space="preserve">[01:37] </w:t>
      </w:r>
      <w:r>
        <w:t>ayaton ka zyada</w:t>
      </w:r>
    </w:p>
    <w:p>
      <w:pPr>
        <w:jc w:val="right"/>
      </w:pPr>
      <w:r>
        <w:t>آیتوں کا زیادہ</w:t>
      </w:r>
    </w:p>
    <w:p>
      <w:r>
        <w:rPr>
          <w:b/>
        </w:rPr>
        <w:t xml:space="preserve">[01:44] </w:t>
      </w:r>
      <w:r>
        <w:t>ayatein woh hain jin mein sochne ki baat hai. sochna. yani yeh kehna sahi hoga ke quran jo hai book of commandment nahin hai balkeh book of thought hai.</w:t>
      </w:r>
    </w:p>
    <w:p>
      <w:pPr>
        <w:jc w:val="right"/>
      </w:pPr>
      <w:r>
        <w:t>آیتیں وہ ہیں جن میں سوچنے کی بات ہے۔ سوچنا۔ یعنی یہ کہنا صحیح ہوگا کہ قرآن جو ہے بک آف کمانڈمنٹ نہیں ہے بلکہ بک آف تھاٹ ہے۔</w:t>
      </w:r>
    </w:p>
    <w:p>
      <w:r>
        <w:rPr>
          <w:b/>
        </w:rPr>
        <w:t xml:space="preserve">[01:59] </w:t>
      </w:r>
      <w:r>
        <w:t>jaise main aap ko misaal deta hoon, roze ke bare mein jo ahkam hain zyada tar surah baqarah ke kuch ayaton mein hain.</w:t>
      </w:r>
    </w:p>
    <w:p>
      <w:pPr>
        <w:jc w:val="right"/>
      </w:pPr>
      <w:r>
        <w:t>جیسے میں آپ کو مثال دیتا ہوں، روزہ کے بارے میں جو احکام ہیں زیادہ تر سورہ بقرہ کے کچھ آیتوں میں ہیں۔</w:t>
      </w:r>
    </w:p>
    <w:p>
      <w:r>
        <w:rPr>
          <w:b/>
        </w:rPr>
        <w:t xml:space="preserve">[02:13] </w:t>
      </w:r>
      <w:r>
        <w:t>aur bhi roze ka</w:t>
      </w:r>
    </w:p>
    <w:p>
      <w:pPr>
        <w:jc w:val="right"/>
      </w:pPr>
      <w:r>
        <w:t>اور بھی روزے کا</w:t>
      </w:r>
    </w:p>
    <w:p>
      <w:r>
        <w:rPr>
          <w:b/>
        </w:rPr>
        <w:t xml:space="preserve">[02:17] </w:t>
      </w:r>
      <w:r>
        <w:t>zikr hai lekin zyada jo tafseeli hukum hai woh surah baqarah mein hai. aap us ko padhiye to jo roze ke ahkam ke naam se jo kuch aap jante hain woh us mein kuch bhi nahin hoga.</w:t>
      </w:r>
    </w:p>
    <w:p>
      <w:pPr>
        <w:jc w:val="right"/>
      </w:pPr>
      <w:r>
        <w:t>ذکر ہے لیکن زیادہ جو تفصیلی حکم ہے وہ سورہ بقرہ میں ہے۔ آپ اس کو پڑھئے تو جو روزہ کے احکام کے نام سے جو کچھ آپ جانتے ہیں وہ اس میں کچھ بھی نہیں ہوگا۔</w:t>
      </w:r>
    </w:p>
    <w:p>
      <w:r>
        <w:rPr>
          <w:b/>
        </w:rPr>
        <w:t xml:space="preserve">[02:36] </w:t>
      </w:r>
      <w:r>
        <w:t>aap masjidon mein aaj kal dekhein to ek chart agar aata hai,</w:t>
      </w:r>
    </w:p>
    <w:p>
      <w:pPr>
        <w:jc w:val="right"/>
      </w:pPr>
      <w:r>
        <w:t>آپ مسجدوں میں آج کل دیکھیں تو ایک چارٹ اگر آتا ہے،</w:t>
      </w:r>
    </w:p>
    <w:p>
      <w:r>
        <w:rPr>
          <w:b/>
        </w:rPr>
        <w:t xml:space="preserve">[02:48] </w:t>
      </w:r>
      <w:r>
        <w:t>aaj ramzan ki 21 tareekh hai to aap kisi masjid mein chale jaiye, wahan bada bada chart deewaron par laga hoga aur us mein roze ke ahkam, roze ke masail.</w:t>
      </w:r>
    </w:p>
    <w:p>
      <w:pPr>
        <w:jc w:val="right"/>
      </w:pPr>
      <w:r>
        <w:t>آج رمضان کی 21 تاریخ ہے تو آپ کسی مسجد میں چلے جائیے، وہاں بڑا بڑا چارٹ دیواروں پر لگا ہوگا اور اس میں روزے کے احکام، روزے کے مسائل۔</w:t>
      </w:r>
    </w:p>
    <w:p>
      <w:r>
        <w:rPr>
          <w:b/>
        </w:rPr>
        <w:t xml:space="preserve">[03:03] </w:t>
      </w:r>
      <w:r>
        <w:t>quran mein kuch bhi nahin, na roze ke ahkam na roze ke masail.</w:t>
      </w:r>
    </w:p>
    <w:p>
      <w:pPr>
        <w:jc w:val="right"/>
      </w:pPr>
      <w:r>
        <w:t>قرآن میں کچھ بھی نہیں، نہ روزے کے احکام نہ روزے کے مسائل۔</w:t>
      </w:r>
    </w:p>
    <w:p>
      <w:r>
        <w:rPr>
          <w:b/>
        </w:rPr>
        <w:t xml:space="preserve">[03:10] </w:t>
      </w:r>
      <w:r>
        <w:t>is ka matlab yeh hai ke quran ka sara jo thrust hai woh hai thought par, sochne par.</w:t>
      </w:r>
    </w:p>
    <w:p>
      <w:pPr>
        <w:jc w:val="right"/>
      </w:pPr>
      <w:r>
        <w:t>اس کا مطلب یہ ہے کہ قرآن کا سارا جو تھرسٹ ہے وہ ہے اسٹریٹ پر، سوچنے پر۔</w:t>
      </w:r>
    </w:p>
    <w:p>
      <w:r>
        <w:rPr>
          <w:b/>
        </w:rPr>
        <w:t xml:space="preserve">[03:21] </w:t>
      </w:r>
      <w:r>
        <w:t>aur jo ahkam aur masail hote hain us par nahin hai. to is silsile mein ek baat aaj arz karna chahta hoon,</w:t>
      </w:r>
    </w:p>
    <w:p>
      <w:pPr>
        <w:jc w:val="right"/>
      </w:pPr>
      <w:r>
        <w:t>اور جو احکام اور مسائل ہوتے ہیں اس پر نہیں ہے۔ تو اس سلسلے میں ایک بات آج عرض کرنا چاہتا ہوں،</w:t>
      </w:r>
    </w:p>
    <w:p>
      <w:r>
        <w:rPr>
          <w:b/>
        </w:rPr>
        <w:t xml:space="preserve">[03:37] </w:t>
      </w:r>
      <w:r>
        <w:t>woh yeh ke ek bahut hi anokhi cheez mujhe quran mein milti hai.</w:t>
      </w:r>
    </w:p>
    <w:p>
      <w:pPr>
        <w:jc w:val="right"/>
      </w:pPr>
      <w:r>
        <w:t>وہ یہ کہ ایک بہت ہی انوکھی چیز مجھے قرآن میں ملتی ہے۔</w:t>
      </w:r>
    </w:p>
    <w:p>
      <w:r>
        <w:rPr>
          <w:b/>
        </w:rPr>
        <w:t xml:space="preserve">[03:45] </w:t>
      </w:r>
      <w:r>
        <w:t>woh yeh ke aap rasool Allah sal-lal-lahu alaihi wa-sallam ki seerat ko padhiye to aap dekhein ke rasool Allah sal-lal-lahu alaihi wa-sallam ko makkah mein aur madinah mein bahut se masail pesh aaye.</w:t>
      </w:r>
    </w:p>
    <w:p>
      <w:pPr>
        <w:jc w:val="right"/>
      </w:pPr>
      <w:r>
        <w:t>وہ یہ کہ آپ رسول اللہ صلی اللہ علیہ وسلم کی سیرت کو پڑھئے تو آپ دیکھیں کہ رسول اللہ صلی اللہ علیہ وسلم کو مکہ میں اور مدینے میں بہت سے مسائل پیش آئے۔</w:t>
      </w:r>
    </w:p>
    <w:p>
      <w:r>
        <w:rPr>
          <w:b/>
        </w:rPr>
        <w:t xml:space="preserve">[04:00] </w:t>
      </w:r>
      <w:r>
        <w:t>lekin quran mein kisi bhi masle ka negative tazkirah nahin hai. har masle ka positive aspect bataya gaya hai.</w:t>
      </w:r>
    </w:p>
    <w:p>
      <w:pPr>
        <w:jc w:val="right"/>
      </w:pPr>
      <w:r>
        <w:t>لیکن قرآن میں کسی بھی مسئلے کا نیگیٹیو تذکرہ نہیں ہے۔ ہر مسئلے کا پازیٹیو آسپیکٹ بتایا گیا ہے۔</w:t>
      </w:r>
    </w:p>
    <w:p>
      <w:r>
        <w:rPr>
          <w:b/>
        </w:rPr>
        <w:t xml:space="preserve">[04:10] </w:t>
      </w:r>
      <w:r>
        <w:t>bahut anokhi baat hai.</w:t>
      </w:r>
    </w:p>
    <w:p>
      <w:pPr>
        <w:jc w:val="right"/>
      </w:pPr>
      <w:r>
        <w:t>بہت انوکھی بات ہے۔</w:t>
      </w:r>
    </w:p>
    <w:p>
      <w:r>
        <w:rPr>
          <w:b/>
        </w:rPr>
        <w:t xml:space="preserve">[04:14] </w:t>
      </w:r>
      <w:r>
        <w:t>yani aaj kal aap musalmanon ke jalsay mein jaiye, musalmanon ke kitabon ko, un ke magazine ko, un ke akhbar ko padhiye to sara tazkirah hoga ke musalmanon par zulm ho raha hai, musalmanon par science ho rahi hai.</w:t>
      </w:r>
    </w:p>
    <w:p>
      <w:pPr>
        <w:jc w:val="right"/>
      </w:pPr>
      <w:r>
        <w:t>یعنی آج کل آپ مسلمانوں کے جلسے میں جائیے، مسلمانوں کے کتابوں کو، ان کے میگزین کو، ان کے اخبار کو پڑھئے تو سارا تذکرہ ہوگا کہ مسلمانوں پر ظلم ہو رہا ہے، مسلمانوں پر سائنس ہو رہی ہے۔</w:t>
      </w:r>
    </w:p>
    <w:p>
      <w:r>
        <w:rPr>
          <w:b/>
        </w:rPr>
        <w:t xml:space="preserve">[04:30] </w:t>
      </w:r>
      <w:r>
        <w:t>is qism ki language quran mein kahin hai hi nahin, siray say nahin. to mein is ko sochta tha ke aisa kyun hai?</w:t>
      </w:r>
    </w:p>
    <w:p>
      <w:pPr>
        <w:jc w:val="right"/>
      </w:pPr>
      <w:r>
        <w:t>اس قسم کی لینگویج قرآن میں کہیں ہے ہی نہیں، سرے سے نہیں۔ تو میں اس کو سوچتا تھا کہ ایسا کیوں ہے؟</w:t>
      </w:r>
    </w:p>
    <w:p>
      <w:r>
        <w:rPr>
          <w:b/>
        </w:rPr>
        <w:t xml:space="preserve">[04:42] </w:t>
      </w:r>
      <w:r>
        <w:t>yani itnay ziyada wahan par zulm hue lekin koi in cheezon ka negative tazkira quran mein maujood hi nahin.</w:t>
      </w:r>
    </w:p>
    <w:p>
      <w:pPr>
        <w:jc w:val="right"/>
      </w:pPr>
      <w:r>
        <w:t>یعنی اتنے زیادہ وہاں پر ظلم ہوئے لیکن کوئی ان چیزوں کا نیگیٹیو تذکرہ قرآن میں موجود ہی نہیں۔</w:t>
      </w:r>
    </w:p>
    <w:p>
      <w:r>
        <w:rPr>
          <w:b/>
        </w:rPr>
        <w:t xml:space="preserve">[04:56] </w:t>
      </w:r>
      <w:r>
        <w:t>jaise misaal ke taur par dekhiye, rasool Allah sal Allah alaihi wasallam jab</w:t>
      </w:r>
    </w:p>
    <w:p>
      <w:pPr>
        <w:jc w:val="right"/>
      </w:pPr>
      <w:r>
        <w:t>جیسے مثال کے طور پر دیکھئے، رسول اللہ صلی اللہ علیہ وسلم جب</w:t>
      </w:r>
    </w:p>
    <w:p>
      <w:r>
        <w:rPr>
          <w:b/>
        </w:rPr>
        <w:t xml:space="preserve">[05:04] </w:t>
      </w:r>
      <w:r>
        <w:t>makkah mein aap ko 610 eesvi mein aap ne nabuwat ka aaghaz kiya to wahan bohat hi bara problem tha ke kaaba jo muqaddas ibadat gah ke taur par hazrat ibrahim ne banaya tha,</w:t>
      </w:r>
    </w:p>
    <w:p>
      <w:pPr>
        <w:jc w:val="right"/>
      </w:pPr>
      <w:r>
        <w:t>مکہ میں آپ کو 610 عیسوی میں آپ نے نبوت کا آغاز کیا تو وہاں بہت ہی بڑا پرابلم تھا کہ کعبہ جو مقدس عبادت گاہ کے طور پر حضرت ابراہیم نے بنایا تھا،</w:t>
      </w:r>
    </w:p>
    <w:p>
      <w:r>
        <w:rPr>
          <w:b/>
        </w:rPr>
        <w:t xml:space="preserve">[05:22] </w:t>
      </w:r>
      <w:r>
        <w:t>is mein unhon ne 360 but rakh diye thay. yani tawheed ka ghar jo hai but khana bana hua tha. aap dekhiye quran mein jo ahkam aaye woh kya?</w:t>
      </w:r>
    </w:p>
    <w:p>
      <w:pPr>
        <w:jc w:val="right"/>
      </w:pPr>
      <w:r>
        <w:t>اس میں انہوں نے 360 بت رکھ دیے تھے۔ یعنی توحید کا گھر جو ہے بت خانہ بنا ہوا تھا۔ آپ دیکھئے قرآن میں جو احکام آئے وہ کیا؟</w:t>
      </w:r>
    </w:p>
    <w:p>
      <w:r>
        <w:rPr>
          <w:b/>
        </w:rPr>
        <w:t xml:space="preserve">[05:40] </w:t>
      </w:r>
      <w:r>
        <w:t>woh kya aaya? pehla hukum aaya ke iqra, yani quran parh kar sunao. yeh ka koi hawala hi nahin hai ke but hai wahan buton ko todo, buton ko nikalo,</w:t>
      </w:r>
    </w:p>
    <w:p>
      <w:pPr>
        <w:jc w:val="right"/>
      </w:pPr>
      <w:r>
        <w:t>وہ کیا آیا؟ پہلا حکم آیا کہ اقراء، یعنی قرآن پڑھ کر سناؤ۔ یہ کا کوئی حوالہ ہی نہیں ہے کہ بت ہے وہاں بتوں کو توڑو، بتوں کو نکالو،</w:t>
      </w:r>
    </w:p>
    <w:p>
      <w:r>
        <w:rPr>
          <w:b/>
        </w:rPr>
        <w:t xml:space="preserve">[05:57] </w:t>
      </w:r>
      <w:r>
        <w:t>kaaba ko buton se pak karo, is ka koi hawala nahin hai. hawala kya hai? quran parh kar sunao. kyun?</w:t>
      </w:r>
    </w:p>
    <w:p>
      <w:pPr>
        <w:jc w:val="right"/>
      </w:pPr>
      <w:r>
        <w:t>کعبہ کو بتوں سے پاک کرو، اس کا کوئی حوالہ نہیں ہے۔ حوالہ کیا ہے؟ قرآن پڑھ کر سناؤ۔ کیوں؟</w:t>
      </w:r>
    </w:p>
    <w:p>
      <w:r>
        <w:rPr>
          <w:b/>
        </w:rPr>
        <w:t xml:space="preserve">[06:07] </w:t>
      </w:r>
      <w:r>
        <w:t>dekhiye yeh saada baat nahin hai. is zamanay mein aap jantay hain ke press ka zamanay hai, aap ke paas chupa hua quran maujood hota hai, aap distribute kar saktay hain.</w:t>
      </w:r>
    </w:p>
    <w:p>
      <w:pPr>
        <w:jc w:val="right"/>
      </w:pPr>
      <w:r>
        <w:t>دیکھئے یہ سادہ بات نہیں ہے۔ اس زمانے میں آپ جانتے ہیں کہ پریس کا زمانہ ہے، آپ کے پاس چھپا ہوا قرآن موجود ہوتا ہے، آپ ڈسٹریبیوٹ کر سکتے ہیں۔</w:t>
      </w:r>
    </w:p>
    <w:p>
      <w:r>
        <w:rPr>
          <w:b/>
        </w:rPr>
        <w:t xml:space="preserve">[06:20] </w:t>
      </w:r>
      <w:r>
        <w:t>is zamanay mein conference hoti hai, seminar hotay hain, wahan log ikhatta hotay hain, wahan ja kar islam paish kar saktay hain. yani sainkaron tarqeebay is tarah ke hain, wahan to kuch bhi nahin tha is zamanay mein.</w:t>
      </w:r>
    </w:p>
    <w:p>
      <w:pPr>
        <w:jc w:val="right"/>
      </w:pPr>
      <w:r>
        <w:t>اس زمانے میں کانفرنس ہوتی ہے، سیمینار ہوتے ہیں، وہاں لوگ اکٹھا ہوتے ہیں، وہاں جا کر اسلام پیش کر سکتے ہیں۔ یعنی سینکڑوں طریقے اس طرح کے ہیں، وہاں تو کچھ بھی نہیں تھا اس زمانے میں۔</w:t>
      </w:r>
    </w:p>
    <w:p>
      <w:r>
        <w:rPr>
          <w:b/>
        </w:rPr>
        <w:t xml:space="preserve">[06:33] </w:t>
      </w:r>
      <w:r>
        <w:t>is zamanay mein aisa kuch bhi nahin tha. insaan ko paana chahtay to kahan paate aap? na conference, na seminar, kuch bhi nahin.</w:t>
      </w:r>
    </w:p>
    <w:p>
      <w:pPr>
        <w:jc w:val="right"/>
      </w:pPr>
      <w:r>
        <w:t>اس زمانے میں ایسا کچھ بھی نہیں تھا۔ انسان کو پانا چاہتے تو کہاں پاتے آپ؟ نہ کانفرنس، نہ سیمینار، کچھ بھی نہیں۔</w:t>
      </w:r>
    </w:p>
    <w:p>
      <w:r>
        <w:rPr>
          <w:b/>
        </w:rPr>
        <w:t xml:space="preserve">[06:44] </w:t>
      </w:r>
      <w:r>
        <w:t>to aik hi jagah thi jahan aap insaan pa sakte thay, woh tha kaaba ke liye aatay thay log apnay buton ki ibadat karne ke liye.</w:t>
      </w:r>
    </w:p>
    <w:p>
      <w:pPr>
        <w:jc w:val="right"/>
      </w:pPr>
      <w:r>
        <w:t>تو ایک ہی جگہ تھی جہاں آپ انسان پا سکتے تھے، وہ تھا کعبہ کے لیے آتے تھے لوگ اپنے بتوں کی عبادت کرنے کے لیے۔</w:t>
      </w:r>
    </w:p>
    <w:p>
      <w:r>
        <w:rPr>
          <w:b/>
        </w:rPr>
        <w:t xml:space="preserve">[06:56] </w:t>
      </w:r>
      <w:r>
        <w:t>360 qabeelon ke but thay, woh saray qabeelay aatay thay apnay buton ko worship ke liye, charhao charhanay ke liye.</w:t>
      </w:r>
    </w:p>
    <w:p>
      <w:pPr>
        <w:jc w:val="right"/>
      </w:pPr>
      <w:r>
        <w:t>360 قبیلوں کے بت تھے، وہ سارے قبیلے آتے تھے اپنے بتوں کو ورشپ کے لیے، چڑھاؤ چڑھانے کے لیے۔</w:t>
      </w:r>
    </w:p>
    <w:p>
      <w:r>
        <w:rPr>
          <w:b/>
        </w:rPr>
        <w:t xml:space="preserve">[07:07] </w:t>
      </w:r>
      <w:r>
        <w:t>to is arab mein aik hi jagah thi jahan gathering hoti thi. to Allah taala ne is gathering ko khitab karo, un ko quran parh kar sunao, yeh bas yeh hukum diya.</w:t>
      </w:r>
    </w:p>
    <w:p>
      <w:pPr>
        <w:jc w:val="right"/>
      </w:pPr>
      <w:r>
        <w:t>تو اس عرب میں ایک ہی جگہ تھی جہاں گیدرنگ ہوتی تھی۔ تو اللہ تعالیٰ نے اس گیدرنگ کو خطاب کرو، ان کو قرآن پڑھ کر سناؤ، یہ بس یہ حکم دیا۔</w:t>
      </w:r>
    </w:p>
    <w:p>
      <w:r>
        <w:rPr>
          <w:b/>
        </w:rPr>
        <w:t xml:space="preserve">[07:22] </w:t>
      </w:r>
      <w:r>
        <w:t>baqi kaaba mein but rakhein, is ka koi reference hi nahin. kaisa anokhi baat hai? aaj ke lehaz se jo musalman kar rahay hain aaj ke zamanay mein, is ke lehaz se bohat hi strange hai ke is ka reference bhi nahin ke muqaddas ghar jo hai us ko but khana bana diya tha.</w:t>
      </w:r>
    </w:p>
    <w:p>
      <w:pPr>
        <w:jc w:val="right"/>
      </w:pPr>
      <w:r>
        <w:t>باقی کعبہ میں بت رکھیں، اس کا کوئی ریفرنس ہی نہیں۔ کیسا انوکھی بات ہے؟ آج کے لحاظ سے جو مسلمان کر رہے ہیں آج کے زمانے میں، اس کے لحاظ سے بہت ہی اسٹرینج ہے کہ اس کا ریفرنس بھی نہیں کہ مقدس گھر جو ہے اس کو بت خانہ بنا دیا تھا۔</w:t>
      </w:r>
    </w:p>
    <w:p>
      <w:r>
        <w:rPr>
          <w:b/>
        </w:rPr>
        <w:t xml:space="preserve">[07:49] </w:t>
      </w:r>
      <w:r>
        <w:t>to is par kuch yani is ke khilaf koi koi remark bhi nahin. bas yeh hai ke quran sunao, quran sunao.</w:t>
      </w:r>
    </w:p>
    <w:p>
      <w:pPr>
        <w:jc w:val="right"/>
      </w:pPr>
      <w:r>
        <w:t>تو اس پر کچھ یعنی اس کے خلاف کوئی کوئی ریمارک بھی نہیں۔ بس یہ ہے کہ قرآن سناؤ، قرآن سناؤ۔</w:t>
      </w:r>
    </w:p>
    <w:p>
      <w:r>
        <w:rPr>
          <w:b/>
        </w:rPr>
        <w:t xml:space="preserve">[08:00] </w:t>
      </w:r>
      <w:r>
        <w:t>is ke maani hain ke Allah taala ya yeh yeh kyun aisa hua? kyunke agar dekhiye Allah taala agar is ka zikr karte ke dekho yeh kitnay kharab log hain, unhon ne tawheed ke ghar ko but khana bana diya to kya hota?</w:t>
      </w:r>
    </w:p>
    <w:p>
      <w:pPr>
        <w:jc w:val="right"/>
      </w:pPr>
      <w:r>
        <w:t>اس کے معنی ہیں کہ اللہ تعالیٰ یا یہ یہ کیوں ایسا ہوا؟ کیونکہ اگر دیکھئے اللہ تعالیٰ اگر اس کا ذکر کرتے کہ دیکھو یہ کتنے خراب لوگ ہیں، انہوں نے توحید کے گھر کو بت خانہ بنا دیا تو کیا ہوتا؟</w:t>
      </w:r>
    </w:p>
    <w:p>
      <w:r>
        <w:rPr>
          <w:b/>
        </w:rPr>
        <w:t xml:space="preserve">[08:17] </w:t>
      </w:r>
      <w:r>
        <w:t>rasool Allah aur aap ke ashaab ke dil mein nafrat aa jati. aur jahan nafrat aayi to dawat nahin ho sakti. madu ke liye aap ke dil mein hona chahiye will wishing, khair khwahi.</w:t>
      </w:r>
    </w:p>
    <w:p>
      <w:pPr>
        <w:jc w:val="right"/>
      </w:pPr>
      <w:r>
        <w:t>رسول اللہ اور آپ کے اصحاب کے دل میں نفرت آ جاتی۔ اور جہاں نفرت آئی تو دعوت نہیں ہو سکتی۔ مدعو کے لیے آپ کے دل میں ہونا چاہیے ول وشنگ، خیر خواہی۔</w:t>
      </w:r>
    </w:p>
    <w:p>
      <w:r>
        <w:rPr>
          <w:b/>
        </w:rPr>
        <w:t xml:space="preserve">[08:31] </w:t>
      </w:r>
      <w:r>
        <w:t>to is liye quran kabhi bhi kisi waqay ke negative aspect nahin zikr karta. negative waqay ko zikr kiya jaye ga to madu ke dil mein khair khwahi khatam ho jaye gi.</w:t>
      </w:r>
    </w:p>
    <w:p>
      <w:pPr>
        <w:jc w:val="right"/>
      </w:pPr>
      <w:r>
        <w:t>تو اس لیے قرآن کبھی بھی کسی واقعے کے نیگیٹیو آسپیکٹ نہیں ذکر کرتا۔ نیگیٹیو واقعے کو ذکر کیا جائے گا تو مدعو کے دل میں خیر خواہی ختم ہو جائے گی۔</w:t>
      </w:r>
    </w:p>
    <w:p>
      <w:r>
        <w:rPr>
          <w:b/>
        </w:rPr>
        <w:t xml:space="preserve">[08:43] </w:t>
      </w:r>
      <w:r>
        <w:t>jab madu ke dil mein khair khwahi nahin rahay gi to phir aap dawat kya kahain ge? dawat nahin kar saktay.</w:t>
      </w:r>
    </w:p>
    <w:p>
      <w:pPr>
        <w:jc w:val="right"/>
      </w:pPr>
      <w:r>
        <w:t>جب مدعو کے دل میں خیر خواہی نہیں رہے گی تو پھر آپ دعوت کیا کہیں گے؟ دعوت نہیں کر سکتے۔</w:t>
      </w:r>
    </w:p>
    <w:p>
      <w:r>
        <w:rPr>
          <w:b/>
        </w:rPr>
        <w:t xml:space="preserve">[08:52] </w:t>
      </w:r>
      <w:r>
        <w:t>aisay hi aap dekhiye aur kitnay zulm kiya unhon ne jo aap seerat ki kitabon mein parhtay hain. mislan unhon ne aap ka boycott kiya aur teen saal tak majboor kiya aap ko ke aap basti chhor kar chalay jayen, khushk pahari mein rahen.</w:t>
      </w:r>
    </w:p>
    <w:p>
      <w:pPr>
        <w:jc w:val="right"/>
      </w:pPr>
      <w:r>
        <w:t>ایسے ہی آپ دیکھئے اور کتنے ظلم کیا انہوں نے جو آپ سیرت کی کتابوں میں پڑھتے ہیں۔ مثلاً انہوں نے آپ کا بائیکاٹ کیا اور تین سال تک مجبور کیا آپ کو کہ آپ بستی چھوڑ کر چلے جائیں، خشک پہاڑی میں رہیں۔</w:t>
      </w:r>
    </w:p>
    <w:p>
      <w:r>
        <w:rPr>
          <w:b/>
        </w:rPr>
        <w:t xml:space="preserve">[09:11] </w:t>
      </w:r>
      <w:r>
        <w:t>woh bohat hi takleefen uthai hui. quran mein is ka koi zikr hi nahin.</w:t>
      </w:r>
    </w:p>
    <w:p>
      <w:pPr>
        <w:jc w:val="right"/>
      </w:pPr>
      <w:r>
        <w:t>وہ بہت ہی تکلیفیں اٹھائی ہوئی۔ قرآن میں اس کا کوئی ذکر ہی نہیں۔</w:t>
      </w:r>
    </w:p>
    <w:p>
      <w:r>
        <w:rPr>
          <w:b/>
        </w:rPr>
        <w:t xml:space="preserve">[09:17] </w:t>
      </w:r>
      <w:r>
        <w:t>koi zikr hi nahin. kyun? to mein sochta hoon ke is ka zikr kyun nahin? is liye ke zikr agar hota to daai ke dil mein nafrat aa jati.</w:t>
      </w:r>
    </w:p>
    <w:p>
      <w:pPr>
        <w:jc w:val="right"/>
      </w:pPr>
      <w:r>
        <w:t>کوئی ذکر ہی نہیں۔ کیوں؟ تو میں سوچتا ہوں کہ اس کا ذکر کیوں نہیں؟ اس لیے کہ ذکر اگر ہوتا تو داعی کے دل میں نفرت آ جاتی۔</w:t>
      </w:r>
    </w:p>
    <w:p>
      <w:r>
        <w:rPr>
          <w:b/>
        </w:rPr>
        <w:t xml:space="preserve">[09:29] </w:t>
      </w:r>
      <w:r>
        <w:t>nafrat aa jati to dawati kaam ka jazba hi khatam ho jata. yani spirit of dawat khatam ho jata. yeh nuqta mujhe samajh mein aaya kal aik aik mujhe khabar dekh kar ke India ya Delhi mein Israel ka jo embassy hai,</w:t>
      </w:r>
    </w:p>
    <w:p>
      <w:pPr>
        <w:jc w:val="right"/>
      </w:pPr>
      <w:r>
        <w:t>نفرت آ جاتی تو دعوتی کام کا جذبہ ہی ختم ہو جاتا۔ یعنی اسپیٹ آف دعوت ختم ہو جاتا۔ یہ نقطہ مجھے سمجھ میں آیا کل ایک ایک مجھے خبر دیکھ کر کہ انڈیا یا دلی میں اسرائیل کا جو ایمبیسی ہے،</w:t>
      </w:r>
    </w:p>
    <w:p>
      <w:r>
        <w:rPr>
          <w:b/>
        </w:rPr>
        <w:t xml:space="preserve">[09:49] </w:t>
      </w:r>
      <w:r>
        <w:t>Israel ki jo embassy hai, us ne</w:t>
      </w:r>
    </w:p>
    <w:p>
      <w:pPr>
        <w:jc w:val="right"/>
      </w:pPr>
      <w:r>
        <w:t>اسرائیل کی جو ایمبیسی ہے، اس نے</w:t>
      </w:r>
    </w:p>
    <w:p>
      <w:r>
        <w:rPr>
          <w:b/>
        </w:rPr>
        <w:t xml:space="preserve">[09:54] </w:t>
      </w:r>
      <w:r>
        <w:t>apnay haan us ne apni taraf se aik iftar jis ko unhon ne naam diya tha iftar dinner, yani iftar party ke bajaye iftar dinner.</w:t>
      </w:r>
    </w:p>
    <w:p>
      <w:pPr>
        <w:jc w:val="right"/>
      </w:pPr>
      <w:r>
        <w:t>اپنے ہاں اس نے اپنی طرف سے ایک افطار جس کو انہوں نے نام دیا تھا افطار ڈنر، یعنی افطار پارٹی کے بجائے افطار ڈنر۔</w:t>
      </w:r>
    </w:p>
    <w:p>
      <w:r>
        <w:rPr>
          <w:b/>
        </w:rPr>
        <w:t xml:space="preserve">[10:06] </w:t>
      </w:r>
      <w:r>
        <w:t>to yahan hayat hotel jo hai is mein to sab ko invitation bhej diya gaya tha. is ke baad kya hua ke musalmanon ne demonstration kiya embassy ke paas ja kar ke aur dare lagaye.</w:t>
      </w:r>
    </w:p>
    <w:p>
      <w:pPr>
        <w:jc w:val="right"/>
      </w:pPr>
      <w:r>
        <w:t>تو یہاں حیات ہوٹل جو ہے اس میں تو سب کو انویٹیشن بھیج دیا گیا تھا۔ اس کے بعد کیا ہوا کہ مسلمانوں نے ڈیمونسٹریشن کیا ایمبیسی کے پاس جا کر کے اور ڈارے لگائے۔</w:t>
      </w:r>
    </w:p>
    <w:p>
      <w:r>
        <w:rPr>
          <w:b/>
        </w:rPr>
        <w:t xml:space="preserve">[10:23] </w:t>
      </w:r>
      <w:r>
        <w:t>to wahan to police ne rok diya, embassy tak nahi pahunche woh log. lekin unhon ne socha ke agar hum un ko musalmanon ko bulate hain iftar party mein to woh to wahin aa jayenge jahan hum hain.</w:t>
      </w:r>
    </w:p>
    <w:p>
      <w:pPr>
        <w:jc w:val="right"/>
      </w:pPr>
      <w:r>
        <w:t>تو وہاں تو پولیس نے روک دیا، ایمبیسی تک نہیں پہنچے وہ لوگ۔ لیکن انہوں نے سوچا کہ اگر ہم ان کو مسلمانوں کو بلاتے ہیں افطار پارٹی میں تو وہ تو وہیں آ جائیں گے جہاں ہم ہیں۔</w:t>
      </w:r>
    </w:p>
    <w:p>
      <w:r>
        <w:rPr>
          <w:b/>
        </w:rPr>
        <w:t xml:space="preserve">[10:37] </w:t>
      </w:r>
      <w:r>
        <w:t>ab bomb maar dein to kaun rokega in ko? demonstration mein to police ne rok diya in ko bahar. lekin iftar dinner mein to khud hi hum bula rahe hain in ko ke hamare paas aaiye.</w:t>
      </w:r>
    </w:p>
    <w:p>
      <w:pPr>
        <w:jc w:val="right"/>
      </w:pPr>
      <w:r>
        <w:t>اب بم مار دیں تو کون روکے گا ان کو؟ ڈیمونسٹریشن میں تو پولیس نے روک دیا ان کو باہر۔ لیکن افطار ڈنر میں تو خود ہی ہم بلا رہے ہیں ان کو کہ ہمارے پاس آئیے۔</w:t>
      </w:r>
    </w:p>
    <w:p>
      <w:r>
        <w:rPr>
          <w:b/>
        </w:rPr>
        <w:t xml:space="preserve">[10:51] </w:t>
      </w:r>
      <w:r>
        <w:t>is liye unhon ne iftar dinner ka cancel kar diya program. ab dekhiye agar musalmanon ke dil mein jo nafrat aa gayi hai Israel ko le kar woh na hoti.</w:t>
      </w:r>
    </w:p>
    <w:p>
      <w:pPr>
        <w:jc w:val="right"/>
      </w:pPr>
      <w:r>
        <w:t>اس لیے انہوں نے افطار ڈنر کا کینسل کر دیا پروگرام۔ اب دیکھئے اگر مسلمانوں کے دل میں جو نفرت آ گئی ہے اسرائیل کو لے کر وہ نہ ہوتی۔</w:t>
      </w:r>
    </w:p>
    <w:p>
      <w:r>
        <w:rPr>
          <w:b/>
        </w:rPr>
        <w:t xml:space="preserve">[11:06] </w:t>
      </w:r>
      <w:r>
        <w:t>kyun ke dekhiye sari dunya mein sab se zyada charcha hota hai Israel zalim, Israel zalim, Israel zalim. to musalmanon mein dawat ka jazba khatm ho gaya.</w:t>
      </w:r>
    </w:p>
    <w:p>
      <w:pPr>
        <w:jc w:val="right"/>
      </w:pPr>
      <w:r>
        <w:t>کیونکہ دیکھئے ساری دنیا میں سب سے زیادہ چرچہ ہوتا ہے اسرائیل ظالم، اسرائیل ظالم، اسرائیل ظالم۔ تو مسلمانوں میں دعوت کا جذبہ ختم ہو گیا۔</w:t>
      </w:r>
    </w:p>
    <w:p>
      <w:r>
        <w:rPr>
          <w:b/>
        </w:rPr>
        <w:t xml:space="preserve">[11:17] </w:t>
      </w:r>
      <w:r>
        <w:t>yeh to musalman agar jazba baqi rahe, agar un ko nafrat na hoti to is liye ke behtareen mauqa hai, woh khud aktha ho rahe hain. wahan ja kar quran do un ko.</w:t>
      </w:r>
    </w:p>
    <w:p>
      <w:pPr>
        <w:jc w:val="right"/>
      </w:pPr>
      <w:r>
        <w:t>یہ تو مسلمان اگر جذبہ باقی رہے، اگر ان کو نفرت نہ ہوتی تو اس لیے کہ بہترین موقع ہے، وہ خود اکٹھا ہو رہے ہیں۔ وہاں جا کر قرآن دو ان کو۔</w:t>
      </w:r>
    </w:p>
    <w:p>
      <w:r>
        <w:rPr>
          <w:b/>
        </w:rPr>
        <w:t xml:space="preserve">[11:28] </w:t>
      </w:r>
      <w:r>
        <w:t>kaisa ajeeb mauqa hai ke hum agar chahein un ko aktha karna to aap kahein nahi kar sakte aktha. lekin unhon ne khud iftar dinner rakha aur is mein bulaya unhon ne.</w:t>
      </w:r>
    </w:p>
    <w:p>
      <w:pPr>
        <w:jc w:val="right"/>
      </w:pPr>
      <w:r>
        <w:t>کیسا عجیب موقع ہے کہ ہم اگر چاہیں ان کو اکٹھا کرنا تو آپ کہیں نہیں کر سکتے اکٹھا۔ لیکن انہوں نے خود افطار ڈنر رکھا اور اس میں بلایا انہوں نے۔</w:t>
      </w:r>
    </w:p>
    <w:p>
      <w:r>
        <w:rPr>
          <w:b/>
        </w:rPr>
        <w:t xml:space="preserve">[11:42] </w:t>
      </w:r>
      <w:r>
        <w:t>khud bhi is mein rehte aur doosre log, parhe likhe log is mein hote. to spirit agar dawat ki maujood hoti hai musalmanon mein to is ko to ek ek bahut bara opportunity samajhte.</w:t>
      </w:r>
    </w:p>
    <w:p>
      <w:pPr>
        <w:jc w:val="right"/>
      </w:pPr>
      <w:r>
        <w:t>خود بھی اس میں رہتے اور دوسرے لوگ، پڑھے لکھے لوگ اس میں ہوتے۔ تو اسپیٹ اگر دعوت کی موجود ہوتی ہے مسلمانوں میں تو اس کو تو ایک ایک بہت بڑا اپرچونیٹی سمجھتے۔</w:t>
      </w:r>
    </w:p>
    <w:p>
      <w:r>
        <w:rPr>
          <w:b/>
        </w:rPr>
        <w:t xml:space="preserve">[11:58] </w:t>
      </w:r>
      <w:r>
        <w:t>lekin chunke dawat nafraton se bhari hui hain to is angle se dekhte nahi hain. tab mujhe samajh mein aaya ke Allah taala ne kyun aisa kiya ke zulm ki dastanें quran mein nahi, bilkul nahi.</w:t>
      </w:r>
    </w:p>
    <w:p>
      <w:pPr>
        <w:jc w:val="right"/>
      </w:pPr>
      <w:r>
        <w:t>لیکن چونکہ دعوت نفرتیں بھری ہوئی ہیں تو اس اینگل سے دیکھتے نہیں ہیں۔ تب مجھے سمجھ میں آیا کہ اللہ تعالیٰ نے کیوں ایسا کیا کہ ظلم کی داستانیں قرآن میں نہیں، بالکل نہیں۔</w:t>
      </w:r>
    </w:p>
    <w:p>
      <w:r>
        <w:rPr>
          <w:b/>
        </w:rPr>
        <w:t xml:space="preserve">[12:17] </w:t>
      </w:r>
      <w:r>
        <w:t>kyun ke zulm ki dastanें agar hon to daai ke dil se spirit of dawat khatm ho jayegi. aur phir opportunity jo dawat ki hai woh istemal nahi ho sakti.</w:t>
      </w:r>
    </w:p>
    <w:p>
      <w:pPr>
        <w:jc w:val="right"/>
      </w:pPr>
      <w:r>
        <w:t>کیونکہ ظلم کی داستانیں اگر ہوں تو داعی کے دل سے اسپیٹ آف دعوت ختم ہو جائے گی۔ اور پھر اپرچونیٹی جو دعوت کی ہے وہ استعمال نہیں ہو سکتی۔</w:t>
      </w:r>
    </w:p>
    <w:p>
      <w:r>
        <w:rPr>
          <w:b/>
        </w:rPr>
        <w:t xml:space="preserve">[12:34] </w:t>
      </w:r>
      <w:r>
        <w:t>aise hi dekhiye makkah walon ne aise halaat paida kiye ke Rasool Allah salallaho alaihi wasallam aur aap ke saathi makkah ko chhod kar chale gaye madina.</w:t>
      </w:r>
    </w:p>
    <w:p>
      <w:pPr>
        <w:jc w:val="right"/>
      </w:pPr>
      <w:r>
        <w:t>ایسے ہی دیکھئے مکہ والوں نے ایسے حالات پیدا کیے کہ رسول اللہ صلی اللہ علیہ وسلم اور آپ کے ساتھی مکہ کو چھوڑ کر چلے گئے مدینہ۔</w:t>
      </w:r>
    </w:p>
    <w:p>
      <w:r>
        <w:rPr>
          <w:b/>
        </w:rPr>
        <w:t xml:space="preserve">[12:48] </w:t>
      </w:r>
      <w:r>
        <w:t>yeh saada baat nahi thi. madina mein bahut hi kam wasail the. sahaba jo gaye the wahan se bahut hi musibaton mein rahe wahan par.</w:t>
      </w:r>
    </w:p>
    <w:p>
      <w:pPr>
        <w:jc w:val="right"/>
      </w:pPr>
      <w:r>
        <w:t>یہ سادہ بات نہیں تھی۔ مدینہ میں بہت ہی کم وسائل تھے۔ صحابہ جو گئے تھے وہاں سے بہت ہی مصیبتوں میں رہے وہاں پر۔</w:t>
      </w:r>
    </w:p>
    <w:p>
      <w:r>
        <w:rPr>
          <w:b/>
        </w:rPr>
        <w:t xml:space="preserve">[12:59] </w:t>
      </w:r>
      <w:r>
        <w:t>apna watan chhod kar jana kis ko acha lagta hai? lekin kaisi ajeeb baat hai ke Rasool Allah salallaho alaihi wasallam ne is waqt kaha ke umar to baqiyatun ta'kulul quraa yaquluna yusarraf biya al-madinah ke mujhe ek basti ka hukum diya gaya hai.</w:t>
      </w:r>
    </w:p>
    <w:p>
      <w:pPr>
        <w:jc w:val="right"/>
      </w:pPr>
      <w:r>
        <w:t>اپنا وطن چھوڑ کر جانا کس کو اچھا لگتا ہے؟ لیکن کیسی عجیب بات ہے کہ رسول اللہ صلی اللہ علیہ وسلم نے اس وقت کہا کہ عمر تو بقیتٍ تاكل القرى یقولون یصرف بیا المدینہ کہ مجھے ایک بستی کا حکم دیا گیا ہے۔</w:t>
      </w:r>
    </w:p>
    <w:p>
      <w:r>
        <w:rPr>
          <w:b/>
        </w:rPr>
        <w:t xml:space="preserve">[13:19] </w:t>
      </w:r>
      <w:r>
        <w:t>matlab hijrat kar ke makkah se ek basti mein jana. is ko log kehte hain yusarraf aur woh sari bastiyon ko follow kar legi.</w:t>
      </w:r>
    </w:p>
    <w:p>
      <w:pPr>
        <w:jc w:val="right"/>
      </w:pPr>
      <w:r>
        <w:t>مطلب ہجرت کر کے مکہ سے ایک بستی میں جانا۔ اس کو لوگ کہتے ہیں یصرف اور وہ ساری بستیوں کو فالو کر لے گی۔</w:t>
      </w:r>
    </w:p>
    <w:p>
      <w:r>
        <w:rPr>
          <w:b/>
        </w:rPr>
        <w:t xml:space="preserve">[13:33] </w:t>
      </w:r>
      <w:r>
        <w:t>yani is ka matlab kya hua? Allah taala ne apne rasool ko inspire kiya, yeh bataya. yeh to tumhare mission ko internationalize kar rahe hain woh.</w:t>
      </w:r>
    </w:p>
    <w:p>
      <w:pPr>
        <w:jc w:val="right"/>
      </w:pPr>
      <w:r>
        <w:t>یعنی اس کا مطلب کیا ہوا؟ اللہ تعالیٰ نے اپنے رسول کو انسپائر کیا، یہ بتایا۔ یہ تو تمہارے مشن کو انٹرنیشنلائز کر رہے ہیں وہ۔</w:t>
      </w:r>
    </w:p>
    <w:p>
      <w:r>
        <w:rPr>
          <w:b/>
        </w:rPr>
        <w:t xml:space="preserve">[13:46] </w:t>
      </w:r>
      <w:r>
        <w:t>makkah se nikal kar jo madina bhej rahe hain. that is internationalization of mission. aap ke mission ko internationalize karna hai yeh.</w:t>
      </w:r>
    </w:p>
    <w:p>
      <w:pPr>
        <w:jc w:val="right"/>
      </w:pPr>
      <w:r>
        <w:t>مکہ سے نکال کر جو مدینہ بھیج رہے ہیں۔ دیٹ از انٹرنیشنلائزیشن آف مشن۔ آپ کے مشن کو انٹرنیشنلائز کرنا ہے یہ۔</w:t>
      </w:r>
    </w:p>
    <w:p>
      <w:r>
        <w:rPr>
          <w:b/>
        </w:rPr>
        <w:t xml:space="preserve">[13:56] </w:t>
      </w:r>
      <w:r>
        <w:t>ab dekhiye ke jo is ka negative pehlu tha us ka zikr hi nahi kiya. ab positive pehlu ka zikr kar diya. taake daai ke dil se spirit of dawat jo hai khatm na ho.</w:t>
      </w:r>
    </w:p>
    <w:p>
      <w:pPr>
        <w:jc w:val="right"/>
      </w:pPr>
      <w:r>
        <w:t>اب دیکھئے کہ جو اس کا نیگیٹیو پہلو تھا اس کا ذکر ہی نہیں کیا۔ اب پازیٹیو پہلو کا ذکر کر دیا۔ تاکہ داعی کے دل سے اسپیٹ آف دعوت جو ہے ختم نہ ہو۔</w:t>
      </w:r>
    </w:p>
    <w:p>
      <w:r>
        <w:rPr>
          <w:b/>
        </w:rPr>
        <w:t xml:space="preserve">[14:11] </w:t>
      </w:r>
      <w:r>
        <w:t>aise hi dekhiye jo Hudaybiyah ki jo sulah hui thi to us mein kya hua tha? rasool aur aap ke ashaab madina se rawana hue makkah jane ke liye ke wahan ja kar umrah karenge.</w:t>
      </w:r>
    </w:p>
    <w:p>
      <w:pPr>
        <w:jc w:val="right"/>
      </w:pPr>
      <w:r>
        <w:t>ایسے ہی دیکھئے جو حدیبیہ کی جو صلح ہوئی تھی تو اس میں کیا ہوا تھا؟ رسول اور آپ کے اصحاب مدینہ سے روانہ ہوئے مکہ جانے کے لیے کہ وہاں جا کر عمرہ کریں گے۔</w:t>
      </w:r>
    </w:p>
    <w:p>
      <w:r>
        <w:rPr>
          <w:b/>
        </w:rPr>
        <w:t xml:space="preserve">[14:29] </w:t>
      </w:r>
      <w:r>
        <w:t>Hudaybiyah ke maqam par unhon ne rok diya. bahut zid ki aur bahut hi</w:t>
      </w:r>
    </w:p>
    <w:p>
      <w:pPr>
        <w:jc w:val="right"/>
      </w:pPr>
      <w:r>
        <w:t>حدیبیہ کے مقام پر انہوں نے روک دیا۔ بہت ضد کی اور بہت ہی</w:t>
      </w:r>
    </w:p>
    <w:p>
      <w:r>
        <w:rPr>
          <w:b/>
        </w:rPr>
        <w:t xml:space="preserve">[14:36] </w:t>
      </w:r>
      <w:r>
        <w:t>yani pareshan kiya. aur patthar mare. ab quran ki ayat mein jo is ke baad jo quran ki ayat utri al-fath, aap us mein dekhiye kuch bhi us mein nahi zikr hai ke unhon ne pareshan kiya, patthar mare.</w:t>
      </w:r>
    </w:p>
    <w:p>
      <w:pPr>
        <w:jc w:val="right"/>
      </w:pPr>
      <w:r>
        <w:t>یعنی پریشان کیا۔ اور پتھر مارے۔ اب قرآن کی آیت میں جو اس کے بعد جو قرآن کی آیت اتری الفتح، آپ اس میں دیکھئے کچھ بھی اس میں نہیں ذکر ہے کہ انہوں نے پریشان کیا، پتھر مارے۔</w:t>
      </w:r>
    </w:p>
    <w:p>
      <w:r>
        <w:rPr>
          <w:b/>
        </w:rPr>
        <w:t xml:space="preserve">[14:55] </w:t>
      </w:r>
      <w:r>
        <w:t>balke kya hai? inna fatahna laka fatham mubeena. yani muahida Hudaybiyah mein jo jo imkan chupa hua tha, ek naya mustaqbil, ek naya future jo chupa hua tha, us ka zikr kar diya.</w:t>
      </w:r>
    </w:p>
    <w:p>
      <w:pPr>
        <w:jc w:val="right"/>
      </w:pPr>
      <w:r>
        <w:t>بلکہ کیا ہے؟ انا فتحنا لک فتح مبینہ۔ یعنی معاہدہ حدیبیہ میں جو جو امکان چھپا ہوا تھا، ایک نیا مستقبل، ایک نیا فیوچر جو چھپا ہوا تھا، اس کا ذکر کر دیا۔</w:t>
      </w:r>
    </w:p>
    <w:p>
      <w:r>
        <w:rPr>
          <w:b/>
        </w:rPr>
        <w:t xml:space="preserve">[15:13] </w:t>
      </w:r>
      <w:r>
        <w:t>ke kyun sochte ho tum un ke zulm ko, un ke satane ko? yeh to tumhare liye ek naya future ka darwaza khul raha hai.</w:t>
      </w:r>
    </w:p>
    <w:p>
      <w:pPr>
        <w:jc w:val="right"/>
      </w:pPr>
      <w:r>
        <w:t>کہ کیوں سوچتے ہو تم ان کے ظلم کو، ان کے ستانے کو؟ یہ تو تمہارے لیے ایک نیا فیوچر کا دروازہ کھل رہا ہے۔</w:t>
      </w:r>
    </w:p>
    <w:p>
      <w:r>
        <w:rPr>
          <w:b/>
        </w:rPr>
        <w:t xml:space="preserve">[15:22] </w:t>
      </w:r>
      <w:r>
        <w:t>ek naya future tumhare samne aane wala hai. to negative aspect ko bilkul zikr na kar ke positive aspect ka zikr karna.</w:t>
      </w:r>
    </w:p>
    <w:p>
      <w:pPr>
        <w:jc w:val="right"/>
      </w:pPr>
      <w:r>
        <w:t>ایک نیا فیوچر تمہارے سامنے آنے والا ہے۔ تو نیگیٹیو آسپیکٹ کو بالکل ذکر نہ کر کے پازیٹیو آسپیکٹ کا ذکر کرنا۔</w:t>
      </w:r>
    </w:p>
    <w:p>
      <w:r>
        <w:rPr>
          <w:b/>
        </w:rPr>
        <w:t xml:space="preserve">[15:31] </w:t>
      </w:r>
      <w:r>
        <w:t>yeh quran ka method hai. aur is ka raaz kya hai? spirit of dawat ka preservation.</w:t>
      </w:r>
    </w:p>
    <w:p>
      <w:pPr>
        <w:jc w:val="right"/>
      </w:pPr>
      <w:r>
        <w:t>یہ قرآن کا میتھڈ ہے۔ اور اس کا راز کیا ہے؟ اسپیٹ آف دعوت کا پریزرویشن۔</w:t>
      </w:r>
    </w:p>
    <w:p>
      <w:r>
        <w:rPr>
          <w:b/>
        </w:rPr>
        <w:t xml:space="preserve">[15:42] </w:t>
      </w:r>
      <w:r>
        <w:t>ek bahut hi bari wisdom is ke andar hai. bahut bari wisdom hai. yeh wisdom baad mein musalmanon mein nikal gayi.</w:t>
      </w:r>
    </w:p>
    <w:p>
      <w:pPr>
        <w:jc w:val="right"/>
      </w:pPr>
      <w:r>
        <w:t>ایک بہت ہی بڑی وزڈم اس کے اندر ہے۔ بہت بڑی وزڈم ہے۔ یہ وزڈم بعد میں مسلمانوں میں نکل گئی۔</w:t>
      </w:r>
    </w:p>
    <w:p>
      <w:r>
        <w:rPr>
          <w:b/>
        </w:rPr>
        <w:t xml:space="preserve">[15:53] </w:t>
      </w:r>
      <w:r>
        <w:t>is liye aaj dekhiye sari dunya ke musalman kya hain? negative thought mein jeete hain. yeh zalim, woh zalim, sab zalim hi zalim in ko nazar aate hain.</w:t>
      </w:r>
    </w:p>
    <w:p>
      <w:pPr>
        <w:jc w:val="right"/>
      </w:pPr>
      <w:r>
        <w:t>اس لیے آج دیکھئے ساری دنیا کے مسلمان کیا ہیں؟ نیگیٹیو تھاٹ میں جیتے ہیں۔ یہ ظالم، وہ ظالم، سب ظالم ہی ظالم ان کو نظر آتے ہیں۔</w:t>
      </w:r>
    </w:p>
    <w:p>
      <w:r>
        <w:rPr>
          <w:b/>
        </w:rPr>
        <w:t xml:space="preserve">[16:03] </w:t>
      </w:r>
      <w:r>
        <w:t>to jab aap zalim samjhein to aap ke andar kya hoga? khair khwahi khatm ho jayegi. yaani yeh in ke liye ek nafrat aa jayegi.</w:t>
      </w:r>
    </w:p>
    <w:p>
      <w:pPr>
        <w:jc w:val="right"/>
      </w:pPr>
      <w:r>
        <w:t>تو جب آپ ظالم سمجھیں تو آپ کے اندر کیا ہوگا؟ خیر خواہی ختم ہو جائے گی۔ یعنی یہ ان کے لیے ایک نفرت آ جائے گی۔</w:t>
      </w:r>
    </w:p>
    <w:p>
      <w:r>
        <w:rPr>
          <w:b/>
        </w:rPr>
        <w:t xml:space="preserve">[16:20] </w:t>
      </w:r>
      <w:r>
        <w:t>to kya hoga? spirit of dawat bhi khatm ho jayegi. to musalmanon ko aap dekh lijiye sari dunya mein dawat ki spirit musalmanon se khatm ho gayi hai.</w:t>
      </w:r>
    </w:p>
    <w:p>
      <w:pPr>
        <w:jc w:val="right"/>
      </w:pPr>
      <w:r>
        <w:t>تو کیا ہوگا؟ اسپیٹ آف دعوت بھی ختم ہو جائے گی۔ تو مسلمانوں کو آپ دیکھ لیجئے ساری دنیا میں دعوت کی اسپیٹ مسلمانوں سے ختم ہو گئی ہے۔</w:t>
      </w:r>
    </w:p>
    <w:p>
      <w:r>
        <w:rPr>
          <w:b/>
        </w:rPr>
        <w:t xml:space="preserve">[16:29] </w:t>
      </w:r>
      <w:r>
        <w:t>kyun ke hamare akhbar, hamare magazine, hamare stage, hamare kitabein sab ki sab bhari hui hain zulm ki dastan'on se.</w:t>
      </w:r>
    </w:p>
    <w:p>
      <w:pPr>
        <w:jc w:val="right"/>
      </w:pPr>
      <w:r>
        <w:t>کیونکہ ہمارے اخبار، ہمارے میگزین، ہمارے اسٹیج، ہمارے کتابیں سب کی سب بھری ہوئی ہیں ظلم کی داستانوں سے۔</w:t>
      </w:r>
    </w:p>
    <w:p>
      <w:r>
        <w:rPr>
          <w:b/>
        </w:rPr>
        <w:t xml:space="preserve">[16:39] </w:t>
      </w:r>
      <w:r>
        <w:t>yaani bilkul ulta is ka ho raha hai. Allah taala ne zulm ke waqiat ko ignore kiya, zikr hi nahi kiya. is ke andar jo ek aur cheez chupi hui thi, ek opportunity, ek naya future,</w:t>
      </w:r>
    </w:p>
    <w:p>
      <w:pPr>
        <w:jc w:val="right"/>
      </w:pPr>
      <w:r>
        <w:t>یعنی بالکل الٹا اس کا ہو رہا ہے۔ اللہ تعالیٰ نے ظلم کے واقعات کو اگنور کیا، ذکر ہی نہیں کیا۔ اس کے اندر جو ایک اور چیز چھپی ہوئی تھی، ایک اپرچونیٹی، ایک نیا فیوچر،</w:t>
      </w:r>
    </w:p>
    <w:p>
      <w:r>
        <w:rPr>
          <w:b/>
        </w:rPr>
        <w:t xml:space="preserve">[16:58] </w:t>
      </w:r>
      <w:r>
        <w:t>is ko is ko bayan kiya. is liye sahaba ke andar itni zyada dawat ki spirit thi ke unhon ne</w:t>
      </w:r>
    </w:p>
    <w:p>
      <w:pPr>
        <w:jc w:val="right"/>
      </w:pPr>
      <w:r>
        <w:t>اس کو اس کو بیان کیا۔ اس لیے صحابہ کے اندر اتنی زیادہ دعوت کی اسپیٹ تھی کہ انہوں نے</w:t>
      </w:r>
    </w:p>
    <w:p>
      <w:r>
        <w:rPr>
          <w:b/>
        </w:rPr>
        <w:t xml:space="preserve">[17:09] </w:t>
      </w:r>
      <w:r>
        <w:t>ek naya, yaani sari dunya mein Islam ko phaila diya. ab main aap ko chand misalein arz karta hoon. dekhiye unniswin sadi mein colonial powers uthein Europe se aur woh Asia aur Africa mein chha gaye.</w:t>
      </w:r>
    </w:p>
    <w:p>
      <w:pPr>
        <w:jc w:val="right"/>
      </w:pPr>
      <w:r>
        <w:t>ایک نیا، یعنی ساری دنیا میں اسلام کو پھیلا دیا۔ اب میں آپ کو چند مثالیں عرض کرتا ہوں۔ دیکھئے انیسویں صدی میں کوریل پاورز اٹھیں یورپ سے اور وہ ایشیا اور افریقہ میں چھا گئیں۔</w:t>
      </w:r>
    </w:p>
    <w:p>
      <w:r>
        <w:rPr>
          <w:b/>
        </w:rPr>
        <w:t xml:space="preserve">[17:34] </w:t>
      </w:r>
      <w:r>
        <w:t>to musalmanon ko is se kuch political ya material nuqsan hua. to khauf charchaa is ka hone laga.</w:t>
      </w:r>
    </w:p>
    <w:p>
      <w:pPr>
        <w:jc w:val="right"/>
      </w:pPr>
      <w:r>
        <w:t>تو مسلمانوں کو اس سے کچھ پولیٹیکل یا مٹیریل نقصان ہوا۔ تو خوف چرچہ اس کا ہونے لگا۔</w:t>
      </w:r>
    </w:p>
    <w:p>
      <w:r>
        <w:rPr>
          <w:b/>
        </w:rPr>
        <w:t xml:space="preserve">[17:45] </w:t>
      </w:r>
      <w:r>
        <w:t>sara har taraf charchaa ke yeh dushman hain, yeh hamari hukoomaton ko khatm karne ke liye aaye hain, hum ko lootne ke liye aaye hain. to colonial powers ke khilaf, yaani matlab European qaumon ke khilaf nafrat hi nafrat paida ho gayi.</w:t>
      </w:r>
    </w:p>
    <w:p>
      <w:pPr>
        <w:jc w:val="right"/>
      </w:pPr>
      <w:r>
        <w:t>سارا ہر طرف چرچہ کہ یہ دشمن ہیں، یہ ہمارے حکومتوں کو ختم کرنے کے لیے آئے ہیں، ہم کو لوٹنے کے لیے آئے ہیں۔ تو کوریل پاورز کے خلاف، یعنی مطلب یورپین قوموں کے خلاف نفرت ہی نفرت پیدا ہو گئی۔</w:t>
      </w:r>
    </w:p>
    <w:p>
      <w:r>
        <w:rPr>
          <w:b/>
        </w:rPr>
        <w:t xml:space="preserve">[18:02] </w:t>
      </w:r>
      <w:r>
        <w:t>nafrat hi nafrat. is ka nateeja kya hua? ke dawat ki spirit khatm ho gayi. aur mad'u khud aap ke ilaqe mein aa gaya tha.</w:t>
      </w:r>
    </w:p>
    <w:p>
      <w:pPr>
        <w:jc w:val="right"/>
      </w:pPr>
      <w:r>
        <w:t>نفرت ہی نفرت۔ اس کا نتیجہ کیا ہوا؟ کہ دعوت کی اسپیٹ ختم ہو گئی۔ اور مدعو خود آپ کے علاقے میں آ گیا تھا۔</w:t>
      </w:r>
    </w:p>
    <w:p>
      <w:r>
        <w:rPr>
          <w:b/>
        </w:rPr>
        <w:t xml:space="preserve">[18:14] </w:t>
      </w:r>
      <w:r>
        <w:t>yaani Europe ki qaumein jo mad'u theen, woh khud aap ke ilaqe mein aa gaye thay. lekin dawat ka koi kaam hi nahi kiya gaya. koi paida hi nahi hua jo kahe ke bhai yeh to mad'u hain, in ko dawat pahunchao.</w:t>
      </w:r>
    </w:p>
    <w:p>
      <w:pPr>
        <w:jc w:val="right"/>
      </w:pPr>
      <w:r>
        <w:t>یعنی یورپ کی قومیں جو مدعو تھیں، وہ خود آپ کے علاقے میں آ گئے تھے۔ لیکن دعوت کا کوئی کام ہی نہیں کیا گیا۔ کوئی پیدا ہی نہیں ہوا جو کہے کہ بھئی یہ تو مدعو ہیں، ان کو دعوت پہنچاؤ۔</w:t>
      </w:r>
    </w:p>
    <w:p>
      <w:r>
        <w:rPr>
          <w:b/>
        </w:rPr>
        <w:t xml:space="preserve">[18:28] </w:t>
      </w:r>
      <w:r>
        <w:t>kyun? nafrat ki wajah se spirit hi khatm ho chuki thi.</w:t>
      </w:r>
    </w:p>
    <w:p>
      <w:pPr>
        <w:jc w:val="right"/>
      </w:pPr>
      <w:r>
        <w:t>کیوں؟ نفرت کی وجہ سے اسپیٹ ہی ختم ہو چکی تھی۔</w:t>
      </w:r>
    </w:p>
    <w:p>
      <w:r>
        <w:rPr>
          <w:b/>
        </w:rPr>
        <w:t xml:space="preserve">[18:34] </w:t>
      </w:r>
      <w:r>
        <w:t>to kitna zyada yeh khilaf tha Quran ke method ke. ke sirf yahi zikr kiya gaya ke colonial powers jo hain, woh zalim hain, woh hamare khilaf hain, woh hum ko exploit karna chahti hain waghera.</w:t>
      </w:r>
    </w:p>
    <w:p>
      <w:pPr>
        <w:jc w:val="right"/>
      </w:pPr>
      <w:r>
        <w:t>تو کتنا زیادہ یہ خلاف تھا قرآن کے میتھڈ کے۔ کہ صرف یہی ذکر کیا گیا کہ کوریل پاورز جو ہیں، وہ ظالم ہیں، وہ ہمارے خلاف ہیں، وہ ہم کو ایکسپائر کرنا چاہتی ہیں وغیرہ۔</w:t>
      </w:r>
    </w:p>
    <w:p>
      <w:r>
        <w:rPr>
          <w:b/>
        </w:rPr>
        <w:t xml:space="preserve">[18:57] </w:t>
      </w:r>
      <w:r>
        <w:t>to nafrat hi nafrat, nafrat hi nafrat. jab nafrat aayegi to spirit of dawat chali jayegi. isi tarah dekhiye</w:t>
      </w:r>
    </w:p>
    <w:p>
      <w:pPr>
        <w:jc w:val="right"/>
      </w:pPr>
      <w:r>
        <w:t>تو نفرت ہی نفرت، نفرت ہی نفرت۔ جب نفرت آئے گی تو اسپیٹ آف دعوت چلی جائے گی۔ اسی طرح دیکھئے</w:t>
      </w:r>
    </w:p>
    <w:p>
      <w:r>
        <w:rPr>
          <w:b/>
        </w:rPr>
        <w:t xml:space="preserve">[19:10] </w:t>
      </w:r>
      <w:r>
        <w:t>yeh Yahudi log jo thay, diaspora mein thay. yaani 1948 se pehle bikhre hue thay dunya mein.</w:t>
      </w:r>
    </w:p>
    <w:p>
      <w:pPr>
        <w:jc w:val="right"/>
      </w:pPr>
      <w:r>
        <w:t>یہ یہودی لوگ جو تھے، ڈائسپورا میں تھے۔ یعنی 1948 سے پہلے بکھرے ہوئے تھے دنیا میں۔</w:t>
      </w:r>
    </w:p>
    <w:p>
      <w:r>
        <w:rPr>
          <w:b/>
        </w:rPr>
        <w:t xml:space="preserve">[19:20] </w:t>
      </w:r>
      <w:r>
        <w:t>diaspora mein thay. to 1948 mein Balfour declaration ke tehat Israel bana. jis mein aadha Falasteen ka, aadha jo hai,</w:t>
      </w:r>
    </w:p>
    <w:p>
      <w:pPr>
        <w:jc w:val="right"/>
      </w:pPr>
      <w:r>
        <w:t>ڈائسپورا میں تھے۔ تو 1948 میں بالفور بارڈر کے تحت اسرائیل بنا۔ جس میں آدھا فلسطین کا، آدھا جو ہے،</w:t>
      </w:r>
    </w:p>
    <w:p>
      <w:r>
        <w:rPr>
          <w:b/>
        </w:rPr>
        <w:t xml:space="preserve">[19:35] </w:t>
      </w:r>
      <w:r>
        <w:t>Arabon ko diya gaya, aadha Yahudiyon ko diya gaya. ab sari dunya mein Yahudiyon ke khilaf hungama. koi ek bhi mujhe nahi maloom jo is ki wajah se Yahud ke khilaf nafratein bhar na gaya ho.</w:t>
      </w:r>
    </w:p>
    <w:p>
      <w:pPr>
        <w:jc w:val="right"/>
      </w:pPr>
      <w:r>
        <w:t>عربوں کو دیا گیا، آدھا یہودیوں کو دیا گیا۔ اب ساری دنیا میں یہودیوں کے خلاف ہنگامہ۔ کوئی ایک بھی مجھے نہیں معلوم جو اس کی وجہ سے یہود کے خلاف نفرتیں بھر نہ گیا ہو۔</w:t>
      </w:r>
    </w:p>
    <w:p>
      <w:r>
        <w:rPr>
          <w:b/>
        </w:rPr>
        <w:t xml:space="preserve">[19:50] </w:t>
      </w:r>
      <w:r>
        <w:t>sari literature Yahud ke khilaf nafrat.</w:t>
      </w:r>
    </w:p>
    <w:p>
      <w:pPr>
        <w:jc w:val="right"/>
      </w:pPr>
      <w:r>
        <w:t>ساری لٹریچر یہود کے خلاف نفرت۔</w:t>
      </w:r>
    </w:p>
    <w:p>
      <w:r>
        <w:rPr>
          <w:b/>
        </w:rPr>
        <w:t xml:space="preserve">[19:57] </w:t>
      </w:r>
      <w:r>
        <w:t>to kya hua? spirit of dawat khatm ho gayi. ab dekhiye sari dunya mein jo Yahudi bikhre hue thay, woh aa gaye thay Falasteen mein.</w:t>
      </w:r>
    </w:p>
    <w:p>
      <w:pPr>
        <w:jc w:val="right"/>
      </w:pPr>
      <w:r>
        <w:t>تو کیا ہوا؟ اسپیٹ آف دعوت ختم ہو گئی۔ اب دیکھئے ساری دنیا میں جو یہودی بکھرے ہوئے تھے، وہ آ گئے تھے فلسطین میں۔</w:t>
      </w:r>
    </w:p>
    <w:p>
      <w:r>
        <w:rPr>
          <w:b/>
        </w:rPr>
        <w:t xml:space="preserve">[20:07] </w:t>
      </w:r>
      <w:r>
        <w:t>to yeh to bohat hi opportunity thi. ek hi jagah mil rahe thay aap ko Yahudi. un ko dawat pahunchayein. jaise Rasool Allah Salallaho Alaihe Wasallam ne kiya kiya ke Ka'aba ke buton ke naam par sari Arab ke qabail aate thay wahan par.</w:t>
      </w:r>
    </w:p>
    <w:p>
      <w:pPr>
        <w:jc w:val="right"/>
      </w:pPr>
      <w:r>
        <w:t>تو یہ تو بہت ہی اپرچونیٹی تھی۔ ایک ہی جگہ مل رہے تھے آپ کو یہودی۔ ان کو دعوت پہنچائیں۔ جیسے رسول اللہ صلی اللہ علیہ وسلم نے کیا کیا کہ کعبہ کے بتوں کے نام پر ساری عرب کے قبائل آتے تھے وہاں پر۔</w:t>
      </w:r>
    </w:p>
    <w:p>
      <w:r>
        <w:rPr>
          <w:b/>
        </w:rPr>
        <w:t xml:space="preserve">[20:24] </w:t>
      </w:r>
      <w:r>
        <w:t>un ka salana mela lagta tha. mela. is mein ikattha hote thay log. to aap Rasool Allah Salallaho Alaihe Wasallam ne yeh nahi dekha ke woh buton ki pooja karne ke liye aate hain.</w:t>
      </w:r>
    </w:p>
    <w:p>
      <w:pPr>
        <w:jc w:val="right"/>
      </w:pPr>
      <w:r>
        <w:t>ان کا سالانہ میلہ لگتا تھا۔ میلہ۔ اس میں اکٹھا ہوتے تھے لوگ۔ تو آپ رسول اللہ صلی اللہ علیہ وسلم نے یہ نہیں دیکھا کہ وہ بتوں کی پوجا کرنے کے لیے آتے ہیں۔</w:t>
      </w:r>
    </w:p>
    <w:p>
      <w:r>
        <w:rPr>
          <w:b/>
        </w:rPr>
        <w:t xml:space="preserve">[20:33] </w:t>
      </w:r>
      <w:r>
        <w:t>yeh nahi dekha. gathering hai to woh dekha. aur un ko ja ja kar Quran sunate thay. to kyun ke us waqt printing press nahi tha.</w:t>
      </w:r>
    </w:p>
    <w:p>
      <w:pPr>
        <w:jc w:val="right"/>
      </w:pPr>
      <w:r>
        <w:t>یہ نہیں دیکھا۔ گیدرنگ ہے تو وہ دیکھا۔ اور ان کو جا جا کر قرآن سناتے تھے۔ تو کیونکہ اس وقت پرنٹنگ پریس نہیں تھا۔</w:t>
      </w:r>
    </w:p>
    <w:p>
      <w:r>
        <w:rPr>
          <w:b/>
        </w:rPr>
        <w:t xml:space="preserve">[20:45] </w:t>
      </w:r>
      <w:r>
        <w:t>ab jab jo Yahudi diaspora mein thay, woh sab jagah se nikal nikal kar aa gaye Falasteen mein. to musalmanon ko chahiye tha ke is ko opportunity ke taur par dekhein.</w:t>
      </w:r>
    </w:p>
    <w:p>
      <w:pPr>
        <w:jc w:val="right"/>
      </w:pPr>
      <w:r>
        <w:t>اب جب جو یہودی ڈائسپورا میں تھے، وہ سب جگہ سے نکل نکل کر آ گئے فلسطین میں۔ تو مسلمانوں کو چاہیے تھا کہ اس کو اپرچونیٹی کے طور پر دیکھیں۔</w:t>
      </w:r>
    </w:p>
    <w:p>
      <w:r>
        <w:rPr>
          <w:b/>
        </w:rPr>
        <w:t xml:space="preserve">[20:57] </w:t>
      </w:r>
      <w:r>
        <w:t>un ko dawat pahunchane ke liye. aur Yahudi jo hain, aisa nahi ke woh koi, woh un ko dawat dena bekar hai.</w:t>
      </w:r>
    </w:p>
    <w:p>
      <w:pPr>
        <w:jc w:val="right"/>
      </w:pPr>
      <w:r>
        <w:t>ان کو دعوت پہنچانے کے لیے۔ اور یہودی جو ہیں، ایسا نہیں کہ وہ کوئی، وہ ان کو دعوت دینا بیکار ہے۔</w:t>
      </w:r>
    </w:p>
    <w:p>
      <w:r>
        <w:rPr>
          <w:b/>
        </w:rPr>
        <w:t xml:space="preserve">[21:05] </w:t>
      </w:r>
      <w:r>
        <w:t>pehlay bhi aur ab bhi bohat se Yahudi hain jinhon ne Islam qabool kiya. jaise Rasool Allah Salallaho Alaihe Wasallam ke zamane mein Abdullah ibn Salam jo thay, Yahudi thay, unhon ne Islam qabool kiya.</w:t>
      </w:r>
    </w:p>
    <w:p>
      <w:pPr>
        <w:jc w:val="right"/>
      </w:pPr>
      <w:r>
        <w:t>پہلے بھی اور اب بھی بہت سے یہودی ہیں جنہوں نے اسلام قبول کیا۔ جیسے رسول اللہ صلی اللہ علیہ وسلم کے زمانے میں عبداللہ ابن سلام جو تھے، یہودی تھے، انہوں نے اسلام قبول کیا۔</w:t>
      </w:r>
    </w:p>
    <w:p>
      <w:r>
        <w:rPr>
          <w:b/>
        </w:rPr>
        <w:t xml:space="preserve">[21:14] </w:t>
      </w:r>
      <w:r>
        <w:t>aur kai logon ne. maujooda zamane mein aap dekhiye asad sahib, yahoodi family paida hui. unhon ne islam qubool kiya aur bohat bara kaam unhon ne kiya.</w:t>
      </w:r>
    </w:p>
    <w:p>
      <w:pPr>
        <w:jc w:val="right"/>
      </w:pPr>
      <w:r>
        <w:t>اور کئی لوگوں نے۔ موجودہ زمانے میں آپ دیکھئے اسد صاحب، یہودی فیملی پیدا ہوئی۔ انہوں نے اسلام قبول کیا اور بہت بڑا کام انہوں نے کیا۔</w:t>
      </w:r>
    </w:p>
    <w:p>
      <w:r>
        <w:rPr>
          <w:b/>
        </w:rPr>
        <w:t xml:space="preserve">[21:27] </w:t>
      </w:r>
      <w:r>
        <w:t>maryam jameela jo hain, yahoodi family paida hui. unhon ne islam qubool kiya. unhon ne bhi bohat sa kaam kiya. to pehle bhi aur aaj bhi yeh waqeat batate the ke yahudiyon mein kaam karo.</w:t>
      </w:r>
    </w:p>
    <w:p>
      <w:pPr>
        <w:jc w:val="right"/>
      </w:pPr>
      <w:r>
        <w:t>مریم جمیلہ جو ہیں، یہودی فیملی پیدا ہوئی۔ انہوں نے اسلام قبول کیا۔ انہوں نے بھی بہت سا کام کیا۔ تو پہلے بھی اور آج بھی یہ واقعات بتاتے تھے کہ یہودیوں میں کام کرو۔</w:t>
      </w:r>
    </w:p>
    <w:p>
      <w:r>
        <w:rPr>
          <w:b/>
        </w:rPr>
        <w:t xml:space="preserve">[21:42] </w:t>
      </w:r>
      <w:r>
        <w:t>un mein niklen ge aise log jo sachai ko manen. abhi bhi hamare saathi jaate hain yerushlem ke book fair mein.</w:t>
      </w:r>
    </w:p>
    <w:p>
      <w:pPr>
        <w:jc w:val="right"/>
      </w:pPr>
      <w:r>
        <w:t>ان میں نکلیں گے ایسے لوگ جو سچائی کو مانیں۔ ابھی بھی ہمارے ساتھی جاتے ہیں یروشلم کے بک فیئر میں۔</w:t>
      </w:r>
    </w:p>
    <w:p>
      <w:r>
        <w:rPr>
          <w:b/>
        </w:rPr>
        <w:t xml:space="preserve">[21:52] </w:t>
      </w:r>
      <w:r>
        <w:t>to yahoodi log baqayda apna cooperation dete hain. quran ko phailane ke liye. to kaisi ajeeb opportunity thi ke dunya bhar mein phailay hue yahoodi akhatta ho gaye falasteen mein.</w:t>
      </w:r>
    </w:p>
    <w:p>
      <w:pPr>
        <w:jc w:val="right"/>
      </w:pPr>
      <w:r>
        <w:t>تو یہودی لوگ باقاعدہ اپنا کوآپریشن دیتے ہیں۔ قرآن کو پھیلانے کے لیے۔ تو کیسی عجیب اپرچونیٹی تھی کہ دنیا بھر میں پھیلے ہوئے یہودی اکٹھا ہو گئے فلسطین میں۔</w:t>
      </w:r>
    </w:p>
    <w:p>
      <w:r>
        <w:rPr>
          <w:b/>
        </w:rPr>
        <w:t xml:space="preserve">[22:10] </w:t>
      </w:r>
      <w:r>
        <w:t>aur musalmanon ke andar jazba nahi paida hua ke un ko quran pahunchayen. kyun? nafrat se bhare hue the. jab nafrat thi to dawat ki speed ka koi sawal hi nahi tha.</w:t>
      </w:r>
    </w:p>
    <w:p>
      <w:pPr>
        <w:jc w:val="right"/>
      </w:pPr>
      <w:r>
        <w:t>اور مسلمانوں کے اندر جذبہ نہیں پیدا ہوا کہ ان کو قرآن پہنچائیں۔ کیوں؟ نفرت سے بھرے ہوئے تھے۔ جب نفرت تھی تو دعوت کی اسپیٹ کا کوئی سوال ہی نہیں تھا۔</w:t>
      </w:r>
    </w:p>
    <w:p>
      <w:r>
        <w:rPr>
          <w:b/>
        </w:rPr>
        <w:t xml:space="preserve">[22:25] </w:t>
      </w:r>
      <w:r>
        <w:t>aise hi dekhiye. halankay jaise quran mein hai dekhiye. ke quran mein hai ke jab uhud ke mauqe par sattar sahaba maare gaye the,</w:t>
      </w:r>
    </w:p>
    <w:p>
      <w:pPr>
        <w:jc w:val="right"/>
      </w:pPr>
      <w:r>
        <w:t>ایسے ہی دیکھئے۔ حالانکہ جیسے قرآن میں ہے دیکھئے۔ کہ قرآن میں ہے کہ جب احد کے موقع پر ستر صحابہ مارے گئے تھے،</w:t>
      </w:r>
    </w:p>
    <w:p>
      <w:r>
        <w:rPr>
          <w:b/>
        </w:rPr>
        <w:t xml:space="preserve">[22:40] </w:t>
      </w:r>
      <w:r>
        <w:t>shaheed hue the. to quran mein us waqt sahaba ko ke andar woh aa raha tha ke negative thought aa raha tha.</w:t>
      </w:r>
    </w:p>
    <w:p>
      <w:pPr>
        <w:jc w:val="right"/>
      </w:pPr>
      <w:r>
        <w:t>شہید ہوئے تھے۔ تو قرآن میں اس وقت صحابہ کو کے اندر وہ آ رہا تھا کہ نیگیٹیو تھاٹ آ رہا تھا۔</w:t>
      </w:r>
    </w:p>
    <w:p>
      <w:r>
        <w:rPr>
          <w:b/>
        </w:rPr>
        <w:t xml:space="preserve">[22:52] </w:t>
      </w:r>
      <w:r>
        <w:t>to quran mein yeh ayat utri ke wa in asabakum qurun faqad bass al qawmu qawmun mithluhum wa tilk al ayyam nudawilubaha bar al nas.</w:t>
      </w:r>
    </w:p>
    <w:p>
      <w:pPr>
        <w:jc w:val="right"/>
      </w:pPr>
      <w:r>
        <w:t>تو قرآن میں یہ آیت اتری کہ وَإِنْ أَصَابَكُمْ قَرُونٌ فَقَدْ بَصَّ الْقَوْمُ قَوْمٌ مِثْلُهُمْ وَتِلْقِ الْأَيَّامُ نُذَابُلُهَا بَرَ النَّاسِ۔</w:t>
      </w:r>
    </w:p>
    <w:p>
      <w:r>
        <w:rPr>
          <w:b/>
        </w:rPr>
        <w:t xml:space="preserve">[23:06] </w:t>
      </w:r>
      <w:r>
        <w:t>iska tarjuma yeh hai ke agar tum ko zakhm pahuncha hai to un ko bhi zakhm pahunch chuka hai. aur yeh to kabhi un ki bari aati hai, kabhi un ki bari.</w:t>
      </w:r>
    </w:p>
    <w:p>
      <w:pPr>
        <w:jc w:val="right"/>
      </w:pPr>
      <w:r>
        <w:t>اس کا ترجمہ یہ ہے کہ اگر تم کو زخم پہنچا ہے تو ان کو بھی زخم پہنچ چکا ہے۔ اور یہ تو کبھی ان کی باری آتی ہے، کبھی ان کی باری۔</w:t>
      </w:r>
    </w:p>
    <w:p>
      <w:r>
        <w:rPr>
          <w:b/>
        </w:rPr>
        <w:t xml:space="preserve">[23:17] </w:t>
      </w:r>
      <w:r>
        <w:t>kabhi un ka nuqsan, kabhi un ka nuqsan. to Allah taala ne un ko badr yaad dilaya ke badr mein un ke sattar aadmi maare gaye the. uhud mein tumhare sattar aadmi maare gaye the.</w:t>
      </w:r>
    </w:p>
    <w:p>
      <w:pPr>
        <w:jc w:val="right"/>
      </w:pPr>
      <w:r>
        <w:t>کبھی ان کا نقصان، کبھی ان کا نقصان۔ تو اللہ تعالیٰ نے ان کو بدر یاد دلایا کہ بدر میں ان کے ستر آدمی مارے گئے تھے۔ احد میں تمہارے ستر آدمی مارے گئے تھے۔</w:t>
      </w:r>
    </w:p>
    <w:p>
      <w:r>
        <w:rPr>
          <w:b/>
        </w:rPr>
        <w:t xml:space="preserve">[23:27] </w:t>
      </w:r>
      <w:r>
        <w:t>to barabar ho gaya mamla. is ko negative hone ki kya zaroorat hai? yaani negativity se bachane ke liye Allah taala ne aisa kiya ke un ko yaad dilaya pehle ka waqea, yaani badr ka waqea.</w:t>
      </w:r>
    </w:p>
    <w:p>
      <w:pPr>
        <w:jc w:val="right"/>
      </w:pPr>
      <w:r>
        <w:t>تو برابر ہو گیا معاملہ۔ اس کو نیگیٹیو ہونے کی کیا ضرورت ہے؟ یعنی نیگیٹیوٹی سے بچانے کے لیے اللہ تعالیٰ نے ایسا کیا کہ ان کو یاد دلایا پہلے کا واقعہ، یعنی بدر کا واقعہ۔</w:t>
      </w:r>
    </w:p>
    <w:p>
      <w:r>
        <w:rPr>
          <w:b/>
        </w:rPr>
        <w:t xml:space="preserve">[23:41] </w:t>
      </w:r>
      <w:r>
        <w:t>aise hi aap dekhiye. agar yeh baat hoti to jab colonial powers asia aur africa mein aayi thin to musalmanon ko sochna chahiye tha ke sankaron saal se hum hi shaheed hue the is ilaqe mein.</w:t>
      </w:r>
    </w:p>
    <w:p>
      <w:pPr>
        <w:jc w:val="right"/>
      </w:pPr>
      <w:r>
        <w:t>ایسے ہی آپ دیکھئے۔ اگر یہ بات ہوتی تو جب کوریل پاورز ایشیا اور افریقہ میں آئی تھیں تو مسلمانوں کو سوچنا چاہیے تھا کہ سینکڑوں سال سے ہم ہی شادی ہوئے تھے اس علاقے میں۔</w:t>
      </w:r>
    </w:p>
    <w:p>
      <w:r>
        <w:rPr>
          <w:b/>
        </w:rPr>
        <w:t xml:space="preserve">[23:59] </w:t>
      </w:r>
      <w:r>
        <w:t>sankaron saal se hum hi shaheed hue the. hamara peer qaim tha. to ab agar woh aa gaye hain to theek hai. pehle hamari bari thi, ab un ki bari hai. to negative hone ki kya zaroorat hai?</w:t>
      </w:r>
    </w:p>
    <w:p>
      <w:pPr>
        <w:jc w:val="right"/>
      </w:pPr>
      <w:r>
        <w:t>سینکڑوں سال سے ہم ہی شادی ہوئے تھے۔ ہمارا پیر قائم تھا۔ تو اب اگر وہ آ گئے ہیں تو ٹھیک ہے۔ پہلے ہماری باری تھی، اب ان کی باری ہے۔ تو نیگیٹیو ہونے کی کیا ضرورت ہے؟</w:t>
      </w:r>
    </w:p>
    <w:p>
      <w:r>
        <w:rPr>
          <w:b/>
        </w:rPr>
        <w:t xml:space="preserve">[24:11] </w:t>
      </w:r>
      <w:r>
        <w:t>aise hi dekhiye. israel jab bana, yahan bhi musalmanon ko sochna chahiye tha ke sankaron saal se hum hi rule kar rahe the.</w:t>
      </w:r>
    </w:p>
    <w:p>
      <w:pPr>
        <w:jc w:val="right"/>
      </w:pPr>
      <w:r>
        <w:t>ایسے ہی دیکھئے۔ اسرائیل جب بنا، یہاں بھی مسلمانوں کو سوچنا چاہیے تھا کہ سینکڑوں سال سے ہم ہی رول کر رہے تھے۔</w:t>
      </w:r>
    </w:p>
    <w:p>
      <w:r>
        <w:rPr>
          <w:b/>
        </w:rPr>
        <w:t xml:space="preserve">[24:20] </w:t>
      </w:r>
      <w:r>
        <w:t>poore falasteen mein hamara rule tha. ab woh aa gaye hain aur aadhe falasteen par un ka rule ho gaya to to is mein kya zaroorat hai negative hone ki?</w:t>
      </w:r>
    </w:p>
    <w:p>
      <w:pPr>
        <w:jc w:val="right"/>
      </w:pPr>
      <w:r>
        <w:t>پورے فلسطین میں ہمارا رول تھا۔ اب وہ آ گئے ہیں اور آدھے فلسطین پر ان کا رول ہو گیا تو تو اس میں کیا ضرورت ہے نیگیٹیو ہونے کی؟</w:t>
      </w:r>
    </w:p>
    <w:p>
      <w:r>
        <w:rPr>
          <w:b/>
        </w:rPr>
        <w:t xml:space="preserve">[24:34] </w:t>
      </w:r>
      <w:r>
        <w:t>is tarah agar sochte hain jo quran mein ka tareeqa hai sochne ka ke agar un ko kuch mauqa mila, tum ko bhi mauqa mil chuka hai.</w:t>
      </w:r>
    </w:p>
    <w:p>
      <w:pPr>
        <w:jc w:val="right"/>
      </w:pPr>
      <w:r>
        <w:t>اس طرح اگر سوچتے ہیں جو قرآن میں کا طریقہ ہے سوچنے کا کہ اگر ان کو کچھ موقع ملا، تم کو بھی موقع مل چکا ہے۔</w:t>
      </w:r>
    </w:p>
    <w:p>
      <w:r>
        <w:rPr>
          <w:b/>
        </w:rPr>
        <w:t xml:space="preserve">[24:45] </w:t>
      </w:r>
      <w:r>
        <w:t>bara is tarah se, yaani is tarah se jo kahein ke process of neutralization ho jata.</w:t>
      </w:r>
    </w:p>
    <w:p>
      <w:pPr>
        <w:jc w:val="right"/>
      </w:pPr>
      <w:r>
        <w:t>بڑا اس طرح سے، یعنی اس طرح سے جو کہیں کہ پروسیس آف نیورلائزیشن ہو جاتا۔</w:t>
      </w:r>
    </w:p>
    <w:p>
      <w:r>
        <w:rPr>
          <w:b/>
        </w:rPr>
        <w:t xml:space="preserve">[24:58] </w:t>
      </w:r>
      <w:r>
        <w:t>aur phir dawat ki speed baqi rehti. aise hi dekhiye india mein itne achhe taluqat the hindu musalmanon mein.</w:t>
      </w:r>
    </w:p>
    <w:p>
      <w:pPr>
        <w:jc w:val="right"/>
      </w:pPr>
      <w:r>
        <w:t>اور پھر دعوت کی اسپیٹ باقی رہتی۔ ایسے ہی دیکھئے انڈیا میں اتنے اچھے تعلقات تھے ہندو مسلمانوں میں۔</w:t>
      </w:r>
    </w:p>
    <w:p>
      <w:r>
        <w:rPr>
          <w:b/>
        </w:rPr>
        <w:t xml:space="preserve">[25:08] </w:t>
      </w:r>
      <w:r>
        <w:t>aur islam wahan phailne ke poore chances the. hua kya ke 6 december 1952 ko kuch hindu logon ne ja kar babri basti ko utha diya.</w:t>
      </w:r>
    </w:p>
    <w:p>
      <w:pPr>
        <w:jc w:val="right"/>
      </w:pPr>
      <w:r>
        <w:t>اور اسلام وہاں پھیلنے کے پورے چانسز تھے۔ ہوا کیا کہ 6 دسمبر 1952 کو کچھ ہندو لوگوں نے جا کر بابری بستی کو اٹھا دیا۔</w:t>
      </w:r>
    </w:p>
    <w:p>
      <w:r>
        <w:rPr>
          <w:b/>
        </w:rPr>
        <w:t xml:space="preserve">[25:22] </w:t>
      </w:r>
      <w:r>
        <w:t>ab sara musalman aag babula ho gaya. ek dum bas dushman number ek samajhne laga.</w:t>
      </w:r>
    </w:p>
    <w:p>
      <w:pPr>
        <w:jc w:val="right"/>
      </w:pPr>
      <w:r>
        <w:t>اب سارا مسلمان آگ بگولا ہو گیا۔ ایک دم بس دشمن نمبر ایک سمجھنے لگا۔</w:t>
      </w:r>
    </w:p>
    <w:p>
      <w:r>
        <w:rPr>
          <w:b/>
        </w:rPr>
        <w:t xml:space="preserve">[25:31] </w:t>
      </w:r>
      <w:r>
        <w:t>iski wajah se kya hua? dawat ki speed khatm. dawat ki speed khatm, ab phir nafrat. halankay yahan bhi woh soch sakte the ke is se pehle 1001 mein</w:t>
      </w:r>
    </w:p>
    <w:p>
      <w:pPr>
        <w:jc w:val="right"/>
      </w:pPr>
      <w:r>
        <w:t>اس کی وجہ سے کیا ہوا؟ دعوت کی اسپیٹ ختم۔ دعوت کی اسپیٹ ختم، اب پھر نفرت۔ حالانکہ یہاں بھی وہ سوچ سکتے تھے کہ اس سے پہلے 1001 میں</w:t>
      </w:r>
    </w:p>
    <w:p>
      <w:r>
        <w:rPr>
          <w:b/>
        </w:rPr>
        <w:t xml:space="preserve">[25:48] </w:t>
      </w:r>
      <w:r>
        <w:t>ek waqea is se bara ho chuka tha. yaani somnath mein hinduon ka bohat bara mandir tha. mahmood ghaznavi wahan aaya.</w:t>
      </w:r>
    </w:p>
    <w:p>
      <w:pPr>
        <w:jc w:val="right"/>
      </w:pPr>
      <w:r>
        <w:t>ایک واقعہ اس سے بڑا ہو چکا تھا۔ یعنی سومناتھ میں ہندوؤں کا بہت بڑا مندر تھا۔ محمود غزنوی وہاں آیا۔</w:t>
      </w:r>
    </w:p>
    <w:p>
      <w:r>
        <w:rPr>
          <w:b/>
        </w:rPr>
        <w:t xml:space="preserve">[25:58] </w:t>
      </w:r>
      <w:r>
        <w:t>us ne mandir ko tod diya. aur woh khandar pada hua tha, woh sara khandar pada hua tha. azadi ke baad jo government bani national government hamari, us ne us ko phir rebuild karwaya tha.</w:t>
      </w:r>
    </w:p>
    <w:p>
      <w:pPr>
        <w:jc w:val="right"/>
      </w:pPr>
      <w:r>
        <w:t>اس نے مندر کو توڑ دیا۔ اور وہ کھنڈر پڑا ہوا تھا، وہ سارا کھنڈر پڑا ہوا تھا۔ آزادی کے بعد جو گورنمنٹ بنی نیشنل گورنمنٹ ہماری، اس نے اس کو پھر ری بلڈ کروایا تھا۔</w:t>
      </w:r>
    </w:p>
    <w:p>
      <w:r>
        <w:rPr>
          <w:b/>
        </w:rPr>
        <w:t xml:space="preserve">[26:13] </w:t>
      </w:r>
      <w:r>
        <w:t>main ne us ko dekha hai wahan. to yeh sochte ke is se pehle somnath ka mandir musalmanon ne toda tha.</w:t>
      </w:r>
    </w:p>
    <w:p>
      <w:pPr>
        <w:jc w:val="right"/>
      </w:pPr>
      <w:r>
        <w:t>میں نے اس کو دیکھا ہے وہاں۔ تو یہ سوچتے کہ اس سے پہلے سومناتھ کا مندر مسلمانوں نے توڑا تھا۔</w:t>
      </w:r>
    </w:p>
    <w:p>
      <w:r>
        <w:rPr>
          <w:b/>
        </w:rPr>
        <w:t xml:space="preserve">[26:24] </w:t>
      </w:r>
      <w:r>
        <w:t>ab woh un ka reaction tha, un ka retaliation tha ke unhon ne babri basti ko tod diya. chalo barabar hua, chodo is ko. to phir kya hota?</w:t>
      </w:r>
    </w:p>
    <w:p>
      <w:pPr>
        <w:jc w:val="right"/>
      </w:pPr>
      <w:r>
        <w:t>اب وہ ان کا ری ایکشن تھا، ان کا ری ٹیلی ایشن تھا کہ انہوں نے بابری بستی کو توڑ دیا۔ چلو برابر ہوا، چھوڑو اس کو۔ تو پھر کیا ہوتا؟</w:t>
      </w:r>
    </w:p>
    <w:p>
      <w:r>
        <w:rPr>
          <w:b/>
        </w:rPr>
        <w:t xml:space="preserve">[26:35] </w:t>
      </w:r>
      <w:r>
        <w:t>dawat ki aspeat baqi rehti. lekin itna zyada nafrat paida ho gayi musalmanon mein. ab nafrat paida hone ka sabab yeh hai ke wahi isi ka charchah, har jagah isi ka charchah.</w:t>
      </w:r>
    </w:p>
    <w:p>
      <w:pPr>
        <w:jc w:val="right"/>
      </w:pPr>
      <w:r>
        <w:t>دعوت کی اسپیٹ باقی رہتی۔ لیکن اتنا زیادہ نفرت پیدا ہو گئی مسلمانوں میں۔ اب نفرت پیدا ہونے کا سبب یہ ہے کہ وہی اسی کا چرچہ، ہر جگہ اسی کا چرچہ۔</w:t>
      </w:r>
    </w:p>
    <w:p>
      <w:r>
        <w:rPr>
          <w:b/>
        </w:rPr>
        <w:t xml:space="preserve">[26:49] </w:t>
      </w:r>
      <w:r>
        <w:t>akhbaron mein, risalon mein, stage par, majlison mein, jalson mein, summaryal mein, har jagah isi ka charchah. aur in to sab ke dil mein nafrat bhar gayi.</w:t>
      </w:r>
    </w:p>
    <w:p>
      <w:pPr>
        <w:jc w:val="right"/>
      </w:pPr>
      <w:r>
        <w:t>اخباروں میں، رسالوں میں، اسٹیج پر، مجلسوں میں، جلسوں میں، سمریال میں، ہر جگہ اسی کا چرچہ۔ اور ان تو سب کے دل میں نفرت بھر گئی۔</w:t>
      </w:r>
    </w:p>
    <w:p>
      <w:r>
        <w:rPr>
          <w:b/>
        </w:rPr>
        <w:t xml:space="preserve">[27:02] </w:t>
      </w:r>
      <w:r>
        <w:t>yani quran ka jo tareeqa tha ke is charchah hi mat karo, is ka. is ka charchah hi mat karo. in waqiat ke negative aspect ka charchah hi mat karo.</w:t>
      </w:r>
    </w:p>
    <w:p>
      <w:pPr>
        <w:jc w:val="right"/>
      </w:pPr>
      <w:r>
        <w:t>یعنی قرآن کا جو طریقہ تھا کہ اس چرچہ ہی مت کرو، اس کا۔ اس کا چرچہ ہی مت کرو۔ ان واقعات کے نیگیٹیو ایسپیکٹ کا چرچہ ہی مت کرو۔</w:t>
      </w:r>
    </w:p>
    <w:p>
      <w:r>
        <w:rPr>
          <w:b/>
        </w:rPr>
        <w:t xml:space="preserve">[27:13] </w:t>
      </w:r>
      <w:r>
        <w:t>charchah karo positive aspect ka, opportunity ka. to main samajhta hoon ke quran ka yeh bohat bara, yani quran ki bohat bari wisdom hai ke ahle iman ke andar aspect of dawat jo hai, kisi tarah woh bhi khatm na hone paye.</w:t>
      </w:r>
    </w:p>
    <w:p>
      <w:pPr>
        <w:jc w:val="right"/>
      </w:pPr>
      <w:r>
        <w:t>چرچہ کرو پازیٹیو ایسپیکٹ کا، اپرچونیٹی کا۔ تو میں سمجھتا ہوں کہ قرآن کا یہ بہت بڑا، یعنی قرآن کی بہت بڑی وزڈم ہے کہ اہل ایمان کے اندر اسپیٹ آف دعوت جو ہے، کسی طرح وہ بھی ختم نہ ہونے پائے۔</w:t>
      </w:r>
    </w:p>
    <w:p>
      <w:r>
        <w:rPr>
          <w:b/>
        </w:rPr>
        <w:t xml:space="preserve">[27:38] </w:t>
      </w:r>
      <w:r>
        <w:t>har doosri cheez ko bardasht kar liya jaye. is ko bardasht na kiya jaye ke dawat ki aspect in ke andar khatm ho jaye. cheezon ko bhulao, cheezon ko yani positive andaaz mein explain karo.</w:t>
      </w:r>
    </w:p>
    <w:p>
      <w:pPr>
        <w:jc w:val="right"/>
      </w:pPr>
      <w:r>
        <w:t>ہر دوسری چیز کو برداشت کر لیا جائے۔ اس کو برداشت نہ کیا جائے کہ دعوت کی اسپیٹ ان کے اندر ختم ہو جائے۔ چیزوں کو بھلاؤ، چیزوں کو یعنی پازیٹیو انداز میں ایکسپلین کرو۔</w:t>
      </w:r>
    </w:p>
    <w:p>
      <w:r>
        <w:rPr>
          <w:b/>
        </w:rPr>
        <w:t xml:space="preserve">[27:55] </w:t>
      </w:r>
      <w:r>
        <w:t>kuch bhi karo, kuch bhi karo, lekin nafrat se bachao musalmanon ko. taake dawat ka kaam jari rahe.</w:t>
      </w:r>
    </w:p>
    <w:p>
      <w:pPr>
        <w:jc w:val="right"/>
      </w:pPr>
      <w:r>
        <w:t>کچھ بھی کرو، کچھ بھی کرو، لیکن نفرت سے بچاؤ مسلمانوں کو۔ تاکہ دعوت کا کام جاری رہے۔</w:t>
      </w:r>
    </w:p>
    <w:p>
      <w:r>
        <w:rPr>
          <w:b/>
        </w:rPr>
        <w:t xml:space="preserve">[28:05] </w:t>
      </w:r>
      <w:r>
        <w:t>to yeh bohat hi, main samajhta hoon ke bohat bari wisdom hai. yani cheezon ko positive way mein explain karna. cheezon ko bhulaway khane mein dal dena.</w:t>
      </w:r>
    </w:p>
    <w:p>
      <w:pPr>
        <w:jc w:val="right"/>
      </w:pPr>
      <w:r>
        <w:t>تو یہ بہت ہی، میں سمجھتا ہوں کہ بہت بڑی وزڈم ہے۔ یعنی چیزوں کو پازیٹیو وے میں ایکسپلین کرنا۔ چیزوں کو بھلاوے کھانے میں ڈال دینا۔</w:t>
      </w:r>
    </w:p>
    <w:p>
      <w:r>
        <w:rPr>
          <w:b/>
        </w:rPr>
        <w:t xml:space="preserve">[28:16] </w:t>
      </w:r>
      <w:r>
        <w:t>yeh kehna ke sahib, tum ne kiya tha to unhon ne bhi kar diya, to barabar ho gaya. yani kisi na kisi tareeqay se negativity ko khatm karna. aur dobara normal soch paida karna.</w:t>
      </w:r>
    </w:p>
    <w:p>
      <w:pPr>
        <w:jc w:val="right"/>
      </w:pPr>
      <w:r>
        <w:t>یہ کہنا کہ صاحب، تم نے کیا تھا تو انہوں نے بھی کر دیا، تو برابر ہو گیا۔ یعنی کسی نہ کسی طریقے سے نیگیٹیوٹی کو ختم کرنا۔ اور دوبارہ نارمل سوچ پیدا کرنا۔</w:t>
      </w:r>
    </w:p>
    <w:p>
      <w:r>
        <w:rPr>
          <w:b/>
        </w:rPr>
        <w:t xml:space="preserve">[28:32] </w:t>
      </w:r>
      <w:r>
        <w:t>kyun? taake jo asal mission hai ahle iman ka, dawat un ka asal mission hai. asal mission jo hai, woh je parh raha hai, aaj na ho.</w:t>
      </w:r>
    </w:p>
    <w:p>
      <w:pPr>
        <w:jc w:val="right"/>
      </w:pPr>
      <w:r>
        <w:t>کیوں؟ تاکہ جو اصل مشن ہے اہل ایمان کا، دعوت ان کا اصل مشن ہے۔ اصل مشن جو ہے، وہ جے پڑھ رہا ہے، آج نہ ہو۔</w:t>
      </w:r>
    </w:p>
    <w:p>
      <w:r>
        <w:rPr>
          <w:b/>
        </w:rPr>
        <w:t xml:space="preserve">[28:43] </w:t>
      </w:r>
      <w:r>
        <w:t>is ki aspect khatm na ho. to yeh hai quran ka tareeqa.</w:t>
      </w:r>
    </w:p>
    <w:p>
      <w:pPr>
        <w:jc w:val="right"/>
      </w:pPr>
      <w:r>
        <w:t>اس کی اسپیٹ ختم نہ ہو۔ تو یہ ہے قرآن کا طریقہ۔</w:t>
      </w:r>
    </w:p>
    <w:p>
      <w:r>
        <w:rPr>
          <w:b/>
        </w:rPr>
        <w:t xml:space="preserve">[28:52] </w:t>
      </w:r>
      <w:r>
        <w:t>aur is mein bohat hi anokhi misalein quran majeed mein hain. jaise dekhiye, quran ki aik surah mein yeh alfaz hain: wa rafa'na laka zikrak ya hum ne tumhara zikr buland kiya.</w:t>
      </w:r>
    </w:p>
    <w:p>
      <w:pPr>
        <w:jc w:val="right"/>
      </w:pPr>
      <w:r>
        <w:t>اور اس میں بہت ہی انوکھی مثالیں قرآن مجید میں ہیں۔ جیسے دیکھئے، قرآن کی ایک سورہ میں یہ الفاظ ہیں: وَرَفَعْنَا لَكَ ذِكْرَكَ یا ہم نے تمہارا ذکر بلند کیا۔</w:t>
      </w:r>
    </w:p>
    <w:p>
      <w:r>
        <w:rPr>
          <w:b/>
        </w:rPr>
        <w:t xml:space="preserve">[29:12] </w:t>
      </w:r>
      <w:r>
        <w:t>yeh yeh ayat kab utri thi? yeh makki daur mein utri thi jab ke musalman, jab ke rasool Allah sal Allah alayh wasallam ke khilaf bohat propaganda ho raha tha.</w:t>
      </w:r>
    </w:p>
    <w:p>
      <w:pPr>
        <w:jc w:val="right"/>
      </w:pPr>
      <w:r>
        <w:t>یہ یہ آیت کب اتری تھی؟ یہ مکی دور میں اتری تھی جب کہ مسلمان، جب کہ رسول اللہ صلی اللہ علیہ وسلم کے خلاف بہت پروپیگنڈا ہو رہا تھا۔</w:t>
      </w:r>
    </w:p>
    <w:p>
      <w:r>
        <w:rPr>
          <w:b/>
        </w:rPr>
        <w:t xml:space="preserve">[29:22] </w:t>
      </w:r>
      <w:r>
        <w:t>rasool Allah sal Allah alayh wasallam ke khilaf negative propaganda bohat kiya ja raha tha is zamane mein. makki daur mein. us waqt yeh ayat utri: wa rafa'na laka zikrak.</w:t>
      </w:r>
    </w:p>
    <w:p>
      <w:pPr>
        <w:jc w:val="right"/>
      </w:pPr>
      <w:r>
        <w:t>رسول اللہ صلی اللہ علیہ وسلم کے خلاف نیگیٹیو پروپیگنڈا بہت کیا جا رہا تھا اس زمانے میں۔ مکی دور میں۔ اس وقت یہ آیت اتری: وَرَفَعْنَا لَكَ ذِكْرَكَ۔</w:t>
      </w:r>
    </w:p>
    <w:p>
      <w:r>
        <w:rPr>
          <w:b/>
        </w:rPr>
        <w:t xml:space="preserve">[29:32] </w:t>
      </w:r>
      <w:r>
        <w:t>is ka matlab kya hai? ke in ke negative propaganda ko publicity ke ma'nay de diya Allah taala ne. kyunke publicity ho rahi hai. kaisi ajeeb baat hai.</w:t>
      </w:r>
    </w:p>
    <w:p>
      <w:pPr>
        <w:jc w:val="right"/>
      </w:pPr>
      <w:r>
        <w:t>اس کا مطلب کیا ہے؟ کہ ان کے نیگیٹیو پروپیگنڈے کو پبلسٹری کے معنی دے دیا اللہ تعالیٰ نے۔ کیونکہ پبلسٹری ہو رہی ہے۔ کیسی عجیب بات ہے۔</w:t>
      </w:r>
    </w:p>
    <w:p>
      <w:r>
        <w:rPr>
          <w:b/>
        </w:rPr>
        <w:t xml:space="preserve">[29:44] </w:t>
      </w:r>
      <w:r>
        <w:t>woh rasool Allah sal Allah alayh wasallam ke baray mein negative propaganda kar rahay thay. us waqt yeh ayat utri ke: wa rafa'na laka zikrak ke is ko tum negative propaganda ke ma'nay mein kyun lete ho?</w:t>
      </w:r>
    </w:p>
    <w:p>
      <w:pPr>
        <w:jc w:val="right"/>
      </w:pPr>
      <w:r>
        <w:t>وہ رسول اللہ صلی اللہ علیہ وسلم کے بارے میں نیگیٹیو پروپیگنڈا کر رہے تھے۔ اس وقت یہ آیت اتری کہ: وَرَفَعْنَا لَكَ ذِكْرَكَ کہ اس کو تم نیگیٹیو پروپیگنڈے کے معنی میں کیوں لیتے ہو؟</w:t>
      </w:r>
    </w:p>
    <w:p>
      <w:r>
        <w:rPr>
          <w:b/>
        </w:rPr>
        <w:t xml:space="preserve">[29:54] </w:t>
      </w:r>
      <w:r>
        <w:t>publicity ke ma'nay mein lo. aap ghor kijiye, kitni ajeeb yeh, kitni ajeeb wisdom hai yeh jo quran mein maujood hai.</w:t>
      </w:r>
    </w:p>
    <w:p>
      <w:pPr>
        <w:jc w:val="right"/>
      </w:pPr>
      <w:r>
        <w:t>پبلسٹری کے معنی میں لو۔ آپ غور کیجئے، کتنی عجیب یہ، کتنی عجیب وزڈم ہے یہ جو قرآن میں موجود ہے۔</w:t>
      </w:r>
    </w:p>
    <w:p>
      <w:r>
        <w:rPr>
          <w:b/>
        </w:rPr>
        <w:t xml:space="preserve">[30:07] </w:t>
      </w:r>
      <w:r>
        <w:t>lekin jahan tak main janta hoon, is wisdom ko musalman bilkul bhula chukay hain. bilkul bhula chukay hain.</w:t>
      </w:r>
    </w:p>
    <w:p>
      <w:pPr>
        <w:jc w:val="right"/>
      </w:pPr>
      <w:r>
        <w:t>لیکن جہاں تک میں جانتا ہوں، اس وزڈم کو مسلمان بالکل بھلا چکے ہیں۔ بالکل بھلا چکے ہیں۔</w:t>
      </w:r>
    </w:p>
    <w:p>
      <w:r>
        <w:rPr>
          <w:b/>
        </w:rPr>
        <w:t xml:space="preserve">[30:17] </w:t>
      </w:r>
      <w:r>
        <w:t>hata ke aik anokhi wisdom, yeh bhulana aaj se nahi hai, hazar saal se hai. jaise aik mein aik misal deta hoon aap ko ke tatari jo thay, terahveen sadi mein samarkand niklay apne woh apne ilaqay se aur samarkand se le kar halab tak sab taraaj kar diya unhon ne.</w:t>
      </w:r>
    </w:p>
    <w:p>
      <w:pPr>
        <w:jc w:val="right"/>
      </w:pPr>
      <w:r>
        <w:t>حتیٰ کہ ایک انوکھی وزڈم، یہ بھلانا آج سے نہیں ہے، ہزار سال سے ہے۔ جیسے ایک میں ایک مثال دیتا ہوں آپ کو کہ تاتاری جو تھے، تیرہویں صدی میں سمرقند نکلے اپنے وہ اپنے علاقے سے اور سمرقند سے لے کر حلب تک سب تاراج کر دیا انہوں نے۔</w:t>
      </w:r>
    </w:p>
    <w:p>
      <w:r>
        <w:rPr>
          <w:b/>
        </w:rPr>
        <w:t xml:space="preserve">[30:38] </w:t>
      </w:r>
      <w:r>
        <w:t>to aap musalmanon ki kitabein parhiye, sari kitabon mein is ka zikr sirf negative andaaz mein hoga. ke baray zalim thay, bohat buray thay, masjidon ko tod diya, logon ko qatal kiya, bas yahi rahay ga.</w:t>
      </w:r>
    </w:p>
    <w:p>
      <w:pPr>
        <w:jc w:val="right"/>
      </w:pPr>
      <w:r>
        <w:t>تو آپ مسلمانوں کی کتابیں پڑھئے، ساری کتابوں میں اس کا ذکر صرف نیگیٹیو انداز میں ہوگا۔ کہ بڑے ظالم تھے، بہت برے تھے، مسجدوں کو توڑ دیا، لوگوں کو قتل کیا، بس یہی رہے گا۔</w:t>
      </w:r>
    </w:p>
    <w:p>
      <w:r>
        <w:rPr>
          <w:b/>
        </w:rPr>
        <w:t xml:space="preserve">[30:53] </w:t>
      </w:r>
      <w:r>
        <w:t>aur mere paas woh hai, aik hai tareekh, aik is ka naam hai: alkamil fi al-tareekh.</w:t>
      </w:r>
    </w:p>
    <w:p>
      <w:pPr>
        <w:jc w:val="right"/>
      </w:pPr>
      <w:r>
        <w:t>اور میرے پاس وہ ہے، ایک ہے تاریخ، ایک اس کا نام ہے: الکامل فی التاریخ۔</w:t>
      </w:r>
    </w:p>
    <w:p>
      <w:r>
        <w:rPr>
          <w:b/>
        </w:rPr>
        <w:t xml:space="preserve">[31:02] </w:t>
      </w:r>
      <w:r>
        <w:t>aik bohat hi ahem kitab tareekh ki hai, is ka naam hai: alkamil fi al-tareekh. ibn aseer ki kitab hai. ibn aseer jo thay, contemporary thay.</w:t>
      </w:r>
    </w:p>
    <w:p>
      <w:pPr>
        <w:jc w:val="right"/>
      </w:pPr>
      <w:r>
        <w:t>ایک بہت ہی اہم کتاب تاریخ کی ہے، اس کا نام ہے: الکامل فی التاریخ۔ ابن عسیر کی کتاب ہے۔ ابن عسیر جو تھے، کنٹیمپریری تھے۔</w:t>
      </w:r>
    </w:p>
    <w:p>
      <w:r>
        <w:rPr>
          <w:b/>
        </w:rPr>
        <w:t xml:space="preserve">[31:12] </w:t>
      </w:r>
      <w:r>
        <w:t>jab tatariyon ne hamla kiya tha to woh us waqt woh zinda maujood thay. to is kitab mein unhon ne jo tazkira kiya hai, bohat hi holnak andaaz mein.</w:t>
      </w:r>
    </w:p>
    <w:p>
      <w:pPr>
        <w:jc w:val="right"/>
      </w:pPr>
      <w:r>
        <w:t>جب تاتاریوں نے حملہ کیا تھا تو وہ اس وقت وہ زندہ موجود تھے۔ تو اس کتاب میں انہوں نے جو تذکرہ کیا ہے، بہت ہی ہولناک انداز میں۔</w:t>
      </w:r>
    </w:p>
    <w:p>
      <w:r>
        <w:rPr>
          <w:b/>
        </w:rPr>
        <w:t xml:space="preserve">[31:24] </w:t>
      </w:r>
      <w:r>
        <w:t>aur is ke paas wahi pattern chalta raha. wahi pattern.</w:t>
      </w:r>
    </w:p>
    <w:p>
      <w:pPr>
        <w:jc w:val="right"/>
      </w:pPr>
      <w:r>
        <w:t>اور اس کے پاس وہی پیٹرن چلتا رہا۔ وہی پیٹرن۔</w:t>
      </w:r>
    </w:p>
    <w:p>
      <w:r>
        <w:rPr>
          <w:b/>
        </w:rPr>
        <w:t xml:space="preserve">[31:32] </w:t>
      </w:r>
      <w:r>
        <w:t>pehli baar is jo mere ilm ke mutabiq is ke ma'mle mein koi positive rukh diya hai, woh professor arundel ne.</w:t>
      </w:r>
    </w:p>
    <w:p>
      <w:pPr>
        <w:jc w:val="right"/>
      </w:pPr>
      <w:r>
        <w:t>پہلی بار اس جو میرے علم کے مطابق اس کے معاملے میں کوئی پازیٹیو رخ دیا ہے، وہ پروفیسر آرنڈل نے۔</w:t>
      </w:r>
    </w:p>
    <w:p>
      <w:r>
        <w:rPr>
          <w:b/>
        </w:rPr>
        <w:t xml:space="preserve">[31:42] </w:t>
      </w:r>
      <w:r>
        <w:t>professor arundel ne kitab likhi hai: The Preaching of Islam. is mein unhon ne dikhaya hai ke tatari jo thay, shuru mein unhon ne zulm kiya tha, lekin baad ko yani musalmanon ki tablegh ke zariye nahi, aise halaat paida hue ke unhon ne, un ki majority ne islam qabool kar liya.</w:t>
      </w:r>
    </w:p>
    <w:p>
      <w:pPr>
        <w:jc w:val="right"/>
      </w:pPr>
      <w:r>
        <w:t>پروفیسر آرنڈل نے کتاب لکھی ہے: The Preaching of Islam۔ اس میں انہوں نے دکھایا ہے کہ تاتاری جو تھے، شروع میں انہوں نے ظلم کیا تھا، لیکن بعد کو یعنی مسلمانوں کی تبلیغ کے ذریعے نہیں، ایسے حالات پیدا ہوئے کہ انہوں نے، ان کی میجورٹی نے اسلام قبول کر لیا۔</w:t>
      </w:r>
    </w:p>
    <w:p>
      <w:r>
        <w:rPr>
          <w:b/>
        </w:rPr>
        <w:t xml:space="preserve">[32:00] </w:t>
      </w:r>
      <w:r>
        <w:t>aur wahi islam ke sipahi ban gae. islam ke alam bardar ban gae. aur sadiyon tak islam ki</w:t>
      </w:r>
    </w:p>
    <w:p>
      <w:pPr>
        <w:jc w:val="right"/>
      </w:pPr>
      <w:r>
        <w:t>اور وہی اسلام کے سپاہی بن گئے۔ اسلام کے علمبردار بن گئے۔ اور صدیوں تک اسلام کی</w:t>
      </w:r>
    </w:p>
    <w:p>
      <w:r>
        <w:rPr>
          <w:b/>
        </w:rPr>
        <w:t xml:space="preserve">[32:10] </w:t>
      </w:r>
      <w:r>
        <w:t>khidmat karte rahe. hatta ke un masjidon ko jo unhon ne dhaya tha, us ko dobara taameer kiya. to musalmanon ki kitabon mein yeh baat hai hi nahin.</w:t>
      </w:r>
    </w:p>
    <w:p>
      <w:pPr>
        <w:jc w:val="right"/>
      </w:pPr>
      <w:r>
        <w:t>خدمت کرتے رہے۔ حتیٰ کہ ان مسجدوں کو جو انہوں نے ڈھایا تھا، اس کو دوبارہ تعمیر کیا۔ تو مسلمانوں کی کتابوں میں یہ بات ہے ہی نہیں۔</w:t>
      </w:r>
    </w:p>
    <w:p>
      <w:r>
        <w:rPr>
          <w:b/>
        </w:rPr>
        <w:t xml:space="preserve">[32:21] </w:t>
      </w:r>
      <w:r>
        <w:t>zulm hi zulm hai, zulm hi zulm hai. isi liye sirf nafrat. main khud tatariyon ko ek nafrat ki wajah se samajhta tha pehle.</w:t>
      </w:r>
    </w:p>
    <w:p>
      <w:pPr>
        <w:jc w:val="right"/>
      </w:pPr>
      <w:r>
        <w:t>ظلم ہی ظلم ہے، ظلم ہی ظلم ہے۔ اسی لیے صرف نفرت۔ میں خود تاتاریوں کو ایک نفرت کی وجہ سے سمجھتا تھا پہلے۔</w:t>
      </w:r>
    </w:p>
    <w:p>
      <w:r>
        <w:rPr>
          <w:b/>
        </w:rPr>
        <w:t xml:space="preserve">[32:31] </w:t>
      </w:r>
      <w:r>
        <w:t>jab maine yeh kitab padhi: The Preaching of Islam, tab mujhe maloom hua ke is negative waqeye mein ek positive aspect chupa hua tha. ke Allah taala ne aise halaat paida kiye ke unhon ne islam phailaya.</w:t>
      </w:r>
    </w:p>
    <w:p>
      <w:pPr>
        <w:jc w:val="right"/>
      </w:pPr>
      <w:r>
        <w:t>جب میں نے یہ کتاب پڑھی: The Preaching of Islam، تب مجھے معلوم ہوا کہ اس نیگیٹیو واقعے میں ایک پازیٹیو ایسپیکٹ چھپا ہوا تھا۔ کہ اللہ تعالیٰ نے ایسے حالات پیدا کیے کہ انہوں نے اسلام پھیلایا۔</w:t>
      </w:r>
    </w:p>
    <w:p>
      <w:r>
        <w:rPr>
          <w:b/>
        </w:rPr>
        <w:t xml:space="preserve">[32:44] </w:t>
      </w:r>
      <w:r>
        <w:t>aur aur woh un ki majority ne islam qubool kar liya. aur phir dekhiye, jo abbasi log the jin ko unhon ne taraaj kiya tha, woh to bohat hi yaani zawal aa chuka tha bohat zyada us zamane mein.</w:t>
      </w:r>
    </w:p>
    <w:p>
      <w:pPr>
        <w:jc w:val="right"/>
      </w:pPr>
      <w:r>
        <w:t>اور اور وہ ان کی میجورٹی نے اسلام قبول کر لیا۔ اور پھر دیکھئے، جو عباسی لوگ تھے جن کو انہوں نے تاراج کیا تھا، وہ تو بہت ہی یعنی زوال آ چکا تھا بہت زیادہ اس زمانے میں۔</w:t>
      </w:r>
    </w:p>
    <w:p>
      <w:r>
        <w:rPr>
          <w:b/>
        </w:rPr>
        <w:t xml:space="preserve">[33:03] </w:t>
      </w:r>
      <w:r>
        <w:t>woh un mein kuch jaan nahin thi, jandar nahin the woh log us waqt. to tatariyon ke zariye jab unhon ne islam qubool kiya to ek jandar qaum mil gayi islam ko.</w:t>
      </w:r>
    </w:p>
    <w:p>
      <w:pPr>
        <w:jc w:val="right"/>
      </w:pPr>
      <w:r>
        <w:t>وہ ان میں کچھ جان نہیں تھی، جاندار نہیں تھے وہ لوگ اس وقت۔ تو تاتاریوں کے ذریعے جب انہوں نے اسلام قبول کیا تو ایک جاندار قوم مل گئی اسلام کو۔</w:t>
      </w:r>
    </w:p>
    <w:p>
      <w:r>
        <w:rPr>
          <w:b/>
        </w:rPr>
        <w:t xml:space="preserve">[33:17] </w:t>
      </w:r>
      <w:r>
        <w:t>abbasi log, un mein jaan baqi nahin rahi thi. jis ko kehte hain ek damdaar, damdaar nahin the woh. to Allah taala ne aise halaat paida kiye ke tatariyon ki shakal mein islam qubool karne ke baad ek jandar qaum mil gayi islam ki pasbani ke liye.</w:t>
      </w:r>
    </w:p>
    <w:p>
      <w:pPr>
        <w:jc w:val="right"/>
      </w:pPr>
      <w:r>
        <w:t>عباسی لوگ، ان میں جان باقی نہیں رہی تھی۔ جس کو کہتے ہیں ایک دمدار، دمدار نہیں تھے وہ۔ تو اللہ تعالیٰ نے ایسے حالات پیدا کیے کہ تاتاریوں کی شکل میں اسلام قبول کرنے کے بعد ایک جاندار قوم مل گئی اسلام کی پاسبانی کے لیے۔</w:t>
      </w:r>
    </w:p>
    <w:p>
      <w:r>
        <w:rPr>
          <w:b/>
        </w:rPr>
        <w:t xml:space="preserve">[33:34] </w:t>
      </w:r>
      <w:r>
        <w:t>to mujhe musalmanon ki kitabon mein yeh baat nahin mili thi. yeh kitab mujhe pehli baar mili, yeh baat professor arndell ki kitab mein. to ek mizaj musalmanon ka ban gaya ke negative baaton ka tazkira aur positive baaton ka tazkira nahin.</w:t>
      </w:r>
    </w:p>
    <w:p>
      <w:pPr>
        <w:jc w:val="right"/>
      </w:pPr>
      <w:r>
        <w:t>تو مجھے مسلمانوں کی کتابوں میں یہ بات نہیں ملی تھی۔ یہ کتاب مجھے پہلی بار ملی، یہ بات پروفیسر آرنڈل کی کتاب میں۔ تو ایک مزاج مسلمانوں کا بن گیا کہ نیگیٹیو باتوں کا تذکرہ اور پازیٹیو باتوں کا تذکرہ نہیں۔</w:t>
      </w:r>
    </w:p>
    <w:p>
      <w:r>
        <w:rPr>
          <w:b/>
        </w:rPr>
        <w:t xml:space="preserve">[33:53] </w:t>
      </w:r>
      <w:r>
        <w:t>halankeh yeh is quran ke usloob ke khilaf hai. quran ke usloob ke khilaf hai yeh.</w:t>
      </w:r>
    </w:p>
    <w:p>
      <w:pPr>
        <w:jc w:val="right"/>
      </w:pPr>
      <w:r>
        <w:t>حالانکہ یہ اس قرآن کے اسلوب کے خلاف ہے۔ قرآن کے اسلوب کے خلاف ہے یہ۔</w:t>
      </w:r>
    </w:p>
    <w:p>
      <w:r>
        <w:rPr>
          <w:b/>
        </w:rPr>
        <w:t xml:space="preserve">[34:03] </w:t>
      </w:r>
      <w:r>
        <w:t>to aap is lihaaz se agar quran ko padhein to aap doosri kitabon se bilkul is ko mukhtalif paayenge.</w:t>
      </w:r>
    </w:p>
    <w:p>
      <w:pPr>
        <w:jc w:val="right"/>
      </w:pPr>
      <w:r>
        <w:t>تو آپ اس لحاظ سے اگر قرآن کو پڑھیں تو آپ دوسری کتابوں سے بالکل اس کو مختلف پائیں گے۔</w:t>
      </w:r>
    </w:p>
    <w:p>
      <w:r>
        <w:rPr>
          <w:b/>
        </w:rPr>
        <w:t xml:space="preserve">[34:14] </w:t>
      </w:r>
      <w:r>
        <w:t>doosri kitabon se mukhtalif. ek taraf to yeh ke is mein jo rituals hote hain, jo dos and don'ts hote hain, is tarah ki baatein quran mein nahin hain.</w:t>
      </w:r>
    </w:p>
    <w:p>
      <w:pPr>
        <w:jc w:val="right"/>
      </w:pPr>
      <w:r>
        <w:t>دوسری کتابوں سے مختلف۔ ایک طرف تو یہ کہ اس میں جو ریچولز ہوتے ہیں، جو ڈوز اینڈ ڈوٹس ہوتے ہیں، اس طرح کی باتیں قرآن میں نہیں ہیں۔</w:t>
      </w:r>
    </w:p>
    <w:p>
      <w:r>
        <w:rPr>
          <w:b/>
        </w:rPr>
        <w:t xml:space="preserve">[34:29] </w:t>
      </w:r>
      <w:r>
        <w:t>is mein zyada tar baatein kya hain? ta'aqul, tafakkur, tasawwuf, tazakkur, yaani sochne ki baatein, socho, socho.</w:t>
      </w:r>
    </w:p>
    <w:p>
      <w:pPr>
        <w:jc w:val="right"/>
      </w:pPr>
      <w:r>
        <w:t>اس میں زیادہ تر باتیں کیا ہیں؟ تعقل، تفکر، توسب، تذکر، یعنی سوچنے کی باتیں، سوچو، سوچو۔</w:t>
      </w:r>
    </w:p>
    <w:p>
      <w:r>
        <w:rPr>
          <w:b/>
        </w:rPr>
        <w:t xml:space="preserve">[34:41] </w:t>
      </w:r>
      <w:r>
        <w:t>jaise aaj maine ek article likhwaya to bhi yeh maine likha hai ke quran ka khulasa agar bataya jaye to hoga: Think, think, think,</w:t>
      </w:r>
    </w:p>
    <w:p>
      <w:pPr>
        <w:jc w:val="right"/>
      </w:pPr>
      <w:r>
        <w:t>جیسے آج میں نے ایک آرٹیکل لکھوایا تو بھی یہ میں نے لکھا ہے کہ قرآن کا خلاصہ اگر بتایا جائے تو ہوگا: Think, think, think,</w:t>
      </w:r>
    </w:p>
    <w:p>
      <w:r>
        <w:rPr>
          <w:b/>
        </w:rPr>
        <w:t xml:space="preserve">[34:49] </w:t>
      </w:r>
      <w:r>
        <w:t>there must be a better way. yeh quran ka tareeqa hai. Think, think, think, there must be a better way.</w:t>
      </w:r>
    </w:p>
    <w:p>
      <w:pPr>
        <w:jc w:val="right"/>
      </w:pPr>
      <w:r>
        <w:t>there must be a better way. یہ قرآن کا طریقہ ہے۔ Think, think, think, there must be a better way.</w:t>
      </w:r>
    </w:p>
    <w:p>
      <w:r>
        <w:rPr>
          <w:b/>
        </w:rPr>
        <w:t xml:space="preserve">[34:58] </w:t>
      </w:r>
      <w:r>
        <w:t>to saara quran jo hai isi par zor deta hai ke socho, socho, socho.</w:t>
      </w:r>
    </w:p>
    <w:p>
      <w:pPr>
        <w:jc w:val="right"/>
      </w:pPr>
      <w:r>
        <w:t>تو سارا قرآن جو ہے اسی پر زور دیتا ہے کہ سوچو، سوچو، سوچو۔</w:t>
      </w:r>
    </w:p>
    <w:p>
      <w:r>
        <w:rPr>
          <w:b/>
        </w:rPr>
        <w:t xml:space="preserve">[35:08] </w:t>
      </w:r>
      <w:r>
        <w:t>aur woh cheezein ke commandment aur dos and don'ts aur rituals, yeh sab quran mein hai hi nahin. aur yahi cheez musalmanon se ghazab ho gayi.</w:t>
      </w:r>
    </w:p>
    <w:p>
      <w:pPr>
        <w:jc w:val="right"/>
      </w:pPr>
      <w:r>
        <w:t>اور وہ چیزیں کہ کمانڈمنٹ اور ڈوز اینڈ ڈوٹس اور ریچولز، یہ سب قرآن میں ہے ہی نہیں۔ اور یہی چیز مسلمانوں سے ہضب ہو گئی۔</w:t>
      </w:r>
    </w:p>
    <w:p>
      <w:r>
        <w:rPr>
          <w:b/>
        </w:rPr>
        <w:t xml:space="preserve">[35:19] </w:t>
      </w:r>
      <w:r>
        <w:t>bohat ajeeb baat hai. yaani quran ka</w:t>
      </w:r>
    </w:p>
    <w:p>
      <w:pPr>
        <w:jc w:val="right"/>
      </w:pPr>
      <w:r>
        <w:t>بہت عجیب بات ہے۔ یعنی قرآن کا</w:t>
      </w:r>
    </w:p>
    <w:p>
      <w:r>
        <w:rPr>
          <w:b/>
        </w:rPr>
        <w:t xml:space="preserve">[35:25] </w:t>
      </w:r>
      <w:r>
        <w:t>musalman quran ki tilawatein karte rahe, khoob dhoom se. qari log khoob zabardast tareeqe se, yaani practice kar ke aur tayyar kar ke khoob qiraatein karte the aur aaj bhi kar rahe hain.</w:t>
      </w:r>
    </w:p>
    <w:p>
      <w:pPr>
        <w:jc w:val="right"/>
      </w:pPr>
      <w:r>
        <w:t>مسلمان قرآن کی تلاوتیں کرتے رہے، خوب دھوم سے۔ قاری لوگ خوب زبردست طریقے سے، یعنی پریکٹس کر کے اور تیار کر کے خوب قرأتیں کرتے تھے اور آج بھی کر رہے ہیں۔</w:t>
      </w:r>
    </w:p>
    <w:p>
      <w:r>
        <w:rPr>
          <w:b/>
        </w:rPr>
        <w:t xml:space="preserve">[35:40] </w:t>
      </w:r>
      <w:r>
        <w:t>lekin jo quran ki wisdom thi, woh ghayab.</w:t>
      </w:r>
    </w:p>
    <w:p>
      <w:pPr>
        <w:jc w:val="right"/>
      </w:pPr>
      <w:r>
        <w:t>لیکن جو قرآن کی وزڈم تھی، وہ غائب۔</w:t>
      </w:r>
    </w:p>
    <w:p>
      <w:r>
        <w:rPr>
          <w:b/>
        </w:rPr>
        <w:t xml:space="preserve">[35:51] </w:t>
      </w:r>
      <w:r>
        <w:t>woh wisdom yahi thi ke ke zindagi mein dekhiye, challenges aayenge, differences aayenge, negative auqaat paish aayenge, provocation hoga,</w:t>
      </w:r>
    </w:p>
    <w:p>
      <w:pPr>
        <w:jc w:val="right"/>
      </w:pPr>
      <w:r>
        <w:t>وہ وزڈم یہی تھی کہ کہ زندگی میں دیکھئے، چیلنج آئیں گے، ڈیفرنسز آئیں گے، نیگیٹیو اوقات پیش آئیں گے، پرووکیشن ہوگا،</w:t>
      </w:r>
    </w:p>
    <w:p>
      <w:r>
        <w:rPr>
          <w:b/>
        </w:rPr>
        <w:t xml:space="preserve">[36:05] </w:t>
      </w:r>
      <w:r>
        <w:t>zulm bhi kiya jayega, yeh sab hoga. lekin is ka is ka charcha hi mat karo. is ko jis ko kehte hain angrezi mein ke Take it easy.</w:t>
      </w:r>
    </w:p>
    <w:p>
      <w:pPr>
        <w:jc w:val="right"/>
      </w:pPr>
      <w:r>
        <w:t>ظلم بھی کیا جائے گا، یہ سب ہوگا۔ لیکن اس کا اس کا چرچہ ہی مت کرو۔ اس کو جس کو کہتے ہیں انگریزی میں کہ Take it easy۔</w:t>
      </w:r>
    </w:p>
    <w:p>
      <w:r>
        <w:rPr>
          <w:b/>
        </w:rPr>
        <w:t xml:space="preserve">[36:17] </w:t>
      </w:r>
      <w:r>
        <w:t>Take it easy ka maamla karo. to kya hoga? aap ki jo spirit, kyunke asal mission to yeh hai ke aap dawat dein duniya ko, Allah ka paigham pahunchayein.</w:t>
      </w:r>
    </w:p>
    <w:p>
      <w:pPr>
        <w:jc w:val="right"/>
      </w:pPr>
      <w:r>
        <w:t>Take it easy کا معاملہ کرو۔ تو کیا ہوگا؟ آپ کی جو اسپیٹ، کیونکہ اصل مشن تو یہ ہے کہ آپ دعوت دیں دنیا کو، اللہ کا پیغام پہنچائیں۔</w:t>
      </w:r>
    </w:p>
    <w:p>
      <w:r>
        <w:rPr>
          <w:b/>
        </w:rPr>
        <w:t xml:space="preserve">[36:30] </w:t>
      </w:r>
      <w:r>
        <w:t>to jo kamyabi hoti hai, dekhiye, aap ke barah-e-raast jo aap jihad karte hain, us se kamyabi nahin hoti hai. kamyabi hoti hai Allah ki madad se.</w:t>
      </w:r>
    </w:p>
    <w:p>
      <w:pPr>
        <w:jc w:val="right"/>
      </w:pPr>
      <w:r>
        <w:t>تو جو کامیابی ہوتی ہے، دیکھئے، آپ کے براہ راست جو آپ جہاد کرتے ہیں، اس سے کامیابی نہیں ہوتی ہے۔ کامیابی ہوتی ہے اللہ کی مدد سے۔</w:t>
      </w:r>
    </w:p>
    <w:p>
      <w:r>
        <w:rPr>
          <w:b/>
        </w:rPr>
        <w:t xml:space="preserve">[36:43] </w:t>
      </w:r>
      <w:r>
        <w:t>yeh bohat bari baat quran mein batai gayi hai ke kamyabi milegi Allah ki nusrat se. tumhari jo woh violent activism tumhari hai, us se nahin kuch kamyabi hone wali hai.</w:t>
      </w:r>
    </w:p>
    <w:p>
      <w:pPr>
        <w:jc w:val="right"/>
      </w:pPr>
      <w:r>
        <w:t>یہ بہت بڑی بات قرآن میں بتائی گئی ہے کہ کامیابی ملے گی اللہ کی نصرت سے۔ تمہاری جو وہ وائلنٹ ایکٹیویزم تمہاری ہے، اس سے نہیں کچھ کامیابی ہونے والی ہے۔</w:t>
      </w:r>
    </w:p>
    <w:p>
      <w:r>
        <w:rPr>
          <w:b/>
        </w:rPr>
        <w:t xml:space="preserve">[37:02] </w:t>
      </w:r>
      <w:r>
        <w:t>is mein to sirf apne ko maaroge, apne ko tabah karoge.</w:t>
      </w:r>
    </w:p>
    <w:p>
      <w:pPr>
        <w:jc w:val="right"/>
      </w:pPr>
      <w:r>
        <w:t>اس میں تو صرف اپنے کو مارو گے، اپنے کو تباہ کرو گے۔</w:t>
      </w:r>
    </w:p>
    <w:p>
      <w:r>
        <w:rPr>
          <w:b/>
        </w:rPr>
        <w:t xml:space="preserve">[37:12] </w:t>
      </w:r>
      <w:r>
        <w:t>to kamyabi ka jo falsafa quran mein bataya gaya hai, woh yeh hai ke allah ke bando ke liye apne dil mein, tumhare dil mein khair khwahi ho.</w:t>
      </w:r>
    </w:p>
    <w:p>
      <w:pPr>
        <w:jc w:val="right"/>
      </w:pPr>
      <w:r>
        <w:t>تو کامیابی کا جو فلسفہ قرآن میں بتایا گیا ہے، وہ یہ ہے کہ اللہ کے بندوں کے لیے اپنے دل میں، تمہارے دل میں خیر خواہی ہو۔</w:t>
      </w:r>
    </w:p>
    <w:p>
      <w:r>
        <w:rPr>
          <w:b/>
        </w:rPr>
        <w:t xml:space="preserve">[37:25] </w:t>
      </w:r>
      <w:r>
        <w:t>allah ke bando ke liye tumhare dil mein well wishing ho. to is baat ka kya hoga? ke dawat ki spirit tumhare andar zinda rahe gi.</w:t>
      </w:r>
    </w:p>
    <w:p>
      <w:pPr>
        <w:jc w:val="right"/>
      </w:pPr>
      <w:r>
        <w:t>اللہ کے بندوں کے لیے تمہارے دل میں ویل وشنگ ہو۔ تو اس بات کا کیا ہوگا؟ کہ دعوت کی اسپیٹ تمہارے اندر زندہ رہے گی۔</w:t>
      </w:r>
    </w:p>
    <w:p>
      <w:r>
        <w:rPr>
          <w:b/>
        </w:rPr>
        <w:t xml:space="preserve">[37:35] </w:t>
      </w:r>
      <w:r>
        <w:t>to phir is ke baad dawat ka kaam karo, allah ke bashar ko pohanchao parman andaz mein, khalis parman andaz mein. to kya hoga?</w:t>
      </w:r>
    </w:p>
    <w:p>
      <w:pPr>
        <w:jc w:val="right"/>
      </w:pPr>
      <w:r>
        <w:t>تو پھر اس کے بعد دعوت کا کام کرو، اللہ کے بشر کو پہنچاؤ پرامن انداز میں، خالص پرامن انداز میں۔ تو کیا ہوگا؟</w:t>
      </w:r>
    </w:p>
    <w:p>
      <w:r>
        <w:rPr>
          <w:b/>
        </w:rPr>
        <w:t xml:space="preserve">[37:44] </w:t>
      </w:r>
      <w:r>
        <w:t>allah ki nasrat aye gi, allah ki madad aye gi, is se tum ko kamyabi hasil ho gi. yeh hai formula. to chunke yeh process musalmano mein chala nahi,</w:t>
      </w:r>
    </w:p>
    <w:p>
      <w:pPr>
        <w:jc w:val="right"/>
      </w:pPr>
      <w:r>
        <w:t>اللہ کی نصرت آئے گی، اللہ کی مدد آئے گی، اس سے تم کو کامیابی حاصل ہوگی۔ یہ ہے فارمولا۔ تو چونکہ یہ پروسیس مسلمانوں میں چلا نہیں،</w:t>
      </w:r>
    </w:p>
    <w:p>
      <w:r>
        <w:rPr>
          <w:b/>
        </w:rPr>
        <w:t xml:space="preserve">[37:57] </w:t>
      </w:r>
      <w:r>
        <w:t>to baad ke zamane mein musalmano ko kamyabi bhi nahi mili. yani jo process hai kamyabi hasil karne ka, woh quran mein woh yeh hai.</w:t>
      </w:r>
    </w:p>
    <w:p>
      <w:pPr>
        <w:jc w:val="right"/>
      </w:pPr>
      <w:r>
        <w:t>تو بعد کے زمانے میں مسلمانوں کو کامیابی بھی نہیں ملی۔ یعنی جو پروسیس ہے کامیابی حاصل کرنے کا، وہ قرآن میں وہ یہ ہے۔</w:t>
      </w:r>
    </w:p>
    <w:p>
      <w:r>
        <w:rPr>
          <w:b/>
        </w:rPr>
        <w:t xml:space="preserve">[38:09] </w:t>
      </w:r>
      <w:r>
        <w:t>aur unho ne nikal kar liya ke jihad karo, lado, maro logo ko. to woh to process hi nahi bataya gaya quran majeed mein.</w:t>
      </w:r>
    </w:p>
    <w:p>
      <w:pPr>
        <w:jc w:val="right"/>
      </w:pPr>
      <w:r>
        <w:t>اور انہوں نے نکال کر لیا کہ جہاد کرو، لڑو، مارو لوگوں کو۔ تو وہ تو پروسیس ہی نہیں بتایا گیا قرآن مجید میں۔</w:t>
      </w:r>
    </w:p>
    <w:p>
      <w:r>
        <w:rPr>
          <w:b/>
        </w:rPr>
        <w:t xml:space="preserve">[38:21] </w:t>
      </w:r>
      <w:r>
        <w:t>to mein samajhta hoon ke yeh bohat bari wisdom hai quran ki, jis ko musalmano ne kho diya hai. kho diya hai.</w:t>
      </w:r>
    </w:p>
    <w:p>
      <w:pPr>
        <w:jc w:val="right"/>
      </w:pPr>
      <w:r>
        <w:t>تو میں سمجھتا ہوں کہ یہ بہت بڑی وزڈم ہے قرآن کی، جس کو مسلمانوں نے کھو دیا ہے۔ کھو دیا ہے۔</w:t>
      </w:r>
    </w:p>
    <w:p>
      <w:r>
        <w:rPr>
          <w:b/>
        </w:rPr>
        <w:t xml:space="preserve">[38:32] </w:t>
      </w:r>
      <w:r>
        <w:t>ab dekhiye, is zamane mein printing press aya, yeh mumkin hoga ke quran ko tarjuma karein aap, us ko chhapwayein har zaban mein, us ko phailayein dunya bhar mein.</w:t>
      </w:r>
    </w:p>
    <w:p>
      <w:pPr>
        <w:jc w:val="right"/>
      </w:pPr>
      <w:r>
        <w:t>اب دیکھئے، اس زمانے میں پرنٹنگ پریس آیا، یہ ممکن ہوگا کہ قرآن کو ترجمہ کریں آپ، اس کو چھپوائیں ہر زبان میں، اس کو پھیلائیں دنیا بھر میں۔</w:t>
      </w:r>
    </w:p>
    <w:p>
      <w:r>
        <w:rPr>
          <w:b/>
        </w:rPr>
        <w:t xml:space="preserve">[38:44] </w:t>
      </w:r>
      <w:r>
        <w:t>to aaj hi mein subah kisi se keh raha tha ke christian log, yani quran ki surah as-saff mein aik ayat hai, us mein yeh hai ke christian logo ko model bataya gaya musalmano ke liye.</w:t>
      </w:r>
    </w:p>
    <w:p>
      <w:pPr>
        <w:jc w:val="right"/>
      </w:pPr>
      <w:r>
        <w:t>تو آج ہی میں صبح کسی سے کہہ رہا تھا کہ کرسچن لوگ، یعنی قرآن کی سورہ الصف میں ایک آیت ہے، اس میں یہ ہے کہ کرسچن لوگوں کو ماڈل بتایا گیا مسلمانوں کے لیے۔</w:t>
      </w:r>
    </w:p>
    <w:p>
      <w:r>
        <w:rPr>
          <w:b/>
        </w:rPr>
        <w:t xml:space="preserve">[39:01] </w:t>
      </w:r>
      <w:r>
        <w:t>kaisi ajib baat hai.</w:t>
      </w:r>
    </w:p>
    <w:p>
      <w:pPr>
        <w:jc w:val="right"/>
      </w:pPr>
      <w:r>
        <w:t>کیسی عجیب بات ہے۔</w:t>
      </w:r>
    </w:p>
    <w:p>
      <w:r>
        <w:rPr>
          <w:b/>
        </w:rPr>
        <w:t xml:space="preserve">[39:04] </w:t>
      </w:r>
      <w:r>
        <w:t>ya ayyuhal ladhina amanu, kono ansar allah? kama qala yusuf bin maryam lil hawariyin: man ansari lillah? qala hawariyun: man ansarullah?</w:t>
      </w:r>
    </w:p>
    <w:p>
      <w:pPr>
        <w:jc w:val="right"/>
      </w:pPr>
      <w:r>
        <w:t>یا ایہا الذین آمنوا، کونوا أنصار الله؟ کما قال یوسف بن مریم للحوارین: من أنصاري لله؟ قال حواريون: من أنصار الله؟</w:t>
      </w:r>
    </w:p>
    <w:p>
      <w:r>
        <w:rPr>
          <w:b/>
        </w:rPr>
        <w:t xml:space="preserve">[39:14] </w:t>
      </w:r>
      <w:r>
        <w:t>fa ummirat taifatun min bani israil wa kafarat taifah? wa ladhina amanu a'dau aduwwahum fa adubuhu dhahirin. yani bataya ke christian logo ne apne peghambar ko follow karte hue dawat ka kaam kiya.</w:t>
      </w:r>
    </w:p>
    <w:p>
      <w:pPr>
        <w:jc w:val="right"/>
      </w:pPr>
      <w:r>
        <w:t>فأمرت طائفتم ببني اسرائیل وكفرت طائفة؟ ويد الذين آمنوا أعداء عدوهم فأذبوه ظاهرين. یعنی بتایا کہ کرسچن لوگوں نے اپنے پیغمبر کو فالو کرتے ہوئے دعوت کا کام کیا۔</w:t>
      </w:r>
    </w:p>
    <w:p>
      <w:r>
        <w:rPr>
          <w:b/>
        </w:rPr>
        <w:t xml:space="preserve">[39:30] </w:t>
      </w:r>
      <w:r>
        <w:t>aur yahan tak ke woh dunya mein sab se zyada tadad un ki ho gayi. to dekhiye, jab printing press aya to foran unho ne us ko avail kiya.</w:t>
      </w:r>
    </w:p>
    <w:p>
      <w:pPr>
        <w:jc w:val="right"/>
      </w:pPr>
      <w:r>
        <w:t>اور یہاں تک کہ وہ دنیا میں سب سے زیادہ تعداد ان کی ہو گئی۔ تو دیکھئے، جب پرنٹنگ پریس آیا تو فوراً انہوں نے اس کو اویل کیا۔</w:t>
      </w:r>
    </w:p>
    <w:p>
      <w:r>
        <w:rPr>
          <w:b/>
        </w:rPr>
        <w:t xml:space="preserve">[39:43] </w:t>
      </w:r>
      <w:r>
        <w:t>unho ne yeh apna aik target banaya ke bible ko har zaban mein, har zaban mein translate kiya jaye.</w:t>
      </w:r>
    </w:p>
    <w:p>
      <w:pPr>
        <w:jc w:val="right"/>
      </w:pPr>
      <w:r>
        <w:t>انہوں نے یہ اپنا ایک ٹارگٹ بنایا کہ بائبل کو ہر زبان میں، ہر زبان میں ٹرانسلیٹر کیا جائے۔</w:t>
      </w:r>
    </w:p>
    <w:p>
      <w:r>
        <w:rPr>
          <w:b/>
        </w:rPr>
        <w:t xml:space="preserve">[39:54] </w:t>
      </w:r>
      <w:r>
        <w:t>yeh goal banaya. aur aur is is is target ko pura bhi kar liya unho ne. aaj bible ke tarjume har zaban mein chhape hue maujood hain.</w:t>
      </w:r>
    </w:p>
    <w:p>
      <w:pPr>
        <w:jc w:val="right"/>
      </w:pPr>
      <w:r>
        <w:t>یہ گول بنایا۔ اور اور اس اس اس ٹارگٹ کو پورا بھی کٹا لیا انہوں نے۔ آج بائبل کے ترجمے ہر زبان میں چھپے ہوئے موجود ہیں۔</w:t>
      </w:r>
    </w:p>
    <w:p>
      <w:r>
        <w:rPr>
          <w:b/>
        </w:rPr>
        <w:t xml:space="preserve">[40:08] </w:t>
      </w:r>
      <w:r>
        <w:t>bohat achhe tarjume, bohat achhi tarah ke chhape hue hain. har jagah, har jagah, har jagah. ab musalmano ne us ko target hi nahi banaya ke har zaban mein quran ke tarjume kar ke us ko phailaya jaye.</w:t>
      </w:r>
    </w:p>
    <w:p>
      <w:pPr>
        <w:jc w:val="right"/>
      </w:pPr>
      <w:r>
        <w:t>بہت اچھے ترجمے، بہت اچھی طرح کے چھپے ہوئے ہیں۔ ہر جگہ، ہر جگہ، ہر جگہ۔ اب مسلمانوں نے اس کو ٹارگٹ ہی نہیں بنایا کہ ہر زبان میں قرآن کے ترجمے کر کے اس کو پھیلایا جائے۔</w:t>
      </w:r>
    </w:p>
    <w:p>
      <w:r>
        <w:rPr>
          <w:b/>
        </w:rPr>
        <w:t xml:space="preserve">[40:22] </w:t>
      </w:r>
      <w:r>
        <w:t>yeh musalmano ne kabhi target hi nahi banaya. jabke quran mein</w:t>
      </w:r>
    </w:p>
    <w:p>
      <w:pPr>
        <w:jc w:val="right"/>
      </w:pPr>
      <w:r>
        <w:t>یہ مسلمانوں نے کبھی ٹارگٹ ہی نہیں بنایا۔ جبکہ قرآن میں</w:t>
      </w:r>
    </w:p>
    <w:p>
      <w:r>
        <w:rPr>
          <w:b/>
        </w:rPr>
        <w:t xml:space="preserve">[40:30] </w:t>
      </w:r>
      <w:r>
        <w:t>ab se chouda so saal pehle yeh bata diya gaya tha ke tum ko christian ke pattern ko follow karna hai. kaisi ajib baat hai.</w:t>
      </w:r>
    </w:p>
    <w:p>
      <w:pPr>
        <w:jc w:val="right"/>
      </w:pPr>
      <w:r>
        <w:t>اب سے چودہ سو سال پہلے یہ بتا دیا گیا تھا کہ تم کو کرسچن کے پیٹرن کو فالو کرنا ہے۔ کیسی عجیب بات ہے۔</w:t>
      </w:r>
    </w:p>
    <w:p>
      <w:r>
        <w:rPr>
          <w:b/>
        </w:rPr>
        <w:t xml:space="preserve">[40:41] </w:t>
      </w:r>
      <w:r>
        <w:t>yani allah taala ko chunke ghayb ka pata hai, mustaqbil ka pata hai, to allah ko pata tha ke christian log jo hain yeh karein ge ke jab jab technology aye gi, jab printing press aye ga,</w:t>
      </w:r>
    </w:p>
    <w:p>
      <w:pPr>
        <w:jc w:val="right"/>
      </w:pPr>
      <w:r>
        <w:t>یعنی اللہ تعالیٰ کو چونکہ غیب کا پتہ ہے، مستقبل کا پتہ ہے، تو اللہ کو پتہ تھا کہ کرسچن لوگ جو ہیں یہ کریں گے کہ جب جب ٹیکنالوجی آئے گی، جب پرنٹنگ پریس آئے گا،</w:t>
      </w:r>
    </w:p>
    <w:p>
      <w:r>
        <w:rPr>
          <w:b/>
        </w:rPr>
        <w:t xml:space="preserve">[40:56] </w:t>
      </w:r>
      <w:r>
        <w:t>jab openness barhe ga, ko azadi aye gi dunya mein, to woh apni kitab ka, apni apni jo un ki mazhabi kitab hai, us ka translation har zaban mein karein ge aur sari dunya mein phailayein ge.</w:t>
      </w:r>
    </w:p>
    <w:p>
      <w:pPr>
        <w:jc w:val="right"/>
      </w:pPr>
      <w:r>
        <w:t>جب اوپننس بڑھے گا، کو آزادی آئے گی دنیا میں، تو وہ اپنی کتاب کا، اپنی اپنی جو ان کی مذہبی کتاب ہے، اس کا ٹرانسلیشن ہر زبان میں کریں گے اور ساری دنیا میں پھیلائیں گے۔</w:t>
      </w:r>
    </w:p>
    <w:p>
      <w:r>
        <w:rPr>
          <w:b/>
        </w:rPr>
        <w:t xml:space="preserve">[41:13] </w:t>
      </w:r>
      <w:r>
        <w:t>is lihaz se christian hamare liye model ban gaye. aur quran mein us ko pata diya gaya ke aik zamana aye ga jab christian tumhare liye model ban jayen ge, tum isi tarike se karna.</w:t>
      </w:r>
    </w:p>
    <w:p>
      <w:pPr>
        <w:jc w:val="right"/>
      </w:pPr>
      <w:r>
        <w:t>اس لحاظ سے کرسچن ہمارے لیے ماڈل بن گئے۔ اور قرآن میں اس کو پتہ دیا گیا کہ ایک زمانہ آئے گا جب کرسچن تمہارے لیے ماڈل بن جائیں گے، تم اسی طریقے سے کرنا۔</w:t>
      </w:r>
    </w:p>
    <w:p>
      <w:r>
        <w:rPr>
          <w:b/>
        </w:rPr>
        <w:t xml:space="preserve">[41:26] </w:t>
      </w:r>
      <w:r>
        <w:t>kaisi ajib baat hai yeh.</w:t>
      </w:r>
    </w:p>
    <w:p>
      <w:pPr>
        <w:jc w:val="right"/>
      </w:pPr>
      <w:r>
        <w:t>کیسی عجیب بات ہے یہ۔</w:t>
      </w:r>
    </w:p>
    <w:p>
      <w:r>
        <w:rPr>
          <w:b/>
        </w:rPr>
        <w:t xml:space="preserve">[41:28] </w:t>
      </w:r>
      <w:r>
        <w:t>yani agar quran mein yeh baat na hoti, tab bhi hamein apni aql se soch kar ke un ke model ko follow karna chahiye tha. lekin jab aa chuke hain, tab bhi nahi follow kar rahe hain.</w:t>
      </w:r>
    </w:p>
    <w:p>
      <w:pPr>
        <w:jc w:val="right"/>
      </w:pPr>
      <w:r>
        <w:t>یعنی اگر قرآن میں یہ بات نہ ہوتی، تب بھی ہمیں اپنی عقل سے سوچ کر کے ان کے ماڈل کو فالو کرنا چاہیے تھا۔ لیکن جب آ چکے ہیں، تب بھی نہیں فالو کر رہے ہیں۔</w:t>
      </w:r>
    </w:p>
    <w:p>
      <w:r>
        <w:rPr>
          <w:b/>
        </w:rPr>
        <w:t xml:space="preserve">[41:41] </w:t>
      </w:r>
      <w:r>
        <w:t>kaisi ajib baat hai.</w:t>
      </w:r>
    </w:p>
    <w:p>
      <w:pPr>
        <w:jc w:val="right"/>
      </w:pPr>
      <w:r>
        <w:t>کیسی عجیب بات ہے۔</w:t>
      </w:r>
    </w:p>
    <w:p>
      <w:r>
        <w:rPr>
          <w:b/>
        </w:rPr>
        <w:t xml:space="preserve">[41:43] </w:t>
      </w:r>
      <w:r>
        <w:t>to unho ne bharpoor istemal kiya printing press ka, technology ka, aur mazhabi azadi ka, un chezo ka. aur unho ne dekhiye kitni zyada un ki wisdom ki, unho ne ke sab kuch kiya parman tareeqe se.</w:t>
      </w:r>
    </w:p>
    <w:p>
      <w:pPr>
        <w:jc w:val="right"/>
      </w:pPr>
      <w:r>
        <w:t>تو انہوں نے بھرپور استعمال کیا پرنٹنگ پریس کا، ٹیکنالوجی کا، اور مذہبی آزادی کا، ان چیزوں کا۔ اور انہوں نے دیکھئے کتنی زیادہ ان کی وزڈم کی، انہوں نے کہ سب کچھ کیا پرامن طریقے سے۔</w:t>
      </w:r>
    </w:p>
    <w:p>
      <w:r>
        <w:rPr>
          <w:b/>
        </w:rPr>
        <w:t xml:space="preserve">[42:01] </w:t>
      </w:r>
      <w:r>
        <w:t>peaceful tareeqay say. kyunkay dawat ka kaam daikhye, baghair peaceful tareeqay say ho nahi sakta. agar aap dawat bhi karain aur saath saath aap takra</w:t>
      </w:r>
    </w:p>
    <w:p>
      <w:pPr>
        <w:jc w:val="right"/>
      </w:pPr>
      <w:r>
        <w:t>پیس فل طریقے سے۔ کیونکہ دعوت کا کام دیکھئے، بغیر پیس فل طریقے سے ہو نہیں سکتا۔ اگر آپ دعوت بھی کریں اور ساتھ ساتھ آپ ٹکرا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