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Fasting Training for Discipline August 16, 2009</w:t>
      </w:r>
    </w:p>
    <w:p>
      <w:r>
        <w:t>https://youtu.be/sZw-RIqkF1c</w:t>
      </w:r>
    </w:p>
    <w:p>
      <w:r>
        <w:rPr>
          <w:b/>
        </w:rPr>
        <w:t xml:space="preserve">[00:28] </w:t>
      </w:r>
      <w:r>
        <w:t>Rabbi ishrah li sadri wa yassir li amri wahlul uqdatan min lisani yafqahu qawli.</w:t>
      </w:r>
    </w:p>
    <w:p>
      <w:pPr>
        <w:jc w:val="right"/>
      </w:pPr>
      <w:r>
        <w:t>واحل العقدۃ من لسانی، یفقہ قولی۔</w:t>
      </w:r>
    </w:p>
    <w:p>
      <w:r>
        <w:rPr>
          <w:b/>
        </w:rPr>
        <w:t xml:space="preserve">[00:36] </w:t>
      </w:r>
      <w:r>
        <w:t>aaj ka topic roza ke baray mein hai, jis ko English mein fasting kehte hain.</w:t>
      </w:r>
    </w:p>
    <w:p>
      <w:pPr>
        <w:jc w:val="right"/>
      </w:pPr>
      <w:r>
        <w:t>آج کا ٹاپک روزہ کے بارے میں ہے، جس کو انگلش میں فاسٹنگ کہتے ہیں۔</w:t>
      </w:r>
    </w:p>
    <w:p>
      <w:r>
        <w:rPr>
          <w:b/>
        </w:rPr>
        <w:t xml:space="preserve">[00:49] </w:t>
      </w:r>
      <w:r>
        <w:t>Shaban ke aakhir mein Rasool Allah Sal Allahu Alaihi Wasallam ne khitab farmaya toh aap ne farmaya ke qad azalak shahr mubarak tumhare upar aik mubarak mahina ne saya kiya hai.</w:t>
      </w:r>
    </w:p>
    <w:p>
      <w:pPr>
        <w:jc w:val="right"/>
      </w:pPr>
      <w:r>
        <w:t>شعبان کے آخر میں رسول اللہ صلی اللہ علیہ وسلم نے خطاب فرمایا تو آپ نے فرمایا کہ قد أزلکم شهر مبارک تمہارے اوپر ایک مبارک مہینہ نے سایہ کیا ہے۔</w:t>
      </w:r>
    </w:p>
    <w:p>
      <w:r>
        <w:rPr>
          <w:b/>
        </w:rPr>
        <w:t xml:space="preserve">[01:12] </w:t>
      </w:r>
      <w:r>
        <w:t>toh aaj waisa hi din hai, yaani ab aap jante hain ke aik haftay mein ghaleban aglay Sunday ko roza shuru ho jayega.</w:t>
      </w:r>
    </w:p>
    <w:p>
      <w:pPr>
        <w:jc w:val="right"/>
      </w:pPr>
      <w:r>
        <w:t>تو آج ویسا ہی دن ہے، یعنی اب آپ جانتے ہیں کہ ایک ہفتے میں غالباً اگلے سنڈے کو روزہ شروع ہو جائے گا۔</w:t>
      </w:r>
    </w:p>
    <w:p>
      <w:r>
        <w:rPr>
          <w:b/>
        </w:rPr>
        <w:t xml:space="preserve">[01:24] </w:t>
      </w:r>
      <w:r>
        <w:t>toh aaj isi nisbat se main roza ke baray mein kuch baatein kehna chahta hoon.</w:t>
      </w:r>
    </w:p>
    <w:p>
      <w:pPr>
        <w:jc w:val="right"/>
      </w:pPr>
      <w:r>
        <w:t>تو آج اسی نسبت سے میں روزہ کے بارے میں کچھ باتیں کہنا چاہتا ہوں۔</w:t>
      </w:r>
    </w:p>
    <w:p>
      <w:r>
        <w:rPr>
          <w:b/>
        </w:rPr>
        <w:t xml:space="preserve">[01:34] </w:t>
      </w:r>
      <w:r>
        <w:t>dekhiye, roza ke liye jo Arabic word hai Quran Hadees mein woh hai sawm, seen wao meem.</w:t>
      </w:r>
    </w:p>
    <w:p>
      <w:pPr>
        <w:jc w:val="right"/>
      </w:pPr>
      <w:r>
        <w:t>دیکھیں، روزہ کے لیے جو عربک ورڈ ہے قرآن حدیث میں وہ ہے صوم، سات واؤ میم۔</w:t>
      </w:r>
    </w:p>
    <w:p>
      <w:r>
        <w:rPr>
          <w:b/>
        </w:rPr>
        <w:t xml:space="preserve">[01:44] </w:t>
      </w:r>
      <w:r>
        <w:t>sawm ka literal meaning hota hai abstinence, imsak, rukna, ijtinab</w:t>
      </w:r>
    </w:p>
    <w:p>
      <w:pPr>
        <w:jc w:val="right"/>
      </w:pPr>
      <w:r>
        <w:t>صوم کا لٹرل میننگ ہوتا ہے ابسٹیننس، امساک، رکنا، اجتناب</w:t>
      </w:r>
    </w:p>
    <w:p>
      <w:r>
        <w:rPr>
          <w:b/>
        </w:rPr>
        <w:t xml:space="preserve">[01:54] </w:t>
      </w:r>
      <w:r>
        <w:t>. kyunke roze ke mahine mein aadmi kai cheezon se apne ko rokta hai, khane se, peene se, aaram se.</w:t>
      </w:r>
    </w:p>
    <w:p>
      <w:pPr>
        <w:jc w:val="right"/>
      </w:pPr>
      <w:r>
        <w:t>۔ کیونکہ روزے کے مہینے میں آدمی کئی چیزوں سے اپنے کو روکتا ہے، کھانے سے، پینے سے، آرام سے۔</w:t>
      </w:r>
    </w:p>
    <w:p>
      <w:r>
        <w:rPr>
          <w:b/>
        </w:rPr>
        <w:t xml:space="preserve">[02:07] </w:t>
      </w:r>
      <w:r>
        <w:t>toh is liye is ko sawm kaha gaya. yaani apne aap ko yun kehna chahiye ke apne aap par control karne ka mahina,</w:t>
      </w:r>
    </w:p>
    <w:p>
      <w:pPr>
        <w:jc w:val="right"/>
      </w:pPr>
      <w:r>
        <w:t>تو اس لیے اس کو صوم کہا گیا۔ یعنی اپنے آپ کو یوں کہنا چاہیے کہ اپنے آپ پر کنٹرول کرنے کا مہینہ،</w:t>
      </w:r>
    </w:p>
    <w:p>
      <w:r>
        <w:rPr>
          <w:b/>
        </w:rPr>
        <w:t xml:space="preserve">[02:18] </w:t>
      </w:r>
      <w:r>
        <w:t>controlled life ki training ka mahina aap keh sakte hain. toh yeh bohat hi important hai zindagi mein control karna, apne ko discipline mein rakhna.</w:t>
      </w:r>
    </w:p>
    <w:p>
      <w:pPr>
        <w:jc w:val="right"/>
      </w:pPr>
      <w:r>
        <w:t>کنٹرولڈ لائف کی ٹریننگ کا مہینہ آپ کہہ سکتے ہیں۔ تو یہ بہت ہی امپورٹنٹ ہے زندگی میں کنٹرول کرنا، اپنے کو ڈسپلن میں رکھنا۔</w:t>
      </w:r>
    </w:p>
    <w:p>
      <w:r>
        <w:rPr>
          <w:b/>
        </w:rPr>
        <w:t xml:space="preserve">[02:33] </w:t>
      </w:r>
      <w:r>
        <w:t>yad rakhiye, wahi aadmi zyada badi taraqqi karta hai</w:t>
      </w:r>
    </w:p>
    <w:p>
      <w:pPr>
        <w:jc w:val="right"/>
      </w:pPr>
      <w:r>
        <w:t>یاد رکھیے، وہی آدمی زیادہ بڑی ترقی کرتا ہے</w:t>
      </w:r>
    </w:p>
    <w:p>
      <w:r>
        <w:rPr>
          <w:b/>
        </w:rPr>
        <w:t xml:space="preserve">[02:39] </w:t>
      </w:r>
      <w:r>
        <w:t>jo art of discipline jaane. Jin logon ki zindagi mein discipline na ho, woh kabhi koi badi taraqqi nahi kar sakte,</w:t>
      </w:r>
    </w:p>
    <w:p>
      <w:pPr>
        <w:jc w:val="right"/>
      </w:pPr>
      <w:r>
        <w:t>جو آرٹ آف ڈسپلن جانے۔ جن لوگوں کی زندگی میں ڈسپلن نہ ہو، وہ کبھی کوئی بڑی ترقی نہیں کر سکتے،</w:t>
      </w:r>
    </w:p>
    <w:p>
      <w:r>
        <w:rPr>
          <w:b/>
        </w:rPr>
        <w:t xml:space="preserve">[02:53] </w:t>
      </w:r>
      <w:r>
        <w:t>impossible hai. To Ramzan ka mahina discipline ki tarbiyat ka mahina hai.</w:t>
      </w:r>
    </w:p>
    <w:p>
      <w:pPr>
        <w:jc w:val="right"/>
      </w:pPr>
      <w:r>
        <w:t>امپاسیبل ہے۔ تو رمضان کا مہینہ ڈسپلن کی تربیت کا مہینہ ہے۔</w:t>
      </w:r>
    </w:p>
    <w:p>
      <w:r>
        <w:rPr>
          <w:b/>
        </w:rPr>
        <w:t xml:space="preserve">[03:03] </w:t>
      </w:r>
      <w:r>
        <w:t>discipline ka talluq dekhiye, worldly cheezon se bhi hai, aur ibaadat se, aur deen ki cheezon se bhi.</w:t>
      </w:r>
    </w:p>
    <w:p>
      <w:pPr>
        <w:jc w:val="right"/>
      </w:pPr>
      <w:r>
        <w:t>ڈسپلن کا تعلق دیکھیے، ورلڈلی چیزوں سے بھی ہے، اور عبادت سے، اور دین کی چیزوں سے بھی۔</w:t>
      </w:r>
    </w:p>
    <w:p>
      <w:r>
        <w:rPr>
          <w:b/>
        </w:rPr>
        <w:t xml:space="preserve">[03:16] </w:t>
      </w:r>
      <w:r>
        <w:t>To is liye is ko hamein bohat zyada ahmiyat ke sath discipline ke aspect ko lena chahiye.</w:t>
      </w:r>
    </w:p>
    <w:p>
      <w:pPr>
        <w:jc w:val="right"/>
      </w:pPr>
      <w:r>
        <w:t>تو اس لیے اس کو ہمیں بہت زیادہ اہمیت کے ساتھ ڈسپلن کے ایسپیکٹ کو لینا چاہیے۔</w:t>
      </w:r>
    </w:p>
    <w:p>
      <w:r>
        <w:rPr>
          <w:b/>
        </w:rPr>
        <w:t xml:space="preserve">[03:26] </w:t>
      </w:r>
      <w:r>
        <w:t>Quran mein Surah Baqarah mein</w:t>
      </w:r>
    </w:p>
    <w:p>
      <w:pPr>
        <w:jc w:val="right"/>
      </w:pPr>
      <w:r>
        <w:t>قرآن میں سورہ بقرہ میں</w:t>
      </w:r>
    </w:p>
    <w:p>
      <w:r>
        <w:rPr>
          <w:b/>
        </w:rPr>
        <w:t xml:space="preserve">[03:33] </w:t>
      </w:r>
      <w:r>
        <w:t>roze ka hukum isi qadar detail ke sath aaya hai. Quran mein aik hi jagah roze ka yani tafseeli hukum hai, yani aur bhi references hain Quran mein roze ke, lekin detail ke sath roze ka hukum Quran mein sirf Surah Baqarah mein aaya hai.</w:t>
      </w:r>
    </w:p>
    <w:p>
      <w:pPr>
        <w:jc w:val="right"/>
      </w:pPr>
      <w:r>
        <w:t>روزے کا حکم اسی قدر ڈیٹیل کے ساتھ آیا ہے۔ قرآن میں ایک ہی جگہ روزے کا یعنی تفصیلی حکم ہے، یعنی اور بھی ریفرنسز ہیں قرآن میں روزے کے، لیکن ڈیٹیل کے ساتھ روزے کا حکم قرآن میں صرف سورہ بقرہ میں آیا ہے۔</w:t>
      </w:r>
    </w:p>
    <w:p>
      <w:r>
        <w:rPr>
          <w:b/>
        </w:rPr>
        <w:t xml:space="preserve">[03:54] </w:t>
      </w:r>
      <w:r>
        <w:t>kutiba alaikumus siyam kama kutiba allazina min qablikum la'allakum tattaqun to is mein yeh hai ke shahr Ramzan allazi unzila fihil Quran faman shahida minkumush shahra falyusim yahan farmaya ke</w:t>
      </w:r>
    </w:p>
    <w:p>
      <w:pPr>
        <w:jc w:val="right"/>
      </w:pPr>
      <w:r>
        <w:t>کتب علیکم الصیام کما کتب علی الذین من قبلکم لعلكم تتقون تو اس میں یہ ہے کہ شهر رمضان الذي انزل فیہ القرآن فمن شهد منکم الشهر فلیصم یہاں فرمایا کہ</w:t>
      </w:r>
    </w:p>
    <w:p>
      <w:r>
        <w:rPr>
          <w:b/>
        </w:rPr>
        <w:t xml:space="preserve">[04:17] </w:t>
      </w:r>
      <w:r>
        <w:t>Ramzan ka mahina aap jante hain ke Ramzan jo hai Hijri calendar ka mahina hota hai.</w:t>
      </w:r>
    </w:p>
    <w:p>
      <w:pPr>
        <w:jc w:val="right"/>
      </w:pPr>
      <w:r>
        <w:t>رمضان کا مہینہ آپ جانتے ہیں کہ رمضان جو ہے ہجری کیلنڈر کا مہینہ ہوتا ہے۔</w:t>
      </w:r>
    </w:p>
    <w:p>
      <w:r>
        <w:rPr>
          <w:b/>
        </w:rPr>
        <w:t xml:space="preserve">[04:26] </w:t>
      </w:r>
      <w:r>
        <w:t>To Ramzan ka mahina woh mahina hai jab ke Allah taala ne Quran ko utara, yani Quran ka utarna shuru hua.</w:t>
      </w:r>
    </w:p>
    <w:p>
      <w:pPr>
        <w:jc w:val="right"/>
      </w:pPr>
      <w:r>
        <w:t>تو رمضان کا مہینہ وہ مہینہ ہے جب کہ اللہ تعالی نے قرآن کو اتارا، یعنی قرآن کا اترنا شروع ہوا۔</w:t>
      </w:r>
    </w:p>
    <w:p>
      <w:r>
        <w:rPr>
          <w:b/>
        </w:rPr>
        <w:t xml:space="preserve">[04:38] </w:t>
      </w:r>
      <w:r>
        <w:t>Aap jante hain ke Rasool Allah Salallahu Alaihi Wasallam is waqt Ghar-e-Hira mein thay, yani cave of Hira. Hira aik mountain hai, us ke cave mein to wahan par Jibrael aaye, yahan se Quran ka utarna shuru hua.</w:t>
      </w:r>
    </w:p>
    <w:p>
      <w:pPr>
        <w:jc w:val="right"/>
      </w:pPr>
      <w:r>
        <w:t>آپ جانتے ہیں کہ رسول اللہ صلی اللہ علیہ وسلم اس وقت غار حرا میں تھے، یعنی کیو آف حرا۔ حرا ایک ماؤنٹن ہے، اس کے کیو میں تو وہاں پر جبرائیل آئے، یہاں سے قرآن کا اترنا شروع ہوا۔</w:t>
      </w:r>
    </w:p>
    <w:p>
      <w:r>
        <w:rPr>
          <w:b/>
        </w:rPr>
        <w:t xml:space="preserve">[04:54] </w:t>
      </w:r>
      <w:r>
        <w:t>Yeh tha dauran Ramzan ke mahine ka aakhri hafta. To is mahine ko Allah taala ne roze ka mahina bana diya.</w:t>
      </w:r>
    </w:p>
    <w:p>
      <w:pPr>
        <w:jc w:val="right"/>
      </w:pPr>
      <w:r>
        <w:t>یہ تھا دوران رمضان کے مہینے کا آخری ہفتہ۔ تو اس مہینے کو اللہ تعالی نے روزے کا مہینہ بنا دیا۔</w:t>
      </w:r>
    </w:p>
    <w:p>
      <w:r>
        <w:rPr>
          <w:b/>
        </w:rPr>
        <w:t xml:space="preserve">[05:05] </w:t>
      </w:r>
      <w:r>
        <w:t>Yani is ka matlab kya hua ke roze ke mahine mein zyada se zyada Quran ki study karna.</w:t>
      </w:r>
    </w:p>
    <w:p>
      <w:pPr>
        <w:jc w:val="right"/>
      </w:pPr>
      <w:r>
        <w:t>یعنی اس کا مطلب کیا ہوا کہ روزے کے مہینے میں زیادہ سے زیادہ قرآن کی اسٹڈی کرنا۔</w:t>
      </w:r>
    </w:p>
    <w:p>
      <w:r>
        <w:rPr>
          <w:b/>
        </w:rPr>
        <w:t xml:space="preserve">[05:15] </w:t>
      </w:r>
      <w:r>
        <w:t>Main yeh keh sakta hoon ke Ramzan ka mahina study of the Quran ka mahina hai.</w:t>
      </w:r>
    </w:p>
    <w:p>
      <w:pPr>
        <w:jc w:val="right"/>
      </w:pPr>
      <w:r>
        <w:t>میں یہ کہہ سکتا ہوں کہ رمضان کا مہینہ اسٹڈی آف دی قرآن کا مہینہ ہے۔</w:t>
      </w:r>
    </w:p>
    <w:p>
      <w:r>
        <w:rPr>
          <w:b/>
        </w:rPr>
        <w:t xml:space="preserve">[05:23] </w:t>
      </w:r>
      <w:r>
        <w:t>Chunancha Ramzan mein zyada se zyada Quran ko parha jata hai, Tarawih mein poora Quran parha jata hai, alag se Quran ka mutala kiya jata hai.</w:t>
      </w:r>
    </w:p>
    <w:p>
      <w:pPr>
        <w:jc w:val="right"/>
      </w:pPr>
      <w:r>
        <w:t>چنانچہ رمضان میں زیادہ سے زیادہ قرآن کو پڑھا جاتا ہے، تراویح میں پورا قرآن پڑھا جاتا ہے، الگ سے قرآن کا مطالعہ کیا جاتا ہے۔</w:t>
      </w:r>
    </w:p>
    <w:p>
      <w:r>
        <w:rPr>
          <w:b/>
        </w:rPr>
        <w:t xml:space="preserve">[05:35] </w:t>
      </w:r>
      <w:r>
        <w:t>To yeh aam taur par log samajhte hain ke tilawat, tilawat nahi, tilawat ka matlab recitation nahi, balkeh study, mutala.</w:t>
      </w:r>
    </w:p>
    <w:p>
      <w:pPr>
        <w:jc w:val="right"/>
      </w:pPr>
      <w:r>
        <w:t>تو یہ عام طور پر لوگ سمجھتے ہیں کہ تلاوت، تلاوت نہیں، تلاوت کا مطلب ریسیٹیشن نہیں، بلکہ اسٹڈی، مطالعہ۔</w:t>
      </w:r>
    </w:p>
    <w:p>
      <w:r>
        <w:rPr>
          <w:b/>
        </w:rPr>
        <w:t xml:space="preserve">[05:47] </w:t>
      </w:r>
      <w:r>
        <w:t>To Ramzan ka mahina Quran ki study karne ka mahina hai,</w:t>
      </w:r>
    </w:p>
    <w:p>
      <w:pPr>
        <w:jc w:val="right"/>
      </w:pPr>
      <w:r>
        <w:t>تو رمضان کا مہینہ قرآن کی اسٹڈی کرنے کا مہینہ ہے،</w:t>
      </w:r>
    </w:p>
    <w:p>
      <w:r>
        <w:rPr>
          <w:b/>
        </w:rPr>
        <w:t xml:space="preserve">[05:52] </w:t>
      </w:r>
      <w:r>
        <w:t>khoob parhna, khoob is par sochna, is ki ayat'on par bohat zyada is ki gehri meaning jo hai, us ko is tak pohnchne ke liye ghaur-o-fikr karna, is ka mahina hai Ramzan.</w:t>
      </w:r>
    </w:p>
    <w:p>
      <w:pPr>
        <w:jc w:val="right"/>
      </w:pPr>
      <w:r>
        <w:t>خوب پڑھنا، خوب اس پر سوچنا، اس کی آیتوں پر بہت زیادہ اس کی گہری میننگ جو ہے، اس کو اس تک پہنچنے کے لیے غور و فکر کرنا، اس کا مہینہ ہے رمضان۔</w:t>
      </w:r>
    </w:p>
    <w:p>
      <w:r>
        <w:rPr>
          <w:b/>
        </w:rPr>
        <w:t xml:space="preserve">[06:07] </w:t>
      </w:r>
      <w:r>
        <w:t>To Ramzan ke mahine mein jo roza rakha jata hai, yani partial taur par khane peene se apne ko rokna, yani din mein khana peena chhodna aur sirf raat ko khana.</w:t>
      </w:r>
    </w:p>
    <w:p>
      <w:pPr>
        <w:jc w:val="right"/>
      </w:pPr>
      <w:r>
        <w:t>تو رمضان کے مہینے میں جو روزہ رکھا جاتا ہے، یعنی پارشل طور پر کھانے پینے سے اپنے کو روکنا، یعنی دن میں کھانا پینا چھوڑنا اور صرف رات کو کھانا۔</w:t>
      </w:r>
    </w:p>
    <w:p>
      <w:r>
        <w:rPr>
          <w:b/>
        </w:rPr>
        <w:t xml:space="preserve">[06:24] </w:t>
      </w:r>
      <w:r>
        <w:t>To is se kya hai, poori zindagi ka routine badal jata hai. Kyun ke aap jante hain, khana peena zindagi ki sab se badi zaroorat hai.</w:t>
      </w:r>
    </w:p>
    <w:p>
      <w:pPr>
        <w:jc w:val="right"/>
      </w:pPr>
      <w:r>
        <w:t>تو اس سے کیا ہے، پوری زندگی کا روٹین بدل جاتا ہے۔ کیونکہ آپ جانتے ہیں، کھانا پینا زندگی کی سب سے بڑی ضرورت ہے۔</w:t>
      </w:r>
    </w:p>
    <w:p>
      <w:r>
        <w:rPr>
          <w:b/>
        </w:rPr>
        <w:t xml:space="preserve">[06:35] </w:t>
      </w:r>
      <w:r>
        <w:t>To jab aap khane peene ko is tareeqe se</w:t>
      </w:r>
    </w:p>
    <w:p>
      <w:pPr>
        <w:jc w:val="right"/>
      </w:pPr>
      <w:r>
        <w:t>تو جب آپ کھانے پینے کو اس طریقے سے</w:t>
      </w:r>
    </w:p>
    <w:p>
      <w:r>
        <w:rPr>
          <w:b/>
        </w:rPr>
        <w:t xml:space="preserve">[06:41] </w:t>
      </w:r>
      <w:r>
        <w:t>khane peene ke mamle mein zindagi ko badalte hain to poori poori zindagi badal jati hai, poori zindagi ka routine badal jata hai. To badalna kis kis sense mein hota hai?</w:t>
      </w:r>
    </w:p>
    <w:p>
      <w:pPr>
        <w:jc w:val="right"/>
      </w:pPr>
      <w:r>
        <w:t>کھانے پینے کے معاملے میں زندگی کو بدلتے ہیں تو پوری پوری زندگی بدل جاتی ہے، پوری زندگی کا روٹین بدل جاتا ہے۔ تو بدلنا کس کس سینس میں ہوتا ہے؟</w:t>
      </w:r>
    </w:p>
    <w:p>
      <w:r>
        <w:rPr>
          <w:b/>
        </w:rPr>
        <w:t xml:space="preserve">[06:54] </w:t>
      </w:r>
      <w:r>
        <w:t>Woh hota hai jis ki aakhri shakal hai Itikaf, seclusion. Aadmi apne aap ko bilkul jo bare needs hain, bare needs tak apne ko yani confine kar ke, mehdood kar ke,</w:t>
      </w:r>
    </w:p>
    <w:p>
      <w:pPr>
        <w:jc w:val="right"/>
      </w:pPr>
      <w:r>
        <w:t>وہ ہوتا ہے جس کی آخری شکل ہے اعتکاف، سیکلوژن۔ آدمی اپنے آپ کو بالکل جو بیئر نیڈز ہیں، بیئر نیڈز تک اپنے کو یعنی کنفائن کر کے، محدود کر کے،</w:t>
      </w:r>
    </w:p>
    <w:p>
      <w:r>
        <w:rPr>
          <w:b/>
        </w:rPr>
        <w:t xml:space="preserve">[07:15] </w:t>
      </w:r>
      <w:r>
        <w:t>aur apne aap ko le aata hai kahan?</w:t>
      </w:r>
    </w:p>
    <w:p>
      <w:pPr>
        <w:jc w:val="right"/>
      </w:pPr>
      <w:r>
        <w:t>اور اپنے آپ کو لے آتا ہے کہاں؟</w:t>
      </w:r>
    </w:p>
    <w:p>
      <w:r>
        <w:rPr>
          <w:b/>
        </w:rPr>
        <w:t xml:space="preserve">[07:18] </w:t>
      </w:r>
      <w:r>
        <w:t>spiritual life mein, intellectual life mein,</w:t>
      </w:r>
    </w:p>
    <w:p>
      <w:pPr>
        <w:jc w:val="right"/>
      </w:pPr>
      <w:r>
        <w:t>اسپریچول لائف میں، انٹلیکچول لائف میں،</w:t>
      </w:r>
    </w:p>
    <w:p>
      <w:r>
        <w:rPr>
          <w:b/>
        </w:rPr>
        <w:t xml:space="preserve">[07:24] </w:t>
      </w:r>
      <w:r>
        <w:t>is mein le aata hai, contemplation mein le aata hai. to mein aik aik misaal doon, shayad is se baat aur clear ho jaye gi.</w:t>
      </w:r>
    </w:p>
    <w:p>
      <w:pPr>
        <w:jc w:val="right"/>
      </w:pPr>
      <w:r>
        <w:t>اس میں لے آتا ہے، کنٹمپلیشن میں لے آتا ہے۔ تو میں ایک ایک مثال دوں، شاید اس سے بات اور کلیئر ہو جائے گی۔</w:t>
      </w:r>
    </w:p>
    <w:p>
      <w:r>
        <w:rPr>
          <w:b/>
        </w:rPr>
        <w:t xml:space="preserve">[07:37] </w:t>
      </w:r>
      <w:r>
        <w:t>aap jante hain ke India ko azaadi mili August 15 ki raat ko, yaani 12 bajay, 12 baj kar aik minute, 15 August 1947 ko, 12 baj kar aik minute jab hue to us waqt ke jo British Viceroy thay,</w:t>
      </w:r>
    </w:p>
    <w:p>
      <w:pPr>
        <w:jc w:val="right"/>
      </w:pPr>
      <w:r>
        <w:t>آپ جانتے ہیں کہ انڈیا کو آزادی ملی اگست 15 کی رات کو، یعنی 12 بجے، 12 بج کر ایک منٹ، 15 اگست 1947 کو، 12 بج کر ایک منٹ جب ہوئے تو اس وقت کے جو برٹش وائسرائے تھے،</w:t>
      </w:r>
    </w:p>
    <w:p>
      <w:r>
        <w:rPr>
          <w:b/>
        </w:rPr>
        <w:t xml:space="preserve">[07:56] </w:t>
      </w:r>
      <w:r>
        <w:t>Lord Mountbatten, unhon ne radio pe ailaan kiya ke "Today India is free".</w:t>
      </w:r>
    </w:p>
    <w:p>
      <w:pPr>
        <w:jc w:val="right"/>
      </w:pPr>
      <w:r>
        <w:t>لارڈ ماؤنٹ برٹن، انہوں نے ریڈیو پہ اعلان کیا کہ "ٹوڈے انڈیا از فری"۔</w:t>
      </w:r>
    </w:p>
    <w:p>
      <w:r>
        <w:rPr>
          <w:b/>
        </w:rPr>
        <w:t xml:space="preserve">[08:04] </w:t>
      </w:r>
      <w:r>
        <w:t>to yahan se India ki azaadi shuru hui. to is par bohat si kitaben likhi gayi hain, bohat si kitaben.</w:t>
      </w:r>
    </w:p>
    <w:p>
      <w:pPr>
        <w:jc w:val="right"/>
      </w:pPr>
      <w:r>
        <w:t>تو یہاں سے انڈیا کی آزادی شروع ہوئی۔ تو اس پر بہت سی کتابیں لکھی گئی ہیں، بہت سی کتابیں۔</w:t>
      </w:r>
    </w:p>
    <w:p>
      <w:r>
        <w:rPr>
          <w:b/>
        </w:rPr>
        <w:t xml:space="preserve">[08:14] </w:t>
      </w:r>
      <w:r>
        <w:t>in mein se aik kitab ka naam hai "Freedom at Midnight",</w:t>
      </w:r>
    </w:p>
    <w:p>
      <w:pPr>
        <w:jc w:val="right"/>
      </w:pPr>
      <w:r>
        <w:t>ان میں سے ایک کتاب کا نام ہے "فریڈم ایٹ مڈ نائٹ"،</w:t>
      </w:r>
    </w:p>
    <w:p>
      <w:r>
        <w:rPr>
          <w:b/>
        </w:rPr>
        <w:t xml:space="preserve">[08:22] </w:t>
      </w:r>
      <w:r>
        <w:t>darmiyani raat ki azaadi, "Freedom at Midnight".</w:t>
      </w:r>
    </w:p>
    <w:p>
      <w:pPr>
        <w:jc w:val="right"/>
      </w:pPr>
      <w:r>
        <w:t>درمیانی رات کی آزادی، "فریڈم ایٹ مڈ نائٹ"۔</w:t>
      </w:r>
    </w:p>
    <w:p>
      <w:r>
        <w:rPr>
          <w:b/>
        </w:rPr>
        <w:t xml:space="preserve">[08:27] </w:t>
      </w:r>
      <w:r>
        <w:t>is kitab ko do author ne likha hai, aik British thay, aik French thay. to</w:t>
      </w:r>
    </w:p>
    <w:p>
      <w:pPr>
        <w:jc w:val="right"/>
      </w:pPr>
      <w:r>
        <w:t>اس کتاب کو دو اتھر نے لکھا ہے، ایک برٹش تھے، ایک فرنچ تھے۔ تو</w:t>
      </w:r>
    </w:p>
    <w:p>
      <w:r>
        <w:rPr>
          <w:b/>
        </w:rPr>
        <w:t xml:space="preserve">[08:39] </w:t>
      </w:r>
      <w:r>
        <w:t>aik martaba mein ne un ka interview parha is baray mein ke unhon ne kaise likhi yeh kitab. bohat ziyada apne ko is mein unhon ne devote kar diya tha, sab kuch chhod kar ke, yun kehna chahiye ke rozedar ban gaye thay woh.</w:t>
      </w:r>
    </w:p>
    <w:p>
      <w:pPr>
        <w:jc w:val="right"/>
      </w:pPr>
      <w:r>
        <w:t>ایک مرتبہ میں نے ان کا انٹرویو پڑھا اس بارے میں کہ انہوں نے کیسے لکھی یہ کتاب۔ بہت زیادہ اپنے کو اس میں انہوں نے ڈیووٹ کر دیا تھا، سب کچھ چھوڑ کر کے، یوں کہنا چاہیے کہ روزے دار بن گئے تھے وہ۔</w:t>
      </w:r>
    </w:p>
    <w:p>
      <w:r>
        <w:rPr>
          <w:b/>
        </w:rPr>
        <w:t xml:space="preserve">[08:55] </w:t>
      </w:r>
      <w:r>
        <w:t>rozedar ban kar yeh kitab likhi thi unhon ne. to unhon ne apne interview mein kaha tha, apne yaani dono ne apne baray mein ke "we lived like hermits and we produced freedom at midnight" .</w:t>
      </w:r>
    </w:p>
    <w:p>
      <w:pPr>
        <w:jc w:val="right"/>
      </w:pPr>
      <w:r>
        <w:t>روزے دار بن کر یہ کتاب لکھی تھی انہوں نے۔ تو انہوں نے اپنے انٹرویو میں کہا تھا، اپنے یعنی دونوں نے اپنے بارے میں کہ "we lived like herbits and we produced freedom at midnight" ۔</w:t>
      </w:r>
    </w:p>
    <w:p>
      <w:r>
        <w:rPr>
          <w:b/>
        </w:rPr>
        <w:t xml:space="preserve">[09:15] </w:t>
      </w:r>
      <w:r>
        <w:t>hum hermit ki tarah rahe, hermit ko kehte hain rahban, tariq-ud-dunya.</w:t>
      </w:r>
    </w:p>
    <w:p>
      <w:pPr>
        <w:jc w:val="right"/>
      </w:pPr>
      <w:r>
        <w:t>ہم ہربٹ کی طرح رہے، ہربٹ کو کہتے ہیں رہبان، طارق الدنیا۔</w:t>
      </w:r>
    </w:p>
    <w:p>
      <w:r>
        <w:rPr>
          <w:b/>
        </w:rPr>
        <w:t xml:space="preserve">[09:23] </w:t>
      </w:r>
      <w:r>
        <w:t>yaani dunya chhod kar hum aik dam isi mein lag gaye, apne ko dedicate kar diya. to unhon ne kaha tha ke hum rahb ki tarah ya hermit ki tarah rahe yahan tak ke hum ne "Freedom at Midnight" tayyar kar li.</w:t>
      </w:r>
    </w:p>
    <w:p>
      <w:pPr>
        <w:jc w:val="right"/>
      </w:pPr>
      <w:r>
        <w:t>یعنی دنیا چھوڑ کر ہم ایک دم اسی میں لگ گئے، اپنے کو ڈیڈیکیٹ کر دیا۔ تو انہوں نے کہا تھا کہ ہم راہب کی طرح یا ہربٹ کی طرح رہے یہاں تک کہ ہم نے "فریڈم ایٹ مڈ نائٹ" تیار کر لی۔</w:t>
      </w:r>
    </w:p>
    <w:p>
      <w:r>
        <w:rPr>
          <w:b/>
        </w:rPr>
        <w:t xml:space="preserve">[09:40] </w:t>
      </w:r>
      <w:r>
        <w:t>to mein samajhta hoon ke yahi muamla roze ka hai ke aap ko rahb banna hai, hermit banna hai is mahine mein. kis liye?</w:t>
      </w:r>
    </w:p>
    <w:p>
      <w:pPr>
        <w:jc w:val="right"/>
      </w:pPr>
      <w:r>
        <w:t>تو میں سمجھتا ہوں کہ یہی معاملہ روزے کا ہے کہ آپ کو راہب بننا ہے، ہربٹ بننا ہے اس مہینے میں۔ کس لیے؟</w:t>
      </w:r>
    </w:p>
    <w:p>
      <w:r>
        <w:rPr>
          <w:b/>
        </w:rPr>
        <w:t xml:space="preserve">[09:49] </w:t>
      </w:r>
      <w:r>
        <w:t>Quran ko samajhne ke liye, Quran ki study karne ke liye, Quran ki gehrai tak pahunchne ke liye.</w:t>
      </w:r>
    </w:p>
    <w:p>
      <w:pPr>
        <w:jc w:val="right"/>
      </w:pPr>
      <w:r>
        <w:t>قرآن کو سمجھنے کے لیے، قرآن کی اسٹڈی کرنے کے لیے، قرآن کی گہرائی تک پہنچنے کے لیے۔</w:t>
      </w:r>
    </w:p>
    <w:p>
      <w:r>
        <w:rPr>
          <w:b/>
        </w:rPr>
        <w:t xml:space="preserve">[09:58] </w:t>
      </w:r>
      <w:r>
        <w:t>ab mein aap ko kuch misalen doon ga, is se andaza hota hai ke jab aap hermit ban kar ke is mahine mein rahen to kya baaten khulti hain aap ke upar.</w:t>
      </w:r>
    </w:p>
    <w:p>
      <w:pPr>
        <w:jc w:val="right"/>
      </w:pPr>
      <w:r>
        <w:t>اب میں آپ کو کچھ مثالیں دوں گا، اس سے اندازہ ہوتا ہے کہ جب آپ ہربٹ بن کر کے اس مہینے میں رہیں تو کیا باتیں کھلتی ہیں آپ کے اوپر۔</w:t>
      </w:r>
    </w:p>
    <w:p>
      <w:r>
        <w:rPr>
          <w:b/>
        </w:rPr>
        <w:t xml:space="preserve">[10:10] </w:t>
      </w:r>
      <w:r>
        <w:t>aam tor par aap dekhiye, mein ne bohat se logon ko poocha, saare Ramzan ke mahine mein Quran ki tilawat karte rehte hain,</w:t>
      </w:r>
    </w:p>
    <w:p>
      <w:pPr>
        <w:jc w:val="right"/>
      </w:pPr>
      <w:r>
        <w:t>عام طور پر آپ دیکھیے، میں نے بہت سے لوگوں کو پوچھا، سارے رمضان کے مہینے میں قرآن کی تلاوت کرتے رہتے ہیں،</w:t>
      </w:r>
    </w:p>
    <w:p>
      <w:r>
        <w:rPr>
          <w:b/>
        </w:rPr>
        <w:t xml:space="preserve">[10:17] </w:t>
      </w:r>
      <w:r>
        <w:t>saara raat din parhte rehte hain Quran ki tilawat. poocha mein ne un se ke kya paya aap ne Quran se? to kuch bhi nahi, kisi ke paas kuch batane ke liye nahi tha.</w:t>
      </w:r>
    </w:p>
    <w:p>
      <w:pPr>
        <w:jc w:val="right"/>
      </w:pPr>
      <w:r>
        <w:t>سارا رات دن پڑھتے رہتے ہیں قرآن کی تلاوت۔ پوچھا میں نے ان سے کہ کیا پایا آپ نے قرآن سے؟ تو کچھ بھی نہیں، کسی کے پاس کچھ بتانے کے لیے نہیں تھا۔</w:t>
      </w:r>
    </w:p>
    <w:p>
      <w:r>
        <w:rPr>
          <w:b/>
        </w:rPr>
        <w:t xml:space="preserve">[10:30] </w:t>
      </w:r>
      <w:r>
        <w:t>kyun? woh tilawat karte hain, study nahi karte.</w:t>
      </w:r>
    </w:p>
    <w:p>
      <w:pPr>
        <w:jc w:val="right"/>
      </w:pPr>
      <w:r>
        <w:t>کیوں؟ وہ تلاوت کرتے ہیں، اسٹڈی نہیں کرتے۔</w:t>
      </w:r>
    </w:p>
    <w:p>
      <w:r>
        <w:rPr>
          <w:b/>
        </w:rPr>
        <w:t xml:space="preserve">[10:38] </w:t>
      </w:r>
      <w:r>
        <w:t>to tilawat asal nahi hai, asal cheez study hai.</w:t>
      </w:r>
    </w:p>
    <w:p>
      <w:pPr>
        <w:jc w:val="right"/>
      </w:pPr>
      <w:r>
        <w:t>تو تلاوت اصل نہیں ہے، اصل چیز اسٹڈی ہے۔</w:t>
      </w:r>
    </w:p>
    <w:p>
      <w:r>
        <w:rPr>
          <w:b/>
        </w:rPr>
        <w:t xml:space="preserve">[10:43] </w:t>
      </w:r>
      <w:r>
        <w:t>aap is mein, is mein aap sochen, ghor o fikr karen, tadabbur karen, jo jo gehri meaning hai us tak pahunchne ki koshish karen.</w:t>
      </w:r>
    </w:p>
    <w:p>
      <w:pPr>
        <w:jc w:val="right"/>
      </w:pPr>
      <w:r>
        <w:t>آپ اس میں، اس میں آپ سوچیں، غور و فکر کریں، تدبر کریں، جو جو گہری میننگ ہے اس تک پہنچنے کی کوشش کریں۔</w:t>
      </w:r>
    </w:p>
    <w:p>
      <w:r>
        <w:rPr>
          <w:b/>
        </w:rPr>
        <w:t xml:space="preserve">[10:58] </w:t>
      </w:r>
      <w:r>
        <w:t>yeh karna hai Ramzan ke mahine mein. to apne aap ko aik secluded life mein le aana, apne aap ko bare need tak confine kar lena,</w:t>
      </w:r>
    </w:p>
    <w:p>
      <w:pPr>
        <w:jc w:val="right"/>
      </w:pPr>
      <w:r>
        <w:t>یہ کرنا ہے رمضان کے مہینے میں۔ تو اپنے آپ کو ایک سیکلوڈڈ لائف میں لے آنا، اپنے آپ کو بیئر نیڈ تک کنفائن کر لینا،</w:t>
      </w:r>
    </w:p>
    <w:p>
      <w:r>
        <w:rPr>
          <w:b/>
        </w:rPr>
        <w:t xml:space="preserve">[11:09] </w:t>
      </w:r>
      <w:r>
        <w:t>apne aap ko bohat hi, yun kehte hain, zaidana zindagi ya spiritual life mein le ja kar ke Quran ko parhna.</w:t>
      </w:r>
    </w:p>
    <w:p>
      <w:pPr>
        <w:jc w:val="right"/>
      </w:pPr>
      <w:r>
        <w:t>اپنے آپ کو بہت ہی، یوں کہتے ہیں، زائدانہ زندگی یا اسپریچول لائف میں لے جا کر کے قرآن کو پڑھنا۔</w:t>
      </w:r>
    </w:p>
    <w:p>
      <w:r>
        <w:rPr>
          <w:b/>
        </w:rPr>
        <w:t xml:space="preserve">[11:20] </w:t>
      </w:r>
      <w:r>
        <w:t>jab aap is tarah parhen ge to Quran mein aap ko bohat aik samandar mile ga, samandar. yaani portion of meaning mile ga aap ko.</w:t>
      </w:r>
    </w:p>
    <w:p>
      <w:pPr>
        <w:jc w:val="right"/>
      </w:pPr>
      <w:r>
        <w:t>جب آپ اس طرح پڑھیں گے تو قرآن میں آپ کو بہت ایک سمندر ملے گا، سمندر۔ یعنی پورشن آف میننگ ملے گا آپ کو۔</w:t>
      </w:r>
    </w:p>
    <w:p>
      <w:r>
        <w:rPr>
          <w:b/>
        </w:rPr>
        <w:t xml:space="preserve">[11:33] </w:t>
      </w:r>
      <w:r>
        <w:t>mein aap ko kuch misalen deta hoon jo ke mein ne payi hain Quran ko study karne ke dauran. dekhiye, Quran ko aap kholen to sab se pehli ayat kya milti hai?</w:t>
      </w:r>
    </w:p>
    <w:p>
      <w:pPr>
        <w:jc w:val="right"/>
      </w:pPr>
      <w:r>
        <w:t>میں آپ کو کچھ مثالیں دیتا ہوں جو کہ میں نے پائی ہیں قرآن کو اسٹڈی کرنے کے دوران۔ دیکھیے، قرآن کو آپ کھولیں تو سب سے پہلی آیت کیا ملتی ہے؟</w:t>
      </w:r>
    </w:p>
    <w:p>
      <w:r>
        <w:rPr>
          <w:b/>
        </w:rPr>
        <w:t xml:space="preserve">[11:48] </w:t>
      </w:r>
      <w:r>
        <w:t>Bismillah-ir-Rahman-ir-Rahim .</w:t>
      </w:r>
    </w:p>
    <w:p>
      <w:pPr>
        <w:jc w:val="right"/>
      </w:pPr>
      <w:r>
        <w:t>بسم اللہ الرحمن الرحیم ۔</w:t>
      </w:r>
    </w:p>
    <w:p>
      <w:r>
        <w:rPr>
          <w:b/>
        </w:rPr>
        <w:t xml:space="preserve">[11:53] </w:t>
      </w:r>
      <w:r>
        <w:t>Bismillah, yaani mein arz kar, yeh arz kar chuka hoon mein ne ke Quran ke mahine mein roza rakhne ka, Quran jis mahine mein utra, us mahine ko roze ka mahina bana diya gaya.</w:t>
      </w:r>
    </w:p>
    <w:p>
      <w:pPr>
        <w:jc w:val="right"/>
      </w:pPr>
      <w:r>
        <w:t>بسم اللہ، یعنی میں عرض کر، یہ عرض کر چکا ہوں میں نے کہ قرآن کے مہینے میں روزہ رکھنے کا، قرآن جس مہینے میں اترا، اس مہینے کو روزے کا مہینہ بنا دیا گیا۔</w:t>
      </w:r>
    </w:p>
    <w:p>
      <w:r>
        <w:rPr>
          <w:b/>
        </w:rPr>
        <w:t xml:space="preserve">[12:10] </w:t>
      </w:r>
      <w:r>
        <w:t>to is rastay say mein keh sakta hoon keh quran kay alfaaz ko lay kar kay keh "shahr ramzan allazi unzil fih al quran" . yani ramzan ka mahina shahr al quran hai,</w:t>
      </w:r>
    </w:p>
    <w:p>
      <w:pPr>
        <w:jc w:val="right"/>
      </w:pPr>
      <w:r>
        <w:t>تو اس راستے سے میں کہہ سکتا ہوں کہ قرآن کے الفاظ کو لے کر کے کہ "شهر رمضان الذي انزل فيه القرآن" ۔ یعنی رمضان کا مہینہ شہر القرآن ہے،</w:t>
      </w:r>
    </w:p>
    <w:p>
      <w:r>
        <w:rPr>
          <w:b/>
        </w:rPr>
        <w:t xml:space="preserve">[12:24] </w:t>
      </w:r>
      <w:r>
        <w:t>ramzan ka mahina shahr al quran hai, shahr al quran ka matlab "month of the quran" . to sach poochain to sara mamla yahi hai keh ramzan kay mahinay mein hum mukhtalif tareeqay say quran parhain.</w:t>
      </w:r>
    </w:p>
    <w:p>
      <w:pPr>
        <w:jc w:val="right"/>
      </w:pPr>
      <w:r>
        <w:t>رمضان کا مہینہ شہر القرآن ہے، شہر القرآن کا مطلب "منتھ آف دی قرآن"۔ تو سچ پوچھیں تو سارا معاملہ یہی ہے کہ رمضان کے مہینے میں ہم مختلف طریقے سے قرآن پڑھیں۔</w:t>
      </w:r>
    </w:p>
    <w:p>
      <w:r>
        <w:rPr>
          <w:b/>
        </w:rPr>
        <w:t xml:space="preserve">[12:40] </w:t>
      </w:r>
      <w:r>
        <w:t>yun to kitab ki shakal mein study karain, taraveh mein sunain, tehajud mein parhain, namaz mein lambi qirat karain, aur is sochayain, is par sochayain, is par sochayain.</w:t>
      </w:r>
    </w:p>
    <w:p>
      <w:pPr>
        <w:jc w:val="right"/>
      </w:pPr>
      <w:r>
        <w:t>یوں تو کتاب کی شکل میں اسٹڈی کریں، تراویح میں سنیں، تہجد میں پڑھیں، نماز میں لمبی قرأت کریں، اور اس سوچیں، اس پر سوچیں، اس پر سوچیں۔</w:t>
      </w:r>
    </w:p>
    <w:p>
      <w:r>
        <w:rPr>
          <w:b/>
        </w:rPr>
        <w:t xml:space="preserve">[12:55] </w:t>
      </w:r>
      <w:r>
        <w:t>yun kehtay hain "contemplation" , yani quran ki soch mein rehna, yeh yeh hai karna hai hamein, tab hamein baatein milain gi.</w:t>
      </w:r>
    </w:p>
    <w:p>
      <w:pPr>
        <w:jc w:val="right"/>
      </w:pPr>
      <w:r>
        <w:t>یوں کہتے ہیں "کنٹمپلیشن"، یعنی قرآن کی سوچ میں رہنا، یہ یہ ہے کرنا ہے ہمیں، تب ہمیں باتیں ملیں گی۔</w:t>
      </w:r>
    </w:p>
    <w:p>
      <w:r>
        <w:rPr>
          <w:b/>
        </w:rPr>
        <w:t xml:space="preserve">[13:07] </w:t>
      </w:r>
      <w:r>
        <w:t>to mein nay arz kiya keh pehli ayat jo hai quran ki woh hai "bismillah al rahman al rahim" . is ka translation kiya hai? "In the name of God, most merciful, most compassionate" .</w:t>
      </w:r>
    </w:p>
    <w:p>
      <w:pPr>
        <w:jc w:val="right"/>
      </w:pPr>
      <w:r>
        <w:t>تو میں نے عرض کیا کہ پہلی آیت جو ہے قرآن کی وہ ہے "بسم اللہ الرحمن الرحیم" ۔ اس کا ٹرانسلیشن کیا ہے؟ "In the name of God, most merciful, most compassionate" ۔</w:t>
      </w:r>
    </w:p>
    <w:p>
      <w:r>
        <w:rPr>
          <w:b/>
        </w:rPr>
        <w:t xml:space="preserve">[13:22] </w:t>
      </w:r>
      <w:r>
        <w:t>to dekhiye, yeh log parh letay hain, bas parh kar agay barh gay. lekin jab aap sochayain gay to aik bohat bara is mein aap ko raaz hayat milay ga</w:t>
      </w:r>
    </w:p>
    <w:p>
      <w:pPr>
        <w:jc w:val="right"/>
      </w:pPr>
      <w:r>
        <w:t>تو دیکھیے، یہ لوگ پڑھ لیتے ہیں، بس پڑھ کر آگے بڑھ گئے۔ لیکن جب آپ سوچیں گے تو ایک بہت بڑا اس میں آپ کو راز حیات ملے گ</w:t>
      </w:r>
    </w:p>
    <w:p>
      <w:r>
        <w:rPr>
          <w:b/>
        </w:rPr>
        <w:t xml:space="preserve">[13:36] </w:t>
      </w:r>
      <w:r>
        <w:t>a, secret of life. woh kiya? woh yeh hai keh jis dunya mein aap dakhil ho rahay hain, jis dunya mein aap apnay aap ko pa rahay hain, woh dunya rehman aur rahim ki dunya hai.</w:t>
      </w:r>
    </w:p>
    <w:p>
      <w:pPr>
        <w:jc w:val="right"/>
      </w:pPr>
      <w:r>
        <w:t>ا، سیکرٹ آف لائف۔ وہ کیا؟ وہ یہ ہے کہ جس دنیا میں آپ داخل ہو رہے ہیں، جس دنیا میں آپ اپنے آپ کو پا رہے ہیں، وہ دنیا رحمان اور رحیم کی دنیا ہے۔</w:t>
      </w:r>
    </w:p>
    <w:p>
      <w:r>
        <w:rPr>
          <w:b/>
        </w:rPr>
        <w:t xml:space="preserve">[13:53] </w:t>
      </w:r>
      <w:r>
        <w:t>yani woh khuda, is khuda ki dunya hai jo "most merciful, most compassionate" hai. is say kiya milay ga aap ko?</w:t>
      </w:r>
    </w:p>
    <w:p>
      <w:pPr>
        <w:jc w:val="right"/>
      </w:pPr>
      <w:r>
        <w:t>یعنی وہ خدا، اس خدا کی دنیا ہے جو "موسٹ مرسی فل، موسٹ کمپیشنٹ" ہے۔ اس سے کیا ملے گا آپ کو؟</w:t>
      </w:r>
    </w:p>
    <w:p>
      <w:r>
        <w:rPr>
          <w:b/>
        </w:rPr>
        <w:t xml:space="preserve">[14:03] </w:t>
      </w:r>
      <w:r>
        <w:t>aik hope milay gi, hope.</w:t>
      </w:r>
    </w:p>
    <w:p>
      <w:pPr>
        <w:jc w:val="right"/>
      </w:pPr>
      <w:r>
        <w:t>ایک ہوپ ملے گی، ہوپ۔</w:t>
      </w:r>
    </w:p>
    <w:p>
      <w:r>
        <w:rPr>
          <w:b/>
        </w:rPr>
        <w:t xml:space="preserve">[14:07] </w:t>
      </w:r>
      <w:r>
        <w:t>aik hope milay gi keh jis khuda, jis dunya mein aap ja rahay hain, jis dunya mein aap enter ho rahay hain, jo jis dunya mein aap ko jeena hai, jis dunya mein aap ko activity chalana hai,</w:t>
      </w:r>
    </w:p>
    <w:p>
      <w:pPr>
        <w:jc w:val="right"/>
      </w:pPr>
      <w:r>
        <w:t>ایک ہوپ ملے گی کہ جس خدا، جس دنیا میں آپ جا رہے ہیں، جس دنیا میں آپ انٹر ہو رہے ہیں، جو جس دنیا میں آپ کو جینا ہے، جس دنیا میں آپ کو ایکٹیویٹی چلانا ہے،</w:t>
      </w:r>
    </w:p>
    <w:p>
      <w:r>
        <w:rPr>
          <w:b/>
        </w:rPr>
        <w:t xml:space="preserve">[14:21] </w:t>
      </w:r>
      <w:r>
        <w:t>woh rehman aur rahim khuda ki dunya hai. yeh woh dunya, woh khuda jo jo bohat ziyada rehmat wala hai, bohat ziyada blessing wala hai, "most compassionate, most merciful" hai.</w:t>
      </w:r>
    </w:p>
    <w:p>
      <w:pPr>
        <w:jc w:val="right"/>
      </w:pPr>
      <w:r>
        <w:t>وہ رحمان اور رحیم خدا کی دنیا ہے۔ یہ وہ دنیا، وہ خدا جو جو بہت زیادہ رحمت والا ہے، بہت زیادہ بلیسنگ والا ہے، "موسٹ کمپیشنٹ، موسٹ مرسی فل" ہے۔</w:t>
      </w:r>
    </w:p>
    <w:p>
      <w:r>
        <w:rPr>
          <w:b/>
        </w:rPr>
        <w:t xml:space="preserve">[14:36] </w:t>
      </w:r>
      <w:r>
        <w:t>ab dekhiye, kitna bara yani hope ka aik ocean milta hai aap ko.</w:t>
      </w:r>
    </w:p>
    <w:p>
      <w:pPr>
        <w:jc w:val="right"/>
      </w:pPr>
      <w:r>
        <w:t>اب دیکھیں، کتنا بڑا یعنی ہوپ کا ایک اوشن ملتا ہے آپ کو۔</w:t>
      </w:r>
    </w:p>
    <w:p>
      <w:r>
        <w:rPr>
          <w:b/>
        </w:rPr>
        <w:t xml:space="preserve">[14:43] </w:t>
      </w:r>
      <w:r>
        <w:t>yani agar aap khuda ko chhod kar dunya mein dakhil hon to aap to aap aik aik jump kartay hain, aik darkness mein, darkness mein jump kartay hain.</w:t>
      </w:r>
    </w:p>
    <w:p>
      <w:pPr>
        <w:jc w:val="right"/>
      </w:pPr>
      <w:r>
        <w:t>یعنی اگر آپ خدا کو چھوڑ کر دنیا میں داخل ہوں تو آپ تو آپ ایک ایک جمپ کرتے ہیں، ایک ڈارکنس میں، ڈارکنس میں جمپ کرتے ہیں۔</w:t>
      </w:r>
    </w:p>
    <w:p>
      <w:r>
        <w:rPr>
          <w:b/>
        </w:rPr>
        <w:t xml:space="preserve">[14:58] </w:t>
      </w:r>
      <w:r>
        <w:t>lekin jab "bismillah al rahman al rahim" ki spirit ko lay kar kay aap agay barhain to aap ka dunya mein dakhil hona aik hopeful entry hogi keh is yaqeen kay sath aap agay barhain gay, is conviction kay sath aap agay barhain gay keh har momin,</w:t>
      </w:r>
    </w:p>
    <w:p>
      <w:pPr>
        <w:jc w:val="right"/>
      </w:pPr>
      <w:r>
        <w:t>لیکن جب "بسم اللہ الرحمن الرحیم" کی اسپرٹ کو لے کر کے آپ آگے بڑھیں تو آپ کا دنیا میں داخل ہونا ایک ہوپ فل انٹری ہوگی کہ اس یقین کے ساتھ آپ آگے بڑھیں گے، اس کنوکشن کے ساتھ آپ آگے بڑھیں گے کہ ہر مومن،</w:t>
      </w:r>
    </w:p>
    <w:p>
      <w:r>
        <w:rPr>
          <w:b/>
        </w:rPr>
        <w:t xml:space="preserve">[15:17] </w:t>
      </w:r>
      <w:r>
        <w:t>har har har mor par mujhe khuda ki madad milay gi aur khuda ki madad say mein successful rahoon ga.</w:t>
      </w:r>
    </w:p>
    <w:p>
      <w:pPr>
        <w:jc w:val="right"/>
      </w:pPr>
      <w:r>
        <w:t>ہر ہر ہر موڑ پر مجھے خدا کی مدد ملے گی اور خدا کی مدد سے میں سکسیس فل رہوں گا۔</w:t>
      </w:r>
    </w:p>
    <w:p>
      <w:r>
        <w:rPr>
          <w:b/>
        </w:rPr>
        <w:t xml:space="preserve">[15:26] </w:t>
      </w:r>
      <w:r>
        <w:t>kitna bara khazana hai yeh. aap jantay hain, hope jo hai, hope sab say bari cheez hai, sab say bari cheez hai hope. hope na ho to aadmi kuch nahi kar sakay.</w:t>
      </w:r>
    </w:p>
    <w:p>
      <w:pPr>
        <w:jc w:val="right"/>
      </w:pPr>
      <w:r>
        <w:t>کتنا بڑا خزانہ ہے یہ۔ آپ جانتے ہیں، ہوپ جو ہے، ہوپ سب سے بڑی چیز ہے، سب سے بڑی چیز ہے ہوپ۔ ہوپ نہ ہو تو آدمی کچھ نہیں کر سکے۔</w:t>
      </w:r>
    </w:p>
    <w:p>
      <w:r>
        <w:rPr>
          <w:b/>
        </w:rPr>
        <w:t xml:space="preserve">[15:39] </w:t>
      </w:r>
      <w:r>
        <w:t>hope ko lay kar aadmi baray baray kaam karta hai, everest pe charh jata hai, ocean ko par karta hai, space mein fly karta hai, sab hope ko lay kar kay.</w:t>
      </w:r>
    </w:p>
    <w:p>
      <w:pPr>
        <w:jc w:val="right"/>
      </w:pPr>
      <w:r>
        <w:t>ہوپ کو لے کر آدمی بڑے بڑے کام کرتا ہے، ایورسٹ پہ چڑھ جاتا ہے، اوشن کو پار کرتا ہے، اسپیس میں فلائی کرتا ہے، سب ہوپ کو لے کر کے۔</w:t>
      </w:r>
    </w:p>
    <w:p>
      <w:r>
        <w:rPr>
          <w:b/>
        </w:rPr>
        <w:t xml:space="preserve">[15:53] </w:t>
      </w:r>
      <w:r>
        <w:t>to endless hope milti hai is insan ko, is believer ko jo "bismillah al rahman al rahim" ki spirit ko lay kar kay dunya mein enter ho.</w:t>
      </w:r>
    </w:p>
    <w:p>
      <w:pPr>
        <w:jc w:val="right"/>
      </w:pPr>
      <w:r>
        <w:t>تو اینڈ لیس ہوپ ملتی ہے اس انسان کو، اس بیلیور کو جو "بسم اللہ الرحمن الرحیم" کی اسپرٹ کو لے کر کے دنیا میں انٹر ہو۔</w:t>
      </w:r>
    </w:p>
    <w:p>
      <w:r>
        <w:rPr>
          <w:b/>
        </w:rPr>
        <w:t xml:space="preserve">[16:07] </w:t>
      </w:r>
      <w:r>
        <w:t>ab aap agay barhiye to pehli jo chapter, pehla jo chapter hai quran ka, woh hai "alfatiha" . is ki pehli ayat hai "alhamdulillah rabb al alameen" .</w:t>
      </w:r>
    </w:p>
    <w:p>
      <w:pPr>
        <w:jc w:val="right"/>
      </w:pPr>
      <w:r>
        <w:t>اب آپ آگے بڑھیے تو پہلی جو چیپٹر، پہلا جو چیپٹر ہے قرآن کا، وہ ہے "الفاتحہ"۔ اس کی پہلی آیت ہے "الحمدللہ رب العالمین" ۔</w:t>
      </w:r>
    </w:p>
    <w:p>
      <w:r>
        <w:rPr>
          <w:b/>
        </w:rPr>
        <w:t xml:space="preserve">[16:21] </w:t>
      </w:r>
      <w:r>
        <w:t>hamd hai allah rabb al alameen kay liye.</w:t>
      </w:r>
    </w:p>
    <w:p>
      <w:pPr>
        <w:jc w:val="right"/>
      </w:pPr>
      <w:r>
        <w:t>حمد ہے اللہ رب العالمین کے لیے۔</w:t>
      </w:r>
    </w:p>
    <w:p>
      <w:r>
        <w:rPr>
          <w:b/>
        </w:rPr>
        <w:t xml:space="preserve">[16:27] </w:t>
      </w:r>
      <w:r>
        <w:t>hamd kehtay hain bohat ziyada shukr, bohat ziyada tareef. yani tareef aur shukr ka jo aakhri jo hai, woh is kay liye is ko hamd kehtay hain.</w:t>
      </w:r>
    </w:p>
    <w:p>
      <w:pPr>
        <w:jc w:val="right"/>
      </w:pPr>
      <w:r>
        <w:t>حمد کہتے ہیں بہت زیادہ شکر، بہت زیادہ تعریف۔ یعنی تعریف اور شکر کا جو آخری جو ہے، وہ اس کے لیے اس کو حمد کہتے ہیں۔</w:t>
      </w:r>
    </w:p>
    <w:p>
      <w:r>
        <w:rPr>
          <w:b/>
        </w:rPr>
        <w:t xml:space="preserve">[16:40] </w:t>
      </w:r>
      <w:r>
        <w:t>is hamd kay lafz mein praise bhi hai aur aur gratefulness bhi hai, dono. yani tareef bhi hai aur shukr bhi hai.</w:t>
      </w:r>
    </w:p>
    <w:p>
      <w:pPr>
        <w:jc w:val="right"/>
      </w:pPr>
      <w:r>
        <w:t>اس حمد کے لفظ میں پریز بھی ہے اور اور گریٹ فلنس بھی ہے، دونوں۔ یعنی تعریف بھی ہے اور شکر بھی ہے۔</w:t>
      </w:r>
    </w:p>
    <w:p>
      <w:r>
        <w:rPr>
          <w:b/>
        </w:rPr>
        <w:t xml:space="preserve">[16:50] </w:t>
      </w:r>
      <w:r>
        <w:t>ab aap dekhiye, jab mein nay is ko parha to bas sochay lagay keh dunya mein itnay problem hain, itni atrocities hain, kaisay aadmi hamd karay ga?</w:t>
      </w:r>
    </w:p>
    <w:p>
      <w:pPr>
        <w:jc w:val="right"/>
      </w:pPr>
      <w:r>
        <w:t>اب آپ دیکھیے، جب میں نے اس کو پڑھا تو بس سوچنے لگا کہ دنیا میں اتنے پرابلم ہیں، اتنی ایٹروسٹیز ہیں، کیسے آدمی حمد کرے گا؟</w:t>
      </w:r>
    </w:p>
    <w:p>
      <w:r>
        <w:rPr>
          <w:b/>
        </w:rPr>
        <w:t xml:space="preserve">[17:01] </w:t>
      </w:r>
      <w:r>
        <w:t>sacha hamd,</w:t>
      </w:r>
    </w:p>
    <w:p>
      <w:pPr>
        <w:jc w:val="right"/>
      </w:pPr>
      <w:r>
        <w:t>سچا حمد،</w:t>
      </w:r>
    </w:p>
    <w:p>
      <w:r>
        <w:rPr>
          <w:b/>
        </w:rPr>
        <w:t xml:space="preserve">[17:06] </w:t>
      </w:r>
      <w:r>
        <w:t>sacha hamd kaisay niklay ga is kay dil say? jab har har waqt aap ko kisi say shikayat hai, kisi say aap ko takleef puhanch rahi hai to aap sacha hamd nahi kar sakay</w:t>
      </w:r>
    </w:p>
    <w:p>
      <w:pPr>
        <w:jc w:val="right"/>
      </w:pPr>
      <w:r>
        <w:t>سچا حمد کیسے نکلے گا اس کے دل سے؟ جب ہر ہر وقت آپ کو کسی سے شکایت ہے، کسی سے آپ کو تکلیف پہنچ رہی ہے تو آپ سچا حمد نہیں کر سکت</w:t>
      </w:r>
    </w:p>
    <w:p>
      <w:r>
        <w:rPr>
          <w:b/>
        </w:rPr>
        <w:t xml:space="preserve">[17:18] </w:t>
      </w:r>
      <w:r>
        <w:t>e. lafz service karenge, aap lafz service sachay hamd karne ke liye aap ko sochna parega. to maine socha, socha, socha to mere nateejay pohancha ke insaan ki jin baaton ko le kar hum complaint bhi jeetay hain, shikayat bhi jeetay hain,</w:t>
      </w:r>
    </w:p>
    <w:p>
      <w:pPr>
        <w:jc w:val="right"/>
      </w:pPr>
      <w:r>
        <w:t>ے۔ لفظ سروس کریں گے، آپ لفظ سروس سچے حمد کرنے کے لیے آپ کو سوچنا پڑے گا۔ تو میں نے سوچا، سوچا، سوچا تو میرے نتیجے پہنچا کہ انسان کی جن باتوں کو لے کر ہم کمپلینٹ بھی جیتے ہیں، شکایت بھی جیتے ہیں،</w:t>
      </w:r>
    </w:p>
    <w:p>
      <w:r>
        <w:rPr>
          <w:b/>
        </w:rPr>
        <w:t xml:space="preserve">[17:37] </w:t>
      </w:r>
      <w:r>
        <w:t>woh kya hain? woh zindagi ka less than one percent hai.</w:t>
      </w:r>
    </w:p>
    <w:p>
      <w:pPr>
        <w:jc w:val="right"/>
      </w:pPr>
      <w:r>
        <w:t>وہ کیا ہیں؟ وہ زندگی کا لیس دین ون پرسنٹ ہے۔</w:t>
      </w:r>
    </w:p>
    <w:p>
      <w:r>
        <w:rPr>
          <w:b/>
        </w:rPr>
        <w:t xml:space="preserve">[17:42] </w:t>
      </w:r>
      <w:r>
        <w:t>kisi ne kuch humein bura keh diya, kisi ne hamara farz kijiye ke hamara kapra chheen liya, kisi ne hum se kuch paise chheen liye.</w:t>
      </w:r>
    </w:p>
    <w:p>
      <w:pPr>
        <w:jc w:val="right"/>
      </w:pPr>
      <w:r>
        <w:t>کسی نے کچھ ہمیں برا کہہ دیا، کسی نے ہمارا فرض کیجئے کہ ہمارا کپڑا چھین لیا، کسی نے ہم سے کچھ پیسے چھین لیے۔</w:t>
      </w:r>
    </w:p>
    <w:p>
      <w:r>
        <w:rPr>
          <w:b/>
        </w:rPr>
        <w:t xml:space="preserve">[17:55] </w:t>
      </w:r>
      <w:r>
        <w:t>is tarah ki cheezein hoti hain. ab zyada tar to munh se bolne ko le kar ke shikayat le kar baith jatay hain ke hum yeh kyun keh diya, woh kyun keh diya.</w:t>
      </w:r>
    </w:p>
    <w:p>
      <w:pPr>
        <w:jc w:val="right"/>
      </w:pPr>
      <w:r>
        <w:t>اس طرح کی چیزیں ہوتی ہیں۔ اب زیادہ تر تو منہ سے بولنے کو لے کر کے شکایت لے کر بیٹھ جاتے ہیں کہ ہم یہ کیوں کہہ دیا، وہ کیوں کہہ دیا۔</w:t>
      </w:r>
    </w:p>
    <w:p>
      <w:r>
        <w:rPr>
          <w:b/>
        </w:rPr>
        <w:t xml:space="preserve">[18:06] </w:t>
      </w:r>
      <w:r>
        <w:t>zindagi mein in cheezon ka hissa less than one percent hai.</w:t>
      </w:r>
    </w:p>
    <w:p>
      <w:pPr>
        <w:jc w:val="right"/>
      </w:pPr>
      <w:r>
        <w:t>زندگی میں ان چیزوں کا حصہ لیس دین ون پرسنٹ ہے۔</w:t>
      </w:r>
    </w:p>
    <w:p>
      <w:r>
        <w:rPr>
          <w:b/>
        </w:rPr>
        <w:t xml:space="preserve">[18:11] </w:t>
      </w:r>
      <w:r>
        <w:t>ab Khuda ko aap dekhiye to more than 99 percent to Khuda ki boundaries hain.</w:t>
      </w:r>
    </w:p>
    <w:p>
      <w:pPr>
        <w:jc w:val="right"/>
      </w:pPr>
      <w:r>
        <w:t>اب خدا کو آپ دیکھیے تو مور دین 99 پرسنٹ تو خدا کی باؤنڈریز ہیں۔</w:t>
      </w:r>
    </w:p>
    <w:p>
      <w:r>
        <w:rPr>
          <w:b/>
        </w:rPr>
        <w:t xml:space="preserve">[18:19] </w:t>
      </w:r>
      <w:r>
        <w:t>jaise ke main bol raha hoon, aap sochiye, aap kisi ko sochein ke bolna kaisi ajeeb cheez hai. aadmi ne apne mind se socha, zabaan se us ne ada kiya,</w:t>
      </w:r>
    </w:p>
    <w:p>
      <w:pPr>
        <w:jc w:val="right"/>
      </w:pPr>
      <w:r>
        <w:t>جیسے کہ میں بول رہا ہوں، آپ سوچیے، آپ کسی کو سوچیں کہ بولنا کیسی عجیب چیز ہے۔ آدمی نے اپنے مائنڈ سے سوچا، زبان سے اس نے ادا کیا،</w:t>
      </w:r>
    </w:p>
    <w:p>
      <w:r>
        <w:rPr>
          <w:b/>
        </w:rPr>
        <w:t xml:space="preserve">[18:32] </w:t>
      </w:r>
      <w:r>
        <w:t>phir hawa ke zariye se doosron tak woh cheez, woh views pohanchin,</w:t>
      </w:r>
    </w:p>
    <w:p>
      <w:pPr>
        <w:jc w:val="right"/>
      </w:pPr>
      <w:r>
        <w:t>پھر ہوا کے ذریعے سے دوسروں تک وہ چیز، وہ ویوز پہنچیں،</w:t>
      </w:r>
    </w:p>
    <w:p>
      <w:r>
        <w:rPr>
          <w:b/>
        </w:rPr>
        <w:t xml:space="preserve">[18:38] </w:t>
      </w:r>
      <w:r>
        <w:t>phir kaan se aap ne suna, phir kaan ne bhi dimaagh tak pohanchaya to aap ne samjha is ko. yeh saari baatein aap sochiye to insaan se jo aap ko dukh pohancha hai, us se billion time zyada to aap ko Khuda se mil raha hai.</w:t>
      </w:r>
    </w:p>
    <w:p>
      <w:pPr>
        <w:jc w:val="right"/>
      </w:pPr>
      <w:r>
        <w:t>پھر کان سے آپ نے سنا، پھر کان نے بھی دماغ تک پہنچایا تو آپ نے سمجھا اس کو۔ یہ ساری باتیں آپ سوچیے تو انسان سے جو آپ کو دکھ پہنچا ہے، اس سے بلین ٹائم زیادہ تو آپ کو خدا سے مل رہا ہے۔</w:t>
      </w:r>
    </w:p>
    <w:p>
      <w:r>
        <w:rPr>
          <w:b/>
        </w:rPr>
        <w:t xml:space="preserve">[18:51] </w:t>
      </w:r>
      <w:r>
        <w:t>already aise hi pani hai, dekhiye, pani ko aap sochiye, abundantly pani duniya mein maujood hai, lekin kitna bari boundary hai Khuda ki.</w:t>
      </w:r>
    </w:p>
    <w:p>
      <w:pPr>
        <w:jc w:val="right"/>
      </w:pPr>
      <w:r>
        <w:t>الریڈی ایسے ہی پانی ہے، دیکھیے، پانی کو آپ سوچیں، ابینڈنٹلی پانی دنیا میں موجود ہے، لیکن کتنا بڑی باؤنڈری ہے خدا کی۔</w:t>
      </w:r>
    </w:p>
    <w:p>
      <w:r>
        <w:rPr>
          <w:b/>
        </w:rPr>
        <w:t xml:space="preserve">[19:07] </w:t>
      </w:r>
      <w:r>
        <w:t>science batati hai ke pehle duniya mein sirf gases theen, gases, pani nahi tha shuru mein. phir do gases ke ekatha hone se pani bana, yani liquid water bana.</w:t>
      </w:r>
    </w:p>
    <w:p>
      <w:pPr>
        <w:jc w:val="right"/>
      </w:pPr>
      <w:r>
        <w:t>سائنس بتاتی ہے کہ پہلے دنیا میں صرف گیسز تھیں، گیسز، پانی نہیں تھا شروع میں۔ پھر دو گیسز کے اکٹھا ہونے سے پانی بنا، یعنی لیکوئیڈ واٹر بنا۔</w:t>
      </w:r>
    </w:p>
    <w:p>
      <w:r>
        <w:rPr>
          <w:b/>
        </w:rPr>
        <w:t xml:space="preserve">[19:22] </w:t>
      </w:r>
      <w:r>
        <w:t>is liquid water ko Khuda ne jama kiya samundaron mein, baray baray ocean, baray baray sea mein jama kiya is pani ko.</w:t>
      </w:r>
    </w:p>
    <w:p>
      <w:pPr>
        <w:jc w:val="right"/>
      </w:pPr>
      <w:r>
        <w:t>اس لیکوئیڈ واٹر کو خدا نے جمع کیا سمندروں میں، بڑے بڑے اوشن، بڑے بڑے سیز میں جمع کیا اس پانی کو۔</w:t>
      </w:r>
    </w:p>
    <w:p>
      <w:r>
        <w:rPr>
          <w:b/>
        </w:rPr>
        <w:t xml:space="preserve">[19:34] </w:t>
      </w:r>
      <w:r>
        <w:t>ab doosra sawal tha ke woh pani us mein kharab ho jayega? kyunke aap jantay hain ke pani kharab ho jata hai kuch dinon mein. to preservative ke tor par Khuda ne us mein namak daal diya, 10 percent namak as a preservative.</w:t>
      </w:r>
    </w:p>
    <w:p>
      <w:pPr>
        <w:jc w:val="right"/>
      </w:pPr>
      <w:r>
        <w:t>اب دوسرا سوال تھا کہ وہ پانی اس میں خراب ہو جائے گا؟ کیونکہ آپ جانتے ہیں کہ پانی خراب ہو جاتا ہے کچھ دنوں میں۔ تو پریزرویٹیو کے طور پر خدا نے اس میں نمک ڈال دیا، 10 پرسنٹ نمک ایز ا پریزرویٹیو۔</w:t>
      </w:r>
    </w:p>
    <w:p>
      <w:r>
        <w:rPr>
          <w:b/>
        </w:rPr>
        <w:t xml:space="preserve">[19:49] </w:t>
      </w:r>
      <w:r>
        <w:t>ab sawal yeh tha ke ab insaan is ko istemal kaise kare? kyunke khari pani to aap pi nahi sakte, kheti mein bhi nahi daal sakte aap.</w:t>
      </w:r>
    </w:p>
    <w:p>
      <w:pPr>
        <w:jc w:val="right"/>
      </w:pPr>
      <w:r>
        <w:t>اب سوال یہ تھا کہ اب انسان اس کو استعمال کیسے کرے؟ کیونکہ کھاری پانی تو آپ پی نہیں سکتے، کھیتی میں بھی نہیں ڈال سکتے آپ۔</w:t>
      </w:r>
    </w:p>
    <w:p>
      <w:r>
        <w:rPr>
          <w:b/>
        </w:rPr>
        <w:t xml:space="preserve">[19:59] </w:t>
      </w:r>
      <w:r>
        <w:t>to Khuda ne universal planning ki, ek rain ki universal planning, yani bhap uthti hai aur salt chunke heavy hota hai, woh neeche reh jata hai,</w:t>
      </w:r>
    </w:p>
    <w:p>
      <w:pPr>
        <w:jc w:val="right"/>
      </w:pPr>
      <w:r>
        <w:t>تو خدا نے یونیورسل پلاننگ کی، ایک رین کی یونیورسل پلاننگ، یعنی بھاپ اٹھتی ہے اور سالٹ چونکہ ہیوی ہوتا ہے، وہ نیچے رہ جاتا ہے،</w:t>
      </w:r>
    </w:p>
    <w:p>
      <w:r>
        <w:rPr>
          <w:b/>
        </w:rPr>
        <w:t xml:space="preserve">[20:13] </w:t>
      </w:r>
      <w:r>
        <w:t>pani oopar jata hai. ek universal planning hai. phir neeche, yani universal desalination ka mamla yeh hai.</w:t>
      </w:r>
    </w:p>
    <w:p>
      <w:pPr>
        <w:jc w:val="right"/>
      </w:pPr>
      <w:r>
        <w:t>پانی اوپر جاتا ہے۔ ایک یونیورسل پلاننگ ہے۔ پھر نیچے، یعنی یونیورسل ڈی سیلینیشن کا معاملہ یہ ہے۔</w:t>
      </w:r>
    </w:p>
    <w:p>
      <w:r>
        <w:rPr>
          <w:b/>
        </w:rPr>
        <w:t xml:space="preserve">[20:27] </w:t>
      </w:r>
      <w:r>
        <w:t>universal desalination ke samundaron ko pani se namak ko alag kar ke fresh water aap ko pohanchana. ab woh rain ke through aap ko barsa, phir nadiyon mein, talabon mein, jheelon mein, har jagah jama hua to aap ko fresh water mila.</w:t>
      </w:r>
    </w:p>
    <w:p>
      <w:pPr>
        <w:jc w:val="right"/>
      </w:pPr>
      <w:r>
        <w:t>یونیورسل ڈی سیلینیشن کہ سمندروں کو پانی سے نمک کو الگ کر کے فریش واٹر آپ کو پہنچانا۔ اب وہ رین کے تھرو آپ کو برسا، پھر ندیوں میں، تالابوں میں، جھیلوں میں، ہر جگہ جمع ہوا تو آپ کو فریش واٹر ملا۔</w:t>
      </w:r>
    </w:p>
    <w:p>
      <w:r>
        <w:rPr>
          <w:b/>
        </w:rPr>
        <w:t xml:space="preserve">[20:45] </w:t>
      </w:r>
      <w:r>
        <w:t>paharon par barf jam gayi, woh fresh water mila aap</w:t>
      </w:r>
    </w:p>
    <w:p>
      <w:pPr>
        <w:jc w:val="right"/>
      </w:pPr>
      <w:r>
        <w:t>پہاڑوں پر برف جم گئی، وہ فریش واٹر ملا آپ</w:t>
      </w:r>
    </w:p>
    <w:p>
      <w:r>
        <w:rPr>
          <w:b/>
        </w:rPr>
        <w:t xml:space="preserve">[20:48] </w:t>
      </w:r>
      <w:r>
        <w:t>ko. ke aap yeh to aap baatein sochiye, aap to ek glass pani aap piyenge to aap ko super thrill hoga, super thrill ke Khuda ne kitni bari nemat kar rakhi hai pani ki shakal mein.</w:t>
      </w:r>
    </w:p>
    <w:p>
      <w:pPr>
        <w:jc w:val="right"/>
      </w:pPr>
      <w:r>
        <w:t>کو۔ کہ آپ یہ تو آپ باتیں سوچیں، آپ تو ایک گلاس پانی آپ پیئیں گے تو آپ کو سپر تھرل ہوگا، سپر تھرل کہ خدا نے کتنی بڑی نعمت کر رکھی ہے پانی کی شکل میں۔</w:t>
      </w:r>
    </w:p>
    <w:p>
      <w:r>
        <w:rPr>
          <w:b/>
        </w:rPr>
        <w:t xml:space="preserve">[21:00] </w:t>
      </w:r>
      <w:r>
        <w:t>mujhe aise hi aap dekhiye, yeh jo jis ko aap motor car kehte hain, is ko hawai jahaz kehte hain, jis ko aap engine kehte hain, woh kya hai?</w:t>
      </w:r>
    </w:p>
    <w:p>
      <w:pPr>
        <w:jc w:val="right"/>
      </w:pPr>
      <w:r>
        <w:t>مجھے ایسے ہی آپ دیکھیے، یہ جو جس کو آپ موٹر کار کہتے ہیں، اس کو ہوائی جہاز کہتے ہیں، جس کو آپ انجن کہتے ہیں، وہ کیا ہے؟</w:t>
      </w:r>
    </w:p>
    <w:p>
      <w:r>
        <w:rPr>
          <w:b/>
        </w:rPr>
        <w:t xml:space="preserve">[21:11] </w:t>
      </w:r>
      <w:r>
        <w:t>yeh saare usi zameen mein woh cheezein maujood theen, woh saare minerals, woh saari dhatain, woh saare saman. potentially, potentially, is potential ko aap ne apni aqal ko istemal kar ke actual banaya.</w:t>
      </w:r>
    </w:p>
    <w:p>
      <w:pPr>
        <w:jc w:val="right"/>
      </w:pPr>
      <w:r>
        <w:t>یہ سارے اسی زمین میں وہ چیزیں موجود تھیں، وہ سارے منرلز، وہ ساری دھاتیں، وہ سارے سامان۔ پوٹینشلی، پوٹینشلی، اس پوٹینشل کو آپ نے اپنی عقل کو استعمال کر کے ایکچول بنایا۔</w:t>
      </w:r>
    </w:p>
    <w:p>
      <w:r>
        <w:rPr>
          <w:b/>
        </w:rPr>
        <w:t xml:space="preserve">[21:26] </w:t>
      </w:r>
      <w:r>
        <w:t>to phir car dorr rahi hai, hawai jahaz dorr raha hai, engine chal rahe hain. aap sochiye is ko ke hum to ek zara bhi bana nahi sakte thay.</w:t>
      </w:r>
    </w:p>
    <w:p>
      <w:pPr>
        <w:jc w:val="right"/>
      </w:pPr>
      <w:r>
        <w:t>تو پھر کار دوڑ رہی ہے، ہوائی جہاز دوڑ رہا ہے، انجن چل رہے ہیں۔ آپ سوچیں اس کو کہ ہم تو ایک ذرہ بھی بنا نہیں سکتے تھے۔</w:t>
      </w:r>
    </w:p>
    <w:p>
      <w:r>
        <w:rPr>
          <w:b/>
        </w:rPr>
        <w:t xml:space="preserve">[21:36] </w:t>
      </w:r>
      <w:r>
        <w:t>agar woh potentially yeh cheezein yahan par pehle se maujood na hotin to hum kuch bhi nahi kar sakte thay. to aap ko itna thrill ayega, itna thrill ayega.</w:t>
      </w:r>
    </w:p>
    <w:p>
      <w:pPr>
        <w:jc w:val="right"/>
      </w:pPr>
      <w:r>
        <w:t>اگر وہ پوٹینشلی یہ چیزیں یہاں پر پہلے سے موجود نہ ہوتیں تو ہم کچھ بھی نہیں کر سکتے تھے۔ تو آپ کو اتنا تھرل آئے گا، اتنا تھرل آئے گا۔</w:t>
      </w:r>
    </w:p>
    <w:p>
      <w:r>
        <w:rPr>
          <w:b/>
        </w:rPr>
        <w:t xml:space="preserve">[21:47] </w:t>
      </w:r>
      <w:r>
        <w:t>is tarah ki billion trillion cheezein hain jo Khuda ki taraf se aap ko mil rahi hain. to yeh aap yeh sochiye ke insaan se ab is ko jo shikayat hui thi, woh to less than one percent thi, aur Khuda ki taraf se jo mujhe boundaries aur blessings mil rahi hain, woh to more than 99 percent hain.</w:t>
      </w:r>
    </w:p>
    <w:p>
      <w:pPr>
        <w:jc w:val="right"/>
      </w:pPr>
      <w:r>
        <w:t>اس طرح کی بلین ٹریلین چیزیں ہیں جو خدا کی طرف سے آپ کو مل رہی ہیں۔ تو یہ آپ یہ سوچیں کہ انسان سے اب اس کو جو شکایت ہوئی تھی، وہ تو لیس دین ون پرسنٹ تھی، اور خدا کی طرف سے جو مجھے باؤنڈریز اور بلیسنگز مل رہی ہیں، وہ تو مور دین 99 پرسنٹ ہیں۔</w:t>
      </w:r>
    </w:p>
    <w:p>
      <w:r>
        <w:rPr>
          <w:b/>
        </w:rPr>
        <w:t xml:space="preserve">[22:05] </w:t>
      </w:r>
      <w:r>
        <w:t>to aap thrill bhi jeeyenge, na ke shikayaton mein. tab aap ki zabaan se niklega "Alhamdulillah Rabbil Alameen" . yeh aap ke dil se ek samandar ban kar niklega, yeh "Alhamdulillah Rabbil Alameen" .</w:t>
      </w:r>
    </w:p>
    <w:p>
      <w:pPr>
        <w:jc w:val="right"/>
      </w:pPr>
      <w:r>
        <w:t>تو آپ تھرل بھی جیئیں گے، نہ کہ شکایتوں میں۔ تب آپ کی زبان سے نکلے گا "الحمدللہ رب العالمین" ۔ یہ آپ کے دل سے ایک سمندر بن کر نکلے گا، یہ "الحمدللہ رب العالمین" ۔</w:t>
      </w:r>
    </w:p>
    <w:p>
      <w:r>
        <w:rPr>
          <w:b/>
        </w:rPr>
        <w:t xml:space="preserve">[22:20] </w:t>
      </w:r>
      <w:r>
        <w:t>ek toofan ban kar nikle ga. ab yeh saare log kyun jee rahe hain shikayaton mein? jis se baat ki jiye, woh shikayat ki baat karta hai. har taraf shikayat ki baatein hain.</w:t>
      </w:r>
    </w:p>
    <w:p>
      <w:pPr>
        <w:jc w:val="right"/>
      </w:pPr>
      <w:r>
        <w:t>ایک طوفان بن کر نکلے گا۔ اب یہ سارے لوگ کیوں جی رہے ہیں شکایتوں میں؟ جس سے بات کیجئے، وہ شکایت کی بات کرتا ہے۔ ہر طرف شکایت کی باتیں ہیں۔</w:t>
      </w:r>
    </w:p>
    <w:p>
      <w:r>
        <w:rPr>
          <w:b/>
        </w:rPr>
        <w:t xml:space="preserve">[22:32] </w:t>
      </w:r>
      <w:r>
        <w:t>har ek hum ko dushman nazar aata hai, har ek conspiracy karta hua dikhai deta hai. har taraf shikayat, shikayat, shikayat.</w:t>
      </w:r>
    </w:p>
    <w:p>
      <w:pPr>
        <w:jc w:val="right"/>
      </w:pPr>
      <w:r>
        <w:t>ہر ایک ہم کو دشمن نظر آتا ہے، ہر ایک کانسپریسی کرتا ہوا دکھائی دیتا ہے۔ ہر طرف شکایت، شکایت، شکایت۔</w:t>
      </w:r>
    </w:p>
    <w:p>
      <w:r>
        <w:rPr>
          <w:b/>
        </w:rPr>
        <w:t xml:space="preserve">[22:40] </w:t>
      </w:r>
      <w:r>
        <w:t>kyun? hum ne alhamd ki koi koi discover nahi kiya. "alhamdolillah rabbil alameen". koi discover nahi kiya.</w:t>
      </w:r>
    </w:p>
    <w:p>
      <w:pPr>
        <w:jc w:val="right"/>
      </w:pPr>
      <w:r>
        <w:t>کیوں؟ ہم نے الحمد کی کوئی کوئی ڈسکور نہیں کیا۔ "الحمدللہ رب العالمین" ۔ کوئی ڈسکور نہیں کیا۔</w:t>
      </w:r>
    </w:p>
    <w:p>
      <w:r>
        <w:rPr>
          <w:b/>
        </w:rPr>
        <w:t xml:space="preserve">[22:50] </w:t>
      </w:r>
      <w:r>
        <w:t>paper mein chapti hain khabrein, insaan wali baatein, is ko hum jaante hain. lekin yeh jo cheezein hain, is ki hamein khabar hi nahi.</w:t>
      </w:r>
    </w:p>
    <w:p>
      <w:pPr>
        <w:jc w:val="right"/>
      </w:pPr>
      <w:r>
        <w:t>پیپر میں چھپتی ہیں خبریں، انسان والی باتیں، اس کو ہم جانتے ہیں۔ لیکن یہ جو چیزیں ہیں، اس کی ہمیں خبر ہی نہیں۔</w:t>
      </w:r>
    </w:p>
    <w:p>
      <w:r>
        <w:rPr>
          <w:b/>
        </w:rPr>
        <w:t xml:space="preserve">[23:05] </w:t>
      </w:r>
      <w:r>
        <w:t>toh main meal jo hissa hai, is ko hum jaante hain, aur god ki jo boundaries hain, is se hum be khabar hain. toh "alhamdolillah rabbil alameen".</w:t>
      </w:r>
    </w:p>
    <w:p>
      <w:pPr>
        <w:jc w:val="right"/>
      </w:pPr>
      <w:r>
        <w:t>تو مین میل جو حصہ ہے، اس کو ہم جانتے ہیں، اور گاڈ کی جو باؤنڈریز ہیں، اس سے ہم بے خبر ہیں۔ تو "الحمدللہ رب العالمین" ۔</w:t>
      </w:r>
    </w:p>
    <w:p>
      <w:r>
        <w:rPr>
          <w:b/>
        </w:rPr>
        <w:t xml:space="preserve">[23:17] </w:t>
      </w:r>
      <w:r>
        <w:t>aap ko yeh ayat aap se kehti hai ke khuda ki boundaries ko discover karo, khuda ki blessing ko discover karo.</w:t>
      </w:r>
    </w:p>
    <w:p>
      <w:pPr>
        <w:jc w:val="right"/>
      </w:pPr>
      <w:r>
        <w:t>آپ کو یہ آیت آپ سے کہتی ہے کہ خدا کی باؤنڈریز کو ڈسکور کرو، خدا کی بلیسنگ کو ڈسکور کرو۔</w:t>
      </w:r>
    </w:p>
    <w:p>
      <w:r>
        <w:rPr>
          <w:b/>
        </w:rPr>
        <w:t xml:space="preserve">[23:28] </w:t>
      </w:r>
      <w:r>
        <w:t>toh tumhein yeh insani baatein, jis ka jis ko le kar tum apne dil mein hate rakhe hue ho aur jhanjhanahat rakhe hue ho, complaint rakhe hue ho, protest rakhe hue ho, woh bilkul disappear ho jayega.</w:t>
      </w:r>
    </w:p>
    <w:p>
      <w:pPr>
        <w:jc w:val="right"/>
      </w:pPr>
      <w:r>
        <w:t>تو تمہیں یہ انسانی باتیں، جس کا جس کو لے کر تم اپنے دل میں ہیٹ رکھے ہوئے ہو اور جھنجھلاہٹ رکھے ہوئے ہو، کمپلینٹ رکھے ہوئے ہو، پروٹیسٹ رکھے ہوئے ہو، وہ بالکل ڈس اپیئر ہو جائے گا۔</w:t>
      </w:r>
    </w:p>
    <w:p>
      <w:r>
        <w:rPr>
          <w:b/>
        </w:rPr>
        <w:t xml:space="preserve">[23:44] </w:t>
      </w:r>
      <w:r>
        <w:t>toh thrill mein jeene logon ko, thrill mein jeene logon ko. toh ramzan mein is tareeqe se quran ko padhna hai.</w:t>
      </w:r>
    </w:p>
    <w:p>
      <w:pPr>
        <w:jc w:val="right"/>
      </w:pPr>
      <w:r>
        <w:t>تو تھرل میں جینے لوگوں کو، تھرل میں جینے لوگوں کو۔ تو رمضان میں اس طریقے سے قرآن کو پڑھنا ہے۔</w:t>
      </w:r>
    </w:p>
    <w:p>
      <w:r>
        <w:rPr>
          <w:b/>
        </w:rPr>
        <w:t xml:space="preserve">[23:53] </w:t>
      </w:r>
      <w:r>
        <w:t>phir aap dekhiye, ab aage badhiye. quran ki jo agli surah hai, surah al baqarah, is mein hai "zalikal kitab larah feehi lil mutaqeen".</w:t>
      </w:r>
    </w:p>
    <w:p>
      <w:pPr>
        <w:jc w:val="right"/>
      </w:pPr>
      <w:r>
        <w:t>پھر آپ دیکھیے، اب آگے بڑھیے۔ قرآن کی جو اگلی سورہ ہے، سورہ البقرہ، اس میں ہے "ذالک الکتاب الارہ فیہ للمتقین" ۔</w:t>
      </w:r>
    </w:p>
    <w:p>
      <w:r>
        <w:rPr>
          <w:b/>
        </w:rPr>
        <w:t xml:space="preserve">[24:08] </w:t>
      </w:r>
      <w:r>
        <w:t>hidayat hai mutaqi ke liye. aaj subah mein soch raha tha ke mutaqi ke liye hidayat kyun hai?</w:t>
      </w:r>
    </w:p>
    <w:p>
      <w:pPr>
        <w:jc w:val="right"/>
      </w:pPr>
      <w:r>
        <w:t>ہدایت ہے متقیوں کے لیے۔ آج صبح میں سوچ رہا تھا کہ متقی کے لیے ہدایت کیوں ہے؟</w:t>
      </w:r>
    </w:p>
    <w:p>
      <w:r>
        <w:rPr>
          <w:b/>
        </w:rPr>
        <w:t xml:space="preserve">[24:18] </w:t>
      </w:r>
      <w:r>
        <w:t>ek quran jo hai, guide book hai, quran guidance hai, lekin yeh condition kyun lagi hui hai ke jis ka andar taqwa ho, us ko is se guidance milegi?</w:t>
      </w:r>
    </w:p>
    <w:p>
      <w:pPr>
        <w:jc w:val="right"/>
      </w:pPr>
      <w:r>
        <w:t>ایک قرآن جو ہے، گائیڈ بک ہے، قرآن گائیڈنس ہے، لیکن یہ کنڈیشن کیوں لگی ہوئی ہے کہ جس کا اندر تقویٰ ہو، اس کو اس سے گائیڈنس ملے گی؟</w:t>
      </w:r>
    </w:p>
    <w:p>
      <w:r>
        <w:rPr>
          <w:b/>
        </w:rPr>
        <w:t xml:space="preserve">[24:32] </w:t>
      </w:r>
      <w:r>
        <w:t>yeh condition kyun lagi hui hai? toh taqwa par sochte sochte mujhe samajh aaya ke taqwa ke literal meaning hote hain bachna, ehtiyat karna.</w:t>
      </w:r>
    </w:p>
    <w:p>
      <w:pPr>
        <w:jc w:val="right"/>
      </w:pPr>
      <w:r>
        <w:t>یہ کنڈیشن کیوں لگی ہوئی ہے؟ تو تقویٰ پر سوچتے سوچتے مجھے سمجھ آیا کہ تقویٰ کے لٹرل میننگ ہوتے ہیں بچنا، احتیاط کرنا۔</w:t>
      </w:r>
    </w:p>
    <w:p>
      <w:r>
        <w:rPr>
          <w:b/>
        </w:rPr>
        <w:t xml:space="preserve">[24:44] </w:t>
      </w:r>
      <w:r>
        <w:t>mutaqi ka translation kuch log karte hain "mindful". mindful hona, muhtat hona, parhezgar hona.</w:t>
      </w:r>
    </w:p>
    <w:p>
      <w:pPr>
        <w:jc w:val="right"/>
      </w:pPr>
      <w:r>
        <w:t>متقی کا ٹرانسلیشن کچھ لوگ کرتے ہیں "مائنڈ فل"۔ مائنڈ فل ہونا، محتاط ہونا، پرہیزگار ہونا۔</w:t>
      </w:r>
    </w:p>
    <w:p>
      <w:r>
        <w:rPr>
          <w:b/>
        </w:rPr>
        <w:t xml:space="preserve">[24:56] </w:t>
      </w:r>
      <w:r>
        <w:t>is par sochte sochte mujhe samajh aaya ke yeh woh toh log hain jo seeker bante hain.</w:t>
      </w:r>
    </w:p>
    <w:p>
      <w:pPr>
        <w:jc w:val="right"/>
      </w:pPr>
      <w:r>
        <w:t>اس پر سوچتے سوچتے مجھے سمجھ آیا کہ یہ وہ تو لوگ ہیں جو سیکر بنتے ہیں۔</w:t>
      </w:r>
    </w:p>
    <w:p>
      <w:r>
        <w:rPr>
          <w:b/>
        </w:rPr>
        <w:t xml:space="preserve">[25:02] </w:t>
      </w:r>
      <w:r>
        <w:t>taqwa</w:t>
      </w:r>
    </w:p>
    <w:p>
      <w:pPr>
        <w:jc w:val="right"/>
      </w:pPr>
      <w:r>
        <w:t>تقویٰ</w:t>
      </w:r>
    </w:p>
    <w:p>
      <w:r>
        <w:rPr>
          <w:b/>
        </w:rPr>
        <w:t xml:space="preserve">[25:06] </w:t>
      </w:r>
      <w:r>
        <w:t>ki spirit jis ke andar aati hai, yaani ehtiyat ka zehan, mindful ho kar rehne ka zehan, parhezgari ka zehan jis ke andar hota hai, wahi seeker banta hai.</w:t>
      </w:r>
    </w:p>
    <w:p>
      <w:pPr>
        <w:jc w:val="right"/>
      </w:pPr>
      <w:r>
        <w:t>کی اسپرٹ جس کے اندر آتی ہے، یعنی احتیاط کا ذہن، مائنڈ فل ہو کر رہنے کا ذہن، پرہیزگاری کا ذہن جس کے اندر ہوتا ہے، وہی سیکر بنتا ہے۔</w:t>
      </w:r>
    </w:p>
    <w:p>
      <w:r>
        <w:rPr>
          <w:b/>
        </w:rPr>
        <w:t xml:space="preserve">[25:18] </w:t>
      </w:r>
      <w:r>
        <w:t>aur seeker hi woh woh insaan hai jis ko khuda ki kitab mein guidance milti hai. seeker "wa bi yadaka dhan fahda"</w:t>
      </w:r>
    </w:p>
    <w:p>
      <w:pPr>
        <w:jc w:val="right"/>
      </w:pPr>
      <w:r>
        <w:t>اور سیکر ہی وہ وہ انسان ہے جس کو خدا کی کتاب میں گائیڈنس ملتی ہے۔ سیکر "وَبَيَدَكَ ذَا لَنْ فَهَدَى"</w:t>
      </w:r>
    </w:p>
    <w:p>
      <w:r>
        <w:rPr>
          <w:b/>
        </w:rPr>
        <w:t xml:space="preserve">[25:31] </w:t>
      </w:r>
      <w:r>
        <w:t>. quran mein doosri jagah hai. dekhiye, quran ke bare mein kaha gaya hai ke "al quran yufassir ba'dahu".</w:t>
      </w:r>
    </w:p>
    <w:p>
      <w:pPr>
        <w:jc w:val="right"/>
      </w:pPr>
      <w:r>
        <w:t>۔ قرآن میں دوسری جگہ ہے۔ دیکھیے، قرآن کے بارے میں کہا گیا ہے کہ "القرآن يُفَسِّرُ بَعْدَهُ" ۔</w:t>
      </w:r>
    </w:p>
    <w:p>
      <w:r>
        <w:rPr>
          <w:b/>
        </w:rPr>
        <w:t xml:space="preserve">[25:39] </w:t>
      </w:r>
      <w:r>
        <w:t>ke quran ke baad hisse, baad doosre hisson ki ke woh karte hain tafseer, karte hain is ko matlab batate hain. toh doosri jagah hai ke "wa wajadaka dhan fahda".</w:t>
      </w:r>
    </w:p>
    <w:p>
      <w:pPr>
        <w:jc w:val="right"/>
      </w:pPr>
      <w:r>
        <w:t>کہ قرآن کے بعد حصے، بعد دوسرے حصوں کی کہ وہ کرتے ہیں تفسیر، کرتے ہیں اس کو مطلب بتاتے ہیں۔ تو دوسری جگہ ہے کہ "وَوَجَدَكَ ذَا لَنْ فَهَدَى" ۔</w:t>
      </w:r>
    </w:p>
    <w:p>
      <w:r>
        <w:rPr>
          <w:b/>
        </w:rPr>
        <w:t xml:space="preserve">[25:53] </w:t>
      </w:r>
      <w:r>
        <w:t>khuda ne paya tum ko seeker, tab tum ko us ne guidance di.</w:t>
      </w:r>
    </w:p>
    <w:p>
      <w:pPr>
        <w:jc w:val="right"/>
      </w:pPr>
      <w:r>
        <w:t>خدا نے پایا تم کو سیکر، تب تم کو اس نے گائیڈنس دی۔</w:t>
      </w:r>
    </w:p>
    <w:p>
      <w:r>
        <w:rPr>
          <w:b/>
        </w:rPr>
        <w:t xml:space="preserve">[26:01] </w:t>
      </w:r>
      <w:r>
        <w:t>toh main samajhta hoon ke is ko le kar ke aap sochein toh ek bahut badi haqeeqat khulegi aap aap par ke agar aap ko khudai kitab se guidance lena hai toh sab se pehle aap ko apne andar seeking spirit paida karni padegi.</w:t>
      </w:r>
    </w:p>
    <w:p>
      <w:pPr>
        <w:jc w:val="right"/>
      </w:pPr>
      <w:r>
        <w:t>تو میں سمجھتا ہوں کہ اس کو لے کر کے آپ سوچیں تو ایک بہت بڑی حقیقت کھلے گی آپ آپ پر کہ اگر آپ کو خدائی کتاب سے گائیڈنس لینا ہے تو سب سے پہلے آپ کو اپنے اندر سیکنگ اسپرٹ پیدا کرنی پڑے گی۔</w:t>
      </w:r>
    </w:p>
    <w:p>
      <w:r>
        <w:rPr>
          <w:b/>
        </w:rPr>
        <w:t xml:space="preserve">[26:19] </w:t>
      </w:r>
      <w:r>
        <w:t>seeking spirit, aap ko seeker banna padega. baghair seeker bane hue aap ko khuda ki kitab se guidance milne wali nahi hai.</w:t>
      </w:r>
    </w:p>
    <w:p>
      <w:pPr>
        <w:jc w:val="right"/>
      </w:pPr>
      <w:r>
        <w:t>سیکنگ اسپرٹ، آپ کو سیکر بننا پڑے گا۔ بغیر سیکر بنے ہوئے آپ کو خدا کی کتاب سے گائیڈنس ملنے والی نہیں ہے۔</w:t>
      </w:r>
    </w:p>
    <w:p>
      <w:r>
        <w:rPr>
          <w:b/>
        </w:rPr>
        <w:t xml:space="preserve">[26:32] </w:t>
      </w:r>
      <w:r>
        <w:t>ek qatli badi baat hai jo ek chhoti si is mein chupi hui hai "hudal lil mutaqeen". hidayat hai mutaqi ke liye, yaani guidance hai is mein un logon ke liye jin ke andar taqwa ho.</w:t>
      </w:r>
    </w:p>
    <w:p>
      <w:pPr>
        <w:jc w:val="right"/>
      </w:pPr>
      <w:r>
        <w:t>ایک قتلی بڑی بات ہے جو ایک چھوٹی سی اس میں چھپی ہوئی ہے "هُدَى لِلْمُتَّقِينَ" ۔ ہدایت ہے متقیوں کے لیے، یعنی گائیڈنس ہے اس میں ان لوگوں کے لیے جن کے اندر تقویٰ ہو۔</w:t>
      </w:r>
    </w:p>
    <w:p>
      <w:r>
        <w:rPr>
          <w:b/>
        </w:rPr>
        <w:t xml:space="preserve">[26:46] </w:t>
      </w:r>
      <w:r>
        <w:t>toh sab se pehle aap ko apne mind ko active karna padega, soch bichar wali zindagi ikhtiyar karni padegi. seeker banna padega, seeker.</w:t>
      </w:r>
    </w:p>
    <w:p>
      <w:pPr>
        <w:jc w:val="right"/>
      </w:pPr>
      <w:r>
        <w:t>تو سب سے پہلے آپ کو اپنے مائنڈ کو ایکٹیو کرنا پڑے گا، سوچ بچار والی زندگی اختیار کرنی پڑے گی۔ سیکر بننا پڑے گا، سیکر۔</w:t>
      </w:r>
    </w:p>
    <w:p>
      <w:r>
        <w:rPr>
          <w:b/>
        </w:rPr>
        <w:t xml:space="preserve">[27:00] </w:t>
      </w:r>
      <w:r>
        <w:t>tab ja kar ke quran aap ko rehnumai dega, nahi toh aap sirf tilawat karenge aur payenge kuch bhi nahi.</w:t>
      </w:r>
    </w:p>
    <w:p>
      <w:pPr>
        <w:jc w:val="right"/>
      </w:pPr>
      <w:r>
        <w:t>تب جا کر کے قرآن آپ کو رہنمائی دے گا، نہیں تو آپ صرف تلاوت کریں گے اور پائیں گے کچھ بھی نہیں۔</w:t>
      </w:r>
    </w:p>
    <w:p>
      <w:r>
        <w:rPr>
          <w:b/>
        </w:rPr>
        <w:t xml:space="preserve">[27:11] </w:t>
      </w:r>
      <w:r>
        <w:t>to roze ke mahine mein dekhiye, jo maine arz kiya ke ke yeh sab kyun hai? ke pani, khana, neend sab kyun rok diya jata hai?</w:t>
      </w:r>
    </w:p>
    <w:p>
      <w:pPr>
        <w:jc w:val="right"/>
      </w:pPr>
      <w:r>
        <w:t>تو روزے کے مہینے میں دیکھیے، جو میں نے عرض کیا کہ کہ یہ سب کیوں ہے؟ کہ پانی، کھانا، نیند سب کیوں روک دیا جاتا ہے؟</w:t>
      </w:r>
    </w:p>
    <w:p>
      <w:r>
        <w:rPr>
          <w:b/>
        </w:rPr>
        <w:t xml:space="preserve">[27:23] </w:t>
      </w:r>
      <w:r>
        <w:t>yani kami ki jati hai cheezon mein. aap ko rahib banane ke liye, aap ko harbit banane ke liye,</w:t>
      </w:r>
    </w:p>
    <w:p>
      <w:pPr>
        <w:jc w:val="right"/>
      </w:pPr>
      <w:r>
        <w:t>یعنی کمی کی جاتی ہے چیزوں میں۔ آپ کو راہب بنانے کے لیے، آپ کو ہربٹ بنانے کے لیے،</w:t>
      </w:r>
    </w:p>
    <w:p>
      <w:r>
        <w:rPr>
          <w:b/>
        </w:rPr>
        <w:t xml:space="preserve">[27:30] </w:t>
      </w:r>
      <w:r>
        <w:t>worldli cheezon se apne aap ko hatane ke liye, aap ko taake aap zyada se zyada quran par sochein, zyada se zyada quran par ghor karein. aaj kal hamare subah mein baat kar raha tha kisi se ke sab se bari museebat jo hai, family activities hain, family functions hain.</w:t>
      </w:r>
    </w:p>
    <w:p>
      <w:pPr>
        <w:jc w:val="right"/>
      </w:pPr>
      <w:r>
        <w:t>ورلڈلی چیزوں سے اپنے آپ کو ہٹانے کے لیے، آپ کو تاکہ آپ زیادہ سے زیادہ قرآن پر سوچیں، زیادہ سے زیادہ قرآن پر غور کریں۔ آج کل ہمارے صبح میں بات کر رہا تھا کسی سے کہ سب سے بڑی مصیبت جو ہے، فیملی ایکٹیویٹیز ہیں، فیملی فنکشنز ہیں۔</w:t>
      </w:r>
    </w:p>
    <w:p>
      <w:r>
        <w:rPr>
          <w:b/>
        </w:rPr>
        <w:t xml:space="preserve">[27:47] </w:t>
      </w:r>
      <w:r>
        <w:t>har aadmi family mein, yani har aadmi mujhe lagta hai ke family oriented life uski hai, bas family mein jeeta hai, bas. aur yani ramzan mein bhi family mein jeeta hai, woh</w:t>
      </w:r>
    </w:p>
    <w:p>
      <w:pPr>
        <w:jc w:val="right"/>
      </w:pPr>
      <w:r>
        <w:t>ہر آدمی فیملی میں، یعنی ہر آدمی مجھے لگتا ہے کہ فیملی اورینٹڈ لائف اس کی ہے، بس فیملی میں جیتا ہے، بس۔ اور یعنی رمضان میں بھی فیملی میں جیتا ہے، وہ</w:t>
      </w:r>
    </w:p>
    <w:p>
      <w:r>
        <w:rPr>
          <w:b/>
        </w:rPr>
        <w:t xml:space="preserve">[27:59] </w:t>
      </w:r>
      <w:r>
        <w:t>sab aa kar beth te hain, sab ho ha karte hain aur iftar karte hain. is mein family ke log jama ho kar ke, yeh sab kya hai? yeh sab to yeh to color hai, color.</w:t>
      </w:r>
    </w:p>
    <w:p>
      <w:pPr>
        <w:jc w:val="right"/>
      </w:pPr>
      <w:r>
        <w:t>سب آ کر بیٹھتے ہیں، سب ہو ہا کرتے ہیں اور افطار کرتے ہیں۔ اس میں فیملی کے لوگ جمع ہو کر کے، یہ سب کیا ہے؟ یہ سب تو یہ تو کلر ہے، کلر۔</w:t>
      </w:r>
    </w:p>
    <w:p>
      <w:r>
        <w:rPr>
          <w:b/>
        </w:rPr>
        <w:t xml:space="preserve">[28:10] </w:t>
      </w:r>
      <w:r>
        <w:t>yani roze ke liye sab color hai, yeh roze ka mani hai apne ko harbit banana, apne ko mutakif karna, apne ko seclusion mein le jana.</w:t>
      </w:r>
    </w:p>
    <w:p>
      <w:pPr>
        <w:jc w:val="right"/>
      </w:pPr>
      <w:r>
        <w:t>یعنی روزے کے لیے سب کلر ہے، یہ روزے کا معنی ہے اپنے کو ہربٹ بنانا، اپنے کو معتکف کرنا، اپنے کو سیکلوژن میں لے جانا۔</w:t>
      </w:r>
    </w:p>
    <w:p>
      <w:r>
        <w:rPr>
          <w:b/>
        </w:rPr>
        <w:t xml:space="preserve">[28:22] </w:t>
      </w:r>
      <w:r>
        <w:t>aur aap sari family mein jeete hain, ho ha karte hain, khate peete hain khoob.</w:t>
      </w:r>
    </w:p>
    <w:p>
      <w:pPr>
        <w:jc w:val="right"/>
      </w:pPr>
      <w:r>
        <w:t>اور آپ ساری فیملی میں جیتے ہیں، ہو ہا کرتے ہیں، کھاتے پیتے ہیں خوب۔</w:t>
      </w:r>
    </w:p>
    <w:p>
      <w:r>
        <w:rPr>
          <w:b/>
        </w:rPr>
        <w:t xml:space="preserve">[28:27] </w:t>
      </w:r>
      <w:r>
        <w:t>to ice kwani kaha ke aap ke roza rakh kar bhi be rozedar hain,</w:t>
      </w:r>
    </w:p>
    <w:p>
      <w:pPr>
        <w:jc w:val="right"/>
      </w:pPr>
      <w:r>
        <w:t>تو آئیس کوانی کہا کہ آپ کہ روزہ رکھ کر بھی بے روزہ دار ہیں،</w:t>
      </w:r>
    </w:p>
    <w:p>
      <w:r>
        <w:rPr>
          <w:b/>
        </w:rPr>
        <w:t xml:space="preserve">[28:34] </w:t>
      </w:r>
      <w:r>
        <w:t>roza rakh kar bhi be roze dar hain. to aaj kal sab se bari museebat jo hai, jo main dekhta hoon, woh hai family.</w:t>
      </w:r>
    </w:p>
    <w:p>
      <w:pPr>
        <w:jc w:val="right"/>
      </w:pPr>
      <w:r>
        <w:t>روزہ رکھ کر بھی بے روزے دار ہیں۔ تو آج کل سب سے بڑی مصیبت جو ہے، جو میں دیکھتا ہوں، وہ ہے فیملی۔</w:t>
      </w:r>
    </w:p>
    <w:p>
      <w:r>
        <w:rPr>
          <w:b/>
        </w:rPr>
        <w:t xml:space="preserve">[28:44] </w:t>
      </w:r>
      <w:r>
        <w:t>family sab ka concern hai, family sab ka orientation hai, family mein jeete hain subah se sham tak isi mein.</w:t>
      </w:r>
    </w:p>
    <w:p>
      <w:pPr>
        <w:jc w:val="right"/>
      </w:pPr>
      <w:r>
        <w:t>فیملی سب کا کنسرن ہے، فیملی سب کا اورینٹیشن ہے، فیملی میں جیتے ہیں صبح سے شام تک اسی میں۔</w:t>
      </w:r>
    </w:p>
    <w:p>
      <w:r>
        <w:rPr>
          <w:b/>
        </w:rPr>
        <w:t xml:space="preserve">[28:53] </w:t>
      </w:r>
      <w:r>
        <w:t>to sochne ka mauqa kahan?</w:t>
      </w:r>
    </w:p>
    <w:p>
      <w:pPr>
        <w:jc w:val="right"/>
      </w:pPr>
      <w:r>
        <w:t>تو سوچنے کا موقع کہاں؟</w:t>
      </w:r>
    </w:p>
    <w:p>
      <w:r>
        <w:rPr>
          <w:b/>
        </w:rPr>
        <w:t xml:space="preserve">[28:56] </w:t>
      </w:r>
      <w:r>
        <w:t>sochne ka mauqa kahan? sochne ka mauqa hi nahi hai,</w:t>
      </w:r>
    </w:p>
    <w:p>
      <w:pPr>
        <w:jc w:val="right"/>
      </w:pPr>
      <w:r>
        <w:t>سوچنے کا موقع کہاں؟ سوچنے کا موقع ہی نہیں ہے،</w:t>
      </w:r>
    </w:p>
    <w:p>
      <w:r>
        <w:rPr>
          <w:b/>
        </w:rPr>
        <w:t xml:space="preserve">[29:05] </w:t>
      </w:r>
      <w:r>
        <w:t>sochne ka mauqa hi nahi hai bilkul. to ramzan ka mahina quran ki study karne ka mahina hai, khuda wali baaton mein sochne ka mahina hai,</w:t>
      </w:r>
    </w:p>
    <w:p>
      <w:pPr>
        <w:jc w:val="right"/>
      </w:pPr>
      <w:r>
        <w:t>سوچنے کا موقع ہی نہیں ہے بالکل۔ تو رمضان کا مہینہ قرآن کی اسٹڈی کرنے کا مہینہ ہے، خدا والی باتوں میں سوچنے کا مہینہ ہے،</w:t>
      </w:r>
    </w:p>
    <w:p>
      <w:r>
        <w:rPr>
          <w:b/>
        </w:rPr>
        <w:t xml:space="preserve">[29:18] </w:t>
      </w:r>
      <w:r>
        <w:t>completion ka mahina hai.</w:t>
      </w:r>
    </w:p>
    <w:p>
      <w:pPr>
        <w:jc w:val="right"/>
      </w:pPr>
      <w:r>
        <w:t>کنکمپلیشن کا مہینہ ہے۔</w:t>
      </w:r>
    </w:p>
    <w:p>
      <w:r>
        <w:rPr>
          <w:b/>
        </w:rPr>
        <w:t xml:space="preserve">[29:24] </w:t>
      </w:r>
      <w:r>
        <w:t>kuch yeh aaj kal jo hai, aap jo cheezein chupti hain, roze bohat chupti hain. har ramzan aata hai to akhbaron mein, risalon mein, aur taqreeron mein har jagah.</w:t>
      </w:r>
    </w:p>
    <w:p>
      <w:pPr>
        <w:jc w:val="right"/>
      </w:pPr>
      <w:r>
        <w:t>کچھ یہ آج کل جو ہے، آپ جو چیزیں چھپتی ہیں، روزے بہت چھپتی ہیں۔ ہر رمضان آتا ہے تو اخباروں میں، رسالوں میں، اور تقریروں میں ہر جگہ۔</w:t>
      </w:r>
    </w:p>
    <w:p>
      <w:r>
        <w:rPr>
          <w:b/>
        </w:rPr>
        <w:t xml:space="preserve">[29:36] </w:t>
      </w:r>
      <w:r>
        <w:t>to kya hota hai? roze ke fazail, roze ke masail, roze ka form, isi isi par dhoom machi rehti hai. halanke mu'assir cheez yeh nahi hai.</w:t>
      </w:r>
    </w:p>
    <w:p>
      <w:pPr>
        <w:jc w:val="right"/>
      </w:pPr>
      <w:r>
        <w:t>تو کیا ہوتا ہے؟ روزے کے فضائل، روزے کے مسائل، روزے کا فارم، اسی اسی پر دھوم مچی رہتی ہے۔ حالانکہ مؤثر چیز یہ نہیں ہے۔</w:t>
      </w:r>
    </w:p>
    <w:p>
      <w:r>
        <w:rPr>
          <w:b/>
        </w:rPr>
        <w:t xml:space="preserve">[29:49] </w:t>
      </w:r>
      <w:r>
        <w:t>maine yeh aayatein padhein jo quran majeed mein surah baqarah mein aayi hain ramzan ke bare mein.</w:t>
      </w:r>
    </w:p>
    <w:p>
      <w:pPr>
        <w:jc w:val="right"/>
      </w:pPr>
      <w:r>
        <w:t>میں نے یہ آیتیں پڑھیں جو قرآن مجید میں سورہ بقرہ میں آئی ہیں رمضان کے بارے میں۔</w:t>
      </w:r>
    </w:p>
    <w:p>
      <w:r>
        <w:rPr>
          <w:b/>
        </w:rPr>
        <w:t xml:space="preserve">[29:55] </w:t>
      </w:r>
      <w:r>
        <w:t>to is surah pura aap padhiye, is mein kai masail aur fazail ka zikr hi nahi, is spirit ka zikr hai. is sare mahine mein aap dekhenge masjidon mein, madarson mein dhoom machi rahe gi fazail aur masail aur form ke bare mein.</w:t>
      </w:r>
    </w:p>
    <w:p>
      <w:pPr>
        <w:jc w:val="right"/>
      </w:pPr>
      <w:r>
        <w:t>تو اس سورہ پورا آپ پڑھیے، اس میں کئی مسائل اور فضائل کا ذکر ہی نہیں، اسپرٹ کا ذکر ہے۔ اس سارے مہینے میں آپ دیکھیں گے مسجدوں میں، مدرسوں میں دھوم مچی رہے گی فضائل اور مسائل اور فارم کے بارے میں۔</w:t>
      </w:r>
    </w:p>
    <w:p>
      <w:r>
        <w:rPr>
          <w:b/>
        </w:rPr>
        <w:t xml:space="preserve">[30:13] </w:t>
      </w:r>
      <w:r>
        <w:t>yeh dua, woh dua, yeh quran mein sab hai hi nahi. quran mein sirf spirit ki baat hai, spirit ki.</w:t>
      </w:r>
    </w:p>
    <w:p>
      <w:pPr>
        <w:jc w:val="right"/>
      </w:pPr>
      <w:r>
        <w:t>یہ دعا، وہ دعا، یہ قرآن میں سب ہے ہی نہیں۔ قرآن میں صرف اسپرٹ کی بات ہے، اسپرٹ کی۔</w:t>
      </w:r>
    </w:p>
    <w:p>
      <w:r>
        <w:rPr>
          <w:b/>
        </w:rPr>
        <w:t xml:space="preserve">[30:21] </w:t>
      </w:r>
      <w:r>
        <w:t>yani quran mein dekhiye, is hisse ko padhiye jo maine arz kiya, taqwa ki baat farmayi gayi hai. taqwa, takbeer allah ko ke barhai mein jeena,</w:t>
      </w:r>
    </w:p>
    <w:p>
      <w:pPr>
        <w:jc w:val="right"/>
      </w:pPr>
      <w:r>
        <w:t>یعنی قرآن میں دیکھیے، اس حصے کو پڑھیے جو میں نے عرض کیا، تقویٰ کی بات فرمائی گئی ہے۔ تقویٰ، تکبیر اللہ کو کہ بڑائی میں جینا،</w:t>
      </w:r>
    </w:p>
    <w:p>
      <w:r>
        <w:rPr>
          <w:b/>
        </w:rPr>
        <w:t xml:space="preserve">[30:35] </w:t>
      </w:r>
      <w:r>
        <w:t>allah ki glory mein jeena,</w:t>
      </w:r>
    </w:p>
    <w:p>
      <w:pPr>
        <w:jc w:val="right"/>
      </w:pPr>
      <w:r>
        <w:t>اللہ کی گلوری میں جینا،</w:t>
      </w:r>
    </w:p>
    <w:p>
      <w:r>
        <w:rPr>
          <w:b/>
        </w:rPr>
        <w:t xml:space="preserve">[30:38] </w:t>
      </w:r>
      <w:r>
        <w:t>hamd aur dua "وَإِذَا سَاءَ لَكَ عِبَادِي أَنِّي فَإِنِّي قَرِيبٌ" . dua mein jeena, shukr mein jeena "لَلَّكُمْ تَشْكُرُونَ" .</w:t>
      </w:r>
    </w:p>
    <w:p>
      <w:pPr>
        <w:jc w:val="right"/>
      </w:pPr>
      <w:r>
        <w:t>حمد اور دعا "وَإِذَا سَاءَ لَكَ عِبَادِي أَنِّي فَإِنِّي قَرِيبٌ" ۔ دعا میں جینا، شکر میں جینا "لَلَّكُمْ تَشْكُرُونَ" ۔</w:t>
      </w:r>
    </w:p>
    <w:p>
      <w:r>
        <w:rPr>
          <w:b/>
        </w:rPr>
        <w:t xml:space="preserve">[30:51] </w:t>
      </w:r>
      <w:r>
        <w:t>yeh sari cheezein spirit ki cheezein hain. yani ramzan ka mahina is liye ke hum apne andar yeh sab spirit inculcate karein.</w:t>
      </w:r>
    </w:p>
    <w:p>
      <w:pPr>
        <w:jc w:val="right"/>
      </w:pPr>
      <w:r>
        <w:t>یہ ساری چیزیں اسپرٹ کی چیزیں ہیں۔ یعنی رمضان کا مہینہ اس لیے کہ ہم اپنے اندر یہ سب اسپرٹ انکلکیٹ کریں۔</w:t>
      </w:r>
    </w:p>
    <w:p>
      <w:r>
        <w:rPr>
          <w:b/>
        </w:rPr>
        <w:t xml:space="preserve">[31:02] </w:t>
      </w:r>
      <w:r>
        <w:t>takbeer ki spirit, shukr ki spirit, hamd ki spirit, taqwa ki spirit, dua ki spirit. yeh sari spirit ko apne andar inculcate karein.</w:t>
      </w:r>
    </w:p>
    <w:p>
      <w:pPr>
        <w:jc w:val="right"/>
      </w:pPr>
      <w:r>
        <w:t>تکبیر کی اسپرٹ، شکر کی اسپرٹ، حمد کی اسپرٹ، تقویٰ کی اسپرٹ، دعا کی اسپرٹ۔ یہ ساری اسپرٹ کو اپنے اندر انکلکیٹ کریں۔</w:t>
      </w:r>
    </w:p>
    <w:p>
      <w:r>
        <w:rPr>
          <w:b/>
        </w:rPr>
        <w:t xml:space="preserve">[31:12] </w:t>
      </w:r>
      <w:r>
        <w:t>is ke liye. aur jo taqreerein karte hain log fazail aur masail ko le kar ke, woh sab bilkul yani ashar, ashar hain, chhilke ki cheezein hain.</w:t>
      </w:r>
    </w:p>
    <w:p>
      <w:pPr>
        <w:jc w:val="right"/>
      </w:pPr>
      <w:r>
        <w:t>اس کے لیے۔ اور جو تقریریں کرتے ہیں لوگ فضائل اور مسائل کو لے کر کے، وہ سب بالکل یعنی عشر، عشر ہیں، چھلکے کی چیزیں ہیں۔</w:t>
      </w:r>
    </w:p>
    <w:p>
      <w:r>
        <w:rPr>
          <w:b/>
        </w:rPr>
        <w:t xml:space="preserve">[31:21] </w:t>
      </w:r>
      <w:r>
        <w:t>asal cheez ghayeb hai.</w:t>
      </w:r>
    </w:p>
    <w:p>
      <w:pPr>
        <w:jc w:val="right"/>
      </w:pPr>
      <w:r>
        <w:t>اصل چیز غائب ہے۔</w:t>
      </w:r>
    </w:p>
    <w:p>
      <w:r>
        <w:rPr>
          <w:b/>
        </w:rPr>
        <w:t xml:space="preserve">[31:26] </w:t>
      </w:r>
      <w:r>
        <w:t>baad ramzan ka mahina, yeh roze ka mahina jo hai, woh is ka asal jo hai, is ki spirit hai, is ka form nahi hai.</w:t>
      </w:r>
    </w:p>
    <w:p>
      <w:pPr>
        <w:jc w:val="right"/>
      </w:pPr>
      <w:r>
        <w:t>بعد رمضان کا مہینہ، یہ روزے کا مہینہ جو ہے، وہ اس کا اصل جو ہے، اس کی اسپرٹ ہے، اس کا فارم نہیں ہے۔</w:t>
      </w:r>
    </w:p>
    <w:p>
      <w:r>
        <w:rPr>
          <w:b/>
        </w:rPr>
        <w:t xml:space="preserve">[31:40] </w:t>
      </w:r>
      <w:r>
        <w:t>to yeh sab se ziyada zor diya gaya hai ke is mahine mein log quran mein jiyein.</w:t>
      </w:r>
    </w:p>
    <w:p>
      <w:pPr>
        <w:jc w:val="right"/>
      </w:pPr>
      <w:r>
        <w:t>تو یہ سب سے زیادہ زور دیا گیا ہے کہ اس مہینے میں لوگ قرآن میں جیئیں۔</w:t>
      </w:r>
    </w:p>
    <w:p>
      <w:r>
        <w:rPr>
          <w:b/>
        </w:rPr>
        <w:t xml:space="preserve">[31:50] </w:t>
      </w:r>
      <w:r>
        <w:t>hata ke aakhri mahine ke aakhir mein aitkaf kiya jata hai.</w:t>
      </w:r>
    </w:p>
    <w:p>
      <w:pPr>
        <w:jc w:val="right"/>
      </w:pPr>
      <w:r>
        <w:t>حتیٰ کہ آخری مہینے کے آخر میں اعتکاف کیا جاتا ہے۔</w:t>
      </w:r>
    </w:p>
    <w:p>
      <w:r>
        <w:rPr>
          <w:b/>
        </w:rPr>
        <w:t xml:space="preserve">[31:55] </w:t>
      </w:r>
      <w:r>
        <w:t>aitkaf kiya hai? aitkaf quran mein jeena. quran mein jeene ka naam aitkaf hai. quran ki baaton ko sochna.</w:t>
      </w:r>
    </w:p>
    <w:p>
      <w:pPr>
        <w:jc w:val="right"/>
      </w:pPr>
      <w:r>
        <w:t>اعتکاف کیا ہے؟ اعتکاف قرآن میں جینا۔ قرآن میں جینے کا نام اعتکاف ہے۔ قرآن کی باتوں کو سوچنا۔</w:t>
      </w:r>
    </w:p>
    <w:p>
      <w:r>
        <w:rPr>
          <w:b/>
        </w:rPr>
        <w:t xml:space="preserve">[32:06] </w:t>
      </w:r>
      <w:r>
        <w:t>quran ke bare mein hadith mein aata hai ke "la tanqadi ajaibuhu" . is ke breakals kabhi khatam nahi honge.</w:t>
      </w:r>
    </w:p>
    <w:p>
      <w:pPr>
        <w:jc w:val="right"/>
      </w:pPr>
      <w:r>
        <w:t>قرآن کے بارے میں حدیث میں آتا ہے کہ "لا تنقضی عجائبه" ۔ اس کے بریکلز کبھی ختم نہیں ہوں گے۔</w:t>
      </w:r>
    </w:p>
    <w:p>
      <w:r>
        <w:rPr>
          <w:b/>
        </w:rPr>
        <w:t xml:space="preserve">[32:19] </w:t>
      </w:r>
      <w:r>
        <w:t>breakal ke mani kya hain?</w:t>
      </w:r>
    </w:p>
    <w:p>
      <w:pPr>
        <w:jc w:val="right"/>
      </w:pPr>
      <w:r>
        <w:t>بریکل کے معنی کیا ہیں؟</w:t>
      </w:r>
    </w:p>
    <w:p>
      <w:r>
        <w:rPr>
          <w:b/>
        </w:rPr>
        <w:t xml:space="preserve">[32:21] </w:t>
      </w:r>
      <w:r>
        <w:t>yani is ki jo meaning ka jo part hai, quran ki meaning jo hai, is ke andar woh ek ocean hai. ocean. jitna ziyada aap sochenge, utni ziyada nayi nayi baatein aap ko milti chali jayengi.</w:t>
      </w:r>
    </w:p>
    <w:p>
      <w:pPr>
        <w:jc w:val="right"/>
      </w:pPr>
      <w:r>
        <w:t>یعنی اس کی جو میننگ کا جو پارٹ ہے، قرآن کی میننگ جو ہے، اس کے اندر وہ ایک اوشن ہے۔ اوشن۔ جتنا زیادہ آپ سوچیں گے، اتنی زیادہ نئی نئی باتیں آپ کو ملتی چلی جائیں گی۔</w:t>
      </w:r>
    </w:p>
    <w:p>
      <w:r>
        <w:rPr>
          <w:b/>
        </w:rPr>
        <w:t xml:space="preserve">[32:34] </w:t>
      </w:r>
      <w:r>
        <w:t>kabhi khatam nahi hongi. woh kabhi khatam nahi hongi. to har ramzan ke ke mahine mein aap ko quran rediscover karenge.</w:t>
      </w:r>
    </w:p>
    <w:p>
      <w:pPr>
        <w:jc w:val="right"/>
      </w:pPr>
      <w:r>
        <w:t>کبھی ختم نہیں ہوں گی۔ وہ کبھی ختم نہیں ہوں گی۔ تو ہر رمضان کے کے مہینے میں آپ کو قرآن ری ڈسکور کریں گے۔</w:t>
      </w:r>
    </w:p>
    <w:p>
      <w:r>
        <w:rPr>
          <w:b/>
        </w:rPr>
        <w:t xml:space="preserve">[32:45] </w:t>
      </w:r>
      <w:r>
        <w:t>aap quran ko.</w:t>
      </w:r>
    </w:p>
    <w:p>
      <w:pPr>
        <w:jc w:val="right"/>
      </w:pPr>
      <w:r>
        <w:t>آپ قرآن کو۔</w:t>
      </w:r>
    </w:p>
    <w:p>
      <w:r>
        <w:rPr>
          <w:b/>
        </w:rPr>
        <w:t xml:space="preserve">[32:47] </w:t>
      </w:r>
      <w:r>
        <w:t>agar ramzan ke mahine mein aap herbert ban kar ke quran ki study karein to aap har mahine, har har saal quran ko rediscover karenge.</w:t>
      </w:r>
    </w:p>
    <w:p>
      <w:pPr>
        <w:jc w:val="right"/>
      </w:pPr>
      <w:r>
        <w:t>اگر رمضان کے مہینے میں آپ ہربٹ بن کر کے قرآن کی اسٹڈی کریں تو آپ ہر مہینے، ہر ہر سال قرآن کو ری ڈسکور کریں گے۔</w:t>
      </w:r>
    </w:p>
    <w:p>
      <w:r>
        <w:rPr>
          <w:b/>
        </w:rPr>
        <w:t xml:space="preserve">[33:02] </w:t>
      </w:r>
      <w:r>
        <w:t>rediscover karenge. doosri baat mein yeh kehna chahta hoon ke rasool Allah sal Allah alaihi wasallam jo tareekh hai quran ki, woh kya hai?</w:t>
      </w:r>
    </w:p>
    <w:p>
      <w:pPr>
        <w:jc w:val="right"/>
      </w:pPr>
      <w:r>
        <w:t>ری ڈسکور کریں گے۔ دوسری بات میں یہ کہنا چاہتا ہوں کہ رسول اللہ صلی اللہ علیہ وسلم جو تاریخ ہے قرآن کی، وہ کیا ہے؟</w:t>
      </w:r>
    </w:p>
    <w:p>
      <w:r>
        <w:rPr>
          <w:b/>
        </w:rPr>
        <w:t xml:space="preserve">[33:15] </w:t>
      </w:r>
      <w:r>
        <w:t>ke yani seven century ke first quarter mein quran utra.</w:t>
      </w:r>
    </w:p>
    <w:p>
      <w:pPr>
        <w:jc w:val="right"/>
      </w:pPr>
      <w:r>
        <w:t>کہ یعنی سیون سینچری کے فرسٹ کوارٹر میں قرآن اترا۔</w:t>
      </w:r>
    </w:p>
    <w:p>
      <w:r>
        <w:rPr>
          <w:b/>
        </w:rPr>
        <w:t xml:space="preserve">[33:25] </w:t>
      </w:r>
      <w:r>
        <w:t>aap the hira mountain ke ghar mein. wahan aap par quran utra.</w:t>
      </w:r>
    </w:p>
    <w:p>
      <w:pPr>
        <w:jc w:val="right"/>
      </w:pPr>
      <w:r>
        <w:t>آپ تھے ہیرا ماؤنٹین کے غار میں۔ وہاں آپ پر قرآن اترا۔</w:t>
      </w:r>
    </w:p>
    <w:p>
      <w:r>
        <w:rPr>
          <w:b/>
        </w:rPr>
        <w:t xml:space="preserve">[33:35] </w:t>
      </w:r>
      <w:r>
        <w:t>jibril aaye aur farmaya ke iqra</w:t>
      </w:r>
    </w:p>
    <w:p>
      <w:pPr>
        <w:jc w:val="right"/>
      </w:pPr>
      <w:r>
        <w:t>جبرائیل آئے اور فرمایا کہ اقراء</w:t>
      </w:r>
    </w:p>
    <w:p>
      <w:r>
        <w:rPr>
          <w:b/>
        </w:rPr>
        <w:t xml:space="preserve">[33:40] </w:t>
      </w:r>
      <w:r>
        <w:t>parho. parho. iqra bismi rabbika allazi khalaq khalaq al insana min alaq. iqra wa rabbuka al akram allazi allama bil qalam .</w:t>
      </w:r>
    </w:p>
    <w:p>
      <w:pPr>
        <w:jc w:val="right"/>
      </w:pPr>
      <w:r>
        <w:t>پڑھو۔ پڑھو۔ اقراء بسم ربک الذی خلق خلق الانسان من علق اقراء وربک الاقرب الذی علم بالقلم ۔</w:t>
      </w:r>
    </w:p>
    <w:p>
      <w:r>
        <w:rPr>
          <w:b/>
        </w:rPr>
        <w:t xml:space="preserve">[33:51] </w:t>
      </w:r>
      <w:r>
        <w:t>to quran milne ke baad rasool Allah ki zindagi mein kya baat, kya farq aaya? quran se pehle aap ghar hira mein jate the, tijarat bhi karte the, aap biwi bachchon ke sath bhi rehte the.</w:t>
      </w:r>
    </w:p>
    <w:p>
      <w:pPr>
        <w:jc w:val="right"/>
      </w:pPr>
      <w:r>
        <w:t>تو قرآن ملنے کے بعد رسول اللہ کی زندگی میں کیا بات، کیا فرق آیا؟ قرآن سے پہلے آپ غار حرا میں جاتے تھے، تجارت بھی کرتے تھے، آپ بیوی بچوں کے ساتھ بھی رہتے تھے۔</w:t>
      </w:r>
    </w:p>
    <w:p>
      <w:r>
        <w:rPr>
          <w:b/>
        </w:rPr>
        <w:t xml:space="preserve">[34:07] </w:t>
      </w:r>
      <w:r>
        <w:t>aap yeh zindagi thi aap ki.</w:t>
      </w:r>
    </w:p>
    <w:p>
      <w:pPr>
        <w:jc w:val="right"/>
      </w:pPr>
      <w:r>
        <w:t>آپ یہ زندگی تھی آپ کی۔</w:t>
      </w:r>
    </w:p>
    <w:p>
      <w:r>
        <w:rPr>
          <w:b/>
        </w:rPr>
        <w:t xml:space="preserve">[34:11] </w:t>
      </w:r>
      <w:r>
        <w:t>ab aap parhiye life mein ke quran jab aap ko aa gaya to phir aap ki zindagi mein kya change aaya? aap daai ban gaye. aap daai ban gaye.</w:t>
      </w:r>
    </w:p>
    <w:p>
      <w:pPr>
        <w:jc w:val="right"/>
      </w:pPr>
      <w:r>
        <w:t>اب آپ پڑھیے لائف میں کہ قرآن جب آپ کو آ گیا تو پھر آپ کی زندگی میں کیا چینج آیا؟ آپ داعی بن گئے۔ آپ داعی بن گئے۔</w:t>
      </w:r>
    </w:p>
    <w:p>
      <w:r>
        <w:rPr>
          <w:b/>
        </w:rPr>
        <w:t xml:space="preserve">[34:23] </w:t>
      </w:r>
      <w:r>
        <w:t>jaisa ke quran ki mein ayatein parhein aap ko ke "huda lilnnas shahr ramadan allazi unzila fihil quran" .</w:t>
      </w:r>
    </w:p>
    <w:p>
      <w:pPr>
        <w:jc w:val="right"/>
      </w:pPr>
      <w:r>
        <w:t>جیسا کہ قرآن کی میں آیتیں پڑھیں آپ کو کہ "هُدَى لِلنَّاسِ شَرْعُ رَمَضَانِ الَّذِي أُنزِلَ فِيهِ الْقُرْآنِ" ۔</w:t>
      </w:r>
    </w:p>
    <w:p>
      <w:r>
        <w:rPr>
          <w:b/>
        </w:rPr>
        <w:t xml:space="preserve">[34:32] </w:t>
      </w:r>
      <w:r>
        <w:t>yeh jo is jo ayat hai, is mein hai ke "huda lilnn</w:t>
      </w:r>
    </w:p>
    <w:p>
      <w:pPr>
        <w:jc w:val="right"/>
      </w:pPr>
      <w:r>
        <w:t>یہ جو اس جو آیت ہے، اس میں ہے کہ "هُدَى لِلنَّ</w:t>
      </w:r>
    </w:p>
    <w:p>
      <w:r>
        <w:rPr>
          <w:b/>
        </w:rPr>
        <w:t xml:space="preserve">[34:35] </w:t>
      </w:r>
      <w:r>
        <w:t>as" . quran jo hai, yeh mankind ke liye guidance hai. sare insano ke liye hidayat nama hai.</w:t>
      </w:r>
    </w:p>
    <w:p>
      <w:pPr>
        <w:jc w:val="right"/>
      </w:pPr>
      <w:r>
        <w:t>اسِ" ۔ قرآن جو ہے، یہ مین کائنڈ کے لیے گائیڈنس ہے۔ سارے انسانوں کے لیے ہدایت نامہ ہے۔</w:t>
      </w:r>
    </w:p>
    <w:p>
      <w:r>
        <w:rPr>
          <w:b/>
        </w:rPr>
        <w:t xml:space="preserve">[34:45] </w:t>
      </w:r>
      <w:r>
        <w:t>ab jibril ne jab aap ko yeh keh kar diya ke dekho, yeh quran hai aur yeh book of guidance hai sare insano ke liye, is mein implicit tha apne aap ke is ko pahunchao logon tak.</w:t>
      </w:r>
    </w:p>
    <w:p>
      <w:pPr>
        <w:jc w:val="right"/>
      </w:pPr>
      <w:r>
        <w:t>اب جبرائیل نے جب آپ کو یہ کہہ کر دیا کہ دیکھو، یہ قرآن ہے اور یہ بک آف گائیڈنس ہے سارے انسانوں کے لیے، اس میں ایمپلیسٹ تھا اپنے آپ کہ اس کو پہنچاؤ لوگوں تک۔</w:t>
      </w:r>
    </w:p>
    <w:p>
      <w:r>
        <w:rPr>
          <w:b/>
        </w:rPr>
        <w:t xml:space="preserve">[34:58] </w:t>
      </w:r>
      <w:r>
        <w:t>aap ghor kijiye ke jab jibril aaye aur unhone yeh kaha ke Khuda ne aap ko yeh quran diya hai, jo hai "huda lilnnas" .</w:t>
      </w:r>
    </w:p>
    <w:p>
      <w:pPr>
        <w:jc w:val="right"/>
      </w:pPr>
      <w:r>
        <w:t>آپ غور کیجئے کہ جب جبرائیل آئے اور انہوں نے یہ کہا کہ خدا نے آپ کو یہ قرآن دیا ہے، جو ہے "هُدَى لِلنَّاسِ" ۔</w:t>
      </w:r>
    </w:p>
    <w:p>
      <w:r>
        <w:rPr>
          <w:b/>
        </w:rPr>
        <w:t xml:space="preserve">[35:11] </w:t>
      </w:r>
      <w:r>
        <w:t>yeh sare insano ke liye guide book hai. is mein apne aap implicit hai ke aap daai ban jaiye. aap ko quran ko pahunchana hai.</w:t>
      </w:r>
    </w:p>
    <w:p>
      <w:pPr>
        <w:jc w:val="right"/>
      </w:pPr>
      <w:r>
        <w:t>یہ سارے انسانوں کے لیے گائیڈ بک ہے۔ اس میں اپنے آپ ایمپلیسٹ ہے کہ آپ داعی بن جائیے۔ آپ کو قرآن کو پہنچانا ہے۔</w:t>
      </w:r>
    </w:p>
    <w:p>
      <w:r>
        <w:rPr>
          <w:b/>
        </w:rPr>
        <w:t xml:space="preserve">[35:21] </w:t>
      </w:r>
      <w:r>
        <w:t>aap muqri ban jaiye. chunancha aap wahan, is ke baad jo aap ki zindagi kya hai,</w:t>
      </w:r>
    </w:p>
    <w:p>
      <w:pPr>
        <w:jc w:val="right"/>
      </w:pPr>
      <w:r>
        <w:t>آپ مقری بن جائیے۔ چنانچہ آپ وہاں، اس کے بعد جو آپ کی زندگی کیا ہے،</w:t>
      </w:r>
    </w:p>
    <w:p>
      <w:r>
        <w:rPr>
          <w:b/>
        </w:rPr>
        <w:t xml:space="preserve">[35:28] </w:t>
      </w:r>
      <w:r>
        <w:t>zindagi kya hai, is ke baad aap quran ki talbegh karne lagay. quran ko. is waqt jo hai makka mein kya tha? wahan par assembly hoti thi kaba mein.</w:t>
      </w:r>
    </w:p>
    <w:p>
      <w:pPr>
        <w:jc w:val="right"/>
      </w:pPr>
      <w:r>
        <w:t>زندگی کیا ہے، اس کے بعد آپ قرآن کی تبلیغ کرنے لگے۔ قرآن کو۔ اس وقت جو ہے مکہ میں کیا تھا؟ وہاں پر اسمبلی ہوتی تھی کعبہ میں۔</w:t>
      </w:r>
    </w:p>
    <w:p>
      <w:r>
        <w:rPr>
          <w:b/>
        </w:rPr>
        <w:t xml:space="preserve">[35:41] </w:t>
      </w:r>
      <w:r>
        <w:t>aik hi maqam tha, aaj kal aik auditorium hota hai. to makka mein aaj kal ki tarah ka koi auditorium nahi tha. lekin chunke makka mein 360 idol thay, 360 but, to sare tribe, shair, qabailay ke log wahan atay thay apne apne ke.</w:t>
      </w:r>
    </w:p>
    <w:p>
      <w:pPr>
        <w:jc w:val="right"/>
      </w:pPr>
      <w:r>
        <w:t>ایک ہی مقام تھا، آج کل ایک آڈیٹوریم ہوتا ہے۔ تو مکہ میں آج کل کی طرح کا کوئی آڈیٹوریم نہیں تھا۔ لیکن چونکہ مکہ میں 360 آئیڈل تھے، 360 بت، تو سارے ٹرائب، شاعر، قبیلے کے لوگ وہاں آتے تھے اپنے اپنے کے۔</w:t>
      </w:r>
    </w:p>
    <w:p>
      <w:r>
        <w:rPr>
          <w:b/>
        </w:rPr>
        <w:t xml:space="preserve">[36:04] </w:t>
      </w:r>
      <w:r>
        <w:t>to wahan rozana hi log ikhatta hotay thay, gathering hoti thi.</w:t>
      </w:r>
    </w:p>
    <w:p>
      <w:pPr>
        <w:jc w:val="right"/>
      </w:pPr>
      <w:r>
        <w:t>تو وہاں روزانہ ہی لوگ اکٹھا ہوتے تھے، گیدرنگ ہوتی تھی۔</w:t>
      </w:r>
    </w:p>
    <w:p>
      <w:r>
        <w:rPr>
          <w:b/>
        </w:rPr>
        <w:t xml:space="preserve">[36:09] </w:t>
      </w:r>
      <w:r>
        <w:t>to wo best spot tha audience panay ke liye. yani kaba jo tha, kaba ka jo premises tha, wahan par sab se acha audience milta tha aap ko makka mein.</w:t>
      </w:r>
    </w:p>
    <w:p>
      <w:pPr>
        <w:jc w:val="right"/>
      </w:pPr>
      <w:r>
        <w:t>تو وہ بیسٹ اسپاٹ تھا آڈینس پانے کے لیے۔ یعنی کعبہ جو تھا، کعبہ کا جو پریمسز تھا، وہاں پر سب سے اچھا آڈینس ملتا تھا آپ کو مکہ میں۔</w:t>
      </w:r>
    </w:p>
    <w:p>
      <w:r>
        <w:rPr>
          <w:b/>
        </w:rPr>
        <w:t xml:space="preserve">[36:21] </w:t>
      </w:r>
      <w:r>
        <w:t>ab aap hira se nikal kar ke wahan pohnchne lagay rozana aur wahan logon ko quran sunanay lagay.</w:t>
      </w:r>
    </w:p>
    <w:p>
      <w:pPr>
        <w:jc w:val="right"/>
      </w:pPr>
      <w:r>
        <w:t>اب آپ حرا سے نکل کر کے وہاں پہنچنے لگے روزانہ اور وہاں لوگوں کو قرآن سنانے لگے۔</w:t>
      </w:r>
    </w:p>
    <w:p>
      <w:r>
        <w:rPr>
          <w:b/>
        </w:rPr>
        <w:t xml:space="preserve">[36:31] </w:t>
      </w:r>
      <w:r>
        <w:t>is ke mani ke jo quran diya hazrat jibril ne aap ko, is ke mani kya thay? ke is ko pohnchao, pohnchao is ko, pohnchao is ko, pohnchao.</w:t>
      </w:r>
    </w:p>
    <w:p>
      <w:pPr>
        <w:jc w:val="right"/>
      </w:pPr>
      <w:r>
        <w:t>اس کے معنی کہ جو قرآن دیا حضرت جبرائیل نے آپ کو، اس کے معنی کیا تھے؟ کہ اس کو پہنچاؤ، پہنچاؤ اس کو، پہنچاؤ اس کو، پہنچاؤ۔</w:t>
      </w:r>
    </w:p>
    <w:p>
      <w:r>
        <w:rPr>
          <w:b/>
        </w:rPr>
        <w:t xml:space="preserve">[36:44] </w:t>
      </w:r>
      <w:r>
        <w:t>chunancha yahi baat doosri jagah aai hai is tarah se ke "wuhia ilayhi hadha al-quran li-yunzirakum bihi wa-mablagh".</w:t>
      </w:r>
    </w:p>
    <w:p>
      <w:pPr>
        <w:jc w:val="right"/>
      </w:pPr>
      <w:r>
        <w:t>چنانچہ یہی بات دوسری جگہ آئی ہے اس طریقے سے کہ "وُهِيَ إِلَيْهِ هَذَا الْقُرْآنُ لِيُنْذِرَكُمْ بَيْهِ وَمْبَلَغْ" ۔</w:t>
      </w:r>
    </w:p>
    <w:p>
      <w:r>
        <w:rPr>
          <w:b/>
        </w:rPr>
        <w:t xml:space="preserve">[36:53] </w:t>
      </w:r>
      <w:r>
        <w:t>surah number chhay mein ye ayat hai</w:t>
      </w:r>
    </w:p>
    <w:p>
      <w:pPr>
        <w:jc w:val="right"/>
      </w:pPr>
      <w:r>
        <w:t>سورہ نمبر چھ میں یہ آیت ہے</w:t>
      </w:r>
    </w:p>
    <w:p>
      <w:r>
        <w:rPr>
          <w:b/>
        </w:rPr>
        <w:t xml:space="preserve">[36:57] </w:t>
      </w:r>
      <w:r>
        <w:t>ke aap ne farmaya ke mujhe ye quran diya gaya hai, mujh par ye quran reveal kiya gaya hai taake main is quran ke zariye doosron ko warning doon,</w:t>
      </w:r>
    </w:p>
    <w:p>
      <w:pPr>
        <w:jc w:val="right"/>
      </w:pPr>
      <w:r>
        <w:t>کہ آپ نے فرمایا کہ مجھے یہ قرآن دیا گیا ہے، مجھ پر یہ قرآن ریویل کیا گیا ہے تاکہ میں اس قرآن کے ذریعے دوسروں کو وارننگ دوں،</w:t>
      </w:r>
    </w:p>
    <w:p>
      <w:r>
        <w:rPr>
          <w:b/>
        </w:rPr>
        <w:t xml:space="preserve">[37:10] </w:t>
      </w:r>
      <w:r>
        <w:t>logon ko ba-khabar karoon, logon ko aware karoon. aur jis ko quran pohnche, wo bhi yahi kaam karte rahayn, generation of generation.</w:t>
      </w:r>
    </w:p>
    <w:p>
      <w:pPr>
        <w:jc w:val="right"/>
      </w:pPr>
      <w:r>
        <w:t>لوگوں کو باخبر کروں، لوگوں کو اویئر کروں۔ اور جس کو قرآن پہنچے، وہ بھی یہی کام کرتے رہیں، جنریشن آف جنریشن۔</w:t>
      </w:r>
    </w:p>
    <w:p>
      <w:r>
        <w:rPr>
          <w:b/>
        </w:rPr>
        <w:t xml:space="preserve">[37:20] </w:t>
      </w:r>
      <w:r>
        <w:t>yani ummat ke liye bhi yahi kaam hai, mere liye bhi yahi kaam hai. ye ayat hai surah al-anam mein</w:t>
      </w:r>
    </w:p>
    <w:p>
      <w:pPr>
        <w:jc w:val="right"/>
      </w:pPr>
      <w:r>
        <w:t>یعنی امت کے لیے بھی یہی کام ہے، میرے لیے بھی یہی کام ہے۔ یہ آیت ہے سورہ الانعام میں</w:t>
      </w:r>
    </w:p>
    <w:p>
      <w:r>
        <w:rPr>
          <w:b/>
        </w:rPr>
        <w:t xml:space="preserve">[37:28] </w:t>
      </w:r>
      <w:r>
        <w:t>ke aap ne farmaya ke ye quran khuda ki taraf se aaya hai mere paas kis liye? "li-yunzirakum bihi". ke quran ke zariye main tum ko khuda ki batain bataunga, quran ke zariye main tum ko warning dunga, quran ke zariye main tum ko agahi dunga.</w:t>
      </w:r>
    </w:p>
    <w:p>
      <w:pPr>
        <w:jc w:val="right"/>
      </w:pPr>
      <w:r>
        <w:t>کہ آپ نے فرمایا کہ یہ قرآن خدا کی طرف سے آیا ہے میرے پاس کس لیے؟ "لِيُنْذِرَكُمْ بَيْهِ" ۔ کہ قرآن کے ذریعے میں تم کو خدا کی باتیں بتاؤں گا، قرآن کے ذریعے میں تم کو وارننگ دوں، قرآن کے ذریعے میں تم کو آگاہی دوں۔</w:t>
      </w:r>
    </w:p>
    <w:p>
      <w:r>
        <w:rPr>
          <w:b/>
        </w:rPr>
        <w:t xml:space="preserve">[37:48] </w:t>
      </w:r>
      <w:r>
        <w:t>ye hai. aur yahi kaam mere baad meri ummat ko karte rehna hai, wa-mablagh.</w:t>
      </w:r>
    </w:p>
    <w:p>
      <w:pPr>
        <w:jc w:val="right"/>
      </w:pPr>
      <w:r>
        <w:t>یہ ہے۔ اور یہی کام میرے بعد میری امت کو کرتے رہنا ہے، وَمْبَلَغْ۔</w:t>
      </w:r>
    </w:p>
    <w:p>
      <w:r>
        <w:rPr>
          <w:b/>
        </w:rPr>
        <w:t xml:space="preserve">[37:56] </w:t>
      </w:r>
      <w:r>
        <w:t>baad ki naslon mein, baad ki generations mein yahi kaam karte rehna hai, karte rehna hai, karte rehna. yahan tak ke</w:t>
      </w:r>
    </w:p>
    <w:p>
      <w:pPr>
        <w:jc w:val="right"/>
      </w:pPr>
      <w:r>
        <w:t>بعد کی نسلوں میں، بعد کی جنریشنز میں یہی کام کرتے رہنا ہے، کرتے رہنا ہے، کرتے رہنا۔ یہاں تک کہ</w:t>
      </w:r>
    </w:p>
    <w:p>
      <w:r>
        <w:rPr>
          <w:b/>
        </w:rPr>
        <w:t xml:space="preserve">[38:05] </w:t>
      </w:r>
      <w:r>
        <w:t>end aa jaye, qayamat aa jaye. to aap bataiye ke quran apne aap mein kitab talbegh hai, kitab dawat hai.</w:t>
      </w:r>
    </w:p>
    <w:p>
      <w:pPr>
        <w:jc w:val="right"/>
      </w:pPr>
      <w:r>
        <w:t>اینڈ آ جائے، قیامت آ جائے۔ تو آپ بتائیے کہ قرآن اپنے آپ میں کتاب تبلیغ ہے، کتاب دعوت ہے۔</w:t>
      </w:r>
    </w:p>
    <w:p>
      <w:r>
        <w:rPr>
          <w:b/>
        </w:rPr>
        <w:t xml:space="preserve">[38:17] </w:t>
      </w:r>
      <w:r>
        <w:t>quran ka maqsad hi yahi hai ke log is se follow karein aur is ko doosron tak pohnchayen.</w:t>
      </w:r>
    </w:p>
    <w:p>
      <w:pPr>
        <w:jc w:val="right"/>
      </w:pPr>
      <w:r>
        <w:t>قرآن کا مقصد ہی یہی ہے کہ لوگ اس سے فالو کریں اور اس کو دوسروں تک پہنچائیں۔</w:t>
      </w:r>
    </w:p>
    <w:p>
      <w:r>
        <w:rPr>
          <w:b/>
        </w:rPr>
        <w:t xml:space="preserve">[38:23] </w:t>
      </w:r>
      <w:r>
        <w:t>to ramzan ka matlab kya ho jayega? jab ramzan ko shahr al-quran kaha gaya hai ke ramzan quran ka mahina hai, to kya matlab banega is ka?</w:t>
      </w:r>
    </w:p>
    <w:p>
      <w:pPr>
        <w:jc w:val="right"/>
      </w:pPr>
      <w:r>
        <w:t>تو رمضان کا مطلب کیا ہو جائے گا؟ جب رمضان کو شہر القرآن کہا گیا ہے کہ رمضان قرآن کا مہینہ ہے، تو کیا مطلب بنے گا اس کا؟</w:t>
      </w:r>
    </w:p>
    <w:p>
      <w:r>
        <w:rPr>
          <w:b/>
        </w:rPr>
        <w:t xml:space="preserve">[38:34] </w:t>
      </w:r>
      <w:r>
        <w:t>ke ramzan mein ziyada se ziyada quran ki study karo aur apne andar wo wo siftayen paida karo ke tum is ke muballigh ban sako, is ke daai ban sako, dunya bhar mein is ko pohncha sako.</w:t>
      </w:r>
    </w:p>
    <w:p>
      <w:pPr>
        <w:jc w:val="right"/>
      </w:pPr>
      <w:r>
        <w:t>کہ رمضان میں زیادہ سے زیادہ قرآن کی اسٹڈی کرو اور اپنے اندر وہ وہ صفتیں پیدا کرو کہ تم اس کے مبلغ بن سکو، اس کے داعی بن سکو، دنیا بھر میں اس کو پہنچا سکو۔</w:t>
      </w:r>
    </w:p>
    <w:p>
      <w:r>
        <w:rPr>
          <w:b/>
        </w:rPr>
        <w:t xml:space="preserve">[38:48] </w:t>
      </w:r>
      <w:r>
        <w:t>aur ab to main samajhta hoon ke ab jab, yani yani mera jo analysis hai ke qayamat bohat qareeb aa chuki hai, bohat qareeb aa chuki</w:t>
      </w:r>
    </w:p>
    <w:p>
      <w:pPr>
        <w:jc w:val="right"/>
      </w:pPr>
      <w:r>
        <w:t>اور اب تو میں سمجھتا ہوں کہ اب جب، یعنی یعنی میرا جو انالیسز ہے کہ قیامت بہت قریب آ چکی ہے، بہت قریب آ چکی</w:t>
      </w:r>
    </w:p>
    <w:p>
      <w:r>
        <w:rPr>
          <w:b/>
        </w:rPr>
        <w:t xml:space="preserve">[38:59] </w:t>
      </w:r>
      <w:r>
        <w:t>hai, ab to yahi pohnchana hai ke wo qayamat ke qareeb jo bataya gaya hai ke idkhal kalma hoga, yani har ghar mein khuda, word of god, pohncha pohnch jayega.</w:t>
      </w:r>
    </w:p>
    <w:p>
      <w:pPr>
        <w:jc w:val="right"/>
      </w:pPr>
      <w:r>
        <w:t>ہے، اب تو یہی پہنچانا ہے کہ وہ قیامت کے قریب جو بتایا گیا ہے کہ ادخال کلمہ ہوگا، یعنی ہر گھر میں خدا، ورڈ آف گاڈ، پہنچا پہنچ جائے گا۔</w:t>
      </w:r>
    </w:p>
    <w:p>
      <w:r>
        <w:rPr>
          <w:b/>
        </w:rPr>
        <w:t xml:space="preserve">[39:13] </w:t>
      </w:r>
      <w:r>
        <w:t>qayamat se pehle allah ka jo kalam hai, wo har ghar mein pohnch jayega. to aap jante hain, quran jo hai, khud to ring kar nahi pohnchega, word of god to yahi hai, quran hi to word of god hai.</w:t>
      </w:r>
    </w:p>
    <w:p>
      <w:pPr>
        <w:jc w:val="right"/>
      </w:pPr>
      <w:r>
        <w:t>قیامت سے پہلے اللہ کا جو کلام ہے، وہ ہر گھر میں پہنچ جائے گا۔ تو آپ جانتے ہیں، قرآن جو ہے، خود تو رینگ کر نہیں پہنچے گا، ورڈ آف گاڈ تو یہی ہے، قرآن ہی تو ورڈ آف گاڈ ہے۔</w:t>
      </w:r>
    </w:p>
    <w:p>
      <w:r>
        <w:rPr>
          <w:b/>
        </w:rPr>
        <w:t xml:space="preserve">[39:26] </w:t>
      </w:r>
      <w:r>
        <w:t>to is mein wheel to nahi lag jayega ke khud se ring le ke pohncha jaye ga. is ko aik pohnchanay wala chahiye. wo zahir hai ke insan honge.</w:t>
      </w:r>
    </w:p>
    <w:p>
      <w:pPr>
        <w:jc w:val="right"/>
      </w:pPr>
      <w:r>
        <w:t>تو اس میں ویل تو نہیں لگ جائے گا کہ خود سے رینگ لے کے پہنچا جائے گا۔ اس کو ایک پہنچانے والا چاہیے۔ وہ ظاہر ہے کہ انسان ہوں گے۔</w:t>
      </w:r>
    </w:p>
    <w:p>
      <w:r>
        <w:rPr>
          <w:b/>
        </w:rPr>
        <w:t xml:space="preserve">[39:39] </w:t>
      </w:r>
      <w:r>
        <w:t>ab phir ye hai ke aap arabi quran ghar ghar mein daal dein ja kar ke, tab bhi nahi pohncha. kyunke us aadmi ko samajhna chahiye.</w:t>
      </w:r>
    </w:p>
    <w:p>
      <w:pPr>
        <w:jc w:val="right"/>
      </w:pPr>
      <w:r>
        <w:t>اب پھر یہ ہے کہ آپ عربی قرآن گھر گھر میں ڈال دیں جا کر کے، تب بھی نہیں پہنچا۔ کیونکہ اس آدمی کو سمجھنا چاہیے۔</w:t>
      </w:r>
    </w:p>
    <w:p>
      <w:r>
        <w:rPr>
          <w:b/>
        </w:rPr>
        <w:t xml:space="preserve">[39:50] </w:t>
      </w:r>
      <w:r>
        <w:t>wa ma arsalna min rasoolin illa bi ihsani qawmihi</w:t>
      </w:r>
    </w:p>
    <w:p>
      <w:pPr>
        <w:jc w:val="right"/>
      </w:pPr>
      <w:r>
        <w:t>وَمَا أَرْسَلْنَا مِّنْ رِسُولٍ إِلَّا بِإِحْسَانِ قَوْمِهِ</w:t>
      </w:r>
    </w:p>
    <w:p>
      <w:r>
        <w:rPr>
          <w:b/>
        </w:rPr>
        <w:t xml:space="preserve">[39:54] </w:t>
      </w:r>
      <w:r>
        <w:t>. yani har zamanay mein peghambaron ne un ki understandable language mein un ko khitab address kiya. to aaj jo hai, English language aap jantay hain ke national language ban chuki hai.</w:t>
      </w:r>
    </w:p>
    <w:p>
      <w:pPr>
        <w:jc w:val="right"/>
      </w:pPr>
      <w:r>
        <w:t>۔ یعنی ہر زمانے میں پیغمبروں نے ان کی انڈرسٹینڈیبل لینگویج میں ان کو خطاب ایڈریس کیا۔ تو آج جو ہے، انگلش لینگویج آپ جانتے ہیں کہ نیشنل لینگویج بن چکی ہے۔</w:t>
      </w:r>
    </w:p>
    <w:p>
      <w:r>
        <w:rPr>
          <w:b/>
        </w:rPr>
        <w:t xml:space="preserve">[40:09] </w:t>
      </w:r>
      <w:r>
        <w:t>dunya ke 52 countries mein angrezi zaban official language</w:t>
      </w:r>
    </w:p>
    <w:p>
      <w:pPr>
        <w:jc w:val="right"/>
      </w:pPr>
      <w:r>
        <w:t>دنیا کے 52 کنٹریز میں انگریزی زبان افیشل لینگ</w:t>
      </w:r>
    </w:p>
    <w:p>
      <w:r>
        <w:rPr>
          <w:b/>
        </w:rPr>
        <w:t xml:space="preserve">[40:16] </w:t>
      </w:r>
      <w:r>
        <w:t>hai. to is ka matlab kya hua hai? ke agar aap chahtay hain ke ramzan ke spirit ko translate karen is kaam mein, dawat ke kaam mein, to kya hoga?</w:t>
      </w:r>
    </w:p>
    <w:p>
      <w:pPr>
        <w:jc w:val="right"/>
      </w:pPr>
      <w:r>
        <w:t>ویج ہے۔ تو اس کا معنی کیا ہوا ہے؟ کہ اگر آپ چاہتے ہیں کہ رمضان کے اسپرٹ کو ٹرانسلیٹ کریں اس کام میں، دعوت کے کام میں، تو کیا ہوگا؟</w:t>
      </w:r>
    </w:p>
    <w:p>
      <w:r>
        <w:rPr>
          <w:b/>
        </w:rPr>
        <w:t xml:space="preserve">[40:32] </w:t>
      </w:r>
      <w:r>
        <w:t>ke quran ka translation international language mein tayyar kar ke ghar ghar pohanchaiye.</w:t>
      </w:r>
    </w:p>
    <w:p>
      <w:pPr>
        <w:jc w:val="right"/>
      </w:pPr>
      <w:r>
        <w:t>کہ قرآن کا ٹرانسلیشن انٹرنیشنل لینگویج میں تیار کر کے گھر گھر پہنچائیے۔</w:t>
      </w:r>
    </w:p>
    <w:p>
      <w:r>
        <w:rPr>
          <w:b/>
        </w:rPr>
        <w:t xml:space="preserve">[40:41] </w:t>
      </w:r>
      <w:r>
        <w:t>aur woh Allah ke fazl se hamare mission mein tayyar ho gaya hai, woh quran chhap chuka hai, woh quran woh pohanchaya ja raha hai, woh quran.</w:t>
      </w:r>
    </w:p>
    <w:p>
      <w:pPr>
        <w:jc w:val="right"/>
      </w:pPr>
      <w:r>
        <w:t>اور وہ اللہ کے فضل سے ہمارے مشن میں تیار ہو گیا ہے، وہ قرآن چھپ چکا ہے، وہ قرآن وہ پہنچایا جا رہا ہے، وہ قرآن۔</w:t>
      </w:r>
    </w:p>
    <w:p>
      <w:r>
        <w:rPr>
          <w:b/>
        </w:rPr>
        <w:t xml:space="preserve">[40:50] </w:t>
      </w:r>
      <w:r>
        <w:t>to bas samajhta hoon ke is waqt, is saal ramzan ka jo sab bara lesson hai, woh yeh hai ke apne andar yeh spirit paida karna ke idkhal e kalma ka jo process, idkhal e kalma jo lafz aaya hadith mein,</w:t>
      </w:r>
    </w:p>
    <w:p>
      <w:pPr>
        <w:jc w:val="right"/>
      </w:pPr>
      <w:r>
        <w:t>تو بس سمجھتا ہوں کہ اس وقت، اس سال رمضان کا جو سب بڑا لیسن ہے، وہ یہ ہے کہ اپنے اندر یہ اسپرٹ پیدا کرنا کہ ادخال کلمہ کا جو پراسیس، ادخال کلمہ جو لفظ آیا حدیث میں،</w:t>
      </w:r>
    </w:p>
    <w:p>
      <w:r>
        <w:rPr>
          <w:b/>
        </w:rPr>
        <w:t xml:space="preserve">[41:07] </w:t>
      </w:r>
      <w:r>
        <w:t>yani "idkhal al kalima fi kull al buyoot". yani word of God ko har ghar mein pohanchana.</w:t>
      </w:r>
    </w:p>
    <w:p>
      <w:pPr>
        <w:jc w:val="right"/>
      </w:pPr>
      <w:r>
        <w:t>یعنی "ادخال الکلمہ فی کل البیوت" ۔ یعنی ورڈ آف گاڈ کو ہر گھر میں پہنچانا۔</w:t>
      </w:r>
    </w:p>
    <w:p>
      <w:r>
        <w:rPr>
          <w:b/>
        </w:rPr>
        <w:t xml:space="preserve">[41:13] </w:t>
      </w:r>
      <w:r>
        <w:t>jis ko mein kehta hoon ke idkhal e kalma, kalma ka process, idkhal e kalma ka process, is mein hum aap ko hissadaar ban jayen.</w:t>
      </w:r>
    </w:p>
    <w:p>
      <w:pPr>
        <w:jc w:val="right"/>
      </w:pPr>
      <w:r>
        <w:t>جس کو میں کہتا ہوں کہ ادخال کلمہ، کلمہ کا پراسیس، ادخال کلمہ کا پراسیس، اس میں ہم آپ کو حصہ دار بن جائیں۔</w:t>
      </w:r>
    </w:p>
    <w:p>
      <w:r>
        <w:rPr>
          <w:b/>
        </w:rPr>
        <w:t xml:space="preserve">[41:24] </w:t>
      </w:r>
      <w:r>
        <w:t>yehi hum rabbani mein seekhna hai, hum ko apne aap ko isi ke liye prepare karna hai ke hum idkhal e kalma ka jo process hai, us ka aik part ban jayen.</w:t>
      </w:r>
    </w:p>
    <w:p>
      <w:pPr>
        <w:jc w:val="right"/>
      </w:pPr>
      <w:r>
        <w:t>یہی ہم ربانی میں سیکھنا ہے، ہم کو اپنے آپ کو اسی کے لیے پریپیئر کرنا ہے کہ ہم ادخال کلمہ کا جو پراسیس ہے، اس کا ایک پارٹ بن جائیں۔</w:t>
      </w:r>
    </w:p>
    <w:p>
      <w:r>
        <w:rPr>
          <w:b/>
        </w:rPr>
        <w:t xml:space="preserve">[41:35] </w:t>
      </w:r>
      <w:r>
        <w:t>us ka aik part ban jayen.</w:t>
      </w:r>
    </w:p>
    <w:p>
      <w:pPr>
        <w:jc w:val="right"/>
      </w:pPr>
      <w:r>
        <w:t>اس کا ایک پارٹ بن جائیں۔</w:t>
      </w:r>
    </w:p>
    <w:p>
      <w:r>
        <w:rPr>
          <w:b/>
        </w:rPr>
        <w:t xml:space="preserve">[41:39] </w:t>
      </w:r>
      <w:r>
        <w:t>yeh hai ramzan ki spirit, yeh hai ramzan ka message, aur yeh hai woh responsibility jo hamein ramzan ke mahine mein batai ja rahi hai.</w:t>
      </w:r>
    </w:p>
    <w:p>
      <w:pPr>
        <w:jc w:val="right"/>
      </w:pPr>
      <w:r>
        <w:t>یہ ہے رمضان کی اسپرٹ، یہ ہے رمضان کا میسج، اور یہ ہے وہ ریسپانسبیلٹی جو ہمیں رمضان کے مہینے میں بتائی جا رہی ہے۔</w:t>
      </w:r>
    </w:p>
    <w:p>
      <w:r>
        <w:rPr>
          <w:b/>
        </w:rPr>
        <w:t xml:space="preserve">[41:53] </w:t>
      </w:r>
      <w:r>
        <w:t>to is mamle ko bohat ziyada</w:t>
      </w:r>
    </w:p>
    <w:p>
      <w:pPr>
        <w:jc w:val="right"/>
      </w:pPr>
      <w:r>
        <w:t>تو اس معاملے کو بہت زیادہ</w:t>
      </w:r>
    </w:p>
    <w:p>
      <w:r>
        <w:rPr>
          <w:b/>
        </w:rPr>
        <w:t xml:space="preserve">[41:58] </w:t>
      </w:r>
      <w:r>
        <w:t>ghor se sochna hai. aaj mere paas aik telephone aaya tha Hyderabad se, isi mauzu par baat ho rahi thi.</w:t>
      </w:r>
    </w:p>
    <w:p>
      <w:pPr>
        <w:jc w:val="right"/>
      </w:pPr>
      <w:r>
        <w:t>غور سے سوچنا ہے۔ آج میرے پاس ایک ٹیلی فون آیا تھا حیدرآباد سے، اسی موضوع پر بات ہو رہی تھی۔</w:t>
      </w:r>
    </w:p>
    <w:p>
      <w:r>
        <w:rPr>
          <w:b/>
        </w:rPr>
        <w:t xml:space="preserve">[42:09] </w:t>
      </w:r>
      <w:r>
        <w:t>to mein ne kaha ke qayamat bohat qareeb hai. to un ki samajh mein nahi aaya, qayamat bohat qareeb hai. kyun ke aaj kal musalmanon ka zehan kya hai?</w:t>
      </w:r>
    </w:p>
    <w:p>
      <w:pPr>
        <w:jc w:val="right"/>
      </w:pPr>
      <w:r>
        <w:t>تو میں نے کہا کہ قیامت بہت قریب ہے۔ تو ان کی سمجھ میں نہیں آیا، قیامت بہت قریب ہے۔ کیونکہ آج کل مسلمانوں کا ذہن کیا ہے؟</w:t>
      </w:r>
    </w:p>
    <w:p>
      <w:r>
        <w:rPr>
          <w:b/>
        </w:rPr>
        <w:t xml:space="preserve">[42:19] </w:t>
      </w:r>
      <w:r>
        <w:t>ke abhi to dajjal nahi aaya, abhi to Masih nahi aaye, abhi to Mahdi nahi aaye, to qayamat kahan se aa jayegi? yeh bohat bari fallacy hai, is mein log phanse hue hain.</w:t>
      </w:r>
    </w:p>
    <w:p>
      <w:pPr>
        <w:jc w:val="right"/>
      </w:pPr>
      <w:r>
        <w:t>کہ ابھی تو دجال نہیں آیا، ابھی تو مسیح نہیں آئے، ابھی تو مادی نہیں آئے، تو قیامت کہاں سے آ جائے گی؟ یہ بہت بڑی فلیسی ہے، اس میں لوگ پھنسے ہوئے ہیں۔</w:t>
      </w:r>
    </w:p>
    <w:p>
      <w:r>
        <w:rPr>
          <w:b/>
        </w:rPr>
        <w:t xml:space="preserve">[42:32] </w:t>
      </w:r>
      <w:r>
        <w:t>bohat bari fallacy hai.</w:t>
      </w:r>
    </w:p>
    <w:p>
      <w:pPr>
        <w:jc w:val="right"/>
      </w:pPr>
      <w:r>
        <w:t>بہت بڑی فلیسی ہے۔</w:t>
      </w:r>
    </w:p>
    <w:p>
      <w:r>
        <w:rPr>
          <w:b/>
        </w:rPr>
        <w:t xml:space="preserve">[42:35] </w:t>
      </w:r>
      <w:r>
        <w:t>aap hadith ki kitabon mein bohat si jo signs of qayamat aayi hain, ke qayamat ki pehchan, us ko parhiye aap.</w:t>
      </w:r>
    </w:p>
    <w:p>
      <w:pPr>
        <w:jc w:val="right"/>
      </w:pPr>
      <w:r>
        <w:t>آپ حدیث کی کتابوں میں بہت سی جو سائنز آف قیامت آئی ہیں، کہ قیامت کی پہچان، اس کو پڑھیے آپ۔</w:t>
      </w:r>
    </w:p>
    <w:p>
      <w:r>
        <w:rPr>
          <w:b/>
        </w:rPr>
        <w:t xml:space="preserve">[42:45] </w:t>
      </w:r>
      <w:r>
        <w:t>dekhen, aik hadith hai jis mein Rasool Allah ne farmaya ke "end of the end of the history" kaise hoga?</w:t>
      </w:r>
    </w:p>
    <w:p>
      <w:pPr>
        <w:jc w:val="right"/>
      </w:pPr>
      <w:r>
        <w:t>دیکھیں، ایک حدیث ہے جس میں رسول اللہ نے فرمایا کہ "انڈ آف دا اینڈ آف دا ہسٹری" کیسے ہوگا؟</w:t>
      </w:r>
    </w:p>
    <w:p>
      <w:r>
        <w:rPr>
          <w:b/>
        </w:rPr>
        <w:t xml:space="preserve">[42:54] </w:t>
      </w:r>
      <w:r>
        <w:t>yani khatma hayat kaise hogi? to aap ne farmaya ke pani jo hai, pani, water, sab se pehle us ka one third khatam ho jayega,</w:t>
      </w:r>
    </w:p>
    <w:p>
      <w:pPr>
        <w:jc w:val="right"/>
      </w:pPr>
      <w:r>
        <w:t>یعنی خاتمہ حیات کیسے ہوگی؟ تو آپ نے فرمایا کہ پانی جو ہے، پانی، واٹر، سب سے پہلے اس کا ون تھرڈ ختم ہو جائے گا،</w:t>
      </w:r>
    </w:p>
    <w:p>
      <w:r>
        <w:rPr>
          <w:b/>
        </w:rPr>
        <w:t xml:space="preserve">[43:05] </w:t>
      </w:r>
      <w:r>
        <w:t>phir two third khatam hoga. is ke baad kya hoga? dunya mein no water ki shakal ban jayegi. yani water hi nahi hoga.</w:t>
      </w:r>
    </w:p>
    <w:p>
      <w:pPr>
        <w:jc w:val="right"/>
      </w:pPr>
      <w:r>
        <w:t>پھر ٹو تھرڈ ختم ہوگا۔ اس کے بعد کیا ہوگا؟ دنیا میں نو واٹر کی شکل بن جائے گی۔ یعنی واٹر ہی نہیں ہوگا۔</w:t>
      </w:r>
    </w:p>
    <w:p>
      <w:r>
        <w:rPr>
          <w:b/>
        </w:rPr>
        <w:t xml:space="preserve">[43:15] </w:t>
      </w:r>
      <w:r>
        <w:t>one third pehle khatam hua, phir two third khatam hoga, phir no water aa jayega. to log samajhte thay pehle us ko water disappear ho jayega.</w:t>
      </w:r>
    </w:p>
    <w:p>
      <w:pPr>
        <w:jc w:val="right"/>
      </w:pPr>
      <w:r>
        <w:t>ون تھرڈ پہلے ختم ہوا، پھر ٹو تھرڈ ختم ہوگا، پھر نو واٹر آ جائے گا۔ تو لوگ سمجھتے تھے پہلے اس کو واٹر ڈس اپیئر ہو جائے گا۔</w:t>
      </w:r>
    </w:p>
    <w:p>
      <w:r>
        <w:rPr>
          <w:b/>
        </w:rPr>
        <w:t xml:space="preserve">[43:26] </w:t>
      </w:r>
      <w:r>
        <w:t>yeh galat hai. nahi, usable nahi rahega woh.</w:t>
      </w:r>
    </w:p>
    <w:p>
      <w:pPr>
        <w:jc w:val="right"/>
      </w:pPr>
      <w:r>
        <w:t>یہ غلط ہے۔ نہیں، یوزیبل نہیں رہے گا وہ۔</w:t>
      </w:r>
    </w:p>
    <w:p>
      <w:r>
        <w:rPr>
          <w:b/>
        </w:rPr>
        <w:t xml:space="preserve">[43:33] </w:t>
      </w:r>
      <w:r>
        <w:t>woh kaise? abhi yeh dekhen, jo reports aa rahi hain, abhi kal parson mein report parh raha tha us ke bare mein, Ganga ke bare mein.</w:t>
      </w:r>
    </w:p>
    <w:p>
      <w:pPr>
        <w:jc w:val="right"/>
      </w:pPr>
      <w:r>
        <w:t>وہ کیسے؟ ابھی یہ دیکھیں، جو رپورٹیں آ رہی ہیں، ابھی کل پرسوں میں رپورٹ پڑھ رہا تھا اس کے بارے میں، گنگا کے بارے میں۔</w:t>
      </w:r>
    </w:p>
    <w:p>
      <w:r>
        <w:rPr>
          <w:b/>
        </w:rPr>
        <w:t xml:space="preserve">[43:46] </w:t>
      </w:r>
      <w:r>
        <w:t>Ganga ke bare mein government arbon kharbon rupay kharch kar rahi hai, lekin aik expert bata raha tha ke Ganga ka pani 50 percent kam ho chuka hai.</w:t>
      </w:r>
    </w:p>
    <w:p>
      <w:pPr>
        <w:jc w:val="right"/>
      </w:pPr>
      <w:r>
        <w:t>گنگا کے بارے میں گورنمنٹ اربوں کھربوں روپے خرچ کر رہی ہے، لیکن ایک ایکسپرٹ بتا رہا تھا کہ گنگا کا پانی 50 پرسنٹ کم ہو چکا ہے۔</w:t>
      </w:r>
    </w:p>
    <w:p>
      <w:r>
        <w:rPr>
          <w:b/>
        </w:rPr>
        <w:t xml:space="preserve">[43:58] </w:t>
      </w:r>
      <w:r>
        <w:t>kam ho chuka hai.</w:t>
      </w:r>
    </w:p>
    <w:p>
      <w:pPr>
        <w:jc w:val="right"/>
      </w:pPr>
      <w:r>
        <w:t>کم ہو چکا ہے۔</w:t>
      </w:r>
    </w:p>
    <w:p>
      <w:r>
        <w:rPr>
          <w:b/>
        </w:rPr>
        <w:t xml:space="preserve">[43:59] </w:t>
      </w:r>
      <w:r>
        <w:t>jitna pani ganga mein rehta tha, us se ab bohat kam pani hai ganga mein. jamna ka pani bohat hi kam ho gaya hai, bohat kam ho gaya hai. aise saare rivers ka haal hai, talab ka haal hai, jheelon ka haal hai, jitne pani ke reservoirs the, un ka haal hai.</w:t>
      </w:r>
    </w:p>
    <w:p>
      <w:pPr>
        <w:jc w:val="right"/>
      </w:pPr>
      <w:r>
        <w:t>جتنا پانی گنگا میں رہتا تھا، اس سے اب بہت کم پانی ہے گنگا میں۔ جمنا کا پانی بہت ہی کم ہو گیا ہے، بہت کم ہو گیا ہے۔ ایسے سارے ریورز کا حال ہے، تالاب کا حال ہے، جھیلوں کا حال ہے، جتنے پانی کے ریزروائر تھے، ان کا حال ہے۔</w:t>
      </w:r>
    </w:p>
    <w:p>
      <w:r>
        <w:rPr>
          <w:b/>
        </w:rPr>
        <w:t xml:space="preserve">[44:15] </w:t>
      </w:r>
      <w:r>
        <w:t>yeh kyun aisa ho raha hai? aisa kyun ho raha hai? kyunke glacier se pani aata tha ganga jamna mein.</w:t>
      </w:r>
    </w:p>
    <w:p>
      <w:pPr>
        <w:jc w:val="right"/>
      </w:pPr>
      <w:r>
        <w:t>یہ کیوں ایسا ہو رہا ہے؟ ایسا کیوں ہو رہا ہے؟ کیونکہ گلیشیئر سے پانی آتا تھا گنگا جمنا میں۔</w:t>
      </w:r>
    </w:p>
    <w:p>
      <w:r>
        <w:rPr>
          <w:b/>
        </w:rPr>
        <w:t xml:space="preserve">[44:22] </w:t>
      </w:r>
      <w:r>
        <w:t>hamare yeh pahar ke oper jo barf ka, hamare yeh pahar ke oper barf ka pahar hai, jis ko hum glacier kehte hain, woh bohat ziyada pighal chuka hai global warming ki wajah se.</w:t>
      </w:r>
    </w:p>
    <w:p>
      <w:pPr>
        <w:jc w:val="right"/>
      </w:pPr>
      <w:r>
        <w:t>ہمارے یہ پہاڑ کے اوپر جو برف کا، ہمارے یہ پہاڑ کے اوپر برف کا پہاڑ ہے، جس کو ہم گلیشیئر کہتے ہیں، وہ بہت زیادہ پگھل چکا ہے گلوبل وارمنگ کی وجہ سے۔</w:t>
      </w:r>
    </w:p>
    <w:p>
      <w:r>
        <w:rPr>
          <w:b/>
        </w:rPr>
        <w:t xml:space="preserve">[44:37] </w:t>
      </w:r>
      <w:r>
        <w:t>yani gire. to ek ayat meri samajh mein aayi qul inna asbahakum ma huwa kum ghawran fa ma ya teekum ba ma yama'in</w:t>
      </w:r>
    </w:p>
    <w:p>
      <w:pPr>
        <w:jc w:val="right"/>
      </w:pPr>
      <w:r>
        <w:t>یعنی گرے۔ تو ایک آیت میری سمجھ میں آئی قُلْ اِنَّا أَسْبَحَكُمْ مَا هُوَكُمْ غَوْرًا فَمَا يَأْتِيكُمْ بَمَا يَمَّئِنُ</w:t>
      </w:r>
    </w:p>
    <w:p>
      <w:r>
        <w:rPr>
          <w:b/>
        </w:rPr>
        <w:t xml:space="preserve">[44:48] </w:t>
      </w:r>
      <w:r>
        <w:t>. yahan yeh ayat mein lafz ghawra jo hai, ghawra ke ma'ni hain oper se neechay utarna. to is mein hai ke pani agar neechay utar jaye</w:t>
      </w:r>
    </w:p>
    <w:p>
      <w:pPr>
        <w:jc w:val="right"/>
      </w:pPr>
      <w:r>
        <w:t>۔ یہاں یہ آیت میں لفظ غور جو ہے، غور کے معنی ہیں اوپر سے نیچے اترنا۔ تو اس میں ہے کہ پانی اگر نیچے اتر جائے</w:t>
      </w:r>
    </w:p>
    <w:p>
      <w:r>
        <w:rPr>
          <w:b/>
        </w:rPr>
        <w:t xml:space="preserve">[44:59] </w:t>
      </w:r>
      <w:r>
        <w:t>to tum kya karoge? maye ma'een yani fresh water kahan se paoge tum? yeh jo ayat quran majeed ki hai qul inna asbahakum ma huwa kum ghawran fa ma ya teekum ba ma yama'in .</w:t>
      </w:r>
    </w:p>
    <w:p>
      <w:pPr>
        <w:jc w:val="right"/>
      </w:pPr>
      <w:r>
        <w:t>تو تم کیا کرو گے؟ مائے معین یعنی فریش واٹر کہاں سے پاؤ گے تم؟ یہ جو آیت قرآن مجید کی ہے قُلْ اِنَّا أَسْبَحَكُمْ مَا هُوَكُمْ غَوْرًا فَمَا يَأْتِيكُمْ بَمَا يَمَّئِنُ ۔</w:t>
      </w:r>
    </w:p>
    <w:p>
      <w:r>
        <w:rPr>
          <w:b/>
        </w:rPr>
        <w:t xml:space="preserve">[45:10] </w:t>
      </w:r>
      <w:r>
        <w:t>yani pani agar neechay utar jaye to tum maye ma'een yani fresh water kahan se paoge? yehi to ho raha hai is waqt</w:t>
      </w:r>
    </w:p>
    <w:p>
      <w:pPr>
        <w:jc w:val="right"/>
      </w:pPr>
      <w:r>
        <w:t>یعنی پانی اگر نیچے اتر جائے تو تم مائے معین یعنی فریش واٹر کہاں سے پاؤ گے؟ یہی تو ہو رہا ہے اس وقت</w:t>
      </w:r>
    </w:p>
    <w:p>
      <w:r>
        <w:rPr>
          <w:b/>
        </w:rPr>
        <w:t xml:space="preserve">[45:20] </w:t>
      </w:r>
      <w:r>
        <w:t>ke samundaron mein jo salty water tha pehle, to woh rain ke zariye se dobara hamein fresh water ban kar lot'ta tha.</w:t>
      </w:r>
    </w:p>
    <w:p>
      <w:pPr>
        <w:jc w:val="right"/>
      </w:pPr>
      <w:r>
        <w:t>کہ سمندروں میں جو سالٹی واٹر تھا پہلے، تو وہ رین کے ذریعے سے دوبارہ ہمیں فریش واٹر بن کر لوٹتا تھا۔</w:t>
      </w:r>
    </w:p>
    <w:p>
      <w:r>
        <w:rPr>
          <w:b/>
        </w:rPr>
        <w:t xml:space="preserve">[45:30] </w:t>
      </w:r>
      <w:r>
        <w:t>aur glacier jab mein hue the, glacier tha aur polar ice thi aur ice berg tha, har sab pighal rahe hain global warming ki wajah se.</w:t>
      </w:r>
    </w:p>
    <w:p>
      <w:pPr>
        <w:jc w:val="right"/>
      </w:pPr>
      <w:r>
        <w:t>اور گلیشیئر جب میں ہوئے تھے، گلیشیئر تھا اور پولر آئس تھی اور آئس برگ تھا، ہر سب پگھل رہے ہیں گلوبل وارمنگ کی وجہ سے۔</w:t>
      </w:r>
    </w:p>
    <w:p>
      <w:r>
        <w:rPr>
          <w:b/>
        </w:rPr>
        <w:t xml:space="preserve">[45:42] </w:t>
      </w:r>
      <w:r>
        <w:t>to glacier jo hamare pahar ke oper hain, woh sea level se panch hazar meter oper hain.</w:t>
      </w:r>
    </w:p>
    <w:p>
      <w:pPr>
        <w:jc w:val="right"/>
      </w:pPr>
      <w:r>
        <w:t>تو گلیشیئر جو ہمارے پہاڑ کے اوپر ہیں، وہ سی لیول سے پانچ ہزار میٹر اوپر ہیں۔</w:t>
      </w:r>
    </w:p>
    <w:p>
      <w:r>
        <w:rPr>
          <w:b/>
        </w:rPr>
        <w:t xml:space="preserve">[45:55] </w:t>
      </w:r>
      <w:r>
        <w:t>yani sea level se bohat oper. wahan se wahi ghawra ka ma'mla ho raha hai, wahan se neechay aa raha hai pani pighal pighal kar ke. to hota kya hai ke ziyada pighal rahe hain pani.</w:t>
      </w:r>
    </w:p>
    <w:p>
      <w:pPr>
        <w:jc w:val="right"/>
      </w:pPr>
      <w:r>
        <w:t>یعنی سی لیول سے بہت اوپر۔ وہاں سے وہی غور کا معاملہ ہو رہا ہے، وہاں سے نیچے آ رہا ہے پانی پگھل پگھل کر کے۔ تو ہوتا کیا ہے کہ زیادہ پگھل رہے ہیں پانی۔</w:t>
      </w:r>
    </w:p>
    <w:p>
      <w:r>
        <w:rPr>
          <w:b/>
        </w:rPr>
        <w:t xml:space="preserve">[46:10] </w:t>
      </w:r>
      <w:r>
        <w:t>pani ke melt hone ka speed bohat barh gayi hai. to ab pani jo aata hai, woh kahan jata hai? woh kai baras se yeh chal raha hai silsila, woh beh kar ke jata hai sea mein, samundaron mein jata hai.</w:t>
      </w:r>
    </w:p>
    <w:p>
      <w:pPr>
        <w:jc w:val="right"/>
      </w:pPr>
      <w:r>
        <w:t>پانی کے میلٹ ہونے کا سپیڈ بہت بڑھ گئی ہے۔ تو اب پانی جو آتا ہے، وہ کہاں جاتا ہے؟ وہ کئی برس سے یہ چل رہا ہے سلسلہ، وہ بہہ کر کے جاتا ہے سی میں، سمندروں میں جاتا ہے۔</w:t>
      </w:r>
    </w:p>
    <w:p>
      <w:r>
        <w:rPr>
          <w:b/>
        </w:rPr>
        <w:t xml:space="preserve">[46:24] </w:t>
      </w:r>
      <w:r>
        <w:t>yani dobara woh ban jata hai salty water. yeh matlab hai is ayat ka i</w:t>
      </w:r>
    </w:p>
    <w:p>
      <w:pPr>
        <w:jc w:val="right"/>
      </w:pPr>
      <w:r>
        <w:t>یعنی دوبارہ وہ بن جاتا ہے سالٹی واٹر۔ یہ مطلب ہے اس آیت کا اِ</w:t>
      </w:r>
    </w:p>
    <w:p>
      <w:r>
        <w:rPr>
          <w:b/>
        </w:rPr>
        <w:t xml:space="preserve">[46:31] </w:t>
      </w:r>
      <w:r>
        <w:t>nna asbahakum ma huwa kum ghawran fa ma ya teekum ba ma yama'in .</w:t>
      </w:r>
    </w:p>
    <w:p>
      <w:pPr>
        <w:jc w:val="right"/>
      </w:pPr>
      <w:r>
        <w:t>نَّا أَسْبَحَكُمْ مَا هُوَكُمْ غَوْرًا فَمَا يَأْتِيكُمْ بَمَا يَمَّئِنُ ۔</w:t>
      </w:r>
    </w:p>
    <w:p>
      <w:r>
        <w:rPr>
          <w:b/>
        </w:rPr>
        <w:t xml:space="preserve">[46:40] </w:t>
      </w:r>
      <w:r>
        <w:t>yani yeh pani dobara melt ho kar ke chala jaye samundaron mein aur salty water ban jaye. to koi fresh water kahan se milega? tukum fa ma ya teekum ba ma ya teekum ba ma yama'in . yani yeh pani dobara melt ho kar ke chala jaye samundaron mein aur salty water ban jaye. to koi fresh water kahan se milega?</w:t>
      </w:r>
    </w:p>
    <w:p>
      <w:pPr>
        <w:jc w:val="right"/>
      </w:pPr>
      <w:r>
        <w:t>یعنی یہ پانی دوبارہ میلٹ ہو کر کے چلا جائے سمندروں میں اور سالٹی واٹر بن جائے۔ تو کوئی فریش واٹر کہاں سے ملے گا؟ تُوْكُمْ فَمَا يَأْتِيكُمْ بَمَا يَأْتِيكُمْ بَمَا يَمَّئِنُ ۔ یعنی یہ پانی دوبارہ میلٹ ہو کر کے چلا جائے سمندروں میں اور سالٹی واٹر بن جائے۔ تو کوئی فریش واٹر کہاں سے ملے گا؟</w:t>
      </w:r>
    </w:p>
    <w:p>
      <w:r>
        <w:rPr>
          <w:b/>
        </w:rPr>
        <w:t xml:space="preserve">[46:45] </w:t>
      </w:r>
      <w:r>
        <w:t>to aap dekhiye, jo science, jo scientific reporten aa rahi hain, to one third ka process to khatam ho chuka hai, guzar chuka hai.</w:t>
      </w:r>
    </w:p>
    <w:p>
      <w:pPr>
        <w:jc w:val="right"/>
      </w:pPr>
      <w:r>
        <w:t>تو آپ دیکھیے، جو سائنس، جو سائنٹیفک رپورٹیں آ رہی ہیں، تو ون تھرڈ کا پراسیس تو ختم ہو چکا ہے، گزر چکا ہے۔</w:t>
      </w:r>
    </w:p>
    <w:p>
      <w:r>
        <w:rPr>
          <w:b/>
        </w:rPr>
        <w:t xml:space="preserve">[46:55] </w:t>
      </w:r>
      <w:r>
        <w:t>jo rasool Allah ne farmaya, teen teen period, yani one third jayega, phir two third jayega, phir total pani chala jayega. to one third to pighal chuka, polar ice pighal rahi hai, ice berg pighal rahe hain, glacier pighal rahe hain global warming ki wajah se.</w:t>
      </w:r>
    </w:p>
    <w:p>
      <w:pPr>
        <w:jc w:val="right"/>
      </w:pPr>
      <w:r>
        <w:t>جو رسول اللہ نے فرمایا، تین تین پیریڈ، یعنی ون تھرڈ جائے گا، پھر ٹو تھرڈ جائے گا، پھر ٹوٹل پانی چلا جائے گا۔ تو ون تھرڈ تو پگھل چکا، پولر آئس پگھل رہی ہے، آئس برگ پگھل رہے ہیں، گلیشیئر پگھل رہے ہیں گلوبل وارمنگ کی وجہ سے۔</w:t>
      </w:r>
    </w:p>
    <w:p>
      <w:r>
        <w:rPr>
          <w:b/>
        </w:rPr>
        <w:t xml:space="preserve">[47:13] </w:t>
      </w:r>
      <w:r>
        <w:t>aur sab pighle pighle pani kahan ja raha hai? samundar mein ja raha hai. yani salty water ban raha hai.</w:t>
      </w:r>
    </w:p>
    <w:p>
      <w:pPr>
        <w:jc w:val="right"/>
      </w:pPr>
      <w:r>
        <w:t>اور سب پگھلے پگھلے پانی کہاں جا رہا ہے؟ سمندر میں جا رہا ہے۔ یعنی سالٹی واٹر بن رہا ہے۔</w:t>
      </w:r>
    </w:p>
    <w:p>
      <w:r>
        <w:rPr>
          <w:b/>
        </w:rPr>
        <w:t xml:space="preserve">[47:21] </w:t>
      </w:r>
      <w:r>
        <w:t>to two third ke process mein aa chuka, yani process jo hai, woh two third wale hisse mein aa chuka. is ke baad no water ka ma'mla hoga.</w:t>
      </w:r>
    </w:p>
    <w:p>
      <w:pPr>
        <w:jc w:val="right"/>
      </w:pPr>
      <w:r>
        <w:t>تو ٹو تھرڈ کے پراسیس میں آ چکا، یعنی پراسیس جو ہے، وہ ٹو تھرڈ والے حصے میں آ چکا۔ اس کے بعد نو واٹر کا معاملہ ہوگا۔</w:t>
      </w:r>
    </w:p>
    <w:p>
      <w:r>
        <w:rPr>
          <w:b/>
        </w:rPr>
        <w:t xml:space="preserve">[47:30] </w:t>
      </w:r>
      <w:r>
        <w:t>aur wahi waqt aa jayega jo ek shayar ne jo kahani likhi hai ke "Water, water, everywhere, not a drop to drink." .</w:t>
      </w:r>
    </w:p>
    <w:p>
      <w:pPr>
        <w:jc w:val="right"/>
      </w:pPr>
      <w:r>
        <w:t>اور وہی وقت آ جائے گا جو ایک شاعر نے جو کہانی لکھی ہے کہ "Water, water, everywhere, not a drop to drink." ۔</w:t>
      </w:r>
    </w:p>
    <w:p>
      <w:r>
        <w:rPr>
          <w:b/>
        </w:rPr>
        <w:t xml:space="preserve">[47:41] </w:t>
      </w:r>
      <w:r>
        <w:t>pani hai magar peene ke liye kuch nahi, kyunke sab salty water hai.</w:t>
      </w:r>
    </w:p>
    <w:p>
      <w:pPr>
        <w:jc w:val="right"/>
      </w:pPr>
      <w:r>
        <w:t>پانی ہے مگر پینے کے لیے کچھ نہیں، کیونکہ سب سالٹی واٹر ہے۔</w:t>
      </w:r>
    </w:p>
    <w:p>
      <w:r>
        <w:rPr>
          <w:b/>
        </w:rPr>
        <w:t xml:space="preserve">[47:47] </w:t>
      </w:r>
      <w:r>
        <w:t>to ab woh waqt aakhri tor par aa gaya hai jab ke idkhaal kalma ka process mukammal ho. is Ramzan mein hamein yehi pledge lena hai.</w:t>
      </w:r>
    </w:p>
    <w:p>
      <w:pPr>
        <w:jc w:val="right"/>
      </w:pPr>
      <w:r>
        <w:t>تو اب وہ وقت آخری طور پر آ گیا ہے جب کہ ادخال کلمہ کا پراسیس مکمل ہو۔ اس رمضان میں ہمیں یہی پلیج لینا ہے۔</w:t>
      </w:r>
    </w:p>
    <w:p>
      <w:r>
        <w:rPr>
          <w:b/>
        </w:rPr>
        <w:t xml:space="preserve">[47:57] </w:t>
      </w:r>
      <w:r>
        <w:t>mein samajhta hoon ke yeh Ramzan ka mahina jo hai, hamara pledge lene ka, pledge ahad karne ka Allah taala se hai ke khudaaya hum, hum ko woh, woh pledge lena kya hai?</w:t>
      </w:r>
    </w:p>
    <w:p>
      <w:pPr>
        <w:jc w:val="right"/>
      </w:pPr>
      <w:r>
        <w:t>میں سمجھتا ہوں کہ یہ رمضان کا مہینہ جو ہے، ہمارا پلیج لینے کا، پلیج عہد کرنے کا اللہ تعالیٰ سے ہے کہ خدایا ہم، ہم کو وہ، وہ پلیج لینا کیا ہے؟</w:t>
      </w:r>
    </w:p>
    <w:p>
      <w:r>
        <w:rPr>
          <w:b/>
        </w:rPr>
        <w:t xml:space="preserve">[48:10] </w:t>
      </w:r>
      <w:r>
        <w:t>khuda se dua karna. insaan ke paas koi taqat nahi hai</w:t>
      </w:r>
    </w:p>
    <w:p>
      <w:pPr>
        <w:jc w:val="right"/>
      </w:pPr>
      <w:r>
        <w:t>خدا سے دعا کرنا۔ انسان کے پاس کوئی طاقت نہیں ہے</w:t>
      </w:r>
    </w:p>
    <w:p>
      <w:r>
        <w:rPr>
          <w:b/>
        </w:rPr>
        <w:t xml:space="preserve">[48:15] </w:t>
      </w:r>
      <w:r>
        <w:t>ke khuda se dua karna ke khudaaya hamein, woh hamein, woh madad farma, hamein woh saman de, hamein woh sab sadhan de ke hum teri, teri kitab ko logon tak pohncha saken.</w:t>
      </w:r>
    </w:p>
    <w:p>
      <w:pPr>
        <w:jc w:val="right"/>
      </w:pPr>
      <w:r>
        <w:t>کہ خدا سے دعا کرنا کہ خدایا ہمیں، وہ ہمیں، وہ مدد فرما، ہمیں وہ سامان دے، ہمیں وہ سب سادھن دے کہ ہم تیری، تیری کتاب کو لوگوں تک پہنچا سکیں۔</w:t>
      </w:r>
    </w:p>
    <w:p>
      <w:r>
        <w:rPr>
          <w:b/>
        </w:rPr>
        <w:t xml:space="preserve">[48:30] </w:t>
      </w:r>
      <w:r>
        <w:t>yani idkhaal e kalma ka process ko jo hai, us ko hum complete kar sakein, ghar ghar pohncha sakein.</w:t>
      </w:r>
    </w:p>
    <w:p>
      <w:pPr>
        <w:jc w:val="right"/>
      </w:pPr>
      <w:r>
        <w:t>یعنی ادخال کلمہ کا پراسیس کو جو ہے، اس کو ہم کمپلیٹ کر سکیں، گھر گھر پہنچا سکیں۔</w:t>
      </w:r>
    </w:p>
    <w:p>
      <w:r>
        <w:rPr>
          <w:b/>
        </w:rPr>
        <w:t xml:space="preserve">[48:39] </w:t>
      </w:r>
      <w:r>
        <w:t>is par bohat ziyada sochiye, bohat ziyada is par ghore kijiye.</w:t>
      </w:r>
    </w:p>
    <w:p>
      <w:pPr>
        <w:jc w:val="right"/>
      </w:pPr>
      <w:r>
        <w:t>اس پر بہت زیادہ سوچیے، بہت زیادہ اس پر غور کیجئے۔</w:t>
      </w:r>
    </w:p>
    <w:p>
      <w:r>
        <w:rPr>
          <w:b/>
        </w:rPr>
        <w:t xml:space="preserve">[48:45] </w:t>
      </w:r>
      <w:r>
        <w:t>aur main aksar logon se kaha karta hoon ke dekhiye, waqt aa gaya hai ke aap, aap ki energy, aap ka time, aap ka paisa sab se ziyada idkhaal e kalma ke kaam mein lagna chahiye.</w:t>
      </w:r>
    </w:p>
    <w:p>
      <w:pPr>
        <w:jc w:val="right"/>
      </w:pPr>
      <w:r>
        <w:t>اور میں اکثر لوگوں سے کہا کرتا ہوں کہ دیکھیے، وقت آ گیا ہے کہ آپ، آپ کی انرجی، آپ کا ٹائم، آپ کا پیسہ سب سے زیادہ ادخال کلمہ کے کام میں لگنا چاہیے۔</w:t>
      </w:r>
    </w:p>
    <w:p>
      <w:r>
        <w:rPr>
          <w:b/>
        </w:rPr>
        <w:t xml:space="preserve">[48:56] </w:t>
      </w:r>
      <w:r>
        <w:t>kyun ke waqt bohat hi kam hai. bohat jald woh waqt aaye ga ke hum apne, hum, hum, hamare ghar hum se chhoot jayenge, hamari property hum se chhoot jaye gi, hamara business hum se chhoot jaye ga, hum akele honge.</w:t>
      </w:r>
    </w:p>
    <w:p>
      <w:pPr>
        <w:jc w:val="right"/>
      </w:pPr>
      <w:r>
        <w:t>کیونکہ وقت بہت ہی کم ہے۔ بہت جلد وہ وقت آئے گا کہ ہم اپنے، ہم، ہم، ہمارے گھر ہم سے چھوٹ جائیں گے، ہماری پراپرٹی ہم سے چھوٹ جائے گی، ہمارا بزنس ہم سے چھوٹ جائے گا، ہم اکیلے ہوں گے۔</w:t>
      </w:r>
    </w:p>
    <w:p>
      <w:r>
        <w:rPr>
          <w:b/>
        </w:rPr>
        <w:t xml:space="preserve">[49:11] </w:t>
      </w:r>
      <w:r>
        <w:t>walahad jaitumuna afradan</w:t>
      </w:r>
    </w:p>
    <w:p>
      <w:pPr>
        <w:jc w:val="right"/>
      </w:pPr>
      <w:r>
        <w:t>وَلَقَدْ جَيْتُمُونَ أَفْرَادًا</w:t>
      </w:r>
    </w:p>
    <w:p>
      <w:r>
        <w:rPr>
          <w:b/>
        </w:rPr>
        <w:t xml:space="preserve">[49:14] </w:t>
      </w:r>
      <w:r>
        <w:t>. is waqt se pehle pehle humein yeh kaam kidaalna hai</w:t>
      </w:r>
    </w:p>
    <w:p>
      <w:pPr>
        <w:jc w:val="right"/>
      </w:pPr>
      <w:r>
        <w:t>۔ اس وقت سے پہلے پہلے ہمیں یہ کام کڈالنا ہے</w:t>
      </w:r>
    </w:p>
    <w:p>
      <w:r>
        <w:rPr>
          <w:b/>
        </w:rPr>
        <w:t xml:space="preserve">[49:21] </w:t>
      </w:r>
      <w:r>
        <w:t>ke Khuda ke message ko saare gharon tak, saare insaanon tak pohncha diya jaye.</w:t>
      </w:r>
    </w:p>
    <w:p>
      <w:pPr>
        <w:jc w:val="right"/>
      </w:pPr>
      <w:r>
        <w:t>کہ خدا کے میسج کو سارے گھروں تک، سارے انسانوں تک پہنچا دیا جائے۔</w:t>
      </w:r>
    </w:p>
    <w:p>
      <w:r>
        <w:rPr>
          <w:b/>
        </w:rPr>
        <w:t xml:space="preserve">[49:28] </w:t>
      </w:r>
      <w:r>
        <w:t>to main yeh arz kar raha hoon ke Ramzan ko aap fazilat ke term mein agar sochenge, saare logon ka haal ek hai.</w:t>
      </w:r>
    </w:p>
    <w:p>
      <w:pPr>
        <w:jc w:val="right"/>
      </w:pPr>
      <w:r>
        <w:t>تو میں یہ عرض کر رہا ہوں کہ رمضان کو آپ فضیلت کے ٹرم میں اگر سوچیں گے، سارے لوگوں کا حال ایک ہے۔</w:t>
      </w:r>
    </w:p>
    <w:p>
      <w:r>
        <w:rPr>
          <w:b/>
        </w:rPr>
        <w:t xml:space="preserve">[49:37] </w:t>
      </w:r>
      <w:r>
        <w:t>Ramzan ko fazilat ke term mein woh jante hain, barkat ke term mein jante hain, aur masail ke term mein jante hain, form ke term mein jante hain.</w:t>
      </w:r>
    </w:p>
    <w:p>
      <w:pPr>
        <w:jc w:val="right"/>
      </w:pPr>
      <w:r>
        <w:t>رمضان کو فضیلت کے ٹرم میں وہ جانتے ہیں، برکت کے ٹرم میں جانتے ہیں، اور مسائل کے ٹرم میں جانتے ہیں، فارم کے ٹرم میں جانتے ہیں۔</w:t>
      </w:r>
    </w:p>
    <w:p>
      <w:r>
        <w:rPr>
          <w:b/>
        </w:rPr>
        <w:t xml:space="preserve">[49:47] </w:t>
      </w:r>
      <w:r>
        <w:t>woh janne hi nahi hain. woh janna to yeh hai ke aap Ramzan ko is ke spirit ke term mein janiye, is ke rooh ke aitbaar se janiye,</w:t>
      </w:r>
    </w:p>
    <w:p>
      <w:pPr>
        <w:jc w:val="right"/>
      </w:pPr>
      <w:r>
        <w:t>وہ جاننے ہی نہیں ہیں۔ وہ جاننا تو یہ ہے کہ آپ رمضان کو اس کے اسپرٹ کے ٹرم میں جانیں، اس کے روح کے اعتبار سے جانیں،</w:t>
      </w:r>
    </w:p>
    <w:p>
      <w:r>
        <w:rPr>
          <w:b/>
        </w:rPr>
        <w:t xml:space="preserve">[49:57] </w:t>
      </w:r>
      <w:r>
        <w:t>is ka jo message hai, is ke aitbaar se janiye.</w:t>
      </w:r>
    </w:p>
    <w:p>
      <w:pPr>
        <w:jc w:val="right"/>
      </w:pPr>
      <w:r>
        <w:t>اس کا جو میسج ہے، اس کے اعتبار سے جانیں۔</w:t>
      </w:r>
    </w:p>
    <w:p>
      <w:r>
        <w:rPr>
          <w:b/>
        </w:rPr>
        <w:t xml:space="preserve">[50:02] </w:t>
      </w:r>
      <w:r>
        <w:t>yeh janiye ke Ramzan ka mahina shehr e Quran hai, Quran ka mahina hai, Quran ki study karna, Quran ko samajhna, Quran ki isi spirit ko apne andar utarna.</w:t>
      </w:r>
    </w:p>
    <w:p>
      <w:pPr>
        <w:jc w:val="right"/>
      </w:pPr>
      <w:r>
        <w:t>یہ جانیں کہ رمضان کا مہینہ شہر القرآن ہے، قرآن کا مہینہ ہے، قرآن کی اسٹڈی کرنا، قرآن کو سمجھنا، قرآن کی اسی اسپرٹ کو اپنے اندر اتارنا۔</w:t>
      </w:r>
    </w:p>
    <w:p>
      <w:r>
        <w:rPr>
          <w:b/>
        </w:rPr>
        <w:t xml:space="preserve">[50:14] </w:t>
      </w:r>
      <w:r>
        <w:t>jo taraweeh padhi jati hai, taraweeh kya hai? log samajhte hain ke taraweeh ko sirf khatm ke bare mein samajhte hain. khatm yani khatm e Quran.</w:t>
      </w:r>
    </w:p>
    <w:p>
      <w:pPr>
        <w:jc w:val="right"/>
      </w:pPr>
      <w:r>
        <w:t>جو تراویح پڑھی جاتی ہے، تراویح کیا ہے؟ لوگ سمجھتے ہیں کہ تراویح کو صرف ختم کے بارے میں سمجھتے ہیں۔ ختم یعنی ختم قرآن۔</w:t>
      </w:r>
    </w:p>
    <w:p>
      <w:r>
        <w:rPr>
          <w:b/>
        </w:rPr>
        <w:t xml:space="preserve">[50:22] </w:t>
      </w:r>
      <w:r>
        <w:t>bas yahi jante hain. khatm e Quran is nothing.</w:t>
      </w:r>
    </w:p>
    <w:p>
      <w:pPr>
        <w:jc w:val="right"/>
      </w:pPr>
      <w:r>
        <w:t>بس یہی جانتے ہیں۔ ختم قرآن از نتھنگ۔</w:t>
      </w:r>
    </w:p>
    <w:p>
      <w:r>
        <w:rPr>
          <w:b/>
        </w:rPr>
        <w:t xml:space="preserve">[50:29] </w:t>
      </w:r>
      <w:r>
        <w:t>Quran yun taraweeh ka matlab hai ibadat ki haalat mein Quran par Quran ka mutala karna.</w:t>
      </w:r>
    </w:p>
    <w:p>
      <w:pPr>
        <w:jc w:val="right"/>
      </w:pPr>
      <w:r>
        <w:t>قرآن یوں تراویح کا مطلب ہے عبادت کی حالت میں قرآن پر قرآن کا مطالعہ کرنا۔</w:t>
      </w:r>
    </w:p>
    <w:p>
      <w:r>
        <w:rPr>
          <w:b/>
        </w:rPr>
        <w:t xml:space="preserve">[50:38] </w:t>
      </w:r>
      <w:r>
        <w:t>woh Quran ka mutala hai. woh</w:t>
      </w:r>
    </w:p>
    <w:p>
      <w:pPr>
        <w:jc w:val="right"/>
      </w:pPr>
      <w:r>
        <w:t>وہ قرآن کا مطالعہ ہے۔ وہ</w:t>
      </w:r>
    </w:p>
    <w:p>
      <w:r>
        <w:rPr>
          <w:b/>
        </w:rPr>
        <w:t xml:space="preserve">[50:42] </w:t>
      </w:r>
      <w:r>
        <w:t>taraweeh jo hai, Quran ka mutala hai, Quran ki study hai. to ek mutale ki kai kai shakalain hain. ek yeh hai ke aap ko yaad hai, aap padh rahe hain aur soch rahe hain.</w:t>
      </w:r>
    </w:p>
    <w:p>
      <w:pPr>
        <w:jc w:val="right"/>
      </w:pPr>
      <w:r>
        <w:t>تراویح جو ہے، قرآن کا مطالعہ ہے، قرآن کی اسٹڈی ہے۔ تو ایک مطالعے کی کئی کئی شکلیں ہیں۔ ایک یہ ہے کہ آپ کو یاد ہے، آپ پڑھ رہے ہیں اور سوچ رہے ہیں۔</w:t>
      </w:r>
    </w:p>
    <w:p>
      <w:r>
        <w:rPr>
          <w:b/>
        </w:rPr>
        <w:t xml:space="preserve">[50:53] </w:t>
      </w:r>
      <w:r>
        <w:t>woh Quran ki study hai. woh kitaab khol kar padh rahe hain. aap woh Quran ki study hai. woh</w:t>
      </w:r>
    </w:p>
    <w:p>
      <w:pPr>
        <w:jc w:val="right"/>
      </w:pPr>
      <w:r>
        <w:t>وہ قرآن کی اسٹڈی ہے۔ وہ کتاب کھول کر پڑھ رہے ہیں۔ آپ وہ قرآن کی اسٹڈی ہے۔ وہ</w:t>
      </w:r>
    </w:p>
    <w:p>
      <w:r>
        <w:rPr>
          <w:b/>
        </w:rPr>
        <w:t xml:space="preserve">[51:00] </w:t>
      </w:r>
      <w:r>
        <w:t>is tarah se aap namaz ki haalat mein khade hue, haath baandh kar apne ko bilkul concentrate kar diya Allah ki taraf, ek dum usi ki taraf apni tawajjah laga di.</w:t>
      </w:r>
    </w:p>
    <w:p>
      <w:pPr>
        <w:jc w:val="right"/>
      </w:pPr>
      <w:r>
        <w:t>اس طریقے سے آپ نماز کی حالت میں کھڑے ہوئے، ہاتھ باندھ کر اپنے کو بالکل کنسنٹریٹ کر دیا اللہ کی طرف، ایک دم اسی کی طرف اپنی توجہ لگا دی۔</w:t>
      </w:r>
    </w:p>
    <w:p>
      <w:r>
        <w:rPr>
          <w:b/>
        </w:rPr>
        <w:t xml:space="preserve">[51:14] </w:t>
      </w:r>
      <w:r>
        <w:t>aur phir ek haafiz khada hua, aage woh Quran ki qirat kar raha hai, aap sun rahe hain. yeh ho gaya. yani joint study hai Quran Majeed ki.</w:t>
      </w:r>
    </w:p>
    <w:p>
      <w:pPr>
        <w:jc w:val="right"/>
      </w:pPr>
      <w:r>
        <w:t>اور پھر ایک حافظ کھڑا ہوا، آگے وہ قرآن کی قرأت کر رہا ہے، آپ سن رہے ہیں۔ یہ ہو گیا۔ یعنی جوائنٹ اسٹڈی ہے قرآن مجید کی۔</w:t>
      </w:r>
    </w:p>
    <w:p>
      <w:r>
        <w:rPr>
          <w:b/>
        </w:rPr>
        <w:t xml:space="preserve">[51:28] </w:t>
      </w:r>
      <w:r>
        <w:t>taraweeh jo hai, Quran ki joint study hai. yani mushtarik mutala hai Quran Majeed ka.</w:t>
      </w:r>
    </w:p>
    <w:p>
      <w:pPr>
        <w:jc w:val="right"/>
      </w:pPr>
      <w:r>
        <w:t>تراویح جو ہے، قرآن کی جوائنٹ اسٹڈی ہے۔ یعنی مشترک مطالعہ ہے قرآن مجید کا۔</w:t>
      </w:r>
    </w:p>
    <w:p>
      <w:r>
        <w:rPr>
          <w:b/>
        </w:rPr>
        <w:t xml:space="preserve">[51:37] </w:t>
      </w:r>
      <w:r>
        <w:t>mil mil kar ke Quran ka mutala karna hai.</w:t>
      </w:r>
    </w:p>
    <w:p>
      <w:pPr>
        <w:jc w:val="right"/>
      </w:pPr>
      <w:r>
        <w:t>مل مل کر کے قرآن کا مطالعہ کرنا ہے۔</w:t>
      </w:r>
    </w:p>
    <w:p>
      <w:r>
        <w:rPr>
          <w:b/>
        </w:rPr>
        <w:t xml:space="preserve">[51:44] </w:t>
      </w:r>
      <w:r>
        <w:t>mil kar ke. yani khali khatm karna asal cheez nahi hai. ab aap yun ghore kijiye ke Sahaba ke zamane mein to poora Quran bohat aakhir mein utra.</w:t>
      </w:r>
    </w:p>
    <w:p>
      <w:pPr>
        <w:jc w:val="right"/>
      </w:pPr>
      <w:r>
        <w:t>مل کر کے۔ یعنی خالی ختم کرنا اصل چیز نہیں ہے۔ اب آپ یوں غور کیجئے کہ صحابہ کے زمانے میں تو پورا قرآن بہت آخر میں اترا۔</w:t>
      </w:r>
    </w:p>
    <w:p>
      <w:r>
        <w:rPr>
          <w:b/>
        </w:rPr>
        <w:t xml:space="preserve">[51:54] </w:t>
      </w:r>
      <w:r>
        <w:t>bohat aakhir</w:t>
      </w:r>
    </w:p>
    <w:p>
      <w:pPr>
        <w:jc w:val="right"/>
      </w:pPr>
      <w:r>
        <w:t>بہت آخر</w:t>
      </w:r>
    </w:p>
    <w:p>
      <w:r>
        <w:rPr>
          <w:b/>
        </w:rPr>
        <w:t xml:space="preserve">[51:55] </w:t>
      </w:r>
      <w:r>
        <w:t>mein. to kisi kisi ko khatm karne ka mauqa hi nahi mila. aap ghore kijiye ke 23 saal ki muddat mein Quran utra hai.</w:t>
      </w:r>
    </w:p>
    <w:p>
      <w:pPr>
        <w:jc w:val="right"/>
      </w:pPr>
      <w:r>
        <w:t>میں۔ تو کسی کسی کو ختم کرنے کا موقع ہی نہیں ملا۔ آپ غور کیجئے کہ 23 سال کی مدت میں قرآن اترا ہے۔</w:t>
      </w:r>
    </w:p>
    <w:p>
      <w:r>
        <w:rPr>
          <w:b/>
        </w:rPr>
        <w:t xml:space="preserve">[52:06] </w:t>
      </w:r>
      <w:r>
        <w:t>to is ke kai hisse bilkul aakhir mein utre hain. to shuru ke saalon mein jo sahaba the, woh kab quran ko khatam hi nahin, khatam kar nahin sakte the.</w:t>
      </w:r>
    </w:p>
    <w:p>
      <w:pPr>
        <w:jc w:val="right"/>
      </w:pPr>
      <w:r>
        <w:t>تو اس کے کئی حصے بالکل آخر میں اترے ہیں۔ تو شروع کے سالوں میں جو صحابہ تھے، وہ کب قرآن کو ختم ہی نہیں، ختم کر نہیں سکتے تھے۔</w:t>
      </w:r>
    </w:p>
    <w:p>
      <w:r>
        <w:rPr>
          <w:b/>
        </w:rPr>
        <w:t xml:space="preserve">[52:16] </w:t>
      </w:r>
      <w:r>
        <w:t>kyunke woh to utra hi nahin tha, woh to.</w:t>
      </w:r>
    </w:p>
    <w:p>
      <w:pPr>
        <w:jc w:val="right"/>
      </w:pPr>
      <w:r>
        <w:t>کیونکہ وہ تو اترا ہی نہیں تھا، وہ تو۔</w:t>
      </w:r>
    </w:p>
    <w:p>
      <w:r>
        <w:rPr>
          <w:b/>
        </w:rPr>
        <w:t xml:space="preserve">[52:19] </w:t>
      </w:r>
      <w:r>
        <w:t>to agar khatam karna asal cheez ho to sahaba ki bohat bari tadaad woh hai jis ko khatam karna mila hi nahin. un ka partial quran mila un ko.</w:t>
      </w:r>
    </w:p>
    <w:p>
      <w:pPr>
        <w:jc w:val="right"/>
      </w:pPr>
      <w:r>
        <w:t>تو اگر ختم کرنا اصل چیز ہو تو صحابہ کی بہت بڑی تعداد وہ ہے جس کو ختم کرنا ملا ہی نہیں۔ ان کا پارشل قرآن ملا ان کو۔</w:t>
      </w:r>
    </w:p>
    <w:p>
      <w:r>
        <w:rPr>
          <w:b/>
        </w:rPr>
        <w:t xml:space="preserve">[52:32] </w:t>
      </w:r>
      <w:r>
        <w:t>to yaad rakhiye, khatam quran is nothing. study of quran jo hai, wohi asal hai. hamein quran ki study karna hai.</w:t>
      </w:r>
    </w:p>
    <w:p>
      <w:pPr>
        <w:jc w:val="right"/>
      </w:pPr>
      <w:r>
        <w:t>تو یاد رکھیے، ختم قرآن از نتھنگ۔ اسٹڈی آف قرآن جو ہے، وہی اصل ہے۔ ہمیں قرآن کی اسٹڈی کرنا ہے۔</w:t>
      </w:r>
    </w:p>
    <w:p>
      <w:r>
        <w:rPr>
          <w:b/>
        </w:rPr>
        <w:t xml:space="preserve">[52:43] </w:t>
      </w:r>
      <w:r>
        <w:t>quran mein, quran mein ghawasi</w:t>
      </w:r>
    </w:p>
    <w:p>
      <w:pPr>
        <w:jc w:val="right"/>
      </w:pPr>
      <w:r>
        <w:t>قرآن میں، قرآن میں غواسی</w:t>
      </w:r>
    </w:p>
    <w:p>
      <w:r>
        <w:rPr>
          <w:b/>
        </w:rPr>
        <w:t xml:space="preserve">[52:47] </w:t>
      </w:r>
      <w:r>
        <w:t>karna hai. ya samandar mein aadmi ghusta hai moti nikalne ke liye, us ko kehte hain ghawasi. is ke mani ko dhoondne ke liye.</w:t>
      </w:r>
    </w:p>
    <w:p>
      <w:pPr>
        <w:jc w:val="right"/>
      </w:pPr>
      <w:r>
        <w:t>کرنا ہے۔ یا سمندر میں آدمی گھستا ہے موتی نکالنے کے لیے، اس کو کہتے ہیں غواسی۔ اس کے معنی کو ڈھونڈنے کے لیے۔</w:t>
      </w:r>
    </w:p>
    <w:p>
      <w:r>
        <w:rPr>
          <w:b/>
        </w:rPr>
        <w:t xml:space="preserve">[53:00] </w:t>
      </w:r>
      <w:r>
        <w:t>to sach poochhein to poora mahina hi aitkaf ka mahina hai. aakhri zamane mein jo log mutakif ho jaate hain masjid mein, to isi ki aakhri shakal hai woh.</w:t>
      </w:r>
    </w:p>
    <w:p>
      <w:pPr>
        <w:jc w:val="right"/>
      </w:pPr>
      <w:r>
        <w:t>تو سچ پوچھیں تو پورا مہینہ ہی اعتکاف کا مہینہ ہے۔ آخری زمانے میں جو لوگ معتکف ہو جاتے ہیں مسجد میں، تو اسی کی آخری شکل ہے وہ۔</w:t>
      </w:r>
    </w:p>
    <w:p>
      <w:r>
        <w:rPr>
          <w:b/>
        </w:rPr>
        <w:t xml:space="preserve">[53:10] </w:t>
      </w:r>
      <w:r>
        <w:t>warna poora mahina aitkaf ka mahina.</w:t>
      </w:r>
    </w:p>
    <w:p>
      <w:pPr>
        <w:jc w:val="right"/>
      </w:pPr>
      <w:r>
        <w:t>ورنہ پورا مہینہ اعتکاف کا مہینہ۔</w:t>
      </w:r>
    </w:p>
    <w:p>
      <w:r>
        <w:rPr>
          <w:b/>
        </w:rPr>
        <w:t xml:space="preserve">[53:13] </w:t>
      </w:r>
      <w:r>
        <w:t>yun samajh lijiye ke baqi dinon mein partial aitkaf hota hai aur aakhri zamane mein total aitkaf hota hai.</w:t>
      </w:r>
    </w:p>
    <w:p>
      <w:pPr>
        <w:jc w:val="right"/>
      </w:pPr>
      <w:r>
        <w:t>یوں سمجھ لیجئے کہ بقیہ دنوں میں پارشل اعتکاف ہوتا ہے اور آخری زمانے میں ٹوٹل اعتکاف ہوتا ہے۔</w:t>
      </w:r>
    </w:p>
    <w:p>
      <w:r>
        <w:rPr>
          <w:b/>
        </w:rPr>
        <w:t xml:space="preserve">[53:23] </w:t>
      </w:r>
      <w:r>
        <w:t>yeh formal aitkaf jo hai, formal aitkaf woh total aitkaf hai. is se pehle woh jo hai, wohi partial aitkaf hai.</w:t>
      </w:r>
    </w:p>
    <w:p>
      <w:pPr>
        <w:jc w:val="right"/>
      </w:pPr>
      <w:r>
        <w:t>یہ فارمل اعتکاف جو ہے، فارمل اعتکاف وہ ٹوٹل اعتکاف ہے۔ اس سے پہلے وہ جو ہے، وہی پارشل اعتکاف ہے۔</w:t>
      </w:r>
    </w:p>
    <w:p>
      <w:r>
        <w:rPr>
          <w:b/>
        </w:rPr>
        <w:t xml:space="preserve">[53:32] </w:t>
      </w:r>
      <w:r>
        <w:t>yeh hai spirit quran majeed ki.</w:t>
      </w:r>
    </w:p>
    <w:p>
      <w:pPr>
        <w:jc w:val="right"/>
      </w:pPr>
      <w:r>
        <w:t>یہ ہے اسپرٹ قرآن مجید کی۔</w:t>
      </w:r>
    </w:p>
    <w:p>
      <w:r>
        <w:rPr>
          <w:b/>
        </w:rPr>
        <w:t xml:space="preserve">[53:37] </w:t>
      </w:r>
      <w:r>
        <w:t>isi isi par sochna, isi par ghor karna, isi par discussion karna, isi par exchange karna. quran ki aayaton ko le kar ke aapas mein baat karna ke bhai is ka kya matlab hai, is ka kya matlab hai.</w:t>
      </w:r>
    </w:p>
    <w:p>
      <w:pPr>
        <w:jc w:val="right"/>
      </w:pPr>
      <w:r>
        <w:t>اسی اسی پر سوچنا، اسی پر غور کرنا، اسی پر ڈسکشن کرنا، اسی پر ایکسچینج کرنا۔ قرآن کی آیتوں کو لے کر کے آپس میں بات کرنا کہ بھئی اس کا کیا مطلب ہے، اس کا کیا مطلب ہے۔</w:t>
      </w:r>
    </w:p>
    <w:p>
      <w:r>
        <w:rPr>
          <w:b/>
        </w:rPr>
        <w:t xml:space="preserve">[53:50] </w:t>
      </w:r>
      <w:r>
        <w:t>ab jaise dekhiye, kal parson aisa hua ke hum hum teen aadmi ek aayat par soch rahe the ke fتبارک الله أسر الخالقین fتبارک الله أسر الخالقین</w:t>
      </w:r>
    </w:p>
    <w:p>
      <w:pPr>
        <w:jc w:val="right"/>
      </w:pPr>
      <w:r>
        <w:t>اب جیسے دیکھیے، کل پرسوں ایسا ہوا کہ ہم ہم تین آدمی ایک آیت پر سوچ رہے تھے کہ فتبارک اللہ أسر الخالقین فتبارک اللہ أسر الخالقین</w:t>
      </w:r>
    </w:p>
    <w:p>
      <w:r>
        <w:rPr>
          <w:b/>
        </w:rPr>
        <w:t xml:space="preserve">[54:05] </w:t>
      </w:r>
      <w:r>
        <w:t>. yaani Allah barkat wala hai, bohat jo ke sab se acha khaliq hai.</w:t>
      </w:r>
    </w:p>
    <w:p>
      <w:pPr>
        <w:jc w:val="right"/>
      </w:pPr>
      <w:r>
        <w:t>۔ یعنی اللہ برکت والا ہے، بہت جو کہ سب سے اچھا خالق ہے۔</w:t>
      </w:r>
    </w:p>
    <w:p>
      <w:r>
        <w:rPr>
          <w:b/>
        </w:rPr>
        <w:t xml:space="preserve">[54:13] </w:t>
      </w:r>
      <w:r>
        <w:t>english mein aap kahenge ke yaani</w:t>
      </w:r>
    </w:p>
    <w:p>
      <w:pPr>
        <w:jc w:val="right"/>
      </w:pPr>
      <w:r>
        <w:t>انگلش میں آپ کہیں گے کہ یعنی</w:t>
      </w:r>
    </w:p>
    <w:p>
      <w:r>
        <w:rPr>
          <w:b/>
        </w:rPr>
        <w:t xml:space="preserve">[54:20] </w:t>
      </w:r>
      <w:r>
        <w:t>God of God of unlimited blessing . God of unlimited blessing and the best creator</w:t>
      </w:r>
    </w:p>
    <w:p>
      <w:pPr>
        <w:jc w:val="right"/>
      </w:pPr>
      <w:r>
        <w:t>God of God of unlimited blessing ۔ God of unlimited blessing and the best creator</w:t>
      </w:r>
    </w:p>
    <w:p>
      <w:r>
        <w:rPr>
          <w:b/>
        </w:rPr>
        <w:t xml:space="preserve">[54:31] </w:t>
      </w:r>
      <w:r>
        <w:t>. to tafseeron mein tabarakah ke mani aate hain ke is mein yaani mubalaghah ka mafhoom hai, yaani bohat ziyadah, bohat barkat wala, bohat barkat wala.</w:t>
      </w:r>
    </w:p>
    <w:p>
      <w:pPr>
        <w:jc w:val="right"/>
      </w:pPr>
      <w:r>
        <w:t>۔ تو تفسیروں میں تبارکہ کے معنی آتے ہیں کہ اس میں یعنی مبالغہ کا مفہوم ہے، یعنی بہت زیادہ، بہت برکت والا، بہت برکت والا۔</w:t>
      </w:r>
    </w:p>
    <w:p>
      <w:r>
        <w:rPr>
          <w:b/>
        </w:rPr>
        <w:t xml:space="preserve">[54:45] </w:t>
      </w:r>
      <w:r>
        <w:t>to bohat barkat wala jo word hai, is mein woh ek quantitative word hai, yaani quantity ke ek aitbaar se bohat barkat wala.</w:t>
      </w:r>
    </w:p>
    <w:p>
      <w:pPr>
        <w:jc w:val="right"/>
      </w:pPr>
      <w:r>
        <w:t>تو بہت برکت والا جو ورڈ ہے، اس میں وہ ایک کوانٹیٹیٹیو ورڈ ہے، یعنی کوانٹیٹی کے ایک اعتبار سے بہت برکت والا۔</w:t>
      </w:r>
    </w:p>
    <w:p>
      <w:r>
        <w:rPr>
          <w:b/>
        </w:rPr>
        <w:t xml:space="preserve">[54:56] </w:t>
      </w:r>
      <w:r>
        <w:t>to hum ne socha ke yeh kafi nahin hai, kafi nahin hai.</w:t>
      </w:r>
    </w:p>
    <w:p>
      <w:pPr>
        <w:jc w:val="right"/>
      </w:pPr>
      <w:r>
        <w:t>تو ہم نے سوچا کہ یہ کافی نہیں ہے، کافی نہیں ہے۔</w:t>
      </w:r>
    </w:p>
    <w:p>
      <w:r>
        <w:rPr>
          <w:b/>
        </w:rPr>
        <w:t xml:space="preserve">[55:01] </w:t>
      </w:r>
      <w:r>
        <w:t>is mein is ka mafhoom yeh lena padega ke har aspect se barkat wala, yaani yeh nahin ke in terms of quantity bohat barkat wala nahin, har aspect se barkat wala, har pehlu se is mein barkat hi barkat hai.</w:t>
      </w:r>
    </w:p>
    <w:p>
      <w:pPr>
        <w:jc w:val="right"/>
      </w:pPr>
      <w:r>
        <w:t>اس میں اس کا مفہوم یہ لینا پڑے گا کہ ہر اسپیکٹ سے برکت والا، یعنی یہ نہیں کہ ان ٹرم آف کوانٹیٹی بہت برکت والا نہیں، ہر اسپیکٹ سے برکت والا، ہر پہلو سے اس میں برکت ہی برکت ہے۔</w:t>
      </w:r>
    </w:p>
    <w:p>
      <w:r>
        <w:rPr>
          <w:b/>
        </w:rPr>
        <w:t xml:space="preserve">[55:21] </w:t>
      </w:r>
      <w:r>
        <w:t>to is tarah sochte sochte is ke mani khulte hain. jab aap sochte hain to is ke mani khulte hain.</w:t>
      </w:r>
    </w:p>
    <w:p>
      <w:pPr>
        <w:jc w:val="right"/>
      </w:pPr>
      <w:r>
        <w:t>تو اس طرح سوچتے سوچتے اس کے معنی کھلتے ہیں۔ جب آپ سوچتے ہیں تو اس کے معنی کھلتے ہیں۔</w:t>
      </w:r>
    </w:p>
    <w:p>
      <w:r>
        <w:rPr>
          <w:b/>
        </w:rPr>
        <w:t xml:space="preserve">[55:30] </w:t>
      </w:r>
      <w:r>
        <w:t>jaise ke Allah taala ne hamein aankh di to yeh bohat bari nemat thi Allah taala ki. lekin agar roshni na ho, light na ho to hum dekh nahin sakte.</w:t>
      </w:r>
    </w:p>
    <w:p>
      <w:pPr>
        <w:jc w:val="right"/>
      </w:pPr>
      <w:r>
        <w:t>جیسے کہ اللہ تعالی نے ہمیں آنکھ دی تو یہ بہت بڑی نعمت تھی اللہ تعالی کی۔ لیکن اگر روشنی نہ ہو، لائٹ نہ ہو تو ہم دیکھ نہیں سکتے۔</w:t>
      </w:r>
    </w:p>
    <w:p>
      <w:r>
        <w:rPr>
          <w:b/>
        </w:rPr>
        <w:t xml:space="preserve">[55:43] </w:t>
      </w:r>
      <w:r>
        <w:t>light hai tab hum dekh paate hain, light nahin hai to hum dekh nahin paayenge. to Khuda ki ek bohat bari yaani rehmat thi ke woh aankh di.</w:t>
      </w:r>
    </w:p>
    <w:p>
      <w:pPr>
        <w:jc w:val="right"/>
      </w:pPr>
      <w:r>
        <w:t>لائٹ ہے تب ہم دیکھ پاتے ہیں، لائٹ نہیں ہے تو ہم دیکھ نہیں پائیں گے۔ تو خدا کی ایک بہت بڑی یعنی رحمت تھی کہ وہ آنکھ دی۔</w:t>
      </w:r>
    </w:p>
    <w:p>
      <w:r>
        <w:rPr>
          <w:b/>
        </w:rPr>
        <w:t xml:space="preserve">[55:54] </w:t>
      </w:r>
      <w:r>
        <w:t>aap lekin ek aur aspect is ka hai ke light bhi di taake hum dekh saken.</w:t>
      </w:r>
    </w:p>
    <w:p>
      <w:pPr>
        <w:jc w:val="right"/>
      </w:pPr>
      <w:r>
        <w:t>آپ لیکن ایک اور اسپیکٹ اس کا ہے کہ لائٹ بھی دی تاکہ ہم دیکھ سکیں۔</w:t>
      </w:r>
    </w:p>
    <w:p>
      <w:r>
        <w:rPr>
          <w:b/>
        </w:rPr>
        <w:t xml:space="preserve">[56:02] </w:t>
      </w:r>
      <w:r>
        <w:t>to isi ko mein kahunga ke har har aspect se woh barkat wala hai, har pehlu se woh barkat wala hai. woh jise hamein bolna diya, is yaani speech ki taqat di, bolne ki taqat di.</w:t>
      </w:r>
    </w:p>
    <w:p>
      <w:pPr>
        <w:jc w:val="right"/>
      </w:pPr>
      <w:r>
        <w:t>تو اسی کو میں کہوں گا کہ ہر ہر اسپیکٹ سے وہ برکت والا ہے، ہر پہلو سے وہ برکت والا ہے۔ وہ جسے ہمیں بولنا دیا، اس یعنی اسپیچ کی طاقت دی، بولنے کی طاقت دی۔</w:t>
      </w:r>
    </w:p>
    <w:p>
      <w:r>
        <w:rPr>
          <w:b/>
        </w:rPr>
        <w:t xml:space="preserve">[56:16] </w:t>
      </w:r>
      <w:r>
        <w:t>to saath saath kya hua ke hawa bhi de diya. kyun ke hawa agar na ho to meri baat aap ko sunai nahi degi, meri baat aap ko sunai nahi degi.</w:t>
      </w:r>
    </w:p>
    <w:p>
      <w:pPr>
        <w:jc w:val="right"/>
      </w:pPr>
      <w:r>
        <w:t>تو ساتھ ساتھ کیا ہوا کہ ہوا بھی دے دیا۔ کیونکہ ہوا اگر نہ ہو تو میری بات آپ کو سنائی نہیں دے گی، میری بات آپ کو سنائی نہیں دے گی۔</w:t>
      </w:r>
    </w:p>
    <w:p>
      <w:r>
        <w:rPr>
          <w:b/>
        </w:rPr>
        <w:t xml:space="preserve">[56:28] </w:t>
      </w:r>
      <w:r>
        <w:t>kyun ke bolne ki taqat bhi di aur hawa bhi paida kar di taake transmit ho sake ek aadmi ki awaaz doosre tak pahunch sake.</w:t>
      </w:r>
    </w:p>
    <w:p>
      <w:pPr>
        <w:jc w:val="right"/>
      </w:pPr>
      <w:r>
        <w:t>کیونکہ بولنے کی طاقت بھی دی اور ہوا بھی پیدا کر دی تاکہ ٹرانسمیٹ ہو سکے ایک آدمی کی آواز دوسرے تک پہنچ سکے۔</w:t>
      </w:r>
    </w:p>
    <w:p>
      <w:r>
        <w:rPr>
          <w:b/>
        </w:rPr>
        <w:t xml:space="preserve">[56:37] </w:t>
      </w:r>
      <w:r>
        <w:t>wo fتبارک الله خالقین ka matlab yeh hua ke har aspect se barkat wala, har aspect se blessing wala, har aspect se insaanon par rehmaten karne wala.</w:t>
      </w:r>
    </w:p>
    <w:p>
      <w:pPr>
        <w:jc w:val="right"/>
      </w:pPr>
      <w:r>
        <w:t>وہ فتبارک اللہ خالقین کا مطلب یہ ہوا کہ ہر اسپیکٹ سے برکت والا، ہر اسپیکٹ سے بلیسنگ والا، ہر اسپیکٹ سے انسانوں پر رحمتیں کرنے والا۔</w:t>
      </w:r>
    </w:p>
    <w:p>
      <w:r>
        <w:rPr>
          <w:b/>
        </w:rPr>
        <w:t xml:space="preserve">[56:53] </w:t>
      </w:r>
      <w:r>
        <w:t>aise aap jitna sochenge, jitna zyada sochenge, aap aap is mein naye naye naye naye meaning, nayi nayi baaten aap ko milti chali jayengi.</w:t>
      </w:r>
    </w:p>
    <w:p>
      <w:pPr>
        <w:jc w:val="right"/>
      </w:pPr>
      <w:r>
        <w:t>ایسے آپ جتنا سوچیں گے، جتنا زیادہ سوچیں گے، آپ آپ اس میں نئے نئے نئے نئے میننگ، نئی نئی باتیں آپ کو ملتی چلی جائیں گی۔</w:t>
      </w:r>
    </w:p>
    <w:p>
      <w:r>
        <w:rPr>
          <w:b/>
        </w:rPr>
        <w:t xml:space="preserve">[57:08] </w:t>
      </w:r>
      <w:r>
        <w:t>to main yeh arz karunga ke Ramzan ke mahine ko aap yeh na samjhen ke yeh sirf kuch duaen parhne ka mahina hai, kuch zikr karne ka mahina hai, aur Quran ko recite karne ka mahina hai,</w:t>
      </w:r>
    </w:p>
    <w:p>
      <w:pPr>
        <w:jc w:val="right"/>
      </w:pPr>
      <w:r>
        <w:t>تو میں یہ عرض کروں گا کہ رمضان کے مہینے کو آپ یہ نہ سمجھیں کہ یہ صرف کچھ دعائیں پڑھنے کا مہینہ ہے، کچھ ذکر کرنے کا مہینہ ہے، اور قرآن کو ریسیٹ کرنے کا مہینہ ہے،</w:t>
      </w:r>
    </w:p>
    <w:p>
      <w:r>
        <w:rPr>
          <w:b/>
        </w:rPr>
        <w:t xml:space="preserve">[57:24] </w:t>
      </w:r>
      <w:r>
        <w:t>aur form ek rasmi taur par taraveeh parhne ka mahina hai. nahi, apni responsibility ko rediscover karne ka mahina hai,</w:t>
      </w:r>
    </w:p>
    <w:p>
      <w:pPr>
        <w:jc w:val="right"/>
      </w:pPr>
      <w:r>
        <w:t>اور فارم ایک رسمی طور پر تراویح پڑھنے کا مہینہ ہے۔ نہیں، اپنی ریسپانسبیلٹی کو ری ڈسکور کرنے کا مہینہ ہے،</w:t>
      </w:r>
    </w:p>
    <w:p>
      <w:r>
        <w:rPr>
          <w:b/>
        </w:rPr>
        <w:t xml:space="preserve">[57:37] </w:t>
      </w:r>
      <w:r>
        <w:t>Quran ko rediscover karne ka mahina hai, is ka mahina hai, introspection karne ka mahina hai.</w:t>
      </w:r>
    </w:p>
    <w:p>
      <w:pPr>
        <w:jc w:val="right"/>
      </w:pPr>
      <w:r>
        <w:t>قرآن کو ری ڈسکور کرنے کا مہینہ ہے، اس کا مہینہ ہے، انٹروسپیکشن کرنے کا مہینہ ہے۔</w:t>
      </w:r>
    </w:p>
    <w:p>
      <w:r>
        <w:rPr>
          <w:b/>
        </w:rPr>
        <w:t xml:space="preserve">[57:52] </w:t>
      </w:r>
      <w:r>
        <w:t>jab is tarah se aap Ramzan ke mahine ko guzarenge, tab aisa hoga ke is ki nematوں ko aap payenge.</w:t>
      </w:r>
    </w:p>
    <w:p>
      <w:pPr>
        <w:jc w:val="right"/>
      </w:pPr>
      <w:r>
        <w:t>جب اس طرح سے آپ رمضان کے مہینے کو گزاریں گے، تب ایسا ہوگا کہ اس کی نعمتوں کو آپ پائیں گے۔</w:t>
      </w:r>
    </w:p>
    <w:p>
      <w:r>
        <w:rPr>
          <w:b/>
        </w:rPr>
        <w:t xml:space="preserve">[58:04] </w:t>
      </w:r>
      <w:r>
        <w:t>log bohat si hadees mein bohat sari baaten Ramzan ke bare mein aayi hain, to is ko bhi yahi log karte hain ke literal maanon mein le lete hain.</w:t>
      </w:r>
    </w:p>
    <w:p>
      <w:pPr>
        <w:jc w:val="right"/>
      </w:pPr>
      <w:r>
        <w:t>لوگ بہت سی حدیث میں بہت ساری باتیں رمضان کے بارے میں آئی ہیں، تو اس کو بھی یہی لوگ کرتے ہیں کہ لیٹر معنوں میں لے لیتے ہیں۔</w:t>
      </w:r>
    </w:p>
    <w:p>
      <w:r>
        <w:rPr>
          <w:b/>
        </w:rPr>
        <w:t xml:space="preserve">[58:14] </w:t>
      </w:r>
      <w:r>
        <w:t>is ki wajah se is ki gehre maani un ko samajh mein nahi aate. misaal ke taur par hadees mein hai ke سفت الشياطين ۔</w:t>
      </w:r>
    </w:p>
    <w:p>
      <w:pPr>
        <w:jc w:val="right"/>
      </w:pPr>
      <w:r>
        <w:t>اس کی وجہ سے اس کی گہرے معنی ان کو سمجھ میں نہیں آتے۔ مثال کے طور پر حدیث میں ہے کہ سفت الشياطين ۔</w:t>
      </w:r>
    </w:p>
    <w:p>
      <w:r>
        <w:rPr>
          <w:b/>
        </w:rPr>
        <w:t xml:space="preserve">[58:25] </w:t>
      </w:r>
      <w:r>
        <w:t>Ramzan ke mahine mein shaitan bandh diye jaate hain, to log samajhte hain ke sach much kahin bandh diya jaata hai, kahin bandh ke kothhe mein daal diya jaata hai. yeh matlab nahi hai.</w:t>
      </w:r>
    </w:p>
    <w:p>
      <w:pPr>
        <w:jc w:val="right"/>
      </w:pPr>
      <w:r>
        <w:t>رمضان کے مہینے میں شیاطین باندھ دیے جاتے ہیں، تو لوگ سمجھتے ہیں کہ سچ مچ کہیں باندھ دیا جاتا ہے، کہیں باندھ کے کوٹھے میں ڈال دیا جاتا ہے۔ یہ مطلب نہیں ہے۔</w:t>
      </w:r>
    </w:p>
    <w:p>
      <w:r>
        <w:rPr>
          <w:b/>
        </w:rPr>
        <w:t xml:space="preserve">[58:35] </w:t>
      </w:r>
      <w:r>
        <w:t>sachche rozedaar ki nisbat se woh bandh jaate hain. is ka matlab yeh hai ke ek jo sachcha rozedaar ho, roze ki spirit apne andar paida ki hui ho, jo Quran par ghaur o fikr kar raha ho, us ki nisbat se shaitan bandh jayega.</w:t>
      </w:r>
    </w:p>
    <w:p>
      <w:pPr>
        <w:jc w:val="right"/>
      </w:pPr>
      <w:r>
        <w:t>سچے روزے دار کی نسبت سے وہ بندھ جاتے ہیں۔ اس کا مطلب یہ ہے کہ ایک جو سچا روزے دار ہو، روزے کی سپرٹ اپنے اندر پیدا کی ہوئی ہو، جو قرآن پر غور و فکر کر رہا ہو، اس کی نسبت سے شیطان بندھ جائے گا۔</w:t>
      </w:r>
    </w:p>
    <w:p>
      <w:r>
        <w:rPr>
          <w:b/>
        </w:rPr>
        <w:t xml:space="preserve">[58:50] </w:t>
      </w:r>
      <w:r>
        <w:t>shaitan is par effect nahi ho payega, shaitan is par apna influence nahi daal payega. yeh matlab hai is ka.</w:t>
      </w:r>
    </w:p>
    <w:p>
      <w:pPr>
        <w:jc w:val="right"/>
      </w:pPr>
      <w:r>
        <w:t>شیطان اس پر ایفیکٹ نہیں ہو پائے گا، شیطان اس پر اپنا انفلوئنس نہیں ڈال پائے گا۔ یہ مطلب ہے اس کا۔</w:t>
      </w:r>
    </w:p>
    <w:p>
      <w:r>
        <w:rPr>
          <w:b/>
        </w:rPr>
        <w:t xml:space="preserve">[58:59] </w:t>
      </w:r>
      <w:r>
        <w:t>to shayad aap ko roza jo hai, aap ko is tarah se tayyar karta hai, is tarah prepare karta hai aap ko ke shaitan aap ke upar apna influence na daal sake.</w:t>
      </w:r>
    </w:p>
    <w:p>
      <w:pPr>
        <w:jc w:val="right"/>
      </w:pPr>
      <w:r>
        <w:t>تو شاید آپ کو روزہ جو ہے، آپ کو اس طرح سے تیار کرتا ہے، اس طرح پریپئر کرتا ہے آپ کو کہ شیطان آپ کے اوپر اپنا انفلوئنس نہ ڈال سکے۔</w:t>
      </w:r>
    </w:p>
    <w:p>
      <w:r>
        <w:rPr>
          <w:b/>
        </w:rPr>
        <w:t xml:space="preserve">[59:13] </w:t>
      </w:r>
      <w:r>
        <w:t>yeh matlab hai is hadees ka. literal maani le kar ke log samajhte hain ke kahin shaitan ko bandh diya gaya hai, kahin jazeera mein daal diya gaya hai.</w:t>
      </w:r>
    </w:p>
    <w:p>
      <w:pPr>
        <w:jc w:val="right"/>
      </w:pPr>
      <w:r>
        <w:t>یہ مطلب ہے اس حدیث کا۔ لیٹر معنی لے کر کے لوگ سمجھتے ہیں کہ کہیں شیطان کو باندھ دیا گیا ہے، کہیں جزیرے میں ڈال دیا گیا ہے۔</w:t>
      </w:r>
    </w:p>
    <w:p>
      <w:r>
        <w:rPr>
          <w:b/>
        </w:rPr>
        <w:t xml:space="preserve">[59:22] </w:t>
      </w:r>
      <w:r>
        <w:t>yeh matlab harghiz nahi hai.</w:t>
      </w:r>
    </w:p>
    <w:p>
      <w:pPr>
        <w:jc w:val="right"/>
      </w:pPr>
      <w:r>
        <w:t>یہ مطلب ہرگز نہیں ہے۔</w:t>
      </w:r>
    </w:p>
    <w:p>
      <w:r>
        <w:rPr>
          <w:b/>
        </w:rPr>
        <w:t xml:space="preserve">[59:26] </w:t>
      </w:r>
      <w:r>
        <w:t>agar aap ne apne ko tayyar kiya to shaitan aap ke liye bandh jayega, aur na tayyar kiya to shaitan khula rahega aap ke liye. Ramzan ke mahine mein bhi aap ko bhagata rahega.</w:t>
      </w:r>
    </w:p>
    <w:p>
      <w:pPr>
        <w:jc w:val="right"/>
      </w:pPr>
      <w:r>
        <w:t>اگر آپ نے اپنے کو تیار کیا تو شیطان آپ کے لیے بندھ جائے گا، اور نہ تیار کیا تو شیطان کھلا رہے گا آپ کے لیے۔ رمضان کے مہینے میں بھی آپ کو بھگاتا رہے گا۔</w:t>
      </w:r>
    </w:p>
    <w:p>
      <w:r>
        <w:rPr>
          <w:b/>
        </w:rPr>
        <w:t xml:space="preserve">[59:38] </w:t>
      </w:r>
      <w:r>
        <w:t>aur dekhiye, aap yani jis tarah se khane peene ki dhoom machati hai, woh shaitani ka behkawa to hai. woh to</w:t>
      </w:r>
    </w:p>
    <w:p>
      <w:pPr>
        <w:jc w:val="right"/>
      </w:pPr>
      <w:r>
        <w:t>اور دیکھیے، آپ یعنی جس طرح سے کھانے پینے کی دھوم مچتی ہے، وہ شیطانی کا بہکاوا تو ہے۔ وہ تو</w:t>
      </w:r>
    </w:p>
    <w:p>
      <w:r>
        <w:rPr>
          <w:b/>
        </w:rPr>
        <w:t xml:space="preserve">[59:47] </w:t>
      </w:r>
      <w:r>
        <w:t>baharhaal main dua karta hoon ke Allah taala hum ko aur aap ko Ramzan ke mahine mein is ka sachi spirit paida karne ka tofeeq ata farmaye, aur hum ko Quran ko rediscover karne ki tofeeq ata farmaye.</w:t>
      </w:r>
    </w:p>
    <w:p>
      <w:pPr>
        <w:jc w:val="right"/>
      </w:pPr>
      <w:r>
        <w:t>بہرحال میں دعا کرتا ہوں کہ اللہ تعالی ہم کو اور آپ کو رمضان کے مہینے میں اس کا سچی اسپرٹ پیدا کرنے کا توفیق عطا فرمائے، اور ہم کو قرآن کو ری ڈسکور کرنے کی توفیق عطا فرمائے۔</w:t>
      </w:r>
    </w:p>
    <w:p>
      <w:r>
        <w:rPr>
          <w:b/>
        </w:rPr>
        <w:t xml:space="preserve">[1:00:04] </w:t>
      </w:r>
      <w:r>
        <w:t>أقول قولي هذا واستغفر الله لي ولكم اجمعين</w:t>
      </w:r>
    </w:p>
    <w:p>
      <w:pPr>
        <w:jc w:val="right"/>
      </w:pPr>
      <w:r>
        <w:t>أقول قولي هذا واستغفراللہ لي ولكم اجمعین</w:t>
      </w:r>
    </w:p>
    <w:p>
      <w:r>
        <w:rPr>
          <w:b/>
        </w:rPr>
        <w:t xml:space="preserve">[1:00:20] </w:t>
      </w:r>
      <w:r>
        <w:t>. This question is from Mr. Shafiq Bandagi from Michigan. Maulana, could you please shed some light on how and why the importance of Dawah has disappeared from the Muslim Ummah?</w:t>
      </w:r>
    </w:p>
    <w:p>
      <w:pPr>
        <w:jc w:val="right"/>
      </w:pPr>
      <w:r>
        <w:t>. This question is from Mr. Shafiq Bandagi from Michigan. مولانا، could you please shed some light on how and why the importance of Dawah has disappeared from the Muslim Ummah?</w:t>
      </w:r>
    </w:p>
    <w:p>
      <w:r>
        <w:rPr>
          <w:b/>
        </w:rPr>
        <w:t xml:space="preserve">[1:00:36] </w:t>
      </w:r>
      <w:r>
        <w:t>Dawah was such a high priority among the early Muslims, and how did it disappear? Also, please shed some light on what motivates evangelists to convert people to Christianity.</w:t>
      </w:r>
    </w:p>
    <w:p>
      <w:pPr>
        <w:jc w:val="right"/>
      </w:pPr>
      <w:r>
        <w:t>Dawah was such a high priority among the early Muslims, and how did it disappear? Also, please shed some light on what motivates evangelists to convert people to Christianity.</w:t>
      </w:r>
    </w:p>
    <w:p>
      <w:r>
        <w:rPr>
          <w:b/>
        </w:rPr>
        <w:t xml:space="preserve">[1:00:53] </w:t>
      </w:r>
      <w:r>
        <w:t>dekhiye, musalmanon mein</w:t>
      </w:r>
    </w:p>
    <w:p>
      <w:pPr>
        <w:jc w:val="right"/>
      </w:pPr>
      <w:r>
        <w:t>دیکھیے، مسلمانوں میں</w:t>
      </w:r>
    </w:p>
    <w:p>
      <w:r>
        <w:rPr>
          <w:b/>
        </w:rPr>
        <w:t xml:space="preserve">[1:00:59] </w:t>
      </w:r>
      <w:r>
        <w:t>yeh jo phenomena hai ke dawah se in ka zehan hat gaya, yeh hai ek naya phenomena. pehle aisa nahi tha. woh yeh ke Islam itna phaila, musalman itni badi taadaad mein,</w:t>
      </w:r>
    </w:p>
    <w:p>
      <w:pPr>
        <w:jc w:val="right"/>
      </w:pPr>
      <w:r>
        <w:t>یہ جو فیناومینا ہے کہ دعوت سے ان کا ذہن ہٹ گیا، یہ ہے ایک نیا فیناومینا۔ پہلے ایسا نہیں تھا۔ وہ یہ کہ اسلام اتنا پھیلا، مسلمان اتنی بڑی تعداد میں،</w:t>
      </w:r>
    </w:p>
    <w:p>
      <w:r>
        <w:rPr>
          <w:b/>
        </w:rPr>
        <w:t xml:space="preserve">[1:01:13] </w:t>
      </w:r>
      <w:r>
        <w:t>un ki taadaad yeh badh gayi ke duniya mein in ka ek empire ban gaya.</w:t>
      </w:r>
    </w:p>
    <w:p>
      <w:pPr>
        <w:jc w:val="right"/>
      </w:pPr>
      <w:r>
        <w:t>ان کی تعداد یہ بڑھ گئی کہ دنیا میں ان کا ایک ایمپائر بن گیا۔</w:t>
      </w:r>
    </w:p>
    <w:p>
      <w:r>
        <w:rPr>
          <w:b/>
        </w:rPr>
        <w:t xml:space="preserve">[1:01:18] </w:t>
      </w:r>
      <w:r>
        <w:t>aishiya, afreeqa se le kar europe tak aik empire ban gaya. phir jab colonial period aaya to yeh empire khatam ho gaya.</w:t>
      </w:r>
    </w:p>
    <w:p>
      <w:pPr>
        <w:jc w:val="right"/>
      </w:pPr>
      <w:r>
        <w:t>ایشیا، افریقہ سے لے کر یورپ تک ایک ایمپائر بن گیا۔ پھر جب کلونیل پیریڈ آیا تو یہ ایمپائر ختم ہو گیا۔</w:t>
      </w:r>
    </w:p>
    <w:p>
      <w:r>
        <w:rPr>
          <w:b/>
        </w:rPr>
        <w:t xml:space="preserve">[1:01:30] </w:t>
      </w:r>
      <w:r>
        <w:t>atman empire khatam hua, mughal empire khatam hua.</w:t>
      </w:r>
    </w:p>
    <w:p>
      <w:pPr>
        <w:jc w:val="right"/>
      </w:pPr>
      <w:r>
        <w:t>اٹمان ایمپائر ختم ہوا، مغل ایمپائر ختم ہوا۔</w:t>
      </w:r>
    </w:p>
    <w:p>
      <w:r>
        <w:rPr>
          <w:b/>
        </w:rPr>
        <w:t xml:space="preserve">[1:01:37] </w:t>
      </w:r>
      <w:r>
        <w:t>to yeh jo empire khatam hua, is ke baad musalmanon mein jo zehan aaya, woh yeh ke hamein apne empire ko regain karna chahiye.</w:t>
      </w:r>
    </w:p>
    <w:p>
      <w:pPr>
        <w:jc w:val="right"/>
      </w:pPr>
      <w:r>
        <w:t>تو یہ جو ایمپائر ختم ہوا، اس کے بعد مسلمانوں میں جو ذہن آیا، وہ یہ کہ ہمیں اپنے ایمپائر کو ری گین کرنا چاہیے۔</w:t>
      </w:r>
    </w:p>
    <w:p>
      <w:r>
        <w:rPr>
          <w:b/>
        </w:rPr>
        <w:t xml:space="preserve">[1:01:48] </w:t>
      </w:r>
      <w:r>
        <w:t>to woh log jinhon ne khatam kiya tha, usay larnay lagay. yeh yeh larai shuru hui jamaat-ud-din afghani ke zamanay mein.</w:t>
      </w:r>
    </w:p>
    <w:p>
      <w:pPr>
        <w:jc w:val="right"/>
      </w:pPr>
      <w:r>
        <w:t>تو وہ لوگ جنہوں نے ختم کیا تھا، اسے لڑنے لگے۔ یہ یہ لڑائی شروع ہوئی جماعت الدین افغانی کے زمانے میں۔</w:t>
      </w:r>
    </w:p>
    <w:p>
      <w:r>
        <w:rPr>
          <w:b/>
        </w:rPr>
        <w:t xml:space="preserve">[1:01:58] </w:t>
      </w:r>
      <w:r>
        <w:t>us waqt se le kar aaj tak jamaat-ud-din afghani arab world mein aur india mein sultan tipu, yeh log bas lar gaye.</w:t>
      </w:r>
    </w:p>
    <w:p>
      <w:pPr>
        <w:jc w:val="right"/>
      </w:pPr>
      <w:r>
        <w:t>اس وقت سے لے کر آج تک جماعت الدین افغانی عرب ورلڈ میں اور انڈیا میں سلطان ٹیپو، یہ لوگ بس لڑ گئے۔</w:t>
      </w:r>
    </w:p>
    <w:p>
      <w:r>
        <w:rPr>
          <w:b/>
        </w:rPr>
        <w:t xml:space="preserve">[1:02:09] </w:t>
      </w:r>
      <w:r>
        <w:t>woh aisa tradition qaim hua ke aaj tak laday hi chalay ja rahay hain.</w:t>
      </w:r>
    </w:p>
    <w:p>
      <w:pPr>
        <w:jc w:val="right"/>
      </w:pPr>
      <w:r>
        <w:t>وہ ایسا ٹریڈیشن قائم ہوا کہ آج تک لڑے ہی چلے جا رہے ہیں۔</w:t>
      </w:r>
    </w:p>
    <w:p>
      <w:r>
        <w:rPr>
          <w:b/>
        </w:rPr>
        <w:t xml:space="preserve">[1:02:14] </w:t>
      </w:r>
      <w:r>
        <w:t>larai se nafrat aati hai, aur nafrat ke baad dawat khatam ho jati hai. jab yani jab aap doosri qomon ko apna dushman samjhein,</w:t>
      </w:r>
    </w:p>
    <w:p>
      <w:pPr>
        <w:jc w:val="right"/>
      </w:pPr>
      <w:r>
        <w:t>لڑائی سے نفرت آتی ہے، اور نفرت کے بعد دعوت ختم ہو جاتی ہے۔ جب یعنی جب آپ دوسری قوموں کو اپنا دشمن سمجھیں،</w:t>
      </w:r>
    </w:p>
    <w:p>
      <w:r>
        <w:rPr>
          <w:b/>
        </w:rPr>
        <w:t xml:space="preserve">[1:02:28] </w:t>
      </w:r>
      <w:r>
        <w:t>apna rival samjhein, to nafrat aye gi. nafrat aye gi to kya hoga? dawat ki spirit khatam ho jaye gi. islam mein aap ko yeh bataya gaya tha ke kabhi kisi ko dushman na samjho.</w:t>
      </w:r>
    </w:p>
    <w:p>
      <w:pPr>
        <w:jc w:val="right"/>
      </w:pPr>
      <w:r>
        <w:t>اپنا رائیول سمجھیں، تو نفرت آئے گی۔ نفرت آئے گی تو کیا ہوگا؟ دعوت کی اسپرٹ ختم ہو جائے گی۔ اسلام میں آپ کو یہ بتایا گیا تھا کہ کبھی کسی کو دشمن نہ سمجھو۔</w:t>
      </w:r>
    </w:p>
    <w:p>
      <w:r>
        <w:rPr>
          <w:b/>
        </w:rPr>
        <w:t xml:space="preserve">[1:02:43] </w:t>
      </w:r>
      <w:r>
        <w:t>kyun? har aik tumhara madu hai. rasool Allah aur zamanay mein, sahaba ke zamanay mein, is is early period mein saaray insaan hamare liye madu ki haisiyat rakhtay thay.</w:t>
      </w:r>
    </w:p>
    <w:p>
      <w:pPr>
        <w:jc w:val="right"/>
      </w:pPr>
      <w:r>
        <w:t>کیوں؟ ہر ایک تمہارا مدعو ہے۔ رسول اللہ اور زمانے میں، صحابہ کے زمانے میں، اس اس ارلی پیریڈ میں سارے انسان ہمارے لیے مدعو کی حیثیت رکھتے تھے۔</w:t>
      </w:r>
    </w:p>
    <w:p>
      <w:r>
        <w:rPr>
          <w:b/>
        </w:rPr>
        <w:t xml:space="preserve">[1:02:56] </w:t>
      </w:r>
      <w:r>
        <w:t>madu to madu samajhtay hain to hum dawat ka jazba paida hota tha ke in ko islam pohnchayein, pohnchayein, pohnchayein. lekin jab aap ne in ko, yani yeh fall fall of empire jo hua, aur musalman is ko seh nahi sakay,</w:t>
      </w:r>
    </w:p>
    <w:p>
      <w:pPr>
        <w:jc w:val="right"/>
      </w:pPr>
      <w:r>
        <w:t>مدعو تو مدعو سمجھتے ہیں تو ہم دعوت کا جذبہ پیدا ہوتا تھا کہ ان کو اسلام پہنچائیں، پہنچائیں، پہنچائیں۔ لیکن جب آپ نے ان کو، یعنی یہ فال فال آف ایمپائر جو ہوا، اور مسلمان اس کو سہہ نہیں سکے،</w:t>
      </w:r>
    </w:p>
    <w:p>
      <w:r>
        <w:rPr>
          <w:b/>
        </w:rPr>
        <w:t xml:space="preserve">[1:03:12] </w:t>
      </w:r>
      <w:r>
        <w:t>yani fall of empire jo hua ke mughal empire khatam hua, aur atman empire khatam hua, is se pehle abbas empire aur spain empire khatam hua, to musalmanon mein jo in qomon ke khilaf nafrat aayi jin ko samajhtay thay ke unhon ne khatam kiya hai, aur larna larna shuru kar diya.</w:t>
      </w:r>
    </w:p>
    <w:p>
      <w:pPr>
        <w:jc w:val="right"/>
      </w:pPr>
      <w:r>
        <w:t>یعنی فال آف ایمپائر جو ہوا کہ مغل ایمپائر ختم ہوا، اور اٹمان ایمپائر ختم ہوا، اس سے پہلے عباس ایمپائر اور اسپین ایمپائر ختم ہوا، تو مسلمانوں میں جو ان قوموں کے خلاف نفرت آئی جن کو سمجھتے تھے کہ انہوں نے ختم کیا ہے، اور لڑنے لڑنا شروع کر دیا۔</w:t>
      </w:r>
    </w:p>
    <w:p>
      <w:r>
        <w:rPr>
          <w:b/>
        </w:rPr>
        <w:t xml:space="preserve">[1:03:34] </w:t>
      </w:r>
      <w:r>
        <w:t>ab aaj kal jo hai falasteen mein yeh israel se lar rahay hain, yahudiyon se lar rahay</w:t>
      </w:r>
    </w:p>
    <w:p>
      <w:pPr>
        <w:jc w:val="right"/>
      </w:pPr>
      <w:r>
        <w:t>اب آج کل جو ہے فلسطین میں یہ اسرائیل سے لڑ رہے ہیں، یہودیوں سے لڑ رہے</w:t>
      </w:r>
    </w:p>
    <w:p>
      <w:r>
        <w:rPr>
          <w:b/>
        </w:rPr>
        <w:t xml:space="preserve">[1:03:40] </w:t>
      </w:r>
      <w:r>
        <w:t>hain. saray arab, dunya jo hai, aik aik arab jo hai yahudiyon ki nafrat mein bhara hua hai. to dawat kahan se dein ge? woh india mein hinduo se nafrat, arab mein yahudiyon se nafrat, aur americanon se nafrat.</w:t>
      </w:r>
    </w:p>
    <w:p>
      <w:pPr>
        <w:jc w:val="right"/>
      </w:pPr>
      <w:r>
        <w:t>ہیں۔ سارے عرب، دنیا جو ہے، ایک ایک عرب جو ہے یہودیوں کی نفرت میں بھرا ہوا ہے۔ تو دعوت کہاں سے دیں گے؟ وہ انڈیا میں ہندوؤں سے نفرت، عرب میں یہودیوں سے نفرت، اور امریکنوں سے نفرت۔</w:t>
      </w:r>
    </w:p>
    <w:p>
      <w:r>
        <w:rPr>
          <w:b/>
        </w:rPr>
        <w:t xml:space="preserve">[1:03:55] </w:t>
      </w:r>
      <w:r>
        <w:t>jahan nafrat hogi, wahan dawat nahi hogi. kyun ke dawat chahti hai mohabbat, khair khwahi. to jab se musalmanon mein yeh political jhagda jhagda shuru hua hai, political larai shuru hui hai,</w:t>
      </w:r>
    </w:p>
    <w:p>
      <w:pPr>
        <w:jc w:val="right"/>
      </w:pPr>
      <w:r>
        <w:t>جہاں نفرت ہوگی، وہاں دعوت نہیں ہوگی۔ کیونکہ دعوت چاہتی ہے محبت، خیر خواہی۔ تو جب سے مسلمانوں میں یہ پولیٹیکل جھگڑا جھگڑا شروع ہوا ہے، پولیٹیکل لڑائی شروع ہوئی ہے،</w:t>
      </w:r>
    </w:p>
    <w:p>
      <w:r>
        <w:rPr>
          <w:b/>
        </w:rPr>
        <w:t xml:space="preserve">[1:04:09] </w:t>
      </w:r>
      <w:r>
        <w:t>tab se yeh khatam khataama is ka ho gaya. aur is ke baad kuch log niklay jo so called mufakkir, so called thinker, jinhon ne political interpretation diya.</w:t>
      </w:r>
    </w:p>
    <w:p>
      <w:pPr>
        <w:jc w:val="right"/>
      </w:pPr>
      <w:r>
        <w:t>تب سے یہ ختم خاتمہ اس کا ہو گیا۔ اور اس کے بعد کچھ لوگ نکلے جو سو کالڈ مفکر، سو کالڈ تھنکر، جنہوں نے پولیٹیکل انٹرپریشن دیا۔</w:t>
      </w:r>
    </w:p>
    <w:p>
      <w:r>
        <w:rPr>
          <w:b/>
        </w:rPr>
        <w:t xml:space="preserve">[1:04:19] </w:t>
      </w:r>
      <w:r>
        <w:t>yani dekhiye, jamaat-ud-din afghani ke zamanay mein yeh hua tha ke woh apne empire ko regain karne ke liye lar rahay thay. un ka naarah tha jamaat-ud-din afghani ka al sharq lil sharqeen al sharq lil sharqeen.</w:t>
      </w:r>
    </w:p>
    <w:p>
      <w:pPr>
        <w:jc w:val="right"/>
      </w:pPr>
      <w:r>
        <w:t>یعنی دیکھیے، جماعت الدین افغانی کے زمانے میں یہ ہوا تھا کہ وہ اپنے ایمپائر کو ری گین کرنے کے لیے لڑ رہے تھے۔ ان کا نعرہ تھا جماعت الدین افغانی کا الشرق للشرقین الشرق للشرقین ۔</w:t>
      </w:r>
    </w:p>
    <w:p>
      <w:r>
        <w:rPr>
          <w:b/>
        </w:rPr>
        <w:t xml:space="preserve">[1:04:34] </w:t>
      </w:r>
      <w:r>
        <w:t>to un ka jo soch thi, woh simply apne empire ko regain karne ki thi. bas is</w:t>
      </w:r>
    </w:p>
    <w:p>
      <w:pPr>
        <w:jc w:val="right"/>
      </w:pPr>
      <w:r>
        <w:t>تو ان کا جو سوچ تھی، وہ سمپلی اپنے ایمپائر کو ری گین کرنے کی تھی۔ بس اس</w:t>
      </w:r>
    </w:p>
    <w:p>
      <w:r>
        <w:rPr>
          <w:b/>
        </w:rPr>
        <w:t xml:space="preserve">[1:04:41] </w:t>
      </w:r>
      <w:r>
        <w:t>ke baad jo log paida hue, arab mein, arab mein yeh arab mein yeh syed qutb aur sab pandon mein abdullah maudoodi, unhon ne islam ko un ka political interpretation diya.</w:t>
      </w:r>
    </w:p>
    <w:p>
      <w:pPr>
        <w:jc w:val="right"/>
      </w:pPr>
      <w:r>
        <w:t>کے بعد جو لوگ پیدا ہوئے، عرب میں، عرب میں یہ عرب میں یہ سید قطب اور سب پانڈن میں عبداللہ المودودی، انہوں نے اسلام کو ان کا پولیٹیکل انٹرپریشن دیا۔</w:t>
      </w:r>
    </w:p>
    <w:p>
      <w:r>
        <w:rPr>
          <w:b/>
        </w:rPr>
        <w:t xml:space="preserve">[1:04:57] </w:t>
      </w:r>
      <w:r>
        <w:t>phir to yeh cheez aqeedah ban gayi. pehle aik aik aik sirf political, aik political cheez thi.</w:t>
      </w:r>
    </w:p>
    <w:p>
      <w:pPr>
        <w:jc w:val="right"/>
      </w:pPr>
      <w:r>
        <w:t>پھر تو یہ چیز عقیدہ بن گئی۔ پہلے ایک ایک ایک صرف پولیٹیکل، ایک پولیٹیکل چیز تھی۔</w:t>
      </w:r>
    </w:p>
    <w:p>
      <w:r>
        <w:rPr>
          <w:b/>
        </w:rPr>
        <w:t xml:space="preserve">[1:05:06] </w:t>
      </w:r>
      <w:r>
        <w:t>yeh jamaat-ud-din afghani ke zamanay mein yeh political cheez thi. bas aur is ke baad syed qutb aur abdullah maudoodi ne is ko aqeedah bana diya.</w:t>
      </w:r>
    </w:p>
    <w:p>
      <w:pPr>
        <w:jc w:val="right"/>
      </w:pPr>
      <w:r>
        <w:t>یہ جماعت الدین افغانی کے زمانے میں یہ پولیٹیکل چیز تھی۔ بس اور اس کے بعد سید قطب اور عبداللہ المودی نے اس کو عقیدہ بنا دیا۔</w:t>
      </w:r>
    </w:p>
    <w:p>
      <w:r>
        <w:rPr>
          <w:b/>
        </w:rPr>
        <w:t xml:space="preserve">[1:05:15] </w:t>
      </w:r>
      <w:r>
        <w:t>ab log lar rahay hain, lar rahay hain, lar rahay hain. to yeh jo larai hai, chahe woh jamaat-ud-din afghani wali, yani apne political empire ko regain karne ke sense mein ho ya aap baat ke zamanay mein islami hukumat qaim karne ke sense mein, dono jo hain colour hain dawat ke liye.</w:t>
      </w:r>
    </w:p>
    <w:p>
      <w:pPr>
        <w:jc w:val="right"/>
      </w:pPr>
      <w:r>
        <w:t>اب لوگ لڑ رہے ہیں، لڑ رہے ہیں، لڑ رہے ہیں۔ تو یہ جو لڑائی ہے، چاہے وہ جماعت الدین افغانی والی، یعنی اپنے پولیٹیکل ایمپائر کو ری گین کرنے کے سینس میں ہو یا آپ بات کے زمانے میں اسلامی حکومت قائم کرنے کے سینس میں، دونوں جو ہیں کلر ہیں دعوت کے لیے۔</w:t>
      </w:r>
    </w:p>
    <w:p>
      <w:r>
        <w:rPr>
          <w:b/>
        </w:rPr>
        <w:t xml:space="preserve">[1:05:35] </w:t>
      </w:r>
      <w:r>
        <w:t>main is ko sar ta pa galat samajhta hoon, bilkul. to jab tak aap is ko logon ke musalmanon ke zehan se na nikalein, yeh yeh baat yani yeh jo islam ka jo politicization hua hai, is ko jab khatam na karein, jab tak aap, tab tak dawat nahi aye gi.</w:t>
      </w:r>
    </w:p>
    <w:p>
      <w:pPr>
        <w:jc w:val="right"/>
      </w:pPr>
      <w:r>
        <w:t>میں اس کو سر تپا غلط سمجھتا ہوں، بالکل۔ تو جب تک آپ اس کو لوگوں کے مسلمانوں کے ذہن سے نہ نکالیں، یہ یہ بات یعنی یہ جو اسلام کا جو پولیٹیسائزیشن ہوا ہے، اس کو جب ختم نہ کریں، جب تک آپ، تب تک دعوت نہیں آئے گی۔</w:t>
      </w:r>
    </w:p>
    <w:p>
      <w:r>
        <w:rPr>
          <w:b/>
        </w:rPr>
        <w:t xml:space="preserve">[1:05:54] </w:t>
      </w:r>
      <w:r>
        <w:t>ki</w:t>
      </w:r>
    </w:p>
    <w:p>
      <w:pPr>
        <w:jc w:val="right"/>
      </w:pPr>
      <w:r>
        <w:t>کی</w:t>
      </w:r>
    </w:p>
    <w:p>
      <w:r>
        <w:rPr>
          <w:b/>
        </w:rPr>
        <w:t xml:space="preserve">[1:05:55] </w:t>
      </w:r>
      <w:r>
        <w:t>yunke doosri qomein jo hain, un se aap ko mohabbat. main aik bar to gaya aik shehar mein, to kisi ne kaha ke aap dawat ki baat karte hain.</w:t>
      </w:r>
    </w:p>
    <w:p>
      <w:pPr>
        <w:jc w:val="right"/>
      </w:pPr>
      <w:r>
        <w:t>ونکہ دوسری قومیں جو ہیں، ان سے آپ کو محبت۔ میں ایک بار تو گیا ایک شہر میں، تو کسی نے کہا کہ آپ دعوت کی بات کرتے ہیں۔</w:t>
      </w:r>
    </w:p>
    <w:p>
      <w:r>
        <w:rPr>
          <w:b/>
        </w:rPr>
        <w:t xml:space="preserve">[1:06:03] </w:t>
      </w:r>
      <w:r>
        <w:t>dawat to sab hi sab hi dawat chahtay hain. dawat ka kaam. main ne kaha aap galat keh rahay hain. aap main ne kaha ke madu se mohabbat karna parta hai, tab dawat ka aaghaz hota hai.</w:t>
      </w:r>
    </w:p>
    <w:p>
      <w:pPr>
        <w:jc w:val="right"/>
      </w:pPr>
      <w:r>
        <w:t>دعوت تو سب ہی سب ہی دعوت چاہتے ہیں۔ دعوت کا کام۔ میں نے کہا آپ غلط کہہ رہے ہیں۔ آپ میں نے کہا کہ مدعو سے محبت کرنا پڑتا ہے، تب دعوت کا آغاز ہوتا ہے۔</w:t>
      </w:r>
    </w:p>
    <w:p>
      <w:r>
        <w:rPr>
          <w:b/>
        </w:rPr>
        <w:t xml:space="preserve">[1:06:18] </w:t>
      </w:r>
      <w:r>
        <w:t>to mohabbat kaise karenge aap?</w:t>
      </w:r>
    </w:p>
    <w:p>
      <w:pPr>
        <w:jc w:val="right"/>
      </w:pPr>
      <w:r>
        <w:t>تو محبت کیسے کریں گے آپ؟</w:t>
      </w:r>
    </w:p>
    <w:p>
      <w:r>
        <w:rPr>
          <w:b/>
        </w:rPr>
        <w:t xml:space="preserve">[1:06:22] </w:t>
      </w:r>
      <w:r>
        <w:t>jab doosron ko aap samjhen ke hamare dushman hain, hamein un se ladna hai, to mohabbat to khatm ho jayegi. Mohabbat khatm ho, dawat bhi khatm ho jayegi.</w:t>
      </w:r>
    </w:p>
    <w:p>
      <w:pPr>
        <w:jc w:val="right"/>
      </w:pPr>
      <w:r>
        <w:t>جب دوسروں کو آپ سمجھیں کہ ہمارے دشمن ہیں، ہمیں ان سے لڑنا ہے، تو محبت تو ختم ہو جائے گی۔ محبت ختم ہو، دعوت بھی ختم ہو جائے گی۔</w:t>
      </w:r>
    </w:p>
    <w:p>
      <w:r>
        <w:rPr>
          <w:b/>
        </w:rPr>
        <w:t xml:space="preserve">[1:06:33] </w:t>
      </w:r>
      <w:r>
        <w:t>isi liye hum bohat zyada is par zor de rahe hain ke Musalman jo hain, political states ko hi ka tareeqa hai, ka principle manen.</w:t>
      </w:r>
    </w:p>
    <w:p>
      <w:pPr>
        <w:jc w:val="right"/>
      </w:pPr>
      <w:r>
        <w:t>اسی لیے ہم بہت زیادہ اس پر زور دے رہے ہیں کہ مسلمان جو ہیں، پولیٹیکل اسٹیٹس کو ہی کا طریقہ ہے، کا پرنسپل مانیں۔</w:t>
      </w:r>
    </w:p>
    <w:p>
      <w:r>
        <w:rPr>
          <w:b/>
        </w:rPr>
        <w:t xml:space="preserve">[1:06:43] </w:t>
      </w:r>
      <w:r>
        <w:t>hamara jo mission hai, is mission ka yeh yeh paigham hai ke political states ko in ko apnao, yaani political mamlaat mein takrao khatm karo.</w:t>
      </w:r>
    </w:p>
    <w:p>
      <w:pPr>
        <w:jc w:val="right"/>
      </w:pPr>
      <w:r>
        <w:t>ہمارا جو مشن ہے، اس مشن کا یہ یہ پیغام ہے کہ پولیٹیکل اسٹیٹس کو ان کو اپناؤ، یعنی پولیٹیکل معاملات میں ٹکراؤ ختم کرو۔</w:t>
      </w:r>
    </w:p>
    <w:p>
      <w:r>
        <w:rPr>
          <w:b/>
        </w:rPr>
        <w:t xml:space="preserve">[1:06:57] </w:t>
      </w:r>
      <w:r>
        <w:t>tab ja kar aisa hoga ke aap ke andar da'wati zehan aayega aur doosron ko mad'u samjhne lagenge. Aap abhi kya hai? Abhi Musalman doosron ko apne rival samajhte hain.</w:t>
      </w:r>
    </w:p>
    <w:p>
      <w:pPr>
        <w:jc w:val="right"/>
      </w:pPr>
      <w:r>
        <w:t>تب جا کر ایسا ہوگا کہ آپ کے اندر دعوتی ذہن آئے گا اور دوسروں کو مدعو سمجھنے لگیں گے۔ آپ ابھی کیا ہے؟ ابھی مسلمان دوسروں کو اپنے رائیول سمجھتے ہیں۔</w:t>
      </w:r>
    </w:p>
    <w:p>
      <w:r>
        <w:rPr>
          <w:b/>
        </w:rPr>
        <w:t xml:space="preserve">[1:07:06] </w:t>
      </w:r>
      <w:r>
        <w:t>rival rival jab tak samajhte rahenge, tab dawat da'wati kaam nahi hoga.</w:t>
      </w:r>
    </w:p>
    <w:p>
      <w:pPr>
        <w:jc w:val="right"/>
      </w:pPr>
      <w:r>
        <w:t>رائیول رائیول جب تک سمجھتے رہیں گے، تب دعوت دعوتی کام نہیں ہوگا۔</w:t>
      </w:r>
    </w:p>
    <w:p>
      <w:r>
        <w:rPr>
          <w:b/>
        </w:rPr>
        <w:t xml:space="preserve">[1:07:13] </w:t>
      </w:r>
      <w:r>
        <w:t>His second question is: Maulana, you were seen recently with Advani during the release of his biography in Urdu.</w:t>
      </w:r>
    </w:p>
    <w:p>
      <w:pPr>
        <w:jc w:val="right"/>
      </w:pPr>
      <w:r>
        <w:t>His second question is: مولانا، you were seen recently with Advani during the release of his biography in Urdu.</w:t>
      </w:r>
    </w:p>
    <w:p>
      <w:r>
        <w:rPr>
          <w:b/>
        </w:rPr>
        <w:t xml:space="preserve">[1:07:23] </w:t>
      </w:r>
      <w:r>
        <w:t>L.K. Advani is a declared and open enemy of Muslims and Islam. Why do you praise and support this person? Praise kaha kya main ne?</w:t>
      </w:r>
    </w:p>
    <w:p>
      <w:pPr>
        <w:jc w:val="right"/>
      </w:pPr>
      <w:r>
        <w:t>ایل کے عدوانی is a declared and open enemy of Muslims and Islam. Why do you praise and support this person? پریز کہا کیا میں نے؟</w:t>
      </w:r>
    </w:p>
    <w:p>
      <w:r>
        <w:rPr>
          <w:b/>
        </w:rPr>
        <w:t xml:space="preserve">[1:07:35] </w:t>
      </w:r>
      <w:r>
        <w:t>Praise to aap ka apna, yaani aap ne is mein se add kar liya hai ke praise. Main praise kiya raha hoon, support kiya.</w:t>
      </w:r>
    </w:p>
    <w:p>
      <w:pPr>
        <w:jc w:val="right"/>
      </w:pPr>
      <w:r>
        <w:t>پریز تو آپ کا اپنا، یعنی آپ نے اس میں سے ایڈ کر لیا ہے کہ پریز۔ میں پریز کیا رہا ہوں، سپورٹ کیا۔</w:t>
      </w:r>
    </w:p>
    <w:p>
      <w:r>
        <w:rPr>
          <w:b/>
        </w:rPr>
        <w:t xml:space="preserve">[1:07:43] </w:t>
      </w:r>
      <w:r>
        <w:t>yeh dono lafz aap ke hain. Meri woh speech recorded hai, aap dekhiye. Na is mein maine praise kiya hai, na support kiya hai.</w:t>
      </w:r>
    </w:p>
    <w:p>
      <w:pPr>
        <w:jc w:val="right"/>
      </w:pPr>
      <w:r>
        <w:t>یہ دونوں لفظ آپ کے ہیں۔ میری وہ سپیچ ریکارڈڈ ہے، آپ دیکھیے۔ نہ اس میں میں نے پریز کیا ہے، نہ سپورٹ کیا ہے۔</w:t>
      </w:r>
    </w:p>
    <w:p>
      <w:r>
        <w:rPr>
          <w:b/>
        </w:rPr>
        <w:t xml:space="preserve">[1:07:55] </w:t>
      </w:r>
      <w:r>
        <w:t>maine wohi kiya jo Rasool Allah Sal Allahu Alaihi Wasallam karte the. Yaani Makkah mein, jahan Makkah mein jahan log ikhatta hote the,</w:t>
      </w:r>
    </w:p>
    <w:p>
      <w:pPr>
        <w:jc w:val="right"/>
      </w:pPr>
      <w:r>
        <w:t>میں نے وہی کیا جو رسول اللہ صلی اللہ علیہ وسلم کرتے تھے۔ یعنی مکہ میں، جہاں مکہ میں جہاں لوگ اکٹھا ہوتے تھے،</w:t>
      </w:r>
    </w:p>
    <w:p>
      <w:r>
        <w:rPr>
          <w:b/>
        </w:rPr>
        <w:t xml:space="preserve">[1:08:08] </w:t>
      </w:r>
      <w:r>
        <w:t>wahan aap jaate the. Ka'aba mein ikhatta hote the, wahan jaate the.</w:t>
      </w:r>
    </w:p>
    <w:p>
      <w:pPr>
        <w:jc w:val="right"/>
      </w:pPr>
      <w:r>
        <w:t>وہاں آپ جاتے تھے۔ کعبہ میں اکٹھا ہوتے تھے، وہاں جاتے تھے۔</w:t>
      </w:r>
    </w:p>
    <w:p>
      <w:r>
        <w:rPr>
          <w:b/>
        </w:rPr>
        <w:t xml:space="preserve">[1:08:13] </w:t>
      </w:r>
      <w:r>
        <w:t>wahan jo bazaar lagta tha, us ko souk kehte the. Wahan ikhatta hote the, wahan jaate the. Aap haalankeh wahan shirk hota tha, bilkul. Us waq mein shirk hota tha, Ka'aba mein but rakhe hue the.</w:t>
      </w:r>
    </w:p>
    <w:p>
      <w:pPr>
        <w:jc w:val="right"/>
      </w:pPr>
      <w:r>
        <w:t>وہاں جو بازار لگتا تھا، اس کو سوک کہتے تھے۔ وہاں اکٹھا ہوتے تھے، وہاں جاتے تھے۔ آپ حالانکہ وہاں شرک ہوتا تھا، بالکل۔ اسواق میں شرک ہوتا تھا، کعبہ میں بت رکھے ہوئے تھے۔</w:t>
      </w:r>
    </w:p>
    <w:p>
      <w:r>
        <w:rPr>
          <w:b/>
        </w:rPr>
        <w:t xml:space="preserve">[1:08:24] </w:t>
      </w:r>
      <w:r>
        <w:t>le aate the kyun? Aap ko wahan aap ko audience milta tha. Audience to jab bhi mujhe kahin bulaya jata hai, kisi conference mein, kisi seminar mein, to main zaroor jata hoon wahan, kyunke wahan mujhe audience milta hai.</w:t>
      </w:r>
    </w:p>
    <w:p>
      <w:pPr>
        <w:jc w:val="right"/>
      </w:pPr>
      <w:r>
        <w:t>لے آتے تھے کیوں؟ آپ کو وہاں آپ کو آڈینس ملتا تھا۔ آڈینس تو جب بھی مجھے کہیں بلایا جاتا ہے، کسی کانفرنس میں، کسی سیمینار میں، تو میں ضرور جاتا ہوں وہاں، کیونکہ وہاں مجھے آڈینس ملتا ہے۔</w:t>
      </w:r>
    </w:p>
    <w:p>
      <w:r>
        <w:rPr>
          <w:b/>
        </w:rPr>
        <w:t xml:space="preserve">[1:08:37] </w:t>
      </w:r>
      <w:r>
        <w:t>maine jo speech di thi, aap padhiye, us ko us mein na support hai aur na praise hai.</w:t>
      </w:r>
    </w:p>
    <w:p>
      <w:pPr>
        <w:jc w:val="right"/>
      </w:pPr>
      <w:r>
        <w:t>میں نے جو سپیچ دی تھی، آپ پڑھیے، اس کو اس میں نہ سپورٹ ہے اور نہ پریز ہے۔</w:t>
      </w:r>
    </w:p>
    <w:p>
      <w:r>
        <w:rPr>
          <w:b/>
        </w:rPr>
        <w:t xml:space="preserve">[1:08:43] </w:t>
      </w:r>
      <w:r>
        <w:t>us mein to insaniyat wali baatein hain, mere ablagh wali baatein hain, aur zahir hai ke mere ablagh ho, tabhi to dawat ka kaam hoga.</w:t>
      </w:r>
    </w:p>
    <w:p>
      <w:pPr>
        <w:jc w:val="right"/>
      </w:pPr>
      <w:r>
        <w:t>اس میں تو انسانیت والی باتیں ہیں، میرے ابلاغ والی باتیں ہیں، اور ظاہر ہے کہ میرے ابلاغ ہو، تبھی تو دعوت کا کام ہوگا۔</w:t>
      </w:r>
    </w:p>
    <w:p>
      <w:r>
        <w:rPr>
          <w:b/>
        </w:rPr>
        <w:t xml:space="preserve">[1:08:52] </w:t>
      </w:r>
      <w:r>
        <w:t>wahan main apni team ke sath gaya, main main wahan apni team ke sath gaya, aur Quran ka jo translation hai, jo chha, us ka bundle ke bundle le ke gaye.</w:t>
      </w:r>
    </w:p>
    <w:p>
      <w:pPr>
        <w:jc w:val="right"/>
      </w:pPr>
      <w:r>
        <w:t>وہاں میں اپنی ٹیم کے ساتھ گیا، میں میں وہاں اپنی ٹیم کے ساتھ گیا، اور قرآن کا جو ٹرانسیشن ہے، جو چھپا ہے، اس کا بنڈل کے بنڈل لے کے گئے۔</w:t>
      </w:r>
    </w:p>
    <w:p>
      <w:r>
        <w:rPr>
          <w:b/>
        </w:rPr>
        <w:t xml:space="preserve">[1:09:02] </w:t>
      </w:r>
      <w:r>
        <w:t>wahan par khoob baanta logon ne, logon ko khoob diya. Logon ko</w:t>
      </w:r>
    </w:p>
    <w:p>
      <w:pPr>
        <w:jc w:val="right"/>
      </w:pPr>
      <w:r>
        <w:t>وہاں پر خوب بانٹا لوگوں نے، لوگوں کو خوب دیا۔ لوگوں کو</w:t>
      </w:r>
    </w:p>
    <w:p>
      <w:r>
        <w:rPr>
          <w:b/>
        </w:rPr>
        <w:t xml:space="preserve">[1:09:08] </w:t>
      </w:r>
      <w:r>
        <w:t>to wahan par ek journalist ne hamare saathi se kaha ke bhai, yeh to yeh to function hua tha Advani ki kitaab ko release karne ke liye ke aisa lagta hai to Quran ka release ho gaya yahan par.</w:t>
      </w:r>
    </w:p>
    <w:p>
      <w:pPr>
        <w:jc w:val="right"/>
      </w:pPr>
      <w:r>
        <w:t>تو وہاں پر ایک جرنلسٹ نے ہمارے ساتھی سے کہا کہ بھئی، یہ تو یہ تو فنکشن ہوا تھا ایڈوانی کی کتاب کو ریلیز کرنے کے لیے کہ ایسا لگتا ہے تو قرآن کا ریلیز ہو گیا یہاں پر۔</w:t>
      </w:r>
    </w:p>
    <w:p>
      <w:r>
        <w:rPr>
          <w:b/>
        </w:rPr>
        <w:t xml:space="preserve">[1:09:21] </w:t>
      </w:r>
      <w:r>
        <w:t>jis tarah se aap Quran baant rahe hain, aap ko to yeh to Quran ka release ho gaya hai. Yeh to wahan to Quran hi Quran tha har taraf. Yeh to Rasool Allah ki sunnat dawat hai.</w:t>
      </w:r>
    </w:p>
    <w:p>
      <w:pPr>
        <w:jc w:val="right"/>
      </w:pPr>
      <w:r>
        <w:t>جس طرح سے آپ قرآن بانٹ رہے ہیں، آپ کو تو یہ تو قرآن کا ریلیز ہو گیا ہے۔ یہ تو وہاں تو قرآن ہی قرآن تھا ہر طرف۔ یہ تو رسول اللہ کی سنت دعوت ہے۔</w:t>
      </w:r>
    </w:p>
    <w:p>
      <w:r>
        <w:rPr>
          <w:b/>
        </w:rPr>
        <w:t xml:space="preserve">[1:09:32] </w:t>
      </w:r>
      <w:r>
        <w:t>chunki logon ke andar dawat ka spirit nahi, dawat ka jazba nahi</w:t>
      </w:r>
    </w:p>
    <w:p>
      <w:pPr>
        <w:jc w:val="right"/>
      </w:pPr>
      <w:r>
        <w:t>چونکہ لوگوں کے اندر دعوت کا اسپرٹ نہیں، دعوت کا جذبہ نہیں</w:t>
      </w:r>
    </w:p>
    <w:p>
      <w:r>
        <w:rPr>
          <w:b/>
        </w:rPr>
        <w:t xml:space="preserve">[1:09:36] </w:t>
      </w:r>
      <w:r>
        <w:t>, dawat ke liye koi tamanna nahi, koi tadap nahi hai, us waqt samajh is baaton ko samajh nahi paate. Woh yaani wisdom of dawah ko samajh nahi paate Musalman, kyunke sachi spirit nahi hai.</w:t>
      </w:r>
    </w:p>
    <w:p>
      <w:pPr>
        <w:jc w:val="right"/>
      </w:pPr>
      <w:r>
        <w:t>، دعوت کے لیے کوئی تمنا نہیں، کوئی تڑپ نہیں ہے، اس وقت سمجھ اس باتوں کو سمجھ نہیں پاتے۔ وہ یعنی وزڈم آف دعویٰ کو سمجھ نہیں پاتے مسلمان، کیونکہ سچی اسپرٹ نہیں ہے۔</w:t>
      </w:r>
    </w:p>
    <w:p>
      <w:r>
        <w:rPr>
          <w:b/>
        </w:rPr>
        <w:t xml:space="preserve">[1:09:49] </w:t>
      </w:r>
      <w:r>
        <w:t>ab bataiye ke wahan jo ikhatta hue the, wahan bhara hua tha sara auditorium. Woh kahan payenge hum un ko?</w:t>
      </w:r>
    </w:p>
    <w:p>
      <w:pPr>
        <w:jc w:val="right"/>
      </w:pPr>
      <w:r>
        <w:t>اب بتائیے کہ وہاں جو اکٹھا ہوئے تھے، وہاں بھرا ہوا تھا سارا آڈیٹوریم۔ وہ کہاں ہم پائیں گے ان کو؟</w:t>
      </w:r>
    </w:p>
    <w:p>
      <w:r>
        <w:rPr>
          <w:b/>
        </w:rPr>
        <w:t xml:space="preserve">[1:09:59] </w:t>
      </w:r>
      <w:r>
        <w:t>Idkhal e kalma kaise hoga? Mujhe bataiye, idkhal e kalma kaise hoga?</w:t>
      </w:r>
    </w:p>
    <w:p>
      <w:pPr>
        <w:jc w:val="right"/>
      </w:pPr>
      <w:r>
        <w:t>ادخال کلمہ کیسے ہوگا؟ مجھے بتائیے، ادخال کلمہ کیسے ہوگا؟</w:t>
      </w:r>
    </w:p>
    <w:p>
      <w:r>
        <w:rPr>
          <w:b/>
        </w:rPr>
        <w:t xml:space="preserve">[1:10:04] </w:t>
      </w:r>
      <w:r>
        <w:t>to hum har jagah jaate hain isi liye, kyunke idkhal e kalma ka jo process hai, us ka ek window hota hai. Woh seminar mein, conference mein, jalson mein jo log ikhatta hote hain, un ko hum ja ke literature dete hain.</w:t>
      </w:r>
    </w:p>
    <w:p>
      <w:pPr>
        <w:jc w:val="right"/>
      </w:pPr>
      <w:r>
        <w:t>تو ہم ہر جگہ جاتے ہیں اسی لیے، کیونکہ ادخال کلمہ کا جو پراسیس ہے، اس کا ایک ونڈو ہوتا ہے۔ وہ سیمینار میں، کانفرنس میں، جلسوں میں جو لوگ اکٹھا ہوتے ہیں، ان کو ہم جا کے لٹریچر دیتے ہیں۔</w:t>
      </w:r>
    </w:p>
    <w:p>
      <w:r>
        <w:rPr>
          <w:b/>
        </w:rPr>
        <w:t xml:space="preserve">[1:10:18] </w:t>
      </w:r>
      <w:r>
        <w:t>mein wahan aap ko kuch bolta hoon, kuch baatein samjhiye ke meri taqreer ta'leef qalb ke taur par hoti hai, aur hamare saathi wahan literature logon ko distribute karte hain.</w:t>
      </w:r>
    </w:p>
    <w:p>
      <w:pPr>
        <w:jc w:val="right"/>
      </w:pPr>
      <w:r>
        <w:t>میں وہاں آپ کو کچھ بولتا ہوں، کچھ باتیں سمجھیے کہ میری تقریر تعلیف قلب کے طور پر ہوتی ہے، اور ہمارے ساتھی وہاں لٹریچر لوگوں کو ڈسٹریبیوٹ کرتے ہیں۔</w:t>
      </w:r>
    </w:p>
    <w:p>
      <w:r>
        <w:rPr>
          <w:b/>
        </w:rPr>
        <w:t xml:space="preserve">[1:10:33] </w:t>
      </w:r>
      <w:r>
        <w:t>yeh to bilkul sunnat-e-rasool hai ke jahan audience pao, wahan ja kar apna message phailao.</w:t>
      </w:r>
    </w:p>
    <w:p>
      <w:pPr>
        <w:jc w:val="right"/>
      </w:pPr>
      <w:r>
        <w:t>یہ تو بالکل سنت رسول ہے کہ جہاں آڈینس پاؤ، وہاں جا کر اپنا میسج پھیلاؤ۔</w:t>
      </w:r>
    </w:p>
    <w:p>
      <w:r>
        <w:rPr>
          <w:b/>
        </w:rPr>
        <w:t xml:space="preserve">[1:10:43] </w:t>
      </w:r>
      <w:r>
        <w:t>chunki log sunnat-e-rasool ko bohat mehdood kar rakha hai ke daadhi mein khitab lagana aur aisi kuch cheezein hain, un ko samajhte hain surma surma lagana aur khushboo lagana, is ko sunnat samajhte</w:t>
      </w:r>
    </w:p>
    <w:p>
      <w:pPr>
        <w:jc w:val="right"/>
      </w:pPr>
      <w:r>
        <w:t>چونکہ لوگ سنت رسول کو بہت محدود کر رکھا ہے کہ داڑھی میں خطاب لگانا اور ایسی کچھ چیزیں ہیں، ان کو سمجھتے ہیں سرمہ سرمہ لگانا اور خوشبو لگانا، اس کو سنت سمجھتے</w:t>
      </w:r>
    </w:p>
    <w:p>
      <w:r>
        <w:rPr>
          <w:b/>
        </w:rPr>
        <w:t xml:space="preserve">[1:10:56] </w:t>
      </w:r>
      <w:r>
        <w:t>hain. Sab se bari sunnat-e-rasool jo hai, woh dawat hai. Aur Rasool Allah ne jab da'wati kaam jo kiya, is ka pattern kya tha? Yahi tha ke jahan audience hai, wahan jao, jahan gathering hai, wahan jao, jahan insaan hai, wahan jao,</w:t>
      </w:r>
    </w:p>
    <w:p>
      <w:pPr>
        <w:jc w:val="right"/>
      </w:pPr>
      <w:r>
        <w:t>ہیں۔ سب سے بڑی سنت رسول جو ہے، وہ دعوت ہے۔ اور رسول اللہ نے جب دعوتی کام جو کیا، اس کا پیٹرن کیا تھا؟ یہی تھا کہ جہاں آڈینس ہے، وہاں جاؤ، جہاں گیدرنگ ہے، وہاں جاؤ، جہاں انسان ہے، وہاں جاؤ،</w:t>
      </w:r>
    </w:p>
    <w:p>
      <w:r>
        <w:rPr>
          <w:b/>
        </w:rPr>
        <w:t xml:space="preserve">[1:11:10] </w:t>
      </w:r>
      <w:r>
        <w:t>jahan wahan but rakhe hue hain, tab bhi jao. Wahan pe to hum ne hum aise hi karte hain.</w:t>
      </w:r>
    </w:p>
    <w:p>
      <w:pPr>
        <w:jc w:val="right"/>
      </w:pPr>
      <w:r>
        <w:t>جہاں وہاں بت رکھے ہوئے ہیں، تب بھی جاؤ۔ وہاں پہ تو ہم نے ہم ایسے ہی کرتے ہیں۔</w:t>
      </w:r>
    </w:p>
    <w:p>
      <w:r>
        <w:rPr>
          <w:b/>
        </w:rPr>
        <w:t xml:space="preserve">[1:11:18] </w:t>
      </w:r>
      <w:r>
        <w:t>This question is from Mr. Gautam Siddhart from Delhi.</w:t>
      </w:r>
    </w:p>
    <w:p>
      <w:pPr>
        <w:jc w:val="right"/>
      </w:pPr>
      <w:r>
        <w:t>This question is from Mr. Gautam Siddhart from Delhi.</w:t>
      </w:r>
    </w:p>
    <w:p>
      <w:r>
        <w:rPr>
          <w:b/>
        </w:rPr>
        <w:t xml:space="preserve">[1:11:23] </w:t>
      </w:r>
      <w:r>
        <w:t>Maulana, is Ramzan also for those who live like hermits and in contemplation and discipline all the year round?</w:t>
      </w:r>
    </w:p>
    <w:p>
      <w:pPr>
        <w:jc w:val="right"/>
      </w:pPr>
      <w:r>
        <w:t>مولانا، is Ramzan also for those who live like hermits and in contemplation and discipline all the year round?</w:t>
      </w:r>
    </w:p>
    <w:p>
      <w:r>
        <w:rPr>
          <w:b/>
        </w:rPr>
        <w:t xml:space="preserve">[1:11:32] </w:t>
      </w:r>
      <w:r>
        <w:t>Kindly comment. Nahi, dekhiye yeh mere mein ne jo baat kahi thi, is ka woh 50% tha, yaani sirf wohi hermit ban jana.</w:t>
      </w:r>
    </w:p>
    <w:p>
      <w:pPr>
        <w:jc w:val="right"/>
      </w:pPr>
      <w:r>
        <w:t>کائنڈلی کمنٹ۔ نہیں، دیکھیں یہ میرے میں نے جو بات کہی تھی، اس کا وہ 50% تھا، یعنی صرف وہی ہرمیٹ بن جانا۔</w:t>
      </w:r>
    </w:p>
    <w:p>
      <w:r>
        <w:rPr>
          <w:b/>
        </w:rPr>
        <w:t xml:space="preserve">[1:11:42] </w:t>
      </w:r>
      <w:r>
        <w:t>mein ne nahi kaha sirf hermit ban jana kafi hai, hermit ban kar Quran ki study karna, yeh mein ne kaha. To</w:t>
      </w:r>
    </w:p>
    <w:p>
      <w:pPr>
        <w:jc w:val="right"/>
      </w:pPr>
      <w:r>
        <w:t>میں نے نہیں کہا صرف ہرمیٹ بن جانا کافی ہے، ہرمیٹ بن کر قرآن کی اسٹڈی کرنا، یہ میں نے کہا۔ تو</w:t>
      </w:r>
    </w:p>
    <w:p>
      <w:r>
        <w:rPr>
          <w:b/>
        </w:rPr>
        <w:t xml:space="preserve">[1:11:49] </w:t>
      </w:r>
      <w:r>
        <w:t>50% hermit banna hai aur 50% Quran ki study karna hai. Mein sara saal hermit rehta hoon, sara saal mein hermit bana rehta hoon, lekin sirf hermit banna, yaani hermit for the sake of hermit nahi hai.</w:t>
      </w:r>
    </w:p>
    <w:p>
      <w:pPr>
        <w:jc w:val="right"/>
      </w:pPr>
      <w:r>
        <w:t>50% ہرمیٹ بننا ہے اور 50% قرآن کی اسٹڈی کرنا ہے۔ میں سارا سال ہرمیٹ رہتا ہوں، سارا سال میں ہرمیٹ بنا رہتا ہوں، لیکن صرف ہرمیٹ بننا، یعنی ہرمیٹ فار دا سیک اف ہرمیٹ نہیں ہے۔</w:t>
      </w:r>
    </w:p>
    <w:p>
      <w:r>
        <w:rPr>
          <w:b/>
        </w:rPr>
        <w:t xml:space="preserve">[1:12:05] </w:t>
      </w:r>
      <w:r>
        <w:t>mein matlab hermit for the sake of hermit nahi hai. Hermit bano taake tum zyada se zyada Quran ko study kar sako, yeh matlab hai.</w:t>
      </w:r>
    </w:p>
    <w:p>
      <w:pPr>
        <w:jc w:val="right"/>
      </w:pPr>
      <w:r>
        <w:t>میں مطلب ہرمیٹ فار دا سیک اف ہرمیٹ نہیں ہے۔ ہرمیٹ بنو تاکہ تم زیادہ سے زیادہ قرآن کو اسٹڈی کر سکو، یہ مطلب ہے۔</w:t>
      </w:r>
    </w:p>
    <w:p>
      <w:r>
        <w:rPr>
          <w:b/>
        </w:rPr>
        <w:t xml:space="preserve">[1:12:18] </w:t>
      </w:r>
      <w:r>
        <w:t>Ji haan. This question is from Mr. Shakir Mumtaz from USA. What is the purpose of human creation?</w:t>
      </w:r>
    </w:p>
    <w:p>
      <w:pPr>
        <w:jc w:val="right"/>
      </w:pPr>
      <w:r>
        <w:t>جی ہاں۔ This question is from Mr. Shakir Mumtaz from USA. What is the purpose of human creation?</w:t>
      </w:r>
    </w:p>
    <w:p>
      <w:r>
        <w:rPr>
          <w:b/>
        </w:rPr>
        <w:t xml:space="preserve">[1:12:30] </w:t>
      </w:r>
      <w:r>
        <w:t>If God is omnipotent, how can He give a free will to humans? Does it mean He lets someone other than Himself be a creator or omnipotent, or someone having a power to decide without Him?</w:t>
      </w:r>
    </w:p>
    <w:p>
      <w:pPr>
        <w:jc w:val="right"/>
      </w:pPr>
      <w:r>
        <w:t>If God is omnipotent, how can He give a free will to humans? Does it mean He lets someone other than Himself be a creator or omnipotent, or someone having a power to decide without Him?</w:t>
      </w:r>
    </w:p>
    <w:p>
      <w:r>
        <w:rPr>
          <w:b/>
        </w:rPr>
        <w:t xml:space="preserve">[1:12:46] </w:t>
      </w:r>
      <w:r>
        <w:t>Would it not count as a flaw in His omnipotence? Khuda ko jis tarah se yeh qudrat hai ke woh aap ko paida kare, aur yeh bhi us ki qudrat hai ke aap ko free bana de, aap apni azaadi ko aap detach kar lein aap se.</w:t>
      </w:r>
    </w:p>
    <w:p>
      <w:pPr>
        <w:jc w:val="right"/>
      </w:pPr>
      <w:r>
        <w:t>Would it not count as a flaw in His omnipotence? خدا کو جس طرح سے یہ قدرت ہے کہ وہ آپ کو پیدا کرے، اور یہ بھی اس کی قدرت ہے کہ آپ کو فری بنا دے، آپ اپنی آزادی کو آپ ڈیٹیچ کر لیں آپ سے۔</w:t>
      </w:r>
    </w:p>
    <w:p>
      <w:r>
        <w:rPr>
          <w:b/>
        </w:rPr>
        <w:t xml:space="preserve">[1:13:06] </w:t>
      </w:r>
      <w:r>
        <w:t>yaani Allah taala ne aap ko freedom de kar ke apna jo ikhtiyar aap ko us ko detach kar liya hai,</w:t>
      </w:r>
    </w:p>
    <w:p>
      <w:pPr>
        <w:jc w:val="right"/>
      </w:pPr>
      <w:r>
        <w:t>یعنی اللہ تعالیٰ نے آپ کو فریڈم دے کر کے اپنا جو اختیار آپ کو اس کو ڈیٹیچ کر لیا ہے،</w:t>
      </w:r>
    </w:p>
    <w:p>
      <w:r>
        <w:rPr>
          <w:b/>
        </w:rPr>
        <w:t xml:space="preserve">[1:13:14] </w:t>
      </w:r>
      <w:r>
        <w:t>is muddat ke liye jab tak ke aap wahan test mein hain. Mein ne is par ek article likha tha ke is ka dimension Khuda ne de diya hai, is mein is ki shakal mein, woh dark matter ki shakal mein.</w:t>
      </w:r>
    </w:p>
    <w:p>
      <w:pPr>
        <w:jc w:val="right"/>
      </w:pPr>
      <w:r>
        <w:t>اس مدت کے لیے جب تک کہ آپ وہاں ٹیسٹ میں ہیں۔ میں نے اس پر ایک آرٹیکل لکھا تھا کہ اس کا ڈائمنشن خدا نے دے دیا ہے، اس میں اس کی شکل میں، وہ ڈارک میٹر کی شکل میں۔</w:t>
      </w:r>
    </w:p>
    <w:p>
      <w:r>
        <w:rPr>
          <w:b/>
        </w:rPr>
        <w:t xml:space="preserve">[1:13:30] </w:t>
      </w:r>
      <w:r>
        <w:t>lekin is ka dimension universal dimension diya ja raha tha, dark matter ki shakal mein. Aap jante hain ke space mein do qism ke sitare hain</w:t>
      </w:r>
    </w:p>
    <w:p>
      <w:pPr>
        <w:jc w:val="right"/>
      </w:pPr>
      <w:r>
        <w:t>لیکن اس کا ڈائمنشن یونیورسل ڈائمنشن دیا جا رہا تھا، ڈارک میٹر کی شکل میں۔ آپ جانتے ہیں کہ اسپیس میں دو قسم کے ستارے ہیں</w:t>
      </w:r>
    </w:p>
    <w:p>
      <w:r>
        <w:rPr>
          <w:b/>
        </w:rPr>
        <w:t xml:space="preserve">[1:13:42] </w:t>
      </w:r>
      <w:r>
        <w:t>, ek to woh jo visible hain, aap ko dikhai dete hain, ek woh jo visible nahi hain, dikhai nahi dete. To dikhai kyun nahi dete? Woh aisa is liye nahi ke woh woh bright nahi hain, wohi bright hain jin ko hum dark matter kehte hain, wohi bright matter hai.</w:t>
      </w:r>
    </w:p>
    <w:p>
      <w:pPr>
        <w:jc w:val="right"/>
      </w:pPr>
      <w:r>
        <w:t>، ایک تو وہ جو ویزیبل ہیں، آپ کو دکھائی دیتے ہیں، ایک وہ جو ویزیبل نہیں ہیں، دکھائی نہیں دیتے۔ تو دکھائی کیوں نہیں دیتے؟ وہ ایسا اس لیے نہیں کہ وہ وہ برائٹ نہیں ہیں، وہی برائٹ ہیں جن کو ہم ڈارک میٹر کہتے ہیں، وہی برائٹ میٹر ہے۔</w:t>
      </w:r>
    </w:p>
    <w:p>
      <w:r>
        <w:rPr>
          <w:b/>
        </w:rPr>
        <w:t xml:space="preserve">[1:13:57] </w:t>
      </w:r>
      <w:r>
        <w:t>woh lekin un ki jo taqat hai, itni بڑhi hui hai, itni بڑhi hui hai ke apne apne apni light ko bhi woh bahar nikalne nahi deti.</w:t>
      </w:r>
    </w:p>
    <w:p>
      <w:pPr>
        <w:jc w:val="right"/>
      </w:pPr>
      <w:r>
        <w:t>وہ لیکن ان کی جو طاقت ہے، اتنی بڑھی ہوئی ہے، اتنی بڑھی ہوئی ہے کہ اپنے اپنے اپنی لائٹ کو بھی وہ باہر نکلنے نہیں دیتے۔</w:t>
      </w:r>
    </w:p>
    <w:p>
      <w:r>
        <w:rPr>
          <w:b/>
        </w:rPr>
        <w:t xml:space="preserve">[1:14:07] </w:t>
      </w:r>
      <w:r>
        <w:t>woh</w:t>
      </w:r>
    </w:p>
    <w:p>
      <w:pPr>
        <w:jc w:val="right"/>
      </w:pPr>
      <w:r>
        <w:t>وہ</w:t>
      </w:r>
    </w:p>
    <w:p>
      <w:r>
        <w:rPr>
          <w:b/>
        </w:rPr>
        <w:t xml:space="preserve">[1:14:09] </w:t>
      </w:r>
      <w:r>
        <w:t>itna itna zyada un ki taqat hai ke apni light ko bhi apne se nikalne nahi deti. Woh to mein ne likha tha ke yeh Allah taala ne dimension de diya hai ke Allah taala kahin apne apne ikhtiyar ko rok sakta hai, jis tarah se dark matter ne apne us ko rok rakha hai,</w:t>
      </w:r>
    </w:p>
    <w:p>
      <w:pPr>
        <w:jc w:val="right"/>
      </w:pPr>
      <w:r>
        <w:t>اتنا اتنا زیادہ ان کی طاقت ہے کہ اپنی لائٹ کو بھی اپنے سے نکلنے نہیں دیتے۔ وہ تو میں نے لکھا تھا کہ یہ اللہ تعالیٰ نے ڈائمنشن دے دیا ہے کہ اللہ تعالیٰ کہیں اپنے اپنے اختیار کو روک سکتا ہے، جس طرح سے ڈارک میٹر نے اپنے اس کو روک رکھا ہے،</w:t>
      </w:r>
    </w:p>
    <w:p>
      <w:r>
        <w:rPr>
          <w:b/>
        </w:rPr>
        <w:t xml:space="preserve">[1:14:26] </w:t>
      </w:r>
      <w:r>
        <w:t>apni light ko rok rakha hai aap tak pohnchne se. Dark matter yeh saare jo sitare doosre hain, un ki light aap tak pohnch rahi hai, lekin dark matter ki nahi pohnchti.</w:t>
      </w:r>
    </w:p>
    <w:p>
      <w:pPr>
        <w:jc w:val="right"/>
      </w:pPr>
      <w:r>
        <w:t>اپنی لائٹ کو روک رکھا ہے آپ تک پہنچنے سے۔ ڈارک میٹر یہ سارے جو ستارے دوسرے ہیں، ان کی لائٹ آپ تک پہنچ رہی ہے، لیکن ڈارک میٹر کی نہیں پہنچتی۔</w:t>
      </w:r>
    </w:p>
    <w:p>
      <w:r>
        <w:rPr>
          <w:b/>
        </w:rPr>
        <w:t xml:space="preserve">[1:14:39] </w:t>
      </w:r>
      <w:r>
        <w:t>to itna powerful hain woh ke apni light ko rok rakha hai, woh aap tak pohnchne nahi deti. Woh to Allah taala rok sakta hai aise apne ikhtiyar ko ek mehdood, ek ek ek limited period ke liye.</w:t>
      </w:r>
    </w:p>
    <w:p>
      <w:pPr>
        <w:jc w:val="right"/>
      </w:pPr>
      <w:r>
        <w:t>تو اتنا پاور فل ہیں وہ کہ اپنی لائٹ کو روک رکھا ہے، وہ آپ تک پہنچنے نہیں دیتے۔ وہ تو اللہ تعالیٰ روک سکتا ہے ایسے اپنے اختیار کو ایک محدود، ایک ایک ایک لمیٹڈ پیریڈ کے لیے۔</w:t>
      </w:r>
    </w:p>
    <w:p>
      <w:r>
        <w:rPr>
          <w:b/>
        </w:rPr>
        <w:t xml:space="preserve">[1:14:53] </w:t>
      </w:r>
      <w:r>
        <w:t>to mein samajhta hoon ke dark matter jo hai, is muamle ko understandable banate hain. Yeh mein ne likha tha article ek Arsalah magazine mein.</w:t>
      </w:r>
    </w:p>
    <w:p>
      <w:pPr>
        <w:jc w:val="right"/>
      </w:pPr>
      <w:r>
        <w:t>تو میں سمجھتا ہوں کہ ڈارک میٹر جو ہے، اس معاملے کو انڈرسٹینڈیبل بناتے ہیں۔ یہ میں نے لکھا تھا آرٹیکل ایک ارسالہ میگزین میں۔</w:t>
      </w:r>
    </w:p>
    <w:p>
      <w:r>
        <w:rPr>
          <w:b/>
        </w:rPr>
        <w:t xml:space="preserve">[1:15:02] </w:t>
      </w:r>
      <w:r>
        <w:t>Maulana, his second part to the question was that if people going to paradise and hell is predestined as God already knows, then where does the question of free will arise?</w:t>
      </w:r>
    </w:p>
    <w:p>
      <w:pPr>
        <w:jc w:val="right"/>
      </w:pPr>
      <w:r>
        <w:t>مولانا، his second part to the question was that if people going to paradise and hell is predestined as God already knows, then where does the question of free will arise?</w:t>
      </w:r>
    </w:p>
    <w:p>
      <w:r>
        <w:rPr>
          <w:b/>
        </w:rPr>
        <w:t xml:space="preserve">[1:15:19] </w:t>
      </w:r>
      <w:r>
        <w:t>nahi, yeh sahi nahi hai. Allah taala ne in ko azadi di hai, pehle se tay nahi kar diya ke kon jahan, kon kahan jaye, kon kahan jayega.</w:t>
      </w:r>
    </w:p>
    <w:p>
      <w:pPr>
        <w:jc w:val="right"/>
      </w:pPr>
      <w:r>
        <w:t>نہیں، یہ صحیح نہیں ہے۔ اللہ تعالیٰ نے ان کو آزادی دی ہے، پہلے سے طے نہیں کر دیا کہ کون جہاں، کون کہاں جائے، کون کہاں جائے گا۔</w:t>
      </w:r>
    </w:p>
    <w:p>
      <w:r>
        <w:rPr>
          <w:b/>
        </w:rPr>
        <w:t xml:space="preserve">[1:15:29] </w:t>
      </w:r>
      <w:r>
        <w:t>Khuda ka jo hidayat ka jo jo jo Khuda ke jo jo hidayat ka jo qanoon hai, us ko jo follow karega, woh paradise mein jayega, nahi follow karega, jahannum mein jayega.</w:t>
      </w:r>
    </w:p>
    <w:p>
      <w:pPr>
        <w:jc w:val="right"/>
      </w:pPr>
      <w:r>
        <w:t>خدا کا جو ہدایت کا جو جو جو خدا کے جو جو ہدایت کا جو قانون ہے، اس کو جو فالو کرے گا، وہ پیراڈائز میں جائے گا، نہیں فالو کرے گا، جہنم میں جائے گا۔</w:t>
      </w:r>
    </w:p>
    <w:p>
      <w:r>
        <w:rPr>
          <w:b/>
        </w:rPr>
        <w:t xml:space="preserve">[1:15:42] </w:t>
      </w:r>
      <w:r>
        <w:t>Pehle se nahi hai ke yeh to jahannum mein jayenge, yeh to yeh to paradise mein jayenge. Yeh baat sahi nahi hai.</w:t>
      </w:r>
    </w:p>
    <w:p>
      <w:pPr>
        <w:jc w:val="right"/>
      </w:pPr>
      <w:r>
        <w:t>پہلے سے نہیں ہے کہ یہ تو جہنم میں جائیں گے، یہ تو یہ تو پیراڈائز میں جائیں گے۔ یہ بات صحیح نہیں ہے۔</w:t>
      </w:r>
    </w:p>
    <w:p>
      <w:r>
        <w:rPr>
          <w:b/>
        </w:rPr>
        <w:t xml:space="preserve">[1:15:51] </w:t>
      </w:r>
      <w:r>
        <w:t>This question is from Mr. Abdul Basit Umri from Doha, Qatar.</w:t>
      </w:r>
    </w:p>
    <w:p>
      <w:pPr>
        <w:jc w:val="right"/>
      </w:pPr>
      <w:r>
        <w:t>This question is from Mr. Abdul Basit Umri from Doha, Qatar.</w:t>
      </w:r>
    </w:p>
    <w:p>
      <w:r>
        <w:rPr>
          <w:b/>
        </w:rPr>
        <w:t xml:space="preserve">[1:15:58] </w:t>
      </w:r>
      <w:r>
        <w:t>Maulana, there is one ayat in Surah Al-Ahzab which refers to the wives of the Prophet who were asking for expenditure from Prophet Muhammad.</w:t>
      </w:r>
    </w:p>
    <w:p>
      <w:pPr>
        <w:jc w:val="right"/>
      </w:pPr>
      <w:r>
        <w:t>مولانا، there is one ayat in Surah Al-Ahzab which refers to the wives of the Prophet who were asking for expenditure from Prophet Muhammad.</w:t>
      </w:r>
    </w:p>
    <w:p>
      <w:r>
        <w:rPr>
          <w:b/>
        </w:rPr>
        <w:t xml:space="preserve">[1:16:10] </w:t>
      </w:r>
      <w:r>
        <w:t>My question is that what kind of expenses they were asking, whether for their basic needs or something other than that?</w:t>
      </w:r>
    </w:p>
    <w:p>
      <w:pPr>
        <w:jc w:val="right"/>
      </w:pPr>
      <w:r>
        <w:t>My question is that what kind of expenses they were asking, whether for their basic needs or something other than that?</w:t>
      </w:r>
    </w:p>
    <w:p>
      <w:r>
        <w:rPr>
          <w:b/>
        </w:rPr>
        <w:t xml:space="preserve">[1:16:20] </w:t>
      </w:r>
      <w:r>
        <w:t>Kindly comment. Main samajhta hoon ke basic need se zyada, basic need se zyada</w:t>
      </w:r>
    </w:p>
    <w:p>
      <w:pPr>
        <w:jc w:val="right"/>
      </w:pPr>
      <w:r>
        <w:t>کائنڈلی کمنٹ۔ میں سمجھتا ہوں کہ بیسک نیڈ سے زیادہ، بیسک نیڈ سے زیادہ</w:t>
      </w:r>
    </w:p>
    <w:p>
      <w:r>
        <w:rPr>
          <w:b/>
        </w:rPr>
        <w:t xml:space="preserve">[1:16:27] </w:t>
      </w:r>
      <w:r>
        <w:t>. To un se kaha gaya hai ke aap basic need ki had tak to milega tum ko, us se zyada nahi milega kyunke tum ko mission chalana hai, mission chalana hai.</w:t>
      </w:r>
    </w:p>
    <w:p>
      <w:pPr>
        <w:jc w:val="right"/>
      </w:pPr>
      <w:r>
        <w:t>۔ تو ان سے کہا گیا ہے کہ آپ بیسک نیڈ کی حد تک تو ملے گا تم کو، اس سے زیادہ نہیں ملے گا کیونکہ تم کو مشن چلانا ہے، مشن چلانا ہے۔</w:t>
      </w:r>
    </w:p>
    <w:p>
      <w:r>
        <w:rPr>
          <w:b/>
        </w:rPr>
        <w:t xml:space="preserve">[1:16:39] </w:t>
      </w:r>
      <w:r>
        <w:t>Basic need agar na ho to mar jayega aadmi, zindagi nahi rahegi. To zindagi ko baqi rakhne ke liye jo cheez zaroori hai, woh basic need hai.</w:t>
      </w:r>
    </w:p>
    <w:p>
      <w:pPr>
        <w:jc w:val="right"/>
      </w:pPr>
      <w:r>
        <w:t>بیسک نیڈ اگر نہ ہو تو مر جائے گا آدمی، زندگی نہیں رہے گا۔ تو زندگی کو باقی رکھنے کے لیے جو چیز ضروری ہے، وہ بیسک نیڈ ہے۔</w:t>
      </w:r>
    </w:p>
    <w:p>
      <w:r>
        <w:rPr>
          <w:b/>
        </w:rPr>
        <w:t xml:space="preserve">[1:16:50] </w:t>
      </w:r>
      <w:r>
        <w:t>To us ke siwa jo hai, comfort aur luxury jo hai, us ki ijazat nahi thi un ko kyunke agar us mein lagenge to phir mission ka kaam kaise karenge?</w:t>
      </w:r>
    </w:p>
    <w:p>
      <w:pPr>
        <w:jc w:val="right"/>
      </w:pPr>
      <w:r>
        <w:t>تو اس کے سوا جو ہے، کمفرٹ اور لگزری جو ہے، اس کی اجازت نہیں تھی ان کو کیونکہ اگر اس میں لگیں گے تو پھر مشن کا کام کیسے کریں گے؟</w:t>
      </w:r>
    </w:p>
    <w:p>
      <w:r>
        <w:rPr>
          <w:b/>
        </w:rPr>
        <w:t xml:space="preserve">[1:16:58] </w:t>
      </w:r>
      <w:r>
        <w:t>Yeh to ho nahi sakta hai, mission ka kaam. This question is from Miss Najma Siddiqui from Delhi. As most people do not understand Arabic language, therefore during Taraweeh one can only listen to Quran.</w:t>
      </w:r>
    </w:p>
    <w:p>
      <w:pPr>
        <w:jc w:val="right"/>
      </w:pPr>
      <w:r>
        <w:t>یہ تو ہو نہیں سکتا ہے، مشن کا کام۔ This question is from Miss Najma Siddiqui from Delhi. As most people do not understand Arabic language, therefore during Taraweeh one can only listen to Quran.</w:t>
      </w:r>
    </w:p>
    <w:p>
      <w:r>
        <w:rPr>
          <w:b/>
        </w:rPr>
        <w:t xml:space="preserve">[1:17:16] </w:t>
      </w:r>
      <w:r>
        <w:t>Understanding Taraweeh would be to a very limited extent.</w:t>
      </w:r>
    </w:p>
    <w:p>
      <w:pPr>
        <w:jc w:val="right"/>
      </w:pPr>
      <w:r>
        <w:t>Understanding Taraweeh would be to a very limited extent.</w:t>
      </w:r>
    </w:p>
    <w:p>
      <w:r>
        <w:rPr>
          <w:b/>
        </w:rPr>
        <w:t xml:space="preserve">[1:17:20] </w:t>
      </w:r>
      <w:r>
        <w:t>Maulana, kindly comment on this. Haan, yeh to hai, yeh yeh ek masla hai.</w:t>
      </w:r>
    </w:p>
    <w:p>
      <w:pPr>
        <w:jc w:val="right"/>
      </w:pPr>
      <w:r>
        <w:t>مولانا، kindly comment on this. ہاں، یہ تو ہے، یہ یہ ایک مسئلہ ہے۔</w:t>
      </w:r>
    </w:p>
    <w:p>
      <w:r>
        <w:rPr>
          <w:b/>
        </w:rPr>
        <w:t xml:space="preserve">[1:17:33] </w:t>
      </w:r>
      <w:r>
        <w:t>To us ki shakal kai jagah aisa hota hai, baz majlison mein log karte hain aisa ke us hisse ka tarjuma suna dete hain.</w:t>
      </w:r>
    </w:p>
    <w:p>
      <w:pPr>
        <w:jc w:val="right"/>
      </w:pPr>
      <w:r>
        <w:t>تو اس کی شکل کئی جگہ ایسا ہوتا ہے، بعض مجلسوں میں لوگ کرتے ہیں ایسا کہ اس حصے کا ترجمہ سنا دیتے ہیں۔</w:t>
      </w:r>
    </w:p>
    <w:p>
      <w:r>
        <w:rPr>
          <w:b/>
        </w:rPr>
        <w:t xml:space="preserve">[1:17:44] </w:t>
      </w:r>
      <w:r>
        <w:t>To baz jagah mein ne yeh bhi dekha hai ke Hafiz sahab jo hissa Quran ka parhne wale hote hain, woh pehle bata dete hain. Woh to aadmi pehle parh kar jata hai.</w:t>
      </w:r>
    </w:p>
    <w:p>
      <w:pPr>
        <w:jc w:val="right"/>
      </w:pPr>
      <w:r>
        <w:t>تو بعض جگہ میں نے یہ بھی دیکھا ہے کہ حافظ صاحب جو حصہ قرآن کا پڑھنے والے ہوتے ہیں، وہ پہلے بتا دیتے ہیں۔ وہ تو آدمی پہلے پڑھ کر جاتا ہے۔</w:t>
      </w:r>
    </w:p>
    <w:p>
      <w:r>
        <w:rPr>
          <w:b/>
        </w:rPr>
        <w:t xml:space="preserve">[1:17:56] </w:t>
      </w:r>
      <w:r>
        <w:t>To parh kar jab jata hai, phir woh sunta hai to samajhta chala jata hai. Aur bohat asaan hai, yeh to koi mushkil kaam nahi hai ke jo hissa Quran ka us din Hafiz sahab parhenge, us ka tarjuma hum parh lein pehle.</w:t>
      </w:r>
    </w:p>
    <w:p>
      <w:pPr>
        <w:jc w:val="right"/>
      </w:pPr>
      <w:r>
        <w:t>تو پڑھ کے جب جاتا ہے، پھر وہ سنتا ہے تو سمجھتا چلا جاتا ہے۔ اور بہت آسان ہے، یہ تو کوئی مشکل کام نہیں ہے کہ جو حصہ قرآن کا اس دن حافظ صاحب پڑھیں گے، اس کا ترجمہ ہم پڑھ لیں پہلے۔</w:t>
      </w:r>
    </w:p>
    <w:p>
      <w:r>
        <w:rPr>
          <w:b/>
        </w:rPr>
        <w:t xml:space="preserve">[1:18:09] </w:t>
      </w:r>
      <w:r>
        <w:t>To Quran ki zuban aap ko arz karoon ke itni asaan hai,</w:t>
      </w:r>
    </w:p>
    <w:p>
      <w:pPr>
        <w:jc w:val="right"/>
      </w:pPr>
      <w:r>
        <w:t>تو قرآن کی زبان آپ کو عرض کروں کہ اتنی آسان ہے،</w:t>
      </w:r>
    </w:p>
    <w:p>
      <w:r>
        <w:rPr>
          <w:b/>
        </w:rPr>
        <w:t xml:space="preserve">[1:18:14] </w:t>
      </w:r>
      <w:r>
        <w:t>Duniya ki sab se asaan kitab Quran hai. Us ki vocabulary bohat thodi hai, bohat kam vocabulary se aap Quran ko samajh sakte hain.</w:t>
      </w:r>
    </w:p>
    <w:p>
      <w:pPr>
        <w:jc w:val="right"/>
      </w:pPr>
      <w:r>
        <w:t>دنیا کی سب سے آسان کتاب قرآن ہے۔ اس کی وکیبلری بہت تھوڑی ہے، بہت کم وکیبلری سے آپ قرآن کو سمجھ سکتے ہیں۔</w:t>
      </w:r>
    </w:p>
    <w:p>
      <w:r>
        <w:rPr>
          <w:b/>
        </w:rPr>
        <w:t xml:space="preserve">[1:18:23] </w:t>
      </w:r>
      <w:r>
        <w:t>Aap bohat ajeeb baat hai yeh ke bohat hi kam vocabulary se aap Quran ko samajh sakte hain. Aur jo log Urdu jante hain, to woh to aur bhi asaan hai un ke parhna, samajhna.</w:t>
      </w:r>
    </w:p>
    <w:p>
      <w:pPr>
        <w:jc w:val="right"/>
      </w:pPr>
      <w:r>
        <w:t>آپ بہت عجیب بات ہے یہ کہ بہت ہی کم وکیبلری سے آپ قرآن کو سمجھ سکتے ہیں۔ اور جو لوگ اردو جانتے ہیں، تو وہ تو اور بھی آسان ہے ان کے پڑھنا، سمجھنا۔</w:t>
      </w:r>
    </w:p>
    <w:p>
      <w:r>
        <w:rPr>
          <w:b/>
        </w:rPr>
        <w:t xml:space="preserve">[1:18:35] </w:t>
      </w:r>
      <w:r>
        <w:t>Us ko Urdu kya hai? Urdu, Farsi aur Arabi aur kuch Hindi ke alfaaz mil kar ke Urdu bani hai.</w:t>
      </w:r>
    </w:p>
    <w:p>
      <w:pPr>
        <w:jc w:val="right"/>
      </w:pPr>
      <w:r>
        <w:t>اس کو اردو کیا ہے؟ اردو، فارسی اور عربی اور کچھ ہندی کے الفاظ مل کر کے اردو بنی ہے۔</w:t>
      </w:r>
    </w:p>
    <w:p>
      <w:r>
        <w:rPr>
          <w:b/>
        </w:rPr>
        <w:t xml:space="preserve">[1:18:42] </w:t>
      </w:r>
      <w:r>
        <w:t>To yeh koi mushkil kaam nahi hai. Main samajhta hoon ke koi koi tadbeer us ki nikali ja sakti hai, ya to peshgi log parh kar jayein wahan, ya Hafiz sahab Quran ka tarjuma parh kar suna dein,</w:t>
      </w:r>
    </w:p>
    <w:p>
      <w:pPr>
        <w:jc w:val="right"/>
      </w:pPr>
      <w:r>
        <w:t>تو یہ کوئی مشکل کام نہیں ہے۔ میں سمجھتا ہوں کہ کوئی کوئی تدبیر اس کی نکالی جا سکتی ہے، یا تو پیشگی لوگ پڑھ کر جائیں وہاں، یا حافظ صاحب قرآن کا ترجمہ پڑھ کر سنا دیں،</w:t>
      </w:r>
    </w:p>
    <w:p>
      <w:r>
        <w:rPr>
          <w:b/>
        </w:rPr>
        <w:t xml:space="preserve">[1:18:58] </w:t>
      </w:r>
      <w:r>
        <w:t>Ya aur koi shakal ki jaye. To main samajhta hoon ke yeh mumkin hai aisa karna.</w:t>
      </w:r>
    </w:p>
    <w:p>
      <w:pPr>
        <w:jc w:val="right"/>
      </w:pPr>
      <w:r>
        <w:t>یا اور کوئی شکل کی جائے۔ تو میں سمجھتا ہوں کہ یہ ممکن ہے ایسا کرنا۔</w:t>
      </w:r>
    </w:p>
    <w:p>
      <w:r>
        <w:rPr>
          <w:b/>
        </w:rPr>
        <w:t xml:space="preserve">[1:19:07] </w:t>
      </w:r>
      <w:r>
        <w:t>Hum khud aisa karte the pehle.</w:t>
      </w:r>
    </w:p>
    <w:p>
      <w:pPr>
        <w:jc w:val="right"/>
      </w:pPr>
      <w:r>
        <w:t>ہم خود ایسا کرتے تھے پہلے۔</w:t>
      </w:r>
    </w:p>
    <w:p>
      <w:r>
        <w:rPr>
          <w:b/>
        </w:rPr>
        <w:t xml:space="preserve">[1:19:13] </w:t>
      </w:r>
      <w:r>
        <w:t>This question is from Mr. Nafeez Shiraz from Delhi. Insan ko sab se zyada mohabbat kis se karni chahiye? Maa se, makhlooq se, desh se, ya phir Khuda se?</w:t>
      </w:r>
    </w:p>
    <w:p>
      <w:pPr>
        <w:jc w:val="right"/>
      </w:pPr>
      <w:r>
        <w:t>This question is from Mr. Nafeez Shiraz from Delhi. انسان کو سب سے زیادہ محبت کس سے کرنی چاہیے؟ ماں سے، مخلوق سے، دیش سے، یا پھر خدا سے؟</w:t>
      </w:r>
    </w:p>
    <w:p>
      <w:r>
        <w:rPr>
          <w:b/>
        </w:rPr>
        <w:t xml:space="preserve">[1:19:29] </w:t>
      </w:r>
      <w:r>
        <w:t>Bhai, Quran mein to hai ke sirf Khuda se. Ashaddu hubban lillahi baqi mohabbatain us ke tabay hain, us ke tehat hain.</w:t>
      </w:r>
    </w:p>
    <w:p>
      <w:pPr>
        <w:jc w:val="right"/>
      </w:pPr>
      <w:r>
        <w:t>بھئی، قرآن میں تو ہے کہ صرف خدا سے۔ أشد حبًا لله بقیہ محبتیں اس کے تابع ہیں، اس کے تحت ہیں۔</w:t>
      </w:r>
    </w:p>
    <w:p>
      <w:r>
        <w:rPr>
          <w:b/>
        </w:rPr>
        <w:t xml:space="preserve">[1:19:43] </w:t>
      </w:r>
      <w:r>
        <w:t>aslan jo hai, khuda se muhabbat, aslan baqi muhabbaten is ke tabe hain.</w:t>
      </w:r>
    </w:p>
    <w:p>
      <w:pPr>
        <w:jc w:val="right"/>
      </w:pPr>
      <w:r>
        <w:t>اصلاً جو ہے، خدا سے محبت، اصلاً باقی محبتیں اس کے تابع ہیں۔</w:t>
      </w:r>
    </w:p>
    <w:p>
      <w:r>
        <w:rPr>
          <w:b/>
        </w:rPr>
        <w:t xml:space="preserve">[1:19:53] </w:t>
      </w:r>
      <w:r>
        <w:t>quran mein hai ke ashad huban lillahi sab se ziyada muhabbat karta hai believer allah se. yeh to bohat clear hai.</w:t>
      </w:r>
    </w:p>
    <w:p>
      <w:pPr>
        <w:jc w:val="right"/>
      </w:pPr>
      <w:r>
        <w:t>قرآن میں ہے کہ أشد حبًا لله سب سے زیادہ محبت کرتا ہے believer اللہ سے۔ یہ تو بہت کلیئر ہے۔</w:t>
      </w:r>
    </w:p>
    <w:p>
      <w:r>
        <w:rPr>
          <w:b/>
        </w:rPr>
        <w:t xml:space="preserve">[1:20:06] </w:t>
      </w:r>
      <w:r>
        <w:t>baqi cheezen is ke baad ati hain,</w:t>
      </w:r>
    </w:p>
    <w:p>
      <w:pPr>
        <w:jc w:val="right"/>
      </w:pPr>
      <w:r>
        <w:t>باقی چیزیں اس کے بعد آتی ہیں،</w:t>
      </w:r>
    </w:p>
    <w:p>
      <w:r>
        <w:rPr>
          <w:b/>
        </w:rPr>
        <w:t xml:space="preserve">[1:20:10] </w:t>
      </w:r>
      <w:r>
        <w:t>darja darja. aur watan se muhabbat bhi mein samajhta hoon ke zaroori hai, kyunke jis mulk mein aap rehte hain to yeh ek fitri hai ke is se aap muhabbat ho.</w:t>
      </w:r>
    </w:p>
    <w:p>
      <w:pPr>
        <w:jc w:val="right"/>
      </w:pPr>
      <w:r>
        <w:t>درجہ بدرجہ۔ اور وطن سے محبت بھی میں سمجھتا ہوں کہ ضروری ہے، کیونکہ جس ملک میں آپ رہتے ہیں تو یہ ایک فطری ہے کہ اس سے آپ محبت ہو۔</w:t>
      </w:r>
    </w:p>
    <w:p>
      <w:r>
        <w:rPr>
          <w:b/>
        </w:rPr>
        <w:t xml:space="preserve">[1:20:19] </w:t>
      </w:r>
      <w:r>
        <w:t>aap ko jahan aap paida hue, jahan ke hawa mein aap saans lete hain, jahan ka pani peete hain, to it is but natural ke aap ko is se muhabbat ho.</w:t>
      </w:r>
    </w:p>
    <w:p>
      <w:pPr>
        <w:jc w:val="right"/>
      </w:pPr>
      <w:r>
        <w:t>آپ کو جہاں آپ پیدا ہوئے، جہاں کے ہوا میں آپ سانس لیتے ہیں، جہاں کا پانی پیتے ہیں، تو it is but natural کہ آپ کو اس سے محبت ہو۔</w:t>
      </w:r>
    </w:p>
    <w:p>
      <w:r>
        <w:rPr>
          <w:b/>
        </w:rPr>
        <w:t xml:space="preserve">[1:20:31] </w:t>
      </w:r>
      <w:r>
        <w:t>to khuda ki muhabbat jo hai, is ka is ko ek alag, is woh is ka nature hi alag hai</w:t>
      </w:r>
    </w:p>
    <w:p>
      <w:pPr>
        <w:jc w:val="right"/>
      </w:pPr>
      <w:r>
        <w:t>تو خدا کی محبت جو ہے، اس کا اس کو ایک الگ، اس وہ اس کا نیچر ہی الگ ہے</w:t>
      </w:r>
    </w:p>
    <w:p>
      <w:r>
        <w:rPr>
          <w:b/>
        </w:rPr>
        <w:t xml:space="preserve">[1:20:37] </w:t>
      </w:r>
      <w:r>
        <w:t>ke woh hamara creator hai, woh hamara sustainer hai, woh hamara lord hai. is ke aage hum accountable hain. to woh ek bohat hi higher type ki muhabbat hai, higher type ki muhabbat.</w:t>
      </w:r>
    </w:p>
    <w:p>
      <w:pPr>
        <w:jc w:val="right"/>
      </w:pPr>
      <w:r>
        <w:t>کہ وہ ہمارا کریٹر ہے، وہ ہمارا سسٹینر ہے، وہ ہمارا لارڈ ہے۔ اس کے آگے ہم اکاؤنٹیبل ہیں۔ تو وہ ایک بہت ہی ہائر ٹائپ کی محبت ہے، ہائر ٹائپ کی محبت۔</w:t>
      </w:r>
    </w:p>
    <w:p>
      <w:r>
        <w:rPr>
          <w:b/>
        </w:rPr>
        <w:t xml:space="preserve">[1:20:50] </w:t>
      </w:r>
      <w:r>
        <w:t>aur is is woh woh wali muhabbat to sirf khuda hi se rahe gi. yeh yeh lower level ki muhabbat hai jo aur cheezon se hoti hai.</w:t>
      </w:r>
    </w:p>
    <w:p>
      <w:pPr>
        <w:jc w:val="right"/>
      </w:pPr>
      <w:r>
        <w:t>اور اس اس وہ وہ والی محبت تو صرف خدا ہی سے رہے گی۔ یہ یہ لوئر لیول کی محبت ہے جو اور چیزوں سے ہوتی ہے۔</w:t>
      </w:r>
    </w:p>
    <w:p>
      <w:r>
        <w:rPr>
          <w:b/>
        </w:rPr>
        <w:t xml:space="preserve">[1:21:00] </w:t>
      </w:r>
      <w:r>
        <w:t>to ab aap ghor kijiye ke jis ne aap ko paida kiya, aap nahi the, aap ko hai banaya, aur sari boundaries khuda ki taraf se ati hain aap ko.</w:t>
      </w:r>
    </w:p>
    <w:p>
      <w:pPr>
        <w:jc w:val="right"/>
      </w:pPr>
      <w:r>
        <w:t>تو اب آپ غور کیجئے کہ جس نے آپ کو پیدا کیا، آپ نہیں تھے، آپ کو ہے بنایا، اور ساری باؤنڈریز خدا کی طرف سے آتی ہیں آپ کو۔</w:t>
      </w:r>
    </w:p>
    <w:p>
      <w:r>
        <w:rPr>
          <w:b/>
        </w:rPr>
        <w:t xml:space="preserve">[1:21:12] </w:t>
      </w:r>
      <w:r>
        <w:t>to woh to bohat hi oonche darje ki ek muhabbat hoti hai. to woh muhabbat to sirf khuda hi se rahe gi. is ke baad dunya ke aitbar se muhabbaten hoti hain.</w:t>
      </w:r>
    </w:p>
    <w:p>
      <w:pPr>
        <w:jc w:val="right"/>
      </w:pPr>
      <w:r>
        <w:t>تو وہ تو بہت ہی اونچے درجے کی ایک محبت ہوتی ہے۔ تو وہ محبت تو صرف خدا ہی سے رہے گی۔ اس کے بعد دنیا کے اعتبار سے محبتیں ہوتی ہیں۔</w:t>
      </w:r>
    </w:p>
    <w:p>
      <w:r>
        <w:rPr>
          <w:b/>
        </w:rPr>
        <w:t xml:space="preserve">[1:21:24] </w:t>
      </w:r>
      <w:r>
        <w:t>hum ne gaon mein dekha hai ke logon ko apne kite se muhabbat hoti hai, apne bail se, apne bhains se bohat muhabbat hoti hai. to woh ek woh woh nature hai insan ka.</w:t>
      </w:r>
    </w:p>
    <w:p>
      <w:pPr>
        <w:jc w:val="right"/>
      </w:pPr>
      <w:r>
        <w:t>ہم نے گاؤں میں دیکھا ہے کہ لوگوں کو اپنے کائٹ سے محبت ہوتی ہے، اپنے بیل سے، اپنے بھینس سے بہت محبت ہوتی ہے۔ تو وہ ایک وہ وہ نیچر ہے انسان کا۔</w:t>
      </w:r>
    </w:p>
    <w:p>
      <w:r>
        <w:rPr>
          <w:b/>
        </w:rPr>
        <w:t xml:space="preserve">[1:21:39] </w:t>
      </w:r>
      <w:r>
        <w:t>This question is from Mr. Khalid Ansari from Delhi.</w:t>
      </w:r>
    </w:p>
    <w:p>
      <w:pPr>
        <w:jc w:val="right"/>
      </w:pPr>
      <w:r>
        <w:t>This question is from Mr. Khalid Ansari from Delhi.</w:t>
      </w:r>
    </w:p>
    <w:p>
      <w:r>
        <w:rPr>
          <w:b/>
        </w:rPr>
        <w:t xml:space="preserve">[1:21:43] </w:t>
      </w:r>
      <w:r>
        <w:t>It's a widespread belief amongst the Muslims that God will never bring this world to an end till the second coming of Christ and Dajjal's appearance.</w:t>
      </w:r>
    </w:p>
    <w:p>
      <w:pPr>
        <w:jc w:val="right"/>
      </w:pPr>
      <w:r>
        <w:t>It's a widespread belief amongst the Muslims that God will never bring this world to an end till the second coming of Christ and Dajjal's appearance.</w:t>
      </w:r>
    </w:p>
    <w:p>
      <w:r>
        <w:rPr>
          <w:b/>
        </w:rPr>
        <w:t xml:space="preserve">[1:21:55] </w:t>
      </w:r>
      <w:r>
        <w:t>Could you shed some light on this issue and explain whether both the phenomena are either over or are currently going on, and that the end of this world is imminent?</w:t>
      </w:r>
    </w:p>
    <w:p>
      <w:pPr>
        <w:jc w:val="right"/>
      </w:pPr>
      <w:r>
        <w:t>Could you shed some light on this issue and explain whether both the phenomena are either over or are currently going on, and that the end of this world is imminent?</w:t>
      </w:r>
    </w:p>
    <w:p>
      <w:r>
        <w:rPr>
          <w:b/>
        </w:rPr>
        <w:t xml:space="preserve">[1:22:10] </w:t>
      </w:r>
      <w:r>
        <w:t>is par bare detail se likha hai aap ne magazine mein.</w:t>
      </w:r>
    </w:p>
    <w:p>
      <w:pPr>
        <w:jc w:val="right"/>
      </w:pPr>
      <w:r>
        <w:t>اس پر بڑے ڈیٹیل سے لکھا ہے آپ نے میگزین میں۔</w:t>
      </w:r>
    </w:p>
    <w:p>
      <w:r>
        <w:rPr>
          <w:b/>
        </w:rPr>
        <w:t xml:space="preserve">[1:22:15] </w:t>
      </w:r>
      <w:r>
        <w:t>azeem log yeh samajhte hain ke dajjal ya maseeh ya mehdi kuch kuch anokhe qism ke honge.</w:t>
      </w:r>
    </w:p>
    <w:p>
      <w:pPr>
        <w:jc w:val="right"/>
      </w:pPr>
      <w:r>
        <w:t>عظیم لوگ یہ سمجھتے ہیں کہ دجال یا مسیحہ یا مہدی کچھ کچھ انوکھے قسم کے ہوں گے۔</w:t>
      </w:r>
    </w:p>
    <w:p>
      <w:r>
        <w:rPr>
          <w:b/>
        </w:rPr>
        <w:t xml:space="preserve">[1:22:24] </w:t>
      </w:r>
      <w:r>
        <w:t>to woh aisa anokha kuch dekhte nahi hain, woh is ko to samajhte hain ke abhi woh aaye nahi hain. bas samajhta hai sab kuch ho chuka hai. mein ne likha hai ke maseeh ek role hai.</w:t>
      </w:r>
    </w:p>
    <w:p>
      <w:pPr>
        <w:jc w:val="right"/>
      </w:pPr>
      <w:r>
        <w:t>تو وہ ایسا انوکھا کچھ دیکھتے نہیں ہیں، وہ اس کو تو سمجھتے ہیں کہ ابھی وہ آئے نہیں ہیں۔ بس سمجھتا ہے سب کچھ ہو چکا ہے۔ میں نے لکھا ہے کہ مسیح ایک رول ہے۔</w:t>
      </w:r>
    </w:p>
    <w:p>
      <w:r>
        <w:rPr>
          <w:b/>
        </w:rPr>
        <w:t xml:space="preserve">[1:22:34] </w:t>
      </w:r>
      <w:r>
        <w:t>maseeh ke bare mein mein ne likha hai ke kahin bhi aap jante hain, quran mein to kahin hai hi nahi ke maseeh aayenge. kahin bhi nahi hai.</w:t>
      </w:r>
    </w:p>
    <w:p>
      <w:pPr>
        <w:jc w:val="right"/>
      </w:pPr>
      <w:r>
        <w:t>مسیح کے بارے میں میں نے لکھا ہے کہ کہیں بھی آپ جانتے ہیں، قرآن میں تو کہیں ہے ہی نہیں کہ مسیح آئیں گے۔ کہیں بھی نہیں ہے۔</w:t>
      </w:r>
    </w:p>
    <w:p>
      <w:r>
        <w:rPr>
          <w:b/>
        </w:rPr>
        <w:t xml:space="preserve">[1:22:42] </w:t>
      </w:r>
      <w:r>
        <w:t>hadith mein hai to hadith mein kahin bhi nahi hai ke aasman se utrenge. yeh bohat bari fallacy hai ke log samajhte hain ke maseeh aasman se aayenge, jabke kahin hai hi nahi.</w:t>
      </w:r>
    </w:p>
    <w:p>
      <w:pPr>
        <w:jc w:val="right"/>
      </w:pPr>
      <w:r>
        <w:t>حدیث میں ہے تو حدیث میں کہیں بھی نہیں ہے کہ آسمان سے اتریں گے۔ یہ بہت بڑی فلسی ہے کہ لوگ سمجھتے ہیں کہ مسیح آسمان سے آئیں گے، جبکہ کہیں ہے ہی نہیں۔</w:t>
      </w:r>
    </w:p>
    <w:p>
      <w:r>
        <w:rPr>
          <w:b/>
        </w:rPr>
        <w:t xml:space="preserve">[1:22:52] </w:t>
      </w:r>
      <w:r>
        <w:t>quran hadith mein taqreeban pachas hadith hain maseeh ke bare mein, kyunke is mein yeh hai nahi ke aasman se utrenge. bas aayenge, bas aayenge.</w:t>
      </w:r>
    </w:p>
    <w:p>
      <w:pPr>
        <w:jc w:val="right"/>
      </w:pPr>
      <w:r>
        <w:t>قرآن حدیث میں تقریباً پچاس حدیثیں ہیں مسیح کے بارے میں، کیونکہ اس میں یہ ہے نہیں کہ آسمان سے اتریں گے۔ بس آئیں گے، بس آئیں گے۔</w:t>
      </w:r>
    </w:p>
    <w:p>
      <w:r>
        <w:rPr>
          <w:b/>
        </w:rPr>
        <w:t xml:space="preserve">[1:23:04] </w:t>
      </w:r>
      <w:r>
        <w:t>to dajjal aur mehdi aur maseeh ka muamla is liye logon ko doubt full bana hua hai ke log samajhte hain ke woh koi dajjal, koi koi monster hoga, koi bohat hi bara pahad ki tarah hoga.</w:t>
      </w:r>
    </w:p>
    <w:p>
      <w:pPr>
        <w:jc w:val="right"/>
      </w:pPr>
      <w:r>
        <w:t>تو دجال اور مہدی اور مسیح کا معاملہ اس لیے لوگوں کو ڈاؤٹ فل بنا ہوا ہے کہ لوگ سمجھتے ہیں کہ وہ کوئی دجال، کوئی کوئی مونسٹر ہوگا، کوئی بہت ہی بڑا پہاڑ کی طرح ہوگا۔</w:t>
      </w:r>
    </w:p>
    <w:p>
      <w:r>
        <w:rPr>
          <w:b/>
        </w:rPr>
        <w:t xml:space="preserve">[1:23:17] </w:t>
      </w:r>
      <w:r>
        <w:t>bilkul yeh stepped baaten hain, yeh sab dajjal ho ya mehdi ho, maseeh hamare aap jaisa ek insan hoga. bas is ke ilawa kuch nahi.</w:t>
      </w:r>
    </w:p>
    <w:p>
      <w:pPr>
        <w:jc w:val="right"/>
      </w:pPr>
      <w:r>
        <w:t>بالکل یہ سٹیپڈ باتیں ہیں، یہ سب دجال ہو یا مہدی ہو، مسیح ہمارے آپ جیسا ایک انسان ہوگا۔ بس اس کے علاوہ کچھ نہیں۔</w:t>
      </w:r>
    </w:p>
    <w:p>
      <w:r>
        <w:rPr>
          <w:b/>
        </w:rPr>
        <w:t xml:space="preserve">[1:23:28] </w:t>
      </w:r>
      <w:r>
        <w:t>to aayen, hum kahein ke dajjal aa chuka ho, mehdi aa chuka ho, maseeh aa chuka ho,</w:t>
      </w:r>
    </w:p>
    <w:p>
      <w:pPr>
        <w:jc w:val="right"/>
      </w:pPr>
      <w:r>
        <w:t>تو آئیں، ہم کہیں کہ دجال آ چکا ہو، مہدی آ چکا ہو، مسیح آ چکا ہو،</w:t>
      </w:r>
    </w:p>
    <w:p>
      <w:r>
        <w:rPr>
          <w:b/>
        </w:rPr>
        <w:t xml:space="preserve">[1:23:33] </w:t>
      </w:r>
      <w:r>
        <w:t>wahan pe pehchan abhi tak hum ne pehchana na ho is ko. to yeh jo musalmanon mein phaili hui baat thi, is liye phaili hui ke woh samajhte hain ke koi anokhi cheez hogi, kisi pahad se achanak ek mehdi nikal aayenge, aasman se maseeh utar aayenge.</w:t>
      </w:r>
    </w:p>
    <w:p>
      <w:pPr>
        <w:jc w:val="right"/>
      </w:pPr>
      <w:r>
        <w:t>وہاں پہ پہچان ابھی تک ہم نے پہچانا نہ ہو اس کو۔ تو یہ جو مسلمانوں میں پھیلی ہوئی بات تھی، اس لیے پہلی ہوئی کہ وہ سمجھتے ہیں کہ کوئی انوکھی چیز ہوگی، کسی پہاڑ سے اچانک ایک مہدی نکل آئیں گے، آسمان سے مسیح اتر آئیں گے۔</w:t>
      </w:r>
    </w:p>
    <w:p>
      <w:r>
        <w:rPr>
          <w:b/>
        </w:rPr>
        <w:t xml:space="preserve">[1:23:49] </w:t>
      </w:r>
      <w:r>
        <w:t>dajjal koi bohat hi pahad ki tarah, koi insan, yeh sab galat baaten hain. yeh sab bilkul</w:t>
      </w:r>
    </w:p>
    <w:p>
      <w:pPr>
        <w:jc w:val="right"/>
      </w:pPr>
      <w:r>
        <w:t>دجال کوئی بہت ہی پہاڑ کی طرح، کوئی انسان، یہ سب غلط باتیں ہیں۔ یہ سب بالکل</w:t>
      </w:r>
    </w:p>
    <w:p>
      <w:r>
        <w:rPr>
          <w:b/>
        </w:rPr>
        <w:t xml:space="preserve">[1:23:55] </w:t>
      </w:r>
      <w:r>
        <w:t>na aasman se koi utarne wala hai, na koi pahaar se nikalne wala hai, na koi monster jaisa koi paida hone wala dajjal.</w:t>
      </w:r>
    </w:p>
    <w:p>
      <w:pPr>
        <w:jc w:val="right"/>
      </w:pPr>
      <w:r>
        <w:t>نہ آسمان سے کوئی اترنے والا ہے، نہ کوئی پہاڑ سے نکلنے والا ہے، نہ کوئی مونسٹر جیسا کوئی پیدا ہونے والا دجال۔</w:t>
      </w:r>
    </w:p>
    <w:p>
      <w:r>
        <w:rPr>
          <w:b/>
        </w:rPr>
        <w:t xml:space="preserve">[1:24:06] </w:t>
      </w:r>
      <w:r>
        <w:t>to mere dekh, sab kuch ho chuka hai. ab qayamat bohat qareeb hai, khud hadees ke mutabiq bohat qareeb hai. aap ghor kijiye ke pani, rasool Allah ne farmaya ke pani jo hai, kam hota chala jayega, pehle one third, phir two third, phir khatam, total khatam.</w:t>
      </w:r>
    </w:p>
    <w:p>
      <w:pPr>
        <w:jc w:val="right"/>
      </w:pPr>
      <w:r>
        <w:t>تو میرے دیکھ، سب کچھ ہو چکا ہے۔ اب قیامت بہت قریب ہے، خود حدیث کے مطابق بہت قریب ہے۔ آپ غور کیجئے کہ پانی، رسول اللہ نے فرمایا کہ پانی جو ہے، کم ہوتا چلا جائے گا، پہلے ون تھرڈ، پھر ٹو تھرڈ، پھر ختم، ٹوٹل ختم۔</w:t>
      </w:r>
    </w:p>
    <w:p>
      <w:r>
        <w:rPr>
          <w:b/>
        </w:rPr>
        <w:t xml:space="preserve">[1:24:21] </w:t>
      </w:r>
      <w:r>
        <w:t>to one third to khatam ho chuka,</w:t>
      </w:r>
    </w:p>
    <w:p>
      <w:pPr>
        <w:jc w:val="right"/>
      </w:pPr>
      <w:r>
        <w:t>تو ون تھرڈ تو ختم ہو چکا،</w:t>
      </w:r>
    </w:p>
    <w:p>
      <w:r>
        <w:rPr>
          <w:b/>
        </w:rPr>
        <w:t xml:space="preserve">[1:24:23] </w:t>
      </w:r>
      <w:r>
        <w:t>matlab salt ban gaya, wo wo fresh water nahi raha. to ab ab ab kab tak intezar karenge log? kya suraj suraj israfel jab phuk phuk jayega, tab koi ayega yahan par?</w:t>
      </w:r>
    </w:p>
    <w:p>
      <w:pPr>
        <w:jc w:val="right"/>
      </w:pPr>
      <w:r>
        <w:t>مطلب سالٹ بن گیا، وہ وہ فریش واٹر نہیں رہا۔ تو اب اب اب کب تک انتظار کریں گے لوگ؟ کیا سورج سورج اسرافیل جب پھک پھک جائے گا، تب کوئی آئے گا یہاں پر؟</w:t>
      </w:r>
    </w:p>
    <w:p>
      <w:r>
        <w:rPr>
          <w:b/>
        </w:rPr>
        <w:t xml:space="preserve">[1:24:38] </w:t>
      </w:r>
      <w:r>
        <w:t>main to samajhta hoon ke sab kuch ho chuka hai, kuch hona baqi nahi hai. ab sirf qayamat ka process bohat hi tezi se chal raha hai aur bohat zyada door nahi ke qayamat aa jaye.</w:t>
      </w:r>
    </w:p>
    <w:p>
      <w:pPr>
        <w:jc w:val="right"/>
      </w:pPr>
      <w:r>
        <w:t>میں تو سمجھتا ہوں کہ سب کچھ ہو چکا ہے، کچھ ہونا باقی نہیں ہے۔ اب صرف قیامت کا پراسیس بہت ہی تیزی سے چل رہا ہے اور بہت زیادہ دور نہیں کہ قیامت آ جائے۔</w:t>
      </w:r>
    </w:p>
    <w:p>
      <w:r>
        <w:rPr>
          <w:b/>
        </w:rPr>
        <w:t xml:space="preserve">[1:24:54] </w:t>
      </w:r>
      <w:r>
        <w:t>This question is from Mr. Nafeez Shiraz from Delhi. meri samajh mein aaj tak yeh nahi aaya ke sunni musalman kisay kehte hain aur shia musalman kon se hote hain.</w:t>
      </w:r>
    </w:p>
    <w:p>
      <w:pPr>
        <w:jc w:val="right"/>
      </w:pPr>
      <w:r>
        <w:t>This question is from Mr. Nafeez Shiraz from Delhi. میری سمجھ میں آج تک یہ نہیں آیا کہ سنی مسلمان کسے کہتے ہیں اور شیعہ مسلمان کون سے ہوتے ہیں۔</w:t>
      </w:r>
    </w:p>
    <w:p>
      <w:r>
        <w:rPr>
          <w:b/>
        </w:rPr>
        <w:t xml:space="preserve">[1:25:08] </w:t>
      </w:r>
      <w:r>
        <w:t>baraye karam sunni aur shia ki definition bayan karen.</w:t>
      </w:r>
    </w:p>
    <w:p>
      <w:pPr>
        <w:jc w:val="right"/>
      </w:pPr>
      <w:r>
        <w:t>برائے کرم سنی اور شیعہ کی ڈیفینیشن بیان کریں۔</w:t>
      </w:r>
    </w:p>
    <w:p>
      <w:r>
        <w:rPr>
          <w:b/>
        </w:rPr>
        <w:t xml:space="preserve">[1:25:19] </w:t>
      </w:r>
      <w:r>
        <w:t>bhai, yeh to shia kehte hain in logon ko jo jis ko kehte hain shian e Ali, yani Hazrat Ali ke sath jo log ho gaye the, to is se shia firqa nikla.</w:t>
      </w:r>
    </w:p>
    <w:p>
      <w:pPr>
        <w:jc w:val="right"/>
      </w:pPr>
      <w:r>
        <w:t>بھئی، یہ تو شیعہ کہتے ہیں ان لوگوں کو جو جس کو کہتے ہیں شیعان علی، یعنی حضرت علی کے ساتھ جو لوگ ہو گئے تھے، تو اس سے شیعہ فرقہ نکلا۔</w:t>
      </w:r>
    </w:p>
    <w:p>
      <w:r>
        <w:rPr>
          <w:b/>
        </w:rPr>
        <w:t xml:space="preserve">[1:25:32] </w:t>
      </w:r>
      <w:r>
        <w:t>basically yeh wo log the jo kehte the ke khilafat jo hai, khilafat wo ahle bait ki honi chahiye.</w:t>
      </w:r>
    </w:p>
    <w:p>
      <w:pPr>
        <w:jc w:val="right"/>
      </w:pPr>
      <w:r>
        <w:t>بیسکلی یہ وہ لوگ تھے جو کہتے تھے کہ خلافت جو ہے، خلافت وہ اہل بیت کی ہونی چاہیے۔</w:t>
      </w:r>
    </w:p>
    <w:p>
      <w:r>
        <w:rPr>
          <w:b/>
        </w:rPr>
        <w:t xml:space="preserve">[1:25:40] </w:t>
      </w:r>
      <w:r>
        <w:t>rasool Allah ke baad aap ke jo ahle bait, aap ke jo khandan wale hain, to beta to aap ka tha nahi, to to aap ki beti thi.</w:t>
      </w:r>
    </w:p>
    <w:p>
      <w:pPr>
        <w:jc w:val="right"/>
      </w:pPr>
      <w:r>
        <w:t>رسول اللہ کے بعد آپ کے جو اہل بیت، آپ کے جو خاندان والے ہیں، تو بیٹا تو آپ کا تھا نہیں، تو تو آپ کی بیٹی تھی۔</w:t>
      </w:r>
    </w:p>
    <w:p>
      <w:r>
        <w:rPr>
          <w:b/>
        </w:rPr>
        <w:t xml:space="preserve">[1:25:49] </w:t>
      </w:r>
      <w:r>
        <w:t>to beti ke damad the Hazrat Ali. to is lihaz se unhon ne samjha ke khilafat to Ali ko, Ali ko milna chahiye tha.</w:t>
      </w:r>
    </w:p>
    <w:p>
      <w:pPr>
        <w:jc w:val="right"/>
      </w:pPr>
      <w:r>
        <w:t>تو بیٹی کے داماد تھے حضرت علی۔ تو اس لحاظ سے انہوں نے سمجھا کہ خلافت تو علی کو، علی کو ملنا چاہیے تھی۔</w:t>
      </w:r>
    </w:p>
    <w:p>
      <w:r>
        <w:rPr>
          <w:b/>
        </w:rPr>
        <w:t xml:space="preserve">[1:25:59] </w:t>
      </w:r>
      <w:r>
        <w:t>to isi asal asal jhagda isi baat ka hai ke khilafat ka haqdaraar kon hai. to wo Hazrat Abu Bakr ko, Hazrat Umar ko youther par samajhte hain.</w:t>
      </w:r>
    </w:p>
    <w:p>
      <w:pPr>
        <w:jc w:val="right"/>
      </w:pPr>
      <w:r>
        <w:t>تو اسی اصل اصل جھگڑا اسی بات کا ہے کہ خلافت کا حقدار کون ہے۔ تو وہ حضرت ابوبکر کو، حضرت عمر کو یوتھر پر سمجھتے ہیں۔</w:t>
      </w:r>
    </w:p>
    <w:p>
      <w:r>
        <w:rPr>
          <w:b/>
        </w:rPr>
        <w:t xml:space="preserve">[1:26:07] </w:t>
      </w:r>
      <w:r>
        <w:t>youther par yeh log</w:t>
      </w:r>
    </w:p>
    <w:p>
      <w:pPr>
        <w:jc w:val="right"/>
      </w:pPr>
      <w:r>
        <w:t>یوتھر پر یہ لوگ</w:t>
      </w:r>
    </w:p>
    <w:p>
      <w:r>
        <w:rPr>
          <w:b/>
        </w:rPr>
        <w:t xml:space="preserve">[1:26:10] </w:t>
      </w:r>
      <w:r>
        <w:t>to basically yeh jhagda khilafat ka jhagda hai. is se shia firqa bana hai. yahan tak sunni log hain to sunni ka lafz jo hai, wo asal mein ahle sunnat wal jamat ka abbreviation hai.</w:t>
      </w:r>
    </w:p>
    <w:p>
      <w:pPr>
        <w:jc w:val="right"/>
      </w:pPr>
      <w:r>
        <w:t>تو بیسکلی یہ جھگڑا خلافت کا جھگڑا ہے۔ اس سے شیعہ فرقہ بنا ہے۔ یہاں تک سنی لوگ ہیں تو سنی کا لفظ جو ہے، وہ اصل میں اہل سنت والجماعت کا ایبریویشن ہے۔</w:t>
      </w:r>
    </w:p>
    <w:p>
      <w:r>
        <w:rPr>
          <w:b/>
        </w:rPr>
        <w:t xml:space="preserve">[1:26:24] </w:t>
      </w:r>
      <w:r>
        <w:t>ahle sunnat wal jamat ka matlab yeh hai ke jo jo, yani jo sahaba se tabeen tak jo deen pohncha, tabeen se tabe tabeen tak pohncha, phir muhaddiseen tak pohncha, phir fuqaha tak pohncha, yeh jo silsila chala aa raha hai,</w:t>
      </w:r>
    </w:p>
    <w:p>
      <w:pPr>
        <w:jc w:val="right"/>
      </w:pPr>
      <w:r>
        <w:t>اہل سنت والجماعت کا مطلب یہ ہے کہ جو جو، یعنی جو صحابہ سے تابعین تک جو دین پہنچا، تابعین سے تبع تابعین تک پہنچا، پھر محدثین تک پہنچا، پھر فقہاء تک پہنچا، یہ جو سلسلہ چلا آ رہا ہے،</w:t>
      </w:r>
    </w:p>
    <w:p>
      <w:r>
        <w:rPr>
          <w:b/>
        </w:rPr>
        <w:t xml:space="preserve">[1:26:39] </w:t>
      </w:r>
      <w:r>
        <w:t>yeh jo jo is yeh jo stream hai, is stream mein jo log shamil hain, wo sunni hain, wo ahle sunnat wal jamat in ko kaha jata hai.</w:t>
      </w:r>
    </w:p>
    <w:p>
      <w:pPr>
        <w:jc w:val="right"/>
      </w:pPr>
      <w:r>
        <w:t>یہ جو جو اس یہ جو اسٹریم ہے، اس اسٹریم میں جو لوگ شامل ہیں، وہ سنی ہیں، وہ اہل سنت والجماعت ان کو کہا جاتا ہے۔</w:t>
      </w:r>
    </w:p>
    <w:p>
      <w:r>
        <w:rPr>
          <w:b/>
        </w:rPr>
        <w:t xml:space="preserve">[1:26:49] </w:t>
      </w:r>
      <w:r>
        <w:t>to shia log aik aik firqa ki hesiyat un ki ban gayi hai ke isi aik sawal ko le kar ke ke khilafat jo hai, wo Ali ko milna chahiye thi, wo mil gayi aur userb kar liya Ali, is Abu Bakr, Umar ne.</w:t>
      </w:r>
    </w:p>
    <w:p>
      <w:pPr>
        <w:jc w:val="right"/>
      </w:pPr>
      <w:r>
        <w:t>تو شیعہ لوگ ایک ایک فرقہ کی حیثیت ان کی بن گئی ہے کہ اسی ایک سوال کو لے کر کے کہ خلافت جو ہے، وہ علی کو ملنا چاہیے تھی، وہ مل گئی اور یوزرب کر لیا علی، اس ابوبکر، عمر نے۔</w:t>
      </w:r>
    </w:p>
    <w:p>
      <w:r>
        <w:rPr>
          <w:b/>
        </w:rPr>
        <w:t xml:space="preserve">[1:27:03] </w:t>
      </w:r>
      <w:r>
        <w:t>to yeh asal asal mein yeh hai. barhte barhte aur bohat si baaten shamil ho gayeen, ho gayeen shia firqe mein. lekin shia bhi isi Quran ko mante hain jis Quran ko hum mante hain, isi Quran ko shia log bhi mante hain.</w:t>
      </w:r>
    </w:p>
    <w:p>
      <w:pPr>
        <w:jc w:val="right"/>
      </w:pPr>
      <w:r>
        <w:t>تو یہ اصل اصل میں یہی ہے۔ بڑھتے بڑھتے اور بہت سی باتیں شامل ہو گئیں، ہو گئیں شیعہ فرقے میں۔ لیکن شیعہ بھی اسی قرآن کو مانتے ہیں جس قرآن کو ہم مانتے ہیں، اسی قرآن کو شیعہ لوگ بھی مانتے ہیں۔</w:t>
      </w:r>
    </w:p>
    <w:p>
      <w:r>
        <w:rPr>
          <w:b/>
        </w:rPr>
        <w:t xml:space="preserve">[1:27:16] </w:t>
      </w:r>
      <w:r>
        <w:t>yeh galat mashhoor hai ke shia log kehte hain ke das bare aur bhi the.</w:t>
      </w:r>
    </w:p>
    <w:p>
      <w:pPr>
        <w:jc w:val="right"/>
      </w:pPr>
      <w:r>
        <w:t>یہ غلط مشہور ہے کہ شیعہ لوگ کہتے ہیں کہ دس بارے اور بھی تھے۔</w:t>
      </w:r>
    </w:p>
    <w:p>
      <w:r>
        <w:rPr>
          <w:b/>
        </w:rPr>
        <w:t xml:space="preserve">[1:27:20] </w:t>
      </w:r>
      <w:r>
        <w:t>yeh yeh is ki koi haqeeqat nahi hai. jo un ke barhe barhe ulma hain, shia log ulma mante hain ke Quran mein koi farq nahi hai.</w:t>
      </w:r>
    </w:p>
    <w:p>
      <w:pPr>
        <w:jc w:val="right"/>
      </w:pPr>
      <w:r>
        <w:t>یہ یہ اس کی کوئی حقیقت نہیں ہے۔ جو ان کے بڑے بڑے علماء ہیں، شیعہ لوگ علماء مانتے ہیں کہ قرآن میں کوئی فرق نہیں ہے۔</w:t>
      </w:r>
    </w:p>
    <w:p>
      <w:r>
        <w:rPr>
          <w:b/>
        </w:rPr>
        <w:t xml:space="preserve">[1:27:29] </w:t>
      </w:r>
      <w:r>
        <w:t>same Quran shion ka bhi hai, same same same Quran sunnion ka bhi hai. to sara jhagda sirf khilafat ka hai. bas asal baqi jo hai, wo idhar udhar ki baaten shamil ho gayeen hain, warna un ki asal haqeeqat nahi hai.</w:t>
      </w:r>
    </w:p>
    <w:p>
      <w:pPr>
        <w:jc w:val="right"/>
      </w:pPr>
      <w:r>
        <w:t>سیم قرآن شیعوں کا بھی ہے، سیم سیم سیم قرآن سنیوں کا بھی ہے۔ تو سارا جھگڑا صرف خلافت کا ہے۔ بس اصل باقی جو ہے، وہ ادھر ادھر کی باتیں شامل ہو گئی ہیں، ورنہ ان کی اصل حقیقت نہیں ہے۔</w:t>
      </w:r>
    </w:p>
    <w:p>
      <w:r>
        <w:rPr>
          <w:b/>
        </w:rPr>
        <w:t xml:space="preserve">[1:27:41] </w:t>
      </w:r>
      <w:r>
        <w:t>un ki This question is from Dr. Farida Khanam from Delhi.</w:t>
      </w:r>
    </w:p>
    <w:p>
      <w:pPr>
        <w:jc w:val="right"/>
      </w:pPr>
      <w:r>
        <w:t>ان کی This question is from Dr. Farida Khanam from Delhi.</w:t>
      </w:r>
    </w:p>
    <w:p>
      <w:r>
        <w:rPr>
          <w:b/>
        </w:rPr>
        <w:t xml:space="preserve">[1:27:48] </w:t>
      </w:r>
      <w:r>
        <w:t>People have come to regard the form of worship so important that they fail to understand the importance of spirit.</w:t>
      </w:r>
    </w:p>
    <w:p>
      <w:pPr>
        <w:jc w:val="right"/>
      </w:pPr>
      <w:r>
        <w:t>People have come to regard the form of worship so important that they fail to understand the importance of spirit.</w:t>
      </w:r>
    </w:p>
    <w:p>
      <w:r>
        <w:rPr>
          <w:b/>
        </w:rPr>
        <w:t xml:space="preserve">[1:27:58] </w:t>
      </w:r>
      <w:r>
        <w:t>How can we impress upon their minds the importance of spirit? ab hamara mission to isi pe chal raha hai. isi liye hum zor dete hain ke Quran ko study karo, sirf yeh nahi ke reside kar lo, bas tabhi spirit ayegi.</w:t>
      </w:r>
    </w:p>
    <w:p>
      <w:pPr>
        <w:jc w:val="right"/>
      </w:pPr>
      <w:r>
        <w:t>How can we impress upon their minds the importance of spirit? اب ہمارا مشن تو اسی پہ چل رہا ہے۔ اسی لیے ہم زور دیتے ہیں کہ قرآن کو اسٹڈی کرو، صرف یہ نہیں کہ ریسائیڈ کر لو، بس تبھی اسپیٹ آئے گی۔</w:t>
      </w:r>
    </w:p>
    <w:p>
      <w:r>
        <w:rPr>
          <w:b/>
        </w:rPr>
        <w:t xml:space="preserve">[1:28:16] </w:t>
      </w:r>
      <w:r>
        <w:t>to jab tak log Quran ko sirf reside karenge, to form ko asal samajhte rahenge. wo jab study karenge to un ko khulega, un ki haqeeqaten khulengi un par.</w:t>
      </w:r>
    </w:p>
    <w:p>
      <w:pPr>
        <w:jc w:val="right"/>
      </w:pPr>
      <w:r>
        <w:t>تو جب تک لوگ قرآن کو صرف ریسائیڈ کریں گے، تو فارم کو اصل سمجھتے رہیں گے۔ وہ جب اسٹڈی کریں گے تو ان کو کھلے گا، ان کی حقیقتیں کھلیں گی ان پر۔</w:t>
      </w:r>
    </w:p>
    <w:p>
      <w:r>
        <w:rPr>
          <w:b/>
        </w:rPr>
        <w:t xml:space="preserve">[1:28:28] </w:t>
      </w:r>
      <w:r>
        <w:t>to aur koi shakl nahi ke hum, yaani yaani mind ki re engineering karein. aur koi shortcut nahi mere nazdeek is ka hai.</w:t>
      </w:r>
    </w:p>
    <w:p>
      <w:pPr>
        <w:jc w:val="right"/>
      </w:pPr>
      <w:r>
        <w:t>تو اور کوئی شکل نہیں کہ ہم، یعنی یعنی مائنڈ کی ری انجینئرنگ کریں۔ اور کوئی شارٹ کٹ نہیں میرے نزدیک اس کا ہے۔</w:t>
      </w:r>
    </w:p>
    <w:p>
      <w:r>
        <w:rPr>
          <w:b/>
        </w:rPr>
        <w:t xml:space="preserve">[1:28:38] </w:t>
      </w:r>
      <w:r>
        <w:t>mind ki re engineering hi is ka wahid tareeqa hai. aur Allah ke fazal se hum isi kaam mein lage hue hain.</w:t>
      </w:r>
    </w:p>
    <w:p>
      <w:pPr>
        <w:jc w:val="right"/>
      </w:pPr>
      <w:r>
        <w:t>مائنڈ کی ری انجینئرنگ ہی اس کا واحد طریقہ ہے۔ اور اللہ کے فضل سے ہم اسی کام میں لگے ہوئے ہیں۔</w:t>
      </w:r>
    </w:p>
    <w:p>
      <w:r>
        <w:rPr>
          <w:b/>
        </w:rPr>
        <w:t xml:space="preserve">[1:28:46] </w:t>
      </w:r>
      <w:r>
        <w:t>jo log chahte hain ke is is ko, yaani jo log is ki ahmiyat samajhte hain, to woh is literature ko phailayein.</w:t>
      </w:r>
    </w:p>
    <w:p>
      <w:pPr>
        <w:jc w:val="right"/>
      </w:pPr>
      <w:r>
        <w:t>جو لوگ چاہتے ہیں کہ اس اس کو، یعنی جو لوگ اس کی اہمیت سمجھتے ہیں، تو وہ اس لٹریچر کو پھیلائیں۔</w:t>
      </w:r>
    </w:p>
    <w:p>
      <w:r>
        <w:rPr>
          <w:b/>
        </w:rPr>
        <w:t xml:space="preserve">[1:28:56] </w:t>
      </w:r>
      <w:r>
        <w:t>jo kitabein hamare haan chhapi hain, is ko phailayein zyada se zyada. is tarah inshallah logon ka naya zehn banega.</w:t>
      </w:r>
    </w:p>
    <w:p>
      <w:pPr>
        <w:jc w:val="right"/>
      </w:pPr>
      <w:r>
        <w:t>جو کتابیں ہمارے ہاں چھپی ہیں، اس کو پھیلائیں زیادہ سے زیادہ۔ اس طرح انشاءاللہ لوگوں کا نیا ذہن بنے گا۔</w:t>
      </w:r>
    </w:p>
    <w:p>
      <w:r>
        <w:rPr>
          <w:b/>
        </w:rPr>
        <w:t xml:space="preserve">[1:29:06] </w:t>
      </w:r>
      <w:r>
        <w:t>This question is from Mr. Mustafa Umri from Delhi.</w:t>
      </w:r>
    </w:p>
    <w:p>
      <w:pPr>
        <w:jc w:val="right"/>
      </w:pPr>
      <w:r>
        <w:t>This question is from Mr. Mustafa Umri from Delhi.</w:t>
      </w:r>
    </w:p>
    <w:p>
      <w:r>
        <w:rPr>
          <w:b/>
        </w:rPr>
        <w:t xml:space="preserve">[1:29:10] </w:t>
      </w:r>
      <w:r>
        <w:t>Aziz Burney, jo ke BJP, RSS, Hindu ko bura bhala keh kar Musalmanon ke hero ban gaye hain, woh bhi Mr.</w:t>
      </w:r>
    </w:p>
    <w:p>
      <w:pPr>
        <w:jc w:val="right"/>
      </w:pPr>
      <w:r>
        <w:t>عزیز برنی، جو کہ بی جے پی، آر ایس ایس، ہندو کو برا بھلا کہہ کر مسلمانوں کے ہیرو بن گئے ہیں، وہ بھی Mr.</w:t>
      </w:r>
    </w:p>
    <w:p>
      <w:r>
        <w:rPr>
          <w:b/>
        </w:rPr>
        <w:t xml:space="preserve">[1:29:19] </w:t>
      </w:r>
      <w:r>
        <w:t>Advani ki conference mein thay. lekin log un ke bare mein munh band kiye hue hain. aur aap ke bare mein bohat bolte hain.</w:t>
      </w:r>
    </w:p>
    <w:p>
      <w:pPr>
        <w:jc w:val="right"/>
      </w:pPr>
      <w:r>
        <w:t>Advani کی کانفرنس میں تھے۔ لیکن لوگ ان کے بارے میں منہ بند کیے ہوئے ہیں۔ اور آپ کے بارے میں بہت بولتے ہیں۔</w:t>
      </w:r>
    </w:p>
    <w:p>
      <w:r>
        <w:rPr>
          <w:b/>
        </w:rPr>
        <w:t xml:space="preserve">[1:29:28] </w:t>
      </w:r>
      <w:r>
        <w:t>aisa kyun hai, Maulana? bhai, yeh doosre batayeinge, doosre log wahi batayeinge. main apne bare mein keh sakta hoon ke mera maslak wahi hai jo Rasool Allah ka maslak tha.</w:t>
      </w:r>
    </w:p>
    <w:p>
      <w:pPr>
        <w:jc w:val="right"/>
      </w:pPr>
      <w:r>
        <w:t>ایسا کیوں ہے، مولانا؟ بھئی، یہ دوسرے بتائیں گے، دوسرے لوگ وہی بتائیں گے۔ میں اپنے بارے میں کہہ سکتا ہوں کہ میرا مسلک وہی ہے جو رسول اللہ کا مسلک تھا۔</w:t>
      </w:r>
    </w:p>
    <w:p>
      <w:r>
        <w:rPr>
          <w:b/>
        </w:rPr>
        <w:t xml:space="preserve">[1:29:41] </w:t>
      </w:r>
      <w:r>
        <w:t>ke main ek daai hoon. Rasool Allah daai thay to har jagah jaate thay. woh Yahudiyon ke bhi gaye, aap mushrikon ke haan bhi gaye.</w:t>
      </w:r>
    </w:p>
    <w:p>
      <w:pPr>
        <w:jc w:val="right"/>
      </w:pPr>
      <w:r>
        <w:t>کہ میں ایک داعی ہوں۔ رسول اللہ داعی تھے تو ہر جگہ جاتے تھے۔ وہ یہودیوں کے بھی گئے، آپ مشرکوں کے ہاں بھی گئے۔</w:t>
      </w:r>
    </w:p>
    <w:p>
      <w:r>
        <w:rPr>
          <w:b/>
        </w:rPr>
        <w:t xml:space="preserve">[1:29:51] </w:t>
      </w:r>
      <w:r>
        <w:t>Kaba mein teen sau saal budh thay, tab bhi wahan jaate thay. aap bazaron mein jaate thay, wahan mushrikana sab kaam hota tha. kyun? daai ko audience chahiye.</w:t>
      </w:r>
    </w:p>
    <w:p>
      <w:pPr>
        <w:jc w:val="right"/>
      </w:pPr>
      <w:r>
        <w:t>کعبہ میں تین سو سال بڈھ تھے، تب بھی وہاں جاتے تھے۔ آپ بازاروں میں جاتے تھے، وہاں مشرکانہ سب کام ہوتا تھا۔ کیوں؟ داعی کو آڈینس چاہیے۔</w:t>
      </w:r>
    </w:p>
    <w:p>
      <w:r>
        <w:rPr>
          <w:b/>
        </w:rPr>
        <w:t xml:space="preserve">[1:30:02] </w:t>
      </w:r>
      <w:r>
        <w:t>daai ko gathering chahiye. daai ko insaan chahiye.</w:t>
      </w:r>
    </w:p>
    <w:p>
      <w:pPr>
        <w:jc w:val="right"/>
      </w:pPr>
      <w:r>
        <w:t>داعی کو گیدرنگ چاہیے۔ داعی کو انسان چاہیے۔</w:t>
      </w:r>
    </w:p>
    <w:p>
      <w:r>
        <w:rPr>
          <w:b/>
        </w:rPr>
        <w:t xml:space="preserve">[1:30:07] </w:t>
      </w:r>
      <w:r>
        <w:t>to main wahan jo gaya tha, to aap dekh rahe hain ke maine wahan kya kaha. mere saathi ne kya kaam kiya. maine mel mil ke baatein karein. aur phir hamare saathi ne wahan par Quran ko taqseem kiya.</w:t>
      </w:r>
    </w:p>
    <w:p>
      <w:pPr>
        <w:jc w:val="right"/>
      </w:pPr>
      <w:r>
        <w:t>تو میں وہاں جو گیا تھا، تو آپ دیکھ رہے ہیں کہ میں نے وہاں کیا کہا۔ میرے ساتھیوں نے کیا کام کیا۔ میں نے میل ملا کے باتیں کیں۔ اور پھر ہمارے ساتھیوں نے وہاں پر قرآن کو تقسیم کیا۔</w:t>
      </w:r>
    </w:p>
    <w:p>
      <w:r>
        <w:rPr>
          <w:b/>
        </w:rPr>
        <w:t xml:space="preserve">[1:30:19] </w:t>
      </w:r>
      <w:r>
        <w:t>Islamic detail logon ko diya. Advani ji ko khud diya. ke jab Mr. Advani dakhil hue gate mein, to sab se pehle un ko Quran diya gaya.</w:t>
      </w:r>
    </w:p>
    <w:p>
      <w:pPr>
        <w:jc w:val="right"/>
      </w:pPr>
      <w:r>
        <w:t>اسلامک ڈیٹیل لوگوں کو دیا۔ اڈوانی جی کو خود دیا۔ کہ جب مسٹر اڈوانی داخل ہوئے گیٹ میں، تو سب سے پہلے ان کو قرآن دیا گیا۔</w:t>
      </w:r>
    </w:p>
    <w:p>
      <w:r>
        <w:rPr>
          <w:b/>
        </w:rPr>
        <w:t xml:space="preserve">[1:30:30] </w:t>
      </w:r>
      <w:r>
        <w:t>aur is ko haath mein le liya unhone. aur is ko liye liye logon ko parhna karne lage woh.</w:t>
      </w:r>
    </w:p>
    <w:p>
      <w:pPr>
        <w:jc w:val="right"/>
      </w:pPr>
      <w:r>
        <w:t>اور اس کو ہاتھ میں لے لیا انہوں نے۔ اور اس کو لیے لیے لوگوں کو پڑھنا کرنے لگے وہ۔</w:t>
      </w:r>
    </w:p>
    <w:p>
      <w:r>
        <w:rPr>
          <w:b/>
        </w:rPr>
        <w:t xml:space="preserve">[1:30:35] </w:t>
      </w:r>
      <w:r>
        <w:t>to sab ko diya gaya. stage pe diya gaya. Advani sahib ko diya gaya. audience ko diya gaya. to doosre log ka mamla woh jaane woh kis liye gaye thay.</w:t>
      </w:r>
    </w:p>
    <w:p>
      <w:pPr>
        <w:jc w:val="right"/>
      </w:pPr>
      <w:r>
        <w:t>تو سب کو دیا گیا۔ اسٹیج پہ دیا گیا۔ اڈوانی صاحب کو دیا گیا۔ آڈینس کو دیا گیا۔ تو دوسرے لوگ کا معاملہ وہ جانے وہ کس لیے گئے تھے۔</w:t>
      </w:r>
    </w:p>
    <w:p>
      <w:r>
        <w:rPr>
          <w:b/>
        </w:rPr>
        <w:t xml:space="preserve">[1:30:45] </w:t>
      </w:r>
      <w:r>
        <w:t>hum to jaate hain har jagah sirf dawat ke liye. hamare hamare saathi bhi hamare saath hote hain. main akela nahi kabhi jaata. to main kuch baatein karta hoon, kuch talib qalb ke andaaz mein.</w:t>
      </w:r>
    </w:p>
    <w:p>
      <w:pPr>
        <w:jc w:val="right"/>
      </w:pPr>
      <w:r>
        <w:t>ہم تو جاتے ہیں ہر جگہ صرف دعوت کے لیے۔ ہمارے ہمارے ساتھی بھی ہمارے ساتھ ہوتے ہیں۔ میں اکیلا نہیں کبھی جاتا۔ تو میں کچھ باتیں کرتا ہوں، کچھ طالب قلب کے انداز میں۔</w:t>
      </w:r>
    </w:p>
    <w:p>
      <w:r>
        <w:rPr>
          <w:b/>
        </w:rPr>
        <w:t xml:space="preserve">[1:30:57] </w:t>
      </w:r>
      <w:r>
        <w:t>aur hamare saathi Quran ko distribute karte hain. kitabein distribute karte hain.</w:t>
      </w:r>
    </w:p>
    <w:p>
      <w:pPr>
        <w:jc w:val="right"/>
      </w:pPr>
      <w:r>
        <w:t>اور ہمارے ساتھی قرآن کو ڈسٹریبیوٹ کرتے ہیں۔ کتابیں ڈسٹریبیوٹ کرتے ہیں۔</w:t>
      </w:r>
    </w:p>
    <w:p>
      <w:r>
        <w:rPr>
          <w:b/>
        </w:rPr>
        <w:t xml:space="preserve">[1:31:03] </w:t>
      </w:r>
      <w:r>
        <w:t>koi bhi wahan aa kar dekh le ke hum ne poora poora ka poora video maujood hai. koi bhi dekh le ke hum ne kya kiya wahan. baqi doosre log kya karte hain, woh un se poochhiye.</w:t>
      </w:r>
    </w:p>
    <w:p>
      <w:pPr>
        <w:jc w:val="right"/>
      </w:pPr>
      <w:r>
        <w:t>کوئی بھی وہاں آ کر دیکھ لے کہ ہم نے پورا پورا کا پورا ویڈیو موجود ہے۔ کوئی بھی دیکھ لے کہ ہم نے کیا کیا وہاں۔ باقی دوسرے لوگ کیا کرتے ہیں، وہ ان سے پوچھیے۔</w:t>
      </w:r>
    </w:p>
    <w:p>
      <w:r>
        <w:rPr>
          <w:b/>
        </w:rPr>
        <w:t xml:space="preserve">[1:31:15] </w:t>
      </w:r>
      <w:r>
        <w:t>This question is from Miss Nagma from Delhi. Maulana, is it compulsory for some men to be in itikaf for some days during Ramadan in every area?</w:t>
      </w:r>
    </w:p>
    <w:p>
      <w:pPr>
        <w:jc w:val="right"/>
      </w:pPr>
      <w:r>
        <w:t>This question is from Miss Nagma from Delhi. مولانا، is it compulsory for some men to be in اعتکاف for some days during Ramadan in every area?</w:t>
      </w:r>
    </w:p>
    <w:p>
      <w:r>
        <w:rPr>
          <w:b/>
        </w:rPr>
        <w:t xml:space="preserve">[1:31:29] </w:t>
      </w:r>
      <w:r>
        <w:t>Could you please throw some light on this?</w:t>
      </w:r>
    </w:p>
    <w:p>
      <w:pPr>
        <w:jc w:val="right"/>
      </w:pPr>
      <w:r>
        <w:t>Could you please throw some light on this?</w:t>
      </w:r>
    </w:p>
    <w:p>
      <w:r>
        <w:rPr>
          <w:b/>
        </w:rPr>
        <w:t xml:space="preserve">[1:31:32] </w:t>
      </w:r>
      <w:r>
        <w:t>nahi dekhein, itikaf koi farz to hai nahi. koi chahe kare, chahe na kare. itikaf ka ka duration bhi koi mutayyan nahi hai.</w:t>
      </w:r>
    </w:p>
    <w:p>
      <w:pPr>
        <w:jc w:val="right"/>
      </w:pPr>
      <w:r>
        <w:t>نہیں دیکھیں، اعتکاف کوئی فرض تو ہے نہیں۔ کوئی چاہے کرے، چاہے نہ کرے۔ اعتکاف کا کا ڈیوریشن بھی کوئی متعین نہیں ہے۔</w:t>
      </w:r>
    </w:p>
    <w:p>
      <w:r>
        <w:rPr>
          <w:b/>
        </w:rPr>
        <w:t xml:space="preserve">[1:31:43] </w:t>
      </w:r>
      <w:r>
        <w:t>aap chahe mahine bhar karein, ya das din karein, ya ek din karein. to</w:t>
      </w:r>
    </w:p>
    <w:p>
      <w:pPr>
        <w:jc w:val="right"/>
      </w:pPr>
      <w:r>
        <w:t>آپ چاہے مہینے بھر کریں، یا دس دن کریں، یا ایک دن کریں۔ تو</w:t>
      </w:r>
    </w:p>
    <w:p>
      <w:r>
        <w:rPr>
          <w:b/>
        </w:rPr>
        <w:t xml:space="preserve">[1:31:54] </w:t>
      </w:r>
      <w:r>
        <w:t>main to rozana itikaf mein rehta hoon. meri to poori zindagi itikaf hai. itikaf means seclusion.</w:t>
      </w:r>
    </w:p>
    <w:p>
      <w:pPr>
        <w:jc w:val="right"/>
      </w:pPr>
      <w:r>
        <w:t>میں تو روزانہ اعتکاف میں رہتا ہوں۔ میری تو پوری زندگی اعتکاف ہے۔ اعتکاف means seclusion.</w:t>
      </w:r>
    </w:p>
    <w:p>
      <w:r>
        <w:rPr>
          <w:b/>
        </w:rPr>
        <w:t xml:space="preserve">[1:32:02] </w:t>
      </w:r>
      <w:r>
        <w:t>literal meaning hai itikaf ki seclusion, yaani apne ko detach kar ke rehna. ek ek sher mujhe bohat relevant lagta hai.</w:t>
      </w:r>
    </w:p>
    <w:p>
      <w:pPr>
        <w:jc w:val="right"/>
      </w:pPr>
      <w:r>
        <w:t>لٹرل میننگ ہے اعتکاف کی سیکلوژن، یعنی اپنے کو ڈیٹیچ کر کے رہنا۔ ایک ایک شعر مجھے بہت ریلیونٹ لگتا ہے۔</w:t>
      </w:r>
    </w:p>
    <w:p>
      <w:r>
        <w:rPr>
          <w:b/>
        </w:rPr>
        <w:t xml:space="preserve">[1:32:13] </w:t>
      </w:r>
      <w:r>
        <w:t>ek shayar ka sher hai ke: "hai dad ke qabil meri tajreed tasawwur karta hoon tujhe ghair ki mehfil se juda yaad." yaani is ko main kahoon ke detached thinking.</w:t>
      </w:r>
    </w:p>
    <w:p>
      <w:pPr>
        <w:jc w:val="right"/>
      </w:pPr>
      <w:r>
        <w:t>ایک شاعر کا شعر ہے کہ: "ہے داد کے قابل میری تجرید تصور کرتا ہوں تجھے غیر کی محفل سے جدا یاد۔" یعنی اس کو میں کہوں کہ ڈیٹیچڈ تھنکنگ۔</w:t>
      </w:r>
    </w:p>
    <w:p>
      <w:r>
        <w:rPr>
          <w:b/>
        </w:rPr>
        <w:t xml:space="preserve">[1:32:30] </w:t>
      </w:r>
      <w:r>
        <w:t>to worldli cheezon se detach kar ke apne aap ko concentrate karna hai Khuda ki yaad mein. Isi ka naam itikaf hai. To mein to saare saal itikaf karta rehta hoon.</w:t>
      </w:r>
    </w:p>
    <w:p>
      <w:pPr>
        <w:jc w:val="right"/>
      </w:pPr>
      <w:r>
        <w:t>تو ورلڈلی چیزوں سے ڈیٹیچ کر کے اپنے آپ کو کنسنٹریٹ کرنا ہے خدا کی یاد میں۔ اسی کا نام اعتکاف ہے۔ تو میں تو سارے سال اعتکاف کرتا رہتا ہوں۔</w:t>
      </w:r>
    </w:p>
    <w:p>
      <w:r>
        <w:rPr>
          <w:b/>
        </w:rPr>
        <w:t xml:space="preserve">[1:32:43] </w:t>
      </w:r>
      <w:r>
        <w:t>aik hai rasmi itikaf, jo roze mein kiya jata hai das din ke liye. Lekin meri poori zindagi itikaf hai.</w:t>
      </w:r>
    </w:p>
    <w:p>
      <w:pPr>
        <w:jc w:val="right"/>
      </w:pPr>
      <w:r>
        <w:t>ایک ہے رسمی اعتکاف، جو روزے میں کیا جاتا ہے دس دن کے لیے۔ لیکن میری پوری زندگی اعتکاف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