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Indian Muslims May 18, 2014 Maulana Wahiduddin Khan</w:t>
      </w:r>
    </w:p>
    <w:p>
      <w:r>
        <w:t>https://www.youtube.com/watch?v=jHtuZ4UgvEw</w:t>
      </w:r>
    </w:p>
    <w:p>
      <w:r>
        <w:rPr>
          <w:b/>
        </w:rPr>
        <w:t xml:space="preserve">[00:14] </w:t>
      </w:r>
      <w:r>
        <w:t>bismillah hir rehman nir rahim, wa salli allah ala al-nabi al-karim.</w:t>
      </w:r>
    </w:p>
    <w:p>
      <w:pPr>
        <w:jc w:val="right"/>
      </w:pPr>
      <w:r>
        <w:t>بسم اللہ الرحمن الرحیم، وصلی اللہ علی النبی الکریم۔</w:t>
      </w:r>
    </w:p>
    <w:p>
      <w:r>
        <w:rPr>
          <w:b/>
        </w:rPr>
        <w:t xml:space="preserve">[00:23]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[00:36] </w:t>
      </w:r>
      <w:r>
        <w:t>atharah may do hazar chudah.</w:t>
      </w:r>
    </w:p>
    <w:p>
      <w:pPr>
        <w:jc w:val="right"/>
      </w:pPr>
      <w:r>
        <w:t>اٹھارہ مئی دو ہزار چودہ۔</w:t>
      </w:r>
    </w:p>
    <w:p>
      <w:r>
        <w:rPr>
          <w:b/>
        </w:rPr>
        <w:t xml:space="preserve">[00:46] </w:t>
      </w:r>
      <w:r>
        <w:t>aap jantay hain kay abhi India mein jo general election hua, us kay baad India ki politics mein aik sea change aya hai.</w:t>
      </w:r>
    </w:p>
    <w:p>
      <w:pPr>
        <w:jc w:val="right"/>
      </w:pPr>
      <w:r>
        <w:t>آپ جانتے ہیں کہ ابھی انڈیا میں جو جنرل الیکشن ہوا، اس کے بعد انڈیا کی پولیٹکس میں ایک سی چینج آیا ہے۔</w:t>
      </w:r>
    </w:p>
    <w:p>
      <w:r>
        <w:rPr>
          <w:b/>
        </w:rPr>
        <w:t xml:space="preserve">[01:04] </w:t>
      </w:r>
      <w:r>
        <w:t>yani sath saal kay baad itna bara change pehli bar aya hai. to har taraf isi ka charchah hai. saray India mein jahan bhi aap jayen, har jagah isi election ka charchah hoga.</w:t>
      </w:r>
    </w:p>
    <w:p>
      <w:pPr>
        <w:jc w:val="right"/>
      </w:pPr>
      <w:r>
        <w:t>یعنی ساٹھ سال کے بعد اتنا بڑا چینج پہلی بار آیا ہے۔ تو ہر طرف اسی کا چرچہ ہے۔ سارے انڈیا میں جہاں بھی آپ جائیں، ہر جگہ اسی الیکشن کا چرچہ ہوگا۔</w:t>
      </w:r>
    </w:p>
    <w:p>
      <w:r>
        <w:rPr>
          <w:b/>
        </w:rPr>
        <w:t xml:space="preserve">[01:21] </w:t>
      </w:r>
      <w:r>
        <w:t>aur agay kiya honay wala hai, us ka charchah hoga. is liye main aaj isi kay</w:t>
      </w:r>
    </w:p>
    <w:p>
      <w:pPr>
        <w:jc w:val="right"/>
      </w:pPr>
      <w:r>
        <w:t>اور آگے کیا ہونے والا ہے، اس کا چرچہ ہوگا۔ اس لیے میں آج اسی کے</w:t>
      </w:r>
    </w:p>
    <w:p>
      <w:r>
        <w:rPr>
          <w:b/>
        </w:rPr>
        <w:t xml:space="preserve">[01:34] </w:t>
      </w:r>
      <w:r>
        <w:t>context mein kuch batain karna chahta hoon.</w:t>
      </w:r>
    </w:p>
    <w:p>
      <w:pPr>
        <w:jc w:val="right"/>
      </w:pPr>
      <w:r>
        <w:t>کنٹیکسٹ میں کچھ باتیں کرنا چاہتا ہوں۔</w:t>
      </w:r>
    </w:p>
    <w:p>
      <w:r>
        <w:rPr>
          <w:b/>
        </w:rPr>
        <w:t xml:space="preserve">[01:40] </w:t>
      </w:r>
      <w:r>
        <w:t>kal aisa hua kay meri mulaqat do parhay likhay musalmanon say hui. aik thay university kay parhay huay, aik thay madrasay kay parhay huay.</w:t>
      </w:r>
    </w:p>
    <w:p>
      <w:pPr>
        <w:jc w:val="right"/>
      </w:pPr>
      <w:r>
        <w:t>کل ایسا ہوا کہ میری ملاقات دو پڑھے لکھے مسلمانوں سے ہوئی۔ ایک تھے یونیورسٹی کے پڑھے ہوئے، ایک تھے مدرسے کے پڑھے ہوئے۔</w:t>
      </w:r>
    </w:p>
    <w:p>
      <w:r>
        <w:rPr>
          <w:b/>
        </w:rPr>
        <w:t xml:space="preserve">[01:55] </w:t>
      </w:r>
      <w:r>
        <w:t>donon bohat hi mayusi mein thay. negative boli bol rahay thay. ab musalmanon ka kiya hoga?</w:t>
      </w:r>
    </w:p>
    <w:p>
      <w:pPr>
        <w:jc w:val="right"/>
      </w:pPr>
      <w:r>
        <w:t>دونوں بہت ہی مایوسی میں تھے۔ نیگیٹیو بولی بول رہے تھے۔ اب مسلمانوں کا کیا ہوگا؟</w:t>
      </w:r>
    </w:p>
    <w:p>
      <w:r>
        <w:rPr>
          <w:b/>
        </w:rPr>
        <w:t xml:space="preserve">[02:06] </w:t>
      </w:r>
      <w:r>
        <w:t>ab India mein musalmanon ka future kiya hai? bilkul. aur jahan tak meri report hai, saray India kay musalmanon mein mayusi kay qalahar hain.</w:t>
      </w:r>
    </w:p>
    <w:p>
      <w:pPr>
        <w:jc w:val="right"/>
      </w:pPr>
      <w:r>
        <w:t>اب انڈیا میں مسلمانوں کا فیوچر کیا ہے؟ بالکل۔ اور جہاں تک میری رپورٹ ہے، سارے انڈیا کے مسلمانوں میں مایوسی کے قلاہر ہیں۔</w:t>
      </w:r>
    </w:p>
    <w:p>
      <w:r>
        <w:rPr>
          <w:b/>
        </w:rPr>
        <w:t xml:space="preserve">[02:20] </w:t>
      </w:r>
      <w:r>
        <w:t>tarah tarah say har aadmi apnay mayusi kay jazbay ka izhar kar raha hai.</w:t>
      </w:r>
    </w:p>
    <w:p>
      <w:pPr>
        <w:jc w:val="right"/>
      </w:pPr>
      <w:r>
        <w:t>طرح طرح سے ہر آدمی اپنے مایوسی کے جذبے کا اظہار کر رہا ہے۔</w:t>
      </w:r>
    </w:p>
    <w:p>
      <w:r>
        <w:rPr>
          <w:b/>
        </w:rPr>
        <w:t xml:space="preserve">[02:31] </w:t>
      </w:r>
      <w:r>
        <w:t>jab woh donon sahiban meray der tak mujh say batain kartay rahay isi tarah ki. lekin mujhe bilkul meray dil mein bilkul itminan tha.</w:t>
      </w:r>
    </w:p>
    <w:p>
      <w:pPr>
        <w:jc w:val="right"/>
      </w:pPr>
      <w:r>
        <w:t>جب وہ دونوں صاحبان میرے دیر تک مجھ سے باتیں کرتے رہے اسی طرح کی۔ لیکن مجھے بالکل میرے دل میں بالکل اطمینان تھا۔</w:t>
      </w:r>
    </w:p>
    <w:p>
      <w:r>
        <w:rPr>
          <w:b/>
        </w:rPr>
        <w:t xml:space="preserve">[02:43] </w:t>
      </w:r>
      <w:r>
        <w:t>peace of mind tha. meray dil mein na koi shikayat, na koi negative thought, na koi complaint, kuch bhi nahi.</w:t>
      </w:r>
    </w:p>
    <w:p>
      <w:pPr>
        <w:jc w:val="right"/>
      </w:pPr>
      <w:r>
        <w:t>پیس آف مائنڈ تھا۔ میرے دل میں نہ کوئی شکایت، نہ کوئی نیگیٹیو تھاٹ، نہ کوئی کمپلینٹ، کچھ بھی نہیں۔</w:t>
      </w:r>
    </w:p>
    <w:p>
      <w:r>
        <w:rPr>
          <w:b/>
        </w:rPr>
        <w:t xml:space="preserve">[02:53] </w:t>
      </w:r>
      <w:r>
        <w:t>bilkul normal tareeqay say sochta raha. to main nay in logon ko koi khas jawab nahi diya. lekin main yeh sochta raha kay woh bhi musalman hain, main bhi musalman hoon.</w:t>
      </w:r>
    </w:p>
    <w:p>
      <w:pPr>
        <w:jc w:val="right"/>
      </w:pPr>
      <w:r>
        <w:t>بالکل نارمل طریقے سے سوچتا رہا۔ تو میں نے ان لوگوں کو کوئی خاص جواب نہیں دیا۔ لیکن میں یہ سوچتا رہا کہ وہ بھی مسلمان ہیں، میں بھی مسلمان ہوں۔</w:t>
      </w:r>
    </w:p>
    <w:p>
      <w:r>
        <w:rPr>
          <w:b/>
        </w:rPr>
        <w:t xml:space="preserve">[03:08] </w:t>
      </w:r>
      <w:r>
        <w:t>Why is this difference between two Muslims? kyun woh mayusi mein hain? mujhe zara bhi aik aitaah kay barabar bhi koi mayusi nahi.</w:t>
      </w:r>
    </w:p>
    <w:p>
      <w:pPr>
        <w:jc w:val="right"/>
      </w:pPr>
      <w:r>
        <w:t>Why is this difference between two Muslims؟ کیوں وہ مایوسی میں ہیں؟ مجھے ذرا بھی ایک آئٹہ کے برابر بھی کوئی مایوسی نہیں۔</w:t>
      </w:r>
    </w:p>
    <w:p>
      <w:r>
        <w:rPr>
          <w:b/>
        </w:rPr>
        <w:t xml:space="preserve">[03:21] </w:t>
      </w:r>
      <w:r>
        <w:t>to yeh sochtay huay main raat ko apnay bistar par chala gaya. so gaya.</w:t>
      </w:r>
    </w:p>
    <w:p>
      <w:pPr>
        <w:jc w:val="right"/>
      </w:pPr>
      <w:r>
        <w:t>تو یہ سوچتے ہوئے میں رات کو اپنے بستر پر چلا گیا۔ سو گیا۔</w:t>
      </w:r>
    </w:p>
    <w:p>
      <w:r>
        <w:rPr>
          <w:b/>
        </w:rPr>
        <w:t xml:space="preserve">[03:30] </w:t>
      </w:r>
      <w:r>
        <w:t>subah ko meray mind mein aik naya process jari hua. soch ka. aik naya process.</w:t>
      </w:r>
    </w:p>
    <w:p>
      <w:pPr>
        <w:jc w:val="right"/>
      </w:pPr>
      <w:r>
        <w:t>صبح کو میرے مائنڈ میں ایک نیا پراسیس جاری ہوا۔ سوچ کا۔ ایک نیا پراسیس۔</w:t>
      </w:r>
    </w:p>
    <w:p>
      <w:r>
        <w:rPr>
          <w:b/>
        </w:rPr>
        <w:t xml:space="preserve">[03:40] </w:t>
      </w:r>
      <w:r>
        <w:t>main nay socha kay kal sham ko main nay jo khana khaya tha, raat ko woh digest ho gaya. aur subah ko phir mujhe bhook lagi kay main breakfast karoon.</w:t>
      </w:r>
    </w:p>
    <w:p>
      <w:pPr>
        <w:jc w:val="right"/>
      </w:pPr>
      <w:r>
        <w:t>میں نے سوچا کہ کل شام کو میں نے جو کھانا کھایا تھا، رات کو وہ ڈائجسٹ ہو گیا۔ اور صبح کو پھر مجھے بھوک لگی کہ میں بریک فاسٹ کروں۔</w:t>
      </w:r>
    </w:p>
    <w:p>
      <w:r>
        <w:rPr>
          <w:b/>
        </w:rPr>
        <w:t xml:space="preserve">[03:53] </w:t>
      </w:r>
      <w:r>
        <w:t>to main nay socha kay kitni bari nemat hai. agar khana hazam na hota to main kiya karta? bohat bara problem hota. phir main utha, bathroom mein gaya.</w:t>
      </w:r>
    </w:p>
    <w:p>
      <w:pPr>
        <w:jc w:val="right"/>
      </w:pPr>
      <w:r>
        <w:t>تو میں نے سوچا کہ کتنی بڑی نعمت ہے۔ اگر کھانا ہضم نہ ہوتا تو میں کیا کرتا؟ بہت بڑا پرابلم ہوتا۔ پھر میں اٹھا، باتھ روم میں گیا۔</w:t>
      </w:r>
    </w:p>
    <w:p>
      <w:r>
        <w:rPr>
          <w:b/>
        </w:rPr>
        <w:t xml:space="preserve">[04:07] </w:t>
      </w:r>
      <w:r>
        <w:t>wahan par pani main nay istemal kiya. to main nay socha kay pani kitni bari nemat hai. pani na hota to kiya haal hota mera? yani wuzu karnay kay liye, nahany kay liye, har kaam kay liye pani.</w:t>
      </w:r>
    </w:p>
    <w:p>
      <w:pPr>
        <w:jc w:val="right"/>
      </w:pPr>
      <w:r>
        <w:t>وہاں پر پانی میں نے استعمال کیا۔ تو میں نے سوچا کہ پانی کتنی بڑی نعمت ہے۔ پانی نہ ہوتا تو کیا حال ہوتا میرا؟ یعنی وضو کرنے کے لیے، نہانے کے لیے، ہر کام کے لیے پانی۔</w:t>
      </w:r>
    </w:p>
    <w:p>
      <w:r>
        <w:rPr>
          <w:b/>
        </w:rPr>
        <w:t xml:space="preserve">[04:23] </w:t>
      </w:r>
      <w:r>
        <w:t>phir main nay breakfast liya to main nay socha kay daikhain, zameen hamaray liye gehoon uga rahi hai, chana uga rahi hai. darakht phal paida kar rahay hain.</w:t>
      </w:r>
    </w:p>
    <w:p>
      <w:pPr>
        <w:jc w:val="right"/>
      </w:pPr>
      <w:r>
        <w:t>پھر میں نے بریک فاسٹ لیا تو میں نے سوچا کہ دیکھیں، زمین ہمارے لیے گیہوں اگا رہی ہے، چنا اگا رہی ہے۔ درخت پھل پیدا کر رہے ہیں۔</w:t>
      </w:r>
    </w:p>
    <w:p>
      <w:r>
        <w:rPr>
          <w:b/>
        </w:rPr>
        <w:t xml:space="preserve">[04:35] </w:t>
      </w:r>
      <w:r>
        <w:t>kitni bari nemat hai. yeh sab na hota to kiya hota? yeh sab sochtay huay main apnay ghar kay samnay jo balcony hai, wahan aya.</w:t>
      </w:r>
    </w:p>
    <w:p>
      <w:pPr>
        <w:jc w:val="right"/>
      </w:pPr>
      <w:r>
        <w:t>کتنی بڑی نعمت ہے۔ یہ سب نہ ہوتا تو کیا ہوتا؟ یہ سب سوچتے ہوئے میں اپنے گھر کے سامنے جو بالکنی ہے، وہاں آیا۔</w:t>
      </w:r>
    </w:p>
    <w:p>
      <w:r>
        <w:rPr>
          <w:b/>
        </w:rPr>
        <w:t xml:space="preserve">[04:48] </w:t>
      </w:r>
      <w:r>
        <w:t>to suraj nikl raha tha. phir main nay socha kay suraj kay zariye, suraj hum say nau lakh tees hazar mile door hai.</w:t>
      </w:r>
    </w:p>
    <w:p>
      <w:pPr>
        <w:jc w:val="right"/>
      </w:pPr>
      <w:r>
        <w:t>تو سورج نکل رہا تھا۔ پھر میں نے سوچا کہ سورج کے ذریعے، سورج ہم سے نو لاکھ تیس ہزار میل دور ہے۔</w:t>
      </w:r>
    </w:p>
    <w:p>
      <w:r>
        <w:rPr>
          <w:b/>
        </w:rPr>
        <w:t xml:space="preserve">[04:59] </w:t>
      </w:r>
      <w:r>
        <w:t>nau crore tees lakh mile door hai. wahan say itni achi roshni chali aa rahi hai. golden light.</w:t>
      </w:r>
    </w:p>
    <w:p>
      <w:pPr>
        <w:jc w:val="right"/>
      </w:pPr>
      <w:r>
        <w:t>نو کروڑ تیس لاکھ میل دور ہے۔ وہاں سے اتنی اچھی روشنی چلی آ رہی ہے۔ گولڈن لائٹ۔</w:t>
      </w:r>
    </w:p>
    <w:p>
      <w:r>
        <w:rPr>
          <w:b/>
        </w:rPr>
        <w:t xml:space="preserve">[05:07] </w:t>
      </w:r>
      <w:r>
        <w:t>agar suraj na hota to kya hota? phir maine dekha ke hawaein chal rahi hain. mujhko oxygen pohncha rahi hain. agar mujhe oxygen na milta to kya hota?</w:t>
      </w:r>
    </w:p>
    <w:p>
      <w:pPr>
        <w:jc w:val="right"/>
      </w:pPr>
      <w:r>
        <w:t>اگر سورج نہ ہوتا تو کیا ہوتا؟ پھر میں نے دیکھا کہ ہوائیں چل رہی ہیں۔ مجھ کو آکسیجن پہنچا رہی ہیں۔ اگر مجھے آکسیجن نہ ملتا تو کیا ہوتا؟</w:t>
      </w:r>
    </w:p>
    <w:p>
      <w:r>
        <w:rPr>
          <w:b/>
        </w:rPr>
        <w:t xml:space="preserve">[05:21] </w:t>
      </w:r>
      <w:r>
        <w:t>ek ek cheez mein sochta raha, aaj sochta raha. aur shukr karta raha. tab meri samajh mein aaya ke kya wajah hai ke main jeeta hoon shukr mein aur doosre musalman jeete hain mayoosi mein.</w:t>
      </w:r>
    </w:p>
    <w:p>
      <w:pPr>
        <w:jc w:val="right"/>
      </w:pPr>
      <w:r>
        <w:t>ایک ایک چیز میں سوچتا رہا، آج سوچتا رہا۔ اور شکر کرتا رہا۔ تب میری سمجھ میں آیا کہ کیا وجہ ہے کہ میں جیتا ہوں شکر میں اور دوسرے مسلمان جیتے ہیں مایوسی میں۔</w:t>
      </w:r>
    </w:p>
    <w:p>
      <w:r>
        <w:rPr>
          <w:b/>
        </w:rPr>
        <w:t xml:space="preserve">[05:40] </w:t>
      </w:r>
      <w:r>
        <w:t>ek mujhe discovery hui aaj subah ko. phir main quran ki is aayat ko samjha, jo pehli aayat hai.</w:t>
      </w:r>
    </w:p>
    <w:p>
      <w:pPr>
        <w:jc w:val="right"/>
      </w:pPr>
      <w:r>
        <w:t>ایک مجھے ڈسکوری ہوئی آج صبح کو۔ پھر میں قرآن کی اس آیت کو سمجھا، جو پہلی آیت ہے۔</w:t>
      </w:r>
    </w:p>
    <w:p>
      <w:r>
        <w:rPr>
          <w:b/>
        </w:rPr>
        <w:t xml:space="preserve">[05:49] </w:t>
      </w:r>
      <w:r>
        <w:t>alhamdu lillahi rabbil alameen. yaani shukr hai</w:t>
      </w:r>
    </w:p>
    <w:p>
      <w:pPr>
        <w:jc w:val="right"/>
      </w:pPr>
      <w:r>
        <w:t>الحمد للہ رب العالمین۔ یعنی شکر ہے</w:t>
      </w:r>
    </w:p>
    <w:p>
      <w:r>
        <w:rPr>
          <w:b/>
        </w:rPr>
        <w:t xml:space="preserve">[05:57] </w:t>
      </w:r>
      <w:r>
        <w:t>is allah ka jo saare alam ka rabb hai. dekhein, yeh aayat saada aayat nahi hai.</w:t>
      </w:r>
    </w:p>
    <w:p>
      <w:pPr>
        <w:jc w:val="right"/>
      </w:pPr>
      <w:r>
        <w:t>اس اللہ کا جو سارے عالم کا رب ہے۔ دیکھیں، یہ آیت سادہ آیت نہیں ہے۔</w:t>
      </w:r>
    </w:p>
    <w:p>
      <w:r>
        <w:rPr>
          <w:b/>
        </w:rPr>
        <w:t xml:space="preserve">[06:06] </w:t>
      </w:r>
      <w:r>
        <w:t>is mein bohat hi bari baat hai.</w:t>
      </w:r>
    </w:p>
    <w:p>
      <w:pPr>
        <w:jc w:val="right"/>
      </w:pPr>
      <w:r>
        <w:t>اس میں بہت ہی بڑی بات ہے۔</w:t>
      </w:r>
    </w:p>
    <w:p>
      <w:r>
        <w:rPr>
          <w:b/>
        </w:rPr>
        <w:t xml:space="preserve">[06:11] </w:t>
      </w:r>
      <w:r>
        <w:t>is mein yeh baat hai ke aye insaan, allah ka jo allah ki taraf se jo rububiyat ka nizam hai, us par is mein jiyo to shukriya hi shukr tumhare andar rahega.</w:t>
      </w:r>
    </w:p>
    <w:p>
      <w:pPr>
        <w:jc w:val="right"/>
      </w:pPr>
      <w:r>
        <w:t>اس میں یہ بات ہے کہ اے انسان، اللہ کا جو اللہ کی طرف سے جو ربوبیت کا نظام ہے، اس پر اس میں جیو تو شکریہ ہی شکر تمہارے اندر رہے گا۔</w:t>
      </w:r>
    </w:p>
    <w:p>
      <w:r>
        <w:rPr>
          <w:b/>
        </w:rPr>
        <w:t xml:space="preserve">[06:29] </w:t>
      </w:r>
      <w:r>
        <w:t>yeh sab jo baatein maine kahin, woh allah ke nizam rububiyat ke ajzaa hain. yaani neend aati hai, allah ki taraf se aati hai.</w:t>
      </w:r>
    </w:p>
    <w:p>
      <w:pPr>
        <w:jc w:val="right"/>
      </w:pPr>
      <w:r>
        <w:t>یہ سب جو باتیں میں نے کہیں، وہ اللہ کے نظام ربوبیت کے اجزاء ہیں۔ یعنی نیند آتی ہے، اللہ کی طرف سے آتی ہے۔</w:t>
      </w:r>
    </w:p>
    <w:p>
      <w:r>
        <w:rPr>
          <w:b/>
        </w:rPr>
        <w:t xml:space="preserve">[06:42] </w:t>
      </w:r>
      <w:r>
        <w:t>hum khana khate hain, woh hazam hota hai, allah ki taraf se hota hai. dana ugta hai zameen se, woh allah ki taraf se hota hai. peed par phal nikalte hain, woh allah ki taraf se hota hai.</w:t>
      </w:r>
    </w:p>
    <w:p>
      <w:pPr>
        <w:jc w:val="right"/>
      </w:pPr>
      <w:r>
        <w:t>ہم کھانا کھاتے ہیں، وہ ہضم ہوتا ہے، اللہ کی طرف سے ہوتا ہے۔ دانہ اگتا ہے زمین سے، وہ اللہ کی طرف سے ہوتا ہے۔ پیڑ پر پھل نکلتے ہیں، وہ اللہ کی طرف سے ہوتا ہے۔</w:t>
      </w:r>
    </w:p>
    <w:p>
      <w:r>
        <w:rPr>
          <w:b/>
        </w:rPr>
        <w:t xml:space="preserve">[06:54] </w:t>
      </w:r>
      <w:r>
        <w:t>suraj ki roshni allah ki taraf se. oxygen ki supply allah ki taraf se. woh saari cheezein hain jis ko hum kehte hain life support system.</w:t>
      </w:r>
    </w:p>
    <w:p>
      <w:pPr>
        <w:jc w:val="right"/>
      </w:pPr>
      <w:r>
        <w:t>سورج کی روشنی اللہ کی طرف سے۔ آکسیجن کی سپلائی اللہ کی طرف سے۔ وہ ساری چیزیں ہیں جس کو ہم کہتے ہیں لائف سپورٹ سسٹم۔</w:t>
      </w:r>
    </w:p>
    <w:p>
      <w:r>
        <w:rPr>
          <w:b/>
        </w:rPr>
        <w:t xml:space="preserve">[07:03] </w:t>
      </w:r>
      <w:r>
        <w:t>woh sab allah ki taraf se hai. aur yeh ek nizam rububiyat hai allah ka, jo yeh sab cheezein hamein supply kar raha hai.</w:t>
      </w:r>
    </w:p>
    <w:p>
      <w:pPr>
        <w:jc w:val="right"/>
      </w:pPr>
      <w:r>
        <w:t>وہ سب اللہ کی طرف سے ہے۔ اور یہ ایک نظام ربوبیت ہے اللہ کا، جو یہ سب چیزیں ہمیں سپلائی کر رہا ہے۔</w:t>
      </w:r>
    </w:p>
    <w:p>
      <w:r>
        <w:rPr>
          <w:b/>
        </w:rPr>
        <w:t xml:space="preserve">[07:12] </w:t>
      </w:r>
      <w:r>
        <w:t>to yeh soch kar ke bilkul yaani shukr se main ek thrilling shukr mujhe mere andar aa gaya. thrilling shukr. na mere mind mein koi tension tha, na koi frustration tha,</w:t>
      </w:r>
    </w:p>
    <w:p>
      <w:pPr>
        <w:jc w:val="right"/>
      </w:pPr>
      <w:r>
        <w:t>تو یہ سوچ کر کہ بالکل یعنی شکر سے میں ایک تھرلنگ شکر مجھے میرے اندر آ گیا۔ تھرلنگ شکر۔ نہ میرے مائنڈ میں کوئی ٹینشن تھا، نہ کوئی فرسٹریشن تھا،</w:t>
      </w:r>
    </w:p>
    <w:p>
      <w:r>
        <w:rPr>
          <w:b/>
        </w:rPr>
        <w:t xml:space="preserve">[07:26] </w:t>
      </w:r>
      <w:r>
        <w:t>na koi negativity thi. tab meri samajh mein aaya ke baat kya hai. agar aap jiyen allah ke rububiyat ka nizam, jo aap ko saari boundaries de raha hai, us mein jiyen to aap shukr hi shukr mein jiyenge.</w:t>
      </w:r>
    </w:p>
    <w:p>
      <w:pPr>
        <w:jc w:val="right"/>
      </w:pPr>
      <w:r>
        <w:t>نہ کوئی نیگیٹیوٹی تھی۔ تب میری سمجھ میں آیا کہ بات کیا ہے۔ اگر آپ جئیں اللہ کے ربوبیت کا نظام، جو آپ کو ساری باؤنڈریز دے رہا ہے، اس میں جئیں تو آپ شکر ہی شکر میں جئیں گے۔</w:t>
      </w:r>
    </w:p>
    <w:p>
      <w:r>
        <w:rPr>
          <w:b/>
        </w:rPr>
        <w:t xml:space="preserve">[07:47] </w:t>
      </w:r>
      <w:r>
        <w:t>peace of mind hoga aap ke andar. achha, agar aap jiyen insani intezammat mein, yaani politics mein jiyen, market mein jiyen, duniya mein jo insaan ki sargharmiyan hain, us mein jiyen to aap ke andar mayoosi hi mayoosi hogi.</w:t>
      </w:r>
    </w:p>
    <w:p>
      <w:pPr>
        <w:jc w:val="right"/>
      </w:pPr>
      <w:r>
        <w:t>پیس آف مائنڈ ہوگا آپ کے اندر۔ اچھا، اگر آپ جئیں انسانی انتظامات میں، یعنی پولیٹکس میں جئیں، مارکیٹ میں جئیں، دنیا میں جو انسان کی سرگرمیاں ہیں، اس میں جئیں تو آپ کے اندر مایوسی ہی مایوسی ہوگی۔</w:t>
      </w:r>
    </w:p>
    <w:p>
      <w:r>
        <w:rPr>
          <w:b/>
        </w:rPr>
        <w:t xml:space="preserve">[08:05] </w:t>
      </w:r>
      <w:r>
        <w:t>iska sabab kya hai? iska sabab yeh nahi ke bahar koi zulm hamare khilaf ho raha hai. yeh matlab nahi ke bahar hamara koi dushman hai, koi zalim hai.</w:t>
      </w:r>
    </w:p>
    <w:p>
      <w:pPr>
        <w:jc w:val="right"/>
      </w:pPr>
      <w:r>
        <w:t>اس کا سبب کیا ہے؟ اس کا سبب یہ نہیں کہ باہر کوئی ظلم ہمارے خلاف ہو رہا ہے۔ یہ مطلب نہیں کہ باہر ہمارا کوئی دشمن ہے، کوئی ظالم ہے۔</w:t>
      </w:r>
    </w:p>
    <w:p>
      <w:r>
        <w:rPr>
          <w:b/>
        </w:rPr>
        <w:t xml:space="preserve">[08:15] </w:t>
      </w:r>
      <w:r>
        <w:t>aisa hargiz nahi hai.</w:t>
      </w:r>
    </w:p>
    <w:p>
      <w:pPr>
        <w:jc w:val="right"/>
      </w:pPr>
      <w:r>
        <w:t>ایسا ہرگز نہیں ہے۔</w:t>
      </w:r>
    </w:p>
    <w:p>
      <w:r>
        <w:rPr>
          <w:b/>
        </w:rPr>
        <w:t xml:space="preserve">[08:19] </w:t>
      </w:r>
      <w:r>
        <w:t>aisa hargiz nahi hai. iska sabab yeh hai ke allah ka jo nizam hai rububiyat ka, woh to sab ko ekual bases par sab cheez de raha hai.</w:t>
      </w:r>
    </w:p>
    <w:p>
      <w:pPr>
        <w:jc w:val="right"/>
      </w:pPr>
      <w:r>
        <w:t>ایسا ہرگز نہیں ہے۔ اس کا سبب یہ ہے کہ اللہ کا جو نظام ہے ربوبیت کا، وہ تو سب کو ایکول بیسز پر سب چیز دے رہا ہے۔</w:t>
      </w:r>
    </w:p>
    <w:p>
      <w:r>
        <w:rPr>
          <w:b/>
        </w:rPr>
        <w:t xml:space="preserve">[08:31] </w:t>
      </w:r>
      <w:r>
        <w:t>ekual bases par. lekin jo duniya mein insaan ka nizam hai, us mein sab ko ekual bases par nahi mil sakta. impossible hai.</w:t>
      </w:r>
    </w:p>
    <w:p>
      <w:pPr>
        <w:jc w:val="right"/>
      </w:pPr>
      <w:r>
        <w:t>ایکول بیسز پر۔ لیکن جو دنیا میں انسان کا نظام ہے، اس میں سب کو ایکول بیسز پر نہیں مل سکتا۔ امپاسیبل ہے۔</w:t>
      </w:r>
    </w:p>
    <w:p>
      <w:r>
        <w:rPr>
          <w:b/>
        </w:rPr>
        <w:t xml:space="preserve">[08:43] </w:t>
      </w:r>
      <w:r>
        <w:t>kyunke wahan insaan ki azaadi hai. insaan ko freedom hai. wahan competition hai, wahan challenge hai. wahan har aadmi chahta hai ke main zyada le loon, main zyada le loon.</w:t>
      </w:r>
    </w:p>
    <w:p>
      <w:pPr>
        <w:jc w:val="right"/>
      </w:pPr>
      <w:r>
        <w:t>کیونکہ وہاں انسان کی آزادی ہے۔ انسان کو فریڈم ہے۔ وہاں کمپیٹیشن ہے، وہاں چیلنج ہے۔ وہاں ہر آدمی چاہتا ہے کہ میں زیادہ لے لوں، میں زیادہ لے لوں۔</w:t>
      </w:r>
    </w:p>
    <w:p>
      <w:r>
        <w:rPr>
          <w:b/>
        </w:rPr>
        <w:t xml:space="preserve">[08:57] </w:t>
      </w:r>
      <w:r>
        <w:t>to insaan ka jo insani duniya jo hai, insani duniya mein jo nizam chal raha hai, politics mein ho, maashiyat mein ho, samajiyat mein ho, wahan par kabhi bhi yeh impossible nahi hai ke wahan par woh equal distribution ka nizam ho jo allah ka hai.</w:t>
      </w:r>
    </w:p>
    <w:p>
      <w:pPr>
        <w:jc w:val="right"/>
      </w:pPr>
      <w:r>
        <w:t>تو انسان کا جو انسانی دنیا جو ہے، انسانی دنیا میں جو نظام چل رہا ہے، پولیٹکس میں ہو، معاشیات میں ہو، سماجیات میں ہو، وہاں پر کبھی بھی یہ امپاسیبل نہیں ہے کہ وہاں پر وہ ایکول ڈسٹریبیوشن کا نظام ہو جو اللہ کا ہے۔</w:t>
      </w:r>
    </w:p>
    <w:p>
      <w:r>
        <w:rPr>
          <w:b/>
        </w:rPr>
        <w:t xml:space="preserve">[09:21] </w:t>
      </w:r>
      <w:r>
        <w:t>allah har ek ko barabar roshni de raha hai. har ek ko barabar saari boundaries de raha hai. barabar, barabar, barabar. wahan allah ki taraf se jo kuch mil raha hai, woh equal bases par mil raha hai.</w:t>
      </w:r>
    </w:p>
    <w:p>
      <w:pPr>
        <w:jc w:val="right"/>
      </w:pPr>
      <w:r>
        <w:t>اللہ ہر ایک کو برابر روشنی دے رہا ہے۔ ہر ایک کو برابر ساری باؤنڈریز دے رہا ہے۔ برابر، برابر، برابر۔ وہاں اللہ کی طرف سے جو کچھ مل رہا ہے، وہ ایکول بیسز پر مل رہا ہے۔</w:t>
      </w:r>
    </w:p>
    <w:p>
      <w:r>
        <w:rPr>
          <w:b/>
        </w:rPr>
        <w:t xml:space="preserve">[09:34] </w:t>
      </w:r>
      <w:r>
        <w:t>lekin insani duniya mein jo kuch ho raha hai, wahan to koi zyada le leta hai, koi kisi ko kam deta hai. yeh mumkin nahi ke wahan sab ko barabar mile.</w:t>
      </w:r>
    </w:p>
    <w:p>
      <w:pPr>
        <w:jc w:val="right"/>
      </w:pPr>
      <w:r>
        <w:t>لیکن انسانی دنیا میں جو کچھ ہو رہا ہے، وہاں تو کوئی زیادہ لے لیتا ہے، کوئی کسی کو کم دیتا ہے۔ یہ ممکن نہیں کہ وہاں سب کو برابر ملے۔</w:t>
      </w:r>
    </w:p>
    <w:p>
      <w:r>
        <w:rPr>
          <w:b/>
        </w:rPr>
        <w:t xml:space="preserve">[09:45] </w:t>
      </w:r>
      <w:r>
        <w:t>yahi woh cheez hai jo aap ke andar shikayatein paida karti hai. agarche ghair zaroori shikayatein hain. kyunke insani duniya mein agar equal bases par nahi hai to khuda ki duniya mein to hai?</w:t>
      </w:r>
    </w:p>
    <w:p>
      <w:pPr>
        <w:jc w:val="right"/>
      </w:pPr>
      <w:r>
        <w:t>یہی وہ چیز ہے جو آپ کے اندر شکایتیں پیدا کرتی ہے۔ اگرچہ غیر ضروری شکایتیں ہیں۔ کیونکہ انسانی دنیا میں اگر ایکول بیسز پر نہیں ہے تو خدا کی دنیا میں تو ہے؟</w:t>
      </w:r>
    </w:p>
    <w:p>
      <w:r>
        <w:rPr>
          <w:b/>
        </w:rPr>
        <w:t xml:space="preserve">[10:03] </w:t>
      </w:r>
      <w:r>
        <w:t>to sahi formula kya hai? khuda ki duniya mein jo aap ko mil raha hai, us par shukr kijiye. aur insaan ki duniya mein jo mil raha hai, us ko us ko as it is le lijiye.</w:t>
      </w:r>
    </w:p>
    <w:p>
      <w:pPr>
        <w:jc w:val="right"/>
      </w:pPr>
      <w:r>
        <w:t>تو صحیح فارمولا کیا ہے؟ خدا کی دنیا میں جو آپ کو مل رہا ہے، اس پر شکر کیجیے۔ اور انسان کی دنیا میں جو مل رہا ہے، اس کو اس کو ایز اٹ از لے لیجیے۔</w:t>
      </w:r>
    </w:p>
    <w:p>
      <w:r>
        <w:rPr>
          <w:b/>
        </w:rPr>
        <w:t xml:space="preserve">[10:16] </w:t>
      </w:r>
      <w:r>
        <w:t>wahan bhi shukriya hi shukr karenge aap. jab jo mila hua hai, usi par. allah ki taraf se to aap ko milega hundred percent.</w:t>
      </w:r>
    </w:p>
    <w:p>
      <w:pPr>
        <w:jc w:val="right"/>
      </w:pPr>
      <w:r>
        <w:t>وہاں بھی شکریہ ہی شکر کریں گے آپ۔ جب جو ملا ہوا ہے، اسی پر۔ اللہ کی طرف سے تو آپ کو ملے گا ہنڈرڈ پرسنٹ۔</w:t>
      </w:r>
    </w:p>
    <w:p>
      <w:r>
        <w:rPr>
          <w:b/>
        </w:rPr>
        <w:t xml:space="preserve">[10:27] </w:t>
      </w:r>
      <w:r>
        <w:t>allah ki taraf se suraj ki roshni, oxygen ki supply, pani aur yeh sari cheezein hundred percent milein gi.</w:t>
      </w:r>
    </w:p>
    <w:p>
      <w:pPr>
        <w:jc w:val="right"/>
      </w:pPr>
      <w:r>
        <w:t>اللہ کی طرف سے سورج کی روشنی، آکسیجن کی سپلائی، پانی اور یہ ساری چیزیں ہنڈرڈ پرسنٹ ملیں گی۔</w:t>
      </w:r>
    </w:p>
    <w:p>
      <w:r>
        <w:rPr>
          <w:b/>
        </w:rPr>
        <w:t xml:space="preserve">[10:37] </w:t>
      </w:r>
      <w:r>
        <w:t>is mein kami nahi ki jaye gi. insan ki dunya mein is tarah nahi ho sakta. wahan to kisi ko kam, kisi ko zyada, kisi ko kam, kisi ko zyada yahi chalega.</w:t>
      </w:r>
    </w:p>
    <w:p>
      <w:pPr>
        <w:jc w:val="right"/>
      </w:pPr>
      <w:r>
        <w:t>اس میں کمی نہیں کی جائے گی۔ انسان کی دنیا میں اس طرح نہیں ہو سکتا۔ وہاں تو کسی کو کم، کسی کو زیادہ، کسی کو کم، کسی کو زیادہ یہی چلے گا۔</w:t>
      </w:r>
    </w:p>
    <w:p>
      <w:r>
        <w:rPr>
          <w:b/>
        </w:rPr>
        <w:t xml:space="preserve">[10:46] </w:t>
      </w:r>
      <w:r>
        <w:t>to jo mil raha hai, us ka shukr kijiye.</w:t>
      </w:r>
    </w:p>
    <w:p>
      <w:pPr>
        <w:jc w:val="right"/>
      </w:pPr>
      <w:r>
        <w:t>تو جو مل رہا ہے، اس کا شکر کیجیے۔</w:t>
      </w:r>
    </w:p>
    <w:p>
      <w:r>
        <w:rPr>
          <w:b/>
        </w:rPr>
        <w:t xml:space="preserve">[10:51] </w:t>
      </w:r>
      <w:r>
        <w:t>to mein allah ke fazl se isi tarah jeeta hoon. insani jo dunya hai, jo quran mein hai ke maeeshatuhum fil hayatid dunya.</w:t>
      </w:r>
    </w:p>
    <w:p>
      <w:pPr>
        <w:jc w:val="right"/>
      </w:pPr>
      <w:r>
        <w:t>تو میں اللہ کے فضل سے اسی طرح جیتا ہوں۔ انسانی جو دنیا ہے، جو قرآن میں ہے کہ معیشتہم فی الحیات الدنیا۔</w:t>
      </w:r>
    </w:p>
    <w:p>
      <w:r>
        <w:rPr>
          <w:b/>
        </w:rPr>
        <w:t xml:space="preserve">[11:05] </w:t>
      </w:r>
      <w:r>
        <w:t>to yeh maeeshat dunyavi jo hai, jis mein insan ki activities chalti hain, wahan par jo hai, usi par raazi hoon mein.</w:t>
      </w:r>
    </w:p>
    <w:p>
      <w:pPr>
        <w:jc w:val="right"/>
      </w:pPr>
      <w:r>
        <w:t>تو یہ معیشت دنیاوی جو ہے، جس میں انسان کی ایکٹیویٹیز چلتی ہیں، وہاں پر جو ہے، اسی پر راضی ہوں میں۔</w:t>
      </w:r>
    </w:p>
    <w:p>
      <w:r>
        <w:rPr>
          <w:b/>
        </w:rPr>
        <w:t xml:space="preserve">[11:15] </w:t>
      </w:r>
      <w:r>
        <w:t>jo hai, usi par raazi hoon. to mujhe koi negativity nahi hoti, koi shikayat nahi hoti. to mera shukr, jo allah ka shukr jo hai, us mein koi khalal waqe nahi hota.</w:t>
      </w:r>
    </w:p>
    <w:p>
      <w:pPr>
        <w:jc w:val="right"/>
      </w:pPr>
      <w:r>
        <w:t>جو ہے، اسی پر راضی ہوں۔ تو مجھے کوئی نیگیٹیوٹی نہیں ہوتی، کوئی شکایت نہیں ہوتی۔ تو میرا شکر، جو اللہ کا شکر جو ہے، اس میں کوئی خلل واقع نہیں ہوتا۔</w:t>
      </w:r>
    </w:p>
    <w:p>
      <w:r>
        <w:rPr>
          <w:b/>
        </w:rPr>
        <w:t xml:space="preserve">[11:27] </w:t>
      </w:r>
      <w:r>
        <w:t>sab se impossible baat yeh hai ke agar aap insan ki dunya mein jo jo distribution ho raha hai, jis mein kami beshi ka nizam hai, wahan par aap shikayat le ke baith jayein to is ka fori qeemat deni parti hai.</w:t>
      </w:r>
    </w:p>
    <w:p>
      <w:pPr>
        <w:jc w:val="right"/>
      </w:pPr>
      <w:r>
        <w:t>سب سے امپاسیبل بات یہ ہے کہ اگر آپ انسان کی دنیا میں جو جو ڈسٹریبیوشن ہو رہا ہے، جس میں کمی بیشی کا نظام ہے، وہاں پر آپ شکایت لے کے بیٹھ جائیں تو اس کا فوری قیمت دینی پڑتی ہے۔</w:t>
      </w:r>
    </w:p>
    <w:p>
      <w:r>
        <w:rPr>
          <w:b/>
        </w:rPr>
        <w:t xml:space="preserve">[11:49] </w:t>
      </w:r>
      <w:r>
        <w:t>ke allah ka shukr erosion ho jata hai. erosion. phir allah ka shukr aap lip service karein ge. yaani kahein ge alhamdulillah.</w:t>
      </w:r>
    </w:p>
    <w:p>
      <w:pPr>
        <w:jc w:val="right"/>
      </w:pPr>
      <w:r>
        <w:t>کہ اللہ کا شکر ایروژن ہو جاتا ہے۔ ایروژن۔ پھر اللہ کا شکر آپ لپ سروس کریں گے۔ یعنی کہیں گے الحمدللہ۔</w:t>
      </w:r>
    </w:p>
    <w:p>
      <w:r>
        <w:rPr>
          <w:b/>
        </w:rPr>
        <w:t xml:space="preserve">[11:58] </w:t>
      </w:r>
      <w:r>
        <w:t>dil mein hoga nashukri.</w:t>
      </w:r>
    </w:p>
    <w:p>
      <w:pPr>
        <w:jc w:val="right"/>
      </w:pPr>
      <w:r>
        <w:t>دل میں ہوگا ناشکری۔</w:t>
      </w:r>
    </w:p>
    <w:p>
      <w:r>
        <w:rPr>
          <w:b/>
        </w:rPr>
        <w:t xml:space="preserve">[12:03] </w:t>
      </w:r>
      <w:r>
        <w:t>to allah ka bharpoor shukr karne ke liye, allah ka bharpoor eteraf karne ke liye, alhamd jo hai, alhamdulillah rabbil alameen ko bharpoor tor par ada karne ke liye aap ko yeh karna parta hai ke insan ke mamle mein ab jo mile, usi par usi par raazi ho jaiye.</w:t>
      </w:r>
    </w:p>
    <w:p>
      <w:pPr>
        <w:jc w:val="right"/>
      </w:pPr>
      <w:r>
        <w:t>تو اللہ کا بھرپور شکر کرنے کے لیے، اللہ کا بھرپور اعتراف کرنے کے لیے، الحمد جو ہے، الحمدللہ رب العالمین کو بھرپور طور پر ادا کرنے کے لیے آپ کو یہ کرنا پڑتا ہے کہ انسان کے معاملے میں اب جو ملے، اسی پر اسی پر راضی ہو جائیے۔</w:t>
      </w:r>
    </w:p>
    <w:p>
      <w:r>
        <w:rPr>
          <w:b/>
        </w:rPr>
        <w:t xml:space="preserve">[12:26] </w:t>
      </w:r>
      <w:r>
        <w:t>jo mile, us par raazi.</w:t>
      </w:r>
    </w:p>
    <w:p>
      <w:pPr>
        <w:jc w:val="right"/>
      </w:pPr>
      <w:r>
        <w:t>جو ملے، اس پر راضی۔</w:t>
      </w:r>
    </w:p>
    <w:p>
      <w:r>
        <w:rPr>
          <w:b/>
        </w:rPr>
        <w:t xml:space="preserve">[12:31] </w:t>
      </w:r>
      <w:r>
        <w:t>insan ke mamle mein aap yeh karein ke jo mile, us par raazi. tab ja kar aisa hoga ke allah ka shukr aap ke andar samandar ki tarah ublega.</w:t>
      </w:r>
    </w:p>
    <w:p>
      <w:pPr>
        <w:jc w:val="right"/>
      </w:pPr>
      <w:r>
        <w:t>انسان کے معاملے میں آپ یہ کریں کہ جو ملے، اس پر راضی۔ تب جا کر ایسا ہوگا کہ اللہ کا شکر آپ کے اندر سمندر کی طرح ابلے گا۔</w:t>
      </w:r>
    </w:p>
    <w:p>
      <w:r>
        <w:rPr>
          <w:b/>
        </w:rPr>
        <w:t xml:space="preserve">[12:47] </w:t>
      </w:r>
      <w:r>
        <w:t>to yeh ek baat mujhe discovery hui ke kya wajah hai ke mein shikayat kabhi mere dil mein aati hi nahi. kyunke insan ki taraf jo mil raha hai, mein us par raazi hoon.</w:t>
      </w:r>
    </w:p>
    <w:p>
      <w:pPr>
        <w:jc w:val="right"/>
      </w:pPr>
      <w:r>
        <w:t>تو یہ ایک بات مجھے ڈسکوری ہوئی کہ کیا وجہ ہے کہ میں شکایت کبھی میرے دل میں آتی ہی نہیں۔ کیونکہ انسان کی طرف جو مل رہا ہے، میں اس پر راضی ہوں۔</w:t>
      </w:r>
    </w:p>
    <w:p>
      <w:r>
        <w:rPr>
          <w:b/>
        </w:rPr>
        <w:t xml:space="preserve">[13:00] </w:t>
      </w:r>
      <w:r>
        <w:t>to allah ka shukr mere andar ek thrilling ehsas ke tor par musalsal maujood rehta hai.</w:t>
      </w:r>
    </w:p>
    <w:p>
      <w:pPr>
        <w:jc w:val="right"/>
      </w:pPr>
      <w:r>
        <w:t>تو اللہ کا شکر میرے اندر ایک تھرلنگ احساس کے طور پر مسلسل موجود رہتا ہے۔</w:t>
      </w:r>
    </w:p>
    <w:p>
      <w:r>
        <w:rPr>
          <w:b/>
        </w:rPr>
        <w:t xml:space="preserve">[13:10] </w:t>
      </w:r>
      <w:r>
        <w:t>to mein yahi aap sab logon se kahoon ga ke aap apni soch ko badlie. agar aap insani mamlat mein shikayatein karein ge, kisi ko kahein ge yeh zalim hai, yeh dushman hai,</w:t>
      </w:r>
    </w:p>
    <w:p>
      <w:pPr>
        <w:jc w:val="right"/>
      </w:pPr>
      <w:r>
        <w:t>تو میں یہی آپ سب لوگوں سے کہوں گا کہ آپ اپنی سوچ کو بدلیے۔ اگر آپ انسانی معاملات میں شکایتیں کریں گے، کسی کو کہیں گے یہ ظالم ہے، یہ دشمن ہے،</w:t>
      </w:r>
    </w:p>
    <w:p>
      <w:r>
        <w:rPr>
          <w:b/>
        </w:rPr>
        <w:t xml:space="preserve">[13:24] </w:t>
      </w:r>
      <w:r>
        <w:t>yeh sab soch aap ke andar rahe gi, aap ke mind mein, to is ki bohat hi bhaari qeemat deni pare gi ke allah ke mamle mein jo shukr karna chahiye, woh nahi kar payein ge aap.</w:t>
      </w:r>
    </w:p>
    <w:p>
      <w:pPr>
        <w:jc w:val="right"/>
      </w:pPr>
      <w:r>
        <w:t>یہ سب سوچ آپ کے اندر رہے گی، آپ کے مائنڈ میں، تو اس کی بہت ہی بھاری قیمت دینی پڑے گی کہ اللہ کے معاملے میں جو شکر کرنا چاہیے، وہ نہیں کر پائیں گے آپ۔</w:t>
      </w:r>
    </w:p>
    <w:p>
      <w:r>
        <w:rPr>
          <w:b/>
        </w:rPr>
        <w:t xml:space="preserve">[13:36] </w:t>
      </w:r>
      <w:r>
        <w:t>to kya aap afford kar sakte hain ke allah ke samne khara hoon qayamat ke din aur aap se kaha jaye ke tumhein to shukr kiya hi nahi? jao yahan se bhago jao.</w:t>
      </w:r>
    </w:p>
    <w:p>
      <w:pPr>
        <w:jc w:val="right"/>
      </w:pPr>
      <w:r>
        <w:t>تو کیا آپ افورڈ کر سکتے ہیں کہ اللہ کے سامنے کھڑا ہوں قیامت کے دن اور آپ سے کہا جائے کہ تمہیں تو شکر کیا ہی نہیں؟ جاؤ یہاں سے بھاگو جاؤ۔</w:t>
      </w:r>
    </w:p>
    <w:p>
      <w:r>
        <w:rPr>
          <w:b/>
        </w:rPr>
        <w:t xml:space="preserve">[13:46] </w:t>
      </w:r>
      <w:r>
        <w:t>yahan tumhare liye kuch bhi nahi hai. tum ne kabhi sachay dil ke sath alhamdulillah rabbil alameen kaha hi nahi.</w:t>
      </w:r>
    </w:p>
    <w:p>
      <w:pPr>
        <w:jc w:val="right"/>
      </w:pPr>
      <w:r>
        <w:t>یہاں تمہارے لیے کچھ بھی نہیں ہے۔ تم نے کبھی سچے دل کے ساتھ الحمدللہ رب العالمین کہا ہی نہیں۔</w:t>
      </w:r>
    </w:p>
    <w:p>
      <w:r>
        <w:rPr>
          <w:b/>
        </w:rPr>
        <w:t xml:space="preserve">[13:56] </w:t>
      </w:r>
      <w:r>
        <w:t>tum to insanon se insanon ke cheezon mein jeete rahe. insani khabron mein jeete rahe.</w:t>
      </w:r>
    </w:p>
    <w:p>
      <w:pPr>
        <w:jc w:val="right"/>
      </w:pPr>
      <w:r>
        <w:t>تم تو انسانوں سے انسانوں کے چیزوں میں جیتے رہے۔ انسانی خبروں میں جیتے رہے۔</w:t>
      </w:r>
    </w:p>
    <w:p>
      <w:r>
        <w:rPr>
          <w:b/>
        </w:rPr>
        <w:t xml:space="preserve">[14:07] </w:t>
      </w:r>
      <w:r>
        <w:t>insan se tum koi kamyabi, us ko le kar tum sochte rahe. to kya aap yeh afford kar sakte hain ke allah ke samne khare hon, aap se yeh kaha jaye ke tum to insanon ki baton ko liye hue jeete rahe aur zindagi par nashukri aur mayusi mein pade rahe.</w:t>
      </w:r>
    </w:p>
    <w:p>
      <w:pPr>
        <w:jc w:val="right"/>
      </w:pPr>
      <w:r>
        <w:t>انسان سے تم کوئی کامیابی، اس کو لے کر تم سوچتے رہے۔ تو کیا آپ یہ افورڈ کر سکتے ہیں کہ اللہ کے سامنے کھڑے ہوں، آپ سے یہ کہا جائے کہ تم تو انسانوں کی باتوں کو لیے ہوئے جیتے رہے اور زندگی پر ناشکری اور مایوسی میں پڑے رہے۔</w:t>
      </w:r>
    </w:p>
    <w:p>
      <w:r>
        <w:rPr>
          <w:b/>
        </w:rPr>
        <w:t xml:space="preserve">[14:31] </w:t>
      </w:r>
      <w:r>
        <w:t>allah ka jo shukr karna chahiye tha, woh tum ne nahi kiya. to yahan tumhare liye kuch bhi nahi hai. kyunke allah ke haan jo hai, woh shukr karne walon ke liye hai.</w:t>
      </w:r>
    </w:p>
    <w:p>
      <w:pPr>
        <w:jc w:val="right"/>
      </w:pPr>
      <w:r>
        <w:t>اللہ کا جو شکر کرنا چاہیے تھا، وہ تم نے نہیں کیا۔ تو یہاں تمہارے لیے کچھ بھی نہیں ہے۔ کیونکہ اللہ کے ہاں جو ہے، وہ شکر کرنے والوں کے لیے ہے۔</w:t>
      </w:r>
    </w:p>
    <w:p>
      <w:r>
        <w:rPr>
          <w:b/>
        </w:rPr>
        <w:t xml:space="preserve">[14:44] </w:t>
      </w:r>
      <w:r>
        <w:t>yaani kitna bara ghata hai jis mein musalman mubtala hain. ek ek aspect is ka yeh hai. ab mein doosra aspect aap ko batana chahta hoon.</w:t>
      </w:r>
    </w:p>
    <w:p>
      <w:pPr>
        <w:jc w:val="right"/>
      </w:pPr>
      <w:r>
        <w:t>یعنی کتنا بڑا گھاٹا ہے جس میں مسلمان مبتلا ہیں۔ ایک ایک آسپیکٹ اس کا یہ ہے۔ اب میں دوسرا آسپیکٹ آپ کو بتانا چاہتا ہوں۔</w:t>
      </w:r>
    </w:p>
    <w:p>
      <w:r>
        <w:rPr>
          <w:b/>
        </w:rPr>
        <w:t xml:space="preserve">[14:58] </w:t>
      </w:r>
      <w:r>
        <w:t>hadith mein aata hai ke</w:t>
      </w:r>
    </w:p>
    <w:p>
      <w:pPr>
        <w:jc w:val="right"/>
      </w:pPr>
      <w:r>
        <w:t>حدیث میں آتا ہے کہ</w:t>
      </w:r>
    </w:p>
    <w:p>
      <w:r>
        <w:rPr>
          <w:b/>
        </w:rPr>
        <w:t xml:space="preserve">[15:04] </w:t>
      </w:r>
      <w:r>
        <w:t>man lam yashkur an-nas lam yashkur allah. jo insan ka eteraf nahi kare ga, woh allah ka bhi eteraf nahi kare ga. dono taraf jaye ga woh. insanon ke bare mein bhi be eterafi aur allah ke bare mein bhi be eterafi.</w:t>
      </w:r>
    </w:p>
    <w:p>
      <w:pPr>
        <w:jc w:val="right"/>
      </w:pPr>
      <w:r>
        <w:t>من لم یشکر الناس لم یشکر اللہ۔ جو انسان کا اعتراف نہیں کرے گا، وہ اللہ کا بھی اعتراف نہیں کرے گا۔ دونوں طرف جائے گا وہ۔ انسانوں کے بارے میں بھی بے اعترافی اور اللہ کے بارے میں بھی بے اعترافی۔</w:t>
      </w:r>
    </w:p>
    <w:p>
      <w:r>
        <w:rPr>
          <w:b/>
        </w:rPr>
        <w:t xml:space="preserve">[15:19] </w:t>
      </w:r>
      <w:r>
        <w:t>chunki musalman is mulk mein jeete hain negativity mein, is wajah se india mein ek bohat hi bari cheez, hamare part se bari cheez hai, is ko woh daryaft nahi kar sake.</w:t>
      </w:r>
    </w:p>
    <w:p>
      <w:pPr>
        <w:jc w:val="right"/>
      </w:pPr>
      <w:r>
        <w:t>چونکہ مسلمان اس ملک میں جیتے ہیں نیگیٹیوٹی میں، اس وجہ سے انڈیا میں ایک بہت ہی بڑی چیز، ہمارے پارٹ سے بڑی چیز ہے، اس کو وہ دریافت نہیں کر سکے۔</w:t>
      </w:r>
    </w:p>
    <w:p>
      <w:r>
        <w:rPr>
          <w:b/>
        </w:rPr>
        <w:t xml:space="preserve">[15:31] </w:t>
      </w:r>
      <w:r>
        <w:t>daryaft nahi kar sake. mujhe sarey indiya mein koi ek musalman nahi maloom hai jis ne daryaft kiya ho ke indiya kya hai.</w:t>
      </w:r>
    </w:p>
    <w:p>
      <w:pPr>
        <w:jc w:val="right"/>
      </w:pPr>
      <w:r>
        <w:t>دریافت نہیں کر سکے۔ مجھے سارے انڈیا میں کوئی ایک مسلمان نہیں معلوم ہے جس نے دریافت کیا ہو کہ انڈیا کیا ہے۔</w:t>
      </w:r>
    </w:p>
    <w:p>
      <w:r>
        <w:rPr>
          <w:b/>
        </w:rPr>
        <w:t xml:space="preserve">[15:41] </w:t>
      </w:r>
      <w:r>
        <w:t>kyunke jo jeeta hai, nashukri mein. idhar zulm ho raha ho, idhar hamare khilaf sazishain ho rahi hain aur kya ho raha hai, kya ho raha hai, is mein jeetay hain.</w:t>
      </w:r>
    </w:p>
    <w:p>
      <w:pPr>
        <w:jc w:val="right"/>
      </w:pPr>
      <w:r>
        <w:t>کیونکہ جو جیتا ہے، ناشکری میں۔ ادھر ظلم ہو رہا ہو، ادھر ہمارے خلاف سازشیں ہو رہی ہیں اور کیا ہو رہا ہے، کیا ہو رہا ہے، اس میں جیتے ہیں۔</w:t>
      </w:r>
    </w:p>
    <w:p>
      <w:r>
        <w:rPr>
          <w:b/>
        </w:rPr>
        <w:t xml:space="preserve">[15:54] </w:t>
      </w:r>
      <w:r>
        <w:t>to indiya ko woh discovery nahi kar sake ke indiya kya jeetay hain.</w:t>
      </w:r>
    </w:p>
    <w:p>
      <w:pPr>
        <w:jc w:val="right"/>
      </w:pPr>
      <w:r>
        <w:t>تو انڈیا کو وہ ڈسکوری نہیں کر سکے کہ انڈیا کیا جیتے ہیں۔</w:t>
      </w:r>
    </w:p>
    <w:p>
      <w:r>
        <w:rPr>
          <w:b/>
        </w:rPr>
        <w:t xml:space="preserve">[16:05] </w:t>
      </w:r>
      <w:r>
        <w:t>dekhein, mein aap ko arz karta hoon apna tajruba. jab mein dehli aaya nineteen sixty seven mein to mein rozana kai angrezi akhbar parhta tha.</w:t>
      </w:r>
    </w:p>
    <w:p>
      <w:pPr>
        <w:jc w:val="right"/>
      </w:pPr>
      <w:r>
        <w:t>دیکھیں، میں آپ کو عرض کرتا ہوں اپنا تجربہ۔ جب میں دہلی آیا نائنٹین سکسٹی سیون میں تو میں روزانہ کئی انگریزی اخبار پڑھتا تھا۔</w:t>
      </w:r>
    </w:p>
    <w:p>
      <w:r>
        <w:rPr>
          <w:b/>
        </w:rPr>
        <w:t xml:space="preserve">[16:22] </w:t>
      </w:r>
      <w:r>
        <w:t>to mein dekhta tha ke musalmanon ki ibadat se urdu akhbaron mein chapti hai. musalmanon ka naam se urdu akhbar aata hai. yani musalmanon ke jo community paper hain urdu mein, unhi mein musalmanon ke mazameen chaptay hain.</w:t>
      </w:r>
    </w:p>
    <w:p>
      <w:pPr>
        <w:jc w:val="right"/>
      </w:pPr>
      <w:r>
        <w:t>تو میں دیکھتا تھا کہ مسلمانوں کی عبادت سے اردو اخباروں میں چھپتی ہے۔ مسلمانوں کا نام سے اردو اخبار آتا ہے۔ یعنی مسلمانوں کے جو کمیونٹی پیپر ہیں اردو میں، انہی میں مسلمانوں کے مضامین چھپتے ہیں۔</w:t>
      </w:r>
    </w:p>
    <w:p>
      <w:r>
        <w:rPr>
          <w:b/>
        </w:rPr>
        <w:t xml:space="preserve">[16:35] </w:t>
      </w:r>
      <w:r>
        <w:t>to mein sochta tha ke yeh yeh is mani ke journalism ke daur mein musalman dakhil hi nahi hue. apne community paper aap nikalein, us mein apni cheezein chhap dein.</w:t>
      </w:r>
    </w:p>
    <w:p>
      <w:pPr>
        <w:jc w:val="right"/>
      </w:pPr>
      <w:r>
        <w:t>تو میں سوچتا تھا کہ یہ یہ اس معنی کہ جرنلزم کے دور میں مسلمان داخل ہی نہیں ہوئے۔ اپنے کمیونٹی پیپر آپ نکالیں، اس میں اپنی چیزیں چھاپ دیں۔</w:t>
      </w:r>
    </w:p>
    <w:p>
      <w:r>
        <w:rPr>
          <w:b/>
        </w:rPr>
        <w:t xml:space="preserve">[16:48] </w:t>
      </w:r>
      <w:r>
        <w:t>is ka matlab kya hai? ke aap sahafat ke daur mein dakhil hi nahi hue. sahafat ke daur mein dakhil hone ki zaroorat hai ke jo jo almi sahafat hai, us mein aap chhapen.</w:t>
      </w:r>
    </w:p>
    <w:p>
      <w:pPr>
        <w:jc w:val="right"/>
      </w:pPr>
      <w:r>
        <w:t>اس کا مطلب کیا ہے؟ کہ آپ صحافت کے دور میں داخل ہی نہیں ہوئے۔ صحافت کے دور میں داخل ہونے کی ضرورت ہے کہ جو جو عالمی صحافت ہے، اس میں آپ چھپیں۔</w:t>
      </w:r>
    </w:p>
    <w:p>
      <w:r>
        <w:rPr>
          <w:b/>
        </w:rPr>
        <w:t xml:space="preserve">[17:00] </w:t>
      </w:r>
      <w:r>
        <w:t>almi sahafat. indiya mein jo national journalism hai, wahan aap chhapen. tab dakhil hue hain aap. to mein ne apne musalmanon se kuch logon se kaha ke dekhein, mein chahta hoon ke times of india mein mein likhoon mein.</w:t>
      </w:r>
    </w:p>
    <w:p>
      <w:pPr>
        <w:jc w:val="right"/>
      </w:pPr>
      <w:r>
        <w:t>عالمی صحافت۔ انڈیا میں جو نیشنل جرنلزم ہے، وہاں آپ چھپیں۔ تب داخل ہوئے ہیں آپ۔ تو میں نے اپنے مسلمانوں سے کچھ لوگوں سے کہا کہ دیکھیں، میں چاہتا ہوں کہ ٹائمز آف انڈیا میں میں لکھوں میں۔</w:t>
      </w:r>
    </w:p>
    <w:p>
      <w:r>
        <w:rPr>
          <w:b/>
        </w:rPr>
        <w:t xml:space="preserve">[17:15] </w:t>
      </w:r>
      <w:r>
        <w:t>to mazak uraya unhon ne. mein ne mazak uraya. times of india tumhara mazmoon chhapay ga tumhara?</w:t>
      </w:r>
    </w:p>
    <w:p>
      <w:pPr>
        <w:jc w:val="right"/>
      </w:pPr>
      <w:r>
        <w:t>تو مذاق اڑایا انہوں نے۔ میں نے مذاق اڑایا۔ ٹائمز آف انڈیا تمہارا مضمون چھاپے گا تمہارا؟</w:t>
      </w:r>
    </w:p>
    <w:p>
      <w:r>
        <w:rPr>
          <w:b/>
        </w:rPr>
        <w:t xml:space="preserve">[17:25] </w:t>
      </w:r>
      <w:r>
        <w:t>isi dehli mein parhe likhe musalmanon ne mazak uraya ke aisa aap khwab dekh rahe hain ke times of india mein aap mazameen chhapen? lekin mein koshish karta raha.</w:t>
      </w:r>
    </w:p>
    <w:p>
      <w:pPr>
        <w:jc w:val="right"/>
      </w:pPr>
      <w:r>
        <w:t>اسی دہلی میں پڑھے لکھے مسلمانوں نے مذاق اڑایا کہ ایسا آپ خواب دیکھ رہے ہیں کہ ٹائمز آف انڈیا میں آپ مضامین چھپیں؟ لیکن میں کوشش کرتا رہا۔</w:t>
      </w:r>
    </w:p>
    <w:p>
      <w:r>
        <w:rPr>
          <w:b/>
        </w:rPr>
        <w:t xml:space="preserve">[17:38] </w:t>
      </w:r>
      <w:r>
        <w:t>yahan tak ke greelaal jain jab editor thay times of india ke, tab mera pehla mazmoon chhaap tha. is ka title tha not by gree winses alone.</w:t>
      </w:r>
    </w:p>
    <w:p>
      <w:pPr>
        <w:jc w:val="right"/>
      </w:pPr>
      <w:r>
        <w:t>یہاں تک کہ گری لال جین جب ایڈیٹر تھے ٹائمز آف انڈیا کے، تب میرا پہلا مضمون چھپا تھا۔ اس کا ٹائٹل تھا ناٹ بائی گری ونسز الون۔</w:t>
      </w:r>
    </w:p>
    <w:p>
      <w:r>
        <w:rPr>
          <w:b/>
        </w:rPr>
        <w:t xml:space="preserve">[17:50] </w:t>
      </w:r>
      <w:r>
        <w:t>is ke baad se ab regular tor par mere mazameen chaptay hain times of india mein. jo ke indiya ka number one paper hai. aap jante hain ke indiya ka number one paper hai.</w:t>
      </w:r>
    </w:p>
    <w:p>
      <w:pPr>
        <w:jc w:val="right"/>
      </w:pPr>
      <w:r>
        <w:t>اس کے بعد سے اب ریگولر طور پر میرے مضامین چھپتے ہیں ٹائمز آف انڈیا میں۔ جو کہ انڈیا کا نمبر ون پیپر ہے۔ آپ جانتے ہیں کہ انڈیا کا نمبر ون پیپر ہے۔</w:t>
      </w:r>
    </w:p>
    <w:p>
      <w:r>
        <w:rPr>
          <w:b/>
        </w:rPr>
        <w:t xml:space="preserve">[18:04] </w:t>
      </w:r>
      <w:r>
        <w:t>ab mein aap ko aaj ki baat bataoon ga. yeh aaj ka akhbar hai. aaj ka jo times of india hai, us mein mera article chhaapa hai.</w:t>
      </w:r>
    </w:p>
    <w:p>
      <w:pPr>
        <w:jc w:val="right"/>
      </w:pPr>
      <w:r>
        <w:t>اب میں آپ کو آج کی بات بتاؤں گا۔ یہ آج کا اخبار ہے۔ آج کا جو ٹائمز آف انڈیا ہے، اس میں میرا آرٹیکل چھپا ہے۔</w:t>
      </w:r>
    </w:p>
    <w:p>
      <w:r>
        <w:rPr>
          <w:b/>
        </w:rPr>
        <w:t xml:space="preserve">[18:15] </w:t>
      </w:r>
      <w:r>
        <w:t>baat yeh hui ke abhi jo political change indiya mein aaya hai solace may ko, us par unhon ne kuch logon ko invite kiya tha, koi top ke logon ko likhne ke liye.</w:t>
      </w:r>
    </w:p>
    <w:p>
      <w:pPr>
        <w:jc w:val="right"/>
      </w:pPr>
      <w:r>
        <w:t>بات یہ ہوئی کہ ابھی جو پولیٹیکل چینج انڈیا میں آیا ہے سولہ مئی کو، اس پر انہوں نے کچھ لوگوں کو انوائٹ کیا تھا، کوئی ٹاپ کے لوگوں کو لکھنے کے لیے۔</w:t>
      </w:r>
    </w:p>
    <w:p>
      <w:r>
        <w:rPr>
          <w:b/>
        </w:rPr>
        <w:t xml:space="preserve">[18:30] </w:t>
      </w:r>
      <w:r>
        <w:t>top ke logon ko.</w:t>
      </w:r>
    </w:p>
    <w:p>
      <w:pPr>
        <w:jc w:val="right"/>
      </w:pPr>
      <w:r>
        <w:t>ٹاپ کے لوگوں کو۔</w:t>
      </w:r>
    </w:p>
    <w:p>
      <w:r>
        <w:rPr>
          <w:b/>
        </w:rPr>
        <w:t xml:space="preserve">[18:36] </w:t>
      </w:r>
      <w:r>
        <w:t>aur is ka unhon ne rakha tha winners and losers. to kai logon ne likha, kai top ke logon ne.</w:t>
      </w:r>
    </w:p>
    <w:p>
      <w:pPr>
        <w:jc w:val="right"/>
      </w:pPr>
      <w:r>
        <w:t>اور اس کا انہوں نے رکھا تھا ونرز اینڈ لوزرز۔ تو کئی لوگوں نے لکھا، کئی ٹاپ کے لوگوں نے۔</w:t>
      </w:r>
    </w:p>
    <w:p>
      <w:r>
        <w:rPr>
          <w:b/>
        </w:rPr>
        <w:t xml:space="preserve">[18:47] </w:t>
      </w:r>
      <w:r>
        <w:t>lekin aap taajub karein ge ke front page par sirf mera mazmoon highlight kiya unhon ne. times of india mein. aap dekhein, tasweer ke sath.</w:t>
      </w:r>
    </w:p>
    <w:p>
      <w:pPr>
        <w:jc w:val="right"/>
      </w:pPr>
      <w:r>
        <w:t>لیکن آپ تعجب کریں گے کہ فرنٹ پیج پر صرف میرا مضمون ہائی لائٹ کیا انہوں نے۔ ٹائمز آف انڈیا میں۔ آپ دیکھیے، تصویر کے ساتھ۔</w:t>
      </w:r>
    </w:p>
    <w:p>
      <w:r>
        <w:rPr>
          <w:b/>
        </w:rPr>
        <w:t xml:space="preserve">[19:02] </w:t>
      </w:r>
      <w:r>
        <w:t>sirf mera mazmoon highlight kiya hai. aur barabar hi ho raha hai. na sirf times of india mein balkeh indiya ke bohat se hindi paper, angrezi paper mein barabar meri cheezein aa rahi hain.</w:t>
      </w:r>
    </w:p>
    <w:p>
      <w:pPr>
        <w:jc w:val="right"/>
      </w:pPr>
      <w:r>
        <w:t>صرف میرا مضمون ہائی لائٹ کیا ہے۔ اور برابر ہی ہو رہا ہے۔ نہ صرف ٹائمز آف انڈیا میں بلکہ انڈیا کے بہت سے ہندی پیپر، انگریزی پیپر میں برابر میری چیزیں آ رہی ہیں۔</w:t>
      </w:r>
    </w:p>
    <w:p>
      <w:r>
        <w:rPr>
          <w:b/>
        </w:rPr>
        <w:t xml:space="preserve">[19:16] </w:t>
      </w:r>
      <w:r>
        <w:t>aur bohat numayan kar ke aati hain.</w:t>
      </w:r>
    </w:p>
    <w:p>
      <w:pPr>
        <w:jc w:val="right"/>
      </w:pPr>
      <w:r>
        <w:t>اور بہت نمایاں کر کے آتی ہیں۔</w:t>
      </w:r>
    </w:p>
    <w:p>
      <w:r>
        <w:rPr>
          <w:b/>
        </w:rPr>
        <w:t xml:space="preserve">[19:22] </w:t>
      </w:r>
      <w:r>
        <w:t>abhi bombay ke ek magazine, angrezi magazine mein mera ek lamba ek article chhaapa tha, jis ko unhon ne us ko unhon ne cover story banaya tha.</w:t>
      </w:r>
    </w:p>
    <w:p>
      <w:pPr>
        <w:jc w:val="right"/>
      </w:pPr>
      <w:r>
        <w:t>ابھی بمبئی کے ایک میگزین، انگریزی میگزین میں میرا ایک لمبا ایک آرٹیکل چھپا تھا، جس کو انہوں نے اس کو انہوں نے کور اسٹوری بنایا تھا۔</w:t>
      </w:r>
    </w:p>
    <w:p>
      <w:r>
        <w:rPr>
          <w:b/>
        </w:rPr>
        <w:t xml:space="preserve">[19:34] </w:t>
      </w:r>
      <w:r>
        <w:t>cover story. to bombay se mehboob bhai ka telephone aaya ke woh gaye un ke office mein aur copyan lene ke liye.</w:t>
      </w:r>
    </w:p>
    <w:p>
      <w:pPr>
        <w:jc w:val="right"/>
      </w:pPr>
      <w:r>
        <w:t>کور اسٹوری۔ تو بمبئی سے محبوب بھائی کا ٹیلی فون آیا کہ وہ گئے ان کے آفس میں اور کاپیاں لینے کے لیے۔</w:t>
      </w:r>
    </w:p>
    <w:p>
      <w:r>
        <w:rPr>
          <w:b/>
        </w:rPr>
        <w:t xml:space="preserve">[19:45] </w:t>
      </w:r>
      <w:r>
        <w:t>to wahan bataya gaya un ke office mein ke is ki to heavy demand hai. hum aap ko ziyada copy nahi de sakte. heavy demand ke andar bolay woh. aur woh sarey hindu chala rahe hain is magazine ko.</w:t>
      </w:r>
    </w:p>
    <w:p>
      <w:pPr>
        <w:jc w:val="right"/>
      </w:pPr>
      <w:r>
        <w:t>تو وہاں بتایا گیا ان کے آفس میں کہ اس کی تو ہیوی ڈیمانڈ ہے۔ ہم آپ کو زیادہ کاپی نہیں دے سکتے۔ ہیوی ڈیمانڈ کے اندر بولے وہ۔ اور وہ سارے ہندو چلا رہے ہیں اس میگزین کو۔</w:t>
      </w:r>
    </w:p>
    <w:p>
      <w:r>
        <w:rPr>
          <w:b/>
        </w:rPr>
        <w:t xml:space="preserve">[19:57] </w:t>
      </w:r>
      <w:r>
        <w:t>yeh halat hai. yani hindu ne mujh ko is country mein ek bohat bara darja de diya.</w:t>
      </w:r>
    </w:p>
    <w:p>
      <w:pPr>
        <w:jc w:val="right"/>
      </w:pPr>
      <w:r>
        <w:t>یہ حالت ہے۔ یعنی ہندو نے مجھ کو اس کنٹری میں ایک بہت بڑا درجہ دے دیا۔</w:t>
      </w:r>
    </w:p>
    <w:p>
      <w:r>
        <w:rPr>
          <w:b/>
        </w:rPr>
        <w:t xml:space="preserve">[20:06] </w:t>
      </w:r>
      <w:r>
        <w:t>yani undeclared ideology.</w:t>
      </w:r>
    </w:p>
    <w:p>
      <w:pPr>
        <w:jc w:val="right"/>
      </w:pPr>
      <w:r>
        <w:t>یعنی ان ڈیکلئیرڈ آئیڈیالوج۔</w:t>
      </w:r>
    </w:p>
    <w:p>
      <w:r>
        <w:rPr>
          <w:b/>
        </w:rPr>
        <w:t xml:space="preserve">[20:12] </w:t>
      </w:r>
      <w:r>
        <w:t>mein sochta hoon ke hindu ka dil kitna bara hai. kitna bare dil ke hain yeh log. kisi muslim country mein aisa nahi ho sakta ke wahan kisi hindu ko, kisi christian ko, kisi buddhist ko itna bara darja dein.</w:t>
      </w:r>
    </w:p>
    <w:p>
      <w:pPr>
        <w:jc w:val="right"/>
      </w:pPr>
      <w:r>
        <w:t>میں سوچتا ہوں کہ ہندو کا دل کتنا بڑا ہے۔ کتنا بڑے دل کے ہیں یہ لوگ۔ کسی مسلم کنٹری میں ایسا نہیں ہو سکتا کہ وہاں کسی ہندو کو، کسی کرسچن کو، کسی بدھسٹ کو اتنا بڑا درجہ دے دیں۔</w:t>
      </w:r>
    </w:p>
    <w:p>
      <w:r>
        <w:rPr>
          <w:b/>
        </w:rPr>
        <w:t xml:space="preserve">[20:29] </w:t>
      </w:r>
      <w:r>
        <w:t>bara de dein. aaj jo tha, yaani India mein aaj bohat hi impossible national day hai.</w:t>
      </w:r>
    </w:p>
    <w:p>
      <w:pPr>
        <w:jc w:val="right"/>
      </w:pPr>
      <w:r>
        <w:t>بڑا دے دیں۔ آج جو تھا، یعنی انڈیا میں آج بہت ہی امپاسیبل نیشنل ڈے ہے۔</w:t>
      </w:r>
    </w:p>
    <w:p>
      <w:r>
        <w:rPr>
          <w:b/>
        </w:rPr>
        <w:t xml:space="preserve">[20:39] </w:t>
      </w:r>
      <w:r>
        <w:t>kyunke India celebrate kar raha hai ek naye change ko jo yahan par aaya hai. har taraf is ka charcha hai, har taraf yeh cheezein chhapp rahi hain.</w:t>
      </w:r>
    </w:p>
    <w:p>
      <w:pPr>
        <w:jc w:val="right"/>
      </w:pPr>
      <w:r>
        <w:t>کیونکہ انڈیا سیلیبریٹ کر رہا ہے ایک نئے چینج کو جو یہاں پر آیا ہے۔ ہر طرف اس کا چرچا ہے، ہر طرف یہ چیزیں چھپ رہی ہیں۔</w:t>
      </w:r>
    </w:p>
    <w:p>
      <w:r>
        <w:rPr>
          <w:b/>
        </w:rPr>
        <w:t xml:space="preserve">[20:48] </w:t>
      </w:r>
      <w:r>
        <w:t>to most impossible event hai yeh India ka. wahan par hum ko highlight kar diya unhon ne. to mein sochta hoon ke Hindu ka dil kitna bara hai.</w:t>
      </w:r>
    </w:p>
    <w:p>
      <w:pPr>
        <w:jc w:val="right"/>
      </w:pPr>
      <w:r>
        <w:t>تو موسٹ امپاسیبل ایونٹ ہے یہ انڈیا کا۔ وہاں پر ہم کو ہائی لائٹ کر دیا انہوں نے۔ تو میں سوچتا ہوں کہ ہندو کا دل کتنا بڑا ہے۔</w:t>
      </w:r>
    </w:p>
    <w:p>
      <w:r>
        <w:rPr>
          <w:b/>
        </w:rPr>
        <w:t xml:space="preserve">[21:03] </w:t>
      </w:r>
      <w:r>
        <w:t>kitna bara dil hai Hindu ka. ke ek Musalman ko unhon ne, jo ke molvi hai, duaen rakhta hai, us ko highlight kar diya unhon ne.</w:t>
      </w:r>
    </w:p>
    <w:p>
      <w:pPr>
        <w:jc w:val="right"/>
      </w:pPr>
      <w:r>
        <w:t>کتنا بڑا دل ہے ہندو کا۔ کہ ایک مسلمان کو انہوں نے، جو کہ مولوی ہے، دعائیں رکھتا ہے، اس کو ہائی لائٹ کر دیا انہوں نے۔</w:t>
      </w:r>
    </w:p>
    <w:p>
      <w:r>
        <w:rPr>
          <w:b/>
        </w:rPr>
        <w:t xml:space="preserve">[21:15] </w:t>
      </w:r>
      <w:r>
        <w:t>is raaz ko Musalman ne jaana nahin. Shaitan ne Musalmanon ko sikha rakha hai ke yeh zulm ho raha hai, woh description ho raha hai, yeh ho raha hai, yeh sab jhooti baat hai.</w:t>
      </w:r>
    </w:p>
    <w:p>
      <w:pPr>
        <w:jc w:val="right"/>
      </w:pPr>
      <w:r>
        <w:t>اس راز کو مسلمان نے جانا نہیں۔ شیطان نے مسلمانوں کو سکھا رکھا ہے کہ یہ ظلم ہو رہا ہے، وہ ڈسکریپشن ہو رہا ہے، یہ ہو رہا ہے، یہ سب جھوٹی بات ہے۔</w:t>
      </w:r>
    </w:p>
    <w:p>
      <w:r>
        <w:rPr>
          <w:b/>
        </w:rPr>
        <w:t xml:space="preserve">[21:28] </w:t>
      </w:r>
      <w:r>
        <w:t>jhooti is se sirf mein ke kuch cheezein hoti hain jo natural hoti hain. natural. ghar mein bhi koi khatpat hota hai. bhai behan mein bhi koi khatpat hota hai.</w:t>
      </w:r>
    </w:p>
    <w:p>
      <w:pPr>
        <w:jc w:val="right"/>
      </w:pPr>
      <w:r>
        <w:t>جھوٹی اس سے صرف میں کہ کچھ چیزیں ہوتی ہیں جو نیچرل ہوتی ہیں۔ نیچرل۔ گھر میں بھی کوئی کھٹپٹ ہوتا ہے۔ بھائی بہن میں بھی کوئی کھٹپٹ ہوتا ہے۔</w:t>
      </w:r>
    </w:p>
    <w:p>
      <w:r>
        <w:rPr>
          <w:b/>
        </w:rPr>
        <w:t xml:space="preserve">[21:37] </w:t>
      </w:r>
      <w:r>
        <w:t>woh natural hai. is ko aap barha charhaen, barha charhaen, barha charhaen ke zulm ho raha hai aur description ho raha hai.</w:t>
      </w:r>
    </w:p>
    <w:p>
      <w:pPr>
        <w:jc w:val="right"/>
      </w:pPr>
      <w:r>
        <w:t>وہ نیچرل ہے۔ اس کو آپ بڑھا چڑھائیں، بڑھا چڑھائیں، بڑھا چڑھائیں کہ ظلم ہو رہا ہے اور ڈسکریپشن ہو رہا ہے۔</w:t>
      </w:r>
    </w:p>
    <w:p>
      <w:r>
        <w:rPr>
          <w:b/>
        </w:rPr>
        <w:t xml:space="preserve">[21:47] </w:t>
      </w:r>
      <w:r>
        <w:t>to yeh is ko mein jhoot kahunga.</w:t>
      </w:r>
    </w:p>
    <w:p>
      <w:pPr>
        <w:jc w:val="right"/>
      </w:pPr>
      <w:r>
        <w:t>تو یہ اس کو میں جھوٹ کہوں گا۔</w:t>
      </w:r>
    </w:p>
    <w:p>
      <w:r>
        <w:rPr>
          <w:b/>
        </w:rPr>
        <w:t xml:space="preserve">[21:52] </w:t>
      </w:r>
      <w:r>
        <w:t>to aaj subah jab mein ne yeh parcha dekha to waqai mera ajeeb haal ho gaya ke Hindu ka dil kitna bara hai. appreciation kitna zyada Hindu ke andar hai.</w:t>
      </w:r>
    </w:p>
    <w:p>
      <w:pPr>
        <w:jc w:val="right"/>
      </w:pPr>
      <w:r>
        <w:t>تو آج صبح جب میں نے یہ پرچہ دیکھا تو واقعی میرا عجیب حال ہو گیا کہ ہندو کا دل کتنا بڑا ہے۔ ایپریسی ایشن کتنا زیادہ ہندو کے اندر ہے۔</w:t>
      </w:r>
    </w:p>
    <w:p>
      <w:r>
        <w:rPr>
          <w:b/>
        </w:rPr>
        <w:t xml:space="preserve">[22:06] </w:t>
      </w:r>
      <w:r>
        <w:t>Hindu ke andar appreciation ka maada kitna zyada hai. aise mulk mein shikayat, aise mulk mein shikayat, is mein aisa hai ke Musalman shikayaton ke aadi ho gaye hain.</w:t>
      </w:r>
    </w:p>
    <w:p>
      <w:pPr>
        <w:jc w:val="right"/>
      </w:pPr>
      <w:r>
        <w:t>ہندو کے اندر ایپریسی ایشن کا مادہ کتنا زیادہ ہے۔ ایسے ملک میں شکایت، ایسے ملک میں شکایت، اس میں ایسا ہے کہ مسلمان شکایتوں کے عادی ہو گئے ہیں۔</w:t>
      </w:r>
    </w:p>
    <w:p>
      <w:r>
        <w:rPr>
          <w:b/>
        </w:rPr>
        <w:t xml:space="preserve">[22:21] </w:t>
      </w:r>
      <w:r>
        <w:t>aur un ke tamam baron ne yeh sikhaya hai in ko. tamam misron ne, tamam molviyon ne in ko shikayat hi ka aadi banaya hai. mein ek misaal deta hoon aap ko.</w:t>
      </w:r>
    </w:p>
    <w:p>
      <w:pPr>
        <w:jc w:val="right"/>
      </w:pPr>
      <w:r>
        <w:t>اور ان کے تمام بڑوں نے یہ سکھایا ہے ان کو۔ تمام مصروں نے، تمام مولویوں نے ان کو شکایت ہی کا عادی بنایا ہے۔ میں ایک مثال دیتا ہوں آپ کو۔</w:t>
      </w:r>
    </w:p>
    <w:p>
      <w:r>
        <w:rPr>
          <w:b/>
        </w:rPr>
        <w:t xml:space="preserve">[22:33] </w:t>
      </w:r>
      <w:r>
        <w:t>first world war ke baad Usmani Khilafat jo qaim thi, woh toot gayi. Khilafat Usmani jo thi, jis ka markaz Turki tha, woh toot gayi.</w:t>
      </w:r>
    </w:p>
    <w:p>
      <w:pPr>
        <w:jc w:val="right"/>
      </w:pPr>
      <w:r>
        <w:t>فرسٹ ورلڈ وار کے بعد عثمانی خلافت جو قائم تھی، وہ ٹوٹ گئی۔ خلافت عثمانی جو تھی، جس کا مرکز ترکی تھا، وہ ٹوٹ گئی۔</w:t>
      </w:r>
    </w:p>
    <w:p>
      <w:r>
        <w:rPr>
          <w:b/>
        </w:rPr>
        <w:t xml:space="preserve">[22:47] </w:t>
      </w:r>
      <w:r>
        <w:t>to saare Musalmanon mein, India nahin, saari duniya ke Musalmanon ne is ko suqoot Khilafat kaha. aur har jagah is ko tragedy samajhne mein liya gaya.</w:t>
      </w:r>
    </w:p>
    <w:p>
      <w:pPr>
        <w:jc w:val="right"/>
      </w:pPr>
      <w:r>
        <w:t>تو سارے مسلمانوں میں، انڈیا نہیں، ساری دنیا کے مسلمانوں نے اس کو سقوط خلافت کہا۔ اور ہر جگہ اس کو ٹریجڈی کمانے میں لیا گیا۔</w:t>
      </w:r>
    </w:p>
    <w:p>
      <w:r>
        <w:rPr>
          <w:b/>
        </w:rPr>
        <w:t xml:space="preserve">[22:59] </w:t>
      </w:r>
      <w:r>
        <w:t>tragedy. haalanke yeh bilkul jhooti baat thi. dekhiye, Khilafat Usmani tooti to is ke baad kya hua? bohat saare Muslim country ban gaye.</w:t>
      </w:r>
    </w:p>
    <w:p>
      <w:pPr>
        <w:jc w:val="right"/>
      </w:pPr>
      <w:r>
        <w:t>ٹریجڈی۔ حالانکہ یہ بالکل جھوٹی بات تھی۔ دیکھیے، خلافت عثمانی ٹوٹی تو اس کے بعد کیا ہوا؟ بہت سارے مسلم کنٹری بن گئے۔</w:t>
      </w:r>
    </w:p>
    <w:p>
      <w:r>
        <w:rPr>
          <w:b/>
        </w:rPr>
        <w:t xml:space="preserve">[23:12] </w:t>
      </w:r>
      <w:r>
        <w:t>yaani woh saara ilaaqa jo pehle Turki se kuch log rule kar rahe the aur ek ek Turkish empire qaim thi, woh toot gayi.</w:t>
      </w:r>
    </w:p>
    <w:p>
      <w:pPr>
        <w:jc w:val="right"/>
      </w:pPr>
      <w:r>
        <w:t>یعنی وہ سارا علاقہ جو پہلے ترکی سے کچھ لوگ رول کر رہے تھے اور ایک ایک ٹرکش ایمپائر قائم تھی، وہ ٹوٹ گئی۔</w:t>
      </w:r>
    </w:p>
    <w:p>
      <w:r>
        <w:rPr>
          <w:b/>
        </w:rPr>
        <w:t xml:space="preserve">[23:23] </w:t>
      </w:r>
      <w:r>
        <w:t>to toot gayi ka matlab kya hua? jin mulkon mein in ka rule tha, woh sab alag alag state ban gaye. maslan Saudi Arab, Arab Emarat, Misr, Lebanon, Palestine, Sham waghera waghera sab.</w:t>
      </w:r>
    </w:p>
    <w:p>
      <w:pPr>
        <w:jc w:val="right"/>
      </w:pPr>
      <w:r>
        <w:t>تو ٹوٹ گئی کا معنی کیا ہوا؟ جن ملکوں میں ان کا رول تھا، وہ سب الگ الگ اسٹیٹ بن گئے۔ مثلاً سعودی عرب، عرب امارات، مصر، لبنان، فلسطین، شام وغیرہ وغیرہ سب۔</w:t>
      </w:r>
    </w:p>
    <w:p>
      <w:r>
        <w:rPr>
          <w:b/>
        </w:rPr>
        <w:t xml:space="preserve">[23:38] </w:t>
      </w:r>
      <w:r>
        <w:t>to to aap ko is mein pareshani kya hai? is mein pareshani kya hai? woh phir bhi Muslim mulk maujood hain, phir bhi wahan Musalmanon ki hukoomat hai.</w:t>
      </w:r>
    </w:p>
    <w:p>
      <w:pPr>
        <w:jc w:val="right"/>
      </w:pPr>
      <w:r>
        <w:t>تو تو آپ کو اس میں پریشانی کیا ہے؟ اس میں پریشانی کیا ہے؟ وہ پھر بھی مسلم ملک موجود ہیں، پھر بھی وہاں مسلمانوں کی حکومت ہے۔</w:t>
      </w:r>
    </w:p>
    <w:p>
      <w:r>
        <w:rPr>
          <w:b/>
        </w:rPr>
        <w:t xml:space="preserve">[23:49] </w:t>
      </w:r>
      <w:r>
        <w:t>aur is se bari baat mein kehta hoon ke mein in mulkon mein safar kiya hai, mein ne. mein kehta hoon ke Khilafat Usmani jo zamane mein qaim thi, us ke muqable mein aaj yeh mulk hazar guna zyada taraqqi ki hui hai.</w:t>
      </w:r>
    </w:p>
    <w:p>
      <w:pPr>
        <w:jc w:val="right"/>
      </w:pPr>
      <w:r>
        <w:t>اور اس سے بڑی بات میں کہتا ہوں کہ میں ان ملکوں میں سفر کیا ہے، میں نے۔ میں کہتا ہوں کہ خلافت عثمانی جو زمانے میں قائم تھی، اس کے مقابلے میں آج یہ ملک ہزار گنا زیادہ ترقی کی ہوئی ہے۔</w:t>
      </w:r>
    </w:p>
    <w:p>
      <w:r>
        <w:rPr>
          <w:b/>
        </w:rPr>
        <w:t xml:space="preserve">[24:04] </w:t>
      </w:r>
      <w:r>
        <w:t>aap ka shaq ho to kisi bhi mulk mein jaiye. aap Turki jaiye, Turki mein aaj hazar guna zyada taraqqi hui hai. aap Saudi Arab mein jaiye, hazar guna zyada taraqqi hui hai.</w:t>
      </w:r>
    </w:p>
    <w:p>
      <w:pPr>
        <w:jc w:val="right"/>
      </w:pPr>
      <w:r>
        <w:t>آپ کا شک ہو تو کسی بھی ملک میں جائیے۔ آپ ترکی جائیے، ترکی میں آج ہزار گنا زیادہ ترقی ہوئی ہے۔ آپ سعودی عرب میں جائیے، ہزار گنا زیادہ ترقی ہوئی ہے۔</w:t>
      </w:r>
    </w:p>
    <w:p>
      <w:r>
        <w:rPr>
          <w:b/>
        </w:rPr>
        <w:t xml:space="preserve">[24:17] </w:t>
      </w:r>
      <w:r>
        <w:t>baaz mulkon mein Musalman aapas mein lad rahe hain, jaise Palestine mein, Iraq mein, Pakistan mein, woh alag baat hai.</w:t>
      </w:r>
    </w:p>
    <w:p>
      <w:pPr>
        <w:jc w:val="right"/>
      </w:pPr>
      <w:r>
        <w:t>بعض ملکوں میں مسلمان آپس میں لڑ رہے ہیں، جیسے فلسطین میں، عراق میں، پاکستان میں، وہ الگ بات ہے۔</w:t>
      </w:r>
    </w:p>
    <w:p>
      <w:r>
        <w:rPr>
          <w:b/>
        </w:rPr>
        <w:t xml:space="preserve">[24:27] </w:t>
      </w:r>
      <w:r>
        <w:t>to is mein mayoosi ki kya baat hai? shikayat ki kya baat hai? is ko suqoot kyun kehte hain aap? yeh to ek naye emergency kahiye. ek naye daur taraqqi kahiye.</w:t>
      </w:r>
    </w:p>
    <w:p>
      <w:pPr>
        <w:jc w:val="right"/>
      </w:pPr>
      <w:r>
        <w:t>تو اس میں مایوسی کی کیا بات ہے؟ شکایت کی کیا بات ہے؟ اس کو سقوط کیوں کہتے ہیں آپ؟ یہ تو ایک نئے ایمرجنسی کہیے۔ ایک نئے دور ترقی کہیے۔</w:t>
      </w:r>
    </w:p>
    <w:p>
      <w:r>
        <w:rPr>
          <w:b/>
        </w:rPr>
        <w:t xml:space="preserve">[24:39] </w:t>
      </w:r>
      <w:r>
        <w:t>lekin yahi hamare saare rehnumaon ne one to all yeh zehan diya. mayoosi ka, shikayat ka. to poori poori millat isi mein jee rahi hai.</w:t>
      </w:r>
    </w:p>
    <w:p>
      <w:pPr>
        <w:jc w:val="right"/>
      </w:pPr>
      <w:r>
        <w:t>لیکن یہی ہمارے سارے رہنماؤں نے ون ٹو آل یہ ذہن دیا۔ مایوسی کا، شکایت کا۔ تو پوری پوری ملت اسی میں جی رہی ہے۔</w:t>
      </w:r>
    </w:p>
    <w:p>
      <w:r>
        <w:rPr>
          <w:b/>
        </w:rPr>
        <w:t xml:space="preserve">[24:51] </w:t>
      </w:r>
      <w:r>
        <w:t>yeh nahin kisi ne bataya ke bhai agar Usmani empire toot gaya to is mein nuqsan kya hai? ab bhi hamare saare mulkon mein Muslim hukoomaten qaim hain aur taraqqi kar rahi hain.</w:t>
      </w:r>
    </w:p>
    <w:p>
      <w:pPr>
        <w:jc w:val="right"/>
      </w:pPr>
      <w:r>
        <w:t>یہ نہیں کسی نے بتایا کہ بھئی اگر عثمانی ایمپائر ٹوٹ گیا تو اس میں نقصان کیا ہے؟ اب بھی ہمارے سارے ملکوں میں مسلم حکومتیں قائم ہیں اور ترقی کر رہی ہیں۔</w:t>
      </w:r>
    </w:p>
    <w:p>
      <w:r>
        <w:rPr>
          <w:b/>
        </w:rPr>
        <w:t xml:space="preserve">[25:07] </w:t>
      </w:r>
      <w:r>
        <w:t>pareshani kya hai is mein? khud Turki zyada taraqqi hai, Turki ne. mein abhi haal mein Turki mein gaya tha. aap jis ne bhi Turki ko dekha ho, us ko pooch li jiye.</w:t>
      </w:r>
    </w:p>
    <w:p>
      <w:pPr>
        <w:jc w:val="right"/>
      </w:pPr>
      <w:r>
        <w:t>پریشانی کیا ہے اس میں؟ خود ترکی زیادہ ترقی ہے، ترکی نے۔ میں ابھی حال میں ترکی میں گیا تھا۔ آپ جس نے بھی ترکی کو دیکھا ہو، اس کو پوچھ لیجیے۔</w:t>
      </w:r>
    </w:p>
    <w:p>
      <w:r>
        <w:rPr>
          <w:b/>
        </w:rPr>
        <w:t xml:space="preserve">[25:22] </w:t>
      </w:r>
      <w:r>
        <w:t>to dekhiye, rehnumaon ka farz yeh hota hai ke waqiat ko right angle se dikhaen logon ko.</w:t>
      </w:r>
    </w:p>
    <w:p>
      <w:pPr>
        <w:jc w:val="right"/>
      </w:pPr>
      <w:r>
        <w:t>تو دیکھیے، رہنماؤں کا فرض یہ ہوتا ہے کہ واقعات کو رائٹ اینگل سے دکھائیں لوگوں کو۔</w:t>
      </w:r>
    </w:p>
    <w:p>
      <w:r>
        <w:rPr>
          <w:b/>
        </w:rPr>
        <w:t xml:space="preserve">[25:32] </w:t>
      </w:r>
      <w:r>
        <w:t>rehnama trend setter hotay hain. jo waqiat paish atay hain, un ke baray mein un ke andar right thinking paida karen. hamaray is daur ke rehnama jo thay, is daur ke rehnama, sab ke sab one to all, mujhe koi exception nahi maloom, agar hai to mujhe bataya jaye.</w:t>
      </w:r>
    </w:p>
    <w:p>
      <w:pPr>
        <w:jc w:val="right"/>
      </w:pPr>
      <w:r>
        <w:t>رہنما ٹرینڈ سیٹر ہوتے ہیں۔ جو واقعات پیش آتے ہیں، ان کے بارے میں ان کے اندر رائٹ تھنکنگ پیدا کریں۔ ہمارے اس دور کے رہنما جو تھے، اس دور کے رہنما، سب کے سب ون ٹو آل، مجھے کوئی ایکسیپشن نہیں معلوم، اگر ہے تو مجھے بتایا جائے۔</w:t>
      </w:r>
    </w:p>
    <w:p>
      <w:r>
        <w:rPr>
          <w:b/>
        </w:rPr>
        <w:t xml:space="preserve">[25:49] </w:t>
      </w:r>
      <w:r>
        <w:t>negative baaten kahi unhon ne. yani France, France ne, France dakhil hua Africa mein.</w:t>
      </w:r>
    </w:p>
    <w:p>
      <w:pPr>
        <w:jc w:val="right"/>
      </w:pPr>
      <w:r>
        <w:t>نیگیٹیو باتیں کہی انہوں نے۔ یعنی فرانس، فرانس نے، فرانس داخل ہوا افریقہ میں۔</w:t>
      </w:r>
    </w:p>
    <w:p>
      <w:r>
        <w:rPr>
          <w:b/>
        </w:rPr>
        <w:t xml:space="preserve">[25:58] </w:t>
      </w:r>
      <w:r>
        <w:t>to wahan ke log jo thay, wo Arab hazrat, bas France ke khilaf larne ke liye kharay ho gaye. larai, larai, nafrat, nafrat, nafrat. Afriqi mulkon mein ke jo rehnama thay, wo France ke khilaf nafrat.</w:t>
      </w:r>
    </w:p>
    <w:p>
      <w:pPr>
        <w:jc w:val="right"/>
      </w:pPr>
      <w:r>
        <w:t>تو وہاں کے لوگ جو تھے، وہ عرب حضرات، بس فرانس کے خلاف لڑنے کے لیے کھڑے ہو گئے۔ لڑائی، لڑائی، نفرت، نفرت، نفرت۔ افریقی ملکوں میں کے جو رہنما تھے، وہ فرانس کے خلاف نفرت۔</w:t>
      </w:r>
    </w:p>
    <w:p>
      <w:r>
        <w:rPr>
          <w:b/>
        </w:rPr>
        <w:t xml:space="preserve">[26:14] </w:t>
      </w:r>
      <w:r>
        <w:t>yeh hamaray jo Indian subcontinent hai, yahan Britishs aaye thay, yahan British ke khilaf nafrat. America ka talluq tha Falasteen se, America ke khilaf nafrat.</w:t>
      </w:r>
    </w:p>
    <w:p>
      <w:pPr>
        <w:jc w:val="right"/>
      </w:pPr>
      <w:r>
        <w:t>یہ ہمارے جو انڈین سب کانٹیننٹ ہے، یہاں برٹشز آئے تھے، یہاں برٹش کے خلاف نفرت۔ امریکہ کا تعلق تھا فلسطین سے، امریکہ کے خلاف نفرت۔</w:t>
      </w:r>
    </w:p>
    <w:p>
      <w:r>
        <w:rPr>
          <w:b/>
        </w:rPr>
        <w:t xml:space="preserve">[26:26] </w:t>
      </w:r>
      <w:r>
        <w:t>yeh sari nafraten jo wahan par phaili hui hain, yeh sari zimmedari rehnamaon par hai.</w:t>
      </w:r>
    </w:p>
    <w:p>
      <w:pPr>
        <w:jc w:val="right"/>
      </w:pPr>
      <w:r>
        <w:t>یہ ساری نفرتیں جو وہاں پر پھیلی ہوئی ہیں، یہ ساری ذمہ داری رہنماؤں پر ہے۔</w:t>
      </w:r>
    </w:p>
    <w:p>
      <w:r>
        <w:rPr>
          <w:b/>
        </w:rPr>
        <w:t xml:space="preserve">[26:37] </w:t>
      </w:r>
      <w:r>
        <w:t>kyun ke un ko hamaray rehnama ka tareeqa kya hona chahiye? ke waqiat ko right angle se dekhnay ka zehn banana.</w:t>
      </w:r>
    </w:p>
    <w:p>
      <w:pPr>
        <w:jc w:val="right"/>
      </w:pPr>
      <w:r>
        <w:t>کیونکہ ان کو ہمارے رہنما کا طریقہ کیا ہونا چاہیے؟ کہ واقعات کو رائٹ اینگل سے دیکھنے کا ذہن بنانا۔</w:t>
      </w:r>
    </w:p>
    <w:p>
      <w:r>
        <w:rPr>
          <w:b/>
        </w:rPr>
        <w:t xml:space="preserve">[26:46] </w:t>
      </w:r>
      <w:r>
        <w:t>sahih zawiya nazar se cheezon ko dekhnay ka zehn banana. unhon ne kya kiya ke negative, negative, negative.</w:t>
      </w:r>
    </w:p>
    <w:p>
      <w:pPr>
        <w:jc w:val="right"/>
      </w:pPr>
      <w:r>
        <w:t>صحیح زاویہ نظر سے چیزوں کو دیکھنے کا ذہن بنانا۔ انہوں نے کیا کیا کہ نیگیٹیو، نیگیٹیو، نیگیٹیو۔</w:t>
      </w:r>
    </w:p>
    <w:p>
      <w:r>
        <w:rPr>
          <w:b/>
        </w:rPr>
        <w:t xml:space="preserve">[26:56] </w:t>
      </w:r>
      <w:r>
        <w:t>is ki qeemat kya hui ke Musalman is hadith ka misdaq ban gaye ke</w:t>
      </w:r>
    </w:p>
    <w:p>
      <w:pPr>
        <w:jc w:val="right"/>
      </w:pPr>
      <w:r>
        <w:t>اس کی قیمت کیا ہوئی کہ مسلمان اس حدیث کا مصداق بن گئے کہ</w:t>
      </w:r>
    </w:p>
    <w:p>
      <w:r>
        <w:rPr>
          <w:b/>
        </w:rPr>
        <w:t xml:space="preserve">[27:03] </w:t>
      </w:r>
      <w:r>
        <w:t>jo insan ka shukr nahi karega, wo Allah ka bhi shukr nahi karega. is liye mera tajruba yeh hai ke Musalman mein shukr bilkul hi ghayab ho gaya, mafqood ho gaya hai.</w:t>
      </w:r>
    </w:p>
    <w:p>
      <w:pPr>
        <w:jc w:val="right"/>
      </w:pPr>
      <w:r>
        <w:t>جو انسان کا شکر نہیں کرے گا، وہ اللہ کا بھی شکر نہیں کرے گا۔ اس لیے میرا تجربہ یہ ہے کہ مسلمان میں شکر بالکل ہی غائب ہو گیا، مفقود ہو گیا ہے۔</w:t>
      </w:r>
    </w:p>
    <w:p>
      <w:r>
        <w:rPr>
          <w:b/>
        </w:rPr>
        <w:t xml:space="preserve">[27:14] </w:t>
      </w:r>
      <w:r>
        <w:t>sari dunya ke Musalmanon mein mein kahin wahan shukr paya hi nahi. yahan se le kar America tak. haqeeqi ma'non mein shukr maine yahan se America tak kisi ke andar paya hi nahi.</w:t>
      </w:r>
    </w:p>
    <w:p>
      <w:pPr>
        <w:jc w:val="right"/>
      </w:pPr>
      <w:r>
        <w:t>ساری دنیا کے مسلمانوں میں میں کہیں وہاں شکر پایا ہی نہیں۔ یہاں سے لے کر امریکہ تک۔ حقیقی معنوں میں شکر میں نے یہاں سے امریکہ تک کسی کے اندر پایا ہی نہیں۔</w:t>
      </w:r>
    </w:p>
    <w:p>
      <w:r>
        <w:rPr>
          <w:b/>
        </w:rPr>
        <w:t xml:space="preserve">[27:25] </w:t>
      </w:r>
      <w:r>
        <w:t>kyun ke insanon ke baray mein nashukri to Allah ke baray mein shukr khatam. sahih kya kiya hai? in namazon ki dhoom masjidon mein, lekin shukr ki dhoom nahi hai.</w:t>
      </w:r>
    </w:p>
    <w:p>
      <w:pPr>
        <w:jc w:val="right"/>
      </w:pPr>
      <w:r>
        <w:t>کیونکہ انسانوں کے بارے میں ناشکری تو اللہ کے بارے میں شکر ختم۔ صحیح کیا کیا ہے؟ ان نمازوں کی دھوم مسجدوں میں، لیکن شکر کی دھوم نہیں ہے۔</w:t>
      </w:r>
    </w:p>
    <w:p>
      <w:r>
        <w:rPr>
          <w:b/>
        </w:rPr>
        <w:t xml:space="preserve">[27:37] </w:t>
      </w:r>
      <w:r>
        <w:t>aap masjidon mein jaiye jahan bheer lagi hui hai namaziyon ki. koi shukr ki baat nahi karega. aap masjidon mein jaiye, wahan namaziyon ki bheer lagi hui hai, lekin koi shukr ki baat nahi karega.</w:t>
      </w:r>
    </w:p>
    <w:p>
      <w:pPr>
        <w:jc w:val="right"/>
      </w:pPr>
      <w:r>
        <w:t>آپ مسجدوں میں جائیے جہاں بھیڑ لگی ہوئی ہے نمازیوں کی۔ کوئی شکر کی بات نہیں کرے گا۔ آپ مسجدوں میں جائیے، وہاں نمازیوں کی بھیڑ لگی ہوئی ہے، لیکن کوئی شکر کی بات نہیں کرے گا۔</w:t>
      </w:r>
    </w:p>
    <w:p>
      <w:r>
        <w:rPr>
          <w:b/>
        </w:rPr>
        <w:t xml:space="preserve">[27:49] </w:t>
      </w:r>
      <w:r>
        <w:t>wohi negative baaten hain. wohi zulm ki dastanain.</w:t>
      </w:r>
    </w:p>
    <w:p>
      <w:pPr>
        <w:jc w:val="right"/>
      </w:pPr>
      <w:r>
        <w:t>وہی نیگیٹیو باتیں ہیں۔ وہی ظلم کی داستانیں۔</w:t>
      </w:r>
    </w:p>
    <w:p>
      <w:r>
        <w:rPr>
          <w:b/>
        </w:rPr>
        <w:t xml:space="preserve">[27:58] </w:t>
      </w:r>
      <w:r>
        <w:t>to is waqt zaroorat hai ke Musalmanon mein rethinking aaye. rethinking. sari maamle ko phir se dekhen wo.</w:t>
      </w:r>
    </w:p>
    <w:p>
      <w:pPr>
        <w:jc w:val="right"/>
      </w:pPr>
      <w:r>
        <w:t>تو اس وقت ضرورت ہے کہ مسلمانوں میں ری تھنکنگ آئے۔ ری تھنکنگ۔ سارے معاملے کو پھر سے دیکھیں وہ۔</w:t>
      </w:r>
    </w:p>
    <w:p>
      <w:r>
        <w:rPr>
          <w:b/>
        </w:rPr>
        <w:t xml:space="preserve">[28:13] </w:t>
      </w:r>
      <w:r>
        <w:t>ab mein chand aur baaton, pulon ki taraf ishara karna chahta hoon. dekhiye, India ki nisbat se likhiye, chand baaton ko lijiye.</w:t>
      </w:r>
    </w:p>
    <w:p>
      <w:pPr>
        <w:jc w:val="right"/>
      </w:pPr>
      <w:r>
        <w:t>اب میں چند اور باتوں، پلوں کی طرف اشارہ کرنا چاہتا ہوں۔ دیکھیے، انڈیا کی نسبت سے لکھیے، چند باتوں کو لیجیے۔</w:t>
      </w:r>
    </w:p>
    <w:p>
      <w:r>
        <w:rPr>
          <w:b/>
        </w:rPr>
        <w:t xml:space="preserve">[28:24] </w:t>
      </w:r>
      <w:r>
        <w:t>India mein December 1992 mein Ayodhya ki Babri Masjid dhai gayi.</w:t>
      </w:r>
    </w:p>
    <w:p>
      <w:pPr>
        <w:jc w:val="right"/>
      </w:pPr>
      <w:r>
        <w:t>انڈیا میں دسمبر انیس سو بانوے میں ایودھیا کی بابری مسجد ڈھائی گئی۔</w:t>
      </w:r>
    </w:p>
    <w:p>
      <w:r>
        <w:rPr>
          <w:b/>
        </w:rPr>
        <w:t xml:space="preserve">[28:37] </w:t>
      </w:r>
      <w:r>
        <w:t>to sari Musalman negative ho gaye ek taraf se. kisi ne yeh nahi kaha Musalmanon mein se uth kar ke ke bhai ek masjid dhai gayi hai to abhi bhi half million masjidain intact hain.</w:t>
      </w:r>
    </w:p>
    <w:p>
      <w:pPr>
        <w:jc w:val="right"/>
      </w:pPr>
      <w:r>
        <w:t>تو سارے مسلمان نیگیٹیو ہو گئے ایک طرف سے۔ کسی نے یہ نہیں کہا مسلمانوں میں سے اٹھ کر کے کہ بھئی ایک مسجد ڈھائی گئی ہے تو ابھی بھی ہاف ملین مسجدیں انٹیکٹ ہیں۔</w:t>
      </w:r>
    </w:p>
    <w:p>
      <w:r>
        <w:rPr>
          <w:b/>
        </w:rPr>
        <w:t xml:space="preserve">[28:50] </w:t>
      </w:r>
      <w:r>
        <w:t>kyun itna ab woh wala bacha rahe ho? half million masjidain abhi bhi intact theen. aur doosri baat yeh hai ke is waqt maine yeh kaha tha ke Arab mulkon mein bohat si masjidon ko relocate kiya gaya hai.</w:t>
      </w:r>
    </w:p>
    <w:p>
      <w:pPr>
        <w:jc w:val="right"/>
      </w:pPr>
      <w:r>
        <w:t>کیوں اتنا اب وہ والا بچا رہے ہو؟ ہاف ملین مسجدیں ابھی بھی انٹیکٹ تھیں۔ اور دوسری بات یہ ہے کہ اس وقت میں نے یہ کہا تھا کہ عرب ملکوں میں بہت سی مسجدوں کو ریلیکویٹ کیا گیا ہے۔</w:t>
      </w:r>
    </w:p>
    <w:p>
      <w:r>
        <w:rPr>
          <w:b/>
        </w:rPr>
        <w:t xml:space="preserve">[29:12] </w:t>
      </w:r>
      <w:r>
        <w:t>relocate kiya gaya hai. to aap bhi relocation par razi ho jaiye. kyun ke woh controversial maqam tha. woh jagah jahan Babri Masjid thi, woh controversial maqam tha.</w:t>
      </w:r>
    </w:p>
    <w:p>
      <w:pPr>
        <w:jc w:val="right"/>
      </w:pPr>
      <w:r>
        <w:t>ریلیکویٹ کیا گیا ہے۔ تو آپ بھی ریلیکویشن پر راضی ہو جائیے۔ کیونکہ وہ کنٹروورشل مقام تھا۔ وہ جگہ جہاں بابری مسجد تھی، وہ کنٹروورشل مقام تھا۔</w:t>
      </w:r>
    </w:p>
    <w:p>
      <w:r>
        <w:rPr>
          <w:b/>
        </w:rPr>
        <w:t xml:space="preserve">[29:25] </w:t>
      </w:r>
      <w:r>
        <w:t>yeh controversy chal rahi thi awwal din se. to controversial maqam se masjid ko hata kar relocate kiya jaye to harj kya hai?</w:t>
      </w:r>
    </w:p>
    <w:p>
      <w:pPr>
        <w:jc w:val="right"/>
      </w:pPr>
      <w:r>
        <w:t>یہ کنٹروورسی چل رہی تھی اول دن سے۔ تو کنٹروورشل مقام سے مسجد کو ہٹا کر ریلیکویٹ کیا جائے تو حرج کیا ہے؟</w:t>
      </w:r>
    </w:p>
    <w:p>
      <w:r>
        <w:rPr>
          <w:b/>
        </w:rPr>
        <w:t xml:space="preserve">[29:33] </w:t>
      </w:r>
      <w:r>
        <w:t>aap kal razi ho jaiye is par. koi razi nahi hua. ab ab ab kya hai? yani ba tour-e-usool razi nahi hue thay, lekin ab majboori ke tehat razi hain.</w:t>
      </w:r>
    </w:p>
    <w:p>
      <w:pPr>
        <w:jc w:val="right"/>
      </w:pPr>
      <w:r>
        <w:t>آپ کل راضی ہو جائیے اس پر۔ کوئی راضی نہیں ہوا۔ اب اب اب کیا ہے؟ یعنی بطور اصول راضی نہیں ہوئے تھے، لیکن اب مجبوری کے تحت راضی ہیں۔</w:t>
      </w:r>
    </w:p>
    <w:p>
      <w:r>
        <w:rPr>
          <w:b/>
        </w:rPr>
        <w:t xml:space="preserve">[29:47] </w:t>
      </w:r>
      <w:r>
        <w:t>aur maine ek bohat bari misaal di relocation ki. bohat hi bari misaal. dekhiye, aap ko maloom hona chahiye ke Ka'aba ko bhi relocate kiya gaya hai.</w:t>
      </w:r>
    </w:p>
    <w:p>
      <w:pPr>
        <w:jc w:val="right"/>
      </w:pPr>
      <w:r>
        <w:t>اور میں نے ایک بہت بڑی مثال دی ریلیکویشن کی۔ بہت ہی بڑی مثال۔ دیکھیے، آپ کو معلوم ہونا چاہیے کہ کعبہ کو بھی ریلیکویٹ کیا گیا ہے۔</w:t>
      </w:r>
    </w:p>
    <w:p>
      <w:r>
        <w:rPr>
          <w:b/>
        </w:rPr>
        <w:t xml:space="preserve">[29:59] </w:t>
      </w:r>
      <w:r>
        <w:t>aap ghor kijiye, Ka'aba ko bhi relocate kiya gaya hai. Rasool Allah Sal Allahu Alaihi Wasallam par razi hui hai.</w:t>
      </w:r>
    </w:p>
    <w:p>
      <w:pPr>
        <w:jc w:val="right"/>
      </w:pPr>
      <w:r>
        <w:t>آپ غور کیجیے، کعبہ کو بھی ریلیکویٹ کیا گیا ہے۔ رسول اللہ صلی اللہ علیہ وسلم پر راضی ہوئی ہے۔</w:t>
      </w:r>
    </w:p>
    <w:p>
      <w:r>
        <w:rPr>
          <w:b/>
        </w:rPr>
        <w:t xml:space="preserve">[30:08] </w:t>
      </w:r>
      <w:r>
        <w:t>aap mein se jin aadmiyon ne Hajj kiya hoga, Umrah kiya hoga, wo dekha hoga ke ab jo Ka'aba hai, wo chokor hai. is chokor Ka'aba ke sath ek khuli zameen hai, is ko Hatim kehte hain.</w:t>
      </w:r>
    </w:p>
    <w:p>
      <w:pPr>
        <w:jc w:val="right"/>
      </w:pPr>
      <w:r>
        <w:t>آپ میں سے جن آدمیوں نے حج کیا ہوگا، عمرہ کیا ہوگا، وہ دیکھا ہوگا کہ اب جو کعبہ ہے، وہ چوکور ہے۔ اس چوکور کعبہ کے ساتھ ایک کھلی زمین ہے، اس کو حطیم کہتے ہیں۔</w:t>
      </w:r>
    </w:p>
    <w:p>
      <w:r>
        <w:rPr>
          <w:b/>
        </w:rPr>
        <w:t xml:space="preserve">[30:21] </w:t>
      </w:r>
      <w:r>
        <w:t>is Hatim ko, wo Hatim jis ko kehte hain, wo jagah Ka'aba mein shamil thi, Hazrat Ibrahim wali Ka'aba mein. Hazrat Ibrahim jo Ka'aba banaya tha, wo chokor nahi tha, wo lamba tha.</w:t>
      </w:r>
    </w:p>
    <w:p>
      <w:pPr>
        <w:jc w:val="right"/>
      </w:pPr>
      <w:r>
        <w:t>اس حطیم کو، وہ حطیم جس کو کہتے ہیں، وہ جگہ کعبہ میں شامل تھی، حضرت ابراہیم والی کعبہ میں۔ حضرت ابراہیم جو کعبہ بنایا تھا، وہ چوکور نہیں تھا، وہ لمبا تھا۔</w:t>
      </w:r>
    </w:p>
    <w:p>
      <w:r>
        <w:rPr>
          <w:b/>
        </w:rPr>
        <w:t xml:space="preserve">[30:35] </w:t>
      </w:r>
      <w:r>
        <w:t>ab jo kaba hai, woh chokor hai. woh in logon ne banaya hai jo makkah mein us zamane mein shirk tha, us zamane ke jo mushrikeen thay, unhon ne banaya tha.</w:t>
      </w:r>
    </w:p>
    <w:p>
      <w:pPr>
        <w:jc w:val="right"/>
      </w:pPr>
      <w:r>
        <w:t>اب جو کعبہ ہے، وہ چوکور ہے۔ وہ ان لوگوں نے بنایا ہے جو مکہ میں اس زمانے میں شرک تھا، اس زمانے کے جو مشرکین تھے، انہوں نے بنایا تھا۔</w:t>
      </w:r>
    </w:p>
    <w:p>
      <w:r>
        <w:rPr>
          <w:b/>
        </w:rPr>
        <w:t xml:space="preserve">[30:47] </w:t>
      </w:r>
      <w:r>
        <w:t>wahan ke mushrikeen ne kaba ko releegate kiya. zara ghor kijiye is ko. yaani lambe kaba ko chokor bana diya.</w:t>
      </w:r>
    </w:p>
    <w:p>
      <w:pPr>
        <w:jc w:val="right"/>
      </w:pPr>
      <w:r>
        <w:t>وہاں کے مشرکین نے کعبہ کو ریلیکویٹ کیا۔ ذرا غور کیجیے اس کو۔ یعنی لمبے کعبہ کو چوکور بنا دیا۔</w:t>
      </w:r>
    </w:p>
    <w:p>
      <w:r>
        <w:rPr>
          <w:b/>
        </w:rPr>
        <w:t xml:space="preserve">[30:57] </w:t>
      </w:r>
      <w:r>
        <w:t>that was relocation of kaba. aur rasool allah sallallahu alaihi wasallam raazi ho gaye. is ke ilawa arab countries mein bohat si masjidon ko relegate kiya gaya aur ulama ne fatwa diya ke jaiz hai.</w:t>
      </w:r>
    </w:p>
    <w:p>
      <w:pPr>
        <w:jc w:val="right"/>
      </w:pPr>
      <w:r>
        <w:t>That was relocation of کعبہ۔ اور رسول اللہ صلی اللہ علیہ وسلم راضی ہو گئے۔ اس کے علاوہ عرب کنٹریز میں بہت سی مسجدوں کو ریلیکویٹ کیا گیا اور علماء نے فتویٰ دیا کہ جائز ہے۔</w:t>
      </w:r>
    </w:p>
    <w:p>
      <w:r>
        <w:rPr>
          <w:b/>
        </w:rPr>
        <w:t xml:space="preserve">[31:15] </w:t>
      </w:r>
      <w:r>
        <w:t>tab bhi india ke musalmanon mein, yahan ke jo jazbati aur na qabil e taqdeesh rehnuma thay, kaha ke hum nahin mante, hum nahin mante.</w:t>
      </w:r>
    </w:p>
    <w:p>
      <w:pPr>
        <w:jc w:val="right"/>
      </w:pPr>
      <w:r>
        <w:t>تب بھی انڈیا کے مسلمانوں میں، یہاں کے جو جذباتی اور ناقابل تندیش رہنما تھے، کہا کہ ہم نہیں مانتے، ہم نہیں مانتے۔</w:t>
      </w:r>
    </w:p>
    <w:p>
      <w:r>
        <w:rPr>
          <w:b/>
        </w:rPr>
        <w:t xml:space="preserve">[31:26] </w:t>
      </w:r>
      <w:r>
        <w:t>lekin yaad rakhiye, agar aap reality ko na manen to aakhir mein aap ko munafiq banna parta hai. as a principle, agar aap na manen reality ko to kya hota hai?</w:t>
      </w:r>
    </w:p>
    <w:p>
      <w:pPr>
        <w:jc w:val="right"/>
      </w:pPr>
      <w:r>
        <w:t>لیکن یاد رکھیے، اگر آپ ریلیٹی کو نہ مانیں تو آخر میں آپ کو منافق بننا پڑتا ہے۔ As a principle، اگر آپ نہ مانیں ریلیٹی کو تو کیا ہوتا ہے؟</w:t>
      </w:r>
    </w:p>
    <w:p>
      <w:r>
        <w:rPr>
          <w:b/>
        </w:rPr>
        <w:t xml:space="preserve">[31:40] </w:t>
      </w:r>
      <w:r>
        <w:t>munafiq banna parta hai aap ko. aur wohi aaj kal ho raha hai. to maine kaha ke releegation par raazi ho jao.</w:t>
      </w:r>
    </w:p>
    <w:p>
      <w:pPr>
        <w:jc w:val="right"/>
      </w:pPr>
      <w:r>
        <w:t>منافق بننا پڑتا ہے آپ کو۔ اور وہی آج کل ہو رہا ہے۔ تو میں نے کہا کہ ریلیکویشن پر راضی ہو جاؤ۔</w:t>
      </w:r>
    </w:p>
    <w:p>
      <w:r>
        <w:rPr>
          <w:b/>
        </w:rPr>
        <w:t xml:space="preserve">[31:51] </w:t>
      </w:r>
      <w:r>
        <w:t>is mein koi burai nahin hai. lekin raazi nahin hue. to kya frustration, shikayat. aise hi dekhiye, india mein faza thori si azadi ke baad pachas hazar se zyada faza thi.</w:t>
      </w:r>
    </w:p>
    <w:p>
      <w:pPr>
        <w:jc w:val="right"/>
      </w:pPr>
      <w:r>
        <w:t>اس میں کوئی برائی نہیں ہے۔ لیکن راضی نہیں ہوئے۔ تو کیا فرسٹریشن، شکایت۔ ایسے ہی دیکھیے، انڈیا میں فضا تھوڑی سی آزادی کے بعد پچاس ہزار سے زیادہ فضا تھی۔</w:t>
      </w:r>
    </w:p>
    <w:p>
      <w:r>
        <w:rPr>
          <w:b/>
        </w:rPr>
        <w:t xml:space="preserve">[32:09] </w:t>
      </w:r>
      <w:r>
        <w:t>us zamane mein maine ek sahabi ka qaul bataya logon ko. woh india ke fasadat ke muamle mein bohat hi relevant tha.</w:t>
      </w:r>
    </w:p>
    <w:p>
      <w:pPr>
        <w:jc w:val="right"/>
      </w:pPr>
      <w:r>
        <w:t>اس زمانے میں میں نے ایک صحابی کا قول بتایا لوگوں کو۔ وہ انڈیا کے فسادات کے معاملے میں بہت ہی ریلیونٹ تھا۔</w:t>
      </w:r>
    </w:p>
    <w:p>
      <w:r>
        <w:rPr>
          <w:b/>
        </w:rPr>
        <w:t xml:space="preserve">[32:20] </w:t>
      </w:r>
      <w:r>
        <w:t>ke malla yarḍa bil qalili mimma yateehi fa hiya ṣṣafīʿu yarḍa bil kathīri yaani tum nadan ke chote shar par raazi ho jao.</w:t>
      </w:r>
    </w:p>
    <w:p>
      <w:pPr>
        <w:jc w:val="right"/>
      </w:pPr>
      <w:r>
        <w:t>کہ مَلَّا يَرْضَىٰ بِالْقَلِيلِ مِمَّا يَعْطِيهِ فَهِيْ الصَّفِيعُ يَرْضَىٰ بِالْكَثِيرِ یعنی تم نادان کے چھوٹے شر پر راضی ہو جاؤ۔</w:t>
      </w:r>
    </w:p>
    <w:p>
      <w:r>
        <w:rPr>
          <w:b/>
        </w:rPr>
        <w:t xml:space="preserve">[32:32] </w:t>
      </w:r>
      <w:r>
        <w:t>kyun ke agar na raazi ho gaye to bara shar pesh ayega. to commander right jo hote hain, india mein hote thay, woh choti choti baton par, choti choti baton par.</w:t>
      </w:r>
    </w:p>
    <w:p>
      <w:pPr>
        <w:jc w:val="right"/>
      </w:pPr>
      <w:r>
        <w:t>کیونکہ اگر نہ راضی ہو گئے تو بڑا شر پیش آئے گا۔ تو کمرڈر رائٹ جو ہوتے ہیں، انڈیا میں ہوتے تھے، وہ چھوٹی چھوٹی باتوں پر، چھوٹی چھوٹی باتوں پر۔</w:t>
      </w:r>
    </w:p>
    <w:p>
      <w:r>
        <w:rPr>
          <w:b/>
        </w:rPr>
        <w:t xml:space="preserve">[32:43] </w:t>
      </w:r>
      <w:r>
        <w:t>holi ka rang par gaya masjid ki deewar par, wahan fasad ho gaya. curtain ki awaz aa rahi hai taraveeh ke waqt, to is par fasad ho gaya.</w:t>
      </w:r>
    </w:p>
    <w:p>
      <w:pPr>
        <w:jc w:val="right"/>
      </w:pPr>
      <w:r>
        <w:t>ہولی کا رنگ پڑ گیا مسجد کی دیوار پر، وہاں فساد ہو گیا۔ کیرٹن کی آواز آ رہی ہے تراویح کے وقت، تو اس پر فساد ہو گیا۔</w:t>
      </w:r>
    </w:p>
    <w:p>
      <w:r>
        <w:rPr>
          <w:b/>
        </w:rPr>
        <w:t xml:space="preserve">[32:55] </w:t>
      </w:r>
      <w:r>
        <w:t>to hadith mein hai ke choti baton par raazi ho jao. raazi na ho gaye to badi badi baton par raazi hona parega. yaani matlab kya hua? lesser evil ko agar nahin gawara karoge to greater evil samne ayega.</w:t>
      </w:r>
    </w:p>
    <w:p>
      <w:pPr>
        <w:jc w:val="right"/>
      </w:pPr>
      <w:r>
        <w:t>تو حدیث میں ہے کہ چھوٹی باتوں پر راضی ہو جاؤ۔ راضی نہ ہو گئے تو بڑی بڑی باتوں پر راضی ہونا پڑے گا۔ یعنی مطلب کیا ہوا؟ لیسٹر ایول کو اگر نہیں گوارا کرو گے تو گریٹر ایول سامنے آئے گا۔</w:t>
      </w:r>
    </w:p>
    <w:p>
      <w:r>
        <w:rPr>
          <w:b/>
        </w:rPr>
        <w:t xml:space="preserve">[33:08] </w:t>
      </w:r>
      <w:r>
        <w:t>yeh maine kaha. lekin jazbati rehnumaon ne is ko bhi nahin, is ke khilaf hungama kiya aur musalmanon ko hataya is se.</w:t>
      </w:r>
    </w:p>
    <w:p>
      <w:pPr>
        <w:jc w:val="right"/>
      </w:pPr>
      <w:r>
        <w:t>یہ میں نے کہا۔ لیکن جذباتی رہنماؤں نے اس کو بھی نہیں، اس کے خلاف ہنگامہ کیا اور مسلمانوں کو ہٹایا اس سے۔</w:t>
      </w:r>
    </w:p>
    <w:p>
      <w:r>
        <w:rPr>
          <w:b/>
        </w:rPr>
        <w:t xml:space="preserve">[33:18] </w:t>
      </w:r>
      <w:r>
        <w:t>ab aaj musalmanon ka haal kya hai? ke jis cheez ko unhon ne as a principle nahin mana tha, usi cheez ko aaj man rahe hain, yaani ehsas majboori ke tehat.</w:t>
      </w:r>
    </w:p>
    <w:p>
      <w:pPr>
        <w:jc w:val="right"/>
      </w:pPr>
      <w:r>
        <w:t>اب آج مسلمانوں کا حال کیا ہے؟ کہ جس چیز کو انہوں نے as a principle نہیں مانا تھا، اسی چیز کو آج مان رہے ہیں، یعنی احساس مجبوری کے تحت۔</w:t>
      </w:r>
    </w:p>
    <w:p>
      <w:r>
        <w:rPr>
          <w:b/>
        </w:rPr>
        <w:t xml:space="preserve">[33:31] </w:t>
      </w:r>
      <w:r>
        <w:t>yeh koi tareeqa hai? aise hi musalmanon ne hungama kiya ke reservation hum ko do, reservation do. to main us zamane mein un ke jalson mein gaya, maine kaha ke dekhiye, reservation na to aap ko milega aur mil jaye to is se koi barabar bhi saal hone wala nahin hai.</w:t>
      </w:r>
    </w:p>
    <w:p>
      <w:pPr>
        <w:jc w:val="right"/>
      </w:pPr>
      <w:r>
        <w:t>یہ کوئی طریقہ ہے؟ ایسے ہی مسلمانوں نے ہنگامہ کیا کہ ریزرویشن ہم کو دو، ریزرویشن دو۔ تو میں اس زمانے میں ان کے جلسوں میں گیا، میں نے کہا کہ دیکھیے، ریزرویشن نہ تو آپ کو ملے گا اور مل جائے تو اس سے کوئی برابر بھی سال ہونے والا نہیں ہے۔</w:t>
      </w:r>
    </w:p>
    <w:p>
      <w:r>
        <w:rPr>
          <w:b/>
        </w:rPr>
        <w:t xml:space="preserve">[33:53] </w:t>
      </w:r>
      <w:r>
        <w:t>kyun ke reservation jo hai, law of nature se khilaf hai. yeh to political nara hai sirf.</w:t>
      </w:r>
    </w:p>
    <w:p>
      <w:pPr>
        <w:jc w:val="right"/>
      </w:pPr>
      <w:r>
        <w:t>کیونکہ ریزرویشن جو ہے، لاء آف نیچر سے خلاف ہے۔ یہ تو پولیٹیکل نعرہ ہے صرف۔</w:t>
      </w:r>
    </w:p>
    <w:p>
      <w:r>
        <w:rPr>
          <w:b/>
        </w:rPr>
        <w:t xml:space="preserve">[34:02] </w:t>
      </w:r>
      <w:r>
        <w:t>law of nature kya hai? laysa lil insani illa ma sagha. insan ko wohi milta hai jis ki us ne khud koshish ki ho.</w:t>
      </w:r>
    </w:p>
    <w:p>
      <w:pPr>
        <w:jc w:val="right"/>
      </w:pPr>
      <w:r>
        <w:t>لاء آف نیچر کیا ہے؟ لَيْسَ لِلْإِنْسَانِ إِلَّا مَا صَاغَ انسان کو وہی ملتا ہے جس کی اس نے خود کوشش کی ہو۔</w:t>
      </w:r>
    </w:p>
    <w:p>
      <w:r>
        <w:rPr>
          <w:b/>
        </w:rPr>
        <w:t xml:space="preserve">[34:16] </w:t>
      </w:r>
      <w:r>
        <w:t>reservation se aap ko kuch nahin milne wala hai. aap khud koshish kijiye, struggle kijiye, hard work kijiye. to aap top karenge aur zyada se zyada taraqqi kar sakte hain.</w:t>
      </w:r>
    </w:p>
    <w:p>
      <w:pPr>
        <w:jc w:val="right"/>
      </w:pPr>
      <w:r>
        <w:t>ریزرویشن سے آپ کو کچھ نہیں ملنے والا ہے۔ آپ خود کوشش کیجیے، اسٹرگل کیجیے، ہارڈ ورک کیجیے۔ تو آپ ٹاپ کریں گے اور زیادہ سے زیادہ ترقی کر سکتے ہیں۔</w:t>
      </w:r>
    </w:p>
    <w:p>
      <w:r>
        <w:rPr>
          <w:b/>
        </w:rPr>
        <w:t xml:space="preserve">[34:28] </w:t>
      </w:r>
      <w:r>
        <w:t>yeh bhi musalmanon ke samne nahin aya. ab kya hai? reservation mila nahin, aap chup chap baith gaye.</w:t>
      </w:r>
    </w:p>
    <w:p>
      <w:pPr>
        <w:jc w:val="right"/>
      </w:pPr>
      <w:r>
        <w:t>یہ بھی مسلمانوں کے سامنے نہیں آیا۔ اب کیا ہے؟ ریزرویشن ملا نہیں، آپ چپ چاپ بیٹھ گئے۔</w:t>
      </w:r>
    </w:p>
    <w:p>
      <w:r>
        <w:rPr>
          <w:b/>
        </w:rPr>
        <w:t xml:space="preserve">[34:37] </w:t>
      </w:r>
      <w:r>
        <w:t>to yeh sari jo negative thinking hai, is ki wajah se yeh hua hai india mein ke india mein musalmanon ke itna zyada mawaqe hain.</w:t>
      </w:r>
    </w:p>
    <w:p>
      <w:pPr>
        <w:jc w:val="right"/>
      </w:pPr>
      <w:r>
        <w:t>تو یہ ساری جو نیگیٹیو تھنکنگ ہے، اس کی وجہ سے یہ ہوا ہے انڈیا میں کہ انڈیا میں مسلمانوں کے اتنا زیادہ مواقع ہیں۔</w:t>
      </w:r>
    </w:p>
    <w:p>
      <w:r>
        <w:rPr>
          <w:b/>
        </w:rPr>
        <w:t xml:space="preserve">[34:49] </w:t>
      </w:r>
      <w:r>
        <w:t>aur is se faida bhi utha rahe hain, phir bhi nashukri.</w:t>
      </w:r>
    </w:p>
    <w:p>
      <w:pPr>
        <w:jc w:val="right"/>
      </w:pPr>
      <w:r>
        <w:t>اور اس سے فائدہ بھی اٹھا رہے ہیں، پھر بھی ناشکری۔</w:t>
      </w:r>
    </w:p>
    <w:p>
      <w:r>
        <w:rPr>
          <w:b/>
        </w:rPr>
        <w:t xml:space="preserve">[34:57] </w:t>
      </w:r>
      <w:r>
        <w:t>isi Nizamuddin West jahan aap hain us waqt, is Nizamuddin West ko banaya tha hinduo ne. sare hindu thay shuru mein yahan par.</w:t>
      </w:r>
    </w:p>
    <w:p>
      <w:pPr>
        <w:jc w:val="right"/>
      </w:pPr>
      <w:r>
        <w:t>اسی نظام الدین ویسٹ جہاں آپ ہیں اس وقت، اس اس نظام الدین ویسٹ کو بنایا تھا ہندوؤں نے۔ سارے ہندو تھے شروع میں یہاں پر۔</w:t>
      </w:r>
    </w:p>
    <w:p>
      <w:r>
        <w:rPr>
          <w:b/>
        </w:rPr>
        <w:t xml:space="preserve">[35:08] </w:t>
      </w:r>
      <w:r>
        <w:t>aaj yahan majority musalmanon ki hai. to is liye to hai ke hindu ka dil bara dil hai. aap zara chale jaiye Pakistan mein.</w:t>
      </w:r>
    </w:p>
    <w:p>
      <w:pPr>
        <w:jc w:val="right"/>
      </w:pPr>
      <w:r>
        <w:t>آج یہاں میجورٹی مسلمانوں کی ہے۔ تو اس لیے تو ہے کہ ہندو کا دل بڑا دل ہے۔ آپ ذرا چلے جائیے پاکستان میں۔</w:t>
      </w:r>
    </w:p>
    <w:p>
      <w:r>
        <w:rPr>
          <w:b/>
        </w:rPr>
        <w:t xml:space="preserve">[35:17] </w:t>
      </w:r>
      <w:r>
        <w:t>isi tarah ki misaal wahan mujhe bataiye mujhe. ke musalmanon ne ek colony banayi ho aur hindu wahan ghalib ho gaye hon. nahin paenge aap.</w:t>
      </w:r>
    </w:p>
    <w:p>
      <w:pPr>
        <w:jc w:val="right"/>
      </w:pPr>
      <w:r>
        <w:t>اسی طرح کی مثال وہاں مجھے بتائیے مجھے۔ کہ مسلمانوں نے ایک کالونی بنائی ہو اور ہندو وہاں غالب ہو گئے ہوں۔ نہیں پائیں گے آپ۔</w:t>
      </w:r>
    </w:p>
    <w:p>
      <w:r>
        <w:rPr>
          <w:b/>
        </w:rPr>
        <w:t xml:space="preserve">[35:28] </w:t>
      </w:r>
      <w:r>
        <w:t>yeh isi liye Nizamuddin West mein isi liye musalmanon ki majority ho gayi ke hindu ka dil bohat bara dil hai. ab poore india mein yahi ho raha hai.</w:t>
      </w:r>
    </w:p>
    <w:p>
      <w:pPr>
        <w:jc w:val="right"/>
      </w:pPr>
      <w:r>
        <w:t>یہ اسی لیے نظام الدین ویسٹ میں اسی لیے مسلمانوں کی میجورٹی ہو گئی کہ ہندو کا دل بہت بڑا دل ہے۔ اب پورے انڈیا میں یہی ہو رہا ہے۔</w:t>
      </w:r>
    </w:p>
    <w:p>
      <w:r>
        <w:rPr>
          <w:b/>
        </w:rPr>
        <w:t xml:space="preserve">[35:40] </w:t>
      </w:r>
      <w:r>
        <w:t>to mein to samajhta hoon ke Allah taala ne hindu community ke andar kuch bohat bari achhi quality rakhi hai.</w:t>
      </w:r>
    </w:p>
    <w:p>
      <w:pPr>
        <w:jc w:val="right"/>
      </w:pPr>
      <w:r>
        <w:t>تو میں تو سمجھتا ہوں کہ اللہ تعالیٰ نے ہندو کمیونٹی کے اندر کچھ بہت بڑی اچھی کوالٹی رکھی ہے۔</w:t>
      </w:r>
    </w:p>
    <w:p>
      <w:r>
        <w:rPr>
          <w:b/>
        </w:rPr>
        <w:t xml:space="preserve">[35:50] </w:t>
      </w:r>
      <w:r>
        <w:t>un quality ki wajah se musalmanon ko yahan rooh mil raha hai. yahan mawaqe mil rahe hain. to is ka etraf karo, is ka shukr karo.</w:t>
      </w:r>
    </w:p>
    <w:p>
      <w:pPr>
        <w:jc w:val="right"/>
      </w:pPr>
      <w:r>
        <w:t>ان کوالٹی کی وجہ سے مسلمانوں کو یہاں روح مل رہا ہے۔ یہاں مواقع مل رہے ہیں۔ تو اس کا اعتراف کرو، اس کا شکر کرو۔</w:t>
      </w:r>
    </w:p>
    <w:p>
      <w:r>
        <w:rPr>
          <w:b/>
        </w:rPr>
        <w:t xml:space="preserve">[36:01] </w:t>
      </w:r>
      <w:r>
        <w:t>kyunke agar insan ka shukr nahi karoge to khuda ke bare mein tumhara shukr khatm ho jayega.</w:t>
      </w:r>
    </w:p>
    <w:p>
      <w:pPr>
        <w:jc w:val="right"/>
      </w:pPr>
      <w:r>
        <w:t>کیونکہ اگر انسان کا شکر نہیں کرو گے تو خدا کے بارے میں تمہارا شکر ختم ہو جائے گا۔</w:t>
      </w:r>
    </w:p>
    <w:p>
      <w:r>
        <w:rPr>
          <w:b/>
        </w:rPr>
        <w:t xml:space="preserve">[36:11] </w:t>
      </w:r>
      <w:r>
        <w:t>to mein musalmanon ko yeh kehna chahta hoon ke yeh jo India ke politics mein jo change aaya hai, is ko positive sense mein lijiye, positive.</w:t>
      </w:r>
    </w:p>
    <w:p>
      <w:pPr>
        <w:jc w:val="right"/>
      </w:pPr>
      <w:r>
        <w:t>تو میں مسلمانوں کو یہ کہنا چاہتا ہوں کہ یہ جو انڈیا کے پولیٹکس میں جو چینج آیا ہے، اس کو پوزیٹیو سینس میں لیجیے، پوزیٹیو۔</w:t>
      </w:r>
    </w:p>
    <w:p>
      <w:r>
        <w:rPr>
          <w:b/>
        </w:rPr>
        <w:t xml:space="preserve">[36:24] </w:t>
      </w:r>
      <w:r>
        <w:t>positive sense mein lijiye.</w:t>
      </w:r>
    </w:p>
    <w:p>
      <w:pPr>
        <w:jc w:val="right"/>
      </w:pPr>
      <w:r>
        <w:t>پوزیٹیو سینس میں لیجیے۔</w:t>
      </w:r>
    </w:p>
    <w:p>
      <w:r>
        <w:rPr>
          <w:b/>
        </w:rPr>
        <w:t xml:space="preserve">[36:28] </w:t>
      </w:r>
      <w:r>
        <w:t>ek hadith mein hai ke ajmal li amr al mu'min fa in amrahu kulluhu lahu khair yani momin ka muamla ajib hai ke har baat is ke liye khair hi ban jati hai.</w:t>
      </w:r>
    </w:p>
    <w:p>
      <w:pPr>
        <w:jc w:val="right"/>
      </w:pPr>
      <w:r>
        <w:t>ایک حدیث میں ہے کہ أَجَمَلْ لِأَمْرِ الْمُؤْمِنِ فَإِنْ أَمْرُهُ كُلُّهُ لَهُ خَيْرٌ یعنی مومن کا معاملہ عجیب ہے کہ ہر بات اس کے لیے خیر ہی بن جاتی ہے۔</w:t>
      </w:r>
    </w:p>
    <w:p>
      <w:r>
        <w:rPr>
          <w:b/>
        </w:rPr>
        <w:t xml:space="preserve">[36:44] </w:t>
      </w:r>
      <w:r>
        <w:t>har baat is ke liye khair ban jati hai. kyun aisa hai? is liye hai ke aap iman aap ko criticize banata hai, bade state lata hai.</w:t>
      </w:r>
    </w:p>
    <w:p>
      <w:pPr>
        <w:jc w:val="right"/>
      </w:pPr>
      <w:r>
        <w:t>ہر بات اس کے لیے خیر بن جاتی ہے۔ کیوں ایسا ہے؟ اس لیے ہے کہ آپ ایمان آپ کو کٹریسائز بناتا ہے، باڈے سٹی لاتا ہے۔</w:t>
      </w:r>
    </w:p>
    <w:p>
      <w:r>
        <w:rPr>
          <w:b/>
        </w:rPr>
        <w:t xml:space="preserve">[36:57] </w:t>
      </w:r>
      <w:r>
        <w:t>aap ke andar realistic approach paida karta hai. law of nature ko jaan lete hain aap. is bana par aap ki thinking rational thinking ban jati hai.</w:t>
      </w:r>
    </w:p>
    <w:p>
      <w:pPr>
        <w:jc w:val="right"/>
      </w:pPr>
      <w:r>
        <w:t>آپ کے اندر ریلسٹک اربوٹ پیدا کرتا ہے۔ لاء آف نیچر کو جان لیتے ہیں آپ۔ اس بنا پر آپ کی تھنکنگ ریشنل تھنکنگ بن جاتی ہے۔</w:t>
      </w:r>
    </w:p>
    <w:p>
      <w:r>
        <w:rPr>
          <w:b/>
        </w:rPr>
        <w:t xml:space="preserve">[37:08] </w:t>
      </w:r>
      <w:r>
        <w:t>har surat-e-haal mein aap is mein ek positive angle pa lete hain. jaise misaal ke taur par Rasool Allah salallaho alaihi wasallam ko Makkah se nikala gaya.</w:t>
      </w:r>
    </w:p>
    <w:p>
      <w:pPr>
        <w:jc w:val="right"/>
      </w:pPr>
      <w:r>
        <w:t>ہر صورتحال میں آپ اس میں ایک پوزیٹیو اینگل پا لیتے ہیں۔ جیسے مثال کے طور پر رسول اللہ صلی اللہ علیہ وسلم کو مکہ سے نکالا گیا۔</w:t>
      </w:r>
    </w:p>
    <w:p>
      <w:r>
        <w:rPr>
          <w:b/>
        </w:rPr>
        <w:t xml:space="preserve">[37:19] </w:t>
      </w:r>
      <w:r>
        <w:t>Makkah aap ka watan tha. wahan aise halaat paida kiye gaye ke Rasool Allah salallaho alaihi wasallam ko nikalna pada. aur wahan se ja ke Madine mein basna pada.</w:t>
      </w:r>
    </w:p>
    <w:p>
      <w:pPr>
        <w:jc w:val="right"/>
      </w:pPr>
      <w:r>
        <w:t>مکہ آپ کا وطن تھا۔ وہاں ایسے حالات پیدا کیے گئے کہ رسول اللہ صلی اللہ علیہ وسلم کو نکلنا پڑا۔ اور وہاں سے جا کے مدینے میں بسنا پڑا۔</w:t>
      </w:r>
    </w:p>
    <w:p>
      <w:r>
        <w:rPr>
          <w:b/>
        </w:rPr>
        <w:t xml:space="preserve">[37:30] </w:t>
      </w:r>
      <w:r>
        <w:t>us waqt Rasool Allah salallaho alaihi wasallam ne hadithon mein aap talash kijiye, ek bhi negative baat nahi kahi. Makkah walon ke zulm ki baat, Makkah walon ki conspiracy ki baat, kuch bhi nahi, kuch bhi nahi, kuch bhi nahi.</w:t>
      </w:r>
    </w:p>
    <w:p>
      <w:pPr>
        <w:jc w:val="right"/>
      </w:pPr>
      <w:r>
        <w:t>اس وقت رسول اللہ صلی اللہ علیہ وسلم نے حدیثوں میں آپ تلاش کیجیے، ایک بھی نیگیٹیو بات نہیں کہی۔ مکہ والوں کے ظلم کی بات، مکہ والوں کی کانسپریسی کی بات، کچھ بھی نہیں، کچھ بھی نہیں، کچھ بھی نہیں۔</w:t>
      </w:r>
    </w:p>
    <w:p>
      <w:r>
        <w:rPr>
          <w:b/>
        </w:rPr>
        <w:t xml:space="preserve">[37:44] </w:t>
      </w:r>
      <w:r>
        <w:t>is ke bar aks kya kaha aap ne? umir tu bi qillatin ta'kulu al qura yaquluna yasrib wa hiya al madina ke yeh jo mujhe Makkah wale yahan se bhej rahe hain Madina, yeh to mere liye aur bara darwaza khol rahe hain.</w:t>
      </w:r>
    </w:p>
    <w:p>
      <w:pPr>
        <w:jc w:val="right"/>
      </w:pPr>
      <w:r>
        <w:t>اس کے برعکس کیا کہا آپ نے؟ عُمِرْتُ بِقَلِةٍ تَأْكُلُ القُرَىٰ يَقُولُونَ يَسْرِبُ وَهِيَ الْمَدِينَةُ کہ یہ جو مجھے مکہ والے یہاں سے بھیج رہے ہیں مدینہ، یہ تو میرے لیے اور بڑا دروازہ کھول رہے ہیں۔</w:t>
      </w:r>
    </w:p>
    <w:p>
      <w:r>
        <w:rPr>
          <w:b/>
        </w:rPr>
        <w:t xml:space="preserve">[38:03] </w:t>
      </w:r>
      <w:r>
        <w:t>mere liye zyada bara darwaza khol rahe hain. hum ko mauqa de rahe hain ke hum Madine mein ja kar ke wahan dawat ka center banayein. aur dawat ko hum Arab mein aur Arab ke bahar phailayein.</w:t>
      </w:r>
    </w:p>
    <w:p>
      <w:pPr>
        <w:jc w:val="right"/>
      </w:pPr>
      <w:r>
        <w:t>میرے لیے زیادہ بڑا دروازہ کھول رہے ہیں۔ ہم کو موقع دے رہے ہیں کہ ہم مدینے میں جا کر کے وہاں دعوت کا سینٹر بنائیں۔ اور دعوت کو ہم عرب میں اور عرب کے باہر پھیلائیں۔</w:t>
      </w:r>
    </w:p>
    <w:p>
      <w:r>
        <w:rPr>
          <w:b/>
        </w:rPr>
        <w:t xml:space="preserve">[38:18] </w:t>
      </w:r>
      <w:r>
        <w:t>aur yahi hua. yani Makkah se aap ka nikalna zahir hai ke negative waqea tha. aap ne is ko positive angle de diya.</w:t>
      </w:r>
    </w:p>
    <w:p>
      <w:pPr>
        <w:jc w:val="right"/>
      </w:pPr>
      <w:r>
        <w:t>اور یہی ہوا۔ یعنی مکہ سے آپ کا نکلنا ظاہر ہے کہ نیگیٹیو واقعہ تھا۔ آپ نے اس کو پوزیٹیو اینگل دے دیا۔</w:t>
      </w:r>
    </w:p>
    <w:p>
      <w:r>
        <w:rPr>
          <w:b/>
        </w:rPr>
        <w:t xml:space="preserve">[38:29] </w:t>
      </w:r>
      <w:r>
        <w:t>hamare leader hi nahi kar sake. na Arab wale, na Arab leader, na non Arab leader. koi mujhe ek bhi nahi maloom aisa. Arab se Ajam tak koi ek bhi leader mujhe aisa na maloom hai jo Rasool Allah salallaho alaihi wasallam ke yeh vision ko jis ne daryaft kiya ho.</w:t>
      </w:r>
    </w:p>
    <w:p>
      <w:pPr>
        <w:jc w:val="right"/>
      </w:pPr>
      <w:r>
        <w:t>ہمارے لیڈر ہی نہیں کر سکے۔ نہ عرب والے، نہ عرب لیڈر، نہ نان عرب لیڈر۔ کوئی مجھے ایک بھی نہیں معلوم ایسا۔ عرب سے عجم تک کوئی ایک بھی لیڈر مجھے ایسا نہ معلوم ہے جو رسول اللہ صلی اللہ علیہ وسلم کے یہ ویژن کو جس نے دریافت کیا ہو۔</w:t>
      </w:r>
    </w:p>
    <w:p>
      <w:r>
        <w:rPr>
          <w:b/>
        </w:rPr>
        <w:t xml:space="preserve">[38:46] </w:t>
      </w:r>
      <w:r>
        <w:t>ke negative ko positive badalna. aap ghor kijiye ke Makkah se jab Rasool Allah salallaho alaihi wasallam aur ashab-e-Rasool nikale gaye the to woh bazahir to negative waqea tha yeh.</w:t>
      </w:r>
    </w:p>
    <w:p>
      <w:pPr>
        <w:jc w:val="right"/>
      </w:pPr>
      <w:r>
        <w:t>کہ نیگیٹیو کو پوزیٹیو بدلنا۔ آپ غور کیجیے کہ مکہ سے جب رسول اللہ صلی اللہ علیہ وسلم اور اصحاب رسول نکالے گئے تھے تو وہ بظاہر تو نیگیٹیو واقعہ تھا یہ۔</w:t>
      </w:r>
    </w:p>
    <w:p>
      <w:r>
        <w:rPr>
          <w:b/>
        </w:rPr>
        <w:t xml:space="preserve">[39:00] </w:t>
      </w:r>
      <w:r>
        <w:t>ke watan se chhodna pada un ko. lekin kitna zabardast vision tha Rasool Allah salallaho alaihi wasallam ka. aap ne kaha yeh to bara achha hai.</w:t>
      </w:r>
    </w:p>
    <w:p>
      <w:pPr>
        <w:jc w:val="right"/>
      </w:pPr>
      <w:r>
        <w:t>کہ وطن سے چھوڑنا پڑا ان کو۔ لیکن کتنا زبردست ویژن تھا رسول اللہ صلی اللہ علیہ وسلم کا۔ آپ نے کہا یہ تو بڑا اچھا ہے۔</w:t>
      </w:r>
    </w:p>
    <w:p>
      <w:r>
        <w:rPr>
          <w:b/>
        </w:rPr>
        <w:t xml:space="preserve">[39:09] </w:t>
      </w:r>
      <w:r>
        <w:t>hamare liye mauqa de rahe hain ke hum yahan se ja kar Madine mein apna center banayein, stronghold banayein. aur wahan se sare Arab mein dawat phailayein, Arab ke bahar hi phailayein.</w:t>
      </w:r>
    </w:p>
    <w:p>
      <w:pPr>
        <w:jc w:val="right"/>
      </w:pPr>
      <w:r>
        <w:t>ہمارے لیے موقع دے رہے ہیں کہ ہم یہاں سے جا کر مدینے میں اپنا سینٹر بنائیں، اسٹرانگ ہول بنائیں۔ اور وہاں سے سارے عرب میں دعوت پھیلائیں، عرب کے باہر ہی پھیلائیں۔</w:t>
      </w:r>
    </w:p>
    <w:p>
      <w:r>
        <w:rPr>
          <w:b/>
        </w:rPr>
        <w:t xml:space="preserve">[39:22] </w:t>
      </w:r>
      <w:r>
        <w:t>aur chunancha aise hi hua. is tarah aap ne yeh kaha ke sahaba ko bilkul positive bana diya, positive. shikayat khatm.</w:t>
      </w:r>
    </w:p>
    <w:p>
      <w:pPr>
        <w:jc w:val="right"/>
      </w:pPr>
      <w:r>
        <w:t>اور چنانچہ ایسے ہی ہوا۔ اس طرح آپ نے یہ کہا کہ صحابہ کو بالکل پوزیٹیو بنا دیا، پوزیٹیو۔ شکایت ختم۔</w:t>
      </w:r>
    </w:p>
    <w:p>
      <w:r>
        <w:rPr>
          <w:b/>
        </w:rPr>
        <w:t xml:space="preserve">[39:33] </w:t>
      </w:r>
      <w:r>
        <w:t>shikayat khatm. yahi karna hai ke is waqt jo India ke politics mein jo change aaya hai, is change ko aap positive turn dijiye.</w:t>
      </w:r>
    </w:p>
    <w:p>
      <w:pPr>
        <w:jc w:val="right"/>
      </w:pPr>
      <w:r>
        <w:t>شکایت ختم۔ یہی کرنا ہے کہ اس وقت جو انڈیا کے پولیٹکس میں جو چینج آیا ہے، اس چینج کو آپ پوزیٹیو ٹرن دیجیے۔</w:t>
      </w:r>
    </w:p>
    <w:p>
      <w:r>
        <w:rPr>
          <w:b/>
        </w:rPr>
        <w:t xml:space="preserve">[39:46] </w:t>
      </w:r>
      <w:r>
        <w:t>is change ko aap positive turn dijiye. jaise Salman Razvi sahib se hijrat ko positive turn diya.</w:t>
      </w:r>
    </w:p>
    <w:p>
      <w:pPr>
        <w:jc w:val="right"/>
      </w:pPr>
      <w:r>
        <w:t>اس چینج کو آپ پوزیٹیو ٹرن دیجیے۔ جیسے سلمان رضوی صاحب سے ہجرت کو پوزیٹیو ٹرن دیا۔</w:t>
      </w:r>
    </w:p>
    <w:p>
      <w:r>
        <w:rPr>
          <w:b/>
        </w:rPr>
        <w:t xml:space="preserve">[39:57] </w:t>
      </w:r>
      <w:r>
        <w:t>yeh is mein aap padhenge to isi mein aap aisi baatein pa jayenge. is ke ilawa aur detail mein ek article mera aa raha hai inshallah.</w:t>
      </w:r>
    </w:p>
    <w:p>
      <w:pPr>
        <w:jc w:val="right"/>
      </w:pPr>
      <w:r>
        <w:t>یہ اس میں آپ پڑھیں گے تو اسی میں آپ ایسی باتیں پا جائیں گے۔ اس کے علاوہ اور ڈیٹیل میں ایک آرٹیکل میرا آ رہا ہے انشاءاللہ۔</w:t>
      </w:r>
    </w:p>
    <w:p>
      <w:r>
        <w:rPr>
          <w:b/>
        </w:rPr>
        <w:t xml:space="preserve">[40:06] </w:t>
      </w:r>
      <w:r>
        <w:t>ab do char din mein aa jayega. is mein aur maine tafseel likhi hai. ke kis tarah se ek negative event ko positive turn diya jata hai.</w:t>
      </w:r>
    </w:p>
    <w:p>
      <w:pPr>
        <w:jc w:val="right"/>
      </w:pPr>
      <w:r>
        <w:t>اب دو چار دن میں آ جائے گا۔ اس میں اور میں نے تفصیل لکھی ہے۔ کہ کس طرح سے ایک نیگیٹیو ایونٹ کو پوزیٹیو ٹرن دیا جاتا ہے۔</w:t>
      </w:r>
    </w:p>
    <w:p>
      <w:r>
        <w:rPr>
          <w:b/>
        </w:rPr>
        <w:t xml:space="preserve">[40:20] </w:t>
      </w:r>
      <w:r>
        <w:t>aur Rasool Allah salallaho alaihi wasallam ki zindagi mein aisi bohat misalein hain, ek do nahi. maine is par kitabein likhi hain, is mein se ek maine arz ki aap ko. ke kisi ko apne watan se nikala jaye.</w:t>
      </w:r>
    </w:p>
    <w:p>
      <w:pPr>
        <w:jc w:val="right"/>
      </w:pPr>
      <w:r>
        <w:t>اور رسول اللہ صلی اللہ علیہ وسلم کی زندگی میں ایسی بہت مثالیں ہیں، ایک دو نہیں۔ میں نے اس پر کتابیں لکھی ہیں، اس میں سے ایک میں نے عرض کی آپ کو۔ کہ کسی کو اپنے وطن سے نکالا جائے۔</w:t>
      </w:r>
    </w:p>
    <w:p>
      <w:r>
        <w:rPr>
          <w:b/>
        </w:rPr>
        <w:t xml:space="preserve">[40:32] </w:t>
      </w:r>
      <w:r>
        <w:t>yani wahan logon ki property thi, wahan logon ka ghar tha, wahan logon ke khandan the, sab kuch tha Makkah mein.</w:t>
      </w:r>
    </w:p>
    <w:p>
      <w:pPr>
        <w:jc w:val="right"/>
      </w:pPr>
      <w:r>
        <w:t>یعنی وہاں لوگوں کی پراپرٹی تھی، وہاں لوگوں کا گھر تھا۔ وہاں لوگوں کے خاندان تھے، سب کچھ تھا مکہ میں۔</w:t>
      </w:r>
    </w:p>
    <w:p>
      <w:r>
        <w:rPr>
          <w:b/>
        </w:rPr>
        <w:t xml:space="preserve">[40:42] </w:t>
      </w:r>
      <w:r>
        <w:t>aur wahan se nikalna para. to bazahir to aik negative waqea tha. lekin rasool Allah sal Allah alaihi wasallam ne is ka yeh pehlu nikal liya ke madine mein hamein resistance nahin.</w:t>
      </w:r>
    </w:p>
    <w:p>
      <w:pPr>
        <w:jc w:val="right"/>
      </w:pPr>
      <w:r>
        <w:t>اور وہاں سے نکلنا پڑا۔ تو بظاہر تو ایک نیگیٹیو واقعہ تھا۔ لیکن رسول اللہ صلی اللہ علیہ وسلم نے اس کا یہ پہلو نکال لیا کہ مدینے میں ہمیں ریزسٹنس نہیں۔</w:t>
      </w:r>
    </w:p>
    <w:p>
      <w:r>
        <w:rPr>
          <w:b/>
        </w:rPr>
        <w:t xml:space="preserve">[40:57] </w:t>
      </w:r>
      <w:r>
        <w:t>is zamane mein madine mein aap ne andaza kiya ke bheja bheja tha kuch logon ko. to madine mein is qism ke halaat nahin the, mukhtalif halaat the. to aap ne kaha ke hum madina ja kar ke aur bara hamare liye opportunities khulengi.</w:t>
      </w:r>
    </w:p>
    <w:p>
      <w:pPr>
        <w:jc w:val="right"/>
      </w:pPr>
      <w:r>
        <w:t>اس زمانے میں مدینے میں آپ نے اندازہ کیا کہ بھیجا بھیجا تھا کچھ لوگوں کو۔ تو مدینے میں اس قسم کے حالات نہیں تھے، مختلف حالات تھے۔ تو آپ نے کہا کہ ہم مدینہ جا کر کے اور بڑا ہمارے لیے اپرچونیٹیز کھلیں گی۔</w:t>
      </w:r>
    </w:p>
    <w:p>
      <w:r>
        <w:rPr>
          <w:b/>
        </w:rPr>
        <w:t xml:space="preserve">[41:13] </w:t>
      </w:r>
      <w:r>
        <w:t>is mein shikayat hi ki baat kya hai? to in saare sahaba ko aap ne positive bana diya. bajaye shikayatein karne ke, bajaye tension mein padne ke, mayoosi mein padne ke, aur hosla un ko barha.</w:t>
      </w:r>
    </w:p>
    <w:p>
      <w:pPr>
        <w:jc w:val="right"/>
      </w:pPr>
      <w:r>
        <w:t>اس میں شکایت ہی کی بات کیا ہے؟ تو ان سارے صحابہ کو آپ نے پوزیٹیو بنا دیا۔ بجائے شکایتیں کرنے کے، بجائے ٹینشن میں پڑنے کے، مایوسی میں پڑنے کے، اور حوصلہ ان کو بڑھا۔</w:t>
      </w:r>
    </w:p>
    <w:p>
      <w:r>
        <w:rPr>
          <w:b/>
        </w:rPr>
        <w:t xml:space="preserve">[41:30] </w:t>
      </w:r>
      <w:r>
        <w:t>aur aap jante hain ke Islam kitna zyada phail gaya hai hijrat ke baad. to us waqt mein samajhta hoon ke saare jo muslim rehnuma hain, chahe woh chahe woh misr hon ya molvi, un par farz hai, farz hai, farz hai yeh, farz hai.</w:t>
      </w:r>
    </w:p>
    <w:p>
      <w:pPr>
        <w:jc w:val="right"/>
      </w:pPr>
      <w:r>
        <w:t>اور آپ جانتے ہیں کہ اسلام کتنا زیادہ پھیل گیا ہے ہجرت کے بعد۔ تو اس وقت میں سمجھتا ہوں کہ سارے جو مسلم رہنما ہیں، چاہے وہ چاہے وہ مسٹر ہوں یا مولوی، ان پر فرض ہے، فرض ہے، فرض ہے یہ، فرض ہے۔</w:t>
      </w:r>
    </w:p>
    <w:p>
      <w:r>
        <w:rPr>
          <w:b/>
        </w:rPr>
        <w:t xml:space="preserve">[41:49] </w:t>
      </w:r>
      <w:r>
        <w:t>farz se bhi afraz hai yeh ke musalmanon ko aisi seekh dein, aisi baatein batayein ke woh negative aur positive baat dekhein.</w:t>
      </w:r>
    </w:p>
    <w:p>
      <w:pPr>
        <w:jc w:val="right"/>
      </w:pPr>
      <w:r>
        <w:t>فرض سے بھی افراز ہے یہ کہ مسلمانوں کو ایسی سیکھ دیں، ایسی باتیں بتائیں کہ وہ نیگیٹیو اور پوزیٹیو بات دیکھیں۔</w:t>
      </w:r>
    </w:p>
    <w:p>
      <w:r>
        <w:rPr>
          <w:b/>
        </w:rPr>
        <w:t xml:space="preserve">[42:04] </w:t>
      </w:r>
      <w:r>
        <w:t>un ke hosle badhein. un ko nayi roshni dikhai pade. aik naya future un ko ubharta hua nazar aaye.</w:t>
      </w:r>
    </w:p>
    <w:p>
      <w:pPr>
        <w:jc w:val="right"/>
      </w:pPr>
      <w:r>
        <w:t>ان کے حوصلے بڑھیں۔ ان کو نئی روشنی دکھائی پڑے۔ ایک نیا فیوچر ان کو ابھرتا ہوا نظر آئے۔</w:t>
      </w:r>
    </w:p>
    <w:p>
      <w:r>
        <w:rPr>
          <w:b/>
        </w:rPr>
        <w:t xml:space="preserve">[42:15] </w:t>
      </w:r>
      <w:r>
        <w:t>un ko lage ke yeh to hamare liye aik naya chance khol diya hai is tabdeeli ne.</w:t>
      </w:r>
    </w:p>
    <w:p>
      <w:pPr>
        <w:jc w:val="right"/>
      </w:pPr>
      <w:r>
        <w:t>ان کو لگے کہ یہ تو ہمارے لیے ایک نیا چانس کھول دیا ہے اس تبدیلی نے۔</w:t>
      </w:r>
    </w:p>
    <w:p>
      <w:r>
        <w:rPr>
          <w:b/>
        </w:rPr>
        <w:t xml:space="preserve">[42:28] </w:t>
      </w:r>
      <w:r>
        <w:t>aaj subah mein ne kisi se kaha is ko dikhate hue ke dekhiye. times of India par doosre musalsal taur par mere madami chhap rahe hain. Hindi akhbar mein, angrezi akhbar mein, hinduo ke top ke jo hain.</w:t>
      </w:r>
    </w:p>
    <w:p>
      <w:pPr>
        <w:jc w:val="right"/>
      </w:pPr>
      <w:r>
        <w:t>آج صبح میں نے کسی سے کہا اس کو دکھاتے ہوئے کہ دیکھیے۔ ٹائمز آف انڈیا پر دوسرے مسلسل طور پر میرے مدامی چھپ رہے ہیں۔ ہندی اخبار میں، انگریزی اخبار میں، ہندوؤں کے ٹاپ کے جو ہیں۔</w:t>
      </w:r>
    </w:p>
    <w:p>
      <w:r>
        <w:rPr>
          <w:b/>
        </w:rPr>
        <w:t xml:space="preserve">[42:42] </w:t>
      </w:r>
      <w:r>
        <w:t>aur is ko numayan kar ke chhapte hain woh. to mein ne kaha ke dekhiye hindu ka dil. ke hinduo ne mujhe India ka undecorated ideologue bana diya.</w:t>
      </w:r>
    </w:p>
    <w:p>
      <w:pPr>
        <w:jc w:val="right"/>
      </w:pPr>
      <w:r>
        <w:t>اور اس کو نمایاں کر کے چھاپتے ہیں وہ۔ تو میں نے کہا کہ دیکھیے ہندو کا دل۔ کہ ہندوؤں نے مجھے انڈیا کا ان ڈیکوریٹ آئیڈیالوج بنا دیا۔</w:t>
      </w:r>
    </w:p>
    <w:p>
      <w:r>
        <w:rPr>
          <w:b/>
        </w:rPr>
        <w:t xml:space="preserve">[42:55] </w:t>
      </w:r>
      <w:r>
        <w:t>ghor kijiye zara. hinduo ne mujhe India ka undecorated ideologue. ideologue banne ka.</w:t>
      </w:r>
    </w:p>
    <w:p>
      <w:pPr>
        <w:jc w:val="right"/>
      </w:pPr>
      <w:r>
        <w:t>غور کیجیے ذرا۔ ہندوؤں نے مجھے انڈیا کا ان ڈیکوریٹ آئیڈیالوج۔ آئیڈیالوج بننے کا۔</w:t>
      </w:r>
    </w:p>
    <w:p>
      <w:r>
        <w:rPr>
          <w:b/>
        </w:rPr>
        <w:t xml:space="preserve">[43:07] </w:t>
      </w:r>
      <w:r>
        <w:t>ke hinduo ne mujhe India ka undecorated ideologue bana diya. ideologue ka darja to president se bhi zyada hota hai. ideologue ka darja president se bhi zyada hota hai.</w:t>
      </w:r>
    </w:p>
    <w:p>
      <w:pPr>
        <w:jc w:val="right"/>
      </w:pPr>
      <w:r>
        <w:t>کہ ہندوؤں نے مجھے انڈیا کا ان ڈیکوریٹ آئیڈیالوج بنا دیا۔ آئیڈیالوج کا درجہ تو پریزیڈنٹ سے بھی زیادہ ہوتا ہے۔ آئیڈیالوج کا درجہ پریزیڈنٹ سے بھی زیادہ ہوتا ہے۔</w:t>
      </w:r>
    </w:p>
    <w:p>
      <w:r>
        <w:rPr>
          <w:b/>
        </w:rPr>
        <w:t xml:space="preserve">[43:21] </w:t>
      </w:r>
      <w:r>
        <w:t>to ghor kijiye ke kitna bara dil hai in hindu logon ka. ke aik musalman ko unhone is mulk ka undecorated ideologue bana diya.</w:t>
      </w:r>
    </w:p>
    <w:p>
      <w:pPr>
        <w:jc w:val="right"/>
      </w:pPr>
      <w:r>
        <w:t>تو غور کیجیے کہ کتنا بڑا دل ہے ان ہندو لوگوں کا۔ کہ ایک مسلمان کو انہوں نے اس ملک کا ان ڈیکوریٹ آئیڈیالوج بنا دیا۔</w:t>
      </w:r>
    </w:p>
    <w:p>
      <w:r>
        <w:rPr>
          <w:b/>
        </w:rPr>
        <w:t xml:space="preserve">[43:33] </w:t>
      </w:r>
      <w:r>
        <w:t>itna numayan kar rahe hain meri baaton ko.</w:t>
      </w:r>
    </w:p>
    <w:p>
      <w:pPr>
        <w:jc w:val="right"/>
      </w:pPr>
      <w:r>
        <w:t>اتنا نمایاں کر رہے ہیں میری باتوں کو۔</w:t>
      </w:r>
    </w:p>
    <w:p>
      <w:r>
        <w:rPr>
          <w:b/>
        </w:rPr>
        <w:t xml:space="preserve">[43:37] </w:t>
      </w:r>
      <w:r>
        <w:t>to mein woh sab log jo meri baat sun rahe hain un ko, aur woh sab log jo jo likhne aur bolne wale musalmanon mein hain, jo rehnumai dete hain, jo lead dete hain, un se mein kahunga ke negative boli ko haram samjho.</w:t>
      </w:r>
    </w:p>
    <w:p>
      <w:pPr>
        <w:jc w:val="right"/>
      </w:pPr>
      <w:r>
        <w:t>تو میں وہ سب لوگ جو میری بات سن رہے ہیں ان کو، اور وہ سب لوگ جو جو لکھنے اور بولنے والے مسلمانوں میں ہیں، جو رہنمائی دیتے ہیں، جو لیڈ دیتے ہیں، ان سے میں کہوں گا کہ نیگیٹیو بولی کو حرام سمجھئے۔</w:t>
      </w:r>
    </w:p>
    <w:p>
      <w:r>
        <w:rPr>
          <w:b/>
        </w:rPr>
        <w:t xml:space="preserve">[43:52] </w:t>
      </w:r>
      <w:r>
        <w:t>mayoosi ki baat bolne ko haram samjho. hadith mein aata hai ke man kan yu'min billahi wal yawm al akhir falyqul khairan aw layasbut. jo aadmi Allah par, rasool par iman rakhta ho,</w:t>
      </w:r>
    </w:p>
    <w:p>
      <w:pPr>
        <w:jc w:val="right"/>
      </w:pPr>
      <w:r>
        <w:t>مایوسی کی بات بولنے کو حرام سمجھئے۔ حدیث میں آتا ہے کہ مَنْ كَانَ يُؤْمِنُ بِاللَّهِ وَالْيَوْمِ الْآخِرِ فَلْيَقُلْ خَيْرًا أَوْلَيَ أَسْبُلٍ جو آدمی اللہ پر، رسول پر ایمان رکھتا ہو،</w:t>
      </w:r>
    </w:p>
    <w:p>
      <w:r>
        <w:rPr>
          <w:b/>
        </w:rPr>
        <w:t xml:space="preserve">[44:10] </w:t>
      </w:r>
      <w:r>
        <w:t>to us ko negative baat hargiz na bole. bolna hai to positive baat bole, warna chup rahe.</w:t>
      </w:r>
    </w:p>
    <w:p>
      <w:pPr>
        <w:jc w:val="right"/>
      </w:pPr>
      <w:r>
        <w:t>تو اس کو نیگیٹیو بات ہرگز نہ بولے۔ بولنا ہے تو پوزیٹیو بات بولے، ورنہ چپ رہے۔</w:t>
      </w:r>
    </w:p>
    <w:p>
      <w:r>
        <w:rPr>
          <w:b/>
        </w:rPr>
        <w:t xml:space="preserve">[44:22] </w:t>
      </w:r>
      <w:r>
        <w:t>yani bolna ho to positive baat bole. agar us ke paas positive baat nahin hai to chup rahe. negative baat bolne se acha hai ke khamoshi ikhtiyar kare aadmi.</w:t>
      </w:r>
    </w:p>
    <w:p>
      <w:pPr>
        <w:jc w:val="right"/>
      </w:pPr>
      <w:r>
        <w:t>یعنی بولنا ہو تو پوزیٹیو بات بولے۔ اگر اس کے پاس پوزیٹیو بات نہیں ہے تو چپ رہے۔ نیگیٹیو بات بولنے سے اچھا ہے کہ خاموشی اختیار کرے آدمی۔</w:t>
      </w:r>
    </w:p>
    <w:p>
      <w:r>
        <w:rPr>
          <w:b/>
        </w:rPr>
        <w:t xml:space="preserve">[44:35] </w:t>
      </w:r>
      <w:r>
        <w:t>to us waqt musalmanon ko isi qism ki lead dene ki zaroorat hai. isi qism ki lead dene ki zaroorat hai taake musalmanon ko roshni nazar aaye, roshni.</w:t>
      </w:r>
    </w:p>
    <w:p>
      <w:pPr>
        <w:jc w:val="right"/>
      </w:pPr>
      <w:r>
        <w:t>تو اس وقت مسلمانوں کو اسی قسم کی لیڈ دینے کی ضرورت ہے۔ اسی قسم کی لیڈ دینے کی ضرورت ہے تاکہ مسلمانوں کو روشنی نظر آئے، روشنی۔</w:t>
      </w:r>
    </w:p>
    <w:p>
      <w:r>
        <w:rPr>
          <w:b/>
        </w:rPr>
        <w:t xml:space="preserve">[44:49] </w:t>
      </w:r>
      <w:r>
        <w:t>bright future dikhai de un ko. aik naya emergency un ko dikhai de. un ko lage ke hum ko hamare aik aik naya daur hayat shuru hua hai hamare liye.</w:t>
      </w:r>
    </w:p>
    <w:p>
      <w:pPr>
        <w:jc w:val="right"/>
      </w:pPr>
      <w:r>
        <w:t>برائٹ فیوچر دکھائی دے ان کو۔ ایک نیا ایمرجنسی ان کو دکھائی دے۔ ان کو لگے کہ ہم کو ہمارے ایک ایک نیا دور حیات شروع ہوا ہے ہمارے لیے۔</w:t>
      </w:r>
    </w:p>
    <w:p>
      <w:r>
        <w:rPr>
          <w:b/>
        </w:rPr>
        <w:t xml:space="preserve">[45:00] </w:t>
      </w:r>
      <w:r>
        <w:t>jo pehle se bhi behtar hai.</w:t>
      </w:r>
    </w:p>
    <w:p>
      <w:pPr>
        <w:jc w:val="right"/>
      </w:pPr>
      <w:r>
        <w:t>جو پہلے سے بھی بہتر ہے۔</w:t>
      </w:r>
    </w:p>
    <w:p>
      <w:r>
        <w:rPr>
          <w:b/>
        </w:rPr>
        <w:t xml:space="preserve">[45:06] </w:t>
      </w:r>
      <w:r>
        <w:t>yahi baat saare musalmanon ko batana hai. taake un ki mayoosi khatm ho, un ka frustration khatm ho, un ka qunoot khatm ho.</w:t>
      </w:r>
    </w:p>
    <w:p>
      <w:pPr>
        <w:jc w:val="right"/>
      </w:pPr>
      <w:r>
        <w:t>یہی بات سارے مسلمانوں کو بتانا ہے۔ تاکہ ان کی مایوسی ختم ہو، ان کا فریسٹریشن ختم ہو، ان کا قنوت ختم ہو۔</w:t>
      </w:r>
    </w:p>
    <w:p>
      <w:r>
        <w:rPr>
          <w:b/>
        </w:rPr>
        <w:t xml:space="preserve">[45:18] </w:t>
      </w:r>
      <w:r>
        <w:t>aur naye hosle ke sath woh is mulk mein apni zindagi ka naqsha banayein. apni planning ko naye hosle ke sath is mulk mein karein.</w:t>
      </w:r>
    </w:p>
    <w:p>
      <w:pPr>
        <w:jc w:val="right"/>
      </w:pPr>
      <w:r>
        <w:t>اور نئے حوصلے کے ساتھ وہ اس ملک میں اپنی زندگی کا نقشہ بنائیں۔ اپنی پلاننگ کو نئے حوصلے کے ساتھ اس ملک میں کریں۔</w:t>
      </w:r>
    </w:p>
    <w:p>
      <w:r>
        <w:rPr>
          <w:b/>
        </w:rPr>
        <w:t xml:space="preserve">[45:36] </w:t>
      </w:r>
      <w:r>
        <w:t>mein apne sathiyon se aur sab logon se yahi kehta hoon ke musalmanon ko aik naya hosla dijiye, nayi roshni dijiye.</w:t>
      </w:r>
    </w:p>
    <w:p>
      <w:pPr>
        <w:jc w:val="right"/>
      </w:pPr>
      <w:r>
        <w:t>میں اپنے ساتھیوں سے اور سب لوگوں سے یہی کہتا ہوں کہ مسلمانوں کو ایک نیا حوصلہ دیجیے، نئی روشنی دیجیے۔</w:t>
      </w:r>
    </w:p>
    <w:p>
      <w:r>
        <w:rPr>
          <w:b/>
        </w:rPr>
        <w:t xml:space="preserve">[45:47] </w:t>
      </w:r>
      <w:r>
        <w:t>un ko aik nayi himmat dijiye, naya vision dijiye.</w:t>
      </w:r>
    </w:p>
    <w:p>
      <w:pPr>
        <w:jc w:val="right"/>
      </w:pPr>
      <w:r>
        <w:t>ان کو ایک نئی ہمت دیجیے، نیا ویژن دیجیے۔</w:t>
      </w:r>
    </w:p>
    <w:p>
      <w:r>
        <w:rPr>
          <w:b/>
        </w:rPr>
        <w:t xml:space="preserve">[45:54] </w:t>
      </w:r>
      <w:r>
        <w:t>to meri dua hai ke Allah taala mujh ko aur aap ko tofeeq de ke hum apne aap ko bachayein mayoosi se aur doosron ko bachayein mayoosi se.</w:t>
      </w:r>
    </w:p>
    <w:p>
      <w:pPr>
        <w:jc w:val="right"/>
      </w:pPr>
      <w:r>
        <w:t>تو میری دعا ہے کہ اللہ تعالیٰ مجھ کو اور آپ کو توفیق دے کہ ہم اپنے آپ کو بچائیں مایوسی سے اور دوسروں کو بچائیں مایوسی سے۔</w:t>
      </w:r>
    </w:p>
    <w:p>
      <w:r>
        <w:rPr>
          <w:b/>
        </w:rPr>
        <w:t xml:space="preserve">[46:06] </w:t>
      </w:r>
      <w:r>
        <w:t>kyunke mayusi aur qanoot islam mein haram hai. mayusi aur qanoot islam mein haram hai. to Allah taala mujh ko aur tamam musalmanon ko is se bachaye.</w:t>
      </w:r>
    </w:p>
    <w:p>
      <w:pPr>
        <w:jc w:val="right"/>
      </w:pPr>
      <w:r>
        <w:t>کیونکہ مایوسی اور قنوت اسلام میں حرام ہے۔ مایوسی اور قنوت اسلام میں حرام ہے۔ تو اللہ تعالیٰ مجھ کو اور تمام مسلمانوں کو اس سے بچائے۔</w:t>
      </w:r>
    </w:p>
    <w:p>
      <w:r>
        <w:rPr>
          <w:b/>
        </w:rPr>
        <w:t xml:space="preserve">[46:21] </w:t>
      </w:r>
      <w:r>
        <w:t>assalam o alaikum wa rahmatullahi wa barakatuh</w:t>
      </w:r>
    </w:p>
    <w:p>
      <w:pPr>
        <w:jc w:val="right"/>
      </w:pPr>
      <w:r>
        <w:t>السلام عليكم ورحمة الله</w:t>
      </w:r>
    </w:p>
    <w:p>
      <w:r>
        <w:rPr>
          <w:b/>
        </w:rPr>
        <w:t xml:space="preserve">[46:34] </w:t>
      </w:r>
      <w:r>
        <w:t>Okay, we are starting with the question-answer session now. I would request those who are watching online to please send in their questions at info@cpsglobal.org.</w:t>
      </w:r>
    </w:p>
    <w:p>
      <w:pPr>
        <w:jc w:val="right"/>
      </w:pPr>
      <w:r>
        <w:t>Okay, we are starting with the question-answer session now. I would request those who are watching online to please send in their questions at info@cpsglobal.org.</w:t>
      </w:r>
    </w:p>
    <w:p>
      <w:r>
        <w:rPr>
          <w:b/>
        </w:rPr>
        <w:t xml:space="preserve">[46:47] </w:t>
      </w:r>
      <w:r>
        <w:t>I repeat, at info@cpsglobal.org.</w:t>
      </w:r>
    </w:p>
    <w:p>
      <w:pPr>
        <w:jc w:val="right"/>
      </w:pPr>
      <w:r>
        <w:t>I repeat, at info@cpsglobal.org.</w:t>
      </w:r>
    </w:p>
    <w:p>
      <w:r>
        <w:rPr>
          <w:b/>
        </w:rPr>
        <w:t xml:space="preserve">[46:54] </w:t>
      </w:r>
      <w:r>
        <w:t>maulana, yeh pehla question aaya hai jamee ul akht sahib ka Delhi se. yeh kehte hain: "islam mein khilafat ki ahmiyat par roshni dalen." dekhiye, khilafat ki ahmiyat ke liye hamari meeting nahi hoti hai.</w:t>
      </w:r>
    </w:p>
    <w:p>
      <w:pPr>
        <w:jc w:val="right"/>
      </w:pPr>
      <w:r>
        <w:t>مولانا، یہ پہلا question آیا ہے جمیع الاخت صاحب کا Delhi سے۔ یہ کہتے ہیں: "اسلام میں خلافت کی اہمیت پر روشنی ڈالیں۔" دیکھیے، خلافت کی اہمیت کے لیے ہماری میٹنگ نہیں ہوتی ہے۔</w:t>
      </w:r>
    </w:p>
    <w:p>
      <w:r>
        <w:rPr>
          <w:b/>
        </w:rPr>
        <w:t xml:space="preserve">[47:11] </w:t>
      </w:r>
      <w:r>
        <w:t>aap is ko kitabon mein padh lijiyye.</w:t>
      </w:r>
    </w:p>
    <w:p>
      <w:pPr>
        <w:jc w:val="right"/>
      </w:pPr>
      <w:r>
        <w:t>آپ اس کو کتابوں میں پڑھ لیجیے۔</w:t>
      </w:r>
    </w:p>
    <w:p>
      <w:r>
        <w:rPr>
          <w:b/>
        </w:rPr>
        <w:t xml:space="preserve">[47:16] </w:t>
      </w:r>
      <w:r>
        <w:t>aap is par jo kuch maine likha hai, is ko parhne ke baad aap koi points nikalen to woh is pe is ka izhaar khatm karen.</w:t>
      </w:r>
    </w:p>
    <w:p>
      <w:pPr>
        <w:jc w:val="right"/>
      </w:pPr>
      <w:r>
        <w:t>آپ اس پر جو کچھ میں نے لکھا ہے، اس کو پڑھنے کے بعد آپ کوئی points نکالیں تو وہ اس پہ اس کا اظہار ختم کریں۔</w:t>
      </w:r>
    </w:p>
    <w:p>
      <w:r>
        <w:rPr>
          <w:b/>
        </w:rPr>
        <w:t xml:space="preserve">[47:25] </w:t>
      </w:r>
      <w:r>
        <w:t>khilafat to ek ek bohat hi wasee subject hai, is ke liye meeting nahi hoti hai. haan, is par jo kuch hum ne likha hai, hamara jo nuqta nazar hai, hamari tafseer mein bhi hai, hamari kitabon mein bhi hai, is ko aap padhiye.</w:t>
      </w:r>
    </w:p>
    <w:p>
      <w:pPr>
        <w:jc w:val="right"/>
      </w:pPr>
      <w:r>
        <w:t>خلافت تو ایک ایک بہت ہی وسیع subject ہے، اس کے لیے میٹنگ نہیں ہوتی ہے۔ ہاں، اس پر جو کچھ ہم نے لکھا ہے، ہمارا جو نقطہ نظر ہے، ہماری تفسیر میں بھی ہے، ہماری کتابوں میں بھی ہے، اس کو آپ پڑھیے۔</w:t>
      </w:r>
    </w:p>
    <w:p>
      <w:r>
        <w:rPr>
          <w:b/>
        </w:rPr>
        <w:t xml:space="preserve">[47:40] </w:t>
      </w:r>
      <w:r>
        <w:t>aur phir koi point aap ko is mein mile to aap is se agle Sunday ko sawal kar sakte hain. yeh agla question aaya hai maulana iqbal umri ka Chennai se.</w:t>
      </w:r>
    </w:p>
    <w:p>
      <w:pPr>
        <w:jc w:val="right"/>
      </w:pPr>
      <w:r>
        <w:t>اور پھر کوئی point آپ کو اس میں ملے تو آپ اس سے اگلے Sunday کو سوال کر سکتے ہیں۔ یہ اگلا question آیا ہے مولانا اقبال عمری کا چنئی سے۔</w:t>
      </w:r>
    </w:p>
    <w:p>
      <w:r>
        <w:rPr>
          <w:b/>
        </w:rPr>
        <w:t xml:space="preserve">[47:53] </w:t>
      </w:r>
      <w:r>
        <w:t>yeh poochte hain: "zikr akbar kya hai, aaj maloom hua." maulana, aaj musalman mayus is wajah se hain ke woh zikr asghar mein jee rahe hain.</w:t>
      </w:r>
    </w:p>
    <w:p>
      <w:pPr>
        <w:jc w:val="right"/>
      </w:pPr>
      <w:r>
        <w:t>یہ پوچھتے ہیں: "ذکر اکبر کیا ہے، آج معلوم ہوا۔" مولانا، آج مسلمان مایوس اس وجہ سے ہیں کہ وہ ذکر اصغر میں جی رہے ہیں۔</w:t>
      </w:r>
    </w:p>
    <w:p>
      <w:r>
        <w:rPr>
          <w:b/>
        </w:rPr>
        <w:t xml:space="preserve">[48:07] </w:t>
      </w:r>
      <w:r>
        <w:t>maulana, musalman kyun Khuda se mila hua in ko kam maloom hota hai? wazahat karen. is ki wajah hai ke musawware mein tadabbur khatm ho gaya hai.</w:t>
      </w:r>
    </w:p>
    <w:p>
      <w:pPr>
        <w:jc w:val="right"/>
      </w:pPr>
      <w:r>
        <w:t>مولانا، مسلمان کیوں خدا سے ملا ہوا ان کو کم معلوم ہوتا ہے؟ وضاحت کریں۔ اس کی وجہ ہے کہ مصورہ میں تدبر ختم ہو گیا ہے۔</w:t>
      </w:r>
    </w:p>
    <w:p>
      <w:r>
        <w:rPr>
          <w:b/>
        </w:rPr>
        <w:t xml:space="preserve">[48:21] </w:t>
      </w:r>
      <w:r>
        <w:t>ghor o fikr khatm ho gaya hai. jaise main aaj apne ghar se rawana hua to main paaon se, main ne socha ke yeh paaon jo hai, agar na chale to main kaise pahunchunga?</w:t>
      </w:r>
    </w:p>
    <w:p>
      <w:pPr>
        <w:jc w:val="right"/>
      </w:pPr>
      <w:r>
        <w:t>غور و فکر ختم ہو گیا ہے۔ جیسے میں آج اپنے گھر سے روانہ ہوا تو میں پاؤں سے، میں نے سوچا کہ یہ پاؤں جو ہے، اگر نہ چلے تو میں کیسے پہنچوں گا؟</w:t>
      </w:r>
    </w:p>
    <w:p>
      <w:r>
        <w:rPr>
          <w:b/>
        </w:rPr>
        <w:t xml:space="preserve">[48:35] </w:t>
      </w:r>
      <w:r>
        <w:t>kitna bara yeh neamat hai ke paaon hai jis se hum chal kar ke jaate hain yahan se wahan. phir jab main yahan aaya to main ne dekha ke main bol raha hoon, yeh bol jo hai, yeh power of speech jo hai, itni bari cheez hai, itni bari cheez hai ke aap koi bhi billion trillion dollar de kar bhi power of speech nahi pa sakte kehen.</w:t>
      </w:r>
    </w:p>
    <w:p>
      <w:pPr>
        <w:jc w:val="right"/>
      </w:pPr>
      <w:r>
        <w:t>کتنا بڑا یہ نعمت ہے کہ پاؤں ہے جس سے ہم چل کر کے جاتے ہیں یہاں سے وہاں۔ پھر جب میں یہاں آیا تو میں نے دیکھا کہ میں بول رہا ہوں، یہ بول جو ہے، یہ power of speech جو ہے، اتنی بڑی چیز ہے، اتنی بڑی چیز ہے کہ آپ کوئی بھی billion trillion ڈالر دے کر بھی power of speech نہیں پا سکتے کہیں۔</w:t>
      </w:r>
    </w:p>
    <w:p>
      <w:r>
        <w:rPr>
          <w:b/>
        </w:rPr>
        <w:t xml:space="preserve">[48:59] </w:t>
      </w:r>
      <w:r>
        <w:t>to kitni bari neamat hai power of speech. thinking jo hai, Allah taala ne jo sochne ka madah diya hai, thinking ko aap kaheen market se khareed sakte hain.</w:t>
      </w:r>
    </w:p>
    <w:p>
      <w:pPr>
        <w:jc w:val="right"/>
      </w:pPr>
      <w:r>
        <w:t>تو کتنی بڑی نعمت ہے power of speech۔ Thinking جو ہے، اللہ تعالیٰ نے جو سوچنے کا مادہ دیا ہے، thinking کو آپ کہیں market سے خرید سکتے ہیں۔</w:t>
      </w:r>
    </w:p>
    <w:p>
      <w:r>
        <w:rPr>
          <w:b/>
        </w:rPr>
        <w:t xml:space="preserve">[49:08] </w:t>
      </w:r>
      <w:r>
        <w:t>to yeh neamatein jo Allah taala ki hain, woh is se jo dunyaavi cheezon se billion trillion se bhi ziyada bari hain. to musalmanon mein soch khatm ho gayi hai, tadabbur khatm ho gaya hai.</w:t>
      </w:r>
    </w:p>
    <w:p>
      <w:pPr>
        <w:jc w:val="right"/>
      </w:pPr>
      <w:r>
        <w:t>تو یہ نعمتیں جو اللہ تعالیٰ کی ہیں، وہ اس سے جو دنیاوی چیزوں سے billion trillion سے بھی زیادہ بڑی ہیں۔ تو مسلمانوں میں سوچ ختم ہو گئی ہے، تدبر ختم ہو گیا ہے۔</w:t>
      </w:r>
    </w:p>
    <w:p>
      <w:r>
        <w:rPr>
          <w:b/>
        </w:rPr>
        <w:t xml:space="preserve">[49:22] </w:t>
      </w:r>
      <w:r>
        <w:t>jo musalmanon mein tehrikein chal rahi hain, woh main koi tehreek bhi tadabbur un ke andar paida nahi karti. is wajah se bekhabari mein jee rahe hain, bekhabari mein.</w:t>
      </w:r>
    </w:p>
    <w:p>
      <w:pPr>
        <w:jc w:val="right"/>
      </w:pPr>
      <w:r>
        <w:t>جو مسلمانوں میں تحریکیں چل رہی ہیں، وہ میں کوئی تحریک بھی تدبر ان کے اندر پیدا نہیں کرتی۔ اس وجہ سے بے خبری میں جی رہے ہیں، بے خبری میں۔</w:t>
      </w:r>
    </w:p>
    <w:p>
      <w:r>
        <w:rPr>
          <w:b/>
        </w:rPr>
        <w:t xml:space="preserve">[49:36] </w:t>
      </w:r>
      <w:r>
        <w:t>hamara mission yeh hai ke hum logon ke andar soch paida karna chahte hain. jab soch paida karenge aap, tab hi baaton ko janenge. isi liye Quran mein dekhiye, aap bar bar tadabbur, tafakkur, tabassum, yani is tarah ki bar bar kaha gaya: "socho, ghor karo, tadabbur karo." kyunke isi se sari baatein khulti hain.</w:t>
      </w:r>
    </w:p>
    <w:p>
      <w:pPr>
        <w:jc w:val="right"/>
      </w:pPr>
      <w:r>
        <w:t>ہمارا mission یہ ہے کہ ہم لوگوں کے اندر سوچ پیدا کرنا چاہتے ہیں۔ جب سوچ پیدا کریں گے آپ، تب ہی باتوں کو جانیں گے۔ اسی لیے قرآن میں دیکھیے، آپ بار بار تدبر، تفکر، تبسم، یعنی اس طرح کی بار بار کہا گیا: "سوچو، غور کرو، تدبر کرو۔" کیونکہ اسی سے ساری باتیں کھلتی ہیں۔</w:t>
      </w:r>
    </w:p>
    <w:p>
      <w:r>
        <w:rPr>
          <w:b/>
        </w:rPr>
        <w:t xml:space="preserve">[49:58] </w:t>
      </w:r>
      <w:r>
        <w:t>wohi musalmanon mein ghayab ho gaya. wohi makhfood ho gaya. koi masle masail batata hai, koi fazail batata hai, koi sehat ke nare lagata hai.</w:t>
      </w:r>
    </w:p>
    <w:p>
      <w:pPr>
        <w:jc w:val="right"/>
      </w:pPr>
      <w:r>
        <w:t>وہی مسلمانوں میں غائب ہو گیا۔ وہی مخفود ہو گیا۔ کوئی مسئلے مسائل بتاتا ہے، کوئی فضائل بتاتا ہے، کوئی صحت کے نعرے لگاتا ہے۔</w:t>
      </w:r>
    </w:p>
    <w:p>
      <w:r>
        <w:rPr>
          <w:b/>
        </w:rPr>
        <w:t xml:space="preserve">[50:08] </w:t>
      </w:r>
      <w:r>
        <w:t>isi musalmanon ko uljhaye hue hain yeh log. koi bhi mujhe nahi maloom, koi musalmanon mein koi jamaat ya idara jo jo tadabbur par musalmanon ko khara karne ki koshish kar raha ho.</w:t>
      </w:r>
    </w:p>
    <w:p>
      <w:pPr>
        <w:jc w:val="right"/>
      </w:pPr>
      <w:r>
        <w:t>اسی مسلمانوں کو الجھائے ہوئے ہیں یہ لوگ۔ کوئی بھی مجھے نہیں معلوم، کوئی مسلمانوں میں کوئی جماعت یا ادارہ جو جو تدبر پر مسلمانوں کو کھڑا کرنے کی کوشش کر رہا ہو۔</w:t>
      </w:r>
    </w:p>
    <w:p>
      <w:r>
        <w:rPr>
          <w:b/>
        </w:rPr>
        <w:t xml:space="preserve">[50:24] </w:t>
      </w:r>
      <w:r>
        <w:t>yeh hai aaj masla. maulana, yeh agla experience aaya hai Srinagar se hamidullah hameed sahib ka.</w:t>
      </w:r>
    </w:p>
    <w:p>
      <w:pPr>
        <w:jc w:val="right"/>
      </w:pPr>
      <w:r>
        <w:t>یہ ہے آج مسئلہ۔ مولانا، یہ اگلا ایکسپیرئینس آیا ہے سری نگر سے حامد اللہ حمید صاحب کا۔</w:t>
      </w:r>
    </w:p>
    <w:p>
      <w:r>
        <w:rPr>
          <w:b/>
        </w:rPr>
        <w:t xml:space="preserve">[50:34] </w:t>
      </w:r>
      <w:r>
        <w:t>woh likhte hain: "dawa program ke silsile mein Srinagar ke ek hotel mein gaya, jis ka malik bazahir ek deendar aadmi tha.</w:t>
      </w:r>
    </w:p>
    <w:p>
      <w:pPr>
        <w:jc w:val="right"/>
      </w:pPr>
      <w:r>
        <w:t>وہ لکھتے ہیں: "داویٰ پروگرام کے سلسلے میں سری نگر کے ایک ہوٹل میں گیا، جس کا مالک بظاہر ایک دین دار آدمی تھا۔</w:t>
      </w:r>
    </w:p>
    <w:p>
      <w:r>
        <w:rPr>
          <w:b/>
        </w:rPr>
        <w:t xml:space="preserve">[50:45] </w:t>
      </w:r>
      <w:r>
        <w:t>main ne us se tourist ko hamari taraf se Quran ke chand gift pack diye. woh us par bohat barham ho kar bola: 'kya main in logon ko Quran de kar Allah ki kitab ki be-hurmati karoon?</w:t>
      </w:r>
    </w:p>
    <w:p>
      <w:pPr>
        <w:jc w:val="right"/>
      </w:pPr>
      <w:r>
        <w:t>میں نے اس سے tourist کو ہماری طرف سے قرآن کے چند gift pack دیے۔ وہ اس پر بہت برہم ہو کر بولا: 'کیا میں ان لوگوں کو قرآن دے کر اللہ کی کتاب کی بے حرمتی کروں؟</w:t>
      </w:r>
    </w:p>
    <w:p>
      <w:r>
        <w:rPr>
          <w:b/>
        </w:rPr>
        <w:t xml:space="preserve">[51:05] </w:t>
      </w:r>
      <w:r>
        <w:t>yeh log mauj masti ke liye Kashmir aate hain aur yahan sharab pee kar badmast hote hain.' main ne us se kaha ke yeh tourist aap ke hotel mein sharab peene ke paise aap ko dete hain.</w:t>
      </w:r>
    </w:p>
    <w:p>
      <w:pPr>
        <w:jc w:val="right"/>
      </w:pPr>
      <w:r>
        <w:t>یہ لوگ موج مستی کے لیے کشمیر آتے ہیں اور یہاں شراب پی کر بدمست ہوتے ہیں۔' میں نے اس سے کہا کہ یہ tourist آپ کے ہوٹل میں شراب پینے کے پیسے آپ کو دیتے ہیں۔</w:t>
      </w:r>
    </w:p>
    <w:p>
      <w:r>
        <w:rPr>
          <w:b/>
        </w:rPr>
        <w:t xml:space="preserve">[51:21] </w:t>
      </w:r>
      <w:r>
        <w:t>dunya ki khushiyon se lutaf andoz hone ke liye aap un se rent ke naam par bari bari raqam lete hain.</w:t>
      </w:r>
    </w:p>
    <w:p>
      <w:pPr>
        <w:jc w:val="right"/>
      </w:pPr>
      <w:r>
        <w:t>دنیا کی خوشیوں سے لطف اندوز ہونے کے لیے آپ ان سے rent کے نام پر بڑی بڑی رقم لیتے ہیں۔</w:t>
      </w:r>
    </w:p>
    <w:p>
      <w:r>
        <w:rPr>
          <w:b/>
        </w:rPr>
        <w:t xml:space="preserve">[51:33] </w:t>
      </w:r>
      <w:r>
        <w:t>magar un ko akhirat ki pur musarrat zindagi dene ke liye kya karte hain, jo ke bahaisiyat musalman aap ki lazmi duty hai.</w:t>
      </w:r>
    </w:p>
    <w:p>
      <w:pPr>
        <w:jc w:val="right"/>
      </w:pPr>
      <w:r>
        <w:t>مگر ان کو آخرت کی پرمسرت زندگی دینے کے لیے کیا کرتے ہیں، جو کہ بحیثیت مسلمان آپ کی لازمی ڈیوٹی ہے۔</w:t>
      </w:r>
    </w:p>
    <w:p>
      <w:r>
        <w:rPr>
          <w:b/>
        </w:rPr>
        <w:t xml:space="preserve">[51:45] </w:t>
      </w:r>
      <w:r>
        <w:t>apni dunya banane ke liye un ke sharab peene par koi aitraaz nahi, magar un ko jannat ke raahi banane par itna bara aitraaz.</w:t>
      </w:r>
    </w:p>
    <w:p>
      <w:pPr>
        <w:jc w:val="right"/>
      </w:pPr>
      <w:r>
        <w:t>اپنی دنیا بنانے کے لیے ان کے شراب پینے پر کوئی اعتراض نہیں، مگر ان کو جنت کے راہی بنانے پر اتنا بڑا اعتراض۔</w:t>
      </w:r>
    </w:p>
    <w:p>
      <w:r>
        <w:rPr>
          <w:b/>
        </w:rPr>
        <w:t xml:space="preserve">[51:57] </w:t>
      </w:r>
      <w:r>
        <w:t>maulana, kaise ajeeb ho chuke hain yeh musalman? Masha Allah, yeh bohat hi eye opener waqea hai. Eye opener.</w:t>
      </w:r>
    </w:p>
    <w:p>
      <w:pPr>
        <w:jc w:val="right"/>
      </w:pPr>
      <w:r>
        <w:t>مولانا، کیسے عجیب ہو چکے ہیں یہ مسلمان؟ ماشاءاللہ، یہ بہت ہی eye opener واقعہ ہے۔ Eye opener۔</w:t>
      </w:r>
    </w:p>
    <w:p>
      <w:r>
        <w:rPr>
          <w:b/>
        </w:rPr>
        <w:t xml:space="preserve">[52:06] </w:t>
      </w:r>
      <w:r>
        <w:t>lekin is mein mere nazdeek sab se bara jo pakad hogi, woh ulama ki pakad hogi. Kyun ke unhon ne khud sakhta taur par yeh gustakhi ka masla nikala.</w:t>
      </w:r>
    </w:p>
    <w:p>
      <w:pPr>
        <w:jc w:val="right"/>
      </w:pPr>
      <w:r>
        <w:t>لیکن اس میں میرے نزدیک سب سے بڑا جو پکڑ ہوگی، وہ علماء کی پکڑ ہوگی۔ کیونکہ انہوں نے خود ساختہ طور پر یہ گستاخی کا مسئلہ نکالا۔</w:t>
      </w:r>
    </w:p>
    <w:p>
      <w:r>
        <w:rPr>
          <w:b/>
        </w:rPr>
        <w:t xml:space="preserve">[52:16] </w:t>
      </w:r>
      <w:r>
        <w:t>gustakhi aur behurmati ka masla na Quran mein hai na Hadees mein hai. Yani behurmati tamam tar ulama ki khud sakhta ijad hai.</w:t>
      </w:r>
    </w:p>
    <w:p>
      <w:pPr>
        <w:jc w:val="right"/>
      </w:pPr>
      <w:r>
        <w:t>گستاخی اور بے حرمتی کا مسئلہ نہ قرآن میں ہے نہ حدیث میں ہے۔ یعنی بے حرمتی تمام تر علماء کی خود ساختہ ایجاد ہے۔</w:t>
      </w:r>
    </w:p>
    <w:p>
      <w:r>
        <w:rPr>
          <w:b/>
        </w:rPr>
        <w:t xml:space="preserve">[52:28] </w:t>
      </w:r>
      <w:r>
        <w:t>ulama ko yeh haq nahi tha ke khud sakhta taur par yeh behurmati ka masla nikalein. Bilashuba unhon ne ek aisa kaam kiya hai jis ke liye pakad hogi un ki.</w:t>
      </w:r>
    </w:p>
    <w:p>
      <w:pPr>
        <w:jc w:val="right"/>
      </w:pPr>
      <w:r>
        <w:t>علماء کو یہ حق نہیں تھا کہ خود ساختہ طور پر یہ بے حرمتی کا مسئلہ نکالیں۔ بلاشبہ انہوں نے ایک ایسا کام کیا ہے جس کے لیے پکڑ ہوگی ان کی۔</w:t>
      </w:r>
    </w:p>
    <w:p>
      <w:r>
        <w:rPr>
          <w:b/>
        </w:rPr>
        <w:t xml:space="preserve">[52:37] </w:t>
      </w:r>
      <w:r>
        <w:t>kaha hai: "behurmati kiya cheez hai?" Kahan likha hai Quran majeed mein, kahan likha hai Hadees mein? Isi behurmati ko musalmanon ne sikha rakha hai aur musalman kehte hain ke yeh behurmati hogi.</w:t>
      </w:r>
    </w:p>
    <w:p>
      <w:pPr>
        <w:jc w:val="right"/>
      </w:pPr>
      <w:r>
        <w:t>کہا ہے: "بے حرمتی کیا چیز ہے؟" کہاں لکھا ہے قرآن مجید میں، کہاں لکھا ہے حدیث میں؟ اسی بے حرمتی کو مسلمانوں نے سکھا رکھا ہے اور مسلمان کہتے ہیں کہ یہ بے حرمتی ہوگی۔</w:t>
      </w:r>
    </w:p>
    <w:p>
      <w:r>
        <w:rPr>
          <w:b/>
        </w:rPr>
        <w:t xml:space="preserve">[52:49] </w:t>
      </w:r>
      <w:r>
        <w:t>yeh sari zimmedari ulama par aati hai aur bilashuba ulama ki pakad hogi is par. Ke kyun tum ne khud sakhta taur par yeh masla nikala? Jab Allah ne kaha, Rasool ne kaha: "tum ko kaha hai ke tum behurmati ka masla nikalo." Beharaal, hamare mission ke jo log hain, woh bohat acha jawab diya unhon ne.</w:t>
      </w:r>
    </w:p>
    <w:p>
      <w:pPr>
        <w:jc w:val="right"/>
      </w:pPr>
      <w:r>
        <w:t>یہ ساری ذمہ داری علماء پر آتی ہے اور بلاشبہ علماء کی پکڑ ہوگی اس پر۔ کہ کیوں تم نے خود ساختہ طور پر یہ مسئلہ نکالا؟ جب اللہ نے کہا، رسول نے کہا: "تم کو کہا ہے کہ تم بے حرمتی کا مسئلہ نکالو۔" بہرحال، ہمارے مشن کے جو لوگ ہیں، وہ بہت اچھا جواب دیا انہوں نے۔</w:t>
      </w:r>
    </w:p>
    <w:p>
      <w:r>
        <w:rPr>
          <w:b/>
        </w:rPr>
        <w:t xml:space="preserve">[53:09] </w:t>
      </w:r>
      <w:r>
        <w:t>aah, jo hamare Kashmiri bhai hain, isi tarah se logon ko jawab dena chahiye. Aur insha Allah logon ke dil khulein ge aur yeh behurmati ka khud sakhta masla khatam hoga aur Quran sari dunya mein phailay ga, insha Allah.</w:t>
      </w:r>
    </w:p>
    <w:p>
      <w:pPr>
        <w:jc w:val="right"/>
      </w:pPr>
      <w:r>
        <w:t>آہ، جو ہمارے کشمیری بھائی ہیں، اسی طرح سے لوگوں کو جواب دینا چاہیے۔ اور انشاءاللہ لوگوں کے دل کھلیں گے اور یہ بے حرمتی کا خود ساختہ مسئلہ ختم ہوگا اور قرآن ساری دنیا میں پھیلے گا، انشاءاللہ۔</w:t>
      </w:r>
    </w:p>
    <w:p>
      <w:r>
        <w:rPr>
          <w:b/>
        </w:rPr>
        <w:t xml:space="preserve">[53:27] </w:t>
      </w:r>
      <w:r>
        <w:t>maulana, yeh agla comment aaya hai Iqbal Umri sahib ka Chennai se. Yeh likhte hain: "Maulana, aaj aap ne talk mein jab yeh jumla kaha ke Hindu ka dil bohat bara hai,</w:t>
      </w:r>
    </w:p>
    <w:p>
      <w:pPr>
        <w:jc w:val="right"/>
      </w:pPr>
      <w:r>
        <w:t>مولانا، یہ اگلا کمنٹ آیا ہے اقبال عمری صاحب کا چنئی سے۔ یہ لکھتے ہیں: "مولانا، آج آپ نے ٹاک میں جب یہ جملہ کہا کہ ہندو کا دل بہت بڑا ہے،</w:t>
      </w:r>
    </w:p>
    <w:p>
      <w:r>
        <w:rPr>
          <w:b/>
        </w:rPr>
        <w:t xml:space="preserve">[53:40] </w:t>
      </w:r>
      <w:r>
        <w:t>maulana mera dil tarap utha. Maulana, sirf Al-Risala ki wajah se itne bare aitraf ka zehn bana.</w:t>
      </w:r>
    </w:p>
    <w:p>
      <w:pPr>
        <w:jc w:val="right"/>
      </w:pPr>
      <w:r>
        <w:t>مولانا میرا دل تڑپ اٹھا۔ مولانا، صرف الرسالہ کی وجہ سے اتنے بڑے اعتراف کا ذہن بنا۔</w:t>
      </w:r>
    </w:p>
    <w:p>
      <w:r>
        <w:rPr>
          <w:b/>
        </w:rPr>
        <w:t xml:space="preserve">[53:50] </w:t>
      </w:r>
      <w:r>
        <w:t>yakeenan ek sachay daai ka zehn aisa hi hota hai. Jazak Allah." Masha Allah. Maulana, yeh agla question aaya hai Delhi se Muhammad Intekhab ka.</w:t>
      </w:r>
    </w:p>
    <w:p>
      <w:pPr>
        <w:jc w:val="right"/>
      </w:pPr>
      <w:r>
        <w:t>یقیناً ایک سچے داعی کا ذہن ایسا ہی ہوتا ہے۔ جزاک اللہ۔" ماشاءاللہ۔ مولانا، یہ اگلا question آیا ہے Delhi سے محمد انتخاب کا۔</w:t>
      </w:r>
    </w:p>
    <w:p>
      <w:r>
        <w:rPr>
          <w:b/>
        </w:rPr>
        <w:t xml:space="preserve">[54:04] </w:t>
      </w:r>
      <w:r>
        <w:t>yeh poochte hain: "How do we inculcate positive thinking?"</w:t>
      </w:r>
    </w:p>
    <w:p>
      <w:pPr>
        <w:jc w:val="right"/>
      </w:pPr>
      <w:r>
        <w:t>یہ پوچھتے ہیں: "How do we inculcate positive thinking?"</w:t>
      </w:r>
    </w:p>
    <w:p>
      <w:r>
        <w:rPr>
          <w:b/>
        </w:rPr>
        <w:t xml:space="preserve">[54:12] </w:t>
      </w:r>
      <w:r>
        <w:t>bhai, positive thinking jo hai, ek sawal ka jawab dene se nahi aa sakti hai. Is ke liye aap ko study karna parega. Apne apne mind ko banana parega.</w:t>
      </w:r>
    </w:p>
    <w:p>
      <w:pPr>
        <w:jc w:val="right"/>
      </w:pPr>
      <w:r>
        <w:t>بھائی، positive thinking جو ہے، ایک سوال کا جواب دینے سے نہیں آ سکتی ہے۔ اس کے لیے آپ کو study کرنا پڑے گا۔ اپنے اپنے mind کو بنانا پڑے گا۔</w:t>
      </w:r>
    </w:p>
    <w:p>
      <w:r>
        <w:rPr>
          <w:b/>
        </w:rPr>
        <w:t xml:space="preserve">[54:24] </w:t>
      </w:r>
      <w:r>
        <w:t>to aap kitabein parhiye. Aur Sunday class mein bohat hi pabandi se time par aaiye. Is ke baad apna aap sab kuch ho jayega.</w:t>
      </w:r>
    </w:p>
    <w:p>
      <w:pPr>
        <w:jc w:val="right"/>
      </w:pPr>
      <w:r>
        <w:t>تو آپ کتابیں پڑھیے۔ اور Sunday کلاس میں بہت ہی پابندی سے time پر آئیے۔ اس کے بعد اپنا آپ سب کچھ ہو جائے گا۔</w:t>
      </w:r>
    </w:p>
    <w:p>
      <w:r>
        <w:rPr>
          <w:b/>
        </w:rPr>
        <w:t xml:space="preserve">[54:34] </w:t>
      </w:r>
      <w:r>
        <w:t>yani yeh masla aisa nahi ke aap ek sawal karein aur hum yeh jawab dein to woh ho jaye. Yeh masla apne mind ko prepare karne ka hai.</w:t>
      </w:r>
    </w:p>
    <w:p>
      <w:pPr>
        <w:jc w:val="right"/>
      </w:pPr>
      <w:r>
        <w:t>یعنی یہ مسئلہ ایسا نہیں کہ آپ ایک سوال کریں اور ہم یہ جواب دیں تو وہ ہو جائے۔ یہ مسئلہ اپنے mind کو prepare کرنے کا ہے۔</w:t>
      </w:r>
    </w:p>
    <w:p>
      <w:r>
        <w:rPr>
          <w:b/>
        </w:rPr>
        <w:t xml:space="preserve">[54:44] </w:t>
      </w:r>
      <w:r>
        <w:t>aur mind ko prepare karne ke liye bohat lambi koshish karni parti hai. Is ke liye aap ko kafi mutala karna parta hai. To mein kahunga ke aap hamari kitabein parhiye.</w:t>
      </w:r>
    </w:p>
    <w:p>
      <w:pPr>
        <w:jc w:val="right"/>
      </w:pPr>
      <w:r>
        <w:t>اور mind کو prepare کرنے کے لیے بہت لمبی کوشش کرنی پڑتی ہے۔ اس کے لیے آپ کو کافی مطالعہ کرنا پڑتا ہے۔ تو میں کہوں گا کہ آپ ہماری کتابیں پڑھیے۔</w:t>
      </w:r>
    </w:p>
    <w:p>
      <w:r>
        <w:rPr>
          <w:b/>
        </w:rPr>
        <w:t xml:space="preserve">[54:55] </w:t>
      </w:r>
      <w:r>
        <w:t>aur regular tor par aap Sunday class mein aaiye. To insha Allah yeh masla apna aap khatam ho jayega. Maulana, yeh agla comment aaya hai Mahtab sahib ka Dhampur se.</w:t>
      </w:r>
    </w:p>
    <w:p>
      <w:pPr>
        <w:jc w:val="right"/>
      </w:pPr>
      <w:r>
        <w:t>اور regular طور پر آپ Sunday کلاس میں آئیے۔ تو انشاءاللہ یہ مسئلہ اپنا آپ ختم ہو جائے گا۔ مولانا، یہ اگلا کمنٹ آیا ہے مہتاب صاحب کا دھامپور سے۔</w:t>
      </w:r>
    </w:p>
    <w:p>
      <w:r>
        <w:rPr>
          <w:b/>
        </w:rPr>
        <w:t xml:space="preserve">[55:06] </w:t>
      </w:r>
      <w:r>
        <w:t>yeh kehte hain ke Maulana sahib "It was a very good guidance for the Indian Muslim in this environment if they believe in you." Masha Allah.</w:t>
      </w:r>
    </w:p>
    <w:p>
      <w:pPr>
        <w:jc w:val="right"/>
      </w:pPr>
      <w:r>
        <w:t>یہ کہتے ہیں کہ مولانا صاحب "It was a very good guidance for the Indian Muslim in this environment if they believe in you." ماشاءاللہ۔</w:t>
      </w:r>
    </w:p>
    <w:p>
      <w:r>
        <w:rPr>
          <w:b/>
        </w:rPr>
        <w:t xml:space="preserve">[55:20] </w:t>
      </w:r>
      <w:r>
        <w:t>Muhammad Intekhab sahib ka Delhi se next question hai: "How do we help others who are in depression?" Hamari kitabein parhwaiye.</w:t>
      </w:r>
    </w:p>
    <w:p>
      <w:pPr>
        <w:jc w:val="right"/>
      </w:pPr>
      <w:r>
        <w:t>محمد انتخاب صاحب کا Delhi سے next question ہے: "How do we help others who are in depression?" ہماری کتابیں پڑھوائیے۔</w:t>
      </w:r>
    </w:p>
    <w:p>
      <w:r>
        <w:rPr>
          <w:b/>
        </w:rPr>
        <w:t xml:space="preserve">[55:31] </w:t>
      </w:r>
      <w:r>
        <w:t>jo depression mein ho, mein poore aitmad se keh sakta hoon ke aap char kitabein is ko parhwa dijiye. Raaz-e-Hayat, Taameer-e-Hayat, Rehnuma-e-Hayat, Kitaab-e-Zindagi.</w:t>
      </w:r>
    </w:p>
    <w:p>
      <w:pPr>
        <w:jc w:val="right"/>
      </w:pPr>
      <w:r>
        <w:t>جو depression میں ہو، میں پورے اعتماد سے کہہ سکتا ہوں کہ آپ چار کتابیں اس کو پڑھوا دیجیے۔ راز حیات، تعمیر حیات، رہنما حیات، کتاب زندگی۔</w:t>
      </w:r>
    </w:p>
    <w:p>
      <w:r>
        <w:rPr>
          <w:b/>
        </w:rPr>
        <w:t xml:space="preserve">[55:41] </w:t>
      </w:r>
      <w:r>
        <w:t>is ke liye ke char kitabein tum kam se kam char char bar parho. Acha, agar Urdu na janta ho to is ke liye Angrezi mein kitab hai: Modern Vision aur Simple Wisdom.</w:t>
      </w:r>
    </w:p>
    <w:p>
      <w:pPr>
        <w:jc w:val="right"/>
      </w:pPr>
      <w:r>
        <w:t>اس کے لیے کہ چار کتابیں تم کم سے کم چار چار بار پڑھو۔ اچھا، اگر اردو نہ جانتا ہو تو اس کے لیے انگریزی میں کتاب ہے: Modern Vision اور Simple Wisdom۔</w:t>
      </w:r>
    </w:p>
    <w:p>
      <w:r>
        <w:rPr>
          <w:b/>
        </w:rPr>
        <w:t xml:space="preserve">[55:54] </w:t>
      </w:r>
      <w:r>
        <w:t>agar woh Angrezi bhi na janta ho, Urdu bhi na janta ho to Hindi kitab hai: Kamyabi ke Panch Adyaay. Yeh aap parhaiye. Aur mera tajurba hai ke hazaron hazar logon ke zehn badal gaye.</w:t>
      </w:r>
    </w:p>
    <w:p>
      <w:pPr>
        <w:jc w:val="right"/>
      </w:pPr>
      <w:r>
        <w:t>اگر وہ انگریزی بھی نہ جانتا ہو، اردو بھی نہ جانتا ہو تو ہندی کتاب ہے: کامیابی کے پانچ ادیائے۔ یہ آپ پڑھائیے۔ اور میرا تجربہ ہے کہ ہزاروں ہزار لوگوں کے ذہن بدل گئے۔</w:t>
      </w:r>
    </w:p>
    <w:p>
      <w:r>
        <w:rPr>
          <w:b/>
        </w:rPr>
        <w:t xml:space="preserve">[56:07] </w:t>
      </w:r>
      <w:r>
        <w:t>hazaron hazar logon ki negativity khatam ho gayi. Yeh kaam kijiye aap.</w:t>
      </w:r>
    </w:p>
    <w:p>
      <w:pPr>
        <w:jc w:val="right"/>
      </w:pPr>
      <w:r>
        <w:t>ہزاروں ہزار لوگوں کی negativity ختم ہو گئی۔ یہ کام کیجیے آپ۔</w:t>
      </w:r>
    </w:p>
    <w:p>
      <w:r>
        <w:rPr>
          <w:b/>
        </w:rPr>
        <w:t xml:space="preserve">[56:17] </w:t>
      </w:r>
      <w:r>
        <w:t>maulana, yeh agla question hai Miss Naghma Siddiqui ka Delhi se. "How do we as Muslims develop a rational outlook rather than a communal outlook?"</w:t>
      </w:r>
    </w:p>
    <w:p>
      <w:pPr>
        <w:jc w:val="right"/>
      </w:pPr>
      <w:r>
        <w:t>مولانا، یہ اگلا question ہے Miss نغمہ صدیقی کا Delhi سے۔ "How do we as Muslims develop a rational outlook rather than a communal outlook?"</w:t>
      </w:r>
    </w:p>
    <w:p>
      <w:r>
        <w:rPr>
          <w:b/>
        </w:rPr>
        <w:t xml:space="preserve">[56:33] </w:t>
      </w:r>
      <w:r>
        <w:t>bhai, yeh sab cheezein dekhe baghair kafi study ke nahi. Maulana, yeh question mein repeat kar raha hoon. "How do we as Muslims develop a national outlook rather than a communal outlook?" Acha, acha.</w:t>
      </w:r>
    </w:p>
    <w:p>
      <w:pPr>
        <w:jc w:val="right"/>
      </w:pPr>
      <w:r>
        <w:t>بھائی، یہ سب چیزیں دیکھے بغیر کافی study کے نہیں۔ مولانا، یہ question میں repeat کر رہا ہوں۔ "How do we as Muslims develop a national outlook rather than a communal outlook?" اچھا، اچھا۔</w:t>
      </w:r>
    </w:p>
    <w:p>
      <w:r>
        <w:rPr>
          <w:b/>
        </w:rPr>
        <w:t xml:space="preserve">[56:45] </w:t>
      </w:r>
      <w:r>
        <w:t>Hmm, haan, yeh bohat bara masla hai. Saare musalman jo hain, taqreeban bila istisna communal outlook in ka hai aur national outlook in ka hai nahin.</w:t>
      </w:r>
    </w:p>
    <w:p>
      <w:pPr>
        <w:jc w:val="right"/>
      </w:pPr>
      <w:r>
        <w:t>ہمم، ہاں، یہ بہت بڑا مسئلہ ہے۔ سارے مسلمان جو ہیں، تقریباً بلا استثناء communal outlook ان کا ہے اور national outlook ان کا ہے نہیں۔</w:t>
      </w:r>
    </w:p>
    <w:p>
      <w:r>
        <w:rPr>
          <w:b/>
        </w:rPr>
        <w:t xml:space="preserve">[56:58] </w:t>
      </w:r>
      <w:r>
        <w:t>Agar koi stage pe bolta hai to woh lip service kar raha hai. Main jaanta hoon, koi stage pe aa kar kuch log bari bari baatein karte hain. Lekin woh bilkul un ke dil mein kuch bhi nahin hota, zabaan se bolte hain.</w:t>
      </w:r>
    </w:p>
    <w:p>
      <w:pPr>
        <w:jc w:val="right"/>
      </w:pPr>
      <w:r>
        <w:t>اگر کوئی stage پہ بولتا ہے تو وہ lip service کر رہا ہے۔ میں جانتا ہوں، کوئی stage پہ آ کر کچھ لوگ بڑی بڑی باتیں کرتے ہیں۔ لیکن وہ بالکل ان کے دل میں کچھ بھی نہیں ہوتا، زبان سے بولتے ہیں۔</w:t>
      </w:r>
    </w:p>
    <w:p>
      <w:r>
        <w:rPr>
          <w:b/>
        </w:rPr>
        <w:t xml:space="preserve">[57:10] </w:t>
      </w:r>
      <w:r>
        <w:t>Haqeeqi maanon mein national outlook musalmanon mein hai hi nahin. Aur hinduo ko sirf musalmanon se yahi ek shikayat hai, yaad rakhiye.</w:t>
      </w:r>
    </w:p>
    <w:p>
      <w:pPr>
        <w:jc w:val="right"/>
      </w:pPr>
      <w:r>
        <w:t>حقیقی معنوں میں national outlook مسلمانوں میں ہے ہی نہیں۔ اور ہندوؤں کو صرف مسلمانوں سے یہی ایک شکایت ہے، یاد رکھیے۔</w:t>
      </w:r>
    </w:p>
    <w:p>
      <w:r>
        <w:rPr>
          <w:b/>
        </w:rPr>
        <w:t xml:space="preserve">[57:20] </w:t>
      </w:r>
      <w:r>
        <w:t>Hindu musalmanon ka dushman nahin. Main poore aitmaad se keh sakta hoon ke hindu musalmanon ke khilaaf nahin. Hindu musalmanon ka dushman nahin. Hindu ko sirf yahi ek shikayat hai ke musalman rehte hain is mulk mein lekin is ke andar, yaani jo jis ko kehte hain desh bhakti, desh bhakti in ke andar nahin.</w:t>
      </w:r>
    </w:p>
    <w:p>
      <w:pPr>
        <w:jc w:val="right"/>
      </w:pPr>
      <w:r>
        <w:t>ہندو مسلمانوں کا دشمن نہیں۔ میں پورے اعتماد سے کہہ سکتا ہوں کہ ہندو مسلمانوں کے خلاف نہیں۔ ہندو مسلمانوں کا دشمن نہیں۔ ہندو کو صرف یہی ایک شکایت ہے کہ مسلمان رہتے ہیں اس ملک میں لیکن اس کے اندر، یعنی جو جس کو کہتے ہیں دیش بھکتی، دیش بھکتی ان کے اندر نہیں۔</w:t>
      </w:r>
    </w:p>
    <w:p>
      <w:r>
        <w:rPr>
          <w:b/>
        </w:rPr>
        <w:t xml:space="preserve">[57:42] </w:t>
      </w:r>
      <w:r>
        <w:t>Bilkul jhoot hai yeh kehna ke hindu musalmanon ka dushman hai. Hargiz nahin. Hindu hargiz hargiz musalmanon ka dushman nahin hai.</w:t>
      </w:r>
    </w:p>
    <w:p>
      <w:pPr>
        <w:jc w:val="right"/>
      </w:pPr>
      <w:r>
        <w:t>بالکل جھوٹ ہے یہ کہنا کہ ہندو مسلمانوں کا دشمن ہے۔ ہرگز نہیں۔ ہندو ہرگز ہرگز مسلمانوں کا دشمن نہیں ہے۔</w:t>
      </w:r>
    </w:p>
    <w:p>
      <w:r>
        <w:rPr>
          <w:b/>
        </w:rPr>
        <w:t xml:space="preserve">[57:52] </w:t>
      </w:r>
      <w:r>
        <w:t>Lekin yeh jaiz shikayat hai, main samajhta hoon, bilkul jaiz shikayat hai ke un ki ke musalmanon ka desh bhakti nahin. To aap desh bhakti paida kijiye.</w:t>
      </w:r>
    </w:p>
    <w:p>
      <w:pPr>
        <w:jc w:val="right"/>
      </w:pPr>
      <w:r>
        <w:t>لیکن یہ جائز شکایت ہے، میں سمجھتا ہوں، بالکل جائز شکایت ہے کہ ان کی کہ مسلمانوں کا دیش بھکتی نہیں۔ تو آپ دیش بھکتی پیدا کیجیے۔</w:t>
      </w:r>
    </w:p>
    <w:p>
      <w:r>
        <w:rPr>
          <w:b/>
        </w:rPr>
        <w:t xml:space="preserve">[58:04] </w:t>
      </w:r>
      <w:r>
        <w:t>Kisi mulk mein aap rehte hain to aap ko desh bhakti aap ke andar honi hi chahiye. Patriotism, desh bhakti ka matlab Patriotism.</w:t>
      </w:r>
    </w:p>
    <w:p>
      <w:pPr>
        <w:jc w:val="right"/>
      </w:pPr>
      <w:r>
        <w:t>کسی ملک میں آپ رہتے ہیں تو آپ کو دیش بھکتی آپ کے اندر ہونی ہی چاہیے۔ Patriotism، دیش بھکتی کا مطلب Patriotism۔</w:t>
      </w:r>
    </w:p>
    <w:p>
      <w:r>
        <w:rPr>
          <w:b/>
        </w:rPr>
        <w:t xml:space="preserve">[58:14] </w:t>
      </w:r>
      <w:r>
        <w:t>Main dekhta hoon, India se behtar koi mulk nahin hai. America aur Europe bhi nahin hain. Muslim countries bhi nahin hain. Jo mission hum chala rahe hain yahan par, mujhe yaqeen hai ke main kisi bhi country mein nahin chala sakta.</w:t>
      </w:r>
    </w:p>
    <w:p>
      <w:pPr>
        <w:jc w:val="right"/>
      </w:pPr>
      <w:r>
        <w:t>میں دیکھتا ہوں، انڈیا سے بہتر کوئی ملک نہیں ہے۔ امریکہ اور یورپ بھی نہیں ہے۔ مسلم countries بھی نہیں ہیں۔ جو mission ہم چلا رہے ہیں یہاں پر، مجھے یقین ہے کہ میں کسی بھی country میں نہیں چلا سکتا۔</w:t>
      </w:r>
    </w:p>
    <w:p>
      <w:r>
        <w:rPr>
          <w:b/>
        </w:rPr>
        <w:t xml:space="preserve">[58:29] </w:t>
      </w:r>
      <w:r>
        <w:t>Main na Muslim country mein, na Europe America mein, na kahein. Na Iran mein, na Pakistan mein. Kahin nahin chala sakta. Aur India mein itni free tareeqay, itni azaadi ke saath hum yeh mission chala rahe hain.</w:t>
      </w:r>
    </w:p>
    <w:p>
      <w:pPr>
        <w:jc w:val="right"/>
      </w:pPr>
      <w:r>
        <w:t>میں نہ مسلم country میں، نہ یورپ امریکہ میں، نہ کہیں۔ نہ ایران میں، نہ پاکستان میں۔ کہیں نہیں چلا سکتا۔ اور انڈیا میں اتنی free طریقے، اتنی آزادی کے ساتھ ہم یہ mission چلا رہے ہیں۔</w:t>
      </w:r>
    </w:p>
    <w:p>
      <w:r>
        <w:rPr>
          <w:b/>
        </w:rPr>
        <w:t xml:space="preserve">[58:41] </w:t>
      </w:r>
      <w:r>
        <w:t>To main to samajhta hoon ke hindu se behtar koi qaum nahin dunya mein. Ek hi shikayat in ko hai, woh jaiz shikayat hai, bilkul jaiz ke musalmanon ka desh bhakti nahin.</w:t>
      </w:r>
    </w:p>
    <w:p>
      <w:pPr>
        <w:jc w:val="right"/>
      </w:pPr>
      <w:r>
        <w:t>تو میں تو سمجھتا ہوں کہ ہندو سے بہتر کوئی قوم نہیں دنیا میں۔ ایک ہی شکایت ان کو ہے، وہ جائز شکایت ہے، بالکل جائز کہ مسلمانوں کا دیش بھکتی نہیں۔</w:t>
      </w:r>
    </w:p>
    <w:p>
      <w:r>
        <w:rPr>
          <w:b/>
        </w:rPr>
        <w:t xml:space="preserve">[58:53] </w:t>
      </w:r>
      <w:r>
        <w:t>Jo jaiz hai, us ko aap us ko door kijiye. Aur kuch bhi aur, jo bhi aap kahein ke musalmanon ko woh discrimination karte hain, musalmanon ko jarr ukhad chahte hain, maashiyat mein un ko peechay karna chahte hain, yeh sab jhooti baatein hain.</w:t>
      </w:r>
    </w:p>
    <w:p>
      <w:pPr>
        <w:jc w:val="right"/>
      </w:pPr>
      <w:r>
        <w:t>جو جائز ہے، اس کو آپ اس کو دور کیجیے۔ اور کچھ بھی اور، جو بھی آپ کہیں کہ مسلمانوں کو وہ discrimination کرتے ہیں، مسلمانوں کو جڑ اکھاڑ چاہتے ہیں، معاشیات میں ان کو پیچھے کرنا چاہتے ہیں، یہ سب جھوٹی باتیں ہیں۔</w:t>
      </w:r>
    </w:p>
    <w:p>
      <w:r>
        <w:rPr>
          <w:b/>
        </w:rPr>
        <w:t xml:space="preserve">[59:07] </w:t>
      </w:r>
      <w:r>
        <w:t>Bilkul jhooti baatein hain. Hindu ko is qism ki koi bhi shikayat musalmanon se nahin hai. Siwaye isi ek baat ke.</w:t>
      </w:r>
    </w:p>
    <w:p>
      <w:pPr>
        <w:jc w:val="right"/>
      </w:pPr>
      <w:r>
        <w:t>بالکل جھوٹی باتیں ہیں۔ ہندو کو اس قسم کی کوئی بھی شکایت مسلمانوں سے نہیں ہے۔ سوائے اسی ایک بات کے۔</w:t>
      </w:r>
    </w:p>
    <w:p>
      <w:r>
        <w:rPr>
          <w:b/>
        </w:rPr>
        <w:t xml:space="preserve">[59:18] </w:t>
      </w:r>
      <w:r>
        <w:t>Aur main khud is mein kehta hoon ke musalmanon mein desh bhakti nahin hai. To paida karo us ko taake yeh shikayat khatam ho jaye.</w:t>
      </w:r>
    </w:p>
    <w:p>
      <w:pPr>
        <w:jc w:val="right"/>
      </w:pPr>
      <w:r>
        <w:t>اور میں خود اس میں کہتا ہوں کہ مسلمانوں میں دیش بھکتی نہیں ہے۔ تو پیدا کرو اس کو تاکہ یہ شکایت ختم ہو جائے۔</w:t>
      </w:r>
    </w:p>
    <w:p>
      <w:r>
        <w:rPr>
          <w:b/>
        </w:rPr>
        <w:t xml:space="preserve">[59:29] </w:t>
      </w:r>
      <w:r>
        <w:t>Maulana, yeh agla comment aaya hai Sarah Fatima ka Bangalore se. Shiraits, respected Maulana sahib, with enormous gratitude to God, I wish to convey this acknowledgment to you.</w:t>
      </w:r>
    </w:p>
    <w:p>
      <w:pPr>
        <w:jc w:val="right"/>
      </w:pPr>
      <w:r>
        <w:t>مولانا، یہ اگلا کمنٹ آیا ہے سارہ فاطمہ کا بنگلور سے۔ Shiraits, respected مولانا صاحب, with enormous gratitude to God, I wish to convey this acknowledgment to you.</w:t>
      </w:r>
    </w:p>
    <w:p>
      <w:r>
        <w:rPr>
          <w:b/>
        </w:rPr>
        <w:t xml:space="preserve">[59:44] </w:t>
      </w:r>
      <w:r>
        <w:t>The work of publishing and editing of Spirit of Islam has changed my life completely towards so much good that I feel even if I were the only person benefiting from this, it is worth the entire effort.</w:t>
      </w:r>
    </w:p>
    <w:p>
      <w:pPr>
        <w:jc w:val="right"/>
      </w:pPr>
      <w:r>
        <w:t>The work of publishing and editing of Spirit of Islam has changed my life completely towards so much good that I feel even if I were the only person benefiting from this, it is worth the entire effort.</w:t>
      </w:r>
    </w:p>
    <w:p>
      <w:r>
        <w:rPr>
          <w:b/>
        </w:rPr>
        <w:t xml:space="preserve">[1:00:05] </w:t>
      </w:r>
      <w:r>
        <w:t>The forthcoming June issue with articles of the concept of accountability and paradise and man has made me feel so inadequate.</w:t>
      </w:r>
    </w:p>
    <w:p>
      <w:pPr>
        <w:jc w:val="right"/>
      </w:pPr>
      <w:r>
        <w:t>The forthcoming June issue with articles of the concept of accountability and paradise and man has made me feel so inadequate.</w:t>
      </w:r>
    </w:p>
    <w:p>
      <w:r>
        <w:rPr>
          <w:b/>
        </w:rPr>
        <w:t xml:space="preserve">[1:00:18] </w:t>
      </w:r>
      <w:r>
        <w:t>The article message of Ramzan is making me beseech God to help me to reap the real benefits of fasting.</w:t>
      </w:r>
    </w:p>
    <w:p>
      <w:pPr>
        <w:jc w:val="right"/>
      </w:pPr>
      <w:r>
        <w:t>The article message of Ramzan is making me beseech God to help me to reap the real benefits of fasting.</w:t>
      </w:r>
    </w:p>
    <w:p>
      <w:r>
        <w:rPr>
          <w:b/>
        </w:rPr>
        <w:t xml:space="preserve">[1:00:28] </w:t>
      </w:r>
      <w:r>
        <w:t>With the realization that death can come anytime, I earnestly pray that God, in His infinite mercies, grants me the opportunity this Ramzan because I have just discovered its true meaning.</w:t>
      </w:r>
    </w:p>
    <w:p>
      <w:pPr>
        <w:jc w:val="right"/>
      </w:pPr>
      <w:r>
        <w:t>With the realization that death can come anytime, I earnestly pray that God, in His infinite mercies, grants me the opportunity this Ramzan because I have just discovered its true meaning.</w:t>
      </w:r>
    </w:p>
    <w:p>
      <w:r>
        <w:rPr>
          <w:b/>
        </w:rPr>
        <w:t xml:space="preserve">[1:00:43] </w:t>
      </w:r>
      <w:r>
        <w:t>Maulana sahib, main Allah reward you immensely. Ameen.</w:t>
      </w:r>
    </w:p>
    <w:p>
      <w:pPr>
        <w:jc w:val="right"/>
      </w:pPr>
      <w:r>
        <w:t>مولانا صاحب، میں اللہ reward you immensely۔ آمین۔</w:t>
      </w:r>
    </w:p>
    <w:p>
      <w:r>
        <w:rPr>
          <w:b/>
        </w:rPr>
        <w:t xml:space="preserve">[1:00:50] </w:t>
      </w:r>
      <w:r>
        <w:t>Maulana, yeh agla comment aaya hai Dr. Tahir Mustafa ka Delhi se. Yeh likhte hain: "Your lecture has given a lot of positivity today.</w:t>
      </w:r>
    </w:p>
    <w:p>
      <w:pPr>
        <w:jc w:val="right"/>
      </w:pPr>
      <w:r>
        <w:t>مولانا، یہ اگلا کمنٹ آیا ہے ڈاکٹر طاہ مصطفیٰ کا Delhi سے۔ یہ لکھتے ہیں: "Your lecture has given a lot of positivity today.</w:t>
      </w:r>
    </w:p>
    <w:p>
      <w:r>
        <w:rPr>
          <w:b/>
        </w:rPr>
        <w:t xml:space="preserve">[1:01:00] </w:t>
      </w:r>
      <w:r>
        <w:t>To add to that, I would give my example. I work at Sir Gangaram Hospital and among four hundred faculty members, I am the only one who is a Muslim.</w:t>
      </w:r>
    </w:p>
    <w:p>
      <w:pPr>
        <w:jc w:val="right"/>
      </w:pPr>
      <w:r>
        <w:t>To add to that, I would give my example. I work at Sir Gangaram Hospital and among four hundred faculty members, I am the only one who is a Muslim.</w:t>
      </w:r>
    </w:p>
    <w:p>
      <w:r>
        <w:rPr>
          <w:b/>
        </w:rPr>
        <w:t xml:space="preserve">[1:01:14] </w:t>
      </w:r>
      <w:r>
        <w:t>The rest all are Hindus and Sikhs. I have never felt discriminated or threatened." Mashallah, Mashallah.</w:t>
      </w:r>
    </w:p>
    <w:p>
      <w:pPr>
        <w:jc w:val="right"/>
      </w:pPr>
      <w:r>
        <w:t>The rest all are Hindus and Sikhs. I have never felt discriminated or threatened." ماشاءاللہ، ماشاءاللہ۔</w:t>
      </w:r>
    </w:p>
    <w:p>
      <w:r>
        <w:rPr>
          <w:b/>
        </w:rPr>
        <w:t xml:space="preserve">[1:01:27] </w:t>
      </w:r>
      <w:r>
        <w:t>Maulana, yeh next question aaya hai Kashmir se Aamir Jan sahib ka. Yeh kehte hain: "Negative thoughts come to everyone's mind and at times it becomes so difficult to avoid them or convert them into positive ones.</w:t>
      </w:r>
    </w:p>
    <w:p>
      <w:pPr>
        <w:jc w:val="right"/>
      </w:pPr>
      <w:r>
        <w:t>مولانا، یہ next question آیا ہے کشمیر سے عامر جان صاحب کا۔ یہ کہتے ہیں: "Negative thoughts come to everyone's mind and at times it becomes so difficult to avoid them or convert them into positive ones.</w:t>
      </w:r>
    </w:p>
    <w:p>
      <w:r>
        <w:rPr>
          <w:b/>
        </w:rPr>
        <w:t xml:space="preserve">[1:01:46] </w:t>
      </w:r>
      <w:r>
        <w:t>Kindly guide." Dekhiye, yeh main is se tawaqqo nahin karunga, yeh soch ki kami hai.</w:t>
      </w:r>
    </w:p>
    <w:p>
      <w:pPr>
        <w:jc w:val="right"/>
      </w:pPr>
      <w:r>
        <w:t>Kindly guide." دیکھیے، یہ میں اس سے توقع نہیں کروں گا، یہ سوچ کی کمی ہے۔</w:t>
      </w:r>
    </w:p>
    <w:p>
      <w:r>
        <w:rPr>
          <w:b/>
        </w:rPr>
        <w:t xml:space="preserve">[1:01:56] </w:t>
      </w:r>
      <w:r>
        <w:t>Soch ki kami, jaise aaj maine bataya ke kal mujhe aisi sahabaan mile jo unhone bilkul bio-ethics ki baat ki, bio-ethics ki baat ki.</w:t>
      </w:r>
    </w:p>
    <w:p>
      <w:pPr>
        <w:jc w:val="right"/>
      </w:pPr>
      <w:r>
        <w:t>سوچ کی کمی، جیسے آج میں نے بتایا کہ کل مجھے ایسا صاحبان ملے جو انہوں نے بالکل بائیو سی کی بات کی، بائیو سی کی بات کی۔</w:t>
      </w:r>
    </w:p>
    <w:p>
      <w:r>
        <w:rPr>
          <w:b/>
        </w:rPr>
        <w:t xml:space="preserve">[1:02:07] </w:t>
      </w:r>
      <w:r>
        <w:t>lekin mujh par asar nahi hua kuch. kyunke main laga sochne un cheezon ko jo Allah ki taraf se mil rahi hain mujh ko. to log kya karte hain ke insani baaton ko sochte hain, Allah ki enayaton ko bhool jate hain.</w:t>
      </w:r>
    </w:p>
    <w:p>
      <w:pPr>
        <w:jc w:val="right"/>
      </w:pPr>
      <w:r>
        <w:t>لیکن مجھ پر اثر نہیں ہوا کچھ۔ کیونکہ میں لگا سوچنے ان چیزوں کو جو اللہ کی طرف سے مل رہی ہیں مجھ کو۔ تو لوگ کیا کرتے ہیں کہ انسانی باتوں کو سوچتے ہیں، اللہ کی عنایتوں کو بھول جاتے ہیں۔</w:t>
      </w:r>
    </w:p>
    <w:p>
      <w:r>
        <w:rPr>
          <w:b/>
        </w:rPr>
        <w:t xml:space="preserve">[1:02:26] </w:t>
      </w:r>
      <w:r>
        <w:t>hamesha yahi hota hai ke insan se kuch un ko takleef pohanchi, wo isi ko le kar soch rahe hain, isi ko le kar soch rahe hain. aur Allah ki taraf se jo mil raha hai, us ko bhool jate hain.</w:t>
      </w:r>
    </w:p>
    <w:p>
      <w:pPr>
        <w:jc w:val="right"/>
      </w:pPr>
      <w:r>
        <w:t>ہمیشہ یہی ہوتا ہے کہ انسان سے کچھ ان کو تکلیف پہنچی، وہ اسی کو لے کر سوچ رہے ہیں، اسی کو لے کر سوچ رہے ہیں۔ اور اللہ کی طرف سے جو مل رہا ہے، اس کو بھول جاتے ہیں۔</w:t>
      </w:r>
    </w:p>
    <w:p>
      <w:r>
        <w:rPr>
          <w:b/>
        </w:rPr>
        <w:t xml:space="preserve">[1:02:38] </w:t>
      </w:r>
      <w:r>
        <w:t>is aadat ko badal lijiye, phir is ke paas na koi negativity hai, na koi bias hai, kuch bhi nahi. Maulana, yeh agla question kya hai Muhammad Anas ne Delhi se.</w:t>
      </w:r>
    </w:p>
    <w:p>
      <w:pPr>
        <w:jc w:val="right"/>
      </w:pPr>
      <w:r>
        <w:t>اس عادت کو بدل لیجیے، پھر اس کے پاس نہ کوئی negativity ہے، نہ کوئی بائیو سی ہے، کچھ بھی نہیں۔ مولانا، یہ اگلا question کیا ہے محمد انس نے Delhi سے۔</w:t>
      </w:r>
    </w:p>
    <w:p>
      <w:r>
        <w:rPr>
          <w:b/>
        </w:rPr>
        <w:t xml:space="preserve">[1:02:50] </w:t>
      </w:r>
      <w:r>
        <w:t>un ke do questions hain. first question hai: aaj kal har taraf yeh kaha ja raha hai ke nai hukumat mein danga fasad hoga, yeh soch kaisi hai?</w:t>
      </w:r>
    </w:p>
    <w:p>
      <w:pPr>
        <w:jc w:val="right"/>
      </w:pPr>
      <w:r>
        <w:t>ان کے دو questions ہیں۔ First question ہے: آج کل ہر طرف یہ کہا جا رہا ہے کہ نئی حکومت میں دنگا فساد ہوگا، یہ سوچ کیسی ہے؟</w:t>
      </w:r>
    </w:p>
    <w:p>
      <w:r>
        <w:rPr>
          <w:b/>
        </w:rPr>
        <w:t xml:space="preserve">[1:03:03] </w:t>
      </w:r>
      <w:r>
        <w:t>bilkul jhooti soch hai, jhooti soch hai. is par maine bohat likha hai. jitne communal riots hue hain, wo sab musalmanon ki nadani se hue hain.</w:t>
      </w:r>
    </w:p>
    <w:p>
      <w:pPr>
        <w:jc w:val="right"/>
      </w:pPr>
      <w:r>
        <w:t>بالکل جھوٹی سوچ ہے، جھوٹی سوچ ہے۔ اس پر میں نے بہت لکھا ہے۔ جتنے communal riots ہوئے ہیں، وہ سب مسلمانوں کی نادانی سے ہوئے ہیں۔</w:t>
      </w:r>
    </w:p>
    <w:p>
      <w:r>
        <w:rPr>
          <w:b/>
        </w:rPr>
        <w:t xml:space="preserve">[1:03:12] </w:t>
      </w:r>
      <w:r>
        <w:t>one to all. main poore batthadi kehta hoon ke mujhe koi ek waqea bataya jaye jahan musalmanon ki nadani ke baghair khwamkhwah fasad ho gaya ho.</w:t>
      </w:r>
    </w:p>
    <w:p>
      <w:pPr>
        <w:jc w:val="right"/>
      </w:pPr>
      <w:r>
        <w:t>One to all. میں پورے بتحدی کہتا ہوں کہ مجھے کوئی ایک واقعہ بتایا جائے جہاں مسلمانوں کی نادانی کے بغیر خوامخواہ فساد ہو گیا ہو۔</w:t>
      </w:r>
    </w:p>
    <w:p>
      <w:r>
        <w:rPr>
          <w:b/>
        </w:rPr>
        <w:t xml:space="preserve">[1:03:24] </w:t>
      </w:r>
      <w:r>
        <w:t>nadani ka matlab kya hai? hamare leaderon ne jo bohat hi, yaani bohat hi zyada incompetent leader musalmanon par masallat ho gaye hain, wo musalmanon ko jazbati banaye rakhte hain.</w:t>
      </w:r>
    </w:p>
    <w:p>
      <w:pPr>
        <w:jc w:val="right"/>
      </w:pPr>
      <w:r>
        <w:t>نادانی کا مطلب کیا ہے؟ ہمارے لیڈروں نے جو بہت ہی، یعنی بہت ہی زیادہ incompetent لیڈر مسلمانوں پر مسلط ہو گئے ہیں، وہ مسلمانوں کو جذباتی بنائے رہتے ہیں۔</w:t>
      </w:r>
    </w:p>
    <w:p>
      <w:r>
        <w:rPr>
          <w:b/>
        </w:rPr>
        <w:t xml:space="preserve">[1:03:36] </w:t>
      </w:r>
      <w:r>
        <w:t>misalan ek masjid ki deewar par holi ka rang pad gaya, ab wo bhadak uthte hain. ramzan mein</w:t>
      </w:r>
    </w:p>
    <w:p>
      <w:pPr>
        <w:jc w:val="right"/>
      </w:pPr>
      <w:r>
        <w:t>مثلاً ایک مسجد کی دیوار پر ہولی کا رنگ پڑ گیا، اب وہ بھڑک اٹھتے ہیں۔ رمضان میں</w:t>
      </w:r>
    </w:p>
    <w:p>
      <w:r>
        <w:rPr>
          <w:b/>
        </w:rPr>
        <w:t xml:space="preserve">[1:03:47] </w:t>
      </w:r>
      <w:r>
        <w:t>iftar ke waqt log baithe hue hain, iftar kar le ke aur mandir se awaz aa gayi keertar ki, wahan bhadak uthe. isi tarah ke waqeyat bhadak bhadak kar ke musalman asbab paida karte hain fasad ka.</w:t>
      </w:r>
    </w:p>
    <w:p>
      <w:pPr>
        <w:jc w:val="right"/>
      </w:pPr>
      <w:r>
        <w:t>افطار کے وقت لوگ بیٹھے ہوئے ہیں، افطار کر لے کے اور مندر سے آواز آ گئی کیرتر کی، وہاں بھڑک اٹھے۔ اسی طرح کے واقعات بھڑک بھڑک کر کے مسلمان اسباب پیدا کرتے ہیں فساد کا۔</w:t>
      </w:r>
    </w:p>
    <w:p>
      <w:r>
        <w:rPr>
          <w:b/>
        </w:rPr>
        <w:t xml:space="preserve">[1:04:01] </w:t>
      </w:r>
      <w:r>
        <w:t>aur musalman jo hain, is ke mushtaq hain is hadith ka ke al fitr. hadith ek hai: innal fitna naima laanallahu man ay qadha.</w:t>
      </w:r>
    </w:p>
    <w:p>
      <w:pPr>
        <w:jc w:val="right"/>
      </w:pPr>
      <w:r>
        <w:t>اور مسلمان جو ہیں، اس کے مشتاق ہیں اس حدیث کا کہ الفطر۔ حدیث ایک ہے: إن الفتنة نائمة لعن الله من أي قضاء.</w:t>
      </w:r>
    </w:p>
    <w:p>
      <w:r>
        <w:rPr>
          <w:b/>
        </w:rPr>
        <w:t xml:space="preserve">[1:04:16] </w:t>
      </w:r>
      <w:r>
        <w:t>innal fitna naima laanallahu man ay qadha. fitna soya hua hai, is par laanat hai jo is ko jagaye. is ka matlab kya hai?</w:t>
      </w:r>
    </w:p>
    <w:p>
      <w:pPr>
        <w:jc w:val="right"/>
      </w:pPr>
      <w:r>
        <w:t>إن الفتنة نائمة لعن الله من أي قضاء. فتنہ سویا ہوا ہے، اس پر لعنت ہے جو اس کو جگائے۔ اس کا مطلب کیا ہے؟</w:t>
      </w:r>
    </w:p>
    <w:p>
      <w:r>
        <w:rPr>
          <w:b/>
        </w:rPr>
        <w:t xml:space="preserve">[1:04:26] </w:t>
      </w:r>
      <w:r>
        <w:t>ke ego jo hai, hamesha soya hua rehta hai. diamond position mein rehta hai. aap is ko bhadakte hain, ghussa dilate hain. aap ego ko na bhadkaye, koi fasad nahi.</w:t>
      </w:r>
    </w:p>
    <w:p>
      <w:pPr>
        <w:jc w:val="right"/>
      </w:pPr>
      <w:r>
        <w:t>کہ ایگو جو ہے، ہمیشہ سویا ہوا رہتا ہے۔ ڈائمنڈ پوزیشن میں رہتا ہے۔ آپ اس کو بھڑکاتے ہیں، غصہ دلاتے ہیں۔ آپ ایگو کو نہ بھڑکائیے، کوئی فساد نہیں۔</w:t>
      </w:r>
    </w:p>
    <w:p>
      <w:r>
        <w:rPr>
          <w:b/>
        </w:rPr>
        <w:t xml:space="preserve">[1:04:40] </w:t>
      </w:r>
      <w:r>
        <w:t>mamooli baaton par bhadak bhadak kar ke musalman logon ke ego ko bhadka dete hain. bas fasad hota hai is ke baad. maine ek mazmoon likha tha ke when once ego is touched, it turns into superego and the result is breakdown.</w:t>
      </w:r>
    </w:p>
    <w:p>
      <w:pPr>
        <w:jc w:val="right"/>
      </w:pPr>
      <w:r>
        <w:t>معمولی باتوں پر بھڑک بھڑک کر کے مسلمان لوگوں کے ایگو کو بھڑکا دیتے ہیں۔ بس فساد ہوتا ہے اس کے بعد۔ میں نے ایک مضمون لکھا تھا کہ When once ego is touched, it turns into superego and the result is breakdown.</w:t>
      </w:r>
    </w:p>
    <w:p>
      <w:r>
        <w:rPr>
          <w:b/>
        </w:rPr>
        <w:t xml:space="preserve">[1:04:58] </w:t>
      </w:r>
      <w:r>
        <w:t>yeh falsafa hai sara. koi ek bhi communal riot nahi hoga agar musalman na bhadkayen. agar aap koi ek waqea India mein aisa hua ho ke baghair musalmanon ke bhadke bhi fasad hua ho to mujhe pata hai, ja ke dekhoon ga is ko.</w:t>
      </w:r>
    </w:p>
    <w:p>
      <w:pPr>
        <w:jc w:val="right"/>
      </w:pPr>
      <w:r>
        <w:t>یہ فلسفہ ہے سارا۔ کوئی ایک بھی communal riot نہیں ہوگا اگر مسلمان نہ بھڑکائیں۔ اگر آپ کوئی ایک واقعہ انڈیا میں ایسا ہوا ہو کہ بغیر مسلمانوں کے بھڑکے بھی فساد ہوا ہو تو مجھے پتہ ہے، جا کے دیکھوں گا اس کو۔</w:t>
      </w:r>
    </w:p>
    <w:p>
      <w:r>
        <w:rPr>
          <w:b/>
        </w:rPr>
        <w:t xml:space="preserve">[1:05:14] </w:t>
      </w:r>
      <w:r>
        <w:t>is ki tehqeeq karoon ga. kyunke saare communal riots jo hue hain, is liye hue hain ke musalman ko un ke leaderon ne jazbati bana rakha hai. choti choti baaton par bhadak uthte hain, is se fasad hota hai.</w:t>
      </w:r>
    </w:p>
    <w:p>
      <w:pPr>
        <w:jc w:val="right"/>
      </w:pPr>
      <w:r>
        <w:t>اس کی تحقیق کروں گا۔ کیونکہ سارے communal riots جو ہوئے ہیں، اس لیے ہوئے ہیں کہ مسلمان کو ان کے لیڈروں نے جذباتی بنا رکھا ہے۔ چھوٹی چھوٹی باتوں پر بھڑک اٹھتے ہیں، اس سے فساد ہوتا ہے۔</w:t>
      </w:r>
    </w:p>
    <w:p>
      <w:r>
        <w:rPr>
          <w:b/>
        </w:rPr>
        <w:t xml:space="preserve">[1:05:27] </w:t>
      </w:r>
      <w:r>
        <w:t>communal riot ko band karne ka raaz musalmanon ke paas hai, bahar nahi hai. wo bhadakna chhod dijiye. bhadakna chhod dijiye, bas fasad khatam.</w:t>
      </w:r>
    </w:p>
    <w:p>
      <w:pPr>
        <w:jc w:val="right"/>
      </w:pPr>
      <w:r>
        <w:t>communal riot کو بند کرنے کا راز مسلمانوں کے پاس ہے، باہر نہیں ہے۔ وہ بھڑکنا چھوڑ دیجیے۔ بھڑکنا چھوڑ دیجیے، بس فساد ختم۔</w:t>
      </w:r>
    </w:p>
    <w:p>
      <w:r>
        <w:rPr>
          <w:b/>
        </w:rPr>
        <w:t xml:space="preserve">[1:05:40] </w:t>
      </w:r>
      <w:r>
        <w:t>Maulana, inhi ka agla question hai. Maulana sahib, aanay wali hukumat ke daur mein musalmanon ko kya karna chahiye?</w:t>
      </w:r>
    </w:p>
    <w:p>
      <w:pPr>
        <w:jc w:val="right"/>
      </w:pPr>
      <w:r>
        <w:t>مولانا، انہی کا اگلا question ہے۔ مولانا صاحب، آنے والی حکومت کے دور میں مسلمانوں کو کیا کرنا چاہیے؟</w:t>
      </w:r>
    </w:p>
    <w:p>
      <w:r>
        <w:rPr>
          <w:b/>
        </w:rPr>
        <w:t xml:space="preserve">[1:05:49] </w:t>
      </w:r>
      <w:r>
        <w:t>wo kaise ek kamyab community ban kar reh sakte hain? kuch nahi karna chahiye? law of nature ko follow karna chahiye. laysa lil insani illa ma sa'a. khoob mehnat karen.</w:t>
      </w:r>
    </w:p>
    <w:p>
      <w:pPr>
        <w:jc w:val="right"/>
      </w:pPr>
      <w:r>
        <w:t>وہ کیسے ایک کامیاب community بن کر رہ سکتے ہیں؟ کچھ نہیں کرنا چاہیے؟ Law of Nature کو follow کرنا چاہیے۔ ليس للإنسان إلا ما صار خوب محنت کریں۔</w:t>
      </w:r>
    </w:p>
    <w:p>
      <w:r>
        <w:rPr>
          <w:b/>
        </w:rPr>
        <w:t xml:space="preserve">[1:06:03] </w:t>
      </w:r>
      <w:r>
        <w:t>do hi cheez hain kamyabi ke liye: honesty aur hard work. khoob imandari barten aur khoob mehnat karen.</w:t>
      </w:r>
    </w:p>
    <w:p>
      <w:pPr>
        <w:jc w:val="right"/>
      </w:pPr>
      <w:r>
        <w:t>دو ہی چیز ہیں کامیابی کے لیے: honesty اور hard work۔ خوب ایمانداری برتیں اور خوب محنت کریں۔</w:t>
      </w:r>
    </w:p>
    <w:p>
      <w:r>
        <w:rPr>
          <w:b/>
        </w:rPr>
        <w:t xml:space="preserve">[1:06:12] </w:t>
      </w:r>
      <w:r>
        <w:t>bas. India mein bohat izzat ke sath reh sakte hain aap. yeh do formula khud Quran mein mojood hain.</w:t>
      </w:r>
    </w:p>
    <w:p>
      <w:pPr>
        <w:jc w:val="right"/>
      </w:pPr>
      <w:r>
        <w:t>بس۔ انڈیا میں بہت عزت کے ساتھ رہ سکتے ہیں آپ۔ یہ دو فارمولا خود قرآن میں موجود ہیں۔</w:t>
      </w:r>
    </w:p>
    <w:p>
      <w:r>
        <w:rPr>
          <w:b/>
        </w:rPr>
        <w:t xml:space="preserve">[1:06:21] </w:t>
      </w:r>
      <w:r>
        <w:t>is par maine article likha hai ke honesty and hard work aap sachai ke sath, imandari ke sath rahiye. jo kaam karen, imandari ke sath karen.</w:t>
      </w:r>
    </w:p>
    <w:p>
      <w:pPr>
        <w:jc w:val="right"/>
      </w:pPr>
      <w:r>
        <w:t>اس پر میں نے آرٹیکل لکھا ہے کہ honesty and hard work آپ سچائی کے ساتھ، ایمانداری کے ساتھ رہیے۔ جو کام کریں، ایمانداری کے ساتھ کریں۔</w:t>
      </w:r>
    </w:p>
    <w:p>
      <w:r>
        <w:rPr>
          <w:b/>
        </w:rPr>
        <w:t xml:space="preserve">[1:06:32] </w:t>
      </w:r>
      <w:r>
        <w:t>aur khoob mehnat ke sath karen. bas. taraqqi hi taraqqi hai aap ke liye. kuch bhi, koi nai hukumat, purani hukumat ka masla nahi hai.</w:t>
      </w:r>
    </w:p>
    <w:p>
      <w:pPr>
        <w:jc w:val="right"/>
      </w:pPr>
      <w:r>
        <w:t>اور خوب محنت کے ساتھ کریں۔ بس۔ ترقی ہی ترقی ہے آپ کے لیے۔ کچھ بھی، کوئی نئی حکومت، پرانی حکومت کا مسئلہ نہیں ہے۔</w:t>
      </w:r>
    </w:p>
    <w:p>
      <w:r>
        <w:rPr>
          <w:b/>
        </w:rPr>
        <w:t xml:space="preserve">[1:06:43] </w:t>
      </w:r>
      <w:r>
        <w:t>masla yeh hai ke aap sahi andaaz mein kaam na karen. koi bhi hukumat ho, sara faisla aap ki apni koshish se hua.</w:t>
      </w:r>
    </w:p>
    <w:p>
      <w:pPr>
        <w:jc w:val="right"/>
      </w:pPr>
      <w:r>
        <w:t>مسئلہ یہ ہے کہ آپ صحیح انداز میں کام نہ کریں۔ کوئی بھی حکومت ہو، سارا فیصلہ آپ کی اپنی کوشش سے ہوا۔</w:t>
      </w:r>
    </w:p>
    <w:p>
      <w:r>
        <w:rPr>
          <w:b/>
        </w:rPr>
        <w:t xml:space="preserve">[1:06:55] </w:t>
      </w:r>
      <w:r>
        <w:t>inallaha la yughayyiru ma bi qawmin hatta yughayyiru ma bi anfusihim. aap khud apna mustaqbil banate hain. koi doosra nahi banata.</w:t>
      </w:r>
    </w:p>
    <w:p>
      <w:pPr>
        <w:jc w:val="right"/>
      </w:pPr>
      <w:r>
        <w:t>إن الله لا يغير ما بقوم حتى يغير ما بأنفسهم آپ خود اپنا مستقبل بناتے ہیں۔ کوئی دوسرا نہیں بناتا۔</w:t>
      </w:r>
    </w:p>
    <w:p>
      <w:r>
        <w:rPr>
          <w:b/>
        </w:rPr>
        <w:t xml:space="preserve">[1:07:07] </w:t>
      </w:r>
      <w:r>
        <w:t>har aadmi apna mustaqbil khud banata hai. doosra kuch nahi karta. yeh do, yeh two point formula aap is mein pakad len.</w:t>
      </w:r>
    </w:p>
    <w:p>
      <w:pPr>
        <w:jc w:val="right"/>
      </w:pPr>
      <w:r>
        <w:t>ہر آدمی اپنا مستقبل خود بناتا ہے۔ دوسرا کچھ نہیں کرتا۔ یہ دو، یہ two point فارمولا آپ اس میں پکڑ لیں۔</w:t>
      </w:r>
    </w:p>
    <w:p>
      <w:r>
        <w:rPr>
          <w:b/>
        </w:rPr>
        <w:t xml:space="preserve">[1:07:17] </w:t>
      </w:r>
      <w:r>
        <w:t>jo kaam karen, imandari ke sath karen. aur mehnat ke sath karen. bas. yeh dunya, is mulk mein un ke liye taraqqi hi taraqqi hai.</w:t>
      </w:r>
    </w:p>
    <w:p>
      <w:pPr>
        <w:jc w:val="right"/>
      </w:pPr>
      <w:r>
        <w:t>جو کام کریں، ایمانداری کے ساتھ کریں۔ اور محنت کے ساتھ کریں۔ بس۔ یہ دنیا، اس ملک میں ان کے لیے ترقی ہی ترقی ہے۔</w:t>
      </w:r>
    </w:p>
    <w:p>
      <w:r>
        <w:rPr>
          <w:b/>
        </w:rPr>
        <w:t xml:space="preserve">[1:07:28] </w:t>
      </w:r>
      <w:r>
        <w:t>maulana, yeh agla question aaya hai doctor safina tabassum ka ajmer se. maulana, jab hum insani mamlaat se khud ko mutassir hota hua paen to usay kaise check karen taakeh khuda ke mukammal shukr mein jee saken?</w:t>
      </w:r>
    </w:p>
    <w:p>
      <w:pPr>
        <w:jc w:val="right"/>
      </w:pPr>
      <w:r>
        <w:t>مولانا، یہ اگلا question آیا ہے ڈاکٹر صفینہ تبسم کا اجمیر سے۔ مولانا، جب ہم انسانی معاملات سے خود کو متاثر ہوتا ہوا پائیں تو اسے کیسے چیک کریں تاکہ خدا کے مکمل شکر میں جی سکیں؟</w:t>
      </w:r>
    </w:p>
    <w:p>
      <w:r>
        <w:rPr>
          <w:b/>
        </w:rPr>
        <w:t xml:space="preserve">[1:07:46] </w:t>
      </w:r>
      <w:r>
        <w:t>dekhiye, maine jo paya hai quran o hadees ke mutale se, woh yeh hai ke insani mamlaat mein lazman shikayat ki baaten lazman hongi.</w:t>
      </w:r>
    </w:p>
    <w:p>
      <w:pPr>
        <w:jc w:val="right"/>
      </w:pPr>
      <w:r>
        <w:t>دیکھیے، میں نے جو پایا ہے قرآن و حدیث کے مطالعے سے، وہ یہ ہے کہ انسانی معاملات میں لازماً شکایت کی باتیں لازماً ہوں گی۔</w:t>
      </w:r>
    </w:p>
    <w:p>
      <w:r>
        <w:rPr>
          <w:b/>
        </w:rPr>
        <w:t xml:space="preserve">[1:07:56] </w:t>
      </w:r>
      <w:r>
        <w:t>yeh ho nahi sakta ke insani mamlaat mein jahan ijtimai zindagi hai, wahan shikayat ho. chahe family life ho, social life ho, natural life ho.</w:t>
      </w:r>
    </w:p>
    <w:p>
      <w:pPr>
        <w:jc w:val="right"/>
      </w:pPr>
      <w:r>
        <w:t>یہ ہو نہیں سکتا کہ انسانی معاملات میں جہاں اجتماعی زندگی ہے، وہاں شکایت ہو۔ چاہے family life ہو، social life ہو، natural life ہو۔</w:t>
      </w:r>
    </w:p>
    <w:p>
      <w:r>
        <w:rPr>
          <w:b/>
        </w:rPr>
        <w:t xml:space="preserve">[1:08:06] </w:t>
      </w:r>
      <w:r>
        <w:t>jahan kai log mil kar rahen ge to shikayaten hongi. to is ko ignore kijiye. is ko ignore kijiye. aur kuch bhi, siwaye is ke ke is ko ignore kiya jaye aur koi hal nahi hai.</w:t>
      </w:r>
    </w:p>
    <w:p>
      <w:pPr>
        <w:jc w:val="right"/>
      </w:pPr>
      <w:r>
        <w:t>جہاں کئی لوگ مل کر رہیں گے تو شکایتیں ہوں گی۔ تو اس کو ignore کیجیے۔ اس کو ignore کیجیے۔ اور کچھ بھی، سوائے اس کے کہ اس کو ignore کیا جائے اور کوئی حل نہیں ہے۔</w:t>
      </w:r>
    </w:p>
    <w:p>
      <w:r>
        <w:rPr>
          <w:b/>
        </w:rPr>
        <w:t xml:space="preserve">[1:08:23] </w:t>
      </w:r>
      <w:r>
        <w:t>quran mein likha hai wa idha ma ghadabu hum yaghfuroon jab usay ghusa aata hai to maaf karen.</w:t>
      </w:r>
    </w:p>
    <w:p>
      <w:pPr>
        <w:jc w:val="right"/>
      </w:pPr>
      <w:r>
        <w:t>قرآن میں لکھا ہے وَإِذَا مَا غَضَبُوا هُمْ يَغْفِرُونَ جب اسے غصہ آتا ہے تو معاف کریں۔</w:t>
      </w:r>
    </w:p>
    <w:p>
      <w:r>
        <w:rPr>
          <w:b/>
        </w:rPr>
        <w:t xml:space="preserve">[1:08:31] </w:t>
      </w:r>
      <w:r>
        <w:t>maaf karne ko aayen, is ko ignore kar dete hain. is ko bhula dete hain.</w:t>
      </w:r>
    </w:p>
    <w:p>
      <w:pPr>
        <w:jc w:val="right"/>
      </w:pPr>
      <w:r>
        <w:t>معاف کرنے کو آئیں، اس کو ignore کر دیتے ہیں۔ اس کو بھلا دیتے ہیں۔</w:t>
      </w:r>
    </w:p>
    <w:p>
      <w:r>
        <w:rPr>
          <w:b/>
        </w:rPr>
        <w:t xml:space="preserve">[1:08:37] </w:t>
      </w:r>
      <w:r>
        <w:t>to shikayat ko sochein hi mat. mujhe bhi shikayat ke baaten paida hoti hain. mujh ko dimagh mein rakhta hi nahi. usi din din nikal deta hoon main is ko.</w:t>
      </w:r>
    </w:p>
    <w:p>
      <w:pPr>
        <w:jc w:val="right"/>
      </w:pPr>
      <w:r>
        <w:t>تو شکایت کو سوچیں ہی مت۔ مجھے بھی شکایت کے باتیں پیدا ہوتی ہیں۔ مجھ کو دماغ میں رکھتا ہی نہیں۔ اسی دن دن نکال دیتا ہوں میں اس کو۔</w:t>
      </w:r>
    </w:p>
    <w:p>
      <w:r>
        <w:rPr>
          <w:b/>
        </w:rPr>
        <w:t xml:space="preserve">[1:08:49] </w:t>
      </w:r>
      <w:r>
        <w:t>koi bhi shikayat jab mujhe pesh aati hai to main is ko sochta hi nahi.</w:t>
      </w:r>
    </w:p>
    <w:p>
      <w:pPr>
        <w:jc w:val="right"/>
      </w:pPr>
      <w:r>
        <w:t>کوئی بھی شکایت جب مجھے پیش آتی ہے تو میں اس کو سوچتا ہی نہیں۔</w:t>
      </w:r>
    </w:p>
    <w:p>
      <w:r>
        <w:rPr>
          <w:b/>
        </w:rPr>
        <w:t xml:space="preserve">[1:08:57] </w:t>
      </w:r>
      <w:r>
        <w:t>abhi kal main case kar raha tha ke aap shikayat ko sochte kyun hain? jab tak aap ka hath paon koi na tode to zaroorat hi kya sochani hai?</w:t>
      </w:r>
    </w:p>
    <w:p>
      <w:pPr>
        <w:jc w:val="right"/>
      </w:pPr>
      <w:r>
        <w:t>ابھی کل میں case کر رہا تھا کہ آپ شکایت کو سوچتے کیوں ہیں؟ جب تک آپ کا ہاتھ پاؤں کوئی نہ توڑے تو ضرورت ہی کیا سوچنی ہے؟</w:t>
      </w:r>
    </w:p>
    <w:p>
      <w:r>
        <w:rPr>
          <w:b/>
        </w:rPr>
        <w:t xml:space="preserve">[1:09:08] </w:t>
      </w:r>
      <w:r>
        <w:t>aap dekhen ke mera hath paon to kahin toda nahi hai. to shikayat karta hai to karne dijiye. jab tak aap ka yeh wajood intact hai to shikayat ko kuch bhi is mind se mat rakhiye.</w:t>
      </w:r>
    </w:p>
    <w:p>
      <w:pPr>
        <w:jc w:val="right"/>
      </w:pPr>
      <w:r>
        <w:t>آپ دیکھیں کہ میرا ہاتھ پاؤں تو کہیں توڑا نہیں ہے۔ تو شکایت کرتا ہے تو کرنے دیجیے۔ جب تک آپ کا یہ وجود intact ہے تو شکایت کو کچھ بھی اس mind سے مت رکھیے۔</w:t>
      </w:r>
    </w:p>
    <w:p>
      <w:r>
        <w:rPr>
          <w:b/>
        </w:rPr>
        <w:t xml:space="preserve">[1:09:24] </w:t>
      </w:r>
      <w:r>
        <w:t>is ko nikal dijiye. chahe choti shikayat ho ya bari shikayat ho. kyunke insaan ko allah ne di hai azadi.</w:t>
      </w:r>
    </w:p>
    <w:p>
      <w:pPr>
        <w:jc w:val="right"/>
      </w:pPr>
      <w:r>
        <w:t>اس کو نکال دیجیے۔ چاہے چھوٹی شکایت ہو یا بڑی شکایت ہو۔ کیونکہ انسان کو اللہ نے دی ہے آزادی۔</w:t>
      </w:r>
    </w:p>
    <w:p>
      <w:r>
        <w:rPr>
          <w:b/>
        </w:rPr>
        <w:t xml:space="preserve">[1:09:33] </w:t>
      </w:r>
      <w:r>
        <w:t>azadi ko woh misuse karta hai. is liye problems paida hote hain. to woh ho gaye. chunke aap azadi ko aap waris nahi kar sakte. to problems ko bhi aap khatam nahi kar sakte.</w:t>
      </w:r>
    </w:p>
    <w:p>
      <w:pPr>
        <w:jc w:val="right"/>
      </w:pPr>
      <w:r>
        <w:t>آزادی کو وہ misuse کرتا ہے۔ اس لیے problems پیدا ہوتے ہیں۔ تو وہ ہو گئے۔ چونکہ آپ آزادی کو آپ وارث نہیں کر سکتے۔ تو problems کو بھی آپ ختم نہیں کر سکتے۔</w:t>
      </w:r>
    </w:p>
    <w:p>
      <w:r>
        <w:rPr>
          <w:b/>
        </w:rPr>
        <w:t xml:space="preserve">[1:09:47] </w:t>
      </w:r>
      <w:r>
        <w:t>sirf yeh dekhiye ke aap ko koi physical injury to nahi kisi ne pahuncha diya. kisi ne hath paon to nahi tod diya. jab tak yeh sab nahi ho raha hai to kuch munh se bolna hai, bolne dijiye.</w:t>
      </w:r>
    </w:p>
    <w:p>
      <w:pPr>
        <w:jc w:val="right"/>
      </w:pPr>
      <w:r>
        <w:t>صرف یہ دیکھیے کہ آپ کو کوئی physical injury تو نہیں کسی نے پہنچا دیا۔ کسی نے ہاتھ پاؤں تو نہیں توڑ دیا۔ جب تک یہ سب نہیں ہو رہا ہے تو کچھ منہ سے بولنا ہے، بولنے دیجیے۔</w:t>
      </w:r>
    </w:p>
    <w:p>
      <w:r>
        <w:rPr>
          <w:b/>
        </w:rPr>
        <w:t xml:space="preserve">[1:10:03] </w:t>
      </w:r>
      <w:r>
        <w:t>is kya farq parta hai? mera to formula yahi hai. yeh maine quran o hadees se yeh formula daryaft kiya hai.</w:t>
      </w:r>
    </w:p>
    <w:p>
      <w:pPr>
        <w:jc w:val="right"/>
      </w:pPr>
      <w:r>
        <w:t>اس کیا فرق پڑتا ہے؟ میرا تو فارمولا یہی ہے۔ یہ میں نے قرآن و حدیث سے یہ فارمولا دریافت کیا ہے۔</w:t>
      </w:r>
    </w:p>
    <w:p>
      <w:r>
        <w:rPr>
          <w:b/>
        </w:rPr>
        <w:t xml:space="preserve">[1:10:17] </w:t>
      </w:r>
      <w:r>
        <w:t>maulana, ek question mera hai ke jab koi political situation aati hai, jab ek non-muslim ke sath interaction hota hai to woh political issues ko, national issues ko samne rakh ke baat karte hain.</w:t>
      </w:r>
    </w:p>
    <w:p>
      <w:pPr>
        <w:jc w:val="right"/>
      </w:pPr>
      <w:r>
        <w:t>مولانا، ایک question میرا ہے کہ جب کوئی political situation آتی ہے، جب ایک non-Muslim کے ساتھ interaction ہوتا ہے تو وہ political issues کو، national issues کو سامنے رکھ کے بات کرتے ہیں۔</w:t>
      </w:r>
    </w:p>
    <w:p>
      <w:r>
        <w:rPr>
          <w:b/>
        </w:rPr>
        <w:t xml:space="preserve">[1:10:34] </w:t>
      </w:r>
      <w:r>
        <w:t>lekin jab ek muslim ke samne conversation hoti hai to chahe woh parha likha ho, chahe woh maulana ho ya kuch bhi, kisi bhi sector se ate hon, woh jab baat karte hain to back of the mind un ke wahi communal issues hi hote hain.</w:t>
      </w:r>
    </w:p>
    <w:p>
      <w:pPr>
        <w:jc w:val="right"/>
      </w:pPr>
      <w:r>
        <w:t>لیکن جب ایک مسلم کے سامنے conversation ہوتی ہے تو چاہے وہ پڑھا لکھا ہو، چاہے وہ مولانا ہو یا کچھ بھی، کسی بھی سیکٹر سے آتے ہوں، وہ جب بات کرتے ہیں تو back of the mind ان کے وہی communal issues ہی ہوتے ہیں۔</w:t>
      </w:r>
    </w:p>
    <w:p>
      <w:r>
        <w:rPr>
          <w:b/>
        </w:rPr>
        <w:t xml:space="preserve">[1:10:49] </w:t>
      </w:r>
      <w:r>
        <w:t>chahe woh kitna national issues ke upar baat karne ki koshish karen. yeh bohat bara masla hai. na sirf india mein balkeh har jagah.</w:t>
      </w:r>
    </w:p>
    <w:p>
      <w:pPr>
        <w:jc w:val="right"/>
      </w:pPr>
      <w:r>
        <w:t>چاہے وہ کتنا national issues کے اوپر بات کرنے کی کوشش کریں۔ یہ بہت بڑا مسئلہ ہے۔ نہ صرف انڈیا میں بلکہ ہر جگہ۔</w:t>
      </w:r>
    </w:p>
    <w:p>
      <w:r>
        <w:rPr>
          <w:b/>
        </w:rPr>
        <w:t xml:space="preserve">[1:11:00] </w:t>
      </w:r>
      <w:r>
        <w:t>yahan se le ke america tak. jis mulk mein rehte hain, us mulk ke issues par bara quran o mind sochta hi nahi. main america mein abhi gaya tha to wahan ek ghar mein gaya, ek sahib ka.</w:t>
      </w:r>
    </w:p>
    <w:p>
      <w:pPr>
        <w:jc w:val="right"/>
      </w:pPr>
      <w:r>
        <w:t>یہاں سے لے کے امریکہ تک۔ جس ملک میں رہتے ہیں، اس ملک کے issues پر بڑا قرآن و mind سوچتا ہی نہیں۔ میں امریکہ میں ابھی گیا تھا تو وہاں ایک گھر میں گیا، ایک صاحب کا۔</w:t>
      </w:r>
    </w:p>
    <w:p>
      <w:r>
        <w:rPr>
          <w:b/>
        </w:rPr>
        <w:t xml:space="preserve">[1:11:14] </w:t>
      </w:r>
      <w:r>
        <w:t>wahan kai mard bethe hue the. bare dhoom se baaten ho rahi theen. to main gaya ke maine suna kya baaten kar rahe hain. woh baaten kar rahe the pakistan ki politics par.</w:t>
      </w:r>
    </w:p>
    <w:p>
      <w:pPr>
        <w:jc w:val="right"/>
      </w:pPr>
      <w:r>
        <w:t>وہاں کئی مرد بیٹھے ہوئے تھے۔ بڑے دھوم سے باتیں ہو رہی تھیں۔ تو میں گیا کہ میں نے سنا کیا باتیں کر رہے ہیں۔ وہ باتیں کر رہے تھے پاکستان کی politics پر۔</w:t>
      </w:r>
    </w:p>
    <w:p>
      <w:r>
        <w:rPr>
          <w:b/>
        </w:rPr>
        <w:t xml:space="preserve">[1:11:25] </w:t>
      </w:r>
      <w:r>
        <w:t>main bohat ghusa hua. main ne kaha ke aap rehte hain america mein, baaten karte hain pakistan ki. yahi to hai watan se bewafai.</w:t>
      </w:r>
    </w:p>
    <w:p>
      <w:pPr>
        <w:jc w:val="right"/>
      </w:pPr>
      <w:r>
        <w:t>میں بہت غصہ ہوا۔ میں نے کہا کہ آپ رہتے ہیں امریکہ میں، باتیں کرتے ہیں پاکستان کی۔ یہی تو ہے وطن سے بے وفائی۔</w:t>
      </w:r>
    </w:p>
    <w:p>
      <w:r>
        <w:rPr>
          <w:b/>
        </w:rPr>
        <w:t xml:space="preserve">[1:11:34] </w:t>
      </w:r>
      <w:r>
        <w:t>jab kaha jata hai ke aap logon ke andar patriotism nahi to ghusa bhi hote hain. yani aap bhi pakistan mein baaten karen ke america mein ho to america ki baaten kijiye.</w:t>
      </w:r>
    </w:p>
    <w:p>
      <w:pPr>
        <w:jc w:val="right"/>
      </w:pPr>
      <w:r>
        <w:t>جب کہا جاتا ہے کہ آپ لوگوں کے اندر patriotism نہیں تو غصہ بھی ہوتے ہیں۔ یعنی آپ بھی پاکستان میں باتیں کریں کہ امریکہ میں ہو تو امریکہ کی باتیں کیجیے۔</w:t>
      </w:r>
    </w:p>
    <w:p>
      <w:r>
        <w:rPr>
          <w:b/>
        </w:rPr>
        <w:t xml:space="preserve">[1:11:46] </w:t>
      </w:r>
      <w:r>
        <w:t>pakistan ki baaten kyun kar rahe hain? pakistan chhod kar aaye, yahan ke citizen bane, yahan par job le kar khoob that se reh rahe hain. ab baaten kar rahe hain pakistan mein.</w:t>
      </w:r>
    </w:p>
    <w:p>
      <w:pPr>
        <w:jc w:val="right"/>
      </w:pPr>
      <w:r>
        <w:t>پاکستان کی باتیں کیوں کر رہے ہیں؟ پاکستان چھوڑ کر آئے، یہاں کے citizen بنے، یہاں پر جاب لے کر خوب ٹھاٹ سے رہ رہے ہیں۔ اب باتیں کر رہے ہیں پاکستان میں۔</w:t>
      </w:r>
    </w:p>
    <w:p>
      <w:r>
        <w:rPr>
          <w:b/>
        </w:rPr>
        <w:t xml:space="preserve">[1:11:56] </w:t>
      </w:r>
      <w:r>
        <w:t>yahi to hai, yahi to hai disloyal hona. to yahan se le ke america tak maine dekha ke logon ko, musalmanon ko hal yahi hai ke woh is jis mulk mein rehte hain, us mulk ke loyal nahi hain.</w:t>
      </w:r>
    </w:p>
    <w:p>
      <w:pPr>
        <w:jc w:val="right"/>
      </w:pPr>
      <w:r>
        <w:t>یہی تو ہے، یہی تو ہے disloyal ہونا۔ تو یہاں سے لے کے امریکہ تک میں نے دیکھا کہ لوگوں کو، مسلمانوں کو حال یہی ہے کہ وہ اس جس ملک میں رہتے ہیں، اس ملک کے loyal نہیں ہیں۔</w:t>
      </w:r>
    </w:p>
    <w:p>
      <w:r>
        <w:rPr>
          <w:b/>
        </w:rPr>
        <w:t xml:space="preserve">[1:12:11] </w:t>
      </w:r>
      <w:r>
        <w:t>aur yeh sab se bari jo musalmanon ki kharabi hai, woh yahi hai. aur yeh paida kiya hamare ulma ne. yeh hamare ulma ne paida kiya hai yeh.</w:t>
      </w:r>
    </w:p>
    <w:p>
      <w:pPr>
        <w:jc w:val="right"/>
      </w:pPr>
      <w:r>
        <w:t>اور یہ سب سے بڑی جو مسلمانوں کی خرابی ہے، وہ یہی ہے۔ اور یہ پیدا کیا ہمارے علماء نے۔ یہ ہمارے علماء نے پیدا کیا ہے یہ۔</w:t>
      </w:r>
    </w:p>
    <w:p>
      <w:r>
        <w:rPr>
          <w:b/>
        </w:rPr>
        <w:t xml:space="preserve">[1:12:23] </w:t>
      </w:r>
      <w:r>
        <w:t>ulama mein sirf ek hi aadmi thay, Maulana Hussain Ahmed Badri, jo is mein istasna un ka tha. Yaani watan se muhabbat ko yeh log, ulama hamare samajhte hain ke koi koi gunah ki baat ho gayi hai.</w:t>
      </w:r>
    </w:p>
    <w:p>
      <w:pPr>
        <w:jc w:val="right"/>
      </w:pPr>
      <w:r>
        <w:t>علماء میں صرف ایک ہی آدمی تھے، مولا حسین احمد بدری، جو اس میں استثنیٰ ان کا تھا۔ یعنی وطن سے محبت کو یہ لوگ، علماء ہمارے سمجھتے ہیں کہ کوئی کوئی گناہ کی بات ہو گئی ہے۔</w:t>
      </w:r>
    </w:p>
    <w:p>
      <w:r>
        <w:rPr>
          <w:b/>
        </w:rPr>
        <w:t xml:space="preserve">[1:12:38] </w:t>
      </w:r>
      <w:r>
        <w:t>Maulana Hussain Ahmed Badri ne kaha tha ke fi zamana qaumein otaan se banti hain. To ulama ne is par woh kiya, ikhtilaf kiya. Yahan tak ke un ke muataqideen ne yeh keh diya ke Hazrat ne jo baat kahi thi, woh khabar thi, insha nahi thi.</w:t>
      </w:r>
    </w:p>
    <w:p>
      <w:pPr>
        <w:jc w:val="right"/>
      </w:pPr>
      <w:r>
        <w:t>مولا حسین احمد بدری نے کہا تھا کہ فی زمانہ قومیں اوتان سے بنتی ہیں۔ تو علماء نے اس پر وہ کیا، اختلاف کیا۔ یہاں تک کہ ان کے معتقدین نے یہ کہہ دیا کہ حضرت نے جو بات کہی تھی، وہ خبر تھی، انشاء نہیں تھی۔</w:t>
      </w:r>
    </w:p>
    <w:p>
      <w:r>
        <w:rPr>
          <w:b/>
        </w:rPr>
        <w:t xml:space="preserve">[1:12:54] </w:t>
      </w:r>
      <w:r>
        <w:t>sab bilkul absurd baatein hain.</w:t>
      </w:r>
    </w:p>
    <w:p>
      <w:pPr>
        <w:jc w:val="right"/>
      </w:pPr>
      <w:r>
        <w:t>سب بالکل absurd باتیں ہیں۔</w:t>
      </w:r>
    </w:p>
    <w:p>
      <w:r>
        <w:rPr>
          <w:b/>
        </w:rPr>
        <w:t xml:space="preserve">[1:13:00] </w:t>
      </w:r>
      <w:r>
        <w:t>saare, chahe kisi mulk ke ulama hon, woh sab aisi baatein karte hain ke aaj jis aadmi ke andar patriotism na paida ho.</w:t>
      </w:r>
    </w:p>
    <w:p>
      <w:pPr>
        <w:jc w:val="right"/>
      </w:pPr>
      <w:r>
        <w:t>سارے، چاہے کسی ملک کے علماء ہوں، وہ سب ایسی باتیں کرتے ہیں کہ آج جس آدمی کے اندر patriotism نہ پیدا ہو۔</w:t>
      </w:r>
    </w:p>
    <w:p>
      <w:r>
        <w:rPr>
          <w:b/>
        </w:rPr>
        <w:t xml:space="preserve">[1:13:12] </w:t>
      </w:r>
      <w:r>
        <w:t>isi ka shikar hain Musalman. Main samajhta hoon ke yeh yeh bohat hi zaroori hai ke Musalmanon se is cheez ko khatam kiya jaye.</w:t>
      </w:r>
    </w:p>
    <w:p>
      <w:pPr>
        <w:jc w:val="right"/>
      </w:pPr>
      <w:r>
        <w:t>اسی کا شکار ہیں مسلمان۔ میں سمجھتا ہوں کہ یہ یہ بہت ہی ضروری ہے کہ مسلمانوں سے اس چیز کو ختم کیا جائے۔</w:t>
      </w:r>
    </w:p>
    <w:p>
      <w:r>
        <w:rPr>
          <w:b/>
        </w:rPr>
        <w:t xml:space="preserve">[1:13:24] </w:t>
      </w:r>
      <w:r>
        <w:t>aur Iqbal ka woh woh sher bohat parha jata hai, bilkul mere saath bilkul love absurd hai woh sher. Is cheez kuch bhi sachai nahi hai.</w:t>
      </w:r>
    </w:p>
    <w:p>
      <w:pPr>
        <w:jc w:val="right"/>
      </w:pPr>
      <w:r>
        <w:t>اور اقبال کا وہ وہ شعر بہت پڑھا جاتا ہے، بالکل میرے ساتھ بالکل love absurd ہے وہ شعر۔ اس چیز کچھ بھی سچائی نہیں ہے۔</w:t>
      </w:r>
    </w:p>
    <w:p>
      <w:r>
        <w:rPr>
          <w:b/>
        </w:rPr>
        <w:t xml:space="preserve">[1:13:33] </w:t>
      </w:r>
      <w:r>
        <w:t>woh jo sher hai ke is daur mein mein aur hai, jaam aur hai, jam aur, saqin bana ki rawish se aur, woh un taza khudaon mein bara sab se watan hai, jo pehiran is ka hai, woh woh sab kafan hai.</w:t>
      </w:r>
    </w:p>
    <w:p>
      <w:pPr>
        <w:jc w:val="right"/>
      </w:pPr>
      <w:r>
        <w:t>وہ جو شعر ہے کہ اس دور میں میں اور ہے، جام اور ہے، جم اور، ساقین بنا کی روش سے اور، وہ ان تازہ خداؤں میں بڑا سب سے وطن ہے، جو پیرہن اس کا ہے، وہ وہ سب کفن ہے۔</w:t>
      </w:r>
    </w:p>
    <w:p>
      <w:r>
        <w:rPr>
          <w:b/>
        </w:rPr>
        <w:t xml:space="preserve">[1:13:52] </w:t>
      </w:r>
      <w:r>
        <w:t>bilkul love woh sher hai, absurd sher hai. Lekin jhoom ke padhte hain log is ko. Koi kehta nahi ke Iqbal ne galat kaha.</w:t>
      </w:r>
    </w:p>
    <w:p>
      <w:pPr>
        <w:jc w:val="right"/>
      </w:pPr>
      <w:r>
        <w:t>بالکل love وہ شعر ہے، absurd شعر ہے۔ لیکن جھوم کے پڑھتے ہیں لوگ اس کو۔ کوئی کہتا نہیں کہ اقبال نے غلط کہا۔</w:t>
      </w:r>
    </w:p>
    <w:p>
      <w:r>
        <w:rPr>
          <w:b/>
        </w:rPr>
        <w:t xml:space="preserve">[1:14:04] </w:t>
      </w:r>
      <w:r>
        <w:t>to yeh saari duniya mein ek trend chal raha hai. Main samajhta hoon ke Musalmanon par farz hai, farz hai, farz hai ke is is is se bahar aain apne aap ko.</w:t>
      </w:r>
    </w:p>
    <w:p>
      <w:pPr>
        <w:jc w:val="right"/>
      </w:pPr>
      <w:r>
        <w:t>تو یہ ساری دنیا میں ایک trend چل رہا ہے۔ میں سمجھتا ہوں کہ مسلمانوں پر فرض ہے، فرض ہے، فرض ہے کہ اس اس اس سے باہر آئیں اپنے آپ کو۔</w:t>
      </w:r>
    </w:p>
    <w:p>
      <w:r>
        <w:rPr>
          <w:b/>
        </w:rPr>
        <w:t xml:space="preserve">[1:14:13] </w:t>
      </w:r>
      <w:r>
        <w:t>watan se muhabbat paida karen. Jis mulk mein hain, us mulk se muhabbat karen woh. Main Allah ke fazl se India mein hoon to main keh sakta hoon ke mujhe is mulk se pyar, aakhri had tak muhabbat karta hoon.</w:t>
      </w:r>
    </w:p>
    <w:p>
      <w:pPr>
        <w:jc w:val="right"/>
      </w:pPr>
      <w:r>
        <w:t>وطن سے محبت پیدا کریں۔ جس ملک میں ہیں، اس ملک سے محبت کریں وہ۔ میں اللہ کے فضل سے انڈیا میں ہوں تو میں کہہ سکتا ہوں کہ مجھے اس ملک سے پیار، آخری حد تک محبت کرتا ہوں۔</w:t>
      </w:r>
    </w:p>
    <w:p>
      <w:r>
        <w:rPr>
          <w:b/>
        </w:rPr>
        <w:t xml:space="preserve">[1:14:25] </w:t>
      </w:r>
      <w:r>
        <w:t>mera dil cheer kar aap dekh lijiyey. Mera dil cheer kar dekh lijiyey ke mujhe is mein sach mein muhabbat hai.</w:t>
      </w:r>
    </w:p>
    <w:p>
      <w:pPr>
        <w:jc w:val="right"/>
      </w:pPr>
      <w:r>
        <w:t>میرا دل چیر کر آپ دیکھ لیجیے۔ میرا دل چیر کر دیکھ لیجیے کہ مجھے اس میں سچ میں محبت ہے۔</w:t>
      </w:r>
    </w:p>
    <w:p>
      <w:r>
        <w:rPr>
          <w:b/>
        </w:rPr>
        <w:t xml:space="preserve">[1:14:36] </w:t>
      </w:r>
      <w:r>
        <w:t>aur isi ko main Islam samajhta hoon. Ek hadith hai, dekhiye, hamare ulama ka ek misaal deta hoon ke kis qadar galat rehnumai di hai unhon ne Musalmanon ko.</w:t>
      </w:r>
    </w:p>
    <w:p>
      <w:pPr>
        <w:jc w:val="right"/>
      </w:pPr>
      <w:r>
        <w:t>اور اسی کو میں اسلام سمجھتا ہوں۔ ایک حدیث ہے، دیکھیے، ہمارے علماء کا ایک مثال دیتا ہوں کہ کس قدر غلط رہنمائی دی ہے انہوں نے مسلمانوں کو۔</w:t>
      </w:r>
    </w:p>
    <w:p>
      <w:r>
        <w:rPr>
          <w:b/>
        </w:rPr>
        <w:t xml:space="preserve">[1:14:46] </w:t>
      </w:r>
      <w:r>
        <w:t>ek hadith hai hubb ul watan min al iman. Watan ki muhabbat iman ka hissa hai.</w:t>
      </w:r>
    </w:p>
    <w:p>
      <w:pPr>
        <w:jc w:val="right"/>
      </w:pPr>
      <w:r>
        <w:t>ایک حدیث ہے حب الوطن من الإيمان وطن کی محبت ایمان کا حصہ ہے۔</w:t>
      </w:r>
    </w:p>
    <w:p>
      <w:r>
        <w:rPr>
          <w:b/>
        </w:rPr>
        <w:t xml:space="preserve">[1:14:57] </w:t>
      </w:r>
      <w:r>
        <w:t>to kehte hain ke yeh to mauzu hadith hai. Main kehta hoon ke yeh agar hadith Rasool na ho to ab bhi hadith fitrat hai yeh. Ulama yeh kyun nahi kehte?</w:t>
      </w:r>
    </w:p>
    <w:p>
      <w:pPr>
        <w:jc w:val="right"/>
      </w:pPr>
      <w:r>
        <w:t>تو کہتے ہیں کہ یہ تو موضوع حدیث ہے۔ میں کہتا ہوں کہ یہ اگر حدیث رسول نہ ہو تو اب بھی حدیث فطرت ہے یہ۔ علماء یہ کیوں نہیں کہتے؟</w:t>
      </w:r>
    </w:p>
    <w:p>
      <w:r>
        <w:rPr>
          <w:b/>
        </w:rPr>
        <w:t xml:space="preserve">[1:15:08] </w:t>
      </w:r>
      <w:r>
        <w:t>yeh ulama yeh kyun nahi kehte? Ke yeh hadith agar bil farz mauzu ho, woh hadith na ho, hadith Rasool na ho, tab bhi woh hadith fitrat hai.</w:t>
      </w:r>
    </w:p>
    <w:p>
      <w:pPr>
        <w:jc w:val="right"/>
      </w:pPr>
      <w:r>
        <w:t>یہ علماء یہ کیوں نہیں کہتے؟ کہ یہ حدیث اگر بالفرض موضوع ہو، وہ حدیث نہ ہو، حدیث رسول نہ ہو، تب بھی وہ حدیث فطرت ہے۔</w:t>
      </w:r>
    </w:p>
    <w:p>
      <w:r>
        <w:rPr>
          <w:b/>
        </w:rPr>
        <w:t xml:space="preserve">[1:15:19] </w:t>
      </w:r>
      <w:r>
        <w:t>watan se muhabbat to aadmi ki fitrat mein hai. Kaise aap muhabbat nahi karenge apne watan se? Yeh to bohat hi zyada yaani na qabil bardasht baat hai ke aap ek mulk mein rahen, is se faida uthayen aur is se muhabbat na ho aap ko.</w:t>
      </w:r>
    </w:p>
    <w:p>
      <w:pPr>
        <w:jc w:val="right"/>
      </w:pPr>
      <w:r>
        <w:t>وطن سے محبت تو آدمی کی فطرت میں ہے۔ کیسے آپ محبت نہیں کریں گے اپنے وطن سے؟ یہ تو بہت ہی زیادہ یعنی ناقابل برداشت بات ہے کہ آپ ایک ملک میں رہیں، اس سے فائدہ اٹھائیں اور اس سے محبت نہ ہو آپ کو۔</w:t>
      </w:r>
    </w:p>
    <w:p>
      <w:r>
        <w:rPr>
          <w:b/>
        </w:rPr>
        <w:t xml:space="preserve">[1:15:37] </w:t>
      </w:r>
      <w:r>
        <w:t>behhal main is ke sakht khilaf hoon ke aap mujhe jis mulk mein Musalman rehte hain, wahan woh un ke andar hubb ul watan na ho.</w:t>
      </w:r>
    </w:p>
    <w:p>
      <w:pPr>
        <w:jc w:val="right"/>
      </w:pPr>
      <w:r>
        <w:t>بہرحال میں اس کے سخت خلاف ہوں کہ آپ مجھے جس ملک میں مسلمان رہتے ہیں، وہاں وہ ان کے اندر حب وطن نہ ہو۔</w:t>
      </w:r>
    </w:p>
    <w:p>
      <w:r>
        <w:rPr>
          <w:b/>
        </w:rPr>
        <w:t xml:space="preserve">[1:15:46] </w:t>
      </w:r>
      <w:r>
        <w:t>majboor, bilkul Islam ke khilaf samajhta hoon is baat ko. Maulana, yeh agla question aaya hai Abrar Mudassir sahib ka.</w:t>
      </w:r>
    </w:p>
    <w:p>
      <w:pPr>
        <w:jc w:val="right"/>
      </w:pPr>
      <w:r>
        <w:t>مجبور، بالکل اسلام کے خلاف سمجھتا ہوں اس بات کو۔ مولانا، یہ اگلا question آیا ہے ابرار مدثر صاحب کا۔</w:t>
      </w:r>
    </w:p>
    <w:p>
      <w:r>
        <w:rPr>
          <w:b/>
        </w:rPr>
        <w:t xml:space="preserve">[1:15:56] </w:t>
      </w:r>
      <w:r>
        <w:t>unhon ne apni location mention nahi ki hai.</w:t>
      </w:r>
    </w:p>
    <w:p>
      <w:pPr>
        <w:jc w:val="right"/>
      </w:pPr>
      <w:r>
        <w:t>انہوں نے اپنی location mention نہیں کی ہے۔</w:t>
      </w:r>
    </w:p>
    <w:p>
      <w:r>
        <w:rPr>
          <w:b/>
        </w:rPr>
        <w:t xml:space="preserve">[1:15:59] </w:t>
      </w:r>
      <w:r>
        <w:t>yeh likhte hain: "maulana, ek sahab ne maujooda siyasi halaat ko surah bani israel mein yahood ke hawalay</w:t>
      </w:r>
    </w:p>
    <w:p>
      <w:pPr>
        <w:jc w:val="right"/>
      </w:pPr>
      <w:r>
        <w:t>یہ لکھتے ہیں: "مولانا، ایک صاحب نے موجودہ سیاسی حالات کو سورہ بنی اسرائیل میں یہود کے حوالے</w:t>
      </w:r>
    </w:p>
    <w:p>
      <w:r>
        <w:rPr>
          <w:b/>
        </w:rPr>
        <w:t xml:space="preserve">[1:16:09] </w:t>
      </w:r>
      <w:r>
        <w:t>se jo baat aayi hai, us se joda hai."</w:t>
      </w:r>
    </w:p>
    <w:p>
      <w:pPr>
        <w:jc w:val="right"/>
      </w:pPr>
      <w:r>
        <w:t>سے جو بات آئی ہے، اس سے جوڑا ہے۔"</w:t>
      </w:r>
    </w:p>
    <w:p>
      <w:r>
        <w:rPr>
          <w:b/>
        </w:rPr>
        <w:t xml:space="preserve">[1:16:13] </w:t>
      </w:r>
      <w:r>
        <w:t>aur kehte hain ke "ab allah ne jaise yahood par zalim hukmraanon ko masallat kar ke yahood ko</w:t>
      </w:r>
    </w:p>
    <w:p>
      <w:pPr>
        <w:jc w:val="right"/>
      </w:pPr>
      <w:r>
        <w:t>اور کہتے ہیں کہ "اب اللہ نے جیسے یہود پر ظالم حاکموں کو مسلط کر کے یہود کو</w:t>
      </w:r>
    </w:p>
    <w:p>
      <w:r>
        <w:rPr>
          <w:b/>
        </w:rPr>
        <w:t xml:space="preserve">[1:16:22] </w:t>
      </w:r>
      <w:r>
        <w:t>azaab diya, waise hi allah ab musalmanon ko azaab dena chahte hain."</w:t>
      </w:r>
    </w:p>
    <w:p>
      <w:pPr>
        <w:jc w:val="right"/>
      </w:pPr>
      <w:r>
        <w:t>عذاب دیا، ویسے ہی اللہ اب مسلمانوں کو عذاب دینا چاہتے ہیں۔"</w:t>
      </w:r>
    </w:p>
    <w:p>
      <w:r>
        <w:rPr>
          <w:b/>
        </w:rPr>
        <w:t xml:space="preserve">[1:16:28] </w:t>
      </w:r>
      <w:r>
        <w:t>maulana, kya yeh sahi hai?</w:t>
      </w:r>
    </w:p>
    <w:p>
      <w:pPr>
        <w:jc w:val="right"/>
      </w:pPr>
      <w:r>
        <w:t>مولانا، کیا یہ صحیح ہے؟</w:t>
      </w:r>
    </w:p>
    <w:p>
      <w:r>
        <w:rPr>
          <w:b/>
        </w:rPr>
        <w:t xml:space="preserve">[1:16:31] </w:t>
      </w:r>
      <w:r>
        <w:t>dekhiye, kisi ko haq nahi ke woh Khuda ki baat bole. Jo sahib aisa kehte hain, kya un ke paas Jibreel wahi laye hain?</w:t>
      </w:r>
    </w:p>
    <w:p>
      <w:pPr>
        <w:jc w:val="right"/>
      </w:pPr>
      <w:r>
        <w:t>دیکھیے، کسی کو حق نہیں کہ وہ خدا کی بات بولے۔ جو صاحب ایسا کہتے ہیں، کیا ان کے پاس جبریل وحی لائے ہیں؟</w:t>
      </w:r>
    </w:p>
    <w:p>
      <w:r>
        <w:rPr>
          <w:b/>
        </w:rPr>
        <w:t xml:space="preserve">[1:16:42] </w:t>
      </w:r>
      <w:r>
        <w:t>kisi ko kya haq hai ke woh Allah ki taraf bole? Kaise aap ko haq hai? Yeh to aise log to un ko koda pada jayega. Hashr ka maidan ke tum ko kaise kise right diya ke tum Allah ki taraf bolo?</w:t>
      </w:r>
    </w:p>
    <w:p>
      <w:pPr>
        <w:jc w:val="right"/>
      </w:pPr>
      <w:r>
        <w:t>کسی کو کیا حق ہے کہ وہ اللہ کی طرف بولے؟ کیسے آپ کو حق ہے؟ یہ تو ایسے لوگ تو ان کو کوڑا پڑا جائے گا۔ حشر کا میدان کہ تم کو کیسے کسےright دیا کہ تم اللہ کی طرف بولو؟</w:t>
      </w:r>
    </w:p>
    <w:p>
      <w:r>
        <w:rPr>
          <w:b/>
        </w:rPr>
        <w:t xml:space="preserve">[1:16:58] </w:t>
      </w:r>
      <w:r>
        <w:t>jo Bani Israel ke saath hua tha, woh to Quran mein mention hai. Is ke baad hamare paas Quran ki ek ayat hai. Yeh jo farma rahe hain aap to, to kaun si aap ke paas hadith Rasool hai?</w:t>
      </w:r>
    </w:p>
    <w:p>
      <w:pPr>
        <w:jc w:val="right"/>
      </w:pPr>
      <w:r>
        <w:t>جو بنی اسرائیل کے ساتھ ہوا تھا، وہ تو قرآن میں mention ہے۔ اس کے بعد ہمارے پاس قرآن کی ایک آیت ہے۔ یہ جو فرما رہے ہیں آپ تو، تو کون سی آپ کے پاس حدیث رسول ہے؟</w:t>
      </w:r>
    </w:p>
    <w:p>
      <w:r>
        <w:rPr>
          <w:b/>
        </w:rPr>
        <w:t xml:space="preserve">[1:17:07] </w:t>
      </w:r>
      <w:r>
        <w:t>ya aap ke paas koi farishta aaya hai? Yaad rakhiye, bohat bara gunah hai ke aap Allah ki taraf se woh baat kahen jis ke paas aap ke liye koi sanad na ho.</w:t>
      </w:r>
    </w:p>
    <w:p>
      <w:pPr>
        <w:jc w:val="right"/>
      </w:pPr>
      <w:r>
        <w:t>یا آپ کے پاس کوئی فرشتہ آیا ہے؟ یاد رکھیے، بہت بڑا گناہ ہے کہ آپ اللہ کی طرف سے وہ بات کہیں جس کے پاس آپ کے لیے کوئی سند نہ ہو۔</w:t>
      </w:r>
    </w:p>
    <w:p>
      <w:r>
        <w:rPr>
          <w:b/>
        </w:rPr>
        <w:t xml:space="preserve">[1:17:19] </w:t>
      </w:r>
      <w:r>
        <w:t>yeh sab baaton ko main bohat hi zyada galat samajhta hoon. Bohat zyada galat samajhta hoon. Maulana, yeh agla question Dr. Fareeda Khanam ka hai Delhi se.</w:t>
      </w:r>
    </w:p>
    <w:p>
      <w:pPr>
        <w:jc w:val="right"/>
      </w:pPr>
      <w:r>
        <w:t>یہ سب باتوں کو میں بہت ہی زیادہ غلط سمجھتا ہوں۔ بہت زیادہ غلط سمجھتا ہوں۔ مولانا، یہ اگلا question ڈاکٹر فریدہ خانم کا ہے دہلی سے۔</w:t>
      </w:r>
    </w:p>
    <w:p>
      <w:r>
        <w:rPr>
          <w:b/>
        </w:rPr>
        <w:t xml:space="preserve">[1:17:31] </w:t>
      </w:r>
      <w:r>
        <w:t>in Muzaffarnagar it was three Muslim youths who were responsible for the devastating riots. They came on a two-wheeler and teased offensively a Hindu girl who was taking lunch to her family working in the farm.</w:t>
      </w:r>
    </w:p>
    <w:p>
      <w:pPr>
        <w:jc w:val="right"/>
      </w:pPr>
      <w:r>
        <w:t>ان مظفر نگر It was three Muslim youths who were responsible for the devastating riots. They came on a two-wheeler and teased offensively a Hindu girl who was taking lunch to her family working in the farm.</w:t>
      </w:r>
    </w:p>
    <w:p>
      <w:r>
        <w:rPr>
          <w:b/>
        </w:rPr>
        <w:t xml:space="preserve">[1:17:51] </w:t>
      </w:r>
      <w:r>
        <w:t>The food fell down</w:t>
      </w:r>
    </w:p>
    <w:p>
      <w:pPr>
        <w:jc w:val="right"/>
      </w:pPr>
      <w:r>
        <w:t>The food fell down</w:t>
      </w:r>
    </w:p>
    <w:p>
      <w:r>
        <w:rPr>
          <w:b/>
        </w:rPr>
        <w:t xml:space="preserve">[1:17:54] </w:t>
      </w:r>
      <w:r>
        <w:t>. At this, the members of the other community were provoked and the matter escalated and aggravated and turned into a full-scale riot.</w:t>
      </w:r>
    </w:p>
    <w:p>
      <w:pPr>
        <w:jc w:val="right"/>
      </w:pPr>
      <w:r>
        <w:t>. At this, the members of the other community were provoked and the matter escalated and aggravated and turned into a full-scale riot.</w:t>
      </w:r>
    </w:p>
    <w:p>
      <w:r>
        <w:rPr>
          <w:b/>
        </w:rPr>
        <w:t xml:space="preserve">[1:18:06] </w:t>
      </w:r>
      <w:r>
        <w:t>ab dekhiye, is waqeye ko hamare akhbaron mein nahin, main ne kisi akhbar mein baat nahin parhi.</w:t>
      </w:r>
    </w:p>
    <w:p>
      <w:pPr>
        <w:jc w:val="right"/>
      </w:pPr>
      <w:r>
        <w:t>اب دیکھیے، اس واقعے کو ہمارے اخباروں میں نہیں، میں نے کسی اخبار میں بات نہیں پڑھی۔</w:t>
      </w:r>
    </w:p>
    <w:p>
      <w:r>
        <w:rPr>
          <w:b/>
        </w:rPr>
        <w:t xml:space="preserve">[1:18:15] </w:t>
      </w:r>
      <w:r>
        <w:t>aur jarr yahi hai. yani jo riot hua, wahan is ki jarr thi, is ka zikr hi nahin.</w:t>
      </w:r>
    </w:p>
    <w:p>
      <w:pPr>
        <w:jc w:val="right"/>
      </w:pPr>
      <w:r>
        <w:t>اور جڑ یہی ہے۔ یعنی جو riot ہوا، وہاں اس کی جڑ تھی، اس کا ذکر ہی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