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Qurbani aur Islam (Al-Risala, August 2018)</w:t>
      </w:r>
    </w:p>
    <w:p>
      <w:r>
        <w:t>https://www.youtube.com/watch?v=uwy-G-Vtie8</w:t>
      </w:r>
    </w:p>
    <w:p>
      <w:r>
        <w:rPr>
          <w:b/>
        </w:rPr>
        <w:t xml:space="preserve">[00:05] </w:t>
      </w:r>
      <w:r>
        <w:t>qurbani aur islam.</w:t>
      </w:r>
    </w:p>
    <w:p>
      <w:pPr>
        <w:jc w:val="right"/>
      </w:pPr>
      <w:r>
        <w:t>قربانی اور اسلام۔</w:t>
      </w:r>
    </w:p>
    <w:p>
      <w:r>
        <w:rPr>
          <w:b/>
        </w:rPr>
        <w:t xml:space="preserve">[00:10] </w:t>
      </w:r>
      <w:r>
        <w:t>hajj aur eid-e-ضحی ke mauqe par tamam dunya ke musalman ek makhsoos din mein khuda ke naam par janwar ki qurbani karte hain.</w:t>
      </w:r>
    </w:p>
    <w:p>
      <w:pPr>
        <w:jc w:val="right"/>
      </w:pPr>
      <w:r>
        <w:t>حج اور عیدِ اضحی کے موقع پر تمام دنیا کے مسلمان ایک مخصوص دن میں خدا کے نام پر جانور کی قربانی کرتے ہیں۔</w:t>
      </w:r>
    </w:p>
    <w:p>
      <w:r>
        <w:rPr>
          <w:b/>
        </w:rPr>
        <w:t xml:space="preserve">[00:23] </w:t>
      </w:r>
      <w:r>
        <w:t>yeh qurbani aam zindagi se koi alag cheez nahin, is ka taluq insan ki tamam zindagi se hai.</w:t>
      </w:r>
    </w:p>
    <w:p>
      <w:pPr>
        <w:jc w:val="right"/>
      </w:pPr>
      <w:r>
        <w:t>یہ قربانی عام زندگی سے کوئی علیحدہ چیز نہیں، اس کا تعلق انسان کی تمام زندگی سے ہے۔</w:t>
      </w:r>
    </w:p>
    <w:p>
      <w:r>
        <w:rPr>
          <w:b/>
        </w:rPr>
        <w:t xml:space="preserve">[00:34] </w:t>
      </w:r>
      <w:r>
        <w:t>is ka matlab yeh hai ke ehle iman ko chahiye ke woh qurbani ke spirit ke sath dunya mein rahen. qurbani ki spirit tamam islami aamal ka khulasa hai.</w:t>
      </w:r>
    </w:p>
    <w:p>
      <w:pPr>
        <w:jc w:val="right"/>
      </w:pPr>
      <w:r>
        <w:t>اس کا مطلب یہ ہے کہ اہلِ ایمان کو چاہیے کہ وہ قربانی کے اسپرٹ کے ساتھ دنیا میں رہیں۔ قربانی کی اسپرٹ تمام اسلامی اعمال کا خلاصہ ہے۔</w:t>
      </w:r>
    </w:p>
    <w:p>
      <w:r>
        <w:rPr>
          <w:b/>
        </w:rPr>
        <w:t xml:space="preserve">[00:49] </w:t>
      </w:r>
      <w:r>
        <w:t>quran mein bataya gaya hai: "wa ma khalaqtul jinna wal insa illa li ya'budun" yani aur main ne jin aur insan ko sirf is liye paida kiya hai ke woh meri ibadat karen.</w:t>
      </w:r>
    </w:p>
    <w:p>
      <w:pPr>
        <w:jc w:val="right"/>
      </w:pPr>
      <w:r>
        <w:t>قرآن میں بتایا گیا ہے: "وما خلقت الجن والانس الا لیعبدون" یعنی اور میں نے جن اور انسان کو صرف اس لیے پیدا کیا ہے کہ وہ میری عبادت کریں۔</w:t>
      </w:r>
    </w:p>
    <w:p>
      <w:r>
        <w:rPr>
          <w:b/>
        </w:rPr>
        <w:t xml:space="preserve">[01:05] </w:t>
      </w:r>
      <w:r>
        <w:t>ibadat ki haqeeqat kya hai, is ko peghambar-e-islam sal-lal-lahu alaihi wa sal-lam ne in alfaz mein bayan kiya hai: "an ta'budallaha kaannaka tarahu fa in lam takun tarahu fa innahu yarak" sahih bukhari hadith number 50, sahih muslim hadith number 8.</w:t>
      </w:r>
    </w:p>
    <w:p>
      <w:pPr>
        <w:jc w:val="right"/>
      </w:pPr>
      <w:r>
        <w:t>عبادت کی حقیقت کیا ہے، اس کو پیغمبر اسلام صلی اللہ علیہ وسلم نے ان الفاظ میں بیان کیا ہے: "أن تعبد الله كأنك تراه فإن لم تكن تراه فإنه يراك" صحیح بخاری حدیث نمبر 50، صحیح مسلم حدیث نمبر 8۔</w:t>
      </w:r>
    </w:p>
    <w:p>
      <w:r>
        <w:rPr>
          <w:b/>
        </w:rPr>
        <w:t xml:space="preserve">[01:30] </w:t>
      </w:r>
      <w:r>
        <w:t>yani tum allah ki ibadat is tarah karo goya ke tum us ko dekh rahe ho, aur agar tum us ko nahin dekhte to woh tum ko dekhta hai.</w:t>
      </w:r>
    </w:p>
    <w:p>
      <w:pPr>
        <w:jc w:val="right"/>
      </w:pPr>
      <w:r>
        <w:t>یعنی تم اللہ کی عبادت اس طرح کرو گویا کہ تم اس کو دیکھ رہے ہو، اور اگر تم اس کو نہیں دیکھتے تو وہ تم کو دیکھتا ہے۔</w:t>
      </w:r>
    </w:p>
    <w:p>
      <w:r>
        <w:rPr>
          <w:b/>
        </w:rPr>
        <w:t xml:space="preserve">[01:43] </w:t>
      </w:r>
      <w:r>
        <w:t>is hadith-e-rasool se maloom hota hai ke quran ke tasawwur-e-ibadat ke mutabiq insan ke liye zindagi ka sahih tareeqa kya hai.</w:t>
      </w:r>
    </w:p>
    <w:p>
      <w:pPr>
        <w:jc w:val="right"/>
      </w:pPr>
      <w:r>
        <w:t>اس حدیث رسول سے معلوم ہوتا ہے کہ قرآن کے تصور عبادت کے مطابق انسان کے لیے زندگی کا صحیح طریقہ کیا ہے۔</w:t>
      </w:r>
    </w:p>
    <w:p>
      <w:r>
        <w:rPr>
          <w:b/>
        </w:rPr>
        <w:t xml:space="preserve">[01:55] </w:t>
      </w:r>
      <w:r>
        <w:t>woh tareeqa yeh hai ke insan khuda ki hasti ko is tarah daryaft kare ke us ko har lamha khuda ki maujoodgi ya presence ka ehsas hone lage.</w:t>
      </w:r>
    </w:p>
    <w:p>
      <w:pPr>
        <w:jc w:val="right"/>
      </w:pPr>
      <w:r>
        <w:t>وہ طریقہ یہ ہے کہ انسان خدا کی ہستی کو اس طرح دریافت کرے کہ اس کو ہر لمحہ خدا کی موجودگی یا پریزنس کا احساس ہونے لگے۔</w:t>
      </w:r>
    </w:p>
    <w:p>
      <w:r>
        <w:rPr>
          <w:b/>
        </w:rPr>
        <w:t xml:space="preserve">[02:10] </w:t>
      </w:r>
      <w:r>
        <w:t>is ka shaoor is mamle mein itna bedar ho jaye ke us ko aisa mehsoos hone lage goya ke woh khuda ko dekh raha hai.</w:t>
      </w:r>
    </w:p>
    <w:p>
      <w:pPr>
        <w:jc w:val="right"/>
      </w:pPr>
      <w:r>
        <w:t>اس کا شعور اس معاملے میں اتنا بیدار ہو جائے کہ اس کو ایسا محسوس ہونے لگے گویا کہ وہ خدا کو دیکھ رہا ہے۔</w:t>
      </w:r>
    </w:p>
    <w:p>
      <w:r>
        <w:rPr>
          <w:b/>
        </w:rPr>
        <w:t xml:space="preserve">[02:20] </w:t>
      </w:r>
      <w:r>
        <w:t>yeh ehsas us ki poori zindagi ko khudai rang mein rang de. us ke har qaul aur har amal se aisa mehsoos hone lage jaise ke woh khuda ko dekh raha hai,</w:t>
      </w:r>
    </w:p>
    <w:p>
      <w:pPr>
        <w:jc w:val="right"/>
      </w:pPr>
      <w:r>
        <w:t>یہ احساس اس کی پوری زندگی کو خدائی رنگ میں رنگ دے۔ اس کے ہر قول اور ہر عمل سے ایسا محسوس ہونے لگے جیسے کہ وہ خدا کو دیکھ رہا ہے،</w:t>
      </w:r>
    </w:p>
    <w:p>
      <w:r>
        <w:rPr>
          <w:b/>
        </w:rPr>
        <w:t xml:space="preserve">[02:36] </w:t>
      </w:r>
      <w:r>
        <w:t>jaise ke woh jo kuch kar raha hai khuda ki barah-e-rast nigrani ke tehat kar raha hai. isi zinda shaoor ke sath zindagi guzarnay ka naam ibadat hai.</w:t>
      </w:r>
    </w:p>
    <w:p>
      <w:pPr>
        <w:jc w:val="right"/>
      </w:pPr>
      <w:r>
        <w:t>جیسے کہ وہ جو کچھ کر رہا ہے خدا کی براہِ راست نگرانی کے تحت کر رہا ہے۔ اسی زندہ شعور کے ساتھ زندگی گزارنے کا نام عبادت ہے۔</w:t>
      </w:r>
    </w:p>
    <w:p>
      <w:r>
        <w:rPr>
          <w:b/>
        </w:rPr>
        <w:t xml:space="preserve">[02:51] </w:t>
      </w:r>
      <w:r>
        <w:t>yeh darja kisi aadmi ko sirf is waqt milta hai jab ke us ne khuda ko apna wahid concern ya sole concern bana liya ho.</w:t>
      </w:r>
    </w:p>
    <w:p>
      <w:pPr>
        <w:jc w:val="right"/>
      </w:pPr>
      <w:r>
        <w:t>یہ درجہ کسی آدمی کو صرف اس وقت ملتا ہے جب کہ اس نے خدا کو اپنا واحد کنسرن یا سول کنسرن بنا لیا ہو۔</w:t>
      </w:r>
    </w:p>
    <w:p>
      <w:r>
        <w:rPr>
          <w:b/>
        </w:rPr>
        <w:t xml:space="preserve">[03:14] </w:t>
      </w:r>
      <w:r>
        <w:t>arkan-e-islam aur hajj. ibadat ka taluq insan ki poori zindagi se hai.</w:t>
      </w:r>
    </w:p>
    <w:p>
      <w:pPr>
        <w:jc w:val="right"/>
      </w:pPr>
      <w:r>
        <w:t>ارکان اسلام اور حج۔ عبادت کا تعلق انسان کی پوری زندگی سے ہے۔</w:t>
      </w:r>
    </w:p>
    <w:p>
      <w:r>
        <w:rPr>
          <w:b/>
        </w:rPr>
        <w:t xml:space="preserve">[03:25] </w:t>
      </w:r>
      <w:r>
        <w:t>in mein se panch cheezen buniyadi ibadat ki hesiyat rakhti hain. woh panch cheezen kya hain, un ko peghambar-e-islam sal-lal-lahu alaihi wa sal-lam ne in alfaz mein bayan kiya hai:</w:t>
      </w:r>
    </w:p>
    <w:p>
      <w:pPr>
        <w:jc w:val="right"/>
      </w:pPr>
      <w:r>
        <w:t>ان میں سے پانچ چیزیں بنیادی عبادت کی حیثیت رکھتی ہیں۔ وہ پانچ چیزیں کیا ہیں، ان کو پیغمبر اسلام صلی اللہ علیہ وسلم نے ان الفاظ میں بیان کیا ہے:</w:t>
      </w:r>
    </w:p>
    <w:p>
      <w:r>
        <w:rPr>
          <w:b/>
        </w:rPr>
        <w:t xml:space="preserve">[03:42] </w:t>
      </w:r>
      <w:r>
        <w:t>"buniyal islamu ala khamsin shahadati an la ilaha illallahu wa anna Muhammadan rasulullahi wa imami as-salata wa itai az-zakati wal hajji wa sawmi ramadan" sahih bukhari hadith number 8.</w:t>
      </w:r>
    </w:p>
    <w:p>
      <w:pPr>
        <w:jc w:val="right"/>
      </w:pPr>
      <w:r>
        <w:t>"بنی الاسلام علی خمس شہادت اللہ الہ الا اللہ وان محمد رسول اللہ واقام الصلوۃ وایتا الزکوۃ والحج وصوم رمضان" صحیح بخاری حدیث نمبر 8۔</w:t>
      </w:r>
    </w:p>
    <w:p>
      <w:r>
        <w:rPr>
          <w:b/>
        </w:rPr>
        <w:t xml:space="preserve">[04:02] </w:t>
      </w:r>
      <w:r>
        <w:t>yani islam ki buniyad panch cheezon par qaim hai: is baat ki gawahi dena ke ek khuda ke siwa koi mabood nahin aur muhammad sal-lal-lahu alaihi wa sal-lam allah ke rasool hain, aur namaz qaim karna, aur zakat ada karna, aur hajj poora karna, aur ramadan ke roze rakhna.</w:t>
      </w:r>
    </w:p>
    <w:p>
      <w:pPr>
        <w:jc w:val="right"/>
      </w:pPr>
      <w:r>
        <w:t>یعنی اسلام کی بنیاد پانچ چیزوں پر قائم ہے: اس بات کی گواہی دینا کہ ایک خدا کے سوا کوئی معبود نہیں اور محمد صلی اللہ علیہ وسلم اللہ کے رسول ہیں، اور نماز قائم کرنا، اور زکوۃ ادا کرنا، اور حج پورا کرنا، اور رمضان کے روزے رکھنا۔</w:t>
      </w:r>
    </w:p>
    <w:p>
      <w:r>
        <w:rPr>
          <w:b/>
        </w:rPr>
        <w:t xml:space="preserve">[04:25] </w:t>
      </w:r>
      <w:r>
        <w:t>yeh goya ke panch sitoon ya pillars hain jin ke oopar islam ki imarat khadi hoti hai. imarat ek dikhai dene wali cheez hai.</w:t>
      </w:r>
    </w:p>
    <w:p>
      <w:pPr>
        <w:jc w:val="right"/>
      </w:pPr>
      <w:r>
        <w:t>یہ گویا کہ پانچ ستون یا پلرز ہیں جن کے اوپر اسلام کی عمارت کھڑی ہوتی ہے۔ عمارت ایک دکھائی دینے والی چیز ہے۔</w:t>
      </w:r>
    </w:p>
    <w:p>
      <w:r>
        <w:rPr>
          <w:b/>
        </w:rPr>
        <w:t xml:space="preserve">[04:36] </w:t>
      </w:r>
      <w:r>
        <w:t>is hadith mein imarati dhanchay ko bator-e-tamseel istemal karte hue islam ki haqeeqat ko bataya gaya hai. jis tarah sitoonon ke baghair koi imarat khadi nahin hoti,</w:t>
      </w:r>
    </w:p>
    <w:p>
      <w:pPr>
        <w:jc w:val="right"/>
      </w:pPr>
      <w:r>
        <w:t>اس حدیث میں عمارتی ڈھانچے کو بطور تمثیل استعمال کرتے ہوئے اسلام کی حقیقت کو بتایا گیا ہے۔ جس طرح ستونوں کے بغیر کوئی عمارت کھڑی نہیں ہوتی،</w:t>
      </w:r>
    </w:p>
    <w:p>
      <w:r>
        <w:rPr>
          <w:b/>
        </w:rPr>
        <w:t xml:space="preserve">[04:50] </w:t>
      </w:r>
      <w:r>
        <w:t>isi tarah in panch arkan ke baghair islam ka qayam bhi nahin hota. islam ko qaim karne ka matlab yeh hai ke in panch sitoonon ko zindagi mein qaim kiya jaye.</w:t>
      </w:r>
    </w:p>
    <w:p>
      <w:pPr>
        <w:jc w:val="right"/>
      </w:pPr>
      <w:r>
        <w:t>اسی طرح ان پانچ ارکان کے بغیر اسلام کا قیام بھی نہیں ہوتا۔ اسلام کو قائم کرنے کا مطلب یہ ہے کہ ان پانچ ستونوں کو زندگی میں قائم کیا جائے۔</w:t>
      </w:r>
    </w:p>
    <w:p>
      <w:r>
        <w:rPr>
          <w:b/>
        </w:rPr>
        <w:t xml:space="preserve">[05:04] </w:t>
      </w:r>
      <w:r>
        <w:t>islam ke in panch arkan ki ek spirit hai aur is ka ek form hai. is mein shakk nahin ke asal ahmiyat hamesha spirit ki hoti hai, lekin form bhi yaqeeni taur par zaroori hai.</w:t>
      </w:r>
    </w:p>
    <w:p>
      <w:pPr>
        <w:jc w:val="right"/>
      </w:pPr>
      <w:r>
        <w:t>اسلام کے ان پانچ ارکان کی ایک اسپرٹ ہے اور اس کا ایک فارم ہے۔ اس میں شک نہیں کہ اصل اہمیت ہمیشہ اسپرٹ کی ہوتی ہے، لیکن فارم بھی یقینی طور پر ضروری ہے۔</w:t>
      </w:r>
    </w:p>
    <w:p>
      <w:r>
        <w:rPr>
          <w:b/>
        </w:rPr>
        <w:t xml:space="preserve">[05:19] </w:t>
      </w:r>
      <w:r>
        <w:t>jis tarah jism ke baghair rooh nahi, isi tarah form ke baghair islam bhi nahi. is maamle mein bhi spirit ka ehtimam bohat zaroori hai, lekin yeh ehtimam form ke saath ho sakta hai, form ke baghair nahi.</w:t>
      </w:r>
    </w:p>
    <w:p>
      <w:pPr>
        <w:jc w:val="right"/>
      </w:pPr>
      <w:r>
        <w:t>جس طرح جسم کے بغیر روح نہیں، اسی طرح فارم کے بغیر اسلام بھی نہیں۔ اس معاملے میں بھی اسپرٹ کا اہتمام بہت ضروری ہے، لیکن یہ اہتمام فارم کے ساتھ ہو سکتا ہے، فارم کے بغیر نہیں۔</w:t>
      </w:r>
    </w:p>
    <w:p>
      <w:r>
        <w:rPr>
          <w:b/>
        </w:rPr>
        <w:t xml:space="preserve">[05:39] </w:t>
      </w:r>
      <w:r>
        <w:t>kalma tauheed. in arkaan mein se pehla rukun kalma tauheed hai. is kalme ka ek form hai aur isi ke saath is ki ek spirit hai.</w:t>
      </w:r>
    </w:p>
    <w:p>
      <w:pPr>
        <w:jc w:val="right"/>
      </w:pPr>
      <w:r>
        <w:t>کلمہ توحید۔ ان ارکان میں سے پہلا رکن کلمہ توحید ہے۔ اس کلمے کا ایک فارم ہے اور اسی کے ساتھ اس کی ایک اسپرٹ ہے۔</w:t>
      </w:r>
    </w:p>
    <w:p>
      <w:r>
        <w:rPr>
          <w:b/>
        </w:rPr>
        <w:t xml:space="preserve">[05:51] </w:t>
      </w:r>
      <w:r>
        <w:t>is ka form yeh hai ke aap arabi ke mazkoora alfaz ya kalma shahadat ko apni zabaan se ada karein. kalme ki spirit marifat hai, yani khuda ko daryaft ke darje mein pa lena.</w:t>
      </w:r>
    </w:p>
    <w:p>
      <w:pPr>
        <w:jc w:val="right"/>
      </w:pPr>
      <w:r>
        <w:t>اس کا فارم یہ ہے کہ آپ عربی کے مذکورہ الفاظ یا کلمہ شہادت کو اپنی زبان سے ادا کریں۔ کلمہ کی اسپرٹ معرفت ہے، یعنی خدا کو دریافت کے درجے میں پا لینا۔</w:t>
      </w:r>
    </w:p>
    <w:p>
      <w:r>
        <w:rPr>
          <w:b/>
        </w:rPr>
        <w:t xml:space="preserve">[06:09] </w:t>
      </w:r>
      <w:r>
        <w:t>kalma tauheed ki wahi adaigi mo'tabar hai jo marifat ki buniyad par ho. marifat ke baghair kalma parhna sirf kuch arabi alfaz ka talaffuz hai,</w:t>
      </w:r>
    </w:p>
    <w:p>
      <w:pPr>
        <w:jc w:val="right"/>
      </w:pPr>
      <w:r>
        <w:t>کلمہ توحید کی وہی ادائیگی معتبر ہے جو معرفت کی بنیاد پر ہو۔ معرفت کے بغیر کلمہ پڑھنا صرف کچھ عربی الفاظ کا تلفظ ہے،</w:t>
      </w:r>
    </w:p>
    <w:p>
      <w:r>
        <w:rPr>
          <w:b/>
        </w:rPr>
        <w:t xml:space="preserve">[06:23] </w:t>
      </w:r>
      <w:r>
        <w:t>wo haqeeqi ma'no mein kalma tauheed nahi. yunan ke qadeem falsafi archimedes ko yeh justuju thi ke kashti pani ke oopar kaise teerti hai.</w:t>
      </w:r>
    </w:p>
    <w:p>
      <w:pPr>
        <w:jc w:val="right"/>
      </w:pPr>
      <w:r>
        <w:t>وہ حقیقی معنی میں کلمہ توحید نہیں۔ یونان کے قدیم فلسفی ارش میڈس کو یہ جستجو تھی کہ کشتی پانی کے اوپر کیسے تیرتی ہے۔</w:t>
      </w:r>
    </w:p>
    <w:p>
      <w:r>
        <w:rPr>
          <w:b/>
        </w:rPr>
        <w:t xml:space="preserve">[06:37] </w:t>
      </w:r>
      <w:r>
        <w:t>wo is ki talash mein tha. ek din wo pani ke hauz mein leta hua naha raha tha. achanak us ko fitrat ke is qanoon ki daryaft hui jis ko law of buoyancy kaha jata hai.</w:t>
      </w:r>
    </w:p>
    <w:p>
      <w:pPr>
        <w:jc w:val="right"/>
      </w:pPr>
      <w:r>
        <w:t>وہ اس کی تلاش میں تھا۔ ایک دن وہ پانی کے حوض میں لیٹا ہوا نہا رہا تھا۔ اچانک اس کو فطرت کے اس قانون کی دریافت ہوئی جس کو لاء آف بوینسی کہا جاتا ہے۔</w:t>
      </w:r>
    </w:p>
    <w:p>
      <w:r>
        <w:rPr>
          <w:b/>
        </w:rPr>
        <w:t xml:space="preserve">[06:53] </w:t>
      </w:r>
      <w:r>
        <w:t>us waqt us ke andar ehtijaj ya thrill ki kaifiyat paida hui. wo achanak hauz se nikla aur yeh kehta hua bhaga ke maine pa liya, maine pa liya, eureka, eureka.</w:t>
      </w:r>
    </w:p>
    <w:p>
      <w:pPr>
        <w:jc w:val="right"/>
      </w:pPr>
      <w:r>
        <w:t>اس وقت اس کے اندر احتجاج یا تھرل کی کیفیت پیدا ہوئی۔ وہ اچانک حوض سے نکلا اور یہ کہتا ہوا بھاگا کہ میں نے پا لیا، میں نے پا لیا، یوریکا، یوریکا۔</w:t>
      </w:r>
    </w:p>
    <w:p>
      <w:r>
        <w:rPr>
          <w:b/>
        </w:rPr>
        <w:t xml:space="preserve">[07:07] </w:t>
      </w:r>
      <w:r>
        <w:t>is misaal se samjha ja sakta hai ke kalme ki adaigi kya hai. kalma tauheed ki adaigi darasal dakhli marifat ka ek kharji izhaar hai.</w:t>
      </w:r>
    </w:p>
    <w:p>
      <w:pPr>
        <w:jc w:val="right"/>
      </w:pPr>
      <w:r>
        <w:t>اس مثال سے سمجھا جا سکتا ہے کہ کلمہ کی ادائیگی کیا ہے۔ کلمہ توحید کی ادائیگی دراصل داخلی معرفت کا ایک خارجی اظہار ہے۔</w:t>
      </w:r>
    </w:p>
    <w:p>
      <w:r>
        <w:rPr>
          <w:b/>
        </w:rPr>
        <w:t xml:space="preserve">[07:21] </w:t>
      </w:r>
      <w:r>
        <w:t>yeh hukum bilashuba islam ke arkaan mein awwaleen ahmiyat ka hamil hai, lekin yeh ahmiyat is ki dakhli marifat ki bina par hai, na ke sirf lisani talaffuz ki bina par.</w:t>
      </w:r>
    </w:p>
    <w:p>
      <w:pPr>
        <w:jc w:val="right"/>
      </w:pPr>
      <w:r>
        <w:t>یہ حکم بلاشبہ اسلام کے ارکان میں اولین اہمیت کا حامل ہے، لیکن یہ اہمیت اس کی داخلی معرفت کی بنا پر ہے، نہ کہ صرف لسانی تلفظ کی بنا پر۔</w:t>
      </w:r>
    </w:p>
    <w:p>
      <w:r>
        <w:rPr>
          <w:b/>
        </w:rPr>
        <w:t xml:space="preserve">[07:49] </w:t>
      </w:r>
      <w:r>
        <w:t>namaz. islam ka doosra rukun namaz hai. doosre arkaan ki tarah namaz ka bhi ek form hai.</w:t>
      </w:r>
    </w:p>
    <w:p>
      <w:pPr>
        <w:jc w:val="right"/>
      </w:pPr>
      <w:r>
        <w:t>نماز۔ اسلام کا دوسرا رکن نماز ہے۔ دوسرے ارکان کی طرح نماز کا بھی ایک فارم ہے۔</w:t>
      </w:r>
    </w:p>
    <w:p>
      <w:r>
        <w:rPr>
          <w:b/>
        </w:rPr>
        <w:t xml:space="preserve">[07:59] </w:t>
      </w:r>
      <w:r>
        <w:t>jaisa ke maloom hai, yeh form qiyam aur ruku aur sujood par mabni hai. isi ke saath namaz ki ek spirit hai.</w:t>
      </w:r>
    </w:p>
    <w:p>
      <w:pPr>
        <w:jc w:val="right"/>
      </w:pPr>
      <w:r>
        <w:t>جیسا کہ معلوم ہے، یہ فارم قیام اور رکوع اور سجود پر مبنی ہے۔ اسی کے ساتھ نماز کی ایک اسپرٹ ہے۔</w:t>
      </w:r>
    </w:p>
    <w:p>
      <w:r>
        <w:rPr>
          <w:b/>
        </w:rPr>
        <w:t xml:space="preserve">[08:10] </w:t>
      </w:r>
      <w:r>
        <w:t>wo spirit surrender hai, yani apne aap ko poori tarah khuda ke hawale kar dena. khuda ko kamil ma'no mein apna markaz tawajjuh bana lena.</w:t>
      </w:r>
    </w:p>
    <w:p>
      <w:pPr>
        <w:jc w:val="right"/>
      </w:pPr>
      <w:r>
        <w:t>وہ اسپرٹ سرینڈر ہے، یعنی اپنے آپ کو پوری طرح خدا کے حوالے کر دینا۔ خدا کو کامل معنوں میں اپنا مرکز توجہ بنا لینا۔</w:t>
      </w:r>
    </w:p>
    <w:p>
      <w:r>
        <w:rPr>
          <w:b/>
        </w:rPr>
        <w:t xml:space="preserve">[08:25] </w:t>
      </w:r>
      <w:r>
        <w:t>poore ma'no mein khuda rukhi zindagi ya god oriented life ikhtiyar kar lena. isi spirit ka doosra naam quran mein zikr kaseer hai, yani khuda ko bohat ziyada yaad karte hue zindagi guzarna.</w:t>
      </w:r>
    </w:p>
    <w:p>
      <w:pPr>
        <w:jc w:val="right"/>
      </w:pPr>
      <w:r>
        <w:t>پورے معنوں میں خدا رخی زندگی یا گاڈ اورینٹڈ لائف اختیار کر لینا۔ اسی اسپرٹ کا دوسرا نام قرآن میں ذکر کثیر ہے، یعنی خدا کو بہت زیادہ یاد کرتے ہوئے زندگی گزارنا۔</w:t>
      </w:r>
    </w:p>
    <w:p>
      <w:r>
        <w:rPr>
          <w:b/>
        </w:rPr>
        <w:t xml:space="preserve">[08:44] </w:t>
      </w:r>
      <w:r>
        <w:t>namaz ka maqsad bhi quran mein zikr bataya gaya hai. zikr ka matlab rasmi taur par sirf kisi qism ki tasbeeh khwani nahi hai, balke har mauqe par sachay ehsas ke saath khuda ko yaad karte rehna hai.</w:t>
      </w:r>
    </w:p>
    <w:p>
      <w:pPr>
        <w:jc w:val="right"/>
      </w:pPr>
      <w:r>
        <w:t>نماز کا مقصد بھی قرآن میں ذکر بتایا گیا ہے۔ ذکر کا مطلب رسمی طور پر صرف کسی قسم کی تسبیح خوانی نہیں ہے، بلکہ ہر موقع پر سچے احساس کے ساتھ خدا کو یاد کرتے رہنا ہے۔</w:t>
      </w:r>
    </w:p>
    <w:p>
      <w:r>
        <w:rPr>
          <w:b/>
        </w:rPr>
        <w:t xml:space="preserve">[09:05] </w:t>
      </w:r>
      <w:r>
        <w:t>aadmi jab dunya mein zindagi guzarta hai to wo mukhtalif qism ke mushahadat aur tajrubaat se guzarta hai. us waqt us ke andar wo cheez paida hona chahiye jis ko quran mein tawassum kaha gaya hai,</w:t>
      </w:r>
    </w:p>
    <w:p>
      <w:pPr>
        <w:jc w:val="right"/>
      </w:pPr>
      <w:r>
        <w:t>آدمی جب دنیا میں زندگی گزارتا ہے تو وہ مختلف قسم کے مشاہدات اور تجربات سے گزرتا ہے۔ اس وقت اس کے اندر وہ چیز پیدا ہونا چاہیے جس کو قرآن میں توسم کہا گیا ہے،</w:t>
      </w:r>
    </w:p>
    <w:p>
      <w:r>
        <w:rPr>
          <w:b/>
        </w:rPr>
        <w:t xml:space="preserve">[09:22] </w:t>
      </w:r>
      <w:r>
        <w:t>yani har dunyavi tajrube ko khudai tajrube mein convert karte rehna. har cheez se rabbani ghiza hasil karte rehna.</w:t>
      </w:r>
    </w:p>
    <w:p>
      <w:pPr>
        <w:jc w:val="right"/>
      </w:pPr>
      <w:r>
        <w:t>یعنی ہر دنیاوی تجربے کو خدائی تجربے میں کنورٹ کرتے رہنا۔ ہر چیز سے ربانی غذا حاصل کرتے رہنا۔</w:t>
      </w:r>
    </w:p>
    <w:p>
      <w:r>
        <w:rPr>
          <w:b/>
        </w:rPr>
        <w:t xml:space="preserve">[09:35] </w:t>
      </w:r>
      <w:r>
        <w:t>haqeeqi namaz wahi hai jo aadmi ke andar yeh zehan paida kar de ke wo har cheez se apne liye tawassum ki ghiza hasil karta rahe.</w:t>
      </w:r>
    </w:p>
    <w:p>
      <w:pPr>
        <w:jc w:val="right"/>
      </w:pPr>
      <w:r>
        <w:t>حقیقی نماز وہی ہے جو آدمی کے اندر یہ ذہن پیدا کر دے کہ وہ ہر چیز سے اپنے لیے توسم کی غذا حاصل کرتا رہے۔</w:t>
      </w:r>
    </w:p>
    <w:p>
      <w:r>
        <w:rPr>
          <w:b/>
        </w:rPr>
        <w:t xml:space="preserve">[09:48] </w:t>
      </w:r>
      <w:r>
        <w:t>namaz ke form ke sath jab yeh spirit shamil ho jaye, tab kisi aadmi ki namaz haqeeqi namaz</w:t>
      </w:r>
    </w:p>
    <w:p>
      <w:pPr>
        <w:jc w:val="right"/>
      </w:pPr>
      <w:r>
        <w:t>نماز کے فارم کے ساتھ جب یہ اسپرٹ شامل ہو جائے، تب کسی آدمی کی نماز حقیقی نماز</w:t>
      </w:r>
    </w:p>
    <w:p>
      <w:r>
        <w:rPr>
          <w:b/>
        </w:rPr>
        <w:t xml:space="preserve">[09:56] </w:t>
      </w:r>
      <w:r>
        <w:t>banegi, warna hadees rasool ki zabaan mein is se keh diya jaye ga: "urju fasalli fa innaka lam</w:t>
      </w:r>
    </w:p>
    <w:p>
      <w:pPr>
        <w:jc w:val="right"/>
      </w:pPr>
      <w:r>
        <w:t>بنے گی، ورنہ حدیث رسول کی زبان میں اس سے کہہ دیا جائے گا: "ارج فصلی فانک لم</w:t>
      </w:r>
    </w:p>
    <w:p>
      <w:r>
        <w:rPr>
          <w:b/>
        </w:rPr>
        <w:t xml:space="preserve">[10:05] </w:t>
      </w:r>
      <w:r>
        <w:t>tusalli" sahi bukhari hadees number 757,</w:t>
      </w:r>
    </w:p>
    <w:p>
      <w:pPr>
        <w:jc w:val="right"/>
      </w:pPr>
      <w:r>
        <w:t>تصلی" صحیح بخاری حدیث نمبر 757،</w:t>
      </w:r>
    </w:p>
    <w:p>
      <w:r>
        <w:rPr>
          <w:b/>
        </w:rPr>
        <w:t xml:space="preserve">[10:09] </w:t>
      </w:r>
      <w:r>
        <w:t>yani jao phir se namaz padho kyunke tum ne namaz nahi padhi.</w:t>
      </w:r>
    </w:p>
    <w:p>
      <w:pPr>
        <w:jc w:val="right"/>
      </w:pPr>
      <w:r>
        <w:t>یعنی جاؤ پھر سے نماز پڑھو کیونکہ تم نے نماز نہیں پڑھی۔</w:t>
      </w:r>
    </w:p>
    <w:p>
      <w:r>
        <w:rPr>
          <w:b/>
        </w:rPr>
        <w:t xml:space="preserve">[10:27] </w:t>
      </w:r>
      <w:r>
        <w:t>roza. islam ke arkaan mein se teesra rukun roza ya saum hai. roze ka form yeh hai ke aadmi subah se shaam tak khana aur peena chhod de.</w:t>
      </w:r>
    </w:p>
    <w:p>
      <w:pPr>
        <w:jc w:val="right"/>
      </w:pPr>
      <w:r>
        <w:t>روزہ۔ اسلام کے ارکان میں سے تیسرا رکن روزہ یا صوم ہے۔ روزے کا فارم یہ ہے کہ آدمی صبح سے شام تک کھانا اور پینا چھوڑ دے۔</w:t>
      </w:r>
    </w:p>
    <w:p>
      <w:r>
        <w:rPr>
          <w:b/>
        </w:rPr>
        <w:t xml:space="preserve">[10:42] </w:t>
      </w:r>
      <w:r>
        <w:t>wo apne din ko bhook aur pyaas ki halat mein guzare. roze ki spirit sabr ya patience hai.</w:t>
      </w:r>
    </w:p>
    <w:p>
      <w:pPr>
        <w:jc w:val="right"/>
      </w:pPr>
      <w:r>
        <w:t>وہ اپنے دن کو بھوک اور پیاس کی حالت میں گزارے۔ روزے کی اسپرٹ صبر یا پیشنس ہے۔</w:t>
      </w:r>
    </w:p>
    <w:p>
      <w:r>
        <w:rPr>
          <w:b/>
        </w:rPr>
        <w:t xml:space="preserve">[10:52] </w:t>
      </w:r>
      <w:r>
        <w:t>hadith mein aaya hai: "huwa shahr al-sabr" yani ramzan ka mahina sabr ka mahina hai. sabr kya hai?</w:t>
      </w:r>
    </w:p>
    <w:p>
      <w:pPr>
        <w:jc w:val="right"/>
      </w:pPr>
      <w:r>
        <w:t>حدیث میں آیا ہے: "ہوا شہر الصبر" یعنی رمضان کا مہینہ صبر کا مہینہ ہے۔ صبر کیا ہے؟</w:t>
      </w:r>
    </w:p>
    <w:p>
      <w:r>
        <w:rPr>
          <w:b/>
        </w:rPr>
        <w:t xml:space="preserve">[11:04] </w:t>
      </w:r>
      <w:r>
        <w:t>sabr ka matlab yeh hai ke aadmi dunya mein self discipline ki zindagi guzare. wo apni khwahishon par rog lagaye.</w:t>
      </w:r>
    </w:p>
    <w:p>
      <w:pPr>
        <w:jc w:val="right"/>
      </w:pPr>
      <w:r>
        <w:t>صبر کا مطلب یہ ہے کہ آدمی دنیا میں سیلف ڈسپلن کی زندگی گزارے۔ وہ اپنی خواہشوں پر روگ لگائے۔</w:t>
      </w:r>
    </w:p>
    <w:p>
      <w:r>
        <w:rPr>
          <w:b/>
        </w:rPr>
        <w:t xml:space="preserve">[11:14] </w:t>
      </w:r>
      <w:r>
        <w:t>wo ishtial angezi ke bawajood mushtael na ho. wo apni ana ko ghamand na banne de. wo logon ke darmiyan no problem insaan ban kar rahe.</w:t>
      </w:r>
    </w:p>
    <w:p>
      <w:pPr>
        <w:jc w:val="right"/>
      </w:pPr>
      <w:r>
        <w:t>وہ اشتعال انگیزی کے باوجود مشتعل نہ ہو۔ وہ اپنی انا کو گھمنڈ نہ بننے دے۔ وہ لوگوں کے درمیان نو پرابلم انسان بن کر رہے۔</w:t>
      </w:r>
    </w:p>
    <w:p>
      <w:r>
        <w:rPr>
          <w:b/>
        </w:rPr>
        <w:t xml:space="preserve">[11:28] </w:t>
      </w:r>
      <w:r>
        <w:t>samaji zindagi mein jab us ko koi shauq lage to wo us shauq ko apne oopar sahe. wo us ko doosre tak pahunchne na de.</w:t>
      </w:r>
    </w:p>
    <w:p>
      <w:pPr>
        <w:jc w:val="right"/>
      </w:pPr>
      <w:r>
        <w:t>سماجی زندگی میں جب اس کو کوئی شوق لگے تو وہ اس شوق کو اپنے اوپر سہے۔ وہ اس کو دوسرے تک پہنچنے نہ دے۔</w:t>
      </w:r>
    </w:p>
    <w:p>
      <w:r>
        <w:rPr>
          <w:b/>
        </w:rPr>
        <w:t xml:space="preserve">[11:41] </w:t>
      </w:r>
      <w:r>
        <w:t>zakat. islam ka chautha rukun zakat hai. zakat ka form yeh hai ke aadmi apni kamai ke ek hisse se apni zarooraton ko poora kare aur apni kamai ka kuch hissa khuda ke hukum ke mutabiq wo doosre insanon par kharch kare.</w:t>
      </w:r>
    </w:p>
    <w:p>
      <w:pPr>
        <w:jc w:val="right"/>
      </w:pPr>
      <w:r>
        <w:t>زکوۃ۔ اسلام کا چوتھا رکن زکوۃ ہے۔ زکوۃ کا فارم یہ ہے کہ آدمی اپنی کمائی کے ایک حصے سے اپنی ضرورتوں کو پورا کرے اور اپنی کمائی کا کچھ حصہ خدا کے حکم کے مطابق وہ دوسرے انسانوں پر خرچ کرے۔</w:t>
      </w:r>
    </w:p>
    <w:p>
      <w:r>
        <w:rPr>
          <w:b/>
        </w:rPr>
        <w:t xml:space="preserve">[12:01] </w:t>
      </w:r>
      <w:r>
        <w:t>yeh zakat ka form hai. zakat ki spirit insan ki khair khwahi hai, yani tamam insano ko apna samajhna.</w:t>
      </w:r>
    </w:p>
    <w:p>
      <w:pPr>
        <w:jc w:val="right"/>
      </w:pPr>
      <w:r>
        <w:t>یہ زکوۃ کا فارم ہے۔ زکوۃ کی اسپرٹ انسان کی خیر خواہی ہے، یعنی تمام انسانوں کو اپنا سمجھنا۔</w:t>
      </w:r>
    </w:p>
    <w:p>
      <w:r>
        <w:rPr>
          <w:b/>
        </w:rPr>
        <w:t xml:space="preserve">[12:12] </w:t>
      </w:r>
      <w:r>
        <w:t>haqeeqi maano mein insan dost ravaiyya ya human friendly behaviour ikhtiyar karna. sirf apne liye jeene ke bajaye sari insaniyat ke liye jeena.</w:t>
      </w:r>
    </w:p>
    <w:p>
      <w:pPr>
        <w:jc w:val="right"/>
      </w:pPr>
      <w:r>
        <w:t>حقیقی معنوں میں انسان دوست رویہ یا ہیومن فرینڈلی بیہیویئر اختیار کرنا۔ صرف اپنے لیے جینے کے بجائے ساری انسانیت کے لیے جینا۔</w:t>
      </w:r>
    </w:p>
    <w:p>
      <w:r>
        <w:rPr>
          <w:b/>
        </w:rPr>
        <w:t xml:space="preserve">[12:25] </w:t>
      </w:r>
      <w:r>
        <w:t>aadmi agar zakat ki raqam de de lekin dil se woh insano ka khair khwah na bane to uski zakat adhuri zakat maani jayegi.</w:t>
      </w:r>
    </w:p>
    <w:p>
      <w:pPr>
        <w:jc w:val="right"/>
      </w:pPr>
      <w:r>
        <w:t>آدمی اگر زکوۃ کی رقم دے دے لیکن دل سے وہ انسانوں کا خیر خواہ نہ بنے تو اس کی زکوۃ ادھوری زکوۃ مانی جائے گی۔</w:t>
      </w:r>
    </w:p>
    <w:p>
      <w:r>
        <w:rPr>
          <w:b/>
        </w:rPr>
        <w:t xml:space="preserve">[12:36] </w:t>
      </w:r>
      <w:r>
        <w:t>aise aadmi ki zakat poore maano mein zakat nahi hogi.</w:t>
      </w:r>
    </w:p>
    <w:p>
      <w:pPr>
        <w:jc w:val="right"/>
      </w:pPr>
      <w:r>
        <w:t>ایسے آدمی کی زکوۃ پورے معنوں میں زکوۃ نہیں ہوگی۔</w:t>
      </w:r>
    </w:p>
    <w:p>
      <w:r>
        <w:rPr>
          <w:b/>
        </w:rPr>
        <w:t xml:space="preserve">[12:54] </w:t>
      </w:r>
      <w:r>
        <w:t>hajj. islami arkan mein se panchva rukan hajj hai. hajj ke lafzi maani hain qasd karke ek jagah se doosri jagah jana.</w:t>
      </w:r>
    </w:p>
    <w:p>
      <w:pPr>
        <w:jc w:val="right"/>
      </w:pPr>
      <w:r>
        <w:t>حج۔ اسلامی ارکان میں سے پانچواں رکن حج ہے۔ حج کے لفظی معنی ہیں قصد کر کے ایک جگہ سے دوسری جگہ جانا۔</w:t>
      </w:r>
    </w:p>
    <w:p>
      <w:r>
        <w:rPr>
          <w:b/>
        </w:rPr>
        <w:t xml:space="preserve">[13:10] </w:t>
      </w:r>
      <w:r>
        <w:t>sharai istilaha mein hajj se murad woh ibadati safar hai jis mein aadmi apne watan se nikal kar makkah ya arab jata hai aur wahan maah zilhajj ki muqarrar tareekhon mein hajj ke مراسم ada karta hai aur khuda ke naam par janwar ko qurban karta hai.</w:t>
      </w:r>
    </w:p>
    <w:p>
      <w:pPr>
        <w:jc w:val="right"/>
      </w:pPr>
      <w:r>
        <w:t>شرعی اصطلاح میں حد سے مراد وہ عبادتی سفر ہے جس میں آدمی اپنے وطن سے نکل کر مکہ یا عرب جاتا ہے اور وہاں ماہ ذوالحجہ کی مقرر تاریخوں میں حج کے مراسم ادا کرتا ہے اور خدا کے نام پر جانور کو قربان کرتا ہے۔</w:t>
      </w:r>
    </w:p>
    <w:p>
      <w:r>
        <w:rPr>
          <w:b/>
        </w:rPr>
        <w:t xml:space="preserve">[13:35] </w:t>
      </w:r>
      <w:r>
        <w:t>yeh hajj ka form hai. hajj ki spirit qurbani ya sacrifice hai. hajj ka form aur hajj ki spirit jab kisi ki zindagi mein ekattha hon to woh hajj ki ibadat karne wala qarar pata hai.</w:t>
      </w:r>
    </w:p>
    <w:p>
      <w:pPr>
        <w:jc w:val="right"/>
      </w:pPr>
      <w:r>
        <w:t>یہ حج کا فارم ہے۔ حج کی اسپرٹ قربانی یا سیکریفائس ہے۔ حج کا فارم اور حج کی اسپرٹ جب کسی کی زندگی میں اکٹھا ہوں تو وہ حج کی عبادت کرنے والا قرار پاتا ہے۔</w:t>
      </w:r>
    </w:p>
    <w:p>
      <w:r>
        <w:rPr>
          <w:b/>
        </w:rPr>
        <w:t xml:space="preserve">[13:54] </w:t>
      </w:r>
      <w:r>
        <w:t>hajj ke douran mina ke maqam par tamam haji janwar ki qurbani pesh karte hain. unhi tareekhon mein duniya bhar mein mukhtalif maqamat par musalman eid ul adha manate hain.</w:t>
      </w:r>
    </w:p>
    <w:p>
      <w:pPr>
        <w:jc w:val="right"/>
      </w:pPr>
      <w:r>
        <w:t>حج کے دوران منی کے مقام پر تمام حاجی جانور کی قربانی پیش کرتے ہیں۔ انہی تاریخوں میں دنیا بھر میں مختلف مقامات پر مسلمان عید اضحی مناتے ہیں۔</w:t>
      </w:r>
    </w:p>
    <w:p>
      <w:r>
        <w:rPr>
          <w:b/>
        </w:rPr>
        <w:t xml:space="preserve">[14:10] </w:t>
      </w:r>
      <w:r>
        <w:t>eid ul adha goya ke hajj ki ibadat mein ek qism ki juzwi shirkath hai. eid ul adha ke zariye tamam duniya ke musalman makkah mein kiye jane wale hajj ke sath apni wabastagi ka izhar karte hain.</w:t>
      </w:r>
    </w:p>
    <w:p>
      <w:pPr>
        <w:jc w:val="right"/>
      </w:pPr>
      <w:r>
        <w:t>عید اضحی گویا کہ حج کی عبادت میں ایک قسم کی جزئی شرکت ہے۔ عید اضحی کے ذریعے تمام دنیا کے مسلمان مکہ میں کیے جانے والے حج کے ساتھ اپنی وابستگی کا اظہار کرتے ہیں۔</w:t>
      </w:r>
    </w:p>
    <w:p>
      <w:r>
        <w:rPr>
          <w:b/>
        </w:rPr>
        <w:t xml:space="preserve">[14:28] </w:t>
      </w:r>
      <w:r>
        <w:t>paighambar e islam sallallahu alaihi wasallam se poocha gaya: "ya rasool allah! ma hadhi al adahiyyu?" qala: "sunnat abikum ibrahim" sunan ibn majah hadith number 3127,</w:t>
      </w:r>
    </w:p>
    <w:p>
      <w:pPr>
        <w:jc w:val="right"/>
      </w:pPr>
      <w:r>
        <w:t>پیغمبر اسلام صلی اللہ علیہ وسلم سے پوچھا گیا: "یا رسول اللہ! ماھذہ الاداحیو؟" قال: "سنت ابیکم ابراہیم" سنن ابن ماجہ حدیث نمبر 3127،</w:t>
      </w:r>
    </w:p>
    <w:p>
      <w:r>
        <w:rPr>
          <w:b/>
        </w:rPr>
        <w:t xml:space="preserve">[14:45] </w:t>
      </w:r>
      <w:r>
        <w:t>yani: "ae khuda ke rasool</w:t>
      </w:r>
    </w:p>
    <w:p>
      <w:pPr>
        <w:jc w:val="right"/>
      </w:pPr>
      <w:r>
        <w:t>یعنی: "اے خدا کے رس</w:t>
      </w:r>
    </w:p>
    <w:p>
      <w:r>
        <w:rPr>
          <w:b/>
        </w:rPr>
        <w:t xml:space="preserve">[14:47] </w:t>
      </w:r>
      <w:r>
        <w:t>yeh qurbaniyan kya hain?" aap ne jawab diya ke: "yeh tumhare baap ibrahim ki sunnat hai." is hadith se maloom hota hai ke hajj ke zamane mein jo qurbani di jati hai woh is tareeqe par amal karne ke liye hoti hai jis ka namoona Hazrat Ibrahim alaihissalam ne qaim kiya tha.</w:t>
      </w:r>
    </w:p>
    <w:p>
      <w:pPr>
        <w:jc w:val="right"/>
      </w:pPr>
      <w:r>
        <w:t>ول! یہ قربانیاں کیا ہیں؟" آپ نے جواب دیا کہ: "یہ تمہارے باپ ابراہیم کی سنت ہے۔" اس حدیث سے معلوم ہوتا ہے کہ حج کے زمانے میں جو قربانی دی جاتی ہے وہ اس طریقے پر عمل کرنے کے لیے ہوتی ہے جس کا نمونہ حضرت ابراہیم علیہ السلام نے قائم کیا تھا۔</w:t>
      </w:r>
    </w:p>
    <w:p>
      <w:r>
        <w:rPr>
          <w:b/>
        </w:rPr>
        <w:t xml:space="preserve">[15:09] </w:t>
      </w:r>
      <w:r>
        <w:t>is liye hajj aur qurbani ki haqeeqat ko janne ke liye zaroori hai ke is pehlu se paighambar e khuda Hazrat Ibrahim alaihissalam ki zindagi ka mutala kiya jaye.</w:t>
      </w:r>
    </w:p>
    <w:p>
      <w:pPr>
        <w:jc w:val="right"/>
      </w:pPr>
      <w:r>
        <w:t>اس لیے حج اور قربانی کی حقیقت کو جاننے کے لیے ضروری ہے کہ اس پہلو سے پیغمبر خدا حضرت ابراہیم علیہ السلام کی زندگی کا مطالعہ کیا جائے۔</w:t>
      </w:r>
    </w:p>
    <w:p>
      <w:r>
        <w:rPr>
          <w:b/>
        </w:rPr>
        <w:t xml:space="preserve">[15:21] </w:t>
      </w:r>
      <w:r>
        <w:t>is mutale se na sirf yeh hoga ke hum ko hajj aur qurbani ka tareekhi pas manzar maloom hoga balkeh uski asal haqeeqat ko samajhna bhi hamare liye mumkin ho jayega.</w:t>
      </w:r>
    </w:p>
    <w:p>
      <w:pPr>
        <w:jc w:val="right"/>
      </w:pPr>
      <w:r>
        <w:t>اس مطالعے سے نہ صرف یہ ہوگا کہ ہم کو حج اور قربانی کا تاریخی پس منظر معلوم ہوگا بلکہ اس کی اصل حقیقت کو سمجھنا بھی ہمارے لیے ممکن ہو جائے گا۔</w:t>
      </w:r>
    </w:p>
    <w:p>
      <w:r>
        <w:rPr>
          <w:b/>
        </w:rPr>
        <w:t xml:space="preserve">[15:34] </w:t>
      </w:r>
      <w:r>
        <w:t>hajj ya eid ul adha mein qurbani darasal Hazrat Ibrahim alaihissalam ki sunnat ko dobara zinda karne ka ahad hai.</w:t>
      </w:r>
    </w:p>
    <w:p>
      <w:pPr>
        <w:jc w:val="right"/>
      </w:pPr>
      <w:r>
        <w:t>حج یا عید اضحی میں قربانی دراصل حضرت ابراہیم علیہ السلام کی سنت کو دوبارہ زندہ کرنے کا عہد ہے۔</w:t>
      </w:r>
    </w:p>
    <w:p>
      <w:r>
        <w:rPr>
          <w:b/>
        </w:rPr>
        <w:t xml:space="preserve">[15:44] </w:t>
      </w:r>
      <w:r>
        <w:t>is liye zaroori hai ke Hazrat Ibrahim alaihissalam ki zindagi ki roshni mein qurbani ki haqeeqat ko samajhne ki koshish ki jaye.</w:t>
      </w:r>
    </w:p>
    <w:p>
      <w:pPr>
        <w:jc w:val="right"/>
      </w:pPr>
      <w:r>
        <w:t>اس لیے ضروری ہے کہ حضرت ابراہیم علیہ السلام کی زندگی کی روشنی میں قربانی کی حقیقت کو سمجھنے کی کوشش کی جائے۔</w:t>
      </w:r>
    </w:p>
    <w:p>
      <w:r>
        <w:rPr>
          <w:b/>
        </w:rPr>
        <w:t xml:space="preserve">[16:07] </w:t>
      </w:r>
      <w:r>
        <w:t>Hazrat Ibrahim alaihissalam. Hazrat Ibrahim alaihissalam 1985 qabl e masih mein iraq ke qadeem shahar ur mein paida hue.</w:t>
      </w:r>
    </w:p>
    <w:p>
      <w:pPr>
        <w:jc w:val="right"/>
      </w:pPr>
      <w:r>
        <w:t>حضرت ابراہیم علیہ السلام۔ حضرت ابراہیم علیہ السلام 1985 قبل مسیح میں عراق کے قدیم شہر عر میں پیدا ہوئے۔</w:t>
      </w:r>
    </w:p>
    <w:p>
      <w:r>
        <w:rPr>
          <w:b/>
        </w:rPr>
        <w:t xml:space="preserve">[16:20] </w:t>
      </w:r>
      <w:r>
        <w:t>unhone 175 saal se zyada umar paayi. ur qadeem iraq ki rajdhani tha. mazeed yeh ke yeh ilaqah qadeem abad duniya mesopotamia ka markaz tha.</w:t>
      </w:r>
    </w:p>
    <w:p>
      <w:pPr>
        <w:jc w:val="right"/>
      </w:pPr>
      <w:r>
        <w:t>انہوں نے 175 سال سے زیادہ عمر پائی۔ عر قدیم عراق کی راجدھانی تھا۔ مزید یہ کہ یہ علاقہ قدیم آباد دنیا میسوپوٹیمیا کا مرکز تھا۔</w:t>
      </w:r>
    </w:p>
    <w:p>
      <w:r>
        <w:rPr>
          <w:b/>
        </w:rPr>
        <w:t xml:space="preserve">[16:35] </w:t>
      </w:r>
      <w:r>
        <w:t>Hazrat Ibrahim alaihissalam ne apni tamam aala salahiyaton aur kamil dardmandi ke sath apne moaserin ko tauheed ki taraf bulaya.</w:t>
      </w:r>
    </w:p>
    <w:p>
      <w:pPr>
        <w:jc w:val="right"/>
      </w:pPr>
      <w:r>
        <w:t>حضرت ابراہیم علیہ السلام نے اپنی تمام اعلیٰ صلاحیتوں اور کامل دردمندی کے ساتھ اپنے معاصرین کو توحید کی طرف بلایا۔</w:t>
      </w:r>
    </w:p>
    <w:p>
      <w:r>
        <w:rPr>
          <w:b/>
        </w:rPr>
        <w:t xml:space="preserve">[16:47] </w:t>
      </w:r>
      <w:r>
        <w:t>is waqt ke iraqi badshah nimrod tak bhi apni dawat pahunchai lekin koi bhi shakhs aap ki dawat ko qabool karne ke liye tayyar na hua.</w:t>
      </w:r>
    </w:p>
    <w:p>
      <w:pPr>
        <w:jc w:val="right"/>
      </w:pPr>
      <w:r>
        <w:t>اس وقت کے عراقی بادشاہ نمرود تک بھی اپنی دعوت پہنچائی لیکن کوئی بھی شخص آپ کی دعوت کو قبول کرنے کے لیے تیار نہ ہوا۔</w:t>
      </w:r>
    </w:p>
    <w:p>
      <w:r>
        <w:rPr>
          <w:b/>
        </w:rPr>
        <w:t xml:space="preserve">[17:00] </w:t>
      </w:r>
      <w:r>
        <w:t>hata ke aap jab itmam e hujjat ke baad iraq se nikle to aap ke sath sirf do insan the: aap ke bhatije aur aap ki ahliya.</w:t>
      </w:r>
    </w:p>
    <w:p>
      <w:pPr>
        <w:jc w:val="right"/>
      </w:pPr>
      <w:r>
        <w:t>حتیٰ کہ آپ جب اتمام حجت کے بعد عراق سے نکلے تو آپ کے ساتھ صرف دو انسان تھے: آپ کے بھتیجے اور آپ کی اہلیہ۔</w:t>
      </w:r>
    </w:p>
    <w:p>
      <w:r>
        <w:rPr>
          <w:b/>
        </w:rPr>
        <w:t xml:space="preserve">[17:14] </w:t>
      </w:r>
      <w:r>
        <w:t>Hazrat Ibrahim alaihissalam se pehle mukhtalif zamanon aur mukhtalif ilaqon mein khuda ke paighambar aate rahe aur logon ko tauheed ki dawat dete rahe.</w:t>
      </w:r>
    </w:p>
    <w:p>
      <w:pPr>
        <w:jc w:val="right"/>
      </w:pPr>
      <w:r>
        <w:t>حضرت ابراہیم علیہ السلام سے پہلے مختلف زمانوں اور مختلف علاقوں میں خدا کے پیغمبر آتے رہے اور لوگوں کو توحید کی دعوت دیتے رہے۔</w:t>
      </w:r>
    </w:p>
    <w:p>
      <w:r>
        <w:rPr>
          <w:b/>
        </w:rPr>
        <w:t xml:space="preserve">[17:26] </w:t>
      </w:r>
      <w:r>
        <w:t>lekin in tamam paighambaron ke sath yaksaan taur par yeh hua ke log unka inkar karte rahe. unhone paighambaron ka istiqbal istihza ke sath kiya.</w:t>
      </w:r>
    </w:p>
    <w:p>
      <w:pPr>
        <w:jc w:val="right"/>
      </w:pPr>
      <w:r>
        <w:t>لیکن ان تمام پیغمبروں کے ساتھ یکساں طور پر یہ ہوا کہ لوگ ان کا انکار کرتے رہے۔ انہوں نے پیغمبروں کا استقبال استہزاء کے ساتھ کیا۔</w:t>
      </w:r>
    </w:p>
    <w:p>
      <w:r>
        <w:rPr>
          <w:b/>
        </w:rPr>
        <w:t xml:space="preserve">[17:40] </w:t>
      </w:r>
      <w:r>
        <w:t>Hazrat Ibrahim alaihissalam ke upar paighambar ki tareekh ka ek daur khatm ho gaya. ab zaroorat thi ke dawat ilallah ki nayi mansooba bandi ki jaye.</w:t>
      </w:r>
    </w:p>
    <w:p>
      <w:pPr>
        <w:jc w:val="right"/>
      </w:pPr>
      <w:r>
        <w:t>حضرت ابراہیم علیہ السلام کے اوپر پیغمبر کی تاریخ کا ایک دور ختم ہو گیا۔ اب ضرورت تھی کہ دعوت الی اللہ کی نئی منصوبہ بندی کی جائے۔</w:t>
      </w:r>
    </w:p>
    <w:p>
      <w:r>
        <w:rPr>
          <w:b/>
        </w:rPr>
        <w:t xml:space="preserve">[17:52] </w:t>
      </w:r>
      <w:r>
        <w:t>is mansoobe ke liye allah taala ne Hazrat Ibrahim alaihissalam ka intikhab kiya. chunancha Hazrat Ibrahim alaihissalam apni biwi hajra aur chhote bachche ismail ke sath iraq se nikle aur mukhtalif shahron se guzarte hue aakhir kar wahan pahunche jahan aaj makkah abad hai.</w:t>
      </w:r>
    </w:p>
    <w:p>
      <w:pPr>
        <w:jc w:val="right"/>
      </w:pPr>
      <w:r>
        <w:t>اس منصوبے کے لیے اللہ تعالیٰ نے حضرت ابراہیم علیہ السلام کا انتخاب کیا۔ چنانچہ حضرت ابراہیم علیہ السلام اپنی بیوی ہاجرہ اور چھوٹے بچے اسماعیل کے ساتھ عراق سے نکلے اور مختلف شہروں سے گزرتے ہوئے آخر کار وہاں پہنچے جہاں آج مکہ آباد ہے۔</w:t>
      </w:r>
    </w:p>
    <w:p>
      <w:r>
        <w:rPr>
          <w:b/>
        </w:rPr>
        <w:t xml:space="preserve">[18:15] </w:t>
      </w:r>
      <w:r>
        <w:t>aik rivayat se maloom hota hai ke aap ka yeh safar farishta jibril ki rehnumai mein tay hua. hajra peghambar ibrahim alaihissalam ki biwi theen.</w:t>
      </w:r>
    </w:p>
    <w:p>
      <w:pPr>
        <w:jc w:val="right"/>
      </w:pPr>
      <w:r>
        <w:t>ایک روایت سے معلوم ہوتا ہے کہ آپ کا یہ سفر فرشتہ جبرائیل کی رہنمائی میں طے ہوا۔ ہاجرہ پیغمبر ابراہیم علیہ السلام کی بیوی تھیں۔</w:t>
      </w:r>
    </w:p>
    <w:p>
      <w:r>
        <w:rPr>
          <w:b/>
        </w:rPr>
        <w:t xml:space="preserve">[18:26] </w:t>
      </w:r>
      <w:r>
        <w:t>un se aik aulad paida hui jis ka naam ismail rakha gaya. aik khodai mansoobay ke tehat hazrat ibrahim alaihissalam ne hajra aur un ke chhote bachay ismail ko arab mein makkah ke maqam par le ja kar basa diya jo us waqt bilkul ghair abad tha.</w:t>
      </w:r>
    </w:p>
    <w:p>
      <w:pPr>
        <w:jc w:val="right"/>
      </w:pPr>
      <w:r>
        <w:t>ان سے ایک اولاد پیدا ہوئی جس کا نام اسماعیل رکھا گیا۔ ایک خدائی منصوبے کے تحت حضرت ابراہیم علیہ السلام نے ہاجرہ اور ان کے چھوٹے بچے اسماعیل کو عرب میں مکہ کے مقام پر لے جا کر بسا دیا جو اس وقت بالکل غیر آباد تھا۔</w:t>
      </w:r>
    </w:p>
    <w:p>
      <w:r>
        <w:rPr>
          <w:b/>
        </w:rPr>
        <w:t xml:space="preserve">[18:48] </w:t>
      </w:r>
      <w:r>
        <w:t>is waqay ke baray mein quran mein mukhtasar tor par yeh hawala milta hai: "aur jab ibrahim ne kaha: aye mere rab!</w:t>
      </w:r>
    </w:p>
    <w:p>
      <w:pPr>
        <w:jc w:val="right"/>
      </w:pPr>
      <w:r>
        <w:t>اس واقعے کے بارے میں قرآن میں مختصر طور پر یہ حوالہ ملتا ہے: "اور جب ابراہیم نے کہا: اے میرے رب!</w:t>
      </w:r>
    </w:p>
    <w:p>
      <w:r>
        <w:rPr>
          <w:b/>
        </w:rPr>
        <w:t xml:space="preserve">[18:57] </w:t>
      </w:r>
      <w:r>
        <w:t>is shehar ko aman wala bana aur mujh ko aur meri aulad ko is se door rakh ke hum buton ki ibadat karein.</w:t>
      </w:r>
    </w:p>
    <w:p>
      <w:pPr>
        <w:jc w:val="right"/>
      </w:pPr>
      <w:r>
        <w:t>اس شہر کو امن والا بنا اور مجھ کو اور میری اولاد کو اس سے دور رکھ کہ ہم بتوں کی عبادت کریں۔</w:t>
      </w:r>
    </w:p>
    <w:p>
      <w:r>
        <w:rPr>
          <w:b/>
        </w:rPr>
        <w:t xml:space="preserve">[19:06] </w:t>
      </w:r>
      <w:r>
        <w:t>aye mere rab! in buton ne bohat logon ko gumrah kar diya. pas jis ne meri pairwi ki woh mera hai aur jis ne mera kaha na mana to tu bakhshnay wala meharban hai.</w:t>
      </w:r>
    </w:p>
    <w:p>
      <w:pPr>
        <w:jc w:val="right"/>
      </w:pPr>
      <w:r>
        <w:t>اے میرے رب! ان بتوں نے بہت لوگوں کو گمراہ کر دیا۔ پس جس نے میری پیروی کی وہ میرا ہے اور جس نے میرا کہا نہ مانا تو تو بخشنے والا مہربان ہے۔</w:t>
      </w:r>
    </w:p>
    <w:p>
      <w:r>
        <w:rPr>
          <w:b/>
        </w:rPr>
        <w:t xml:space="preserve">[19:19] </w:t>
      </w:r>
      <w:r>
        <w:t>aye hamar</w:t>
      </w:r>
    </w:p>
    <w:p>
      <w:pPr>
        <w:jc w:val="right"/>
      </w:pPr>
      <w:r>
        <w:t>اے ہمار</w:t>
      </w:r>
    </w:p>
    <w:p>
      <w:r>
        <w:rPr>
          <w:b/>
        </w:rPr>
        <w:t xml:space="preserve">[19:20] </w:t>
      </w:r>
      <w:r>
        <w:t>ay rab! mein ne apni aulad ko aik be kheti ki wadi mein tere mohtaram ghar ke pas basaya hai. aye hamaray</w:t>
      </w:r>
    </w:p>
    <w:p>
      <w:pPr>
        <w:jc w:val="right"/>
      </w:pPr>
      <w:r>
        <w:t>ے رب! میں نے اپنی اولاد کو ایک بے کھیتی کی وادی میں تیرے محترم گھر کے پاس بسایا ہے۔ اے ہمارے</w:t>
      </w:r>
    </w:p>
    <w:p>
      <w:r>
        <w:rPr>
          <w:b/>
        </w:rPr>
        <w:t xml:space="preserve">[19:29] </w:t>
      </w:r>
      <w:r>
        <w:t>rab! ta ke woh namaz qaim karein. pas tu logon ke dil un ki taraf mail kar de aur un ko fruits ki rozi ata farma ta ke woh shukar karein." hazrat hajra ke baray mein quran mein sirf mukhtasar ishara aya hai.</w:t>
      </w:r>
    </w:p>
    <w:p>
      <w:pPr>
        <w:jc w:val="right"/>
      </w:pPr>
      <w:r>
        <w:t>رب! تاکہ وہ نماز قائم کریں۔ پس تو لوگوں کے دل ان کی طرف مائل کر دے اور ان کو فروٹس کی روزی عطا فرما تاکہ وہ شکر کریں۔" حضرت ہاجرہ کے بارے میں قرآن میں صرف مختصر اشارہ آیا ہے۔</w:t>
      </w:r>
    </w:p>
    <w:p>
      <w:r>
        <w:rPr>
          <w:b/>
        </w:rPr>
        <w:t xml:space="preserve">[19:48] </w:t>
      </w:r>
      <w:r>
        <w:t>taham hadith ki mashhoor kitab sahih bukhari mein hajra ke baray mein tafseeli rivayat maujood hai. yeh rivayat yahan naqal ki jati hai.</w:t>
      </w:r>
    </w:p>
    <w:p>
      <w:pPr>
        <w:jc w:val="right"/>
      </w:pPr>
      <w:r>
        <w:t>تاہم حدیث کی مشہور کتاب صحیح بخاری میں ہاجرہ کے بارے میں تفصیلی روایت موجود ہے۔ یہ روایت یہاں نقل کی جاتی ہے۔</w:t>
      </w:r>
    </w:p>
    <w:p>
      <w:r>
        <w:rPr>
          <w:b/>
        </w:rPr>
        <w:t xml:space="preserve">[19:58] </w:t>
      </w:r>
      <w:r>
        <w:t>hazrat abdullah bin abbas kehte hain ke auraton mein sab se pehle hajra ne kamar pata bandha ta ke sarah ko un ke baray mein khabar na ho sake.</w:t>
      </w:r>
    </w:p>
    <w:p>
      <w:pPr>
        <w:jc w:val="right"/>
      </w:pPr>
      <w:r>
        <w:t>حضرت عبداللہ بن عباس کہتے ہیں کہ عورتوں میں سب سے پہلے ہاجرہ نے کمر پٹا باندھا تاکہ سارہ کو ان کے بارے میں خبر نہ ہو سکے۔</w:t>
      </w:r>
    </w:p>
    <w:p>
      <w:r>
        <w:rPr>
          <w:b/>
        </w:rPr>
        <w:t xml:space="preserve">[20:09] </w:t>
      </w:r>
      <w:r>
        <w:t>phir ibrahim alaihissalam hajra aur un ke bachay ismail ko makkah mein le aaye. us waqt hajra ismail ko doodh pilati theen.</w:t>
      </w:r>
    </w:p>
    <w:p>
      <w:pPr>
        <w:jc w:val="right"/>
      </w:pPr>
      <w:r>
        <w:t>پھر ابراہیم علیہ السلام ہاجرہ اور ان کے بچے اسماعیل کو مکہ میں لے آئے۔ اس وقت ہاجرہ اسماعیل کو دودھ پلاتی تھیں۔</w:t>
      </w:r>
    </w:p>
    <w:p>
      <w:r>
        <w:rPr>
          <w:b/>
        </w:rPr>
        <w:t xml:space="preserve">[20:19] </w:t>
      </w:r>
      <w:r>
        <w:t>ibrahim alaihissalam ne in dono ko masjid ke oopri hissay mein aik baray darakht ke neechay bitha diya jahan zamzam hai.</w:t>
      </w:r>
    </w:p>
    <w:p>
      <w:pPr>
        <w:jc w:val="right"/>
      </w:pPr>
      <w:r>
        <w:t>ابراہیم علیہ السلام نے ان دونوں کو مسجد کے اوپری حصے میں ایک بڑے درخت کے نیچے بٹھا دیا جہاں زم زم ہے۔</w:t>
      </w:r>
    </w:p>
    <w:p>
      <w:r>
        <w:rPr>
          <w:b/>
        </w:rPr>
        <w:t xml:space="preserve">[20:30] </w:t>
      </w:r>
      <w:r>
        <w:t>us waqt makkah mein aik shakhs bhi maujood na tha aur na hi wahan pani tha. ibrahim alaihissalam ne khajoor ka aik thela aur pani ki aik mashk wahan rakh diya aur khud wahan se rawana hue.</w:t>
      </w:r>
    </w:p>
    <w:p>
      <w:pPr>
        <w:jc w:val="right"/>
      </w:pPr>
      <w:r>
        <w:t>اس وقت مکہ میں ایک شخص بھی موجود نہ تھا اور نہ ہی وہاں پانی تھا۔ ابراہیم علیہ السلام نے کھجور کا ایک تھیلا اور پانی کی ایک مشق وہاں رکھ دیا اور خود وہاں سے روانہ ہوئے۔</w:t>
      </w:r>
    </w:p>
    <w:p>
      <w:r>
        <w:rPr>
          <w:b/>
        </w:rPr>
        <w:t xml:space="preserve">[20:46] </w:t>
      </w:r>
      <w:r>
        <w:t>hajra un ke peechay nikli aur kaha ke: "aye abrah</w:t>
      </w:r>
    </w:p>
    <w:p>
      <w:pPr>
        <w:jc w:val="right"/>
      </w:pPr>
      <w:r>
        <w:t>ہاجرہ ان کے پیچھے نکلی اور کہا کہ: "اے ابراہ</w:t>
      </w:r>
    </w:p>
    <w:p>
      <w:r>
        <w:rPr>
          <w:b/>
        </w:rPr>
        <w:t xml:space="preserve">[20:50] </w:t>
      </w:r>
      <w:r>
        <w:t>im! hum ko is wadi mein chhod kar aap kahan ja rahe hain jahan na koi insan hai aur na koi aur cheez?" hazrat hajra ne hazrat ibrahim alaihissalam se yeh baat kai bar kahi aur ibrahim alaihissalam ne hajra ki baat par koi dhyan nahi diya.</w:t>
      </w:r>
    </w:p>
    <w:p>
      <w:pPr>
        <w:jc w:val="right"/>
      </w:pPr>
      <w:r>
        <w:t>یم! ہم کو اس وادی میں چھوڑ کر آپ کہاں جا رہے ہیں جہاں نہ کوئی انسان ہے اور نہ کوئی اور چیز؟" حضرت ہاجرہ نے حضرت ابراہیم علیہ السلام سے یہ بات کئی بار کہی اور ابراہیم علیہ السلام نے ہاجرہ کی بات پر کوئی دھیان نہیں دیا۔</w:t>
      </w:r>
    </w:p>
    <w:p>
      <w:r>
        <w:rPr>
          <w:b/>
        </w:rPr>
        <w:t xml:space="preserve">[21:08] </w:t>
      </w:r>
      <w:r>
        <w:t>hajra ne ibrahim alaihissalam se kaha ke: "kya Allah ne aap ko is ka hukum diya hai?" ibrahim alaihissalam ne kaha ke: "haan." hajra ne kaha: "phir to Allah hum ko zaya nahi kare ga." az allah yadiun.</w:t>
      </w:r>
    </w:p>
    <w:p>
      <w:pPr>
        <w:jc w:val="right"/>
      </w:pPr>
      <w:r>
        <w:t>ہاجرہ نے ابراہیم علیہ السلام سے کہا کہ: "کیا اللہ نے آپ کو اس کا حکم دیا ہے؟" ابراہیم علیہ السلام نے کہا کہ: "ہاں۔" ہاجرہ نے کہا: "پھر تو اللہ ہم کو ضائع نہیں کرے گا۔" اذ اللہ یدیون۔</w:t>
      </w:r>
    </w:p>
    <w:p>
      <w:r>
        <w:rPr>
          <w:b/>
        </w:rPr>
        <w:t xml:space="preserve">[21:25] </w:t>
      </w:r>
      <w:r>
        <w:t>hajra lot aaein. hazrat ibrahim janay lage yahan tak ke jab woh maqam thniya par puhnchay jahan se woh dikhai nahi detay thay to unhon ne apna rukh idhar kiya jahan ab kaba hai aur apnay dono hath utha kar yeh dua ki ke: "aye hamare r</w:t>
      </w:r>
    </w:p>
    <w:p>
      <w:pPr>
        <w:jc w:val="right"/>
      </w:pPr>
      <w:r>
        <w:t>ہاجرہ لوٹ آئیں۔ حضرت ابراہیم جانے لگے یہاں تک کہ جب وہ مقام ثنیہ پر پہنچے جہاں سے وہ دکھائی نہیں دیتے تھے تو انہوں نے اپنا رخ ادھر کیا جہاں اب کعبہ ہے اور اپنے دونوں ہاتھ اٹھا کر یہ دعا کی کہ: "اے ہمارے ر</w:t>
      </w:r>
    </w:p>
    <w:p>
      <w:r>
        <w:rPr>
          <w:b/>
        </w:rPr>
        <w:t xml:space="preserve">[21:44] </w:t>
      </w:r>
      <w:r>
        <w:t>ab! mein ne apni aulad ko aik aisi wadi mein basaya hai jahan kuch nahi ugta." yahan tak ke aap dua karte hue lafz yashkarun tak puhnchay.</w:t>
      </w:r>
    </w:p>
    <w:p>
      <w:pPr>
        <w:jc w:val="right"/>
      </w:pPr>
      <w:r>
        <w:t>ب! میں نے اپنی اولاد کو ایک ایسی وادی میں بسایا ہے جہاں کچھ نہیں اگتا۔" یہاں تک کہ آپ دعا کرتے ہوئے لفظ یشکرون تک پہنچے۔</w:t>
      </w:r>
    </w:p>
    <w:p>
      <w:r>
        <w:rPr>
          <w:b/>
        </w:rPr>
        <w:t xml:space="preserve">[21:57] </w:t>
      </w:r>
      <w:r>
        <w:t>hajra ismail ko doodh pilati theen aur mashk mein se pani peeti theen yahan tak ke jab mashk ka pani khatam ho gaya to woh piyasi hueen aur un ke betay ko bhi piyas lagi.</w:t>
      </w:r>
    </w:p>
    <w:p>
      <w:pPr>
        <w:jc w:val="right"/>
      </w:pPr>
      <w:r>
        <w:t>ہاجرہ اسماعیل کو دودھ پلاتیں اور مشق میں سے پانی پیتیں یہاں تک کہ جب مشق کا پانی ختم ہو گیا تو وہ پیاسی ہوئیں اور ان کے بیٹے کو بھی پیاس لگی۔</w:t>
      </w:r>
    </w:p>
    <w:p>
      <w:r>
        <w:rPr>
          <w:b/>
        </w:rPr>
        <w:t xml:space="preserve">[22:08] </w:t>
      </w:r>
      <w:r>
        <w:t>unhon ne betay ki taraf dekha to woh piyas se bechain tha. betay ki is halat ko dekh kar woh majboor ho kar nikli.</w:t>
      </w:r>
    </w:p>
    <w:p>
      <w:pPr>
        <w:jc w:val="right"/>
      </w:pPr>
      <w:r>
        <w:t>انہوں نے بیٹے کی طرف دیکھا تو وہ پیاس سے بے چین تھا۔ بیٹے کی اس حالت کو دیکھ کر وہ مجبور ہو کر نکلیں۔</w:t>
      </w:r>
    </w:p>
    <w:p>
      <w:r>
        <w:rPr>
          <w:b/>
        </w:rPr>
        <w:t xml:space="preserve">[22:17] </w:t>
      </w:r>
      <w:r>
        <w:t>unhon ne sab se qareeb pahaar safa ko paya. chunancha woh pahaar par charheen aur wadi ki taraf dekhnay lagin ke koi shakhs nazar aa jaye.</w:t>
      </w:r>
    </w:p>
    <w:p>
      <w:pPr>
        <w:jc w:val="right"/>
      </w:pPr>
      <w:r>
        <w:t>انہوں نے سب سے قریب پہاڑ صفا کو پایا۔ چنانچہ وہ پہاڑ پر چڑھیں اور وادی کی طرف دیکھنے لگیں کہ کوئی شخص نظر آ جائے۔</w:t>
      </w:r>
    </w:p>
    <w:p>
      <w:r>
        <w:rPr>
          <w:b/>
        </w:rPr>
        <w:t xml:space="preserve">[22:27] </w:t>
      </w:r>
      <w:r>
        <w:t>woh kisi ko na dekh sakeen. woh safa se utreen yahan tak ke jab woh wadi tak puhnchi to apnay kurte ka aik hissa uthaya.</w:t>
      </w:r>
    </w:p>
    <w:p>
      <w:pPr>
        <w:jc w:val="right"/>
      </w:pPr>
      <w:r>
        <w:t>وہ کسی کو نہ دیکھ سکیں۔ وہ صفا سے اتریں یہاں تک کہ جب وہ وادی تک پہنچی تو اپنے کرتے کا ایک حصہ اٹھایا۔</w:t>
      </w:r>
    </w:p>
    <w:p>
      <w:r>
        <w:rPr>
          <w:b/>
        </w:rPr>
        <w:t xml:space="preserve">[22:36] </w:t>
      </w:r>
      <w:r>
        <w:t>phir woh thakawat se choor insan ki tarah daureen. wadi ko par kar ke woh marwa pahaar par aaein. is par kharay ho kar unhon ne dekha to koi insan nazar na aaya.</w:t>
      </w:r>
    </w:p>
    <w:p>
      <w:pPr>
        <w:jc w:val="right"/>
      </w:pPr>
      <w:r>
        <w:t>پھر وہ تھکاوٹ سے چور انسان کی طرح دوڑیں۔ وادی کو پار کر کے وہ مروہ پہاڑ پر آئیں۔ اس پر کھڑے ہو کر انہوں نے دیکھا تو کوئی انسان نظر نہ آیا۔</w:t>
      </w:r>
    </w:p>
    <w:p>
      <w:r>
        <w:rPr>
          <w:b/>
        </w:rPr>
        <w:t xml:space="preserve">[22:49] </w:t>
      </w:r>
      <w:r>
        <w:t>is tarah unhon ne safa o marwa ke darmiyan saat chakar lagaye. hazrat abdullah bin abbas kehte hain ke rasool Allah sallallahu alaihi wasallam ne farmaya ke log in dono ke darmiyan saee karte hain.</w:t>
      </w:r>
    </w:p>
    <w:p>
      <w:pPr>
        <w:jc w:val="right"/>
      </w:pPr>
      <w:r>
        <w:t>اس طرح انہوں نے صفا و مروہ کے درمیان سات چکر لگائے۔ حضرت عبداللہ بن عباس کہتے ہیں کہ رسول اللہ صلی اللہ علیہ وسلم نے فرمایا کہ لوگ ان دونوں کے درمیان سعی کرتے ہیں۔</w:t>
      </w:r>
    </w:p>
    <w:p>
      <w:r>
        <w:rPr>
          <w:b/>
        </w:rPr>
        <w:t xml:space="preserve">[23:07] </w:t>
      </w:r>
      <w:r>
        <w:t>phir woh marwa par charheen. unhon ne aik awaz suni. woh apnay aap se kehne lagin ke: "chup reh." phir sunna chaha to wohi awaz suni.</w:t>
      </w:r>
    </w:p>
    <w:p>
      <w:pPr>
        <w:jc w:val="right"/>
      </w:pPr>
      <w:r>
        <w:t>پھر وہ مروہ پر چڑھیں۔ انہوں نے ایک آواز سنی۔ وہ اپنے آپ سے کہنے لگیں کہ: "چپ رہ۔" پھر سننا چاہا تو وہی آواز سنی۔</w:t>
      </w:r>
    </w:p>
    <w:p>
      <w:r>
        <w:rPr>
          <w:b/>
        </w:rPr>
        <w:t xml:space="preserve">[23:18] </w:t>
      </w:r>
      <w:r>
        <w:t>unho ne kaha ke: "tu ne apni awaz mujh ko suna di. tu is waqt hamari madad kar sakta hai?" dekha to maqam zam zam ke pas aik farishta hai.</w:t>
      </w:r>
    </w:p>
    <w:p>
      <w:pPr>
        <w:jc w:val="right"/>
      </w:pPr>
      <w:r>
        <w:t>انہوں نے کہا کہ: "تو نے اپنی آواز مجھ کو سنا دی۔ تو اس وقت ہماری مدد کر سکتا ہے؟" دیکھا تو مقام زم زم کے پاس ایک فرشتہ ہے۔</w:t>
      </w:r>
    </w:p>
    <w:p>
      <w:r>
        <w:rPr>
          <w:b/>
        </w:rPr>
        <w:t xml:space="preserve">[23:30] </w:t>
      </w:r>
      <w:r>
        <w:t>farishte ne apni edi ya pankh zameen par mara. pani nikal aya. hajra us ko hauz ki tarah banane lagi aur hath se us ke gird mend khenchne lagi.</w:t>
      </w:r>
    </w:p>
    <w:p>
      <w:pPr>
        <w:jc w:val="right"/>
      </w:pPr>
      <w:r>
        <w:t>فرشتے نے اپنی ایڑی یا پنکھ زمین پر مارا۔ پانی نکل آیا۔ ہاجرہ اس کو حوض کی طرح بنانے لگی اور ہاتھ سے اس کے گرد میند کھینچنے لگی۔</w:t>
      </w:r>
    </w:p>
    <w:p>
      <w:r>
        <w:rPr>
          <w:b/>
        </w:rPr>
        <w:t xml:space="preserve">[23:44] </w:t>
      </w:r>
      <w:r>
        <w:t>wo pani chulo se le kar apni mashk mein bharti. wo jis qadar pani bharti chashma itna hi ziyada ubalta. hazrat ibn abbas kehte hain ke rasool Allah sal Allah alaih wasallam ne farmaya ke Allah hajra par reham kare.</w:t>
      </w:r>
    </w:p>
    <w:p>
      <w:pPr>
        <w:jc w:val="right"/>
      </w:pPr>
      <w:r>
        <w:t>وہ پانی چلو سے لے کر اپنی مشق میں بھرتی۔ وہ جس قدر پانی بھرتی چشمہ اتنا ہی زیادہ ابلتا۔ حضرت ابن عباس کہتے ہیں کہ رسول اللہ صلی اللہ علیہ وسلم نے فرمایا کہ اللہ ہاجرہ پر رحم کرے۔</w:t>
      </w:r>
    </w:p>
    <w:p>
      <w:r>
        <w:rPr>
          <w:b/>
        </w:rPr>
        <w:t xml:space="preserve">[24:02] </w:t>
      </w:r>
      <w:r>
        <w:t>agar wo zam zam ko apne hal par chhod deti ya aap ne yeh farmaya ke agar wo chulo bhar kar pani na leti to zam zam aik behta chashma hota.</w:t>
      </w:r>
    </w:p>
    <w:p>
      <w:pPr>
        <w:jc w:val="right"/>
      </w:pPr>
      <w:r>
        <w:t>اگر وہ زم زم کو اپنے حال پر چھوڑ دیتی یا آپ نے یہ فرمایا کہ اگر وہ چلو بھر کر پانی نہ لیتی تو زم زم ایک بہتا چشمہ ہوتا۔</w:t>
      </w:r>
    </w:p>
    <w:p>
      <w:r>
        <w:rPr>
          <w:b/>
        </w:rPr>
        <w:t xml:space="preserve">[24:14] </w:t>
      </w:r>
      <w:r>
        <w:t>hajra ne pani piya aur apne bete ko pilaya. farishte ne hajra se kaha ke tum zaya hone ka andesha na karo.</w:t>
      </w:r>
    </w:p>
    <w:p>
      <w:pPr>
        <w:jc w:val="right"/>
      </w:pPr>
      <w:r>
        <w:t>ہاجرہ نے پانی پیا اور اپنے بیٹے کو پلایا۔ فرشتے نے ہاجرہ سے کہا کہ تم ضائع ہونے کا اندیشہ نہ کرو۔</w:t>
      </w:r>
    </w:p>
    <w:p>
      <w:r>
        <w:rPr>
          <w:b/>
        </w:rPr>
        <w:t xml:space="preserve">[24:23] </w:t>
      </w:r>
      <w:r>
        <w:t>yeh Allah ka ghar hai. yeh bachcha aur is ke baap dono is ghar ko banayenge aur Allah apne ghar walon ko zaya nahi karta.</w:t>
      </w:r>
    </w:p>
    <w:p>
      <w:pPr>
        <w:jc w:val="right"/>
      </w:pPr>
      <w:r>
        <w:t>یہ اللہ کا گھر ہے۔ یہ بچہ اور اس کے باپ دونوں اس گھر کو بنائیں گے اور اللہ اپنے گھر والوں کو ضائع نہیں کرتا۔</w:t>
      </w:r>
    </w:p>
    <w:p>
      <w:r>
        <w:rPr>
          <w:b/>
        </w:rPr>
        <w:t xml:space="preserve">[24:35] </w:t>
      </w:r>
      <w:r>
        <w:t>is waqt ghar yani kaba tille ki tarah zameen se ooncha tha. sailab aata aur wo is ke dayen bayen janib se nikal jata.</w:t>
      </w:r>
    </w:p>
    <w:p>
      <w:pPr>
        <w:jc w:val="right"/>
      </w:pPr>
      <w:r>
        <w:t>اس وقت گھر یعنی کعبہ ٹیلے کی طرح زمین سے اونچا تھا۔ سیلاب آتا اور وہ اس کے دائیں بائیں جانب سے نکل جاتا۔</w:t>
      </w:r>
    </w:p>
    <w:p>
      <w:r>
        <w:rPr>
          <w:b/>
        </w:rPr>
        <w:t xml:space="preserve">[24:57] </w:t>
      </w:r>
      <w:r>
        <w:t>kuch dinon tak hajra ne isi tarah zindagi guzari yahan tak ke jurham qabile ke kuch log ya jurham ke ghar wale qada ke rastay se aa rahe the.</w:t>
      </w:r>
    </w:p>
    <w:p>
      <w:pPr>
        <w:jc w:val="right"/>
      </w:pPr>
      <w:r>
        <w:t>کچھ دنوں تک ہاجرہ نے اسی طرح زندگی گزاری یہاں تک کہ جرہم قبیلے کے کچھ لوگ یا جرہم کے گھر والے قدا کے راستے سے آ رہے تھے۔</w:t>
      </w:r>
    </w:p>
    <w:p>
      <w:r>
        <w:rPr>
          <w:b/>
        </w:rPr>
        <w:t xml:space="preserve">[25:10] </w:t>
      </w:r>
      <w:r>
        <w:t>wo makkah ke nishibi hisse mein utre. unhone wahan aik parinde ko dekha jo ghoom raha tha. wo kehne lage ke yeh parinda to pani par ghoomta hai.</w:t>
      </w:r>
    </w:p>
    <w:p>
      <w:pPr>
        <w:jc w:val="right"/>
      </w:pPr>
      <w:r>
        <w:t>وہ مکہ کے نشیبی حصے میں اترے۔ انہوں نے وہاں ایک پرندے کو دیکھا جو گھوم رہا تھا۔ وہ کہنے لگے کہ یہ پرندہ تو پانی پر گھومتا ہے۔</w:t>
      </w:r>
    </w:p>
    <w:p>
      <w:r>
        <w:rPr>
          <w:b/>
        </w:rPr>
        <w:t xml:space="preserve">[25:22] </w:t>
      </w:r>
      <w:r>
        <w:t>hum is wadi mein rahe hain aur yahan pani na tha. unhone aik ya do aadmi ko khabar lene ke liye wahan bheja.</w:t>
      </w:r>
    </w:p>
    <w:p>
      <w:pPr>
        <w:jc w:val="right"/>
      </w:pPr>
      <w:r>
        <w:t>ہم اس وادی میں رہے ہیں اور یہاں پانی نہ تھا۔ انہوں نے ایک یا دو آدمی کو خبر لینے کے لیے وہاں بھیجا۔</w:t>
      </w:r>
    </w:p>
    <w:p>
      <w:r>
        <w:rPr>
          <w:b/>
        </w:rPr>
        <w:t xml:space="preserve">[25:32] </w:t>
      </w:r>
      <w:r>
        <w:t>unhone pani dekha. wo wapas laut kar gaye aur logon ko pani ki khabar di. wo log bhi aaye. rasool Allah sal Allah alaih wasallam ne farmaya ke hajra pani ke pas theen.</w:t>
      </w:r>
    </w:p>
    <w:p>
      <w:pPr>
        <w:jc w:val="right"/>
      </w:pPr>
      <w:r>
        <w:t>انہوں نے پانی دیکھا۔ وہ واپس لوٹ کر گئے اور لوگوں کو پانی کی خبر دی۔ وہ لوگ بھی آئے۔ رسول اللہ صلی اللہ علیہ وسلم نے فرمایا کہ ہاجرہ پانی کے پاس تھیں۔</w:t>
      </w:r>
    </w:p>
    <w:p>
      <w:r>
        <w:rPr>
          <w:b/>
        </w:rPr>
        <w:t xml:space="preserve">[25:45] </w:t>
      </w:r>
      <w:r>
        <w:t>unhone hajra se kaha ke kya tum hum ko yahan theherne ki ijazat deti ho? hazrat hajra ne kaha ke haan lekin pani par tumhara koi haq nahi.</w:t>
      </w:r>
    </w:p>
    <w:p>
      <w:pPr>
        <w:jc w:val="right"/>
      </w:pPr>
      <w:r>
        <w:t>انہوں نے ہاجرہ سے کہا کہ کیا تم ہم کو یہاں ٹھہرنے کی اجازت دیتی ہو؟ حضرت ہاجرہ نے کہا کہ ہاں لیکن پانی پر تمہارا کوئی حق نہیں۔</w:t>
      </w:r>
    </w:p>
    <w:p>
      <w:r>
        <w:rPr>
          <w:b/>
        </w:rPr>
        <w:t xml:space="preserve">[25:55] </w:t>
      </w:r>
      <w:r>
        <w:t>unhone kaha ke haan. hazrat abdullah bin abbas kehte hain ke rasool Allah sal Allah alaih wasallam ne farmaya ke hajra khud chahti theen ke yahan insan abad hon.</w:t>
      </w:r>
    </w:p>
    <w:p>
      <w:pPr>
        <w:jc w:val="right"/>
      </w:pPr>
      <w:r>
        <w:t>انہوں نے کہا کہ ہاں۔ حضرت عبداللہ بن عباس کہتے ہیں کہ رسول اللہ صلی اللہ علیہ وسلم نے فرمایا کہ ہاجرہ خود چاہتی تھیں کہ یہاں انسان آباد ہوں۔</w:t>
      </w:r>
    </w:p>
    <w:p>
      <w:r>
        <w:rPr>
          <w:b/>
        </w:rPr>
        <w:t xml:space="preserve">[26:09] </w:t>
      </w:r>
      <w:r>
        <w:t>in logon ne yahan par qayam kiya aur apne ghar walon ko bhi bula bheja. wo bhi yahin thehre. jab makkah mein kai ghar ban gaye aur ismail alaih wasallam jawan ho gaye aur ismail alaih wasallam ne jurham walon se arabi zaban seekh li.</w:t>
      </w:r>
    </w:p>
    <w:p>
      <w:pPr>
        <w:jc w:val="right"/>
      </w:pPr>
      <w:r>
        <w:t>ان لوگوں نے یہاں پر قیام کیا اور اپنے گھر والوں کو بھی بلا بھیجا۔ وہ بھی یہیں ٹھہرے۔ جب مکہ میں کئی گھر بن گئے اور اسماعیل علیہ السلام جوان ہو گئے اور اسماعیل علیہ السلام نے جرہم والوں سے عربی زبان سیکھ لی۔</w:t>
      </w:r>
    </w:p>
    <w:p>
      <w:r>
        <w:rPr>
          <w:b/>
        </w:rPr>
        <w:t xml:space="preserve">[26:26] </w:t>
      </w:r>
      <w:r>
        <w:t>jurham ke log un se mohabbat karne lage to unhone apni aik ladki se un ka nikah kar diya. hazrat hajra ka intiqal ho gaya.</w:t>
      </w:r>
    </w:p>
    <w:p>
      <w:pPr>
        <w:jc w:val="right"/>
      </w:pPr>
      <w:r>
        <w:t>جرہم کے لوگ ان سے محبت کرنے لگے تو انہوں نے اپنی ایک لڑکی سے ان کا نکاح کر دیا۔ حضرت ہاجرہ کا انتقال ہو گیا۔</w:t>
      </w:r>
    </w:p>
    <w:p>
      <w:r>
        <w:rPr>
          <w:b/>
        </w:rPr>
        <w:t xml:space="preserve">[26:37] </w:t>
      </w:r>
      <w:r>
        <w:t>jab hazrat ismail ka nikah ho chuka to ibrahim apni aulad ko dekhne aaye. unhone wahan ismail alaih wasallam ko nahi paya. chunache un ki biwi se un ke bare mein poocha.</w:t>
      </w:r>
    </w:p>
    <w:p>
      <w:pPr>
        <w:jc w:val="right"/>
      </w:pPr>
      <w:r>
        <w:t>جب حضرت اسماعیل کا نکاح ہو چکا تو ابراہیم اپنی اولاد کو دیکھنے آئے۔ انہوں نے وہاں اسماعیل علیہ السلام کو نہیں پایا۔ چنانچہ ان کی بیوی سے ان کے بارے میں پوچھا۔</w:t>
      </w:r>
    </w:p>
    <w:p>
      <w:r>
        <w:rPr>
          <w:b/>
        </w:rPr>
        <w:t xml:space="preserve">[26:50] </w:t>
      </w:r>
      <w:r>
        <w:t>unhone kaha ke wo hamare liye rizq ki talash mein nikle hain. hazrat ibrahim ne un se un ke guzar basar aur halat ke bare mein poocha.</w:t>
      </w:r>
    </w:p>
    <w:p>
      <w:pPr>
        <w:jc w:val="right"/>
      </w:pPr>
      <w:r>
        <w:t>انہوں نے کہا کہ وہ ہمارے لیے رزق کی تلاش میں نکلے ہیں۔ حضرت ابراہیم نے ان سے ان کے گزر بسر اور حالت کے بارے میں پوچھا۔</w:t>
      </w:r>
    </w:p>
    <w:p>
      <w:r>
        <w:rPr>
          <w:b/>
        </w:rPr>
        <w:t xml:space="preserve">[26:59] </w:t>
      </w:r>
      <w:r>
        <w:t>us ne kaha ke hum takleef mein hain. hum bohat ziyada tangi mein hain. us ne hazrat ibrahim se shikayat ki. hazrat ibrahim ne kaha ke jab tumhare shohar aayen to tum un ko mera salam kehna aur un se yeh bhi kehna ke wo apne darwaze ki chokhat ko badal den.</w:t>
      </w:r>
    </w:p>
    <w:p>
      <w:pPr>
        <w:jc w:val="right"/>
      </w:pPr>
      <w:r>
        <w:t>اس نے کہا کہ ہم تکلیف میں ہیں۔ ہم بہت زیادہ تنگی میں ہیں۔ اس نے حضرت ابراہیم سے شکایت کی۔ حضرت ابراہیم نے کہا کہ جب تمہارے شوہر آئیں تو تم ان کو میرا سلام کہنا اور ان سے یہ بھی کہنا کہ وہ اپنے دروازے کی چوکھٹ کو بدل دیں۔</w:t>
      </w:r>
    </w:p>
    <w:p>
      <w:r>
        <w:rPr>
          <w:b/>
        </w:rPr>
        <w:t xml:space="preserve">[27:18] </w:t>
      </w:r>
      <w:r>
        <w:t>jab hazrat ismail aaye unhone kuch mehsoos kar liya tha. unhone kaha ke kya tumhare pas koi aaya tha? us ne kaha ke haan ek boodha shakhs is is surat ka aaya tha.</w:t>
      </w:r>
    </w:p>
    <w:p>
      <w:pPr>
        <w:jc w:val="right"/>
      </w:pPr>
      <w:r>
        <w:t>جب حضرت اسماعیل آئے انہوں نے کچھ محسوس کر لیا تھا۔ انہوں نے کہا کہ کیا تمہارے پاس کوئی آیا تھا؟ اس نے کہا کہ ہاں ایک بوڑھا شخص اس اس صورت کا آیا تھا۔</w:t>
      </w:r>
    </w:p>
    <w:p>
      <w:r>
        <w:rPr>
          <w:b/>
        </w:rPr>
        <w:t xml:space="preserve">[27:31] </w:t>
      </w:r>
      <w:r>
        <w:t>unhone aap ke bare mein poocha. main ne un ko bataya. unhone mujh se poocha ke hamari guzar kaisi hoti hai? main ne kaha ke bari takleef aur tangi hai.</w:t>
      </w:r>
    </w:p>
    <w:p>
      <w:pPr>
        <w:jc w:val="right"/>
      </w:pPr>
      <w:r>
        <w:t>انہوں نے آپ کے بارے میں پوچھا۔ میں نے ان کو بتایا۔ انہوں نے مجھ سے پوچھا کہ ہماری گزر کیسی ہوتی ہے؟ میں نے کہا کہ بڑی تکلیف اور تنگی ہے۔</w:t>
      </w:r>
    </w:p>
    <w:p>
      <w:r>
        <w:rPr>
          <w:b/>
        </w:rPr>
        <w:t xml:space="preserve">[27:41] </w:t>
      </w:r>
      <w:r>
        <w:t>ismail alaih wasallam ne kaha ke kya unhone tum se aur kuch kaha hai? us ne kaha ke haan unhone mujh se aap ko salam kaha hai aur yeh bhi kaha hai ke apne darwaze ki chokhat ko badal do.</w:t>
      </w:r>
    </w:p>
    <w:p>
      <w:pPr>
        <w:jc w:val="right"/>
      </w:pPr>
      <w:r>
        <w:t>اسماعیل علیہ السلام نے کہا کہ کیا انہوں نے تم سے اور کچھ کہا ہے؟ اس نے کہا کہ ہاں انہوں نے مجھ سے آپ کو سلام کہا ہے اور یہ بھی کہا ہے کہ اپنے دروازے کی چوکھٹ کو بدل دو۔</w:t>
      </w:r>
    </w:p>
    <w:p>
      <w:r>
        <w:rPr>
          <w:b/>
        </w:rPr>
        <w:t xml:space="preserve">[27:55] </w:t>
      </w:r>
      <w:r>
        <w:t>hazrat ismail ne kaha ke wo mere baap the. unhone mujh ko hukum diya hai ke main tum ko chhod doon. tum apne ghar walon mein chali jao.</w:t>
      </w:r>
    </w:p>
    <w:p>
      <w:pPr>
        <w:jc w:val="right"/>
      </w:pPr>
      <w:r>
        <w:t>حضرت اسماعیل نے کہا کہ وہ میرے باپ تھے۔ انہوں نے مجھ کو حکم دیا ہے کہ میں تم کو چھوڑ دوں۔ تم اپنے گھر والوں میں چلی جاؤ۔</w:t>
      </w:r>
    </w:p>
    <w:p>
      <w:r>
        <w:rPr>
          <w:b/>
        </w:rPr>
        <w:t xml:space="preserve">[28:05] </w:t>
      </w:r>
      <w:r>
        <w:t>hazrat ismail ne us ko talak de di aur jurham ki ek doosri aurat se unhone nikah kar liya. hazrat ibrahim apne mulk mein thehre rahe jis qadar Allah ne chaha.</w:t>
      </w:r>
    </w:p>
    <w:p>
      <w:pPr>
        <w:jc w:val="right"/>
      </w:pPr>
      <w:r>
        <w:t>حضرت اسماعیل نے اس کو طلاق دے دی اور جرہم کی ایک دوسری عورت سے انہوں نے نکاح کر لیا۔ حضرت ابراہیم اپنے ملک میں ٹھہرے رہے جس قدر اللہ نے چاہا۔</w:t>
      </w:r>
    </w:p>
    <w:p>
      <w:r>
        <w:rPr>
          <w:b/>
        </w:rPr>
        <w:t xml:space="preserve">[28:17] </w:t>
      </w:r>
      <w:r>
        <w:t>us ke baad hazrat ibrahim hazrat ismail ke haan aaye to phir un ko nahi paya. wo un ki biwi ke pas aaye aur un se ismail ke bare mein poocha.</w:t>
      </w:r>
    </w:p>
    <w:p>
      <w:pPr>
        <w:jc w:val="right"/>
      </w:pPr>
      <w:r>
        <w:t>اس کے بعد حضرت ابراہیم حضرت اسماعیل کے ہاں آئے تو پھر ان کو نہیں پایا۔ وہ ان کی بیوی کے پاس آئے اور ان سے اسماعیل کے بارے میں پوچھا۔</w:t>
      </w:r>
    </w:p>
    <w:p>
      <w:r>
        <w:rPr>
          <w:b/>
        </w:rPr>
        <w:t xml:space="preserve">[28:27] </w:t>
      </w:r>
      <w:r>
        <w:t>us ne kaha ke wo hamare liye rizq ki talash mein nikle hain. hazrat ibrahim ne kaha ke tum log kaise ho? us ne kaha ke hum log khairiyat se hain aur kushadgi ki halat mein hain.</w:t>
      </w:r>
    </w:p>
    <w:p>
      <w:pPr>
        <w:jc w:val="right"/>
      </w:pPr>
      <w:r>
        <w:t>اس نے کہا کہ وہ ہمارے لیے رزق کی تلاش میں نکلے ہیں۔ حضرت ابراہیم نے کہا کہ تم لوگ کیسے ہو؟ اس نے کہا کہ ہم لوگ خیریت سے ہیں اور کشادگی کی حالت میں ہیں۔</w:t>
      </w:r>
    </w:p>
    <w:p>
      <w:r>
        <w:rPr>
          <w:b/>
        </w:rPr>
        <w:t xml:space="preserve">[28:40] </w:t>
      </w:r>
      <w:r>
        <w:t>us ne allah azwajal ki tareef ki. hazrat ibrahim ne kaha ke tumhara khana kya hai? us ne kaha ke gosht. hazrat ibrahim ne kaha ke tum kya peete ho?</w:t>
      </w:r>
    </w:p>
    <w:p>
      <w:pPr>
        <w:jc w:val="right"/>
      </w:pPr>
      <w:r>
        <w:t>اس نے اللہ عزوجل کی تعریف کی۔ حضرت ابراہیم نے کہا کہ تمہارا کھانا کیا ہے؟ اس نے کہا کہ گوشت۔ حضرت ابراہیم نے کہا کہ تم کیا پیتے ہو؟</w:t>
      </w:r>
    </w:p>
    <w:p>
      <w:r>
        <w:rPr>
          <w:b/>
        </w:rPr>
        <w:t xml:space="preserve">[28:51] </w:t>
      </w:r>
      <w:r>
        <w:t>us ne kaha ke pani. ibrahim alaihiالسلام ne dua ki ke aye</w:t>
      </w:r>
    </w:p>
    <w:p>
      <w:pPr>
        <w:jc w:val="right"/>
      </w:pPr>
      <w:r>
        <w:t>اس نے کہا کہ پانی۔ ابراہیم علیہ السلام نے دعا کی کہ اے</w:t>
      </w:r>
    </w:p>
    <w:p>
      <w:r>
        <w:rPr>
          <w:b/>
        </w:rPr>
        <w:t xml:space="preserve">[28:56] </w:t>
      </w:r>
      <w:r>
        <w:t>allah tu in ke gosht aur pani mein barkat de. rasool allah صلی اللہ علیہ وسلم ne farmaya ke is waqt makkah mein anaaj na tha aur agar wahan anaaj hota to ibrahim alaihiالسلام is mein bhi barkat ki dua karte.</w:t>
      </w:r>
    </w:p>
    <w:p>
      <w:pPr>
        <w:jc w:val="right"/>
      </w:pPr>
      <w:r>
        <w:t>اللہ تو ان کے گوشت اور پانی میں برکت دے۔ رسول اللہ صلی اللہ علیہ وسلم نے فرمایا کہ اس وقت مکہ میں اناج نہ تھا اور اگر وہاں اناج ہوتا تو ابراہیم علیہ السلام اس میں بھی برکت کی دعا کرتے۔</w:t>
      </w:r>
    </w:p>
    <w:p>
      <w:r>
        <w:rPr>
          <w:b/>
        </w:rPr>
        <w:t xml:space="preserve">[29:12] </w:t>
      </w:r>
      <w:r>
        <w:t>makkah ke ilawa kisi doosre mulk ke log agar gosht aur pani par guzar karein to woh un ko mowafeq na aaye. hazrat ibrahim ne kaha ke jab tumhare shohar aayein to tum un ko mera salam kehna aur meri taraf se un ko yeh hukum dena ke woh apne darwaze ki chokhat ko baqi rakhein.</w:t>
      </w:r>
    </w:p>
    <w:p>
      <w:pPr>
        <w:jc w:val="right"/>
      </w:pPr>
      <w:r>
        <w:t>مکہ کے علاوہ کسی دوسرے ملک کے لوگ اگر گوشت اور پانی پر گزر کریں تو وہ ان کو موافق نہ آئے۔ حضرت ابراہیم نے کہا کہ جب تمہارے شوہر آئیں تو تم ان کو میرا سلام کہنا اور میری طرف سے ان کو یہ حکم دینا کہ وہ اپنے دروازے کی چوکھٹ کو باقی رکھیں۔</w:t>
      </w:r>
    </w:p>
    <w:p>
      <w:r>
        <w:rPr>
          <w:b/>
        </w:rPr>
        <w:t xml:space="preserve">[29:33] </w:t>
      </w:r>
      <w:r>
        <w:t>pas jab hazrat ismail aaye to unhone kaha ke kya tumhare paas koi shakhs aaya tha? us ne kaha ke haan hamare paas ek achi surat ke buzurg aaye the aur us ne aane wale ki tareef ki.</w:t>
      </w:r>
    </w:p>
    <w:p>
      <w:pPr>
        <w:jc w:val="right"/>
      </w:pPr>
      <w:r>
        <w:t>پس جب حضرت اسماعیل آئے تو انہوں نے کہا کہ کیا تمہارے پاس کوئی شخص آیا تھا؟ اس نے کہا کہ ہاں ہمارے پاس ایک اچھی صورت کے بزرگ آئے تھے اور اس نے آنے والے کی تعریف کی۔</w:t>
      </w:r>
    </w:p>
    <w:p>
      <w:r>
        <w:rPr>
          <w:b/>
        </w:rPr>
        <w:t xml:space="preserve">[29:46] </w:t>
      </w:r>
      <w:r>
        <w:t>unhone mujh se aap ke bare mein poocha to main ne unhein bataya. unhone mujh se dobara hamare guzar basar ke bare mein poocha. main ne unhein bataya ke hum khairiyat se hain.</w:t>
      </w:r>
    </w:p>
    <w:p>
      <w:pPr>
        <w:jc w:val="right"/>
      </w:pPr>
      <w:r>
        <w:t>انہوں نے مجھ سے آپ کے بارے میں پوچھا تو میں نے انہیں بتایا۔ انہوں نے مجھ سے دوبارہ ہمارے گزر بسر کے بارے میں پوچھا۔ میں نے انہیں بتایا کہ ہم خیریت سے ہیں۔</w:t>
      </w:r>
    </w:p>
    <w:p>
      <w:r>
        <w:rPr>
          <w:b/>
        </w:rPr>
        <w:t xml:space="preserve">[29:56] </w:t>
      </w:r>
      <w:r>
        <w:t>hazrat ismail ne kaha ke kya unhone tum se kuch aur bhi kaha hai? us ne kaha ke haan unhone aap ko salam kaha hai aur aap ko hukum diya hai ke aap apne darwaze ki chokhat ko baqi rakhein.</w:t>
      </w:r>
    </w:p>
    <w:p>
      <w:pPr>
        <w:jc w:val="right"/>
      </w:pPr>
      <w:r>
        <w:t>حضرت اسماعیل نے کہا کہ کیا انہوں نے تم سے کچھ اور بھی کہا ہے؟ اس نے کہا کہ ہاں انہوں نے آپ کو سلام کہا ہے اور آپ کو حکم دیا ہے کہ آپ اپنے دروازے کی چوکھٹ کو باقی رکھیں۔</w:t>
      </w:r>
    </w:p>
    <w:p>
      <w:r>
        <w:rPr>
          <w:b/>
        </w:rPr>
        <w:t xml:space="preserve">[30:09] </w:t>
      </w:r>
      <w:r>
        <w:t>hazrat ismail ne kaha ke woh mere baap the aur tum chokhat ho. unhone mujh ko hukum diya hai ke main tumhein apne paas baqi rakhoon.</w:t>
      </w:r>
    </w:p>
    <w:p>
      <w:pPr>
        <w:jc w:val="right"/>
      </w:pPr>
      <w:r>
        <w:t>حضرت اسماعیل نے کہا کہ وہ میرے باپ تھے اور تم چوکھٹ ہو۔ انہوں نے مجھ کو حکم دیا ہے کہ میں تمہیں اپنے پاس باقی رکھوں۔</w:t>
      </w:r>
    </w:p>
    <w:p>
      <w:r>
        <w:rPr>
          <w:b/>
        </w:rPr>
        <w:t xml:space="preserve">[30:19] </w:t>
      </w:r>
      <w:r>
        <w:t>phir ibrahim alaihiالسلام apne mulk mein thehre rahe jab tak allah ne chaha. is ke baad woh aaye aur ismail alaihiالسلام zam zam se qareeb ek darakht ke neeche baithe hue apne teer durust kar rahe the.</w:t>
      </w:r>
    </w:p>
    <w:p>
      <w:pPr>
        <w:jc w:val="right"/>
      </w:pPr>
      <w:r>
        <w:t>پھر ابراہیم علیہ السلام اپنے ملک میں ٹھہرے رہے جب تک اللہ نے چاہا۔ اس کے بعد وہ آئے اور اسماعیل علیہ السلام زم زم سے قریب ایک درخت کے نیچے بیٹھے ہوئے اپنے تیر درست کر رہے تھے۔</w:t>
      </w:r>
    </w:p>
    <w:p>
      <w:r>
        <w:rPr>
          <w:b/>
        </w:rPr>
        <w:t xml:space="preserve">[30:32] </w:t>
      </w:r>
      <w:r>
        <w:t>jab ismail ne hazrat ibrahim ko dekha to woh khade hogaye. pas unhone wahi kiya jo ek baap apne bete se aur ek beta apne baap se karta hai.</w:t>
      </w:r>
    </w:p>
    <w:p>
      <w:pPr>
        <w:jc w:val="right"/>
      </w:pPr>
      <w:r>
        <w:t>جب اسماعیل نے حضرت ابراہیم کو دیکھا تو وہ کھڑے ہوگئے۔ پس انہوں نے وہی کیا جو ایک باپ اپنے بیٹے سے اور ایک بیٹا اپنے باپ سے کرتا ہے۔</w:t>
      </w:r>
    </w:p>
    <w:p>
      <w:r>
        <w:rPr>
          <w:b/>
        </w:rPr>
        <w:t xml:space="preserve">[30:42] </w:t>
      </w:r>
      <w:r>
        <w:t>ibrahim alaihiالسلام ne kaha ke aye ismail</w:t>
      </w:r>
    </w:p>
    <w:p>
      <w:pPr>
        <w:jc w:val="right"/>
      </w:pPr>
      <w:r>
        <w:t>ابراہیم علیہ السلام نے کہا کہ اے اسماع</w:t>
      </w:r>
    </w:p>
    <w:p>
      <w:r>
        <w:rPr>
          <w:b/>
        </w:rPr>
        <w:t xml:space="preserve">[30:45] </w:t>
      </w:r>
      <w:r>
        <w:t>allah ne mujh ko ek hukum diya hai. ismail ne kaha ke phir jo aap ke rab ne hukum diya hai use kar daliye. hazrat ibrahim ne kaha ke kya tum meri madad karoge?</w:t>
      </w:r>
    </w:p>
    <w:p>
      <w:pPr>
        <w:jc w:val="right"/>
      </w:pPr>
      <w:r>
        <w:t>یل اللہ نے مجھ کو ایک حکم دیا ہے۔ اسماعیل نے کہا کہ پھر جو آپ کے رب نے حکم دیا ہے اسے کر ڈالیے۔ حضرت ابراہیم نے کہا کہ کیا تم میری مدد کرو گے؟</w:t>
      </w:r>
    </w:p>
    <w:p>
      <w:r>
        <w:rPr>
          <w:b/>
        </w:rPr>
        <w:t xml:space="preserve">[30:59] </w:t>
      </w:r>
      <w:r>
        <w:t>hazrat ismail ne kaha ke main aap ki madad karunga. hazrat ibrahim ne kaha ke allah ne mujh ko yeh hukum diya hai ke main yahan ek ghar banaoon aur hazrat ibrahim alaihiالسلام ne is ke gird ek buland tile ki taraf ishara kiya.</w:t>
      </w:r>
    </w:p>
    <w:p>
      <w:pPr>
        <w:jc w:val="right"/>
      </w:pPr>
      <w:r>
        <w:t>حضرت اسماعیل نے کہا کہ میں آپ کی مدد کروں گا۔ حضرت ابراہیم نے کہا کہ اللہ نے مجھ کو یہ حکم دیا ہے کہ میں یہاں ایک گھر بناؤں اور حضرت ابراہیم علیہ السلام نے اس کے گرد ایک بلند ٹیلے کی طرف اشارہ کیا۔</w:t>
      </w:r>
    </w:p>
    <w:p>
      <w:r>
        <w:rPr>
          <w:b/>
        </w:rPr>
        <w:t xml:space="preserve">[31:15] </w:t>
      </w:r>
      <w:r>
        <w:t>is waqt un dono ne ghar ki buniyad uthai. ismail pathar late the aur hazrat ibrahim taameer karte the. yahan tak ke jab deewar oonchi ho gayi to ismail yeh pathar ya hajar al aswad laye aur us ko wahan rakh diya.</w:t>
      </w:r>
    </w:p>
    <w:p>
      <w:pPr>
        <w:jc w:val="right"/>
      </w:pPr>
      <w:r>
        <w:t>اس وقت ان دونوں نے گھر کی بنیاد اٹھائی۔ اسماعیل پتھر لاتے تھے اور حضرت ابراہیم تعمیر کرتے تھے۔ یہاں تک کہ جب دیوار اونچی ہوگئی تو اسماعیل یہ پتھر یا حجر اسود لائے اور اس کو وہاں رکھ دیا۔</w:t>
      </w:r>
    </w:p>
    <w:p>
      <w:r>
        <w:rPr>
          <w:b/>
        </w:rPr>
        <w:t xml:space="preserve">[31:31] </w:t>
      </w:r>
      <w:r>
        <w:t>hazrat ibrahim is pathar par khade ho kar taameer karte the aur hazrat ismail un ko pathar dete the aur woh dono kehte the aye hamare rab</w:t>
      </w:r>
    </w:p>
    <w:p>
      <w:pPr>
        <w:jc w:val="right"/>
      </w:pPr>
      <w:r>
        <w:t>حضرت ابراہیم اس پتھر پر کھڑے ہو کر تعمیر کرتے تھے اور حضرت اسماعیل ان کو پتھر دیتے تھے اور وہ دونوں کہتے تھے اے ہمارے رب</w:t>
      </w:r>
    </w:p>
    <w:p>
      <w:r>
        <w:rPr>
          <w:b/>
        </w:rPr>
        <w:t xml:space="preserve">[31:42] </w:t>
      </w:r>
      <w:r>
        <w:t>tu hamari taraf se yeh qabool kar beshak tu bohat zyada sunne wala aur bohat zyada janne wala hai. pas woh dono taameer karte aur is ghar ke ird gird yeh kehte hue chakkar lagate ke aye</w:t>
      </w:r>
    </w:p>
    <w:p>
      <w:pPr>
        <w:jc w:val="right"/>
      </w:pPr>
      <w:r>
        <w:t>تو ہماری طرف سے یہ قبول کر بے شک تو بہت زیادہ سننے والا اور بہت زیادہ جاننے والا ہے۔ پس وہ دونوں تعمیر کرتے اور اس گھر کے ارد گرد یہ کہتے ہوئے چکر لگاتے کہ اے</w:t>
      </w:r>
    </w:p>
    <w:p>
      <w:r>
        <w:rPr>
          <w:b/>
        </w:rPr>
        <w:t xml:space="preserve">[31:55] </w:t>
      </w:r>
      <w:r>
        <w:t>hamare rab tu hamari taraf se yeh qabool kar beshak tu bohat zyada sunne wala aur bohat zyada janne wala hai. sahih bukhari hadith number 3364.</w:t>
      </w:r>
    </w:p>
    <w:p>
      <w:pPr>
        <w:jc w:val="right"/>
      </w:pPr>
      <w:r>
        <w:t>ہمارے رب تو ہماری طرف سے یہ قبول کر بے شک تو بہت زیادہ سننے والا اور بہت زیادہ جاننے والا ہے۔ صحیح بخاری حدیث نمبر 3364۔</w:t>
      </w:r>
    </w:p>
    <w:p>
      <w:r>
        <w:rPr>
          <w:b/>
        </w:rPr>
        <w:t xml:space="preserve">[32:19] </w:t>
      </w:r>
      <w:r>
        <w:t>zibah azeem. isi darmiyan yeh waqea pesh aaya ke hazrat ibrahim</w:t>
      </w:r>
    </w:p>
    <w:p>
      <w:pPr>
        <w:jc w:val="right"/>
      </w:pPr>
      <w:r>
        <w:t>ذبح عظیم۔ اسی دوران یہ واقعہ پیش آیا کہ حضرت ابراہیم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