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Discovery of God (In Conversation with Maulana) December 25, 2011</w:t>
      </w:r>
    </w:p>
    <w:p>
      <w:r>
        <w:t>https://www.youtube.com/watch?v=-1c1d7cFj0s</w:t>
      </w:r>
    </w:p>
    <w:p>
      <w:r>
        <w:rPr>
          <w:b/>
        </w:rPr>
        <w:t xml:space="preserve">[00:11] </w:t>
      </w:r>
      <w:r>
        <w:t>maulana, yeh sawal aaya hai maulana abdul basit umri ka, doha, qatar se. unhone likha hai ke: "maulana, is kainat ki sab se bari hasti khuda ki hai,</w:t>
      </w:r>
    </w:p>
    <w:p>
      <w:pPr>
        <w:jc w:val="right"/>
      </w:pPr>
      <w:r>
        <w:t>مولانا، یہ سوال آیا ہے مولانا عبدالباسط عمری کا، دوحہ، قطر سے۔ انہوں نے لکھا ہے کہ: "مولانا، اس کائنات کی سب سے بڑی ہستی خدا کی ہے،</w:t>
      </w:r>
    </w:p>
    <w:p>
      <w:r>
        <w:rPr>
          <w:b/>
        </w:rPr>
        <w:t xml:space="preserve">[00:24] </w:t>
      </w:r>
      <w:r>
        <w:t>lekin ajib baat hai ke wahi hasti sab se zyada hamare zehn aur dimagh se ojhal hai. isi hasti ko hum sab se kam jante hain, sirf aqeedat ki had tak hamara is se taluq hai,</w:t>
      </w:r>
    </w:p>
    <w:p>
      <w:pPr>
        <w:jc w:val="right"/>
      </w:pPr>
      <w:r>
        <w:t>لیکن عجیب بات ہے کہ وہی ہستی سب سے زیادہ ہمارے ذہن اور دماغ سے اوجھل ہے۔ اسی ہستی کو ہم سب سے کم جانتے ہیں، صرف عقیدت کی حد تک ہمارا اس سے تعلق ہے،</w:t>
      </w:r>
    </w:p>
    <w:p>
      <w:r>
        <w:rPr>
          <w:b/>
        </w:rPr>
        <w:t xml:space="preserve">[00:38] </w:t>
      </w:r>
      <w:r>
        <w:t>daryaft ki satah par hum khuda ko nahi jante. is ki wajah kya hai?"</w:t>
      </w:r>
    </w:p>
    <w:p>
      <w:pPr>
        <w:jc w:val="right"/>
      </w:pPr>
      <w:r>
        <w:t>دریافت کی سطح پر ہم خدا کو نہیں جانتے۔ اس کی وجہ کیا ہے؟"</w:t>
      </w:r>
    </w:p>
    <w:p>
      <w:r>
        <w:rPr>
          <w:b/>
        </w:rPr>
        <w:t xml:space="preserve">[00:50] </w:t>
      </w:r>
      <w:r>
        <w:t>dekhein, quran mein hai ke: "ya'lamoona zahiran ma riyatud dunya" yani dikhai dene wali cheezon ko hi log dekh paate hain aur usi ko sab kuch samajh lete hain.</w:t>
      </w:r>
    </w:p>
    <w:p>
      <w:pPr>
        <w:jc w:val="right"/>
      </w:pPr>
      <w:r>
        <w:t>دیکھیں، قرآن میں ہے کہ: "یَعْلَمُونَ ظَاهَرًا مَا رِيَٰتِ الدُّنْيَا" یعنی دکھائی دینے والی چیزوں کو ہی لوگ دیکھ پاتے ہیں اور اسی کو سب کچھ سمجھ لیتے ہیں۔</w:t>
      </w:r>
    </w:p>
    <w:p>
      <w:r>
        <w:rPr>
          <w:b/>
        </w:rPr>
        <w:t xml:space="preserve">[01:07] </w:t>
      </w:r>
      <w:r>
        <w:t>yeh insaan ki kamzori hai ke jo cheez dekhne mein aaye, usi ko woh bari cheez samjhe.</w:t>
      </w:r>
    </w:p>
    <w:p>
      <w:pPr>
        <w:jc w:val="right"/>
      </w:pPr>
      <w:r>
        <w:t>یہ انسان کی کمزوری ہے کہ جو چیز دیکھنے میں آئے، اسی کو وہ بڑی چیز سمجھے۔</w:t>
      </w:r>
    </w:p>
    <w:p>
      <w:r>
        <w:rPr>
          <w:b/>
        </w:rPr>
        <w:t xml:space="preserve">[01:17] </w:t>
      </w:r>
      <w:r>
        <w:t>pehlay zamanay mein log suraj ko, chand ko, sitaron ko poojhte the isi liye ke woh dikhai de rahi thi. to allah taala ghayab mein hai,</w:t>
      </w:r>
    </w:p>
    <w:p>
      <w:pPr>
        <w:jc w:val="right"/>
      </w:pPr>
      <w:r>
        <w:t>پہلے زمانے میں لوگ سورج کو، چاند کو، ستاروں کو پوچھتے تھے اسی لیے کہ وہ دکھائی دے رہی تھی۔ تو اللہ تعالیٰ غیب میں ہے،</w:t>
      </w:r>
    </w:p>
    <w:p>
      <w:r>
        <w:rPr>
          <w:b/>
        </w:rPr>
        <w:t xml:space="preserve">[01:30] </w:t>
      </w:r>
      <w:r>
        <w:t>is wajah se log us ko daryaft nahi kar paate. lekin yahi to imtehan hai, yahi jannat ki qeemat hai. jannat ki qeemat yeh hai ke aap na dikhai dene wale khuda ko daryaft kar sakein,</w:t>
      </w:r>
    </w:p>
    <w:p>
      <w:pPr>
        <w:jc w:val="right"/>
      </w:pPr>
      <w:r>
        <w:t>اس وجہ سے لوگ اس کو دریافت نہیں کر پاتے۔ لیکن یہی تو امتحان ہے، یہی جنت کی قیمت ہے۔ جنت کی قیمت یہ ہے کہ آپ نہ دکھائی دینے والے خدا کو دریافت کر سکیں،</w:t>
      </w:r>
    </w:p>
    <w:p>
      <w:r>
        <w:rPr>
          <w:b/>
        </w:rPr>
        <w:t xml:space="preserve">[01:47] </w:t>
      </w:r>
      <w:r>
        <w:t>jo khuda ghayb mein hai, us ko aap daryaft kar sakain.</w:t>
      </w:r>
    </w:p>
    <w:p>
      <w:pPr>
        <w:jc w:val="right"/>
      </w:pPr>
      <w:r>
        <w:t>جو خدا غیب میں ہے، اس کو آپ دریافت کر سکیں۔</w:t>
      </w:r>
    </w:p>
    <w:p>
      <w:r>
        <w:rPr>
          <w:b/>
        </w:rPr>
        <w:t xml:space="preserve">[01:53] </w:t>
      </w:r>
      <w:r>
        <w:t>yahi jannat ki qeemat hai. to ab jin logon ko maut ke baad ki abadi zindagi mein jannat ka shauq hai, to un ko is ke liye koshish karni hi paray gi.</w:t>
      </w:r>
    </w:p>
    <w:p>
      <w:pPr>
        <w:jc w:val="right"/>
      </w:pPr>
      <w:r>
        <w:t>یہی جنت کی قیمت ہے۔ تو اب جن لوگوں کو موت کے بعد کی ابدی زندگی میں جنت کا کا شوق ہے، تو ان کو اس کے لیے کوشش کرنی ہی پڑے گی۔</w:t>
      </w:r>
    </w:p>
    <w:p>
      <w:r>
        <w:rPr>
          <w:b/>
        </w:rPr>
        <w:t xml:space="preserve">[02:14] </w:t>
      </w:r>
      <w:r>
        <w:t>apni soch ko, apne ghawr o fikr ko, apne mutalay ko is tareeqay se karna hoga ke aap Allah ko daryaft kar sakain.</w:t>
      </w:r>
    </w:p>
    <w:p>
      <w:pPr>
        <w:jc w:val="right"/>
      </w:pPr>
      <w:r>
        <w:t>اپنی سوچ کو، اپنے غور و فکر کو، اپنے مطالعے کو اس طریقے سے کرنا ہوگا کہ آپ اللہ کو دریافت کر سکیں۔</w:t>
      </w:r>
    </w:p>
    <w:p>
      <w:r>
        <w:rPr>
          <w:b/>
        </w:rPr>
        <w:t xml:space="preserve">[02:28] </w:t>
      </w:r>
      <w:r>
        <w:t>yani khud Allah ko hum nahi dekh paatay, lekin jo creation hai, creation mein to khuda bilkul har taraf numayan hai.</w:t>
      </w:r>
    </w:p>
    <w:p>
      <w:pPr>
        <w:jc w:val="right"/>
      </w:pPr>
      <w:r>
        <w:t>یعنی خود اللہ کو ہم نہیں دیکھ پاتے، لیکن جو کریشن ہے، کریشن میں تو خدا بالکل ہر طرف نمایاں ہے۔</w:t>
      </w:r>
    </w:p>
    <w:p>
      <w:r>
        <w:rPr>
          <w:b/>
        </w:rPr>
        <w:t xml:space="preserve">[02:41] </w:t>
      </w:r>
      <w:r>
        <w:t>chounkay soch insan sochta nahi, is liye wo be khabar rehta hai. agar soche to har taraf us ko khuda ki daryaft honay lagay. to main sochta hoon ke ye isi cheez ko hamein apne andar develop karna hai ke khuda ki takhleeq mein ghawr karein, creation mein.</w:t>
      </w:r>
    </w:p>
    <w:p>
      <w:pPr>
        <w:jc w:val="right"/>
      </w:pPr>
      <w:r>
        <w:t>چونکہ سوچ انسان سوچتا نہیں، اس لیے وہ بے خبر رہتا ہے۔ اگر سوچے تو ہر طرف اس کو خدا کی دریافت ہونے لگے۔ تو میں سوچتا ہوں کہ یہ اسی چیز کو ہمیں اپنے اندر ڈیولپ کرنا ہے کہ خدا کی تخلیق میں غور کریں، کریشن میں۔</w:t>
      </w:r>
    </w:p>
    <w:p>
      <w:r>
        <w:rPr>
          <w:b/>
        </w:rPr>
        <w:t xml:space="preserve">[03:03] </w:t>
      </w:r>
      <w:r>
        <w:t>creation mein ghawr kar ke hum creator tak puhanch saktay hain. to ye aik process hai jo har aik ko apne andar jari karna hai, aur jo bhi sincerely is ko is process ko apne andar jari karega, zaroor inshallah wo manzil tak puhanchay ga.</w:t>
      </w:r>
    </w:p>
    <w:p>
      <w:pPr>
        <w:jc w:val="right"/>
      </w:pPr>
      <w:r>
        <w:t>کریشن میں غور کر کے ہم کریٹر تک پہنچ سکتے ہیں۔ تو یہ ایک پروسیس ہے جو ہر ایک کو اپنے اندر جاری کرنا ہے، اور جو بھی سنسیرلی اس کو اس پروسیس کو اپنے اندر جاری کرے گا، ضرور انشاءاللہ وہ منزل تک پہنچے گا۔</w:t>
      </w:r>
    </w:p>
    <w:p>
      <w:r>
        <w:rPr>
          <w:b/>
        </w:rPr>
        <w:t xml:space="preserve">[03:25] </w:t>
      </w:r>
      <w:r>
        <w:t>maulana, ye sawal aaya hai miss naghma siddiqui ka, dilli se. unhon ne likha hai: "in one of your lectures you had mentioned the difference between a self actor and a non self actor.</w:t>
      </w:r>
    </w:p>
    <w:p>
      <w:pPr>
        <w:jc w:val="right"/>
      </w:pPr>
      <w:r>
        <w:t>مولانا، یہ سوال آیا ہے مس نغمہ صدیقی کا، دلی سے۔ انہوں نے لکھا ہے: "ان ون آف یور لیکچرز یو ہیڈ مینشن دا ڈیفرنس بٹوین ا سیلف ایکٹر اینڈ ا نان سیلف ایکٹر۔</w:t>
      </w:r>
    </w:p>
    <w:p>
      <w:r>
        <w:rPr>
          <w:b/>
        </w:rPr>
        <w:t xml:space="preserve">[03:40] </w:t>
      </w:r>
      <w:r>
        <w:t>can you please elaborate on this?</w:t>
      </w:r>
    </w:p>
    <w:p>
      <w:pPr>
        <w:jc w:val="right"/>
      </w:pPr>
      <w:r>
        <w:t>کین یو پلیز الیبریٹ ان دس؟</w:t>
      </w:r>
    </w:p>
    <w:p>
      <w:r>
        <w:rPr>
          <w:b/>
        </w:rPr>
        <w:t xml:space="preserve">[03:43] </w:t>
      </w:r>
      <w:r>
        <w:t>" dekhiye, ye dunya mein zindagi ki do sooraten hain. aik ye hai ke aap ne khud kuch daryaft kiya ho, khud apni soch aap ki bani ho,</w:t>
      </w:r>
    </w:p>
    <w:p>
      <w:pPr>
        <w:jc w:val="right"/>
      </w:pPr>
      <w:r>
        <w:t>" دیکھیے، یہ دنیا میں زندگی کی دو صورتیں ہیں۔ ایک یہ ہے کہ آپ نے خود کچھ دریافت کیا ہو، خود اپنی سوچ آپ کی بنی ہو،</w:t>
      </w:r>
    </w:p>
    <w:p>
      <w:r>
        <w:rPr>
          <w:b/>
        </w:rPr>
        <w:t xml:space="preserve">[03:58] </w:t>
      </w:r>
      <w:r>
        <w:t>khud aap ki aik shakhsiyat develop hui ho, is ke mutabiq dunya mein rahein aap. aur aik ye hai ke jo dunya mein jo system hai, qaim system, us se apne ko jor lein aur jo wo jo wo chahe, wahi karein aap.</w:t>
      </w:r>
    </w:p>
    <w:p>
      <w:pPr>
        <w:jc w:val="right"/>
      </w:pPr>
      <w:r>
        <w:t>خود آپ کی ایک شخصیت ڈیولپ ہوئی ہو، اس کے مطابق دنیا میں رہیں آپ۔ اور ایک یہ ہے کہ جو دنیا میں جو سسٹم ہے، قائم سسٹم، اس سے اپنے کو جوڑ لیں اور جو وہ جو وہ چاہے، وہی کریں آپ۔</w:t>
      </w:r>
    </w:p>
    <w:p>
      <w:r>
        <w:rPr>
          <w:b/>
        </w:rPr>
        <w:t xml:space="preserve">[04:17] </w:t>
      </w:r>
      <w:r>
        <w:t>is ki khuli hui misaal jo hai, ye film industry hai. film industry kya hai? film industry mein jo viewers hain, un ke lehaz se aadmi ko act karna parta hai.</w:t>
      </w:r>
    </w:p>
    <w:p>
      <w:pPr>
        <w:jc w:val="right"/>
      </w:pPr>
      <w:r>
        <w:t>اس کی کھلی ہوئی مثال جو ہے، یہ فلم انڈسٹری ہے۔ فلم انڈسٹری کیا ہے؟ فلم انڈسٹری میں جو ویورز ہیں، ان کے لحاظ سے آدمی کو ایکٹ کرنا پڑتا ہے۔</w:t>
      </w:r>
    </w:p>
    <w:p>
      <w:r>
        <w:rPr>
          <w:b/>
        </w:rPr>
        <w:t xml:space="preserve">[04:29] </w:t>
      </w:r>
      <w:r>
        <w:t>viewers ke lehaz se, apne lehaz se nahi. khud apni soch kya hai, apne nazdeek sahi kaha hai, ghalat kaha hai, ye nahi, balkay viewers kya chahtay hain dekhna, wo kya chahtay hain sunna, is ke mutabiq aadmi act karta hai.</w:t>
      </w:r>
    </w:p>
    <w:p>
      <w:pPr>
        <w:jc w:val="right"/>
      </w:pPr>
      <w:r>
        <w:t>ویورز کے لحاظ سے، اپنے لحاظ سے نہیں۔ خود اپنی سوچ کیا ہے، اپنے نزدیک صحیح کہا ہے، غلط کہا ہے، یہ نہیں، بلکہ ویورز کیا چاہتے ہیں دیکھنا، وہ کیا چاہتے ہیں سننا، اس کے مطابق آدمی ایکٹ کرتا ہے۔</w:t>
      </w:r>
    </w:p>
    <w:p>
      <w:r>
        <w:rPr>
          <w:b/>
        </w:rPr>
        <w:t xml:space="preserve">[04:45] </w:t>
      </w:r>
      <w:r>
        <w:t>aisay baray baray uhday jo hain, wahan bhi kya hai? baray baray uhdon mein aadmi lagta hai shandar mahaloon mein, lekin</w:t>
      </w:r>
    </w:p>
    <w:p>
      <w:pPr>
        <w:jc w:val="right"/>
      </w:pPr>
      <w:r>
        <w:t>ایسے بڑے بڑے عہدے جو ہیں، وہاں بھی کیا ہے؟ بڑے بڑے عہدوں میں آدمی لگتا ہے شاندار محلوں میں، لیکن</w:t>
      </w:r>
    </w:p>
    <w:p>
      <w:r>
        <w:rPr>
          <w:b/>
        </w:rPr>
        <w:t xml:space="preserve">[04:56] </w:t>
      </w:r>
      <w:r>
        <w:t>wo bhi kisi yani apne apne apni buniyad par nahi jeeta hai. wo doosray ki buniyad par jeeta hai. mislan aik leader voter kya kehtay hain, voter kya chahtay hain, is ke mutabiq wo chalta hai.</w:t>
      </w:r>
    </w:p>
    <w:p>
      <w:pPr>
        <w:jc w:val="right"/>
      </w:pPr>
      <w:r>
        <w:t>وہ بھی کسی یعنی اپنے اپنے اپنی بنیاد پر نہیں جیتا ہے۔ وہ دوسرے کی بنیاد پر جیتا ہے۔ مثلاً ایک لیڈر ووٹر کیا کہتے ہیں، ووٹر کیا چاہتے ہیں، اس کے مطابق وہ چلتا ہے۔</w:t>
      </w:r>
    </w:p>
    <w:p>
      <w:r>
        <w:rPr>
          <w:b/>
        </w:rPr>
        <w:t xml:space="preserve">[05:11] </w:t>
      </w:r>
      <w:r>
        <w:t>to aik bohat mushkil kaam hai, kyunkay agar aap non self, isi ko main kehta hoon non self actor, yani apne siwa kisi aur ke liye jeena, to non self actor mein aap bazahir bohat achi zindagi hasil kar letay hain.</w:t>
      </w:r>
    </w:p>
    <w:p>
      <w:pPr>
        <w:jc w:val="right"/>
      </w:pPr>
      <w:r>
        <w:t>تو ایک بہت مشکل کام ہے، کیونکہ اگر آپ نان سیلف، اسی کو میں کہتا ہوں نان سیلف ایکٹر، یعنی اپنے سوا کسی اور کے لیے جینا، تو نان سیلف ایکٹر میں آپ بظاہر بہت اچھی زندگی حاصل کر لیتے ہیں۔</w:t>
      </w:r>
    </w:p>
    <w:p>
      <w:r>
        <w:rPr>
          <w:b/>
        </w:rPr>
        <w:t xml:space="preserve">[05:29] </w:t>
      </w:r>
      <w:r>
        <w:t>kyunkay jis jis ke liye aap kaam karte hain, wo aap ko bari bari cheezein deta hai. lekin jab khud apne oopar jeena chahein aap, to aap ko sacrifice karni parti hain.</w:t>
      </w:r>
    </w:p>
    <w:p>
      <w:pPr>
        <w:jc w:val="right"/>
      </w:pPr>
      <w:r>
        <w:t>کیونکہ جس جس کے لیے آپ کام کرتے ہیں، وہ آپ کو بڑی بڑی چیزیں دیتا ہے۔ لیکن جب خود اپنے اوپر جینا چاہیں آپ، تو آپ کو سیکریفائس کرنی پڑتی ہے۔</w:t>
      </w:r>
    </w:p>
    <w:p>
      <w:r>
        <w:rPr>
          <w:b/>
        </w:rPr>
        <w:t xml:space="preserve">[05:42] </w:t>
      </w:r>
      <w:r>
        <w:t>phir aap ko saada zindagi, kam par qanaat karna, mushkil halaat mein rehna, ye sab bardasht karna parta hai.</w:t>
      </w:r>
    </w:p>
    <w:p>
      <w:pPr>
        <w:jc w:val="right"/>
      </w:pPr>
      <w:r>
        <w:t>پھر آپ کو سادہ زندگی، کم پر قناعت کرنا، مشکل حالات میں رہنا، یہ سب برداشت کرنا پڑتا ہے۔</w:t>
      </w:r>
    </w:p>
    <w:p>
      <w:r>
        <w:rPr>
          <w:b/>
        </w:rPr>
        <w:t xml:space="preserve">[05:52] </w:t>
      </w:r>
      <w:r>
        <w:t>lekin jo jo self self actor hain, haqeeqat mein wahi jee rahay hain dunya mein.</w:t>
      </w:r>
    </w:p>
    <w:p>
      <w:pPr>
        <w:jc w:val="right"/>
      </w:pPr>
      <w:r>
        <w:t>لیکن جو جو سیلف سیلف ایکٹر ہیں، حقیقت میں وہی جی رہے ہیں دنیا میں۔</w:t>
      </w:r>
    </w:p>
    <w:p>
      <w:r>
        <w:rPr>
          <w:b/>
        </w:rPr>
        <w:t xml:space="preserve">[06:01] </w:t>
      </w:r>
      <w:r>
        <w:t>kyunkay wo apne aap mein jeetay hain. wo jo non self actor hain, wo jee jo jee rahay hain, wo to wo to moortiyan hain, samjhiye, well dressed moortiyan.</w:t>
      </w:r>
    </w:p>
    <w:p>
      <w:pPr>
        <w:jc w:val="right"/>
      </w:pPr>
      <w:r>
        <w:t>کیونکہ وہ اپنے آپ میں جیتے ہیں۔ وہ جو نان سیلف ایکٹر ہیں، وہ جی جو جی رہے ہیں، وہ تو وہ تو مورتیاں ہیں، سمجھئے، ویل ڈریسڈ مورتیاں۔</w:t>
      </w:r>
    </w:p>
    <w:p>
      <w:r>
        <w:rPr>
          <w:b/>
        </w:rPr>
        <w:t xml:space="preserve">[06:13] </w:t>
      </w:r>
      <w:r>
        <w:t>to main bataoon ke aadmi ko chahiye ke wo self actor banay, yani apne aap mein jeena, jeenay ki koshish kare, chahe koi bhi price deni paray is ki.</w:t>
      </w:r>
    </w:p>
    <w:p>
      <w:pPr>
        <w:jc w:val="right"/>
      </w:pPr>
      <w:r>
        <w:t>تو میں بتاؤں کہ آدمی کو چاہیے کہ وہ سیلف ایکٹر بنے، یعنی اپنے آپ میں جینا، جینے کی کوشش کرے، چاہے کوئی بھی پرائس دینی پڑے اس کی۔</w:t>
      </w:r>
    </w:p>
    <w:p>
      <w:r>
        <w:rPr>
          <w:b/>
        </w:rPr>
        <w:t xml:space="preserve">[06:28] </w:t>
      </w:r>
      <w:r>
        <w:t>aur non self actor na banay, kyunkay wo to apni apne aap kho diya us ne. apne aap ko kho kar ke to kisi doosray ke liye jee raha hai wo.</w:t>
      </w:r>
    </w:p>
    <w:p>
      <w:pPr>
        <w:jc w:val="right"/>
      </w:pPr>
      <w:r>
        <w:t>اور نان سیلف ایکٹر نہ بنے، کیونکہ وہ تو اپنی اپنے آپ کھو دیا اس نے۔ اپنے آپ کو کھو کر کے تو کسی دوسرے کے لیے جی رہا ہے وہ۔</w:t>
      </w:r>
    </w:p>
    <w:p>
      <w:r>
        <w:rPr>
          <w:b/>
        </w:rPr>
        <w:t xml:space="preserve">[06:39] </w:t>
      </w:r>
      <w:r>
        <w:t>to hum to yahi kahain ge aap logon se ke aap log non self actor na banen, balkay self actor banen.</w:t>
      </w:r>
    </w:p>
    <w:p>
      <w:pPr>
        <w:jc w:val="right"/>
      </w:pPr>
      <w:r>
        <w:t>تو ہم تو یہی کہیں گے آپ لوگوں سے کہ آپ لوگ نان سیلف ایکٹر نہ بنیں، بلکہ سیلف ایکٹر بنیں۔</w:t>
      </w:r>
    </w:p>
    <w:p>
      <w:r>
        <w:rPr>
          <w:b/>
        </w:rPr>
        <w:t xml:space="preserve">[06:51] </w:t>
      </w:r>
      <w:r>
        <w:t>apni daryaft par jeena seekhein, na ke doosron ke direction pe jeena seekhein.</w:t>
      </w:r>
    </w:p>
    <w:p>
      <w:pPr>
        <w:jc w:val="right"/>
      </w:pPr>
      <w:r>
        <w:t>اپنی دریافت پر جینا سیکھیں، نہ کہ دوسروں کے ڈائریکشن پہ جینا سیکھیں۔</w:t>
      </w:r>
    </w:p>
    <w:p>
      <w:r>
        <w:rPr>
          <w:b/>
        </w:rPr>
        <w:t xml:space="preserve">[07:03] </w:t>
      </w:r>
      <w:r>
        <w:t>maulana, agla sawal aaya hai mister abdul lateef ka, karachi, pakistan se. unhon ne likha hai: "mera sawal ye hai ke ye Allah taala ki bohat bari blessing hai ke is ne har insan se zindagi ke mukhtasir se hissay mein apni azadi ke sahi istemal par abadi jannat ka wada kiya hai.</w:t>
      </w:r>
    </w:p>
    <w:p>
      <w:pPr>
        <w:jc w:val="right"/>
      </w:pPr>
      <w:r>
        <w:t>مولانا، اگلا سوال آیا ہے مسٹر عبداللطیف کا، کراچی، پاکستان سے۔ انہوں نے لکھا ہے: "میرا سوال یہ ہے کہ یہ اللہ تعالیٰ کی بہت بڑی بلیسنگ ہے کہ اس نے ہر انسان سے زندگی کے مختصر سے حصے میں اپنی آزادی کے صحیح استعمال پر ابدی جنت کا وعدہ کیا ہے۔</w:t>
      </w:r>
    </w:p>
    <w:p>
      <w:r>
        <w:rPr>
          <w:b/>
        </w:rPr>
        <w:t xml:space="preserve">[07:26] </w:t>
      </w:r>
      <w:r>
        <w:t>maulana sahib, ye baat aaj jadeed aur ghair jadeed insan ko kis tarah samjhai jaye?"</w:t>
      </w:r>
    </w:p>
    <w:p>
      <w:pPr>
        <w:jc w:val="right"/>
      </w:pPr>
      <w:r>
        <w:t>مولانا صاحب، یہ بات آج جدید اور غیر جدید انسان کو کس طرح سمجھائی جائے؟"</w:t>
      </w:r>
    </w:p>
    <w:p>
      <w:r>
        <w:rPr>
          <w:b/>
        </w:rPr>
        <w:t xml:space="preserve">[07:45] </w:t>
      </w:r>
      <w:r>
        <w:t>ab mein sochta hoon ke samjhane ka koi naya tareeqa nahi hai. jo pehle jo tareeqa tha, wahi tareeqa aaj bhi hai.</w:t>
      </w:r>
    </w:p>
    <w:p>
      <w:pPr>
        <w:jc w:val="right"/>
      </w:pPr>
      <w:r>
        <w:t>اب میں سوچتا ہوں کہ سمجھانے کا کوئی نیا طریقہ نہیں ہے۔ جو پہلے جو طریقہ تھا، وہی طریقہ آج بھی ہے۔</w:t>
      </w:r>
    </w:p>
    <w:p>
      <w:r>
        <w:rPr>
          <w:b/>
        </w:rPr>
        <w:t xml:space="preserve">[07:56] </w:t>
      </w:r>
      <w:r>
        <w:t>woh yahi hai ke tum</w:t>
      </w:r>
    </w:p>
    <w:p>
      <w:pPr>
        <w:jc w:val="right"/>
      </w:pPr>
      <w:r>
        <w:t>وہ یہی ہے کہ تم</w:t>
      </w:r>
    </w:p>
    <w:p>
      <w:r>
        <w:rPr>
          <w:b/>
        </w:rPr>
        <w:t xml:space="preserve">[08:01] </w:t>
      </w:r>
      <w:r>
        <w:t>duniya mein kuch bhi hasil kar lo, lekin thori muddat ke baad is ko chhod kar jaana padta hai. 50 saal, 60 saal, 70 saal aap rahe, is ke baad sab kuch chhod ke chale gaye.</w:t>
      </w:r>
    </w:p>
    <w:p>
      <w:pPr>
        <w:jc w:val="right"/>
      </w:pPr>
      <w:r>
        <w:t>دنیا میں کچھ بھی حاصل کر لو، لیکن تھوڑی مدت کے بعد اس کو چھوڑ کر جانا پڑتا ہے۔ 50 سال، 60 سال، 70 سال آپ رہے، اس کے بعد سب کچھ چھوڑ کے چلے گئے۔</w:t>
      </w:r>
    </w:p>
    <w:p>
      <w:r>
        <w:rPr>
          <w:b/>
        </w:rPr>
        <w:t xml:space="preserve">[08:12] </w:t>
      </w:r>
      <w:r>
        <w:t>to faida kya hua? to aadmi ko chahiye ke woh, yaani maut ke baad jo abadi zindagi hai, us ko us ko yaqeen dilaya jaye ke maut par zindagi khatam nahi hoti.</w:t>
      </w:r>
    </w:p>
    <w:p>
      <w:pPr>
        <w:jc w:val="right"/>
      </w:pPr>
      <w:r>
        <w:t>تو فائدہ کیا ہوا؟ تو آدمی کو چاہیے کہ وہ، یعنی موت کے بعد جو ابدی زندگی ہے، اس کو اس کو یقین دلایا جائے کہ موت پر زندگی ختم نہیں ہوتی۔</w:t>
      </w:r>
    </w:p>
    <w:p>
      <w:r>
        <w:rPr>
          <w:b/>
        </w:rPr>
        <w:t xml:space="preserve">[08:26] </w:t>
      </w:r>
      <w:r>
        <w:t>maut ke baad zindagi jo hai, continue rehti hai. ab woh, ab woh abadi hai, eternal hai. to is zindagi ke liye tayyari karo jo abadi hai.</w:t>
      </w:r>
    </w:p>
    <w:p>
      <w:pPr>
        <w:jc w:val="right"/>
      </w:pPr>
      <w:r>
        <w:t>موت کے بعد زندگی جو ہے، کنٹینیو رہتی ہے۔ اب وہ، اب وہ ابدی ہے، ایٹرنل ہے۔ تو اس زندگی کے لیے تیاری کرو جو ابدی ہے۔</w:t>
      </w:r>
    </w:p>
    <w:p>
      <w:r>
        <w:rPr>
          <w:b/>
        </w:rPr>
        <w:t xml:space="preserve">[08:37] </w:t>
      </w:r>
      <w:r>
        <w:t>waqti zindagi ke liye jeena aur mar jaana, yeh to bohat hi, yaani bohat hi bari nadani aur bohat hi ghaate ki baat hogi.</w:t>
      </w:r>
    </w:p>
    <w:p>
      <w:pPr>
        <w:jc w:val="right"/>
      </w:pPr>
      <w:r>
        <w:t>وقتی زندگی کے لیے جینا اور مر جانا، یہ تو بہت ہی، یعنی بہت ہی بڑی نادانی اور بہت ہی گھاٹے کی بات ہوگی۔</w:t>
      </w:r>
    </w:p>
    <w:p>
      <w:r>
        <w:rPr>
          <w:b/>
        </w:rPr>
        <w:t xml:space="preserve">[08:49] </w:t>
      </w:r>
      <w:r>
        <w:t>ab isi baat ko jitna aap samjha sakein, aadmi ko jitna samjha sakein, kyunke yahi kamzori insaan ki hai ke yeh yaani aaj aaj jo thoda sa faida mil raha hai, usi mein aadmi gum ho jata hai.</w:t>
      </w:r>
    </w:p>
    <w:p>
      <w:pPr>
        <w:jc w:val="right"/>
      </w:pPr>
      <w:r>
        <w:t>اب اسی بات کو جتنا آپ سمجھا سکیں، آدمی کو جتنا سمجھا سکیں، کیونکہ یہی کمزوری انسان کی ہے کہ یہ یعنی آج آج جو تھوڑا سا فائدہ مل رہا ہے، اسی میں آدمی گم ہو جاتا ہے۔</w:t>
      </w:r>
    </w:p>
    <w:p>
      <w:r>
        <w:rPr>
          <w:b/>
        </w:rPr>
        <w:t xml:space="preserve">[09:06] </w:t>
      </w:r>
      <w:r>
        <w:t>aur jo bara faida jo baad ko aanay wala hai, us se bekhabar ho jata hai. to insaan ko is is parde ko hatana hai, hatana hai.</w:t>
      </w:r>
    </w:p>
    <w:p>
      <w:pPr>
        <w:jc w:val="right"/>
      </w:pPr>
      <w:r>
        <w:t>اور جو بڑا فائدہ جو بعد کو آنے والا ہے، اس سے بے خبر ہو جاتا ہے۔ تو انسان کو اس اس پردے کو ہٹانا ہے، ہٹانا ہے۔</w:t>
      </w:r>
    </w:p>
    <w:p>
      <w:r>
        <w:rPr>
          <w:b/>
        </w:rPr>
        <w:t xml:space="preserve">[09:17] </w:t>
      </w:r>
      <w:r>
        <w:t>insaan ki is bekhabari ko todna. jaise hi aadmi jaan lega is baat ko, shaoori taur par, yaqeen ke saath ke is duniya mein bohat thori muddat mujhe mili hai, aur is ke baad maut ke baad lambi muddat jo hai meri, woh abadi hai.</w:t>
      </w:r>
    </w:p>
    <w:p>
      <w:pPr>
        <w:jc w:val="right"/>
      </w:pPr>
      <w:r>
        <w:t>انسان کی اس بے خبری کو توڑنا۔ جیسے ہی آدمی جان لے گا اس بات کو، شعوری طور پر، یقین کے ساتھ کہ اس دنیا میں بہت تھوڑی مدت مجھے ملی ہے، اور اس کے بعد موت کے بعد لمبی مدت جو ہے میری، وہ ابدی ہے۔</w:t>
      </w:r>
    </w:p>
    <w:p>
      <w:r>
        <w:rPr>
          <w:b/>
        </w:rPr>
        <w:t xml:space="preserve">[09:35] </w:t>
      </w:r>
      <w:r>
        <w:t>is baat ko jab shaoori taur par jaan lega, to inshallah aap woh bohat aasani se apni zindagi ki islaah kar lega.</w:t>
      </w:r>
    </w:p>
    <w:p>
      <w:pPr>
        <w:jc w:val="right"/>
      </w:pPr>
      <w:r>
        <w:t>اس بات کو جب شعوری طور پر جان لے گا، تو انشاءاللہ آپ وہ بہت آسانی سے اپنی زندگی کی اصلاح کر لے گا۔</w:t>
      </w:r>
    </w:p>
    <w:p>
      <w:r>
        <w:rPr>
          <w:b/>
        </w:rPr>
        <w:t xml:space="preserve">[09:47] </w:t>
      </w:r>
      <w:r>
        <w:t>maulana, agla sawal aaya hai mr suleash malhotra ka, singapore se. unhon ne likha hai: "in today stressfull times, please share your views on how we all can manage our stress levels and are able to maintain a good work life balance and always maintain positive thinking."</w:t>
      </w:r>
    </w:p>
    <w:p>
      <w:pPr>
        <w:jc w:val="right"/>
      </w:pPr>
      <w:r>
        <w:t>مولانا، اگلا سوال آیا ہے مسٹر سلیش ملہوترا کا، سنگاپور سے۔ انہوں نے لکھا ہے: "ان ٹوڈے سٹریس فل ٹائمز، پلیز شیئر یور ویوز ان ہاؤ وی آل کین مینج اور سٹریس لیولز اینڈ آر ایبل ٹو مینٹین ا گڈ ورک لائف بیلنس اینڈ آلویز مینٹین پوزیٹیو تھنکنگ۔"</w:t>
      </w:r>
    </w:p>
    <w:p>
      <w:r>
        <w:rPr>
          <w:b/>
        </w:rPr>
        <w:t xml:space="preserve">[10:12] </w:t>
      </w:r>
      <w:r>
        <w:t>dekhein, jahan tak maine samjha hai, stress stress kya hai? us ko us ki analysis kijiye.</w:t>
      </w:r>
    </w:p>
    <w:p>
      <w:pPr>
        <w:jc w:val="right"/>
      </w:pPr>
      <w:r>
        <w:t>دیکھیں، جہاں تک میں نے سمجھا ہے، اسٹریس اسٹریس کیا ہے؟ اس کو اس کی انالیسز کیجئے۔</w:t>
      </w:r>
    </w:p>
    <w:p>
      <w:r>
        <w:rPr>
          <w:b/>
        </w:rPr>
        <w:t xml:space="preserve">[10:23] </w:t>
      </w:r>
      <w:r>
        <w:t>stress mein jahan tak maine samjha hai, stress naam hai is baat ka ke aadmi</w:t>
      </w:r>
    </w:p>
    <w:p>
      <w:pPr>
        <w:jc w:val="right"/>
      </w:pPr>
      <w:r>
        <w:t>اسٹریس میں جہاں تک میں نے سمجھا ہے، اسٹریس نام ہے اس بات کا کہ آدمی</w:t>
      </w:r>
    </w:p>
    <w:p>
      <w:r>
        <w:rPr>
          <w:b/>
        </w:rPr>
        <w:t xml:space="preserve">[10:31] </w:t>
      </w:r>
      <w:r>
        <w:t>is se zyada paana chahe jo woh apni capacity ke aitbaar se pa sakta hai. agar aap apni capacity ko jaanein aur usi par aap aap contentment ho jayein, to na koi tension hai, na koi stress hai.</w:t>
      </w:r>
    </w:p>
    <w:p>
      <w:pPr>
        <w:jc w:val="right"/>
      </w:pPr>
      <w:r>
        <w:t>اس سے زیادہ پانا چاہے جو وہ اپنی کیپیسٹی کے اعتبار سے پا سکتا ہے۔ اگر آپ اپنی کیپیسٹی کو جانیں اور اسی پر آپ آپ کنٹرٹمنٹ ہو جائیں، تو نہ کوئی ٹینشن ہے، نہ کوئی سٹریس ہے۔</w:t>
      </w:r>
    </w:p>
    <w:p>
      <w:r>
        <w:rPr>
          <w:b/>
        </w:rPr>
        <w:t xml:space="preserve">[10:48] </w:t>
      </w:r>
      <w:r>
        <w:t>lekin har aadmi more and more ka target banaya rehta hai. yeh more and more ka jo jo target hai, yahi wajah hai stress ki aur tension ki.</w:t>
      </w:r>
    </w:p>
    <w:p>
      <w:pPr>
        <w:jc w:val="right"/>
      </w:pPr>
      <w:r>
        <w:t>لیکن ہر آدمی مور اینڈ مور کا ٹارگٹ بنایا رہتا ہے۔ یہ مور اینڈ مور کا جو جو ٹارگٹ ہے، یہی وجہ ہے اسٹریس کی اور ٹینشن کی۔</w:t>
      </w:r>
    </w:p>
    <w:p>
      <w:r>
        <w:rPr>
          <w:b/>
        </w:rPr>
        <w:t xml:space="preserve">[11:04] </w:t>
      </w:r>
      <w:r>
        <w:t>isi liye islam mein jo hal bataya gaya hai, woh hai qanaat. qanaat ka matlab hai contentment.</w:t>
      </w:r>
    </w:p>
    <w:p>
      <w:pPr>
        <w:jc w:val="right"/>
      </w:pPr>
      <w:r>
        <w:t>اسی لیے اسلام میں جو حل بتایا گیا ہے، وہ ہے قناعت۔ قناعت کا مطلب ہے کنٹینٹمنٹ۔</w:t>
      </w:r>
    </w:p>
    <w:p>
      <w:r>
        <w:rPr>
          <w:b/>
        </w:rPr>
        <w:t xml:space="preserve">[11:14] </w:t>
      </w:r>
      <w:r>
        <w:t>qadfun min rozay ka kafaaf wa kana Allah ma ata. to contentment jo hai, us ka matlab kya hai?</w:t>
      </w:r>
    </w:p>
    <w:p>
      <w:pPr>
        <w:jc w:val="right"/>
      </w:pPr>
      <w:r>
        <w:t>قدف من روزے کا کفاف وکنا اللہ ما عطا۔ تو کنٹینٹمنٹ جو ہے، اس کا مطلب کیا ہے؟</w:t>
      </w:r>
    </w:p>
    <w:p>
      <w:r>
        <w:rPr>
          <w:b/>
        </w:rPr>
        <w:t xml:space="preserve">[11:23] </w:t>
      </w:r>
      <w:r>
        <w:t>yaani qanaat ya contentment ka matlab kya hai? woh yeh matlab nahi kam par raazi hona, possible par raazi hona.</w:t>
      </w:r>
    </w:p>
    <w:p>
      <w:pPr>
        <w:jc w:val="right"/>
      </w:pPr>
      <w:r>
        <w:t>یعنی قناعت یا کنٹینٹمنٹ کا مطلب کیا ہے؟ وہ یہ مطلب نہیں کم پر راضی ہونا، پاسیبل پر راضی ہونا۔</w:t>
      </w:r>
    </w:p>
    <w:p>
      <w:r>
        <w:rPr>
          <w:b/>
        </w:rPr>
        <w:t xml:space="preserve">[11:34] </w:t>
      </w:r>
      <w:r>
        <w:t>yeh matlab hai qanaat ka. aadmi possible aur impossible mein farq kare, achievable aur non achievable mein farq kare.</w:t>
      </w:r>
    </w:p>
    <w:p>
      <w:pPr>
        <w:jc w:val="right"/>
      </w:pPr>
      <w:r>
        <w:t>یہ مطلب ہے قناعت کا۔ آدمی پاسیبل اور امپاسیبل میں فرق کرے، اچیویبل اور نان اچیویبل میں فرق کرے۔</w:t>
      </w:r>
    </w:p>
    <w:p>
      <w:r>
        <w:rPr>
          <w:b/>
        </w:rPr>
        <w:t xml:space="preserve">[11:45] </w:t>
      </w:r>
      <w:r>
        <w:t>to har aadmi ko stress free life mil jayegi, koi mushkil nahi. dekhein, is duniya mein koi super power bhi afford nahi kar sakta is ko ke woh apne apne taqat se aage chhalang lagaye.</w:t>
      </w:r>
    </w:p>
    <w:p>
      <w:pPr>
        <w:jc w:val="right"/>
      </w:pPr>
      <w:r>
        <w:t>تو ہر آدمی کو اسٹریس فری لائف مل جائے گی، کوئی مشکل نہیں۔ دیکھیں، اس دنیا میں کوئی سپر پاور بھی افورڈ نہیں کر سکتا اس کو کہ وہ اپنے اپنے طاقت سے آگے چھلانگ لگائے۔</w:t>
      </w:r>
    </w:p>
    <w:p>
      <w:r>
        <w:rPr>
          <w:b/>
        </w:rPr>
        <w:t xml:space="preserve">[12:01] </w:t>
      </w:r>
      <w:r>
        <w:t>to woh afford nahi kar sakta. misaal ke taur par communist roos ko dekhiye, woh daakhil ho gaya afghanistan mein, fauj ne daakhil kar diya apni. to is ke liye phir affordable nahi tha, shikast kha kar wapas jaana pada un ko.</w:t>
      </w:r>
    </w:p>
    <w:p>
      <w:pPr>
        <w:jc w:val="right"/>
      </w:pPr>
      <w:r>
        <w:t>تو وہ افورڈ نہیں کر سکتا۔ مثال طور پر کمیونسٹ روس کو دیکھیے، وہ داخل ہو گیا افغانستان میں، فوج نے داخل کر دیا اپنی۔ تو اس کے لیے پھر افورڈیبل نہیں تھا، شکست کھا کر واپس جانا پڑا ان کو۔</w:t>
      </w:r>
    </w:p>
    <w:p>
      <w:r>
        <w:rPr>
          <w:b/>
        </w:rPr>
        <w:t xml:space="preserve">[12:16] </w:t>
      </w:r>
      <w:r>
        <w:t>aise hi america jo hai, iraq mein daakhil ho gaya, woh bhi mein bataoon ke affordable nahi tha woh, aur wapas jaana pada is ko das saal ke baad vietnam se das saal wapas aana pada.</w:t>
      </w:r>
    </w:p>
    <w:p>
      <w:pPr>
        <w:jc w:val="right"/>
      </w:pPr>
      <w:r>
        <w:t>ایسے ہی امریکہ جو ہے، عراق میں داخل ہو گیا، وہ بھی میں بتاؤں کہ افورڈیبل نہیں تھا وہ، اور واپس جانا پڑا اس کو دس سال کے بعد ویتنام سے دس سال واپس آنا پڑا۔</w:t>
      </w:r>
    </w:p>
    <w:p>
      <w:r>
        <w:rPr>
          <w:b/>
        </w:rPr>
        <w:t xml:space="preserve">[12:28] </w:t>
      </w:r>
      <w:r>
        <w:t>to chahe koi individual ho, chahe koi super power ho, woh is ko is baat ko jaanna chahiye, is had ko ke is kya cheez is ke liye yaani achievable hai, kya achievable nahi.</w:t>
      </w:r>
    </w:p>
    <w:p>
      <w:pPr>
        <w:jc w:val="right"/>
      </w:pPr>
      <w:r>
        <w:t>تو چاہے کوئی انڈیویجول ہو، چاہے کوئی سپر پاور ہو، وہ اس کو اس بات کو جاننا چاہیے، اس حد کو کہ اس کیا چیز اس کے لیے یعنی اچیویبل ہے، کیا اچیویبل نہیں۔</w:t>
      </w:r>
    </w:p>
    <w:p>
      <w:r>
        <w:rPr>
          <w:b/>
        </w:rPr>
        <w:t xml:space="preserve">[12:46] </w:t>
      </w:r>
      <w:r>
        <w:t>jo achievable na ho, us ko kabhi target na kare, woh kabhi na kare. jo achievable hai, us ko usi ko target kare. magar mushkil yeh hai ke na fard is ko yaani is par dhyan deta, na na bari bari hukoomatein jo bhi dhyan de paati hain.</w:t>
      </w:r>
    </w:p>
    <w:p>
      <w:pPr>
        <w:jc w:val="right"/>
      </w:pPr>
      <w:r>
        <w:t>جو اچیویبل نہ ہو، اس کو کبھی ٹارگٹ نہ کرے، وہ کبھی نہ کرے۔ جو اچیویبل ہے، اس کو اسی کو ٹارگٹ کرے۔ مگر مشکل یہ ہے کہ نہ فرد اس کو یعنی اس پر دھیان دیتا، نہ نہ بڑی بڑی حکومتیں جو بھی دھیان دے پاتی ہیں۔</w:t>
      </w:r>
    </w:p>
    <w:p>
      <w:r>
        <w:rPr>
          <w:b/>
        </w:rPr>
        <w:t xml:space="preserve">[13:09] </w:t>
      </w:r>
      <w:r>
        <w:t>natija yeh hai ke sab pareshan hain. jis ko dekho, sab pareshan hain. jo bare bare jo president aur prime minister hain, woh sleeping pe sleeping pe kha kar sote hain.</w:t>
      </w:r>
    </w:p>
    <w:p>
      <w:pPr>
        <w:jc w:val="right"/>
      </w:pPr>
      <w:r>
        <w:t>نتیجہ یہ ہے کہ سب پریشان ہیں۔ جس کو دیکھو، سب پریشان ہیں۔ جو بڑے بڑے جو پریزیڈنٹ اور پرائم منسٹر ہیں، وہ سلیپنگ پہ سلیپنگ پہ کھا کے سوتے ہیں۔</w:t>
      </w:r>
    </w:p>
    <w:p>
      <w:r>
        <w:rPr>
          <w:b/>
        </w:rPr>
        <w:t xml:space="preserve">[13:21] </w:t>
      </w:r>
      <w:r>
        <w:t>isi liye ke woh har ek chhalang lagai hui hai, har ek jump ki hui hai more and more ki taraf. to main sochta hoon ke is ke liye ek prize deni pare gi.</w:t>
      </w:r>
    </w:p>
    <w:p>
      <w:pPr>
        <w:jc w:val="right"/>
      </w:pPr>
      <w:r>
        <w:t>اسی لیے کہ وہ ہر ایک چھلانگ لگائی ہوئی ہے، ہر ایک جمپ کی ہوئی ہے مور اینڈ مور کی طرف۔ تو میں سوچتا ہوں کہ اس کے لیے ایک پرائز دینی پڑے گی۔</w:t>
      </w:r>
    </w:p>
    <w:p>
      <w:r>
        <w:rPr>
          <w:b/>
        </w:rPr>
        <w:t xml:space="preserve">[13:33] </w:t>
      </w:r>
      <w:r>
        <w:t>woh yeh hai ke more and more ka jo concept hai, is ko khatam karna, is ko aur contentment par apne aap ko le ana. koi doosra option nahi is ke liye, is ke siwa.</w:t>
      </w:r>
    </w:p>
    <w:p>
      <w:pPr>
        <w:jc w:val="right"/>
      </w:pPr>
      <w:r>
        <w:t>وہ یہ ہے کہ مور اینڈ مور کا جو کانسیپٹ ہے، اس کو ختم کرنا، اس کو اور کنٹینٹمنٹ پر اپنے آپ کو لے آنا۔ کوئی دوسرا آپشن نہیں اس کے لیے، اس کے سوا۔</w:t>
      </w:r>
    </w:p>
    <w:p>
      <w:r>
        <w:rPr>
          <w:b/>
        </w:rPr>
        <w:t xml:space="preserve">[13:44] </w:t>
      </w:r>
      <w:r>
        <w:t>united states jo hai, super power banaya jata hai. dekhiye, first world war aur second world war ke darmiyan jo hai, bohat hi zyada peace tha america mein.</w:t>
      </w:r>
    </w:p>
    <w:p>
      <w:pPr>
        <w:jc w:val="right"/>
      </w:pPr>
      <w:r>
        <w:t>یونائٹڈ اسٹیٹس جو ہے، سپر پاور بنایا جاتا ہے۔ دیکھیے، فرسٹ ورلڈ وار اور سیکنڈ ورلڈ وار کے درمیان جو ہے، بہت ہی زیادہ پیس تھا امریکہ میں۔</w:t>
      </w:r>
    </w:p>
    <w:p>
      <w:r>
        <w:rPr>
          <w:b/>
        </w:rPr>
        <w:t xml:space="preserve">[13:53] </w:t>
      </w:r>
      <w:r>
        <w:t>bohat khush thay log, kyunke us waqt kya nazariya tha un ka ke "da business of america is business". yeh tha un ka nazariya.</w:t>
      </w:r>
    </w:p>
    <w:p>
      <w:pPr>
        <w:jc w:val="right"/>
      </w:pPr>
      <w:r>
        <w:t>بہت خوش تھے لوگ، کیونکہ اس وقت کیا نظریہ تھا ان کا کہ "دا بزنس اف امریکہ از بزنس"۔ یہ تھا ان کا نظریہ۔</w:t>
      </w:r>
    </w:p>
    <w:p>
      <w:r>
        <w:rPr>
          <w:b/>
        </w:rPr>
        <w:t xml:space="preserve">[14:03] </w:t>
      </w:r>
      <w:r>
        <w:t>yani first world war aur second world war ke darmiyan jo tha, motto usa ka bas itna hi tha ke "da business of america is business".</w:t>
      </w:r>
    </w:p>
    <w:p>
      <w:pPr>
        <w:jc w:val="right"/>
      </w:pPr>
      <w:r>
        <w:t>یعنی فرسٹ ورلڈ وار اور سیکنڈ ورلڈ وار کے درمیان جو تھا، موٹو یو ایس اے کا بس اتنا ہی تھا کہ "دا بزنس اف امریکہ از بزنس"۔</w:t>
      </w:r>
    </w:p>
    <w:p>
      <w:r>
        <w:rPr>
          <w:b/>
        </w:rPr>
        <w:t xml:space="preserve">[14:12] </w:t>
      </w:r>
      <w:r>
        <w:t>second world war ke baad badal gaya. woh unhon ne kaha ke hum leadership, world leadership un ka target bana liya. unhon ne tab se sare problem mein ghira hua hai america.</w:t>
      </w:r>
    </w:p>
    <w:p>
      <w:pPr>
        <w:jc w:val="right"/>
      </w:pPr>
      <w:r>
        <w:t>سیکنڈ ورلڈ وار کے بعد بدل گیا۔ وہ انہوں نے کہا کہ ہم لیڈرشپ، ورلڈ لیڈرشپ ان کا ٹارگٹ بنا لیا۔ انہوں نے تب سے سارے پرابلم میں گھرا ہوا ہے امریکہ۔</w:t>
      </w:r>
    </w:p>
    <w:p>
      <w:r>
        <w:rPr>
          <w:b/>
        </w:rPr>
        <w:t xml:space="preserve">[14:25] </w:t>
      </w:r>
      <w:r>
        <w:t>to woh is ke bas mein tha ke product tayyar karo aur duniya mein becho. to possible tha is ke liye, lekin sari duniya ko ke upar woh leadership qaim karo, yeh to possible nahi tha.</w:t>
      </w:r>
    </w:p>
    <w:p>
      <w:pPr>
        <w:jc w:val="right"/>
      </w:pPr>
      <w:r>
        <w:t>تو وہ اس کے بس میں تھا کہ پروڈکٹ تیار کرو اور دنیا میں بیچو۔ تو پاسیبل تھا اس کے لیے، لیکن ساری دنیا کو کے اوپر وہ لیڈرشپ قائم کرو، یہ تو پاسیبل نہیں تھا۔</w:t>
      </w:r>
    </w:p>
    <w:p>
      <w:r>
        <w:rPr>
          <w:b/>
        </w:rPr>
        <w:t xml:space="preserve">[14:39] </w:t>
      </w:r>
      <w:r>
        <w:t>to bas hoga, is ka is ki economy tabah ho gayi. har har har aitbar se nuqsan hua is ko. yeh individual ka muamla hai.</w:t>
      </w:r>
    </w:p>
    <w:p>
      <w:pPr>
        <w:jc w:val="right"/>
      </w:pPr>
      <w:r>
        <w:t>تو بس ہوگا، اس کا اس کی اکانومی تباہ ہو گئی۔ ہر ہر ہر اعتبار سے نقصان ہوا اس کو۔ یہ انڈیویجول کا معاملہ ہے۔</w:t>
      </w:r>
    </w:p>
    <w:p>
      <w:r>
        <w:rPr>
          <w:b/>
        </w:rPr>
        <w:t xml:space="preserve">[14:52] </w:t>
      </w:r>
      <w:r>
        <w:t>main Allah ke fazl se bilkul meri zindagi peaceful zindagi meri hai, kyunke meri koi zaroorat hi nahi. main to need se bhi kam par jeeta hoon, jo jo real need hai, us se bhi kam par jeene ki koshish karta hoon.</w:t>
      </w:r>
    </w:p>
    <w:p>
      <w:pPr>
        <w:jc w:val="right"/>
      </w:pPr>
      <w:r>
        <w:t>میں اللہ کے فضل سے بالکل میری زندگی پیس فل زندگی میری ہے، کیونکہ میری کوئی ضرورت ہی نہیں۔ میں تو نیڈ سے بھی کم پر جیتا ہوں، جو جو ریئل نیڈ ہے، اس سے بھی کم پر جینے کی کوشش کرتا ہوں۔</w:t>
      </w:r>
    </w:p>
    <w:p>
      <w:r>
        <w:rPr>
          <w:b/>
        </w:rPr>
        <w:t xml:space="preserve">[15:06] </w:t>
      </w:r>
      <w:r>
        <w:t>to mujhe sleep, yani sound sleep aati hai, mashallah, aur koi mujhe pareshani nahi hai. to dekhiye, stress free life ke liye ek prize dena hai.</w:t>
      </w:r>
    </w:p>
    <w:p>
      <w:pPr>
        <w:jc w:val="right"/>
      </w:pPr>
      <w:r>
        <w:t>تو مجھے سلیپ، یعنی ساؤنڈ سلیپ آتی ہے، ماشاءاللہ، اور کوئی مجھے پریشانی نہیں ہے۔ تو دیکھیے، اسٹریس فری لائف کے لیے ایک پرائز دینا ہے۔</w:t>
      </w:r>
    </w:p>
    <w:p>
      <w:r>
        <w:rPr>
          <w:b/>
        </w:rPr>
        <w:t xml:space="preserve">[15:22] </w:t>
      </w:r>
      <w:r>
        <w:t>woh prize kya hai? more and more se apne ko bachana, contentment par apne ko razi karna. bas,</w:t>
      </w:r>
    </w:p>
    <w:p>
      <w:pPr>
        <w:jc w:val="right"/>
      </w:pPr>
      <w:r>
        <w:t>وہ پرائز کیا ہے؟ مور اینڈ مور سے اپنے کو بچانا، کنٹینٹمنٹ پر اپنے کو راضی کرنا۔ بس،</w:t>
      </w:r>
    </w:p>
    <w:p>
      <w:r>
        <w:rPr>
          <w:b/>
        </w:rPr>
        <w:t xml:space="preserve">[15:34] </w:t>
      </w:r>
      <w:r>
        <w:t>aur koi hal hai ke nahi? married life ho, chahe company ki zindagi ho ya kahin bhi ho, har aadmi is cheez ko chahne lagta hai jo is ke liye achievable nahi hai.</w:t>
      </w:r>
    </w:p>
    <w:p>
      <w:pPr>
        <w:jc w:val="right"/>
      </w:pPr>
      <w:r>
        <w:t>اور کوئی حل ہے کہ نہیں؟ میریڈ لائف ہو، چاہے کمپنی کی زندگی ہو یا کہیں بھی ہو، ہر آدمی اس چیز کو چاہنے لگتا ہے جو اس کے لیے اچیویبل نہیں ہے۔</w:t>
      </w:r>
    </w:p>
    <w:p>
      <w:r>
        <w:rPr>
          <w:b/>
        </w:rPr>
        <w:t xml:space="preserve">[15:47] </w:t>
      </w:r>
      <w:r>
        <w:t>woh chahne lagta hai. to aap is ko soch kar daryaft kijiye ke woh kaun si cheez hai jo aap ke liye achievable hai aur kaun si cheez hai jo aap ke liye achievable nahi hai, aur us par razi ho jaiye.</w:t>
      </w:r>
    </w:p>
    <w:p>
      <w:pPr>
        <w:jc w:val="right"/>
      </w:pPr>
      <w:r>
        <w:t>وہ چاہنے لگتا ہے۔ تو آپ اس کو سوچ کر دریافت کیجئے کہ وہ کون سی چیز ہے جو آپ کے لیے اچیویبل ہے اور کون سی چیز ہے جو آپ کے لیے اچیویبل نہیں ہے، اور اس پر راضی ہو جائیے۔</w:t>
      </w:r>
    </w:p>
    <w:p>
      <w:r>
        <w:rPr>
          <w:b/>
        </w:rPr>
        <w:t xml:space="preserve">[16:01] </w:t>
      </w:r>
      <w:r>
        <w:t>to bas, is ke baad peace hi peace hai. mera tajurba to yahi hai. mera mera jo experience hai, woh yahi hai.</w:t>
      </w:r>
    </w:p>
    <w:p>
      <w:pPr>
        <w:jc w:val="right"/>
      </w:pPr>
      <w:r>
        <w:t>تو بس، اس کے بعد پیس ہی پیس ہے۔ میرا تجربہ تو یہی ہے۔ میرا میرا جو ایکسپیرینس ہے، وہ یہی ہے۔</w:t>
      </w:r>
    </w:p>
    <w:p>
      <w:r>
        <w:rPr>
          <w:b/>
        </w:rPr>
        <w:t xml:space="preserve">[16:13] </w:t>
      </w:r>
      <w:r>
        <w:t>maulana, agla sawal karachi se aya hai miss saira latif ka. unhon ne likha hai: "mera sawal yeh hai ke aaj ki khawateen apna zyada tar waqt aur salahiyat sirf apni madi sahulaton ki nazar kiye hue hain.</w:t>
      </w:r>
    </w:p>
    <w:p>
      <w:pPr>
        <w:jc w:val="right"/>
      </w:pPr>
      <w:r>
        <w:t>مولانا، اگلا سوال کراچی سے آیا ہے مس سائرہ لطیف کا۔ انہوں نے لکھا ہے: "میرا سوال یہ ہے کہ آج کی خواتین اپنا زیادہ تر وقت اور صلاحیت صرف اپنی مادی سہولتوں کی نظر کیے ہوئے ہیں۔</w:t>
      </w:r>
    </w:p>
    <w:p>
      <w:r>
        <w:rPr>
          <w:b/>
        </w:rPr>
        <w:t xml:space="preserve">[16:30] </w:t>
      </w:r>
      <w:r>
        <w:t>aisi halat mein un ko rohaniyat ka paigham kis tarah pohanchaya jaye?"</w:t>
      </w:r>
    </w:p>
    <w:p>
      <w:pPr>
        <w:jc w:val="right"/>
      </w:pPr>
      <w:r>
        <w:t>ایسی حالت میں ان کو روحانیت کا پیغام کس طرح پہنچایا جائے؟"</w:t>
      </w:r>
    </w:p>
    <w:p>
      <w:r>
        <w:rPr>
          <w:b/>
        </w:rPr>
        <w:t xml:space="preserve">[16:38] </w:t>
      </w:r>
      <w:r>
        <w:t>asal mein baat yeh hai ke log material cheezon ki value jante hain aur spiritual wali baaten jo hain, is ki value nahi samajhte.</w:t>
      </w:r>
    </w:p>
    <w:p>
      <w:pPr>
        <w:jc w:val="right"/>
      </w:pPr>
      <w:r>
        <w:t>اصل میں بات یہ ہے کہ لوگ مٹیریل چیزوں کی ویلیو جانتے ہیں اور اسپیریچول والی باتیں جو ہیں، اس کی ویلیو نہیں سمجھتے۔</w:t>
      </w:r>
    </w:p>
    <w:p>
      <w:r>
        <w:rPr>
          <w:b/>
        </w:rPr>
        <w:t xml:space="preserve">[16:49] </w:t>
      </w:r>
      <w:r>
        <w:t>woh asal baat yeh hai ke agar un ko bataya jaye ke material cheezon ke mein ka plus point aur minus point kya hai, yeh un ko khabar is ki nahi hai, kyunke material cheezon ke peeche daurne mein kya hota hai?</w:t>
      </w:r>
    </w:p>
    <w:p>
      <w:pPr>
        <w:jc w:val="right"/>
      </w:pPr>
      <w:r>
        <w:t>وہ اصل بات یہ ہے کہ اگر ان کو بتایا جائے کہ مٹیریل چیزوں کے میں کا پلس پوائنٹ اور مائنس پوائنٹ کیا ہے، یہ ان کو خبر اس کی نہیں ہے، کیونکہ مٹیریل چیزوں کے پیچھے دوڑنے میں کیا ہوتا ہے؟</w:t>
      </w:r>
    </w:p>
    <w:p>
      <w:r>
        <w:rPr>
          <w:b/>
        </w:rPr>
        <w:t xml:space="preserve">[17:06] </w:t>
      </w:r>
      <w:r>
        <w:t>yeh to hota hai tension, stress, taluqat mein yani khinchao, tarah tarah ke problem jo ate hain, isi liye ate hain ke hum material cheezon ko apna goal banaye hue hain.</w:t>
      </w:r>
    </w:p>
    <w:p>
      <w:pPr>
        <w:jc w:val="right"/>
      </w:pPr>
      <w:r>
        <w:t>یہ تو ہوتا ہے ٹینشن، اسٹریس، تعلقات میں یعنی کھنچاؤ، طرح طرح کے پرابلم جو آتے ہیں، اسی لیے آتے ہیں کہ ہم مٹیریل چیزوں کو اپنا گول بنائے ہوئے ہیں۔</w:t>
      </w:r>
    </w:p>
    <w:p>
      <w:r>
        <w:rPr>
          <w:b/>
        </w:rPr>
        <w:t xml:space="preserve">[17:23] </w:t>
      </w:r>
      <w:r>
        <w:t>to spiritual jo goal hai, is ko hum agar samne rakhen to achaanak hum ko ek bilkul hi peaceful life mil jati hai, bohat peaceful life.</w:t>
      </w:r>
    </w:p>
    <w:p>
      <w:pPr>
        <w:jc w:val="right"/>
      </w:pPr>
      <w:r>
        <w:t>تو اسپیریچول جو گول ہے، اس کو ہم اگر سامنے رکھیں تو اچانک ہم کو ایک بالکل ہی پیس فل لائف مل جاتی ہے، بہت پیس فل لائف۔</w:t>
      </w:r>
    </w:p>
    <w:p>
      <w:r>
        <w:rPr>
          <w:b/>
        </w:rPr>
        <w:t xml:space="preserve">[17:36] </w:t>
      </w:r>
      <w:r>
        <w:t>aur phir peaceful life ka faida yeh hota hai ke hum jo asal jo asal jo kaam hai, woh kar paate hain. yani intellectual development sab se bari cheez duniya mein jo hai, woh hai intellectual development.</w:t>
      </w:r>
    </w:p>
    <w:p>
      <w:pPr>
        <w:jc w:val="right"/>
      </w:pPr>
      <w:r>
        <w:t>اور پھر پیس فل لائف کا فائدہ یہ ہوتا ہے کہ ہم جو اصل جو اصل جو کام ہے، وہ کر پاتے ہیں۔ یعنی انٹلیکچول ڈیویلپمنٹ سب سے بڑی چیز دنیا میں جو ہے، وہ ہے انٹلیکچول ڈیویلپمنٹ۔</w:t>
      </w:r>
    </w:p>
    <w:p>
      <w:r>
        <w:rPr>
          <w:b/>
        </w:rPr>
        <w:t xml:space="preserve">[17:48] </w:t>
      </w:r>
      <w:r>
        <w:t>isi quran mein kaha gaya hai: "tazkiya". tazkiya kya hai? intellectual development ka naam hai tazkiya. to asal kaam jo hai, wohi nahi kar pata aadmi material cheezon mein phansne ki wajah se.</w:t>
      </w:r>
    </w:p>
    <w:p>
      <w:pPr>
        <w:jc w:val="right"/>
      </w:pPr>
      <w:r>
        <w:t>اسی قرآن میں کہا گیا ہے: "تزکیہ"۔ تزکیہ کیا ہے؟ انٹلیکچول ڈیویلپمنٹ کا نام ہے تزکیہ۔ تو اصل کام جو ہے، وہی نہیں کر پاتا آدمی مٹیریل چیزوں میں پھنسنے کی وجہ سے۔</w:t>
      </w:r>
    </w:p>
    <w:p>
      <w:r>
        <w:rPr>
          <w:b/>
        </w:rPr>
        <w:t xml:space="preserve">[18:03] </w:t>
      </w:r>
      <w:r>
        <w:t>main to Allah ke fazl se material cheezon se bilkul hi apne ko mein ne itna door kar liya hai ke ke koi meri need hi nahi, koi zaroorat hi meri nahi hai.</w:t>
      </w:r>
    </w:p>
    <w:p>
      <w:pPr>
        <w:jc w:val="right"/>
      </w:pPr>
      <w:r>
        <w:t>میں تو اللہ کے فضل سے مٹیریل چیزوں سے بالکل ہی اپنے کو میں نے اتنا دور کر لیا ہے کہ کہ کوئی میری نیڈ ہی نہیں، کوئی ضرورت ہی میری نہیں ہے۔</w:t>
      </w:r>
    </w:p>
    <w:p>
      <w:r>
        <w:rPr>
          <w:b/>
        </w:rPr>
        <w:t xml:space="preserve">[18:14] </w:t>
      </w:r>
      <w:r>
        <w:t>jo jo logon ne jo jo jo mujhe de diya gaya pehanne ke liye, woh main ne pehan liya. jo khane ke liye de diya gaya, woh kha liya. bas to mujhe peace hi peace hai.</w:t>
      </w:r>
    </w:p>
    <w:p>
      <w:pPr>
        <w:jc w:val="right"/>
      </w:pPr>
      <w:r>
        <w:t>جو جو لوگوں نے جو جو جو مجھے دے دیا گیا پہننے کے لیے، وہ میں نے پہن لیا۔ جو کھانے کے لیے دے دیا گیا، وہ کھا لیا۔ بس تو مجھے پیس ہی پیس ہے۔</w:t>
      </w:r>
    </w:p>
    <w:p>
      <w:r>
        <w:rPr>
          <w:b/>
        </w:rPr>
        <w:t xml:space="preserve">[18:25] </w:t>
      </w:r>
      <w:r>
        <w:t>to mujhe mauqa hai ke main raat din apne aap ko intellectual development mein masroof rakhoon. mera intellectual process jo hai, woh chalta rehta hai barabar, kyunke doosri cheezon mein apne ko distract nahi kiya hua hoon.</w:t>
      </w:r>
    </w:p>
    <w:p>
      <w:pPr>
        <w:jc w:val="right"/>
      </w:pPr>
      <w:r>
        <w:t>تو مجھے موقع ہے کہ میں رات دن اپنے آپ کو انٹلیکچول ڈیویلپمنٹ میں مصروف رکھوں۔ میرا انٹلیکچول پراسیس جو ہے، وہ چلتا رہتا ہے برابر، کیونکہ دوسری چیزوں میں اپنے کو ڈسٹریکٹ نہیں کیا ہوا ہوں۔</w:t>
      </w:r>
    </w:p>
    <w:p>
      <w:r>
        <w:rPr>
          <w:b/>
        </w:rPr>
        <w:t xml:space="preserve">[18:39] </w:t>
      </w:r>
      <w:r>
        <w:t>to is raat ko samajhte hain yeh log ke kitna bara nuqsan kar rahe hain, yani apne is yani apne is lifestyle ki waja se.</w:t>
      </w:r>
    </w:p>
    <w:p>
      <w:pPr>
        <w:jc w:val="right"/>
      </w:pPr>
      <w:r>
        <w:t>تو اس رات کو سمجھتے ہیں یہ لوگ کہ کتنا بڑا نقصان کر رہے ہیں، یعنی اپنے اس یعنی اپنے اس لائف اسٹائل کی وجہ سے۔</w:t>
      </w:r>
    </w:p>
    <w:p>
      <w:r>
        <w:rPr>
          <w:b/>
        </w:rPr>
        <w:t xml:space="preserve">[18:51] </w:t>
      </w:r>
      <w:r>
        <w:t>to in par yeh yeh baat khul jaye, agar ke yeh lifestyle jo hai, aap ke liye bohat hi yani disastrous hai, to inshallah aap yeh islaah kar lenge.</w:t>
      </w:r>
    </w:p>
    <w:p>
      <w:pPr>
        <w:jc w:val="right"/>
      </w:pPr>
      <w:r>
        <w:t>تو ان پر یہ یہ بات کھل جائے، اگر کہ یہ لائف اسٹائل جو ہے، آپ کے لیے بہت ہی یعنی ڈساسٹرس ہے، تو انشاءاللہ آپ یہ اصلاح کر لیں گے۔</w:t>
      </w:r>
    </w:p>
    <w:p>
      <w:r>
        <w:rPr>
          <w:b/>
        </w:rPr>
        <w:t xml:space="preserve">[19:03] </w:t>
      </w:r>
      <w:r>
        <w:t>maulana, agla sawal aya hai tamil nadu se maulana farhat ahmad salfi umri ka. unhon ne poocha hai ke marifat aur dawat ka inaam akhirat mein milega, magar muslim empire ka faida dunya mein milega.</w:t>
      </w:r>
    </w:p>
    <w:p>
      <w:pPr>
        <w:jc w:val="right"/>
      </w:pPr>
      <w:r>
        <w:t>مولانا، اگلا سوال آیا ہے تمل ناڈو سے مولانا فرحت احمد سلفی عمری کا۔ انہوں نے پوچھا ہے کہ معرفت اور دعوت کا انعام آخرت میں ملے گا، مگر مسلم ایمپائر کا فائدہ دنیا میں ملے گا۔</w:t>
      </w:r>
    </w:p>
    <w:p>
      <w:r>
        <w:rPr>
          <w:b/>
        </w:rPr>
        <w:t xml:space="preserve">[19:21] </w:t>
      </w:r>
      <w:r>
        <w:t>muslim isi isi cheez ki baat pe is ka intezar kar rahe hain ke islami hukumat kab qaim hogi.</w:t>
      </w:r>
    </w:p>
    <w:p>
      <w:pPr>
        <w:jc w:val="right"/>
      </w:pPr>
      <w:r>
        <w:t>مسلم اسی اسی چیز کی بات پہ اس کا انتظار کر رہے ہیں کہ اسلامی حکومت کب قائم ہوگی۔</w:t>
      </w:r>
    </w:p>
    <w:p>
      <w:r>
        <w:rPr>
          <w:b/>
        </w:rPr>
        <w:t xml:space="preserve">[19:30] </w:t>
      </w:r>
      <w:r>
        <w:t>maulana, is galat baat ko kaise samjhaya jaye?</w:t>
      </w:r>
    </w:p>
    <w:p>
      <w:pPr>
        <w:jc w:val="right"/>
      </w:pPr>
      <w:r>
        <w:t>مولانا، اس غلط بات کو کیسے سمجھایا جائے؟</w:t>
      </w:r>
    </w:p>
    <w:p>
      <w:r>
        <w:rPr>
          <w:b/>
        </w:rPr>
        <w:t xml:space="preserve">[19:34] </w:t>
      </w:r>
      <w:r>
        <w:t>samjhaya jaye ke woh possible nahi hai. jis cheez ko muslim jo kehte hain ke muslim hukumatain theen, to woh hukumat kahan thi?</w:t>
      </w:r>
    </w:p>
    <w:p>
      <w:pPr>
        <w:jc w:val="right"/>
      </w:pPr>
      <w:r>
        <w:t>سمجھایا جائے کہ وہ پاسیبل نہیں ہے۔ جس چیز کو مسلم جو کہتے ہیں کہ مسلم حکومتیں تھیں، تو وہ حکومت کہاں تھی؟</w:t>
      </w:r>
    </w:p>
    <w:p>
      <w:r>
        <w:rPr>
          <w:b/>
        </w:rPr>
        <w:t xml:space="preserve">[19:43] </w:t>
      </w:r>
      <w:r>
        <w:t>woh to dynasty thi, ek khandan hukumat kar raha tha. aam musalmanon ko to kuch bhi nahi mila hua tha, aur sari dunya mein muslim hukumat woh to possible hi nahi hai, mumkin hi nahi hai.</w:t>
      </w:r>
    </w:p>
    <w:p>
      <w:pPr>
        <w:jc w:val="right"/>
      </w:pPr>
      <w:r>
        <w:t>وہ تو ڈائنسٹی تھی، ایک خاندان حکومت کر رہا تھا۔ عام مسلمانوں کو تو کچھ بھی نہیں ملا ہوا تھا، اور ساری دنیا میں مسلم حکومت وہ تو پاسیبل ہی نہیں ہے، ممکن ہی نہیں ہے۔</w:t>
      </w:r>
    </w:p>
    <w:p>
      <w:r>
        <w:rPr>
          <w:b/>
        </w:rPr>
        <w:t xml:space="preserve">[19:55] </w:t>
      </w:r>
      <w:r>
        <w:t>to ek unachievable goal ke liye musalman jo hai, apne dimagh khwamkhwah is mein apne dimagh ko masroof kiye hue hain. yeh goal achievable hi nahi hai ke sari dunya mein islami hukumat qaim ho.</w:t>
      </w:r>
    </w:p>
    <w:p>
      <w:pPr>
        <w:jc w:val="right"/>
      </w:pPr>
      <w:r>
        <w:t>تو ایک ان اچیویبل گول کے لیے مسلمان جو ہے، اپنے دماغ خوامخواہ اس میں اپنے دماغ کو مصروف کیے ہوئے ہیں۔ یہ گول اچیویبل ہی نہیں ہے کہ ساری دنیا میں اسلامی حکومت قائم ہو۔</w:t>
      </w:r>
    </w:p>
    <w:p>
      <w:r>
        <w:rPr>
          <w:b/>
        </w:rPr>
        <w:t xml:space="preserve">[20:07] </w:t>
      </w:r>
      <w:r>
        <w:t>na kabhi hua, na aindah hone wala hai. aur jo hukumatain bani theen musalmanon ki, woh sab dynasty theen, yani khandani badshahat.</w:t>
      </w:r>
    </w:p>
    <w:p>
      <w:pPr>
        <w:jc w:val="right"/>
      </w:pPr>
      <w:r>
        <w:t>نہ کبھی ہوا، نہ آئندہ ہونے والا ہے۔ اور جو حکومتیں بنی تھیں مسلمانوں کی، وہ سب ڈائنسٹی تھیں، یعنی خاندانی بادشاہت۔</w:t>
      </w:r>
    </w:p>
    <w:p>
      <w:r>
        <w:rPr>
          <w:b/>
        </w:rPr>
        <w:t xml:space="preserve">[20:18] </w:t>
      </w:r>
      <w:r>
        <w:t>jo kuch mila hua tha, ek khandan ko mila hua tha. to dynasty ke liye aap sare apne aap ko kya khatam kar denge?</w:t>
      </w:r>
    </w:p>
    <w:p>
      <w:pPr>
        <w:jc w:val="right"/>
      </w:pPr>
      <w:r>
        <w:t>جو کچھ ملا ہوا تھا، ایک خاندان کو ملا ہوا تھا۔ تو ڈائنسٹی کے لیے آپ سارے اپنے آپ کو کیا ختم کر دیں گے؟</w:t>
      </w:r>
    </w:p>
    <w:p>
      <w:r>
        <w:rPr>
          <w:b/>
        </w:rPr>
        <w:t xml:space="preserve">[20:26] </w:t>
      </w:r>
      <w:r>
        <w:t>isi ko isi ke peeche.</w:t>
      </w:r>
    </w:p>
    <w:p>
      <w:pPr>
        <w:jc w:val="right"/>
      </w:pPr>
      <w:r>
        <w:t>اسی کو اسی کے پیچھے۔</w:t>
      </w:r>
    </w:p>
    <w:p>
      <w:r>
        <w:rPr>
          <w:b/>
        </w:rPr>
        <w:t xml:space="preserve">[20:32] </w:t>
      </w:r>
      <w:r>
        <w:t>to behal yeh mere nazdeek political goal achievable nahi hai, sirf ek fareb hai, ek romantic concept hai. yeh woh achieve hi nahi ho sakta kabhi is dunya mein, jo ke test ke liye banai gayi hai.</w:t>
      </w:r>
    </w:p>
    <w:p>
      <w:pPr>
        <w:jc w:val="right"/>
      </w:pPr>
      <w:r>
        <w:t>تو بہرحال یہ میرے نزدیک پولیٹیکل گول اچیویبل نہیں ہے، صرف ایک فریب ہے، ایک رومینٹک کانسیپٹ ہے۔ یہ وہ اچیو ہی نہیں ہو سکتا کبھی اس دنیا میں، جو کہ ٹیسٹ کے لیے بنائی گئی ہے۔</w:t>
      </w:r>
    </w:p>
    <w:p>
      <w:r>
        <w:rPr>
          <w:b/>
        </w:rPr>
        <w:t xml:space="preserve">[20:48] </w:t>
      </w:r>
      <w:r>
        <w:t>aur marifat aur dawat to har ek aadmi ke liye achievable hai. har aadmi apne aap ko عارف bana sakta hai, har aadmi apne aap ko dāi bana sakta hai.</w:t>
      </w:r>
    </w:p>
    <w:p>
      <w:pPr>
        <w:jc w:val="right"/>
      </w:pPr>
      <w:r>
        <w:t>اور معرفت اور دعوت تو ہر ایک آدمی کے لیے اچیویبل ہے۔ ہر آدمی اپنے آپ کو عارف بنا سکتا ہے، ہر آدمی اپنے آپ کو داعی بنا سکتا ہے۔</w:t>
      </w:r>
    </w:p>
    <w:p>
      <w:r>
        <w:rPr>
          <w:b/>
        </w:rPr>
        <w:t xml:space="preserve">[21:00] </w:t>
      </w:r>
      <w:r>
        <w:t>is baat ko log nahi samajhte, is farq ko jaan lein. agar ke عارف banna aur dāi banna, yeh to hamare bas mein hai, lekin islami hukumat sari dunya mein qaim karna, yeh to bas mein nahi hai, achievable hi nahi hai.</w:t>
      </w:r>
    </w:p>
    <w:p>
      <w:pPr>
        <w:jc w:val="right"/>
      </w:pPr>
      <w:r>
        <w:t>اس بات کو لوگ نہیں سمجھتے، اس فرق کو جان لیں۔ اگر کہ عارف بننا اور داعی بننا، یہ تو ہمارے بس میں ہے، لیکن اسلامی حکومت ساری دنیا میں قائم کرنا، یہ تو بس میں نہیں ہے، اچیویبل ہی نہیں ہے۔</w:t>
      </w:r>
    </w:p>
    <w:p>
      <w:r>
        <w:rPr>
          <w:b/>
        </w:rPr>
        <w:t xml:space="preserve">[21:11] </w:t>
      </w:r>
      <w:r>
        <w:t>woh sary se is ko chand samajhte hain, samajhte hain yeh log. aur bohat si kitabein chhapi hui hain, jo is mein romantic baatein hain, un romantic baaton mein phanse hue hain log.</w:t>
      </w:r>
    </w:p>
    <w:p>
      <w:pPr>
        <w:jc w:val="right"/>
      </w:pPr>
      <w:r>
        <w:t>وہ سرے سے اس کو چند سمجھتے ہیں، سمجھتے ہیں یہ لوگ۔ اور بہت سی کتابیں چھپی ہوئی ہیں، جو اس میں رومینٹک باتیں ہیں، ان رومینٹک باتوں میں پھنسے ہوئے ہیں لوگ۔</w:t>
      </w:r>
    </w:p>
    <w:p>
      <w:r>
        <w:rPr>
          <w:b/>
        </w:rPr>
        <w:t xml:space="preserve">[21:23] </w:t>
      </w:r>
      <w:r>
        <w:t>to is ko clear kar diya jaye to inshallah yaqeenan apni islaah kar lenge log.</w:t>
      </w:r>
    </w:p>
    <w:p>
      <w:pPr>
        <w:jc w:val="right"/>
      </w:pPr>
      <w:r>
        <w:t>تو اس کو کلیئر کر دیا جائے تو انشاءاللہ یقینا اپنی اصلاح کر لیں گے لوگ۔</w:t>
      </w:r>
    </w:p>
    <w:p>
      <w:r>
        <w:rPr>
          <w:b/>
        </w:rPr>
        <w:t xml:space="preserve">[21:34] </w:t>
      </w:r>
      <w:r>
        <w:t>maulana, agla sawal bhi tamil nadu se hai. maulana iqbal umri ka. unhon ne poocha hai: "hadith mein aya hai ke islam ajnabi ho jayega, jaisa ke woh pehle ajnabi tha.</w:t>
      </w:r>
    </w:p>
    <w:p>
      <w:pPr>
        <w:jc w:val="right"/>
      </w:pPr>
      <w:r>
        <w:t>مولانا، اگلا سوال بھی تمل ناڈو سے ہے۔ مولانا اقبال عمری کا۔ انہوں نے پوچھا ہے: "حدیث میں آیا ہے کہ اسلام اجنبی ہو جائے گا، جیسا کہ وہ پہلے اجنبی تھا۔</w:t>
      </w:r>
    </w:p>
    <w:p>
      <w:r>
        <w:rPr>
          <w:b/>
        </w:rPr>
        <w:t xml:space="preserve">[21:46] </w:t>
      </w:r>
      <w:r>
        <w:t>is ki wazahat farmayein."</w:t>
      </w:r>
    </w:p>
    <w:p>
      <w:pPr>
        <w:jc w:val="right"/>
      </w:pPr>
      <w:r>
        <w:t>اس کی وضاحت فرمائیں۔"</w:t>
      </w:r>
    </w:p>
    <w:p>
      <w:r>
        <w:rPr>
          <w:b/>
        </w:rPr>
        <w:t xml:space="preserve">[21:55] </w:t>
      </w:r>
      <w:r>
        <w:t>main samajhta hoon ke yeh ek ek allah rasool allah ne ek warning di thi, warning ek intibah tha ke jo</w:t>
      </w:r>
    </w:p>
    <w:p>
      <w:pPr>
        <w:jc w:val="right"/>
      </w:pPr>
      <w:r>
        <w:t>میں سمجھتا ہوں کہ یہ ایک ایک اللہ رسول اللہ نے ایک وارننگ دی تھی، وارننگ ایک انتباہ تھا کہ جو</w:t>
      </w:r>
    </w:p>
    <w:p>
      <w:r>
        <w:rPr>
          <w:b/>
        </w:rPr>
        <w:t xml:space="preserve">[22:11] </w:t>
      </w:r>
      <w:r>
        <w:t>aam taur par insan jin cheezon ka shikar hota hai, us se musalman shikar na hon. lekin wahi ho gaya amalan, kyunke dekhiye, islam shuru hua to woh dawat tha, dawat, dawat, dawat.</w:t>
      </w:r>
    </w:p>
    <w:p>
      <w:pPr>
        <w:jc w:val="right"/>
      </w:pPr>
      <w:r>
        <w:t>عام طور پر انسان جن چیزوں کا شکار ہوتا ہے، اس سے مسلمان شکار نہ ہوں۔ لیکن وہی ہو گیا عملاً، کیونکہ دیکھیے، اسلام شروع ہوا تو وہ دعوت تھا، دعوت، دعوت، دعوت۔</w:t>
      </w:r>
    </w:p>
    <w:p>
      <w:r>
        <w:rPr>
          <w:b/>
        </w:rPr>
        <w:t xml:space="preserve">[22:26] </w:t>
      </w:r>
      <w:r>
        <w:t>us ke baad kya hua ke islam ki hukumatain hukumatain ban gayeen. to ab political activism shuru ho gaya. islam shuru hua to daawa activism se shuru hua, daawa activism.</w:t>
      </w:r>
    </w:p>
    <w:p>
      <w:pPr>
        <w:jc w:val="right"/>
      </w:pPr>
      <w:r>
        <w:t>اس کے بعد کیا ہوا کہ اسلام کی حکومتیں حکومتیں بن گئیں۔ تو اب پولیٹیکل ایکٹیوزم شروع ہو گیا۔ اسلام شروع ہوا تو دعویٰ ایکٹیوزم سے شروع ہوا، دعویٰ ایکٹیوزم۔</w:t>
      </w:r>
    </w:p>
    <w:p>
      <w:r>
        <w:rPr>
          <w:b/>
        </w:rPr>
        <w:t xml:space="preserve">[22:38] </w:t>
      </w:r>
      <w:r>
        <w:t>phir aage political activism, yani political expansion, hukm, yani hukm mulkon ko qabza karo aur futuhat ko badhao.</w:t>
      </w:r>
    </w:p>
    <w:p>
      <w:pPr>
        <w:jc w:val="right"/>
      </w:pPr>
      <w:r>
        <w:t>پھر آگے پولیٹیکل ایکٹیوزم، یعنی پولیٹیکل ایکسپینشن، حکم، یعنی حکم ملکوں کو قبضہ کرو اور فتوحات کو بڑھاؤ۔</w:t>
      </w:r>
    </w:p>
    <w:p>
      <w:r>
        <w:rPr>
          <w:b/>
        </w:rPr>
        <w:t xml:space="preserve">[22:47] </w:t>
      </w:r>
      <w:r>
        <w:t>yeh agaya to islam abdan tha, daawa activism. us ke baad banda kaha political activism. jab political activism hua to daawa khatam ho gayi.</w:t>
      </w:r>
    </w:p>
    <w:p>
      <w:pPr>
        <w:jc w:val="right"/>
      </w:pPr>
      <w:r>
        <w:t>یہ آگیا تو اسلام ابدان تھا، دعویٰ ایکٹیوزم۔ اس کے بعد بندہ کہا پولیٹیکل ایکٹیوزم۔ جب پولیٹیکل ایکٹیوزم ہوا تو دعویٰ ختم ہو گئی۔</w:t>
      </w:r>
    </w:p>
    <w:p>
      <w:r>
        <w:rPr>
          <w:b/>
        </w:rPr>
        <w:t xml:space="preserve">[22:57] </w:t>
      </w:r>
      <w:r>
        <w:t>ab sara nishana badal gaya, nishana ek hukumat ka kaam karna aur mulkon ko fateh karna, yeh nishana ho gaya. yahi ajnabi hone ka matlab yeh hai ke dawat chali, khatam ho gayi.</w:t>
      </w:r>
    </w:p>
    <w:p>
      <w:pPr>
        <w:jc w:val="right"/>
      </w:pPr>
      <w:r>
        <w:t>اب سارا نشانہ بدل گیا، نشانہ ایک حکومت کا کام کرنا اور ملکوں کو فتح کرنا، یہ نشانہ ہو گیا۔ یہی اجنبی ہونے کا مطلب یہ ہے کہ دعوت چلی، ختم ہو گئی۔</w:t>
      </w:r>
    </w:p>
    <w:p>
      <w:r>
        <w:rPr>
          <w:b/>
        </w:rPr>
        <w:t xml:space="preserve">[23:10] </w:t>
      </w:r>
      <w:r>
        <w:t>islam kabhi ajnabi is silsile mein nahi hua ke quran na rahe, islam ka charcha na rahe, log apne ko musalman na kahein. is sense mein kabhi khatam nahi hua.</w:t>
      </w:r>
    </w:p>
    <w:p>
      <w:pPr>
        <w:jc w:val="right"/>
      </w:pPr>
      <w:r>
        <w:t>اسلام کبھی اجنبی اس سلسلے میں نہیں ہوا کہ قرآن نہ رہے، اسلام کا چرچہ نہ رہے، لوگ اپنے کو مسلمان نہ کہیں۔ اس سینس میں کبھی ختم نہیں ہوا۔</w:t>
      </w:r>
    </w:p>
    <w:p>
      <w:r>
        <w:rPr>
          <w:b/>
        </w:rPr>
        <w:t xml:space="preserve">[23:19] </w:t>
      </w:r>
      <w:r>
        <w:t>jo cheez khatm hui, woh dawat. to mein samajhta hoon ke jo ajnabi jo cheez hui thi, woh dawat ajnabi hui thi. kabhi bhi aisa nahi hua ke musalman namaz ajnabi ho jaye, hajj ajnabi ho jaye, roza ajnabi ho jaye,</w:t>
      </w:r>
    </w:p>
    <w:p>
      <w:pPr>
        <w:jc w:val="right"/>
      </w:pPr>
      <w:r>
        <w:t>جو چیز ختم ہوئی، وہ دعوت۔ تو میں سمجھتا ہوں کہ جو اجنبی جو چیز ہوئی تھی، وہ دعوت اجنبی ہوئی تھی۔ کبھی بھی ایسا نہیں ہوا کہ مسلمان نماز اجنبی ہو جائے، حج اجنبی ہو جائے، روزہ اجنبی ہو جائے،</w:t>
      </w:r>
    </w:p>
    <w:p>
      <w:r>
        <w:rPr>
          <w:b/>
        </w:rPr>
        <w:t xml:space="preserve">[23:34] </w:t>
      </w:r>
      <w:r>
        <w:t>quran ajnabi ho jaye. aisa to kabhi hua nahi. jo ajnabi hui, woh dawat. kyun? dawat ke liye ek doosre ki khair khwahi karna chahiye.</w:t>
      </w:r>
    </w:p>
    <w:p>
      <w:pPr>
        <w:jc w:val="right"/>
      </w:pPr>
      <w:r>
        <w:t>قرآن اجنبی ہو جائے۔ ایسا تو کبھی ہوا نہیں۔ جو اجنبی ہوئی، وہ دعوت۔ کیوں؟ دعوت کے لیے ایک دوسرے کی خیر خواہی کرنا چاہیے۔</w:t>
      </w:r>
    </w:p>
    <w:p>
      <w:r>
        <w:rPr>
          <w:b/>
        </w:rPr>
        <w:t xml:space="preserve">[23:43] </w:t>
      </w:r>
      <w:r>
        <w:t>aur political activism, sargharmiyan jab aati hain to khair khwahi khatm ho jati hai. kis ke liye hum dawat dein?</w:t>
      </w:r>
    </w:p>
    <w:p>
      <w:pPr>
        <w:jc w:val="right"/>
      </w:pPr>
      <w:r>
        <w:t>اور پولیٹیکل ایکٹیویزم، سرگرمیاں جب آتی ہیں تو خیر خواہی ختم ہو جاتی ہے۔ کس کے لیے ہم دعوت دیں؟</w:t>
      </w:r>
    </w:p>
    <w:p>
      <w:r>
        <w:rPr>
          <w:b/>
        </w:rPr>
        <w:t xml:space="preserve">[23:52] </w:t>
      </w:r>
      <w:r>
        <w:t>is ko to hum maar kar ke is ka is ko qabza karna hai, is ke upar. to dawat ki jo nafsiyat hoti hain, woh sab hoti hain mabni par khair khwahi.</w:t>
      </w:r>
    </w:p>
    <w:p>
      <w:pPr>
        <w:jc w:val="right"/>
      </w:pPr>
      <w:r>
        <w:t>اس کو تو ہم مار کر کے اس کا اس کو قبضہ کرنا ہے، اس کے اوپر۔ تو دعوت کی جو نفسیات ہوتی ہیں، وہ سب ہوتی ہیں مبنی پر خیر خواہی۔</w:t>
      </w:r>
    </w:p>
    <w:p>
      <w:r>
        <w:rPr>
          <w:b/>
        </w:rPr>
        <w:t xml:space="preserve">[24:02] </w:t>
      </w:r>
      <w:r>
        <w:t>aur jab politics aa jati hai to khair khwahi khatm ho jati hai. to khair khwahi jab khatm ho gayi to dawat ajnabi ban jayegi.</w:t>
      </w:r>
    </w:p>
    <w:p>
      <w:pPr>
        <w:jc w:val="right"/>
      </w:pPr>
      <w:r>
        <w:t>اور جب پولیٹکس آ جاتی ہے تو خیر خواہی ختم ہو جاتی ہے۔ تو خیر خواہی جب ختم ہو گئی تو دعوت اجنبی بن جائے گی۔</w:t>
      </w:r>
    </w:p>
    <w:p>
      <w:r>
        <w:rPr>
          <w:b/>
        </w:rPr>
        <w:t xml:space="preserve">[24:11] </w:t>
      </w:r>
      <w:r>
        <w:t>to mein samajhta hoon ke is mein rasool ALLAH sallallahu alaihi wasallam ne warning di thi, peshangoi ke andaaz mein ke baad ko islam musalmanon ko hukumatain mil jayengi to dawat ka zehan un ka khatm ho jayega.</w:t>
      </w:r>
    </w:p>
    <w:p>
      <w:pPr>
        <w:jc w:val="right"/>
      </w:pPr>
      <w:r>
        <w:t>تو میں سمجھتا ہوں کہ اس میں رسول اللہ صلی اللہ علیہ وسلم نے وارننگ دی تھی، پیشنگوئی کے انداز میں کہ بعد کو اسلام مسلمانوں کو حکومتیں مل جائیں گی تو دعوت کا ذہن ان کا ختم ہو جائے گا۔</w:t>
      </w:r>
    </w:p>
    <w:p>
      <w:r>
        <w:rPr>
          <w:b/>
        </w:rPr>
        <w:t xml:space="preserve">[24:25] </w:t>
      </w:r>
      <w:r>
        <w:t>dawti islam un ke liye ajnabi ban jayega. ab musalmanon mein kya hua ke pehle to yaani political activism, political sargharmiyan aayin, is se dawat ajnabi ho gayi.</w:t>
      </w:r>
    </w:p>
    <w:p>
      <w:pPr>
        <w:jc w:val="right"/>
      </w:pPr>
      <w:r>
        <w:t>دعوتی اسلام ان کے لیے اجنبی بن جائے گا۔ اب مسلمانوں میں کیا ہوا کہ پہلے تو یعنی پولیٹیکل ایکٹیویزم، پولیٹیکل سرگرمیاں آئیں، اس سے دعوت اجنبی ہو گئی۔</w:t>
      </w:r>
    </w:p>
    <w:p>
      <w:r>
        <w:rPr>
          <w:b/>
        </w:rPr>
        <w:t xml:space="preserve">[24:38] </w:t>
      </w:r>
      <w:r>
        <w:t>ab jab in ka empire toota, yaani western nations ke urooj ke baad, to ab kya hua ke negative activism aa gayi, yaani ladna in se apni hukumaton ko chheen ne ke liye.</w:t>
      </w:r>
    </w:p>
    <w:p>
      <w:pPr>
        <w:jc w:val="right"/>
      </w:pPr>
      <w:r>
        <w:t>اب جب ان کا ایمپائر ٹوٹا، یعنی ویسٹرن نیشنز کے عروج کے بعد، تو اب کیا ہوا کہ نیگیٹیو ایکٹیوزم آ گئی، یعنی لڑنا ان سے اپنی حکومتوں کو چھیننے کے لیے۔</w:t>
      </w:r>
    </w:p>
    <w:p>
      <w:r>
        <w:rPr>
          <w:b/>
        </w:rPr>
        <w:t xml:space="preserve">[24:54] </w:t>
      </w:r>
      <w:r>
        <w:t>ladai, ladai, ladai chal rahi hai. to islam pehla tha daawa activism, phir hua political activism. ab aa gaya negative activism, negative activism.</w:t>
      </w:r>
    </w:p>
    <w:p>
      <w:pPr>
        <w:jc w:val="right"/>
      </w:pPr>
      <w:r>
        <w:t>لڑائی، لڑائی، لڑائی چل رہی ہے۔ تو اسلام پہلا تھا دعویٰ ایکٹیوزم، پھر ہوا پولیٹیکل ایکٹیوزم۔ اب آگیا نیگیٹیو ایکٹیوزم، نیگیٹیو ایکٹیوزم۔</w:t>
      </w:r>
    </w:p>
    <w:p>
      <w:r>
        <w:rPr>
          <w:b/>
        </w:rPr>
        <w:t xml:space="preserve">[25:08] </w:t>
      </w:r>
      <w:r>
        <w:t>to ab ab jo revolve karna hai, revolve yeh karein ke daawa activism phir se laya jaye, phir se is daawa activism ka daur laya jaye.</w:t>
      </w:r>
    </w:p>
    <w:p>
      <w:pPr>
        <w:jc w:val="right"/>
      </w:pPr>
      <w:r>
        <w:t>تو اب اب جو ریوالو کرنا ہے، ریوالو یہ کریں کہ دعویٰ ایکٹیوزم پھر سے لایا جائے، پھر سے اس دعویٰ ایکٹیوزم کا دور لایا جائے۔</w:t>
      </w:r>
    </w:p>
    <w:p>
      <w:r>
        <w:rPr>
          <w:b/>
        </w:rPr>
        <w:t xml:space="preserve">[25:18] </w:t>
      </w:r>
      <w:r>
        <w:t>to mein samajhta hoon ke muslim tareekh inhi chaar dauron mein bati hui hai: daawa activism, political activism, negative activism. ab jo ek hisse mein hum hain, ab hamein lotna hai is ki taraf, dawat ki taraf.</w:t>
      </w:r>
    </w:p>
    <w:p>
      <w:pPr>
        <w:jc w:val="right"/>
      </w:pPr>
      <w:r>
        <w:t>تو میں سمجھتا ہوں کہ مسلم تاریخ انہی چار دوروں میں بٹی ہوئی ہے: دعویٰ ایکٹیوزم، پولیٹیکل ایکٹیوزم، نیگیٹیو ایکٹیوزم۔ اب جو ایک حصے میں ہم ہیں، اب ہمیں لوٹنا ہے اس کی طرف، دعوت کی طرف۔</w:t>
      </w:r>
    </w:p>
    <w:p>
      <w:r>
        <w:rPr>
          <w:b/>
        </w:rPr>
        <w:t xml:space="preserve">[25:33] </w:t>
      </w:r>
      <w:r>
        <w:t>dobara hum ko daawa activism par lagana hai. yahi hai fateh al gharaab, jahan tak mein samajhta hoon. kyunke aap ghor kijiye ke musalmanon mein ajnabi hui kya cheez?</w:t>
      </w:r>
    </w:p>
    <w:p>
      <w:pPr>
        <w:jc w:val="right"/>
      </w:pPr>
      <w:r>
        <w:t>دوبارہ ہم کو دعویٰ ایکٹیوزم پر لگانا ہے۔ یہی ہے فتح الغرباء، جہاں تک میں سمجھتا ہوں۔ کیونکہ آپ غور کیجئے کہ مسلمانوں میں اجنبی ہوئی کیا چیز؟</w:t>
      </w:r>
    </w:p>
    <w:p>
      <w:r>
        <w:rPr>
          <w:b/>
        </w:rPr>
        <w:t xml:space="preserve">[25:44] </w:t>
      </w:r>
      <w:r>
        <w:t>ek hi cheez ajnabi hui, is se dawat. aur to kuch bhi ajnabi nahi hua, sab bilkul well known hai. to baad ko jo halaat paida hue, un halaat mein musalmanon ne woh nafsiyat kho di, jis nafsiyat ke tehat dawti kaam hua karta hai.</w:t>
      </w:r>
    </w:p>
    <w:p>
      <w:pPr>
        <w:jc w:val="right"/>
      </w:pPr>
      <w:r>
        <w:t>ایک ہی چیز اجنبی ہوئی، اس سے دعوت۔ اور تو کچھ بھی اجنبی نہیں ہوا، سب بالکل ویل نون ہے۔ تو بعد کو جو حالات پیدا ہوئے، ان حالات میں مسلمانوں نے وہ نفسیات کھو دی، جس نفسیات کے تحت دعوتی کام ہوا کرتا ہے۔</w:t>
      </w:r>
    </w:p>
    <w:p>
      <w:r>
        <w:rPr>
          <w:b/>
        </w:rPr>
        <w:t xml:space="preserve">[26:03] </w:t>
      </w:r>
      <w:r>
        <w:t>to is nafsiyat ko phir zinda karna aur phir se ummat ko dawat par khada karna, jo log karenge, unhi ke liye hai fateh al gharaab.</w:t>
      </w:r>
    </w:p>
    <w:p>
      <w:pPr>
        <w:jc w:val="right"/>
      </w:pPr>
      <w:r>
        <w:t>تو اس نفسیات کو پھر زندہ کرنا اور پھر سے امت کو دعوت پر کھڑا کرنا، جو لوگ کریں گے، انہی کے لیے ہے فتح الغرباء۔</w:t>
      </w:r>
    </w:p>
    <w:p>
      <w:r>
        <w:rPr>
          <w:b/>
        </w:rPr>
        <w:t xml:space="preserve">[26:15] </w:t>
      </w:r>
      <w:r>
        <w:t>to islam shuru hua to dawat par tha, woh baad ko woh politics par aa gaya, phir negative activities par aa gaya. ab hamein karna hai ke phir do bar hum ko, yaani is dawat wale islam ko zinda karna hai.</w:t>
      </w:r>
    </w:p>
    <w:p>
      <w:pPr>
        <w:jc w:val="right"/>
      </w:pPr>
      <w:r>
        <w:t>تو اسلام شروع ہوا تو دعوت پر تھا، وہ بعد کو وہ پولیٹکس پر آ گیا، پھر نیگیٹیو ایکٹیویٹیز پر آ گیا۔ اب ہمیں کرنا ہے کہ پھر دو بار ہم کو، یعنی اس دعوت والے اسلام کو زندہ کرنا ہے۔</w:t>
      </w:r>
    </w:p>
    <w:p>
      <w:r>
        <w:rPr>
          <w:b/>
        </w:rPr>
        <w:t xml:space="preserve">[26:30] </w:t>
      </w:r>
      <w:r>
        <w:t>yeh mein samjhao.</w:t>
      </w:r>
    </w:p>
    <w:p>
      <w:pPr>
        <w:jc w:val="right"/>
      </w:pPr>
      <w:r>
        <w:t>یہ میں سمجھاؤں۔</w:t>
      </w:r>
    </w:p>
    <w:p>
      <w:r>
        <w:rPr>
          <w:b/>
        </w:rPr>
        <w:t xml:space="preserve">[26:33] </w:t>
      </w:r>
      <w:r>
        <w:t>maulana, yeh sawal aaya hai patna se mister anwar imam ghazali ka. unhone likha hai: "i would like to know how one can make it easy for oneself to defer the gratification of desires till the post death period, especially today when one sees possibility of instant gratification all around."</w:t>
      </w:r>
    </w:p>
    <w:p>
      <w:pPr>
        <w:jc w:val="right"/>
      </w:pPr>
      <w:r>
        <w:t>مولانا، یہ سوال آیا ہے پٹنہ سے مسٹر انور امام غزالی کا۔ انہوں نے لکھا ہے: "آئی وڈ لائک ٹو نو ہاؤ ون کین میک اٹ ایزی فار ون سیلف ٹو ڈیفر دا گریٹیفیکیشن اف ڈیزائرز ٹل دا پوسٹ ڈیتھ پیریڈ، اسپیشلی ٹوڈے وین ون سیز پوسیبلیٹی اف انسٹنٹ گریٹیفیکیشن ال اراؤنڈ۔"</w:t>
      </w:r>
    </w:p>
    <w:p>
      <w:r>
        <w:rPr>
          <w:b/>
        </w:rPr>
        <w:t xml:space="preserve">[26:58] </w:t>
      </w:r>
      <w:r>
        <w:t>bhai, mera jo tajurba hai ya mera jo state hai, mein to samajhta hoon kuch cheez milti nahi. yeh sirf ek ek milne se pehle to lagta hai ke hum yeh pa jayen to hum ko bohat hi achi cheez mil jayegi hum ko.</w:t>
      </w:r>
    </w:p>
    <w:p>
      <w:pPr>
        <w:jc w:val="right"/>
      </w:pPr>
      <w:r>
        <w:t>بھائی، میرا جو تجربہ ہے یا میرا جو سٹی ہے، میں تو سمجھتا ہوں کچھ چیز ملتی نہیں۔ یہ صرف ایک ایک ملنے سے پہلے تو لگتا ہے کہ ہم یہ پا جائیں تو ہم کو بہت ہی اچھی چیز مل جائے گی ہم کو۔</w:t>
      </w:r>
    </w:p>
    <w:p>
      <w:r>
        <w:rPr>
          <w:b/>
        </w:rPr>
        <w:t xml:space="preserve">[27:13] </w:t>
      </w:r>
      <w:r>
        <w:t>lekin jab pa leta hai aadmi, to maloom hota hai kuch nahi. jaise ek sath meri mulaqat hui, unhone love marriage ki hai. maine un se poocha ke love marriage ka kya tajurba aap ko hai?</w:t>
      </w:r>
    </w:p>
    <w:p>
      <w:pPr>
        <w:jc w:val="right"/>
      </w:pPr>
      <w:r>
        <w:t>لیکن جب پا لیتا ہے آدمی، تو معلوم ہوتا ہے کچھ نہیں۔ جیسے ایک ساتھ میری ملاقات ہوئی، انہوں نے لو میرج کی ہے۔ میں نے ان سے پوچھا کہ لو میرج کا کیا تجربہ آپ کو ہے؟</w:t>
      </w:r>
    </w:p>
    <w:p>
      <w:r>
        <w:rPr>
          <w:b/>
        </w:rPr>
        <w:t xml:space="preserve">[27:27] </w:t>
      </w:r>
      <w:r>
        <w:t>ek top ke aadmi se poocha maine. unhone kaha ke jab tak marriage nahi hui thi, tab to lagta tha ke love marriage koi bohat bari cheez hai. mein aasman mein ud raha tha, jab mujhe ho gayi to zameen mein aa gaya.</w:t>
      </w:r>
    </w:p>
    <w:p>
      <w:pPr>
        <w:jc w:val="right"/>
      </w:pPr>
      <w:r>
        <w:t>ایک ٹاپ کے آدمی سے پوچھا میں نے۔ انہوں نے کہا کہ جب تک میرج نہیں ہوئی تھی، تب تو لگتا تھا کہ لو میرج کوئی بہت بڑی چیز ہے۔ میں آسمان میں اڑ رہا تھا، جب مجھے ہو گئی تو زمین میں آ گیا۔</w:t>
      </w:r>
    </w:p>
    <w:p>
      <w:r>
        <w:rPr>
          <w:b/>
        </w:rPr>
        <w:t xml:space="preserve">[27:38] </w:t>
      </w:r>
      <w:r>
        <w:t>ab kuch nahi, wohi same love marriage jo hai, mujhe ab kuch nahi dikhai padti. ab normal lagti hai. woh aisi jis ko bhi mein mein ne padha, jis ko bhi abhi mein ne internet par likhwa ya, nikala,</w:t>
      </w:r>
    </w:p>
    <w:p>
      <w:pPr>
        <w:jc w:val="right"/>
      </w:pPr>
      <w:r>
        <w:t>اب کچھ نہیں، وہی سیم لو میرج جو ہے، مجھے اب کچھ نہیں دکھائی پڑتی۔ اب نارمل لگتی ہے۔ وہ ایسی جس کو بھی میں میں نے پڑھا، جس کو بھی ابھی میں نے انٹرنیٹ پر لکھوایا، نکالا،</w:t>
      </w:r>
    </w:p>
    <w:p>
      <w:r>
        <w:rPr>
          <w:b/>
        </w:rPr>
        <w:t xml:space="preserve">[27:51] </w:t>
      </w:r>
      <w:r>
        <w:t>nikalwaya, woh ke jo super achievers hain, un ki zindagi khatm kaise hui? to sab despair mein mare, sab ke sab.</w:t>
      </w:r>
    </w:p>
    <w:p>
      <w:pPr>
        <w:jc w:val="right"/>
      </w:pPr>
      <w:r>
        <w:t>نکلوایا، وہ کہ جو سپر اچیورز ہیں، ان کی زندگی ختم کیسے ہوئی؟ تو سب ڈیسپیئر میں مرے، سب کے سب۔</w:t>
      </w:r>
    </w:p>
    <w:p>
      <w:r>
        <w:rPr>
          <w:b/>
        </w:rPr>
        <w:t xml:space="preserve">[28:01] </w:t>
      </w:r>
      <w:r>
        <w:t>to milti kahan woh cheez? to ek fareb hai ke hum is cheez ko pa lete hain. to sab se bara question to yahi hai ke kya wajah hai ke hum hum ko fulfillment, fulfillment, fulfillment nahi milta is duniya mein?</w:t>
      </w:r>
    </w:p>
    <w:p>
      <w:pPr>
        <w:jc w:val="right"/>
      </w:pPr>
      <w:r>
        <w:t>تو ملتی کہاں وہ چیز؟ تو ایک فریب ہے کہ ہم اس چیز کو پا لیتے ہیں۔ تو سب سے بڑا کوئسچن تو یہی ہے کہ کیا وجہ ہے کہ ہم ہم کو فلفل، فلفل، فلفلمنٹ نہیں ملتا اس دنیا میں؟</w:t>
      </w:r>
    </w:p>
    <w:p>
      <w:r>
        <w:rPr>
          <w:b/>
        </w:rPr>
        <w:t xml:space="preserve">[28:12] </w:t>
      </w:r>
      <w:r>
        <w:t>jo hum chahte hain, woh hum paate nahi is duniya mein. yeh thori hai ke pa lete hain hum. yeh to ek fareb ki baat hai. mein samajhta hoon ke sab se bara question jo insan ke liye hai, woh yahi hai ke kya wajah hai ke hum jo kuch chahna chahte hain, jo kuch hum chahte hain paana, wohi paane paate nahi hum?</w:t>
      </w:r>
    </w:p>
    <w:p>
      <w:pPr>
        <w:jc w:val="right"/>
      </w:pPr>
      <w:r>
        <w:t>جو ہم چاہتے ہیں، وہ ہم پاتے نہیں اس دنیا میں۔ یہ تھوڑی ہے کہ پا لیتے ہیں ہم۔ یہ تو ایک فریب کی بات ہے۔ میں سمجھتا ہوں کہ سب سے بڑا کوئسچن جو انسان کے لیے ہے، وہ یہی ہے کہ کیا وجہ ہے کہ ہم جو کچھ چاہنا چاہتے ہیں، جو کچھ ہم چاہتے ہیں پانا، وہی پانے پاتے نہیں ہم؟</w:t>
      </w:r>
    </w:p>
    <w:p>
      <w:r>
        <w:rPr>
          <w:b/>
        </w:rPr>
        <w:t xml:space="preserve">[28:30] </w:t>
      </w:r>
      <w:r>
        <w:t>isi se hum mehroom rehte hain aur mar jate hain. paane se pehle lagta hai ke yeh ek cheez mil hi mil jayegi, to hamein bari khushi hogi, hum bohat enjoy karenge.</w:t>
      </w:r>
    </w:p>
    <w:p>
      <w:pPr>
        <w:jc w:val="right"/>
      </w:pPr>
      <w:r>
        <w:t>اسی سے ہم محروم رہتے ہیں اور مر جاتے ہیں۔ پانے سے پہلے لگتا ہے کہ یہ ایک چیز مل ہی مل جائے گی، تو ہمیں بڑی خوشی ہوگی، ہم بہت انجوائے کریں گے۔</w:t>
      </w:r>
    </w:p>
    <w:p>
      <w:r>
        <w:rPr>
          <w:b/>
        </w:rPr>
        <w:t xml:space="preserve">[28:39] </w:t>
      </w:r>
      <w:r>
        <w:t>lekin paane ke baad kahan hota hai? paane ke baad kuch nahi hota. bill gates ko bhi kuch nahi hai. ab jab jab woh shuru mein usko khushiyan nahi hongi, ab toh zindagi uske liye kuch bhi nahi hai,</w:t>
      </w:r>
    </w:p>
    <w:p>
      <w:pPr>
        <w:jc w:val="right"/>
      </w:pPr>
      <w:r>
        <w:t>لیکن پانے کے بعد کہاں ہوتا ہے؟ پانے کے بعد کچھ نہیں ہوتا۔ بل گیٹ کو بھی کچھ نہیں ہے۔ اب جب جب وہ شروع میں اس کو خوشیاں نہیں ہوں گی، اب تو زندگی اس کے لیے کچھ بھی نہیں ہے،</w:t>
      </w:r>
    </w:p>
    <w:p>
      <w:r>
        <w:rPr>
          <w:b/>
        </w:rPr>
        <w:t xml:space="preserve">[28:53] </w:t>
      </w:r>
      <w:r>
        <w:t>sivaye liability ke. toh yeh main samajhta hoon ke yeh soch sahi nahi hai ke is duniya mein hum kuch pa lete hain. paane se pehle hum zaroor samajhte hain ke hum paane ke baad hum ko khushi mil jayegi.</w:t>
      </w:r>
    </w:p>
    <w:p>
      <w:pPr>
        <w:jc w:val="right"/>
      </w:pPr>
      <w:r>
        <w:t>سوائے لائبلٹی کے۔ تو یہ میں سمجھتا ہوں کہ یہ سوچ صحیح نہیں ہے کہ اس دنیا میں ہم کچھ پا لیتے ہیں۔ پانے سے پہلے ہم ضرور سمجھتے ہیں کہ ہم پانے کے بعد ہم کو خوشی مل جائے گی۔</w:t>
      </w:r>
    </w:p>
    <w:p>
      <w:r>
        <w:rPr>
          <w:b/>
        </w:rPr>
        <w:t xml:space="preserve">[29:10] </w:t>
      </w:r>
      <w:r>
        <w:t>ek kitaab likhi hai isne, bert russell ne, uska naam hi hai "happiness". is mein likhta hai ke happiness achievable nahi is duniya mein. aur waqea hai, aap kisi bhi kisi bhi shakhs ko dekhiye jo bare martabe pahuncha ho, jisne bare paise kamaye hon, uska end kya hota hai?</w:t>
      </w:r>
    </w:p>
    <w:p>
      <w:pPr>
        <w:jc w:val="right"/>
      </w:pPr>
      <w:r>
        <w:t>ایک کتاب لکھی ہے اس نے، برٹ نرسل نے، اس کا نام ہی ہے "ہیپینس"۔ اس میں لکھتا ہے کہ ہیپینس اچیویبل نہیں اس دنیا میں۔ اور واقعہ ہے، آپ کسی بھی کسی بھی شخص کو دیکھیے جو بڑے مرتبے پہنچا ہو، جس نے بڑے پیسے کمائے ہوں، اس کا اینڈ کیا ہوتا ہے؟</w:t>
      </w:r>
    </w:p>
    <w:p>
      <w:r>
        <w:rPr>
          <w:b/>
        </w:rPr>
        <w:t xml:space="preserve">[29:27] </w:t>
      </w:r>
      <w:r>
        <w:t>end uska khatma toh aap dekhein ke frustration mein, despair mein khatam hota hai. woh kyunke woh paane ke baad, jo usne apne mind mein samjha tha ke is se mujhe yeh milega, woh milega, woh kuch mila nahi usko.</w:t>
      </w:r>
    </w:p>
    <w:p>
      <w:pPr>
        <w:jc w:val="right"/>
      </w:pPr>
      <w:r>
        <w:t>اینڈ اس کا خاتمہ تو آپ دیکھیں کہ فرسٹریشن میں، ڈیسپیئر میں ختم ہوتا ہے۔ وہ کیونکہ وہ پانے کے بعد، جو اس نے اپنے مائنڈ میں سمجھا تھا کہ اس سے مجھے یہ ملے گا، وہ ملے گا، وہ کچھ ملا نہیں اس کو۔</w:t>
      </w:r>
    </w:p>
    <w:p>
      <w:r>
        <w:rPr>
          <w:b/>
        </w:rPr>
        <w:t xml:space="preserve">[29:42] </w:t>
      </w:r>
      <w:r>
        <w:t>toh asal sawal toh yahi hai ke kya wajah hai ke hum is duniya mein, hum paane ke bawajood mehroom rehte hain? isi sawal ko jab hum jaan lein, tab paradise hamari goal ban jayegi ke wahan par hamein fulfillment milega.</w:t>
      </w:r>
    </w:p>
    <w:p>
      <w:pPr>
        <w:jc w:val="right"/>
      </w:pPr>
      <w:r>
        <w:t>تو اصل سوال تو یہی ہے کہ کیا وجہ ہے کہ ہم اس دنیا میں، ہم پانے کے باوجود محروم رہتے ہیں؟ اسی سوال کو جب ہم جان لیں، تب پیراڈائز ہماری گول بن جائے گی کہ وہاں پر ہمیں فلفلمنٹ ملے گا۔</w:t>
      </w:r>
    </w:p>
    <w:p>
      <w:r>
        <w:rPr>
          <w:b/>
        </w:rPr>
        <w:t xml:space="preserve">[30:00] </w:t>
      </w:r>
      <w:r>
        <w:t>maulana, agla sawal aaya hai kashmir se mr hilal ahmad ka. unhone likha hai ke "i am very impressed with you right from my very childhood when i was in class seventh.</w:t>
      </w:r>
    </w:p>
    <w:p>
      <w:pPr>
        <w:jc w:val="right"/>
      </w:pPr>
      <w:r>
        <w:t>مولانا، اگلا سوال آیا ہے کشمیر سے مسٹر ہلال احمد کا۔ انہوں نے لکھا ہے کہ "آئی ایم ویری امپریسڈ ود یو رائٹ فرام مائی ویری چائلڈ ہڈ وین آئی واز ان کلاس سیونتھ۔</w:t>
      </w:r>
    </w:p>
    <w:p>
      <w:r>
        <w:rPr>
          <w:b/>
        </w:rPr>
        <w:t xml:space="preserve">[30:15] </w:t>
      </w:r>
      <w:r>
        <w:t>i am a continuous reader of your books and monthly al-uswa. most of the times you talk about patience and non-violence.</w:t>
      </w:r>
    </w:p>
    <w:p>
      <w:pPr>
        <w:jc w:val="right"/>
      </w:pPr>
      <w:r>
        <w:t>آئی ایم ا کنٹینیوس ریڈر اف یور بکس اینڈ منتھلی الوسالاز۔ موسٹ اف دا ٹائمز یو ٹاک اباؤٹ پیشنس اینڈ نان وائلنس۔</w:t>
      </w:r>
    </w:p>
    <w:p>
      <w:r>
        <w:rPr>
          <w:b/>
        </w:rPr>
        <w:t xml:space="preserve">[30:25] </w:t>
      </w:r>
      <w:r>
        <w:t>but i want to ask you something: to what extent we will keep mum?</w:t>
      </w:r>
    </w:p>
    <w:p>
      <w:pPr>
        <w:jc w:val="right"/>
      </w:pPr>
      <w:r>
        <w:t>بٹ آئی وانٹ ٹو اسک یو سمتھنگ: ٹو واٹ ایکسٹینٹ وی ویل کیپ مم؟</w:t>
      </w:r>
    </w:p>
    <w:p>
      <w:r>
        <w:rPr>
          <w:b/>
        </w:rPr>
        <w:t xml:space="preserve">[30:32] </w:t>
      </w:r>
      <w:r>
        <w:t>to what extent we will keep mum? hum kab tak chup rahenge? kis extent tak? what will you do when somebody will come and kill your dear ones?</w:t>
      </w:r>
    </w:p>
    <w:p>
      <w:pPr>
        <w:jc w:val="right"/>
      </w:pPr>
      <w:r>
        <w:t>ٹو واٹ ایکسٹینٹ وی ویل کیپ مم؟ ہم کب تک چپ رہیں گے؟ کس ایکسٹینٹ تک؟ واٹ ویل یو ڈو وین سمبڈی ویل کم اینڈ کل یور ڈیئر ونس؟</w:t>
      </w:r>
    </w:p>
    <w:p>
      <w:r>
        <w:rPr>
          <w:b/>
        </w:rPr>
        <w:t xml:space="preserve">[30:43] </w:t>
      </w:r>
      <w:r>
        <w:t>example in kashmir: what will you do when somebody will come from outside and will throw you away from your home? example in palestine: what will you do when your brothers would be put behind the bars for years together for no reason?</w:t>
      </w:r>
    </w:p>
    <w:p>
      <w:pPr>
        <w:jc w:val="right"/>
      </w:pPr>
      <w:r>
        <w:t>ایگزیمپل ان کشمیر: واٹ ویل یو ڈو وین سمبڈی ویل کم فرام آؤٹ سائیڈ اینڈ ویل تھرو یو اوے فرام یور ہوم؟ ایگزیمپل ان پیلسٹائن: واٹ ویل یو ڈو وین یور برادرز وڈ بی پٹ بیہائنڈ دا بارز فار ایئرز ٹوگیدر فار نو ریزن؟</w:t>
      </w:r>
    </w:p>
    <w:p>
      <w:r>
        <w:rPr>
          <w:b/>
        </w:rPr>
        <w:t xml:space="preserve">[31:01] </w:t>
      </w:r>
      <w:r>
        <w:t>what will you do when somebody will abuse your mother in front of your eyes? maulana, after all, we are human beings, not angels.</w:t>
      </w:r>
    </w:p>
    <w:p>
      <w:pPr>
        <w:jc w:val="right"/>
      </w:pPr>
      <w:r>
        <w:t>واٹ ویل یو ڈو وین سمبڈی ویل ابیوز یور مدر ان فرنٹ اف یور آئیز؟ مولانا، افٹر آل، وی آر ہیومن بینگز، ناٹ اینجلز۔</w:t>
      </w:r>
    </w:p>
    <w:p>
      <w:r>
        <w:rPr>
          <w:b/>
        </w:rPr>
        <w:t xml:space="preserve">[31:12] </w:t>
      </w:r>
      <w:r>
        <w:t>everything has a limit. please do explain.</w:t>
      </w:r>
    </w:p>
    <w:p>
      <w:pPr>
        <w:jc w:val="right"/>
      </w:pPr>
      <w:r>
        <w:t>ایوری تھنگ ہیز ا لیمٹ۔ پلیز ڈو ایکسپلین۔</w:t>
      </w:r>
    </w:p>
    <w:p>
      <w:r>
        <w:rPr>
          <w:b/>
        </w:rPr>
        <w:t xml:space="preserve">[31:16] </w:t>
      </w:r>
      <w:r>
        <w:t>dekhiye, is mein sab se badi ghalati jo hai, woh ek hai ke without reason. yeh fallacy hai, fallacy. yeh main aap ko palestine aur kashmir ki misaal deta hoon.</w:t>
      </w:r>
    </w:p>
    <w:p>
      <w:pPr>
        <w:jc w:val="right"/>
      </w:pPr>
      <w:r>
        <w:t>دیکھیے، اس میں سب سے بڑی غلطی جو ہے، وہ ایک ہے کہ ودا آؤٹ ریزن۔ یہ فلیسی ہے، فلیسی۔ یہ میں آپ کو فلسطین اور کشمیر کی مثال دیتا ہوں۔</w:t>
      </w:r>
    </w:p>
    <w:p>
      <w:r>
        <w:rPr>
          <w:b/>
        </w:rPr>
        <w:t xml:space="preserve">[31:27] </w:t>
      </w:r>
      <w:r>
        <w:t>yeh saari duniya jhoot bhi jeeti hai, jhoot bhi jeeti hai. palestine mein kya hua? 1948 mein partition hua.</w:t>
      </w:r>
    </w:p>
    <w:p>
      <w:pPr>
        <w:jc w:val="right"/>
      </w:pPr>
      <w:r>
        <w:t>یہ ساری دنیا جھوٹ بھی جیتی ہے، جھوٹ بھی جیتی ہے۔ فلسطین میں کیا ہوا؟ 1948 میں پارٹیشن ہوا۔</w:t>
      </w:r>
    </w:p>
    <w:p>
      <w:r>
        <w:rPr>
          <w:b/>
        </w:rPr>
        <w:t xml:space="preserve">[31:38] </w:t>
      </w:r>
      <w:r>
        <w:t>partition mein lines chair mila tha arbon ko. unhone inkar kar diya ke hum nahi lete, aur ladai shuru kar di unhone ke hum sarami ko full bahar, hum tum ko thuke denge samandar mein.</w:t>
      </w:r>
    </w:p>
    <w:p>
      <w:pPr>
        <w:jc w:val="right"/>
      </w:pPr>
      <w:r>
        <w:t>پارٹیشن میں لائنس چیئر ملا تھا عربوں کو۔ انہوں نے انکار کر دیا کہ ہم نہیں لیتے، اور لڑائی شروع کر دی انہوں نے کہ ہم سرارمی کو فل باہر، ہم تم کو ٹھکے دیں گے سمندر میں۔</w:t>
      </w:r>
    </w:p>
    <w:p>
      <w:r>
        <w:rPr>
          <w:b/>
        </w:rPr>
        <w:t xml:space="preserve">[31:50] </w:t>
      </w:r>
      <w:r>
        <w:t>toh unhone shuru kiya, woh badu ko, woh bol raha hai. toh jab unhone jawab diya, retaliation ko woh samajhte hain ke woh action tha har jagah, yani israel react kar, retaliate karta hai.</w:t>
      </w:r>
    </w:p>
    <w:p>
      <w:pPr>
        <w:jc w:val="right"/>
      </w:pPr>
      <w:r>
        <w:t>تو انہوں نے شروع کیا، وہ بدو کو، وہ بول رہا ہے۔ تو جب انہوں نے جواب دیا، ریٹیلیشن کو وہ سمجھتے ہیں کہ وہ ایکشن تھا ہر جگہ، یعنی اسرائیل ری ایکٹ کر، ریٹیلیٹ کرتا ہے۔</w:t>
      </w:r>
    </w:p>
    <w:p>
      <w:r>
        <w:rPr>
          <w:b/>
        </w:rPr>
        <w:t xml:space="preserve">[32:06] </w:t>
      </w:r>
      <w:r>
        <w:t>toh zahir hai ke woh kyun nahi? aap pathar marenge, woh goli marega. aap ne kaha ke tum ko hum palestine mein nahi rehne denge, toh samandar mein thuke denge.</w:t>
      </w:r>
    </w:p>
    <w:p>
      <w:pPr>
        <w:jc w:val="right"/>
      </w:pPr>
      <w:r>
        <w:t>تو ظاہر ہے کہ وہ کیوں نہیں؟ آپ پتھر ماریں گے، وہ گولی مارے گا۔ آپ نے کہا کہ تم کو ہم فلسطین میں نہیں رہنے دیں گے، تو سمندر میں ٹھکے دیں گے۔</w:t>
      </w:r>
    </w:p>
    <w:p>
      <w:r>
        <w:rPr>
          <w:b/>
        </w:rPr>
        <w:t xml:space="preserve">[32:14] </w:t>
      </w:r>
      <w:r>
        <w:t>unhone kaha ke hum tum ko thuke lenge. yeh without reason mamla nahi hai. yeh reason paida kiya aap ne, accept na kar ke.</w:t>
      </w:r>
    </w:p>
    <w:p>
      <w:pPr>
        <w:jc w:val="right"/>
      </w:pPr>
      <w:r>
        <w:t>انہوں نے کہا کہ ہم تم کو ٹھکے لیں گے۔ یہ ودا آؤٹ ریزن معاملہ نہیں ہے۔ یہ ریزن پیدا کیا آپ نے، ایکسیپٹ نہ کر کے۔</w:t>
      </w:r>
    </w:p>
    <w:p>
      <w:r>
        <w:rPr>
          <w:b/>
        </w:rPr>
        <w:t xml:space="preserve">[32:25] </w:t>
      </w:r>
      <w:r>
        <w:t>ab kya hai? ab kuch bhi nahi un ke paas hai. kashmir mein dekhiye, 1989 se pehle, yani october 1989 mein wahan military shuru hui.</w:t>
      </w:r>
    </w:p>
    <w:p>
      <w:pPr>
        <w:jc w:val="right"/>
      </w:pPr>
      <w:r>
        <w:t>اب کیا ہے؟ اب کچھ بھی نہیں ان کے پاس ہے۔ کشمیر میں دیکھیے، 1989 سے پہلے، یعنی اکتوبر 1989 میں وہاں ملٹری شروع ہوئی۔</w:t>
      </w:r>
    </w:p>
    <w:p>
      <w:r>
        <w:rPr>
          <w:b/>
        </w:rPr>
        <w:t xml:space="preserve">[32:37] </w:t>
      </w:r>
      <w:r>
        <w:t>uske pehle peace tha, mukammal peace tha. main bar bar gaya hoon kashmir mein. jhoot hai, agar koi kahe ke is se pehle wahan kuch hota tha. sar tabah jhoot hai.</w:t>
      </w:r>
    </w:p>
    <w:p>
      <w:pPr>
        <w:jc w:val="right"/>
      </w:pPr>
      <w:r>
        <w:t>اس کے پہلے پیس تھا، مکمل پیس تھا۔ میں بار بار گیا ہوں کشمیر میں۔ جھوٹ ہے، اگر کوئی کہے کہ اس سے پہلے وہاں کچھ ہوتا تھا۔ سر تباہ جھوٹ ہے۔</w:t>
      </w:r>
    </w:p>
    <w:p>
      <w:r>
        <w:rPr>
          <w:b/>
        </w:rPr>
        <w:t xml:space="preserve">[32:47] </w:t>
      </w:r>
      <w:r>
        <w:t>lekin jab aap ne bomb mara toh wahi marenge. kaise nahi marenge? woh jo kuch hua hai, yeh yeh sab retaliation hai. kashmir mein retaliation hai, palestine mein retaliation hai.</w:t>
      </w:r>
    </w:p>
    <w:p>
      <w:pPr>
        <w:jc w:val="right"/>
      </w:pPr>
      <w:r>
        <w:t>لیکن جب آپ نے بم مارا تو وہی ماریں گے۔ کیسے نہیں ماریں گے؟ وہ جو کچھ ہوا ہے، یہ یہ سب ریٹیلیشن ہے۔ کشمیر میں ریٹیلیشن ہے، فلسطین میں ریٹیلیشن ہے۔</w:t>
      </w:r>
    </w:p>
    <w:p>
      <w:r>
        <w:rPr>
          <w:b/>
        </w:rPr>
        <w:t xml:space="preserve">[32:58] </w:t>
      </w:r>
      <w:r>
        <w:t>aap kehte hain without reason,</w:t>
      </w:r>
    </w:p>
    <w:p>
      <w:pPr>
        <w:jc w:val="right"/>
      </w:pPr>
      <w:r>
        <w:t>آپ کہتے ہیں ودا آؤٹ ریزن،</w:t>
      </w:r>
    </w:p>
    <w:p>
      <w:r>
        <w:rPr>
          <w:b/>
        </w:rPr>
        <w:t xml:space="preserve">[33:02] </w:t>
      </w:r>
      <w:r>
        <w:t>khula hua reason maujood hai dono jagah.</w:t>
      </w:r>
    </w:p>
    <w:p>
      <w:pPr>
        <w:jc w:val="right"/>
      </w:pPr>
      <w:r>
        <w:t>کھلا ہوا ریزن موجود ہے دونوں جگہ۔</w:t>
      </w:r>
    </w:p>
    <w:p>
      <w:r>
        <w:rPr>
          <w:b/>
        </w:rPr>
        <w:t xml:space="preserve">[33:08] </w:t>
      </w:r>
      <w:r>
        <w:t>quran majeed mein hai, dekhiye, surah woh saba ka qissa ke malika saba jo thi, usko unka woh mila letter hazrat sulaiman ka, jo king the, ke tum surrender karo, nahi toh hum apni fauj le kar aa jayenge.</w:t>
      </w:r>
    </w:p>
    <w:p>
      <w:pPr>
        <w:jc w:val="right"/>
      </w:pPr>
      <w:r>
        <w:t>قرآن مجید میں ہے، دیکھیے، سورہ وہ صبا کا قصہ کہ ملکہ صبا جو تھی، اس کو ان کا وہ ملا لیٹر حضرت سلیمان کا، جو کنگ تھے، کہ تم سرینڈر کرو، نہیں تو ہم اپنی فوج لے کر آ جائیں گے۔</w:t>
      </w:r>
    </w:p>
    <w:p>
      <w:r>
        <w:rPr>
          <w:b/>
        </w:rPr>
        <w:t xml:space="preserve">[33:24] </w:t>
      </w:r>
      <w:r>
        <w:t>toh</w:t>
      </w:r>
    </w:p>
    <w:p>
      <w:pPr>
        <w:jc w:val="right"/>
      </w:pPr>
      <w:r>
        <w:t>تو</w:t>
      </w:r>
    </w:p>
    <w:p>
      <w:r>
        <w:rPr>
          <w:b/>
        </w:rPr>
        <w:t xml:space="preserve">[33:27] </w:t>
      </w:r>
      <w:r>
        <w:t>us ne apne durbariyon se mashwara kiya. durbariyon ne kaha ke nahi, hum laren ge. to malika saba ne kaha ke nahi, laren ge to woh woh gating evil hoga hamare liye.</w:t>
      </w:r>
    </w:p>
    <w:p>
      <w:pPr>
        <w:jc w:val="right"/>
      </w:pPr>
      <w:r>
        <w:t>اس نے اپنے درباریوں سے مشورہ کیا۔ درباریوں نے کہا کہ نہیں، ہم لڑیں گے۔ تو ملکہ صبا نے کہا کہ نہیں، لڑیں گے تو وہ وہ گیٹنگ ایول ہوگا ہمارے لیے۔</w:t>
      </w:r>
    </w:p>
    <w:p>
      <w:r>
        <w:rPr>
          <w:b/>
        </w:rPr>
        <w:t xml:space="preserve">[33:39] </w:t>
      </w:r>
      <w:r>
        <w:t>kyunke is ne quran majeed mein ayat hai is silsile mein ke "in al muluk dakhil afsadu wa jalu ahl azlat".</w:t>
      </w:r>
    </w:p>
    <w:p>
      <w:pPr>
        <w:jc w:val="right"/>
      </w:pPr>
      <w:r>
        <w:t>کیونکہ اس نے قرآن مجید میں آیت ہے اس سلسلے میں کہ "ان الملوک داخل افسدوہ وجالو اہل عازلت"۔</w:t>
      </w:r>
    </w:p>
    <w:p>
      <w:r>
        <w:rPr>
          <w:b/>
        </w:rPr>
        <w:t xml:space="preserve">[33:51] </w:t>
      </w:r>
      <w:r>
        <w:t>yani wahi jo aap keh rahe hain ke wahan hua, wahi is ne kaha ke yeh ho gaya "wa kadhalik yafalun". woh bhi aise hi karenge, yani agarche woh paighambar hain, tab bhi yahi karenge.</w:t>
      </w:r>
    </w:p>
    <w:p>
      <w:pPr>
        <w:jc w:val="right"/>
      </w:pPr>
      <w:r>
        <w:t>یعنی وہی جو آپ کہہ رہے ہیں کہ وہاں ہوا، وہی اس نے کہا کہ یہ ہو گیا "وکذالک یفعلون"۔ وہ بھی ایسے ہی کریں گے، یعنی اگرچہ وہ پیغمبر ہیں، تب بھی یہی کریں گے۔</w:t>
      </w:r>
    </w:p>
    <w:p>
      <w:r>
        <w:rPr>
          <w:b/>
        </w:rPr>
        <w:t xml:space="preserve">[34:03] </w:t>
      </w:r>
      <w:r>
        <w:t>to is ne kiya kiya? musalehat kar li. to aap larr rahe hain, woh kehte hain ke is ka hum ko prize na deni pare, chahe falasteen ho, chahe kashmir ho, har jagah musalman apni military ki prize de rahe hain, peace ki prize nahi de rahe.</w:t>
      </w:r>
    </w:p>
    <w:p>
      <w:pPr>
        <w:jc w:val="right"/>
      </w:pPr>
      <w:r>
        <w:t>تو اس نے کیا کیا؟ مصالحت کر لی۔ تو آپ لڑ رہے ہیں، وہ کہتے ہیں کہ اس کا ہم کو پرائز نہ دینی پڑے، چاہے فلسطین ہو، چاہے کشمیر ہو، ہر جگہ مسلمان اپنی ملٹریسی کی پرائز دے رہے ہیں، پیس کی پرائز نہیں دے رہے۔</w:t>
      </w:r>
    </w:p>
    <w:p>
      <w:r>
        <w:rPr>
          <w:b/>
        </w:rPr>
        <w:t xml:space="preserve">[34:19] </w:t>
      </w:r>
      <w:r>
        <w:t>ghalti, yeh ghalt, bohat bari ghalat fehmi hai, bohat bari, yani yani woh hai felasi hai. kya aap samajhte hain ke yak tarfa ho raha hai?</w:t>
      </w:r>
    </w:p>
    <w:p>
      <w:pPr>
        <w:jc w:val="right"/>
      </w:pPr>
      <w:r>
        <w:t>غلطی، یہ غلط، بہت بڑی غلط فہمی ہے، بہت بڑی، یعنی یعنی وہ ہے فلیسی ہے۔ کیا آپ سمجھتے ہیں کہ یکطرفہ ہو رہا ہے؟</w:t>
      </w:r>
    </w:p>
    <w:p>
      <w:r>
        <w:rPr>
          <w:b/>
        </w:rPr>
        <w:t xml:space="preserve">[34:27] </w:t>
      </w:r>
      <w:r>
        <w:t>yeh na falasteen mein yak tarfa hai, na kashmir mein yak tarfa hai. woh to retaliation hai. jab tak arab peace par thay, to unhein peace mila hua tha.</w:t>
      </w:r>
    </w:p>
    <w:p>
      <w:pPr>
        <w:jc w:val="right"/>
      </w:pPr>
      <w:r>
        <w:t>یہ نہ فلسطین میں یکطرفہ ہے، نہ کشمیر میں یکطرفہ ہے۔ وہ تو ریٹیلیشن ہے۔ جب تک عرب پیس پر تھے، تو انہیں پیس ملا ہوا تھا۔</w:t>
      </w:r>
    </w:p>
    <w:p>
      <w:r>
        <w:rPr>
          <w:b/>
        </w:rPr>
        <w:t xml:space="preserve">[34:39] </w:t>
      </w:r>
      <w:r>
        <w:t>jab unhon ne military shuru kar di, to unhein military mil rahi hai. aise kashmir mein hua to kaisi ajeeb baat hai ke musalman is raat ko bhi nahi jaan sake ke jo kuch ho raha hai, without reason nahi ho raha hai.</w:t>
      </w:r>
    </w:p>
    <w:p>
      <w:pPr>
        <w:jc w:val="right"/>
      </w:pPr>
      <w:r>
        <w:t>جب انہوں نے ملٹری شروع کر دی، تو انہیں ملٹری مل رہی ہے۔ ایسے کشمیر میں ہوا تو کیسی عجیب بات ہے کہ مسلمان اس رات کو بھی نہیں جان سکے کہ جو کچھ ہو رہا ہے، ودا آؤٹ ریزن نہیں ہو رہا ہے۔</w:t>
      </w:r>
    </w:p>
    <w:p>
      <w:r>
        <w:rPr>
          <w:b/>
        </w:rPr>
        <w:t xml:space="preserve">[34:53] </w:t>
      </w:r>
      <w:r>
        <w:t>woh to retaliation ho raha hai. aur main bilashuba is mein samajhta hoon ke is mein, is mein jo hai, musalmanon ko reassessment ka time hai.</w:t>
      </w:r>
    </w:p>
    <w:p>
      <w:pPr>
        <w:jc w:val="right"/>
      </w:pPr>
      <w:r>
        <w:t>وہ تو ریٹیلیشن ہو رہا ہے۔ اور میں بلاشبہ اس میں سمجھتا ہوں کہ اس میں، اس میں جو ہے، مسلمانوں کو ری اسیسمنٹ کا ٹائم ہے۔</w:t>
      </w:r>
    </w:p>
    <w:p>
      <w:r>
        <w:rPr>
          <w:b/>
        </w:rPr>
        <w:t xml:space="preserve">[35:02] </w:t>
      </w:r>
      <w:r>
        <w:t>is qism ki baatein karne ka time nahi hai. agar woh reassessment nahi karenge to phir yeh silsila jaari rahega. yeh duniya dekhiye, duniya mein har aadmi ko azadi hai.</w:t>
      </w:r>
    </w:p>
    <w:p>
      <w:pPr>
        <w:jc w:val="right"/>
      </w:pPr>
      <w:r>
        <w:t>اس قسم کی باتیں کرنے کا ٹائم نہیں ہے۔ اگر وہ ری اسیسمنٹ نہیں کریں گے تو پھر یہ سلسلہ جاری رہے گا۔ یہ دنیا دیکھیے، دنیا میں ہر آدمی کو آزادی ہے۔</w:t>
      </w:r>
    </w:p>
    <w:p>
      <w:r>
        <w:rPr>
          <w:b/>
        </w:rPr>
        <w:t xml:space="preserve">[35:14] </w:t>
      </w:r>
      <w:r>
        <w:t>aap kisi azadi ki abalish nahi kar sakte. to aap karenge to woh bhi karega. woh kyun nahi karega? bataiye. jab aap ne October 89 mein military shuru ki kashmir mein, to kya samajhte hain ke arab bhi chup chap baithe rahenge?</w:t>
      </w:r>
    </w:p>
    <w:p>
      <w:pPr>
        <w:jc w:val="right"/>
      </w:pPr>
      <w:r>
        <w:t>آپ کسی آزادی کی ابالش نہیں کر سکتے۔ تو آپ کریں گے تو وہ بھی کرے گا۔ وہ کیوں نہیں کرے گا؟ بتائیے۔ جب آپ نے اکتوبر 89 میں ملٹری شروع کی کشمیر میں، تو کیا سمجھتے ہیں کہ عرب بھی چپ چاپ بیٹھے رہیں گے؟</w:t>
      </w:r>
    </w:p>
    <w:p>
      <w:r>
        <w:rPr>
          <w:b/>
        </w:rPr>
        <w:t xml:space="preserve">[35:27] </w:t>
      </w:r>
      <w:r>
        <w:t>woh kyun nahi shuru karenge? woh bhi karenge. jo aap ke paas hai, woh aap karenge. woh jo woh karenge. yeh bilkul hi ghalt hai yeh soch ke without reason ho raha hai.</w:t>
      </w:r>
    </w:p>
    <w:p>
      <w:pPr>
        <w:jc w:val="right"/>
      </w:pPr>
      <w:r>
        <w:t>وہ کیوں نہیں شروع کریں گے؟ وہ بھی کریں گے۔ جو آپ کے پاس ہے، وہ آپ کریں گے۔ وہ جو وہ کریں گے۔ یہ بالکل ہی غلط ہے یہ سوچ کہ ودا آؤٹ ریزن ہو رہا ہے۔</w:t>
      </w:r>
    </w:p>
    <w:p>
      <w:r>
        <w:rPr>
          <w:b/>
        </w:rPr>
        <w:t xml:space="preserve">[35:41] </w:t>
      </w:r>
      <w:r>
        <w:t>yeh har giz aisa nahi ho raha hai. woh bator retaliation ka ho raha hai. isi cheez ko samajhne mein masle ka hal hai.</w:t>
      </w:r>
    </w:p>
    <w:p>
      <w:pPr>
        <w:jc w:val="right"/>
      </w:pPr>
      <w:r>
        <w:t>یہ ہرگز ایسا نہیں ہو رہا ہے۔ وہ بطور ریٹیلیشن کا ہو رہا ہے۔ اسی چیز کو سمجھنے میں مسئلے کا حل ہے۔</w:t>
      </w:r>
    </w:p>
    <w:p>
      <w:r>
        <w:rPr>
          <w:b/>
        </w:rPr>
        <w:t xml:space="preserve">[35:49] </w:t>
      </w:r>
      <w:r>
        <w:t>jo jo log is ko na samjhein, to kabhi masla hal nahi kar sakenge.</w:t>
      </w:r>
    </w:p>
    <w:p>
      <w:pPr>
        <w:jc w:val="right"/>
      </w:pPr>
      <w:r>
        <w:t>جو جو لوگ اس کو نہ سمجھیں، تو کبھی مسئلہ حل نہیں کر سکیں گے۔</w:t>
      </w:r>
    </w:p>
    <w:p>
      <w:r>
        <w:rPr>
          <w:b/>
        </w:rPr>
        <w:t xml:space="preserve">[35:56] </w:t>
      </w:r>
      <w:r>
        <w:t>maulana inayatullah umri ka bangalore se sawal aaya hai. unhon ne likha hai: "jamhooriyat ko is islam ki matlooba cheez kyun samajhte nahi hain?</w:t>
      </w:r>
    </w:p>
    <w:p>
      <w:pPr>
        <w:jc w:val="right"/>
      </w:pPr>
      <w:r>
        <w:t>مولانا عنایت اللہ عمری کا بینگلور سے سوال آیا ہے۔ انہوں نے لکھا ہے: "جمہوریت کو اس اسلام کی مطلوبہ چیز کیوں سمجھتے نہیں ہیں؟</w:t>
      </w:r>
    </w:p>
    <w:p>
      <w:r>
        <w:rPr>
          <w:b/>
        </w:rPr>
        <w:t xml:space="preserve">[36:08] </w:t>
      </w:r>
      <w:r>
        <w:t>kya is mein samjha jata hai ke ghair khuda ka qanoon manna padega?"</w:t>
      </w:r>
    </w:p>
    <w:p>
      <w:pPr>
        <w:jc w:val="right"/>
      </w:pPr>
      <w:r>
        <w:t>کیا اس میں سمجھا جاتا ہے کہ غیر خدا کا قانون ماننا پڑے گا؟"</w:t>
      </w:r>
    </w:p>
    <w:p>
      <w:r>
        <w:rPr>
          <w:b/>
        </w:rPr>
        <w:t xml:space="preserve">[36:16] </w:t>
      </w:r>
      <w:r>
        <w:t>yeh dekhiye, ghair khuda qanoon manna ya na manna, yeh yeh yeh yeh yeh nazariya aap apne aap mein ghalt hai.</w:t>
      </w:r>
    </w:p>
    <w:p>
      <w:pPr>
        <w:jc w:val="right"/>
      </w:pPr>
      <w:r>
        <w:t>یہ دیکھیے، غیر خدا قانون ماننا یا نہ ماننا، یہ یہ یہ یہ یہ نظریہ آپ اپنے آپ میں غلط ہے۔</w:t>
      </w:r>
    </w:p>
    <w:p>
      <w:r>
        <w:rPr>
          <w:b/>
        </w:rPr>
        <w:t xml:space="preserve">[36:26] </w:t>
      </w:r>
      <w:r>
        <w:t>kyunke ijtimai zindagi mein koi ideal nahi chal sakta. agar aap yeh ek ideal bana lein ke ke ke ijtimai zindagi mein khuda qanoon ko nafiz hona hai, to is mani ke aap badu nafiz karna chahenge, to badu nafiz karenge, idhar se bhi aadmi jawab dega, to larai shuru hogi.</w:t>
      </w:r>
    </w:p>
    <w:p>
      <w:pPr>
        <w:jc w:val="right"/>
      </w:pPr>
      <w:r>
        <w:t>کیونکہ اجتماعی زندگی میں کوئی آئیڈیل نہیں چل سکتا۔ اگر آپ یہ ایک آئیڈیل بنا لیں کہ کہ کہ اجتماعی زندگی میں خدا قانون کو نافذ ہونا ہے، تو اس معنی کہ آپ بدو نافذ کرنا چاہیں گے، تو بدو نافذ کریں گے، ادھر سے بھی آدمی جواب دے گا، تو لڑائی شروع ہوگی۔</w:t>
      </w:r>
    </w:p>
    <w:p>
      <w:r>
        <w:rPr>
          <w:b/>
        </w:rPr>
        <w:t xml:space="preserve">[36:46] </w:t>
      </w:r>
      <w:r>
        <w:t>is ka nateeja larai hoga. to ijtimai zindagi mein islam ka nazariya yeh hai ke jo qabil amal hai, us ko ikhtiyar karo. aap dekhiye, hazrat yusuf alaihissalam ne badshah, yani jo badshah tha, woh mushrik tha.</w:t>
      </w:r>
    </w:p>
    <w:p>
      <w:pPr>
        <w:jc w:val="right"/>
      </w:pPr>
      <w:r>
        <w:t>اس کا نتیجہ لڑائی ہوگا۔ تو اجتماعی زندگی میں اسلام کا نظریہ یہ ہے کہ جو قابل عمل ہے، اس کو اختیار کرو۔ آپ دیکھیے، حضرت یوسف علیہ السلام نے بادشاہ، یعنی جو بادشاہ تھا، وہ مشرک تھا۔</w:t>
      </w:r>
    </w:p>
    <w:p>
      <w:r>
        <w:rPr>
          <w:b/>
        </w:rPr>
        <w:t xml:space="preserve">[37:00] </w:t>
      </w:r>
      <w:r>
        <w:t>woh mushrik badshah ko tasleem kar liya. unhon ne takrao nahi kiya us se ke tum woh karo, badlo apna mazhab, badlo apna aqeeda, badlo.</w:t>
      </w:r>
    </w:p>
    <w:p>
      <w:pPr>
        <w:jc w:val="right"/>
      </w:pPr>
      <w:r>
        <w:t>وہ مشرک بادشاہ کو تسلیم کر لیا۔ انہوں نے ٹکراؤ نہیں کیا اس سے کہ تم وہ کرو، بدلو اپنا مذہب، بدلو اپنا عقیدہ، بدلو۔</w:t>
      </w:r>
    </w:p>
    <w:p>
      <w:r>
        <w:rPr>
          <w:b/>
        </w:rPr>
        <w:t xml:space="preserve">[37:14] </w:t>
      </w:r>
      <w:r>
        <w:t>to ijtimai zindagi mein dekhiye, adjust karna padta hai. adjustment ijtimai zindagi mein agar yeh is ko ikhtiyar karenge, aap to siwaye larai ke aur kuch bhi nahi.</w:t>
      </w:r>
    </w:p>
    <w:p>
      <w:pPr>
        <w:jc w:val="right"/>
      </w:pPr>
      <w:r>
        <w:t>تو اجتماعی زندگی میں دیکھیے، ایڈجسٹ کرنا پڑتا ہے۔ ایڈجسٹمنٹ اجتماعی زندگی میں اگر یہ اس کو اختیار کریں گے، آپ تو سوائے لڑائی کے اور کچھ بھی نہیں۔</w:t>
      </w:r>
    </w:p>
    <w:p>
      <w:r>
        <w:rPr>
          <w:b/>
        </w:rPr>
        <w:t xml:space="preserve">[37:23] </w:t>
      </w:r>
      <w:r>
        <w:t>apni zaat ke mamle mein aap ideal baniye. ijtimai zindagi mein aap ko adjust karna padega. kuch aap ki baat maani jayegi, kuch un ki baat maani jayegi.</w:t>
      </w:r>
    </w:p>
    <w:p>
      <w:pPr>
        <w:jc w:val="right"/>
      </w:pPr>
      <w:r>
        <w:t>اپنی ذات کے معاملے میں آپ آئیڈیل بنیے۔ اجتماعی زندگی میں آپ کو ایڈجسٹ کرنا پڑے گا۔ کچھ آپ کی بات مانی جائے گی، کچھ ان کی بات مانی جائے گی۔</w:t>
      </w:r>
    </w:p>
    <w:p>
      <w:r>
        <w:rPr>
          <w:b/>
        </w:rPr>
        <w:t xml:space="preserve">[37:32] </w:t>
      </w:r>
      <w:r>
        <w:t>dusra option nahi hai. option agar aap is ko na manen to is ke baad kya hai? larai, khoon khoon kharaba.</w:t>
      </w:r>
    </w:p>
    <w:p>
      <w:pPr>
        <w:jc w:val="right"/>
      </w:pPr>
      <w:r>
        <w:t>دوسرا آپشن نہیں ہے۔ آپشن اگر آپ اس کو نہ مانیں تو اس کے بعد کیا ہے؟ لڑائی، خون خون خرابہ۔</w:t>
      </w:r>
    </w:p>
    <w:p>
      <w:r>
        <w:rPr>
          <w:b/>
        </w:rPr>
        <w:t xml:space="preserve">[37:41] </w:t>
      </w:r>
      <w:r>
        <w:t>maulana, agla sawal gulbarga se aaya hai mister abdul ghani ka. unhon ne likha hai: "mujhe is baat ka kaise ilm hoga ke mere andar kibr paida ho raha hai?</w:t>
      </w:r>
    </w:p>
    <w:p>
      <w:pPr>
        <w:jc w:val="right"/>
      </w:pPr>
      <w:r>
        <w:t>مولانا، اگلا سوال گلبرگہ سے آیا ہے مسٹر عبدالغنی کا۔ انہوں نے لکھا ہے: "مجھے اس بات کا کیسے علم ہوگا کہ میرے اندر کبر پیدا ہو رہا ہے؟</w:t>
      </w:r>
    </w:p>
    <w:p>
      <w:r>
        <w:rPr>
          <w:b/>
        </w:rPr>
        <w:t xml:space="preserve">[37:53] </w:t>
      </w:r>
      <w:r>
        <w:t>is ke bare mein bataen."</w:t>
      </w:r>
    </w:p>
    <w:p>
      <w:pPr>
        <w:jc w:val="right"/>
      </w:pPr>
      <w:r>
        <w:t>اس کے بارے میں بتائیں۔"</w:t>
      </w:r>
    </w:p>
    <w:p>
      <w:r>
        <w:rPr>
          <w:b/>
        </w:rPr>
        <w:t xml:space="preserve">[38:03] </w:t>
      </w:r>
      <w:r>
        <w:t>phir hadith mein is ki pehchan batai gayi hai: "batr al haqq wa ghammat al nas". kibr ki pehchan yani haq ko barisde karna aur logon ko kam samajhna.</w:t>
      </w:r>
    </w:p>
    <w:p>
      <w:pPr>
        <w:jc w:val="right"/>
      </w:pPr>
      <w:r>
        <w:t>پھر حدیث میں اس کی پہچان بتائی گئی ہے: "بتر الحق وغمۃ الناس"۔ کبر کی پہچان یعنی حق کو برسائیڈ کرنا اور لوگوں کو کم سمجھنا۔</w:t>
      </w:r>
    </w:p>
    <w:p>
      <w:r>
        <w:rPr>
          <w:b/>
        </w:rPr>
        <w:t xml:space="preserve">[38:21] </w:t>
      </w:r>
      <w:r>
        <w:t>jab kisi ke samne haq pesh kiya jaye aur usko woh bar side karte hue usko na mane, to woh kibr ki wajah se hota hai.</w:t>
      </w:r>
    </w:p>
    <w:p>
      <w:pPr>
        <w:jc w:val="right"/>
      </w:pPr>
      <w:r>
        <w:t>جب کسی کے سامنے حق پیش کیا جائے اور اس کو وہ برسائیڈ کرتے ہوئے اس کو نہ مانے، تو وہ کبر کی وجہ سے ہوتا ہے۔</w:t>
      </w:r>
    </w:p>
    <w:p>
      <w:r>
        <w:rPr>
          <w:b/>
        </w:rPr>
        <w:t xml:space="preserve">[38:32] </w:t>
      </w:r>
      <w:r>
        <w:t>aise log jo hain, unko admi apne ko superior samajh leta hai, superior dusron ko kam samajhta hai. Ya jahan admi yeh yeh admi khud soch kar jan sakta hai apne bare mein ke kahan maine haq ko nahi mana aur kahan maine logon ko kam samjha apne se.</w:t>
      </w:r>
    </w:p>
    <w:p>
      <w:pPr>
        <w:jc w:val="right"/>
      </w:pPr>
      <w:r>
        <w:t>ایسے لوگ جو ہیں، ان کو آدمی اپنے کو سپریئر سمجھ لیتا ہے، سپریئر دوسروں کو کم سمجھتا ہے۔ یا جہاں آدمی یہ یہ آدمی خود سوچ کر جان سکتا ہے اپنے بارے میں کہ کہاں میں نے حق کو نہیں مانا اور کہاں میں نے لوگوں کو کم سمجھا اپنے سے۔</w:t>
      </w:r>
    </w:p>
    <w:p>
      <w:r>
        <w:rPr>
          <w:b/>
        </w:rPr>
        <w:t xml:space="preserve">[38:48] </w:t>
      </w:r>
      <w:r>
        <w:t>jahan yeh yeh cheez pai jati hai, to woh us mani ke woh kibr mein mubtala aisa admi hai. Ke sahib, yahi na batar al-haqq ghummat hain?</w:t>
      </w:r>
    </w:p>
    <w:p>
      <w:pPr>
        <w:jc w:val="right"/>
      </w:pPr>
      <w:r>
        <w:t>جہاں یہ یہ چیز پائی جاتی ہے، تو وہ اس معنی کہ وہ کبر میں مبتلا ایسا آدمی ہے۔ کہ صاحب، یہی نا بتر الحق غمۃ ہیں؟</w:t>
      </w:r>
    </w:p>
    <w:p>
      <w:r>
        <w:rPr>
          <w:b/>
        </w:rPr>
        <w:t xml:space="preserve">[38:56] </w:t>
      </w:r>
      <w:r>
        <w:t>ji ji yahi hai batar al-haqq wa ghummat al-nas. Yani haq pesh kiya jaye aur usko woh qabool karne par razi na ho.</w:t>
      </w:r>
    </w:p>
    <w:p>
      <w:pPr>
        <w:jc w:val="right"/>
      </w:pPr>
      <w:r>
        <w:t>جی جی یہی ہے بتر الحق وغمۃ الناس۔ یعنی حق پیش کیا جائے اور اس کو وہ قبول کرنے پر راضی نہ ہو۔</w:t>
      </w:r>
    </w:p>
    <w:p>
      <w:r>
        <w:rPr>
          <w:b/>
        </w:rPr>
        <w:t xml:space="preserve">[39:08] </w:t>
      </w:r>
      <w:r>
        <w:t>jisko aage hum kehte hain bar bar side kar do. Aur dusri cheez yeh hai ke logon ko kam samjhe. To yeh yeh do baatein jahan yeh do baatein aisi hain jisko admi khud foran pakar sakta hai agar woh chahe to ke mere andar yeh baat aa gayi hai.</w:t>
      </w:r>
    </w:p>
    <w:p>
      <w:pPr>
        <w:jc w:val="right"/>
      </w:pPr>
      <w:r>
        <w:t>جس کو آگے ہم کہتے ہیں برش برش اسائیڈ کر دو۔ اور دوسری چیز یہ ہے کہ لوگوں کو کم سمجھے۔ تو یہ یہ دو باتیں جہاں یہ دو باتیں ایسی ہیں جس کو آدمی خود فوراً پکڑ سکتا ہے اگر وہ چاہے تو کہ میرے اندر یہ بات آ گئی ہے۔</w:t>
      </w:r>
    </w:p>
    <w:p>
      <w:r>
        <w:rPr>
          <w:b/>
        </w:rPr>
        <w:t xml:space="preserve">[39:24] </w:t>
      </w:r>
      <w:r>
        <w:t>kyunke insan ki jo consciousness hai, jo zamir hai, woh foran bata deta hai. Yani dusre log na jane, woh khud admi to zaroor jan leta hai. Jo jahan admi ko mehsoos ho ke maine haq ko bar side kiya aur dusron ko kam samjha, to samajh to usko jan lena chahiye ke main kibr ka mareez ho chuka hoon.</w:t>
      </w:r>
    </w:p>
    <w:p>
      <w:pPr>
        <w:jc w:val="right"/>
      </w:pPr>
      <w:r>
        <w:t>کیونکہ انسان کی جو کانشیسنس ہے، جو ضمیر ہے، وہ فوراً بتا دیتا ہے۔ یعنی دوسرے لوگ نہ جانے، وہ خود آدمی تو ضرور جان لیتا ہے۔ جو جہاں آدمی کو محسوس ہو کہ میں نے حق کو برسائیڈ کیا اور دوسروں کو کم سمجھا، تو سمجھ تو اس کو جان لینا چاہیے کہ میں کبر کا مریض ہو چکا ہوں۔</w:t>
      </w:r>
    </w:p>
    <w:p>
      <w:r>
        <w:rPr>
          <w:b/>
        </w:rPr>
        <w:t xml:space="preserve">[39:46] </w:t>
      </w:r>
      <w:r>
        <w:t>maulana, inka ek aur sawal hai. Unhone likha hai ke is spirit aur form ki istilaah mein farq kya hai?</w:t>
      </w:r>
    </w:p>
    <w:p>
      <w:pPr>
        <w:jc w:val="right"/>
      </w:pPr>
      <w:r>
        <w:t>مولانا، ان کا ایک اور سوال ہے۔ انہوں نے لکھا ہے کہ اس سپرٹ اور فارم کی اصطلاح میں فرق کیا ہے؟</w:t>
      </w:r>
    </w:p>
    <w:p>
      <w:r>
        <w:rPr>
          <w:b/>
        </w:rPr>
        <w:t xml:space="preserve">[39:52] </w:t>
      </w:r>
      <w:r>
        <w:t>istilaah acha term. Istilaah ka matlab term.</w:t>
      </w:r>
    </w:p>
    <w:p>
      <w:pPr>
        <w:jc w:val="right"/>
      </w:pPr>
      <w:r>
        <w:t>اصطلاح اچھا ٹرم۔ اصطلاح کا مطلب ٹرم۔</w:t>
      </w:r>
    </w:p>
    <w:p>
      <w:r>
        <w:rPr>
          <w:b/>
        </w:rPr>
        <w:t xml:space="preserve">[40:00] </w:t>
      </w:r>
      <w:r>
        <w:t>bhai, spirit jo hai, woh inner content ka naam hai aur form outer content ka naam hai.</w:t>
      </w:r>
    </w:p>
    <w:p>
      <w:pPr>
        <w:jc w:val="right"/>
      </w:pPr>
      <w:r>
        <w:t>بھئی، سپرٹ جو ہے، وہ انر کنٹینٹ کا نام ہے اور فارم آؤٹر کنٹینٹ کا نام ہے۔</w:t>
      </w:r>
    </w:p>
    <w:p>
      <w:r>
        <w:rPr>
          <w:b/>
        </w:rPr>
        <w:t xml:space="preserve">[40:10] </w:t>
      </w:r>
      <w:r>
        <w:t>yani jise ibadat hai, ibadat yani dil ke andar khushu jo hota hai, woh hoga spirit hai iski.</w:t>
      </w:r>
    </w:p>
    <w:p>
      <w:pPr>
        <w:jc w:val="right"/>
      </w:pPr>
      <w:r>
        <w:t>یعنی جسے عبادت ہے، عبادت یعنی دل کے اندر خشوع جو ہوتا ہے، وہ ہوگا اسپیریٹ ہے اس کی۔</w:t>
      </w:r>
    </w:p>
    <w:p>
      <w:r>
        <w:rPr>
          <w:b/>
        </w:rPr>
        <w:t xml:space="preserve">[40:22] </w:t>
      </w:r>
      <w:r>
        <w:t>aur kharij mein aap rooh ko sajda karte hain, uska form hai. To Islam ke jitne bhi aamal hain, jaise aap ne kaha la ilaha illallah, yeh bhi uska ab ek form hai.</w:t>
      </w:r>
    </w:p>
    <w:p>
      <w:pPr>
        <w:jc w:val="right"/>
      </w:pPr>
      <w:r>
        <w:t>اور خارج میں آپ روح کو سجدہ کرتے ہیں، اس کا فارم ہے۔ تو اسلام کے جتنے بھی اعمال ہیں، جیسے آپ نے کہا لا الہ الا اللہ، یہ بھی اس کا اب ایک فارم ہے۔</w:t>
      </w:r>
    </w:p>
    <w:p>
      <w:r>
        <w:rPr>
          <w:b/>
        </w:rPr>
        <w:t xml:space="preserve">[40:35] </w:t>
      </w:r>
      <w:r>
        <w:t>kuch alfaaz aap bole aur uski spirit yeh hai ke aap ko yani Allah ka khauf aap ke andar aa gaya, Allah ki mohabbat aap ke andar aa gayi, Allah ki azmat aap ke dil mein aa gayi.</w:t>
      </w:r>
    </w:p>
    <w:p>
      <w:pPr>
        <w:jc w:val="right"/>
      </w:pPr>
      <w:r>
        <w:t>کچھ الفاظ آپ بولے اور اس کی اسپیریٹ یہ ہے کہ آپ کو یعنی اللہ کا خوف آپ کے اندر آ گیا، اللہ کی محبت آپ کے اندر آ گئی، اللہ کی عظمت آپ کے دل میں آ گئی۔</w:t>
      </w:r>
    </w:p>
    <w:p>
      <w:r>
        <w:rPr>
          <w:b/>
        </w:rPr>
        <w:t xml:space="preserve">[40:49] </w:t>
      </w:r>
      <w:r>
        <w:t>to inner content ka naam hai spirit aur outer jo jo uska yani pehlu hai, uska naam hai form.</w:t>
      </w:r>
    </w:p>
    <w:p>
      <w:pPr>
        <w:jc w:val="right"/>
      </w:pPr>
      <w:r>
        <w:t>تو انر کنٹینٹ کا نام ہے اسپیریٹ اور آؤٹر جو جو اس کا یعنی پہلو ہے، اس کا نام ہے فارم۔</w:t>
      </w:r>
    </w:p>
    <w:p>
      <w:r>
        <w:rPr>
          <w:b/>
        </w:rPr>
        <w:t xml:space="preserve">[41:06] </w:t>
      </w:r>
      <w:r>
        <w:t>maulana, agla sawal aya hai Maulana Israr Umri ka Tamil Nadu se. Unhone likha hai: "Azadi ko misuse karne walon ke darmiyan aman kis tarah qaim ho sakta hai?</w:t>
      </w:r>
    </w:p>
    <w:p>
      <w:pPr>
        <w:jc w:val="right"/>
      </w:pPr>
      <w:r>
        <w:t>مولانا، اگلا سوال آیا ہے مولانا اسرار عمری کا تمل ناڈو سے۔ انہوں نے لکھا ہے: "آزادی کو مس یوز کرنے والوں کے درمیان امن کس طرح قائم ہو سکتا ہے؟</w:t>
      </w:r>
    </w:p>
    <w:p>
      <w:r>
        <w:rPr>
          <w:b/>
        </w:rPr>
        <w:t xml:space="preserve">[41:20] </w:t>
      </w:r>
      <w:r>
        <w:t>khauf Khuda se ya qawaneen ke zor zor se?"</w:t>
      </w:r>
    </w:p>
    <w:p>
      <w:pPr>
        <w:jc w:val="right"/>
      </w:pPr>
      <w:r>
        <w:t>خوف خدا سے یا قوانین کے زور زور سے؟"</w:t>
      </w:r>
    </w:p>
    <w:p>
      <w:r>
        <w:rPr>
          <w:b/>
        </w:rPr>
        <w:t xml:space="preserve">[41:27] </w:t>
      </w:r>
      <w:r>
        <w:t>dekhen, qanoon ke zor se to kabhi aap nahi kaam sakta. Yeh to impossible hai. Qanoon se sirf yeh hota hai ke jo galat log hain, woh underground ho kar kaam karne lagte hain.</w:t>
      </w:r>
    </w:p>
    <w:p>
      <w:pPr>
        <w:jc w:val="right"/>
      </w:pPr>
      <w:r>
        <w:t>دیکھیں، قانون کے زور سے تو کبھی آپ نہیں کام سکتا۔ یہ تو امپاسیبل ہے۔ قانون سے صرف یہ ہوتا ہے کہ جو غلط لوگ ہیں، وہ انڈر گراؤنڈ ہو کر کام کرنے لگتے ہیں۔</w:t>
      </w:r>
    </w:p>
    <w:p>
      <w:r>
        <w:rPr>
          <w:b/>
        </w:rPr>
        <w:t xml:space="preserve">[41:41] </w:t>
      </w:r>
      <w:r>
        <w:t>yani corruption aata hai tarah tarah ka. Qanoon ke zariye se kabhi bhi peace nahi aa sakta.</w:t>
      </w:r>
    </w:p>
    <w:p>
      <w:pPr>
        <w:jc w:val="right"/>
      </w:pPr>
      <w:r>
        <w:t>یعنی کرپشن آتا ہے طرح طرح کا۔ قانون کے ذریعے سے کبھی بھی پیس نہیں آ سکتا۔</w:t>
      </w:r>
    </w:p>
    <w:p>
      <w:r>
        <w:rPr>
          <w:b/>
        </w:rPr>
        <w:t xml:space="preserve">[41:51] </w:t>
      </w:r>
      <w:r>
        <w:t>peace to aayega. Logon ko kehte hain yeh samajh paida ki jaye ke is peace rahega to sab ko faida hai. Peace hoga to sab ko faida hai.</w:t>
      </w:r>
    </w:p>
    <w:p>
      <w:pPr>
        <w:jc w:val="right"/>
      </w:pPr>
      <w:r>
        <w:t>پیس تو آئے گا۔ لوگوں کو کہتے ہیں یہ سمجھ پیدا کی جائے کہ اس پیس رہے گا تو سب کو فائدہ ہے۔ پیس ہوگا تو سب کو فائدہ ہے۔</w:t>
      </w:r>
    </w:p>
    <w:p>
      <w:r>
        <w:rPr>
          <w:b/>
        </w:rPr>
        <w:t xml:space="preserve">[42:01] </w:t>
      </w:r>
      <w:r>
        <w:t>yani ab chahe business ho ya education ho ya mazhabi sargarmian hon, koi bhi family life ho, social life ho, har cheez bohat smooth tarike se chale chale gi.</w:t>
      </w:r>
    </w:p>
    <w:p>
      <w:pPr>
        <w:jc w:val="right"/>
      </w:pPr>
      <w:r>
        <w:t>یعنی اب چاہے بزنس ہو یا ایجوکیشن ہو یا مذہبی سرگرمیاں ہوں، کوئی بھی فیملی لائف ہو، سوشل لائف ہو، ہر چیز بہت سموتھ طریقے سے چلے چلے گی۔</w:t>
      </w:r>
    </w:p>
    <w:p>
      <w:r>
        <w:rPr>
          <w:b/>
        </w:rPr>
        <w:t xml:space="preserve">[42:13] </w:t>
      </w:r>
      <w:r>
        <w:t>is raaz ko log jaan len ke peace se sab ko faida hai. Baghair qanoon se to peace aata nahi. Jahan bhi aap ko dictatorship thi, aap dekhiye Arab countries mein dictatorship thi, wahan kya hua?</w:t>
      </w:r>
    </w:p>
    <w:p>
      <w:pPr>
        <w:jc w:val="right"/>
      </w:pPr>
      <w:r>
        <w:t>اس راز کو لوگ جان لیں کہ پیس سے سب کو فائدہ ہے۔ بغیر قانون سے تو پیس آتا نہیں۔ جہاں بھی آپ کو ڈکٹیٹرشپ تھی، آپ دیکھیے عرب کنٹریز میں ڈکٹیٹرشپ تھی، وہاں کیا ہوا؟</w:t>
      </w:r>
    </w:p>
    <w:p>
      <w:r>
        <w:rPr>
          <w:b/>
        </w:rPr>
        <w:t xml:space="preserve">[42:27] </w:t>
      </w:r>
      <w:r>
        <w:t>kya peace tha? Aaya wahan? Wahan andar andar sab kuch ho raha tha. Ab woh bhadak uthe to aap dekhiye kya aalam hai. To qanoon ke qanoon ke zariye peace qaim karne ki koshish karna yani ek aur burai paida karna hai, zyada badi burai.</w:t>
      </w:r>
    </w:p>
    <w:p>
      <w:pPr>
        <w:jc w:val="right"/>
      </w:pPr>
      <w:r>
        <w:t>کیا پیس تھا؟ آیا وہاں؟ وہاں اندر اندر سب کچھ ہو رہا تھا۔ اب وہ بھڑک اٹھے تو آپ دیکھیے کیا عالم ہے۔ تو قانون کے قانون کے ذریعے پیس قائم کرنے کی کوشش کرنا یعنی ایک اور برائی پیدا کرنا ہے، زیادہ بڑی برائی۔</w:t>
      </w:r>
    </w:p>
    <w:p>
      <w:r>
        <w:rPr>
          <w:b/>
        </w:rPr>
        <w:t xml:space="preserve">[42:49] </w:t>
      </w:r>
      <w:r>
        <w:t>to sahi baat yeh hai ke logon ke andar soch lai jaye, logon ke andar yani peace ki ahmiyat ko logon ko bataya jaye.</w:t>
      </w:r>
    </w:p>
    <w:p>
      <w:pPr>
        <w:jc w:val="right"/>
      </w:pPr>
      <w:r>
        <w:t>تو صحیح بات یہ ہے کہ لوگوں کے اندر سوچ لائی جائے، لوگوں کے اندر یعنی پیس کی اہمیت کو لوگوں کو بتایا جائے۔</w:t>
      </w:r>
    </w:p>
    <w:p>
      <w:r>
        <w:rPr>
          <w:b/>
        </w:rPr>
        <w:t xml:space="preserve">[43:00] </w:t>
      </w:r>
      <w:r>
        <w:t>jitna zyada log peace ki ahmiyat ko samjhenge, utne zyada woh peaceful bante chale jayenge.</w:t>
      </w:r>
    </w:p>
    <w:p>
      <w:pPr>
        <w:jc w:val="right"/>
      </w:pPr>
      <w:r>
        <w:t>جتنا زیادہ لوگ پیس کی اہمیت کو سمجھیں گے، اتنے زیادہ وہ پیس فل بنتے چلے جائیں گے۔</w:t>
      </w:r>
    </w:p>
    <w:p>
      <w:r>
        <w:rPr>
          <w:b/>
        </w:rPr>
        <w:t xml:space="preserve">[43:06] </w:t>
      </w:r>
      <w:r>
        <w:t>Mr. Sharukh Hussain Riyazi ne Delhi se sawal kiya hai. Unhone likha hai: "Aap ne Al-Risala mein likha hai ke misunderstanding hamesha baseless hoti hai.</w:t>
      </w:r>
    </w:p>
    <w:p>
      <w:pPr>
        <w:jc w:val="right"/>
      </w:pPr>
      <w:r>
        <w:t>مسٹر شارخ حسین ریاضی نے دلی سے سوال کیا ہے۔ انہوں نے لکھا ہے: "آپ نے الرسالہ میں لکھا ہے کہ مس انڈرسٹینڈنگ ہمیشہ بیس لیس ہوتی ہے۔</w:t>
      </w:r>
    </w:p>
    <w:p>
      <w:r>
        <w:rPr>
          <w:b/>
        </w:rPr>
        <w:t xml:space="preserve">[43:18] </w:t>
      </w:r>
      <w:r>
        <w:t>agar kisi ke bare mein misunderstanding paida ho to admi ya to foran usko bhula de ya woh us admi se direct mil kar misunderstanding ko door kare."</w:t>
      </w:r>
    </w:p>
    <w:p>
      <w:pPr>
        <w:jc w:val="right"/>
      </w:pPr>
      <w:r>
        <w:t>اگر کسی کے بارے میں مس انڈرسٹینڈنگ پیدا ہو تو آدمی یا تو فوراً اس کو بھلا دے یا وہ اس آدمی سے ڈائریکٹ مل کر مس انڈرسٹینڈنگ کو دور کرے۔</w:t>
      </w:r>
    </w:p>
    <w:p>
      <w:r>
        <w:rPr>
          <w:b/>
        </w:rPr>
        <w:t xml:space="preserve">[43:32] </w:t>
      </w:r>
      <w:r>
        <w:t>woh mis understandig ko le kar doosron ke darmiyan na phailaye. aisa karna apne andar weak personality banana hai.</w:t>
      </w:r>
    </w:p>
    <w:p>
      <w:pPr>
        <w:jc w:val="right"/>
      </w:pPr>
      <w:r>
        <w:t>وہ مس انڈرسٹینڈنگ کو لے کر دوسروں کے درمیان نہ پھیلائے۔ ایسا کرنا اپنے اندر ویک پرسنیلٹی بنانا ہے۔</w:t>
      </w:r>
    </w:p>
    <w:p>
      <w:r>
        <w:rPr>
          <w:b/>
        </w:rPr>
        <w:t xml:space="preserve">[43:42] </w:t>
      </w:r>
      <w:r>
        <w:t>maulana sahib, weak personality ka nuqsan kya hai aur is ko kaise theek kiya jaye?</w:t>
      </w:r>
    </w:p>
    <w:p>
      <w:pPr>
        <w:jc w:val="right"/>
      </w:pPr>
      <w:r>
        <w:t>مولانا صاحب، ویک پرسنیلٹی کا نقصان کیا ہے اور اس کو کیسے ٹھیک کیا جائے؟"</w:t>
      </w:r>
    </w:p>
    <w:p>
      <w:r>
        <w:rPr>
          <w:b/>
        </w:rPr>
        <w:t xml:space="preserve">[43:53] </w:t>
      </w:r>
      <w:r>
        <w:t>ab isi misaal mein aap dekh lijiye ke ek baat pohnchi kisi aadmi ko aur us ko woh tehqeeq nahi karta aur maan leta hai.</w:t>
      </w:r>
    </w:p>
    <w:p>
      <w:pPr>
        <w:jc w:val="right"/>
      </w:pPr>
      <w:r>
        <w:t>اب اسی مثال میں آپ دیکھ لیجئے کہ ایک بات پہنچی کسی آدمی کو اور اس کو وہ تحقیق نہیں کرتا اور مان لیتا ہے۔</w:t>
      </w:r>
    </w:p>
    <w:p>
      <w:r>
        <w:rPr>
          <w:b/>
        </w:rPr>
        <w:t xml:space="preserve">[44:03] </w:t>
      </w:r>
      <w:r>
        <w:t>to is se kya mizaj banega is ka? is ka mizaj yeh banega ke jhoot sach sab maan lo, jhoot bhi maan lo, sach bhi maan lo. yani sahi baat hai tab bhi mano, galat hai tab bhi mano.</w:t>
      </w:r>
    </w:p>
    <w:p>
      <w:pPr>
        <w:jc w:val="right"/>
      </w:pPr>
      <w:r>
        <w:t>تو اس سے کیا مزاج بنے گا اس کا؟ اس کا مزاج یہ بنے گا کہ جھوٹ سچ سب مان لو، جھوٹ بھی مان لو، سچ بھی مان لو۔ یعنی صحیح بات ہے تب بھی مانو، غلط ہے تب بھی مانو۔</w:t>
      </w:r>
    </w:p>
    <w:p>
      <w:r>
        <w:rPr>
          <w:b/>
        </w:rPr>
        <w:t xml:space="preserve">[44:16] </w:t>
      </w:r>
      <w:r>
        <w:t>yeh yeh is ke andar banegi personality. kyunke aadmi ne jo suna woh agar galat tha aur us ko maan rakha hai us ne, to isi ke sath hum to hain weak personality ke jhoot ko sach samajhna,</w:t>
      </w:r>
    </w:p>
    <w:p>
      <w:pPr>
        <w:jc w:val="right"/>
      </w:pPr>
      <w:r>
        <w:t>یہ یہ اس کے اندر بنے گی پرسنیلٹی۔ کیونکہ آدمی نے جو سنا وہ اگر غلط تھا اور اس کو مان رکھا ہے اس نے، تو اسی کے ساتھ ہم تو ہیں ویک پرسنیلٹی کہ جھوٹ کو سچ سمجھنا،</w:t>
      </w:r>
    </w:p>
    <w:p>
      <w:r>
        <w:rPr>
          <w:b/>
        </w:rPr>
        <w:t xml:space="preserve">[44:32] </w:t>
      </w:r>
      <w:r>
        <w:t>un true ko true samajhna, jis cheez ki koi base nahi hai, us ko samajhte rehna. to isi ka naam hai weak personality.</w:t>
      </w:r>
    </w:p>
    <w:p>
      <w:pPr>
        <w:jc w:val="right"/>
      </w:pPr>
      <w:r>
        <w:t>ان ٹرو کو ٹرو سمجھنا، جس چیز کی کوئی بیس نہیں ہے، اس کو سمجھتے رہنا۔ تو اسی کا نام ہے ویک پرسنیلٹی۔</w:t>
      </w:r>
    </w:p>
    <w:p>
      <w:r>
        <w:rPr>
          <w:b/>
        </w:rPr>
        <w:t xml:space="preserve">[44:43] </w:t>
      </w:r>
      <w:r>
        <w:t>to aadmi ko karna kya hai? karna yeh hai ke is ko scrutiny ka hath daal lein. scrutiny tehqeeq. koi baat sune to us ko tehqeeq kare.</w:t>
      </w:r>
    </w:p>
    <w:p>
      <w:pPr>
        <w:jc w:val="right"/>
      </w:pPr>
      <w:r>
        <w:t>تو آدمی کو کرنا کیا ہے؟ کرنا یہ ہے کہ اسکوٹنی کا ہاتھ ڈال لیں۔ اسکوٹنی تحقیق۔ کوئی بات سنے تو اس کو تحقیق کرے۔</w:t>
      </w:r>
    </w:p>
    <w:p>
      <w:r>
        <w:rPr>
          <w:b/>
        </w:rPr>
        <w:t xml:space="preserve">[44:53] </w:t>
      </w:r>
      <w:r>
        <w:t>nahi to yeh prize deni padegi ke aap ke andar weak personality banegi. aur weak personality ka nuqsan kya hoga? phir ke aap ko farishton ki sohbat nahi milegi, Allah ki marifat hasil nahi hogi, Allah ki qurbat aap ko nahi milegi.</w:t>
      </w:r>
    </w:p>
    <w:p>
      <w:pPr>
        <w:jc w:val="right"/>
      </w:pPr>
      <w:r>
        <w:t>نہیں تو یہ پرائز دینی پڑے گی کہ آپ کے اندر ویک پرسنیلٹی بنے گی۔ اور ویک پرسنیلٹی کا نقصان کیا ہوگا؟ پھر کہ آپ کو فرشتوں کی صحبت نہیں ملے گی، اللہ کی معرفت حاصل نہیں ہوگی، اللہ کی قربت آپ کو نہیں ملے گی۔</w:t>
      </w:r>
    </w:p>
    <w:p>
      <w:r>
        <w:rPr>
          <w:b/>
        </w:rPr>
        <w:t xml:space="preserve">[45:08] </w:t>
      </w:r>
      <w:r>
        <w:t>to weak personality ka bohat nuqsan hota hai, bohat nuqsan hota hai ke aap ke andar woh jo jo matloob hai, jo shakhsiyat, muqaddas shakhsiyat, woh banti nahi.</w:t>
      </w:r>
    </w:p>
    <w:p>
      <w:pPr>
        <w:jc w:val="right"/>
      </w:pPr>
      <w:r>
        <w:t>تو ویک پرسنیلٹی کا بہت نقصان ہوتا ہے، بہت نقصان ہوتا ہے کہ آپ کے اندر وہ جو جو مطلوب ہے، جو شخصیت، مدق شخصیت، وہ بنتی نہیں۔</w:t>
      </w:r>
    </w:p>
    <w:p>
      <w:r>
        <w:rPr>
          <w:b/>
        </w:rPr>
        <w:t xml:space="preserve">[45:20] </w:t>
      </w:r>
      <w:r>
        <w:t>jab woh nahi banti hai to aap ko na farishton se bhi doori hai, Khuda se bhi doori hai, phir jannat se bhi doori hai. yeh to bohat hi tawakkun cheez hai.</w:t>
      </w:r>
    </w:p>
    <w:p>
      <w:pPr>
        <w:jc w:val="right"/>
      </w:pPr>
      <w:r>
        <w:t>جب وہ نہیں بنتی ہے تو آپ کو نہ فرشتوں سے بھی دوری ہے، خدا سے بھی دوری ہے، پھر جنت سے بھی دوری ہے۔ یہ تو بہت ہی تواکن چیز ہے۔</w:t>
      </w:r>
    </w:p>
    <w:p>
      <w:r>
        <w:rPr>
          <w:b/>
        </w:rPr>
        <w:t xml:space="preserve">[45:32] </w:t>
      </w:r>
      <w:r>
        <w:t>mister Asif ka Delhi se sawal hai. unhon ne likha hai: "rajneeti sirf ladai aur mat bhed ka zariya hai. kyunke rajneeti mein insaan ek doosre ke against bolta hai.</w:t>
      </w:r>
    </w:p>
    <w:p>
      <w:pPr>
        <w:jc w:val="right"/>
      </w:pPr>
      <w:r>
        <w:t>مسٹر اصف کا دلی سے سوال ہے۔ انہوں نے لکھا ہے: "راجنیتی صرف لڑائی اور مت بھید کا ذریعہ ہے۔ کیونکہ راجنیتی میں انسان ایک دوسرے کے اگینسٹ بولتا ہے۔</w:t>
      </w:r>
    </w:p>
    <w:p>
      <w:r>
        <w:rPr>
          <w:b/>
        </w:rPr>
        <w:t xml:space="preserve">[45:46] </w:t>
      </w:r>
      <w:r>
        <w:t>to rajneeti sahi kaise ho sakti hai?"</w:t>
      </w:r>
    </w:p>
    <w:p>
      <w:pPr>
        <w:jc w:val="right"/>
      </w:pPr>
      <w:r>
        <w:t>تو راجنیتی صحیح کیسے ہو سکتی ہے؟"</w:t>
      </w:r>
    </w:p>
    <w:p>
      <w:r>
        <w:rPr>
          <w:b/>
        </w:rPr>
        <w:t xml:space="preserve">[45:52] </w:t>
      </w:r>
      <w:r>
        <w:t>to main sahi kahan karoon? main to kabhi nahi kaha ke sahi hai. maulana, shayad woh general level pe poochna chah rahe hain ke political system jo hai, woh sahi kaise ho sakta hai?</w:t>
      </w:r>
    </w:p>
    <w:p>
      <w:pPr>
        <w:jc w:val="right"/>
      </w:pPr>
      <w:r>
        <w:t>تو میں صحیح کہاں کروں؟ میں تو کبھی نہیں کہا کہ صحیح ہے۔ مولانا، شاید وہ جنرل لیول پہ پوچھنا چاہ رہے ہیں کہ پولیٹیکل سسٹم جو ہے، وہ صحیح کیسے ہو سکتا ہے؟</w:t>
      </w:r>
    </w:p>
    <w:p>
      <w:r>
        <w:rPr>
          <w:b/>
        </w:rPr>
        <w:t xml:space="preserve">[46:06] </w:t>
      </w:r>
      <w:r>
        <w:t>political system ko sahi karne ki koshish mat kijiye. jo hai, us ko accept kar lijiye. mera to nazariya yahi hai. jab aap system ko sahi karna chahenge to kya hoga?</w:t>
      </w:r>
    </w:p>
    <w:p>
      <w:pPr>
        <w:jc w:val="right"/>
      </w:pPr>
      <w:r>
        <w:t>پولیٹیکل سسٹم کو صحیح کرنے کی کوشش مت کیجئے۔ جو ہے، اس کو ایکسیپٹ کر لیجئے۔ میرا تو نظریہ یہی ہے۔ جب آپ سسٹم کو صحیح کرنا چاہیں گے تو کیا ہوگا؟</w:t>
      </w:r>
    </w:p>
    <w:p>
      <w:r>
        <w:rPr>
          <w:b/>
        </w:rPr>
        <w:t xml:space="preserve">[46:15] </w:t>
      </w:r>
      <w:r>
        <w:t>yahi sab hoga. ladai jhagda, nafrat. aisi cheez maan lijiye. mera masla kya yeh hai ke political act mein jo hai, mera jo nazariya hai, woh yahi hai ke political, jis ko main kehta hoon political status quoism,</w:t>
      </w:r>
    </w:p>
    <w:p>
      <w:pPr>
        <w:jc w:val="right"/>
      </w:pPr>
      <w:r>
        <w:t>یہی سب ہوگا۔ لڑائی جھگڑا، نفرت۔ ایسی چیز مان لیجئے۔ میرا مسئلہ کیا یہ ہے کہ پولیٹیکل ایکٹ میں جو ہے، میرا جو نظریہ ہے، وہ یہی ہے کہ پولیٹیکل، جس کو میں کہتا ہوں پولیٹیکل اسٹیٹس کوئزم،</w:t>
      </w:r>
    </w:p>
    <w:p>
      <w:r>
        <w:rPr>
          <w:b/>
        </w:rPr>
        <w:t xml:space="preserve">[46:34] </w:t>
      </w:r>
      <w:r>
        <w:t>yani siyasat mein mera nazariya hai political status quoism. koi bhi hakim hai, mujhe us se ladai nahi karna hai.</w:t>
      </w:r>
    </w:p>
    <w:p>
      <w:pPr>
        <w:jc w:val="right"/>
      </w:pPr>
      <w:r>
        <w:t>یعنی سیاست میں میرا نظریہ ہے پولیٹیکل اسٹیٹس کوئزم۔ کوئی بھی حاکم ہے، مجھے اس سے لڑائی نہیں کرنا ہے۔</w:t>
      </w:r>
    </w:p>
    <w:p>
      <w:r>
        <w:rPr>
          <w:b/>
        </w:rPr>
        <w:t xml:space="preserve">[46:43] </w:t>
      </w:r>
      <w:r>
        <w:t>koi bhi system hai, mujh se jhagan na nahi hai. mujhe accept kar ke, mujhe apni activity ka mauqa mil jata hai. mujhe accept kar ke, mujhe khud short time mujhe mil jata hai ke main apne study karoon, apna mission chalaoon, apne aitbar se jo karna hai, woh karoon.</w:t>
      </w:r>
    </w:p>
    <w:p>
      <w:pPr>
        <w:jc w:val="right"/>
      </w:pPr>
      <w:r>
        <w:t>کوئی بھی سسٹم ہے، مجھ سے جھگڑنا نہیں ہے۔ مجھے ایکسیپٹ کر کے، مجھے اپنی ایکٹیویٹی کا موقع مل جاتا ہے۔ مجھے ایکسیپٹ کر کے، مجھے خود شارٹ ٹائم مجھے مل جاتا ہے کہ میں اپنے اسٹڈی کروں، اپنا مشن چلاؤں، اپنے اعتبار سے جو کرنا ہے، وہ کروں۔</w:t>
      </w:r>
    </w:p>
    <w:p>
      <w:r>
        <w:rPr>
          <w:b/>
        </w:rPr>
        <w:t xml:space="preserve">[47:05] </w:t>
      </w:r>
      <w:r>
        <w:t>to mera nazariya to political status quoism ka hai.</w:t>
      </w:r>
    </w:p>
    <w:p>
      <w:pPr>
        <w:jc w:val="right"/>
      </w:pPr>
      <w:r>
        <w:t>تو میرا نظریہ تو پولیٹیکل اسٹیٹس کوئزم کا ہے۔</w:t>
      </w:r>
    </w:p>
    <w:p>
      <w:r>
        <w:rPr>
          <w:b/>
        </w:rPr>
        <w:t xml:space="preserve">[47:10] </w:t>
      </w:r>
      <w:r>
        <w:t>Delhi se mister Abdullah Riyazi ne sawal kiya hai. unhon ne likha hai: "maulana, maqam mehmood se kya murad hai?</w:t>
      </w:r>
    </w:p>
    <w:p>
      <w:pPr>
        <w:jc w:val="right"/>
      </w:pPr>
      <w:r>
        <w:t>دلی سے مسٹر عبداللہ ریاضی نے سوال کیا ہے۔ انہوں نے لکھا ہے: "مولانا، مقام محمود سے کیا مراد ہے؟</w:t>
      </w:r>
    </w:p>
    <w:p>
      <w:r>
        <w:rPr>
          <w:b/>
        </w:rPr>
        <w:t xml:space="preserve">[47:19] </w:t>
      </w:r>
      <w:r>
        <w:t>rasool Allah ka tareekhi role kya tha? us ko wazeh karein."</w:t>
      </w:r>
    </w:p>
    <w:p>
      <w:pPr>
        <w:jc w:val="right"/>
      </w:pPr>
      <w:r>
        <w:t>رسول اللہ کا تاریخی رول کیا تھا؟ اس کو واضح کریں۔"</w:t>
      </w:r>
    </w:p>
    <w:p>
      <w:r>
        <w:rPr>
          <w:b/>
        </w:rPr>
        <w:t xml:space="preserve">[47:26] </w:t>
      </w:r>
      <w:r>
        <w:t>bhai, is pe to hum bohat likh chuke hain. us ko padhiye.</w:t>
      </w:r>
    </w:p>
    <w:p>
      <w:pPr>
        <w:jc w:val="right"/>
      </w:pPr>
      <w:r>
        <w:t>بھئی، اس پہ تو ہم بہت لکھ چکے ہیں۔ اس کو پڑھیے۔</w:t>
      </w:r>
    </w:p>
    <w:p>
      <w:r>
        <w:rPr>
          <w:b/>
        </w:rPr>
        <w:t xml:space="preserve">[47:31] </w:t>
      </w:r>
      <w:r>
        <w:t>is pe main hamari kitabein padhi hain. is pe, is pe bohat zyada is pe likha hua hai. aap us ko, us ko kitab padh lijiye. us ke baad jo baat sawal baqi rehta hai, us ko bataiye.</w:t>
      </w:r>
    </w:p>
    <w:p>
      <w:pPr>
        <w:jc w:val="right"/>
      </w:pPr>
      <w:r>
        <w:t>اس پہ میں ہماری کتابیں پڑھی ہیں۔ اس پہ، اس پہ بہت زیادہ اس پہ لکھا ہوا ہے۔ آپ اس کو، اس کو کتاب پڑھ لیجئے۔ اس کے بعد جو بات سوال باقی رہتا ہے، اس کو بتائیے۔</w:t>
      </w:r>
    </w:p>
    <w:p>
      <w:r>
        <w:rPr>
          <w:b/>
        </w:rPr>
        <w:t xml:space="preserve">[47:45] </w:t>
      </w:r>
      <w:r>
        <w:t>main inshallah us ko arz karunga.</w:t>
      </w:r>
    </w:p>
    <w:p>
      <w:pPr>
        <w:jc w:val="right"/>
      </w:pPr>
      <w:r>
        <w:t>میں انشاءاللہ اس کو عرض کروں گا۔</w:t>
      </w:r>
    </w:p>
    <w:p>
      <w:r>
        <w:rPr>
          <w:b/>
        </w:rPr>
        <w:t xml:space="preserve">[47:48] </w:t>
      </w:r>
      <w:r>
        <w:t>mister Shah Imran Hasan ne Delhi se yeh sawal likha hai: "Urdu ki mashhoor afsana nigar Miss Q. A. Haider ne likha hai ke mazhab ne pehle afim ka kaam kiya.</w:t>
      </w:r>
    </w:p>
    <w:p>
      <w:pPr>
        <w:jc w:val="right"/>
      </w:pPr>
      <w:r>
        <w:t>مسٹر شاہ عمران حسن نے دلی سے یہ سوال لکھا ہے: "اردو کی مشہور افسانہ نگار مس کیو اے حیدر نے لکھا ہے کہ مذہب نے پہلے افیم کا کام کیا۔</w:t>
      </w:r>
    </w:p>
    <w:p>
      <w:r>
        <w:rPr>
          <w:b/>
        </w:rPr>
        <w:t xml:space="preserve">[48:03] </w:t>
      </w:r>
      <w:r>
        <w:t>mazhab ne pehle afim ka kaam kiya tha. ab mazhab aag aur gole barsa raha hai. Maulana sahib, is par aap kya kahenge?"</w:t>
      </w:r>
    </w:p>
    <w:p>
      <w:pPr>
        <w:jc w:val="right"/>
      </w:pPr>
      <w:r>
        <w:t>مذہب نے پہلے افیم کا کام کیا تھا۔ اب مذہب آگ اور گولے برسا رہا ہے۔ مولانا صاحب، اس پر آپ کیا کہیں گے؟"</w:t>
      </w:r>
    </w:p>
    <w:p>
      <w:r>
        <w:rPr>
          <w:b/>
        </w:rPr>
        <w:t xml:space="preserve">[48:14] </w:t>
      </w:r>
      <w:r>
        <w:t>mazhab ne nahi kiya, mazhab ko manne walon ne kiya. ghalati yahi hai ke yeh religion open of mind jo kaha tha, jis ne woh, us ne kaha tha mars ne.</w:t>
      </w:r>
    </w:p>
    <w:p>
      <w:pPr>
        <w:jc w:val="right"/>
      </w:pPr>
      <w:r>
        <w:t>مذہب نے نہیں کیا، مذہب کو ماننے والوں نے کیا۔ غلطی یہی ہے کہ یہ ریلیجن اوپن آف مائنڈ جو کہا تھا، جس نے وہ، اس نے کہا تھا مارس نے۔</w:t>
      </w:r>
    </w:p>
    <w:p>
      <w:r>
        <w:rPr>
          <w:b/>
        </w:rPr>
        <w:t xml:space="preserve">[48:29] </w:t>
      </w:r>
      <w:r>
        <w:t>to woh jo baat mazhab ke bare mein kahi, woh asal mein un logon par chaspn hoti hai jo mazhab ko ke naam par yeh sab phailate hain.</w:t>
      </w:r>
    </w:p>
    <w:p>
      <w:pPr>
        <w:jc w:val="right"/>
      </w:pPr>
      <w:r>
        <w:t>تو وہ جو بات مذہب کے بارے میں کہی، وہ اصل میں ان لوگوں پر چسپاں ہوتی ہے جو مذہب کو کے نام پر یہ سب پھیلاتے ہیں۔</w:t>
      </w:r>
    </w:p>
    <w:p>
      <w:r>
        <w:rPr>
          <w:b/>
        </w:rPr>
        <w:t xml:space="preserve">[48:40] </w:t>
      </w:r>
      <w:r>
        <w:t>pehlay bhi tha, ab bhi. yani pehlay bhi yahi tha ke mazhab ke naam par jo</w:t>
      </w:r>
    </w:p>
    <w:p>
      <w:pPr>
        <w:jc w:val="right"/>
      </w:pPr>
      <w:r>
        <w:t>پہلے بھی تھا، اب بھی۔ یعنی پہلے بھی یہی تھا کہ مذہب کے نام پر جو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