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Case of Present Day Muslims (In Conversation with Maulana) February 14, 2010</w:t>
      </w:r>
    </w:p>
    <w:p>
      <w:r>
        <w:t>https://www.youtube.com/watch?v=Rw-5WYJKQtw</w:t>
      </w:r>
    </w:p>
    <w:p>
      <w:r>
        <w:rPr>
          <w:b/>
        </w:rPr>
        <w:t xml:space="preserve">[00:10] </w:t>
      </w:r>
      <w:r>
        <w:t>okay we are starting the question answer session now. this question is from doctor farida khanam from new delhi. verse number 100 chapter 10 of the quran says:</w:t>
      </w:r>
    </w:p>
    <w:p>
      <w:pPr>
        <w:jc w:val="right"/>
      </w:pPr>
      <w:r>
        <w:t>اوکے وی آر سٹارٹنگ دی کوئسچن انسر سیشن ناؤ۔ دس کوئسچن از فرام ڈاکٹر فریدہ خانم فرام نیو دہلی۔ ورس نمبر 100 چیپٹر 10 اف دی قرآن سیز:</w:t>
      </w:r>
    </w:p>
    <w:p>
      <w:r>
        <w:rPr>
          <w:b/>
        </w:rPr>
        <w:t xml:space="preserve">[00:26] </w:t>
      </w:r>
      <w:r>
        <w:t>"no one can find the right path except with gods permission." kindly explain this.</w:t>
      </w:r>
    </w:p>
    <w:p>
      <w:pPr>
        <w:jc w:val="right"/>
      </w:pPr>
      <w:r>
        <w:t>"نو ون کین فائنڈ دا رائٹ پاتھ ایکسیپٹ ود گاڈز پرمیشن۔" کائنڈلی ایکسپلین دس۔</w:t>
      </w:r>
    </w:p>
    <w:p>
      <w:r>
        <w:rPr>
          <w:b/>
        </w:rPr>
        <w:t xml:space="preserve">[00:36] </w:t>
      </w:r>
      <w:r>
        <w:t>dekhen permission ka matlab hai without following the law of nature, without following the divine law. yani allah taala ne jo</w:t>
      </w:r>
    </w:p>
    <w:p>
      <w:pPr>
        <w:jc w:val="right"/>
      </w:pPr>
      <w:r>
        <w:t>دیکھیں پرمیشن کا مطلب ہے وداؤٹ فالونگ دا لا اف نیچر، وداؤٹ فالونگ دا ڈیوائن لا۔ یعنی اللہ تعالیٰ نے جو</w:t>
      </w:r>
    </w:p>
    <w:p>
      <w:r>
        <w:rPr>
          <w:b/>
        </w:rPr>
        <w:t xml:space="preserve">[00:52] </w:t>
      </w:r>
      <w:r>
        <w:t>law banaya hai, jo process banaya hai, us process ko follow kar ke hi aap sachai tak pohnchen gay. us ko follow na karen to nahi pohnch sakte, yeh matlab hai.</w:t>
      </w:r>
    </w:p>
    <w:p>
      <w:pPr>
        <w:jc w:val="right"/>
      </w:pPr>
      <w:r>
        <w:t>لا بنایا ہے، جو پراسیس بنایا ہے، اس پراسیس کو فالو کر کے ہی آپ سچائی تک پہنچیں گے۔ اس کو فالو نہ کریں تو نہیں پہنچ سکتے، یہ مطلب ہے۔</w:t>
      </w:r>
    </w:p>
    <w:p>
      <w:r>
        <w:rPr>
          <w:b/>
        </w:rPr>
        <w:t xml:space="preserve">[01:05] </w:t>
      </w:r>
      <w:r>
        <w:t>isi ayat mein likha hai ke rizq hai. jo follow nahi karte un ko khuda rizq daal deta hai. rizq ka matlab kya hai? confusion mein par jana.</w:t>
      </w:r>
    </w:p>
    <w:p>
      <w:pPr>
        <w:jc w:val="right"/>
      </w:pPr>
      <w:r>
        <w:t>اسی آیت میں لکھا ہے کہ رزق ہے۔ جو فالو نہیں کرتے ان کو خدا رزق ڈال دیتا ہے۔ رزق کا مطلب کیا ہے؟ کنفیوژن میں پڑ جانا۔</w:t>
      </w:r>
    </w:p>
    <w:p>
      <w:r>
        <w:rPr>
          <w:b/>
        </w:rPr>
        <w:t xml:space="preserve">[01:17] </w:t>
      </w:r>
      <w:r>
        <w:t>yani allah taala ne jo banaya hai qanoon woh kya hai? apni aql ko istemal kijiye. aap cheezon ko analysis kijiye. aap yani white item aur black item ko alag kijiye, sort out kijiye.</w:t>
      </w:r>
    </w:p>
    <w:p>
      <w:pPr>
        <w:jc w:val="right"/>
      </w:pPr>
      <w:r>
        <w:t>یعنی اللہ تعالیٰ نے جو بنایا ہے قانون وہ کیا ہے؟ اپنی عقل کو استعمال کیجئے۔ آپ چیزوں کو انالیسز کیجئے۔ آپ یعنی وائٹ آئٹم اور بلیک آئٹم کو الگ کیجئے، سورٹ آؤٹ کیجئے۔</w:t>
      </w:r>
    </w:p>
    <w:p>
      <w:r>
        <w:rPr>
          <w:b/>
        </w:rPr>
        <w:t xml:space="preserve">[01:35] </w:t>
      </w:r>
      <w:r>
        <w:t>aur phir bhi ek element of doubt rahe ga, yeh bhi use samajh lijiye. allah ka yeh qanoon hai ke kabhi bhi koi bhi cheez aisi nahi ho sakti jis mein element of doubt na ho.</w:t>
      </w:r>
    </w:p>
    <w:p>
      <w:pPr>
        <w:jc w:val="right"/>
      </w:pPr>
      <w:r>
        <w:t>اور پھر بھی ایک ایلیمنٹ آف ڈاؤٹ رہے گا، یہ بھی اسے سمجھ لیجئے۔ اللہ کا یہ قانون ہے کہ کبھی بھی کوئی بھی چیز ایسی نہیں ہو سکتی جس میں ایلیمنٹ آف ڈاؤٹ نہ ہو۔</w:t>
      </w:r>
    </w:p>
    <w:p>
      <w:r>
        <w:rPr>
          <w:b/>
        </w:rPr>
        <w:t xml:space="preserve">[01:47] </w:t>
      </w:r>
      <w:r>
        <w:t>to element of doubt ko bhi aap ko us ke peechay nahi darna hai. element of doubt jo hai us ko bhi aap ko uncover karna hai.</w:t>
      </w:r>
    </w:p>
    <w:p>
      <w:pPr>
        <w:jc w:val="right"/>
      </w:pPr>
      <w:r>
        <w:t>تو ایلیمنٹ آف ڈاؤٹ کو بھی آپ کو اس کے پیچھے نہیں دوڑنا ہے۔ ایلیمنٹ آف ڈاؤٹ جو ہے اس کو بھی آپ کو ان کور کرنا ہے۔</w:t>
      </w:r>
    </w:p>
    <w:p>
      <w:r>
        <w:rPr>
          <w:b/>
        </w:rPr>
        <w:t xml:space="preserve">[01:59] </w:t>
      </w:r>
      <w:r>
        <w:t>us ko bhi kholna hai. yeh sab kar ke aap sachai tak pohnchen gay. agar aap chahen ke kuch na karen, kuch na karen aur sachai mil jaye to sachai milne wali nahi hai.</w:t>
      </w:r>
    </w:p>
    <w:p>
      <w:pPr>
        <w:jc w:val="right"/>
      </w:pPr>
      <w:r>
        <w:t>اس کو بھی کھولنا ہے۔ یہ سب کر کے آپ سچائی تک پہنچیں گے۔ اگر آپ چاہیں کہ کچھ نہ کریں، کچھ نہ کریں اور سچائی مل جائے تو سچائی ملنے والی نہیں ہے۔</w:t>
      </w:r>
    </w:p>
    <w:p>
      <w:r>
        <w:rPr>
          <w:b/>
        </w:rPr>
        <w:t xml:space="preserve">[02:11] </w:t>
      </w:r>
      <w:r>
        <w:t>matlab hai is ayat ka. yeh ayat surah yunus ki hai. aur is mein bohat zabardast baat hai ke jin ke andar rizq hota hai, jo confusion mein jo par jatay hain woh hamesha mehroom rehtay hain sachai se.</w:t>
      </w:r>
    </w:p>
    <w:p>
      <w:pPr>
        <w:jc w:val="right"/>
      </w:pPr>
      <w:r>
        <w:t>مطلب ہے اس آیت کا۔ یہ آیت سورہ یونس کی ہے۔ اور اس میں بہت زبردست بات ہے کہ جن کے اندر رزق ہوتا ہے، جو کنفیوژن میں جو پڑ جاتے ہیں وہ ہمیشہ محروم رہتے ہیں سچائی سے۔</w:t>
      </w:r>
    </w:p>
    <w:p>
      <w:r>
        <w:rPr>
          <w:b/>
        </w:rPr>
        <w:t xml:space="preserve">[02:27] </w:t>
      </w:r>
      <w:r>
        <w:t>aur confusion kon dalta hai? shaitan dalta hai. jhootay shubhat, jhootay doubts kar ke aadmi ko phansa deta hai isi mein. jhootay shoshe kar ke.</w:t>
      </w:r>
    </w:p>
    <w:p>
      <w:pPr>
        <w:jc w:val="right"/>
      </w:pPr>
      <w:r>
        <w:t>اور کنفیوژن کون ڈالتا ہے؟ شیطان ڈالتا ہے۔ جھوٹے شبہات، جھوٹے ڈاؤٹس کر کے آدمی کو پھنسا دیتا ہے اسی میں۔ جھوٹے شوشے کر کے۔</w:t>
      </w:r>
    </w:p>
    <w:p>
      <w:r>
        <w:rPr>
          <w:b/>
        </w:rPr>
        <w:t xml:space="preserve">[02:36] </w:t>
      </w:r>
      <w:r>
        <w:t>to aap ko us ko un ko khatam karna paray ga. confusion se bahar aana paray ga. yeh matlab hai is ayat ka.</w:t>
      </w:r>
    </w:p>
    <w:p>
      <w:pPr>
        <w:jc w:val="right"/>
      </w:pPr>
      <w:r>
        <w:t>تو آپ کو اس کو ان کو ختم کرنا پڑے گا۔ کنفیوژن سے باہر آنا پڑے گا۔ یہ مطلب ہے اس آیت کا۔</w:t>
      </w:r>
    </w:p>
    <w:p>
      <w:r>
        <w:rPr>
          <w:b/>
        </w:rPr>
        <w:t xml:space="preserve">[02:51] </w:t>
      </w:r>
      <w:r>
        <w:t>this question is from mr. khawaja kaleemuddin from pennsylvania. molana, according to one internal report of an intelligence agency in new york city,</w:t>
      </w:r>
    </w:p>
    <w:p>
      <w:pPr>
        <w:jc w:val="right"/>
      </w:pPr>
      <w:r>
        <w:t>دس کوئسچن از فرام مسٹر خواجہ کلیم الدین فرام پینسلوینیا۔ مولانا، اکارڈنگ ٹو ون انٹرنل رپورٹ اف این انٹیلیجنس ایجنسی ان نیویارک سٹی،</w:t>
      </w:r>
    </w:p>
    <w:p>
      <w:r>
        <w:rPr>
          <w:b/>
        </w:rPr>
        <w:t xml:space="preserve">[03:04] </w:t>
      </w:r>
      <w:r>
        <w:t>it says that there is a radicalization of muslim youth which is occurring. the signs of this radicalization is that the muslims grow beards,</w:t>
      </w:r>
    </w:p>
    <w:p>
      <w:pPr>
        <w:jc w:val="right"/>
      </w:pPr>
      <w:r>
        <w:t>اٹ سیز دیٹ دیر از ا ریڈیکلائزیشن اف مسلم یوتھ وچ از اکرنگ۔ دا سائنز اف دس ریڈیکلائزیشن از دیٹ دا مسلمز گرو بیئرڈز،</w:t>
      </w:r>
    </w:p>
    <w:p>
      <w:r>
        <w:rPr>
          <w:b/>
        </w:rPr>
        <w:t xml:space="preserve">[03:17] </w:t>
      </w:r>
      <w:r>
        <w:t>give up alcohol and drugs, and so on. molana sahib, my question to you is that why the above type of changes which we consider to be positive signs in muslims has become a sign of radicalization?</w:t>
      </w:r>
    </w:p>
    <w:p>
      <w:pPr>
        <w:jc w:val="right"/>
      </w:pPr>
      <w:r>
        <w:t>گیو اپ الکوحل اینڈ ڈرگز، اینڈ سو ان۔ مولانا صاحب، مائی کوئسچن ٹو یو از دیٹ وائی دی ابو ٹائپ اف چینجز وچ وی کنسیڈر ٹو بی پوزیٹیو سائنز ان مسلمز ہیز بیکم ا سائن اف ریڈیکلائزیشن؟</w:t>
      </w:r>
    </w:p>
    <w:p>
      <w:r>
        <w:rPr>
          <w:b/>
        </w:rPr>
        <w:t xml:space="preserve">[03:35] </w:t>
      </w:r>
      <w:r>
        <w:t>kindly comment.</w:t>
      </w:r>
    </w:p>
    <w:p>
      <w:pPr>
        <w:jc w:val="right"/>
      </w:pPr>
      <w:r>
        <w:t>کائنڈلی کمنٹ۔</w:t>
      </w:r>
    </w:p>
    <w:p>
      <w:r>
        <w:rPr>
          <w:b/>
        </w:rPr>
        <w:t xml:space="preserve">[03:37] </w:t>
      </w:r>
      <w:r>
        <w:t>main is ko positive nahi samajhta. yeh positive nahi samajhta main is ko. yeh to culture hai ke aaj aaj ke log bohat musalmanon ko musalman ko bara samajhtay hain.</w:t>
      </w:r>
    </w:p>
    <w:p>
      <w:pPr>
        <w:jc w:val="right"/>
      </w:pPr>
      <w:r>
        <w:t>میں اس کو پازیٹیو نہیں سمجھتا۔ یہ پازیٹیو نہیں سمجھتا میں اس کو۔ یہ تو کلچر ہے کہ آج آج کے لوگ بہت مسلمانوں کو مسلمان کو بڑا سمجھتے ہیں۔</w:t>
      </w:r>
    </w:p>
    <w:p>
      <w:r>
        <w:rPr>
          <w:b/>
        </w:rPr>
        <w:t xml:space="preserve">[03:50] </w:t>
      </w:r>
      <w:r>
        <w:t>aaj logon ne darhi rakh li, kya positive sign tha woh? yeh to apni identity banane ke liye aisa karte hain log. identity jo hai dekhen jo jo immediate koi baat ho usi ko identity banaya jata hai.</w:t>
      </w:r>
    </w:p>
    <w:p>
      <w:pPr>
        <w:jc w:val="right"/>
      </w:pPr>
      <w:r>
        <w:t>آج لوگوں نے داڑھی رکھ لی، کیا پازیٹیو سائن تھا وہ؟ یہ تو اپنی آئیڈینٹیٹی بنانے کے لیے ایسا کرتے ہیں لوگ۔ آئیڈینٹیٹی جو ہے دیکھیں جو جو امیڈیٹ کوئی بات ہو اسی کو آئیڈینٹیٹی بنایا جاتا ہے۔</w:t>
      </w:r>
    </w:p>
    <w:p>
      <w:r>
        <w:rPr>
          <w:b/>
        </w:rPr>
        <w:t xml:space="preserve">[04:02] </w:t>
      </w:r>
      <w:r>
        <w:t>to musalmanon mein ki jo history hai us mein kuch cheezain woh le lain gay woh. aurtain burqa pehnengi, woh darhi rakhen gi. apni identity ko establish karne ke liye.</w:t>
      </w:r>
    </w:p>
    <w:p>
      <w:pPr>
        <w:jc w:val="right"/>
      </w:pPr>
      <w:r>
        <w:t>تو مسلمانوں میں کی جو ہسٹری ہے اس میں کچھ چیزیں وہ لے لیں گے وہ۔ عورتیں برقعہ پہنیں گی، وہ داڑھی رکھیں گے۔ اپنی آئیڈینٹیٹی کو اسٹیبلش کرنے کے لیے۔</w:t>
      </w:r>
    </w:p>
    <w:p>
      <w:r>
        <w:rPr>
          <w:b/>
        </w:rPr>
        <w:t xml:space="preserve">[04:11] </w:t>
      </w:r>
      <w:r>
        <w:t>by koi change nahi hai, koi positive change nahi hai, kuch bhi nahi. in se aap baatein karen to wohi negative negative boli bolen gay wohi. jitnay jo terrorist hain sab darhi hoti hai, sab ke paas darhi hoti hai.</w:t>
      </w:r>
    </w:p>
    <w:p>
      <w:pPr>
        <w:jc w:val="right"/>
      </w:pPr>
      <w:r>
        <w:t>بائے کوئی چینج نہیں ہے، کوئی پازیٹیو چینج نہیں ہے، کچھ بھی نہیں۔ ان سے آپ باتیں کریں تو وہی نیگیٹیو نیگیٹیو بولی بولیں گے وہی۔ جتنے جو ٹیررسٹ ہیں سب داڑھی ہوتی ہے، سب کے پاس داڑھی ہوتی ہے۔</w:t>
      </w:r>
    </w:p>
    <w:p>
      <w:r>
        <w:rPr>
          <w:b/>
        </w:rPr>
        <w:t xml:space="preserve">[04:22] </w:t>
      </w:r>
      <w:r>
        <w:t>aur martay hain insan ko. khudai ki darhi jo hai un ko rokti ke nahi ke insan ko na maren woh. innocent insan ko marna kitni buri cheez hai.</w:t>
      </w:r>
    </w:p>
    <w:p>
      <w:pPr>
        <w:jc w:val="right"/>
      </w:pPr>
      <w:r>
        <w:t>اور مارتے ہیں انسان کو۔ خدائی کی داڑھی جو ہے ان کو روکتی کہ نہیں کہ انسان کو نہ ماریں وہ۔ انوسنٹ انسان کو مارنا کتنی بری چیز ہے۔</w:t>
      </w:r>
    </w:p>
    <w:p>
      <w:r>
        <w:rPr>
          <w:b/>
        </w:rPr>
        <w:t xml:space="preserve">[04:31] </w:t>
      </w:r>
      <w:r>
        <w:t>aur musalman ko marna to bohat hi buri cheez hai. quran majeed mein likha hua hai. jo namaz parhtay hain aur namaz ke baad foran ghar uthatay hain to yeh positive change nahi kaha jaye ga is ko.</w:t>
      </w:r>
    </w:p>
    <w:p>
      <w:pPr>
        <w:jc w:val="right"/>
      </w:pPr>
      <w:r>
        <w:t>اور مسلمان کو مارنا تو بہت ہی بری چیز ہے۔ قرآن مجید میں لکھا ہوا ہے۔ جو نماز پڑھتے ہیں اور نماز کے بعد فوراً گھر اٹھاتے ہیں تو یہ پازیٹیو چینج نہیں کہا جائے گا اس کو۔</w:t>
      </w:r>
    </w:p>
    <w:p>
      <w:r>
        <w:rPr>
          <w:b/>
        </w:rPr>
        <w:t xml:space="preserve">[04:44] </w:t>
      </w:r>
      <w:r>
        <w:t>is ko kaha jayega ke apni aik identity banane ke liye aisa kiya unhon ne? identity. to aurtein aurtein burqa pehan rahi hain, mard jo hain darhi rakh rahe hain.</w:t>
      </w:r>
    </w:p>
    <w:p>
      <w:pPr>
        <w:jc w:val="right"/>
      </w:pPr>
      <w:r>
        <w:t>اس کو کہا جائے گا کہ اپنی ایک آئیڈینٹی آئیڈینٹی بنانے کے لیے ایسا کیا انہوں نے؟ آئیڈینٹیٹی۔ تو عورتیں عورتیں برقعہ پہن رہی ہیں، مرد جو ہیں داڑھی رکھ رہے ہیں۔</w:t>
      </w:r>
    </w:p>
    <w:p>
      <w:r>
        <w:rPr>
          <w:b/>
        </w:rPr>
        <w:t xml:space="preserve">[04:56] </w:t>
      </w:r>
      <w:r>
        <w:t>mein is ko sirf samajhta hoon ke apni identity ko banane ke liye aisa kiya un logon ne? baqi koi positive change nahi hai.</w:t>
      </w:r>
    </w:p>
    <w:p>
      <w:pPr>
        <w:jc w:val="right"/>
      </w:pPr>
      <w:r>
        <w:t>میں اس کو صرف سمجھتا ہوں کہ اپنی آئیڈینٹیٹی کو بنانے کے لیے ایسا کیا ان لوگوں نے؟ باقی کوئی پازیٹیو چینج نہیں ہے۔</w:t>
      </w:r>
    </w:p>
    <w:p>
      <w:r>
        <w:rPr>
          <w:b/>
        </w:rPr>
        <w:t xml:space="preserve">[05:08] </w:t>
      </w:r>
      <w:r>
        <w:t>das question is from mr owais siddiqui from new delhi. molana, what is the difference between the dua we do while walking, sitting, standing, or lying in the bed?</w:t>
      </w:r>
    </w:p>
    <w:p>
      <w:pPr>
        <w:jc w:val="right"/>
      </w:pPr>
      <w:r>
        <w:t>دس کوئسچن از فرام مسٹر اویس صدیقی فرام نیو دہلی۔ مولانا، واٹ از دا ڈیفرنس بٹوین دا دعا وی ڈو وائل واکنگ، سٹنگ، سٹینڈنگ، اور لائنگ ان دا بیڈ؟</w:t>
      </w:r>
    </w:p>
    <w:p>
      <w:r>
        <w:rPr>
          <w:b/>
        </w:rPr>
        <w:t xml:space="preserve">[05:23] </w:t>
      </w:r>
      <w:r>
        <w:t>and the dua that we do after two units of salah?</w:t>
      </w:r>
    </w:p>
    <w:p>
      <w:pPr>
        <w:jc w:val="right"/>
      </w:pPr>
      <w:r>
        <w:t>اینڈ دا دعا دیٹ وی ڈو افٹر ٹو یونٹس اف صلاۃ؟</w:t>
      </w:r>
    </w:p>
    <w:p>
      <w:r>
        <w:rPr>
          <w:b/>
        </w:rPr>
        <w:t xml:space="preserve">[05:30] </w:t>
      </w:r>
      <w:r>
        <w:t>yeh bohat acha sawal hai.</w:t>
      </w:r>
    </w:p>
    <w:p>
      <w:pPr>
        <w:jc w:val="right"/>
      </w:pPr>
      <w:r>
        <w:t>یہ بہت اچھا سوال ہے۔</w:t>
      </w:r>
    </w:p>
    <w:p>
      <w:r>
        <w:rPr>
          <w:b/>
        </w:rPr>
        <w:t xml:space="preserve">[05:35] </w:t>
      </w:r>
      <w:r>
        <w:t>yeh dua ka aik to aik specified form hai. yeh namaz parhi, namaz parhne ke baad logon ne hath uthai aur dua ki. agarchay har fiqah tamam aima ke haan aisa nahi hai.</w:t>
      </w:r>
    </w:p>
    <w:p>
      <w:pPr>
        <w:jc w:val="right"/>
      </w:pPr>
      <w:r>
        <w:t>یہ دعا کا ایک تو ایک اسپیسیفائیڈ فارم ہے۔ یہ نماز پڑھی، نماز پڑھنے کے بعد لوگوں نے ہاتھ اٹھائی اور دعا کیا۔ اگرچہ ہر فقہ تمام ائمہ کے ہاں ایسا نہیں ہے۔</w:t>
      </w:r>
    </w:p>
    <w:p>
      <w:r>
        <w:rPr>
          <w:b/>
        </w:rPr>
        <w:t xml:space="preserve">[05:51] </w:t>
      </w:r>
      <w:r>
        <w:t>kuch log mante hain ke hath utha ke dua karni chahiye, kuch baghair hath uthaye karna chahiye. to beharhal is ka aik form hai ke aap ne hath uthaya, kuch is kuch words hain is ko bole aap: "rabbana atina fid dunya hasana, fil akhirati hasana, wa qina azabannar".</w:t>
      </w:r>
    </w:p>
    <w:p>
      <w:pPr>
        <w:jc w:val="right"/>
      </w:pPr>
      <w:r>
        <w:t>کچھ لوگ مانتے ہیں کہ ہاتھ اٹھا کے دعا کرنی چاہیے، کچھ بغیر ہاتھ اٹھائے کرنا چاہیے۔ تو بہرحال اس کا ایک فارم ہے کہ آپ نے ہاتھ اٹھایا، کچھ اس کچھ ورڈز ہیں اس کو بولے آپ: "ربنا آتنا فی الدنیا حسنہ، فی الاخرت حسنہ، وقنا عذاب النار"۔</w:t>
      </w:r>
    </w:p>
    <w:p>
      <w:r>
        <w:rPr>
          <w:b/>
        </w:rPr>
        <w:t xml:space="preserve">[06:05] </w:t>
      </w:r>
      <w:r>
        <w:t>aik hai ke dua ki spirit aap ke andar jaag paray.</w:t>
      </w:r>
    </w:p>
    <w:p>
      <w:pPr>
        <w:jc w:val="right"/>
      </w:pPr>
      <w:r>
        <w:t>ایک ہے کہ دعا کی اسپرٹ آپ کے اندر جاگ پڑے۔</w:t>
      </w:r>
    </w:p>
    <w:p>
      <w:r>
        <w:rPr>
          <w:b/>
        </w:rPr>
        <w:t xml:space="preserve">[06:11] </w:t>
      </w:r>
      <w:r>
        <w:t>yani dua by routine aik hai. aur aik dua woh hai jo spirit paida ho jaye to har waqt ublegi aap ke andar se. as a routine jo dua hai woh to bhai namaz parhi aap ne to hath utha ke dua kar len karenge aap.</w:t>
      </w:r>
    </w:p>
    <w:p>
      <w:pPr>
        <w:jc w:val="right"/>
      </w:pPr>
      <w:r>
        <w:t>یعنی دعا بائی روٹین ایک ہے۔ اور ایک دعا وہ ہے جو اسپرٹ پیدا ہو جائے تو ہر وقت ابلے گی آپ کے اندر سے۔ ایز اے روٹین جو دعا ہے وہ تو بھئی نماز پڑھی آپ نے تو ہاتھ اٹھا کے دعا کر لیں کریں گے آپ۔</w:t>
      </w:r>
    </w:p>
    <w:p>
      <w:r>
        <w:rPr>
          <w:b/>
        </w:rPr>
        <w:t xml:space="preserve">[06:27] </w:t>
      </w:r>
      <w:r>
        <w:t>woh dua jo thi woh aik routine thi woh. lekin aap ke andar aa ke jaag paray dua ki spirit yani Allah se dar, Allah ke agay accountable hona, Allah se mohabbat karna, Allah se khauf karna,</w:t>
      </w:r>
    </w:p>
    <w:p>
      <w:pPr>
        <w:jc w:val="right"/>
      </w:pPr>
      <w:r>
        <w:t>وہ دعا جو تھی وہ ایک روٹین تھی وہ۔ لیکن آپ کے اندر آ کے جاگ پڑے دعا کی اسپرٹ یعنی اللہ سے ڈر، اللہ کے آگے اکاؤنٹیبل ہونا، اللہ سے محبت کرنا، اللہ سے خوف کرنا،</w:t>
      </w:r>
    </w:p>
    <w:p>
      <w:r>
        <w:rPr>
          <w:b/>
        </w:rPr>
        <w:t xml:space="preserve">[06:42] </w:t>
      </w:r>
      <w:r>
        <w:t>jannat yaad karna, jahannum yaad karna, yeh sab aap ke andar paida ho jaye to phir har waqt dua hi dua hogi aap ki. uthte baithte, sote jaagte, raat din aap aap dua mein jeene lagen ge.</w:t>
      </w:r>
    </w:p>
    <w:p>
      <w:pPr>
        <w:jc w:val="right"/>
      </w:pPr>
      <w:r>
        <w:t>جنت یاد کرنا، دوزخ یاد کرنا، یہ سب آپ کے اندر پیدا ہو جائے تو پھر ہر وقت دعا ہی دعا ہوگی آپ کی۔ اٹھتے بیٹھتے، سوتے جاگتے، رات دن آپ آپ دعا میں جینے لگیں گے۔</w:t>
      </w:r>
    </w:p>
    <w:p>
      <w:r>
        <w:rPr>
          <w:b/>
        </w:rPr>
        <w:t xml:space="preserve">[06:56] </w:t>
      </w:r>
      <w:r>
        <w:t>to aik hai routine ki dua, aik hai woh dua jo spirit jaagne ke baad hoti hai. to woh har waqt hoti rehti hai.</w:t>
      </w:r>
    </w:p>
    <w:p>
      <w:pPr>
        <w:jc w:val="right"/>
      </w:pPr>
      <w:r>
        <w:t>تو ایک ہے روٹین کی دعا، ایک ہے وہ دعا جو اسپرٹ جاگنے کے بعد ہوتی ہے۔ تو وہ ہر وقت ہوتی رہتی ہے۔</w:t>
      </w:r>
    </w:p>
    <w:p>
      <w:r>
        <w:rPr>
          <w:b/>
        </w:rPr>
        <w:t xml:space="preserve">[07:09] </w:t>
      </w:r>
      <w:r>
        <w:t>das question is from mr abdul basit from qatar. hadith mein hai ke prophet ko jab koi pareshani hoti woh hazrat bilal se kehte ke namaz ke zariye mujh ko sukoon do.</w:t>
      </w:r>
    </w:p>
    <w:p>
      <w:pPr>
        <w:jc w:val="right"/>
      </w:pPr>
      <w:r>
        <w:t>دس کوئسچن از فرام مسٹر عبدالباسط فرام قطر۔ حدیث میں ہے کہ پرافٹ کو جب کوئی پریشانی ہوتی وہ حضرت بلال سے کہتے کہ نماز کے ذریعے مجھ کو سکون دو۔</w:t>
      </w:r>
    </w:p>
    <w:p>
      <w:r>
        <w:rPr>
          <w:b/>
        </w:rPr>
        <w:t xml:space="preserve">[07:25] </w:t>
      </w:r>
      <w:r>
        <w:t>dosri hadith aise hai: "jallat qurrati fis salah". molana, is ko explain kijiye ke namaz kis tarah aik momin ke liye us ki aankhon ki thandak ban jati hai.</w:t>
      </w:r>
    </w:p>
    <w:p>
      <w:pPr>
        <w:jc w:val="right"/>
      </w:pPr>
      <w:r>
        <w:t>دوسری حدیث ایسے ہے: "جلت کرتو عینی فی الصلاۃ"۔ مولانا، اس کو ایکسپلین کیجئے کہ نماز کس طرح ایک مومن کے لیے اس کی آنکھوں کی ٹھنڈک بن جاتی ہے۔</w:t>
      </w:r>
    </w:p>
    <w:p>
      <w:r>
        <w:rPr>
          <w:b/>
        </w:rPr>
        <w:t xml:space="preserve">[07:40] </w:t>
      </w:r>
      <w:r>
        <w:t>dekhein is mein aik mere khayal se confusion hai jahan tak mujhe yaad hai. yeh asan nahi hai ke pareshani ke waqt kehte the ke azan do. to irḥnā yā bilāl ata hai, woh namaz ka waqt ho gaya to yeh kehne ke liye ke aey bilal time ho gaya azan de do.</w:t>
      </w:r>
    </w:p>
    <w:p>
      <w:pPr>
        <w:jc w:val="right"/>
      </w:pPr>
      <w:r>
        <w:t>دیکھیں اس میں ایک میرے خیال سے کنفیوژن ہے جہاں تک مجھے یاد ہے۔ یہ آسان نہیں ہے کہ پریشانی کے وقت کہتے تھے کہ اذان دو۔ تو ارحنا یا بلال آتا ہے، وہ نماز کا وقت ہو گیا تو یہ کہنے کے لیے کہ اے بلال ٹائم ہو گیا اذان دے دو۔</w:t>
      </w:r>
    </w:p>
    <w:p>
      <w:r>
        <w:rPr>
          <w:b/>
        </w:rPr>
        <w:t xml:space="preserve">[07:58] </w:t>
      </w:r>
      <w:r>
        <w:t>unhon ne kehte the ke irḥnā yā bilāl, aey bilal hamein rahat do. to namaz ke waqt namaz dene ke liye woh hadith hai jahan tak mein yaad aata hai mujhe. acha woh alag baat hai ke idha ḥazaba amrun faṣalli, woh aik alag hadith hai ke idha ḥazaba amrun faṣalli ke koi masla paish aata tha to aap namaz parhte the.</w:t>
      </w:r>
    </w:p>
    <w:p>
      <w:pPr>
        <w:jc w:val="right"/>
      </w:pPr>
      <w:r>
        <w:t>انہوں نے کہتے تھے کہ ارحنا یا بلال، اے بلال ہمیں راحت دو۔ تو نماز کے وقت نماز دینے کے لیے وہ حدیث ہے جہاں تک میں یاد آتا ہے مجھے۔ اچھا وہ الگ بات ہے کہ اذا حذب امر فصلہ، وہ ایک الگ حدیث ہے کہ اذا حذب امر فصلہ کہ کوئی مسئلہ پیش آتا تھا تو آپ نماز پڑھتے تھے۔</w:t>
      </w:r>
    </w:p>
    <w:p>
      <w:r>
        <w:rPr>
          <w:b/>
        </w:rPr>
        <w:t xml:space="preserve">[08:18] </w:t>
      </w:r>
      <w:r>
        <w:t>to yeh aik momin ke yeh momin ka character hai kyunke momin har waqt momin ka aqeedah kya hota hai? god is all powerful, Allah hi ke paas sab kuch hai.</w:t>
      </w:r>
    </w:p>
    <w:p>
      <w:pPr>
        <w:jc w:val="right"/>
      </w:pPr>
      <w:r>
        <w:t>تو یہ ایک مومن کے یہ مومن کا کریکٹر ہے کیونکہ مومن ہر وقت مومن کا عقیدہ کیا ہوتا ہے؟ گاڈ از ال پاور فل، اللہ ہی کے پاس سب کچھ ہے۔</w:t>
      </w:r>
    </w:p>
    <w:p>
      <w:r>
        <w:rPr>
          <w:b/>
        </w:rPr>
        <w:t xml:space="preserve">[08:31] </w:t>
      </w:r>
      <w:r>
        <w:t>Allah hi jo hai poori ummat ko manage kar raha hai. Allah hi poori ummat ko control kar raha hai. Allah hi dene wala hai, usi ke dene se milta hai.</w:t>
      </w:r>
    </w:p>
    <w:p>
      <w:pPr>
        <w:jc w:val="right"/>
      </w:pPr>
      <w:r>
        <w:t>اللہ ہی جو ہے پوری یونس کو مینج کر رہا ہے۔ اللہ ہی پوری یونس کو کنٹرول کر رہا ہے۔ اللہ ہی دینے والا ہے، اسی کے دینے سے ملتا ہے۔</w:t>
      </w:r>
    </w:p>
    <w:p>
      <w:r>
        <w:rPr>
          <w:b/>
        </w:rPr>
        <w:t xml:space="preserve">[08:41] </w:t>
      </w:r>
      <w:r>
        <w:t>to bilkul fitri baat hai ke aap Allah ki taraf rujoo karein aur umeed rakhein ke Allah halaat ko is tarah manage karega ke aap ke kaam ban jayega.</w:t>
      </w:r>
    </w:p>
    <w:p>
      <w:pPr>
        <w:jc w:val="right"/>
      </w:pPr>
      <w:r>
        <w:t>تو بالکل فطری بات ہے کہ آپ اللہ کی طرف رجوع کریں اور امید رکھیں کہ اللہ حالات کو اس طرح مینج کرے گا کہ آپ کے کام بن جائے گا۔</w:t>
      </w:r>
    </w:p>
    <w:p>
      <w:r>
        <w:rPr>
          <w:b/>
        </w:rPr>
        <w:t xml:space="preserve">[08:52] </w:t>
      </w:r>
      <w:r>
        <w:t>to lekin mein is mein aik baat aur arz karunga ke is ka matlab nahi ke aap ka koi problem solve ho jaye foran ke foran, yeh matlab is ka nahi hai. yeh izhar-e-ubudiyat hai, yani aap apne abd hone ka izhar karte hain jab namaz ke liye khare hote hain aur dua karte hain.</w:t>
      </w:r>
    </w:p>
    <w:p>
      <w:pPr>
        <w:jc w:val="right"/>
      </w:pPr>
      <w:r>
        <w:t>تو لیکن میں اس میں ایک بات اور عرض کروں گا کہ اس کا مطلب نہیں کہ آپ کا کوئی پرابلم سالو ہو جائے فوراً کے فوراً، یہ مطلب اس کا نہیں ہے۔ یہ اظہار عبودیت ہے، یعنی آپ اپنے عبد ہونے کا اظہار کرتے ہیں جب نماز کے لیے کھڑے ہوتے ہیں اور دعا کرتے ہیں۔</w:t>
      </w:r>
    </w:p>
    <w:p>
      <w:r>
        <w:rPr>
          <w:b/>
        </w:rPr>
        <w:t xml:space="preserve">[09:09] </w:t>
      </w:r>
      <w:r>
        <w:t>to ho sakta hai ke Allah taala isi waqt is masle ko hal kar de, ho sakta hai ke na bhi hal ho us waqt woh, woh pending mein rahe woh. lekin aap ka yeh aap ka yeh aqeedah ke sab kuch Allah ke hath mein hai, sara ikhtiyar Allah ke paas hai,</w:t>
      </w:r>
    </w:p>
    <w:p>
      <w:pPr>
        <w:jc w:val="right"/>
      </w:pPr>
      <w:r>
        <w:t>تو ہو سکتا ہے کہ اللہ تعالیٰ اسی وقت اس مسئلے کو حل کر دے، ہو سکتا ہے کہ نہ بھی حل ہو اس وقت وہ، وہ پینڈنگ میں رہے وہ۔ لیکن آپ کا یہ آپ کا یہ عقیدہ کہ سب کچھ اللہ کے ہاتھ میں ہے، سارا اختیار اللہ کے پاس ہے،</w:t>
      </w:r>
    </w:p>
    <w:p>
      <w:r>
        <w:rPr>
          <w:b/>
        </w:rPr>
        <w:t xml:space="preserve">[09:27] </w:t>
      </w:r>
      <w:r>
        <w:t>Allah rabbul alameen hai, aap ka yeh aqeedah aap ko majboor karta hai ke aap jab bhi koi baat ho to aap Allah ke rujoo karein, Allah ki taraf aap aap ka dhyan jaye, usi ko usi ko le kar sochein aap.</w:t>
      </w:r>
    </w:p>
    <w:p>
      <w:pPr>
        <w:jc w:val="right"/>
      </w:pPr>
      <w:r>
        <w:t>اللہ رب العالمین ہے، آپ کا یہ عقیدہ آپ کو مجبور کرتا ہے کہ آپ جب بھی کوئی بات ہو تو آپ اللہ کے رجوع کریں، اللہ کی طرف آپ آپ کا دھیان جائے، اسی کو اسی کو لے کر سوچیں آپ۔</w:t>
      </w:r>
    </w:p>
    <w:p>
      <w:r>
        <w:rPr>
          <w:b/>
        </w:rPr>
        <w:t xml:space="preserve">[09:40] </w:t>
      </w:r>
      <w:r>
        <w:t>to woh aik expression of expression of iman hai, woh mein samajhta hoon ke yeh cheez expression of iman hai. baqi yeh yeh ka matlab yeh nahi ke masla zaroor solve ho jayega, yeh matlab nahi hai.</w:t>
      </w:r>
    </w:p>
    <w:p>
      <w:pPr>
        <w:jc w:val="right"/>
      </w:pPr>
      <w:r>
        <w:t>تو وہ ایک ایکسپریشن آف ایکسپریشن آف ایمان ہے، وہ میں سمجھتا ہوں کہ یہ چیز ایکسپریشن آف ایمان ہے۔ باقی یہ یہ کا مطلب یہ نہیں کہ مسئلہ ضرور حل ہو جائے گا، یہ مطلب نہیں ہے۔</w:t>
      </w:r>
    </w:p>
    <w:p>
      <w:r>
        <w:rPr>
          <w:b/>
        </w:rPr>
        <w:t xml:space="preserve">[09:56] </w:t>
      </w:r>
      <w:r>
        <w:t>jaise bachcha jo hai koi baat hoti hai daurta hai maa ki taraf, aap ne dekha hoga ke agar koi koi bhi koi koi koi awaz aa jaye, koi khatkhat ho, koi koi masla paida ho jaye to bachcha chota bachcha maa ki taraf daudega.</w:t>
      </w:r>
    </w:p>
    <w:p>
      <w:pPr>
        <w:jc w:val="right"/>
      </w:pPr>
      <w:r>
        <w:t>جیسے بچہ جو ہے کوئی بات ہوتی ہے دوڑتا ہے ماں کی طرف، آپ نے دیکھا ہوگا کہ اگر کوئی کوئی بھی کوئی کوئی کوئی آواز آ جائے، کوئی کھٹکھٹ ہو، کوئی کوئی مسئلہ پیدا ہو جائے تو بچہ چھوٹا بچہ ماں کی طرف دوڑے گا۔</w:t>
      </w:r>
    </w:p>
    <w:p>
      <w:r>
        <w:rPr>
          <w:b/>
        </w:rPr>
        <w:t xml:space="preserve">[10:13] </w:t>
      </w:r>
      <w:r>
        <w:t>to momin jo hai Allah ki taraf daurta hai. to that is expression of iman, expression of faith.</w:t>
      </w:r>
    </w:p>
    <w:p>
      <w:pPr>
        <w:jc w:val="right"/>
      </w:pPr>
      <w:r>
        <w:t>تو مومن جو ہے اللہ کی طرف دوڑتا ہے۔ تو دیٹ از ایکسپریشن آف ایمان، ایکسپریشن آف فیتھ۔</w:t>
      </w:r>
    </w:p>
    <w:p>
      <w:r>
        <w:rPr>
          <w:b/>
        </w:rPr>
        <w:t xml:space="preserve">[10:23] </w:t>
      </w:r>
      <w:r>
        <w:t>das question is from mr muntejeeb akbar from chennai. maulana, in today talk you mentioned that with every opportunity, with every difficulty, there is an opportunity.</w:t>
      </w:r>
    </w:p>
    <w:p>
      <w:pPr>
        <w:jc w:val="right"/>
      </w:pPr>
      <w:r>
        <w:t>دس کوئسچن از فرام مسٹر منتجیب اکبر فرام چنئی۔ مولانا، ان ٹوڈے ٹاک یو مینشن دیٹ ود ایوری اپرچونیٹی، ود ایوری ڈیفیکلٹی، دیر از این اپرچونیٹی۔</w:t>
      </w:r>
    </w:p>
    <w:p>
      <w:r>
        <w:rPr>
          <w:b/>
        </w:rPr>
        <w:t xml:space="preserve">[10:37] </w:t>
      </w:r>
      <w:r>
        <w:t>kindly tell me if there is any guidelines to follow to find opportunities when one faces with problems.</w:t>
      </w:r>
    </w:p>
    <w:p>
      <w:pPr>
        <w:jc w:val="right"/>
      </w:pPr>
      <w:r>
        <w:t>کائنڈلی ٹیل می اف دیر از اینی گائیڈ لائنز ٹو فالو ٹو فائنڈ اپرچونیٹیز وین ون فیسز ود پرابلمز۔</w:t>
      </w:r>
    </w:p>
    <w:p>
      <w:r>
        <w:rPr>
          <w:b/>
        </w:rPr>
        <w:t xml:space="preserve">[10:51] </w:t>
      </w:r>
      <w:r>
        <w:t>dekhen ek sab se aham baat hai ke reaction se apne ko bachaiye.</w:t>
      </w:r>
    </w:p>
    <w:p>
      <w:pPr>
        <w:jc w:val="right"/>
      </w:pPr>
      <w:r>
        <w:t>دیکھیں ایک سب سے اہم بات ہے کہ ری ایکشن سے اپنے کو بچائیے۔</w:t>
      </w:r>
    </w:p>
    <w:p>
      <w:r>
        <w:rPr>
          <w:b/>
        </w:rPr>
        <w:t xml:space="preserve">[10:59] </w:t>
      </w:r>
      <w:r>
        <w:t>sab se aham baat yeh hai ke aap apne ko reaction se bachaye, bas reaction mein parein to woh dikhai nahi degi, opportunity dikhai nahi degi. mujhe bar bar aisa hua hai mere saath khud ke koi cheez hui, koi problem aaya to agar main main ne react kiya to opportunity mujhe dikhai nahi degi, main us ko kho doonga.</w:t>
      </w:r>
    </w:p>
    <w:p>
      <w:pPr>
        <w:jc w:val="right"/>
      </w:pPr>
      <w:r>
        <w:t>سب سے اہم بات یہ ہے کہ آپ اپنے کو ری ایکشن سے بچائیں، بس ری ایکشن میں پڑیں تو وہ دکھائی نہیں دے گی، اپرچونیٹی دکھائی نہیں دے گی۔ مجھے بار بار ایسا ہوا ہے میرے ساتھ خود کہ کوئی چیز ہوئی، کوئی پرابلم آیا تو اگر میں میں نے ری ایکٹ کیا تو اپرچونیٹی مجھے دکھائی نہیں دے گی، میں اس کو کھو دوں گا۔</w:t>
      </w:r>
    </w:p>
    <w:p>
      <w:r>
        <w:rPr>
          <w:b/>
        </w:rPr>
        <w:t xml:space="preserve">[11:25] </w:t>
      </w:r>
      <w:r>
        <w:t>lekin main react na karoon, ja ke sochoon, namaz parhoon, dua karoon to khul jata hai ke bhai yeh mauqa hai to koi karo, us ko avel karo. to ek hi cheez hai jo key word hai is mein ke save yourself from reaction,</w:t>
      </w:r>
    </w:p>
    <w:p>
      <w:pPr>
        <w:jc w:val="right"/>
      </w:pPr>
      <w:r>
        <w:t>لیکن میں ری ایکٹ نہ کروں، جا کے سوچوں، نماز پڑھوں، دعا کروں تو کھل جاتا ہے کہ بھئی یہ موقع ہے تو کوئی کرو، اس کو اویل کرو۔ تو ایک ہی چیز ہے جو کی ورڈ ہے اس میں کہ سیو یور سیلف فرام ری ایکشن،</w:t>
      </w:r>
    </w:p>
    <w:p>
      <w:r>
        <w:rPr>
          <w:b/>
        </w:rPr>
        <w:t xml:space="preserve">[11:42] </w:t>
      </w:r>
      <w:r>
        <w:t>save yourself from reaction, yani instant reaction. yani foran aadmi bhadak kar ke react karta hai, is se bachiye apne aap ko aur soch soch ki taraf chale jaiye,</w:t>
      </w:r>
    </w:p>
    <w:p>
      <w:pPr>
        <w:jc w:val="right"/>
      </w:pPr>
      <w:r>
        <w:t>سیو یور سیلف فرام ری ایکشن، یعنی انسٹنٹ ری ایکشن۔ یعنی فوراً آدمی بھڑک کر کے ری ایکٹ کرتا ہے، اس سے بچیے اپنے آپ کو اور سوچ سوچ کی طرف چلے جائیے،</w:t>
      </w:r>
    </w:p>
    <w:p>
      <w:r>
        <w:rPr>
          <w:b/>
        </w:rPr>
        <w:t xml:space="preserve">[11:56] </w:t>
      </w:r>
      <w:r>
        <w:t>soch ki taraf chale jaiye. bombay ke ek sahib jo wahan principal the ek school mein, un ka hamare paas telephone aaya.</w:t>
      </w:r>
    </w:p>
    <w:p>
      <w:pPr>
        <w:jc w:val="right"/>
      </w:pPr>
      <w:r>
        <w:t>سوچ کی طرف چلے جائیے۔ بمبئی کے ایک صاحب جو وہاں پرنسپل تھے ایک اسکول میں، ان کا ہمارے پاس ٹیلی فون آیا۔</w:t>
      </w:r>
    </w:p>
    <w:p>
      <w:r>
        <w:rPr>
          <w:b/>
        </w:rPr>
        <w:t xml:space="preserve">[12:05] </w:t>
      </w:r>
      <w:r>
        <w:t>hamare wahan ke un ko principal ke ka koi masla paida hua un ka aur woh jhagda ho gaya management se aur us ke baad woh office jana chhod diya unhone.</w:t>
      </w:r>
    </w:p>
    <w:p>
      <w:pPr>
        <w:jc w:val="right"/>
      </w:pPr>
      <w:r>
        <w:t>ہمارے وہاں کے ان کو پرنسپل کے کا کوئی مسئلہ پیدا ہوا ان کا اور وہ جھگڑا ہو گیا مینجمنٹ سے اور اس کے بعد وہ افس جانا چھوڑ دیا انہوں نے۔</w:t>
      </w:r>
    </w:p>
    <w:p>
      <w:r>
        <w:rPr>
          <w:b/>
        </w:rPr>
        <w:t xml:space="preserve">[12:20] </w:t>
      </w:r>
      <w:r>
        <w:t>to unhone kaha ke main kya karoon? main ne kaha kya karein ke wahi wahi wahi na kiye jo aap ne kiya, jo aap ne kiya isi ko na kijiye. ab jhagda kyon kiya aap ne?</w:t>
      </w:r>
    </w:p>
    <w:p>
      <w:pPr>
        <w:jc w:val="right"/>
      </w:pPr>
      <w:r>
        <w:t>تو انہوں نے کہا کہ میں کیا کروں؟ میں نے کہا کیا کریں کہ وہی وہی وہی نہ کیے جو آپ نے کیا، جو آپ نے کیا اسی کو نہ کیجئے۔ اب جھگڑا کیوں کیا آپ نے؟</w:t>
      </w:r>
    </w:p>
    <w:p>
      <w:r>
        <w:rPr>
          <w:b/>
        </w:rPr>
        <w:t xml:space="preserve">[12:30] </w:t>
      </w:r>
      <w:r>
        <w:t>ab nafrat kyon ki in se? ghussa kyon hue aap? ek baat thi us waqt aap kehte the bhai meri ghalti hui, bas baat khatam ho jati hai wahin par jo baat thi ek.</w:t>
      </w:r>
    </w:p>
    <w:p>
      <w:pPr>
        <w:jc w:val="right"/>
      </w:pPr>
      <w:r>
        <w:t>اب نفرت کیوں کی ان سے؟ غصہ کیوں ہوئے آپ؟ ایک بات تھی اس وقت آپ کہتے تھے بھئی میری غلطی ہوئی، بس بات ختم ہو جاتی ہے وہیں پر جو بات تھی ایک۔</w:t>
      </w:r>
    </w:p>
    <w:p>
      <w:r>
        <w:rPr>
          <w:b/>
        </w:rPr>
        <w:t xml:space="preserve">[12:41] </w:t>
      </w:r>
      <w:r>
        <w:t>to aap keh dete hain ke management se ke bhai yeh meri ghalti thi, to baat wahin ke wahin khatam ho jati hai. ab aap ne jhagda kiya, aap ne ladai bhadai ki, aap ghussa hue to unhone mana, unhone ja ke dobara se kaha ke main ne kaha ke aap ja ke sorry kahiye, maaf mangiye.</w:t>
      </w:r>
    </w:p>
    <w:p>
      <w:pPr>
        <w:jc w:val="right"/>
      </w:pPr>
      <w:r>
        <w:t>تو آپ کہہ دیتے ہیں کہ مینجمنٹ سے کہ بھئی یہ میری غلطی تھی، تو بات وہیں کے وہیں ختم ہو جاتی ہے۔ اب آپ نے جھگڑا کیا، آپ نے لڑائی بھڑائی کی، آپ غصہ ہوئے تو انہوں نے مانا، انہوں نے جا کے دوبارہ سے کہا کہ میں نے کہا کہ آپ جا کے سوری کہیے، معافی مانگیے۔</w:t>
      </w:r>
    </w:p>
    <w:p>
      <w:r>
        <w:rPr>
          <w:b/>
        </w:rPr>
        <w:t xml:space="preserve">[12:58] </w:t>
      </w:r>
      <w:r>
        <w:t>ja ke woh maafi mangiye, unhone sab baat khatam ho gayi, sab baat khatam. to jab bhi koi aisa mamla pesh aaye to bas ek hi kaam kijiye, instant reaction se bachaiye apne aap ko aur chale jaiye is mein sochne mein chale jaiye, sochiye, sochiye, sochiye, sochiye.</w:t>
      </w:r>
    </w:p>
    <w:p>
      <w:pPr>
        <w:jc w:val="right"/>
      </w:pPr>
      <w:r>
        <w:t>جا کے وہ معافی مانگی، انہوں نے سب بات ختم ہو گئی، سب بات ختم۔ تو جب بھی کوئی ایسا معاملہ پیش آئے تو بس ایک ہی کام کیجئے، انسٹنٹ ری ایکشن سے بچائیے اپنے آپ کو اور چلے جائیے اس میں سوچنے میں چلے جائیے، سوچیے، سوچیے، سوچیے، سوچیے۔</w:t>
      </w:r>
    </w:p>
    <w:p>
      <w:r>
        <w:rPr>
          <w:b/>
        </w:rPr>
        <w:t xml:space="preserve">[13:20] </w:t>
      </w:r>
      <w:r>
        <w:t>aur yani hundred percent mein keh sakta hoon aap ko ke aap ko opportunity samne aa jayegi jo is se better hogi aap ke liye.</w:t>
      </w:r>
    </w:p>
    <w:p>
      <w:pPr>
        <w:jc w:val="right"/>
      </w:pPr>
      <w:r>
        <w:t>اور یعنی ہنڈرڈ پرسنٹ میں کہہ سکتا ہوں آپ کو کہ آپ کو اپرچونیٹی سامنے آ جائے گی جو اس سے بیٹر ہوگی آپ کے لیے۔</w:t>
      </w:r>
    </w:p>
    <w:p>
      <w:r>
        <w:rPr>
          <w:b/>
        </w:rPr>
        <w:t xml:space="preserve">[13:32] </w:t>
      </w:r>
      <w:r>
        <w:t>das question is from mr idrees from raipur. maulana, kindly explain the words number one of chapter 87 of quran which says: "glorify the name of your lord the most high".</w:t>
      </w:r>
    </w:p>
    <w:p>
      <w:pPr>
        <w:jc w:val="right"/>
      </w:pPr>
      <w:r>
        <w:t>دس کوئسچن از فرام مسٹر ادریس فرام رائے پور۔ مولانا، کائنڈلی ایکسپلین دی ورڈز نمبر ون آف چیپٹر 87 آف قرآن وچ سیز: "گلوریفائی دا نیم آف یور لارڈ دا موسٹ ہائی"۔</w:t>
      </w:r>
    </w:p>
    <w:p>
      <w:r>
        <w:rPr>
          <w:b/>
        </w:rPr>
        <w:t xml:space="preserve">[13:50] </w:t>
      </w:r>
      <w:r>
        <w:t>ab main to samajhta hoon ke simple si baat hai, question mere samajh mein nahi aaya ke allah ki azmat ko yaad karo. tasbeeh ke maani woh tasbeeh gana ginna nahi hai ke tasbeeh le ke baith jao, ginna shuru kar do, yeh matlab nahi hai.</w:t>
      </w:r>
    </w:p>
    <w:p>
      <w:pPr>
        <w:jc w:val="right"/>
      </w:pPr>
      <w:r>
        <w:t>اب میں تو سمجھتا ہوں کہ سمپل سی بات ہے، کوئسچن میرے سمجھ میں نہیں آیا کہ اللہ کی عظمت کو یاد کرو۔ تسبیح کے معنی وہ تسبیح گانا گننا نہیں ہے کہ تسبیح لے کے بیٹھ جاؤ، گننا شروع کر دو، یہ مطلب نہیں ہے۔</w:t>
      </w:r>
    </w:p>
    <w:p>
      <w:r>
        <w:rPr>
          <w:b/>
        </w:rPr>
        <w:t xml:space="preserve">[14:05] </w:t>
      </w:r>
      <w:r>
        <w:t>yani allah ki azmat ko yaad karo, allah ki azmat ka charcha karo aur us ki azmat ke aage apne aap ko surrender kar do, uska hamd, us ki hamd karo, us ka bayan karo,</w:t>
      </w:r>
    </w:p>
    <w:p>
      <w:pPr>
        <w:jc w:val="right"/>
      </w:pPr>
      <w:r>
        <w:t>یعنی اللہ کی عظمت کو یاد کرو، اللہ کی عظمت کا چرچا کرو اور اس کی عظمت کے آگے اپنے آپ کو سرینڈر کر دو، اس کا حمد، اس کی حمد کرو، اس کا بیان کرو،</w:t>
      </w:r>
    </w:p>
    <w:p>
      <w:r>
        <w:rPr>
          <w:b/>
        </w:rPr>
        <w:t xml:space="preserve">[14:21] </w:t>
      </w:r>
      <w:r>
        <w:t>apne apne sine ko use roshan karo, yeh matlab hai is ka. baqi agar koi aur is mein question hai to main samajh nahi paya us ko.</w:t>
      </w:r>
    </w:p>
    <w:p>
      <w:pPr>
        <w:jc w:val="right"/>
      </w:pPr>
      <w:r>
        <w:t>اپنے اپنے سینے کو اسے روشن کرو، یہ مطلب ہے اس کا۔ باقی اگر کوئی اور اس میں کوئسچن ہے تو میں سمجھ نہیں پایا اس کو۔</w:t>
      </w:r>
    </w:p>
    <w:p>
      <w:r>
        <w:rPr>
          <w:b/>
        </w:rPr>
        <w:t xml:space="preserve">[14:30] </w:t>
      </w:r>
      <w:r>
        <w:t>we we will take next question. this is from mr ghulam maieuddin from mus from sheri nagar. musalmanon ke andar jo galat nazariyat paida hue hain jin mein kuch molviyon ki tasnifat ne zyada role ada kiya hai,</w:t>
      </w:r>
    </w:p>
    <w:p>
      <w:pPr>
        <w:jc w:val="right"/>
      </w:pPr>
      <w:r>
        <w:t>وی ویل ٹیک نیکسٹ کوئسچن۔ دس از فرام مسٹر غلام معی الدین فرام مس فرام شیری نگر۔ مسلمانوں کے اندر جو غلط نظریات پیدا ہوئے ہیں جن میں کچھ مولویوں کی تصنیفات نے زیادہ رول ادا کیا ہے،</w:t>
      </w:r>
    </w:p>
    <w:p>
      <w:r>
        <w:rPr>
          <w:b/>
        </w:rPr>
        <w:t xml:space="preserve">[14:51] </w:t>
      </w:r>
      <w:r>
        <w:t>un ko maujooda muslim insan kaise door kar sakta hai? aur jin musannifon ne logon ko gumrah kiya hai, is ke bare mein islam ka kya hukum hai?</w:t>
      </w:r>
    </w:p>
    <w:p>
      <w:pPr>
        <w:jc w:val="right"/>
      </w:pPr>
      <w:r>
        <w:t>ان کو موجودہ مسلم انسان کیسے دور کر سکتا ہے؟ اور جن مصنفوں نے لوگوں کو گمراہ کیا ہے، اس کے بارے میں اسلام کا کیا حکم ہے؟</w:t>
      </w:r>
    </w:p>
    <w:p>
      <w:r>
        <w:rPr>
          <w:b/>
        </w:rPr>
        <w:t xml:space="preserve">[15:04] </w:t>
      </w:r>
      <w:r>
        <w:t>dekhen aap molviyon ko kyon kehte hain? yani molvi aur administrator both are equally responsible. kaun sa minister is mein exception hai?</w:t>
      </w:r>
    </w:p>
    <w:p>
      <w:pPr>
        <w:jc w:val="right"/>
      </w:pPr>
      <w:r>
        <w:t>دیکھیں آپ مولویوں کو کیوں کہتے ہیں؟ یعنی مولوی اور ایڈمنسٹریٹر بوتھ آر ایکولی ریسپانسبل۔ کون سا منسٹر اس میں ایکسیپشن ہے؟</w:t>
      </w:r>
    </w:p>
    <w:p>
      <w:r>
        <w:rPr>
          <w:b/>
        </w:rPr>
        <w:t xml:space="preserve">[15:13] </w:t>
      </w:r>
      <w:r>
        <w:t>mujhe bata dijiye is ka naam. koi ek bhi minister bataiye, muslim minister jo is mein exception ho. so molvi aur minister both are equally responsible for this situation of qiyas.</w:t>
      </w:r>
    </w:p>
    <w:p>
      <w:pPr>
        <w:jc w:val="right"/>
      </w:pPr>
      <w:r>
        <w:t>مجھے بتا دیجیے اس کا نام۔ کوئی ایک بھی منسٹر بتائیے، مسلم منسٹر جو اس میں ایکسیپشن ہو۔ سو مولوی اور منسٹر بوتھ آر ایکولی ریسپانسبل فار دس سچویشن آف قیاس۔</w:t>
      </w:r>
    </w:p>
    <w:p>
      <w:r>
        <w:rPr>
          <w:b/>
        </w:rPr>
        <w:t xml:space="preserve">[15:30] </w:t>
      </w:r>
      <w:r>
        <w:t>unhone mis lead kiya? unhone mis lead kiya?</w:t>
      </w:r>
    </w:p>
    <w:p>
      <w:pPr>
        <w:jc w:val="right"/>
      </w:pPr>
      <w:r>
        <w:t>انہوں نے مس لیڈ کیا؟ انہوں نے مس لیڈ کیا؟</w:t>
      </w:r>
    </w:p>
    <w:p>
      <w:r>
        <w:rPr>
          <w:b/>
        </w:rPr>
        <w:t xml:space="preserve">[15:35] </w:t>
      </w:r>
      <w:r>
        <w:t>donon ne mis lead kiya? to main ne dekha is ka jawab sirf yeh hai, dekhiye ke is mein koi shakk hi nahi ke unhone ghalti ki, galat lead kiya unhone, is mein to koi shakk nahi.</w:t>
      </w:r>
    </w:p>
    <w:p>
      <w:pPr>
        <w:jc w:val="right"/>
      </w:pPr>
      <w:r>
        <w:t>دونوں نے مس لیڈ کیا؟ تو میں نے دیکھا اس کا جواب صرف یہ ہے، دیکھیے کہ اس میں کوئی شک ہی نہیں کہ انہوں نے غلطی کی، غلط لیڈ کیا انہوں نے، اس میں تو کوئی شک نہیں۔</w:t>
      </w:r>
    </w:p>
    <w:p>
      <w:r>
        <w:rPr>
          <w:b/>
        </w:rPr>
        <w:t xml:space="preserve">[15:48] </w:t>
      </w:r>
      <w:r>
        <w:t>ab masla sirf yeh hai ke allah ke nazdeek un ka hukum kya hai? yani do baatein huin. ek baat yeh hai ke hum yeh maanein ke unhone mis lead kiya, mis lead kar ke qaum ko galat raste pe daudaya unhone, is mein to mere dekh koi shakk nahi hai.</w:t>
      </w:r>
    </w:p>
    <w:p>
      <w:pPr>
        <w:jc w:val="right"/>
      </w:pPr>
      <w:r>
        <w:t>اب مسئلہ صرف یہ ہے کہ اللہ کے نزدیک ان کا حکم کیا ہے؟ یعنی دو باتیں ہوئیں۔ ایک بات یہ ہے کہ ہم یہ مانیں کہ انہوں نے مس لیڈ کیا، مس لیڈ کر کے قوم کو غلط راستے پہ دوڑایا انہوں نے، اس میں تو میرے دیکھ کوئی شک نہیں ہے۔</w:t>
      </w:r>
    </w:p>
    <w:p>
      <w:r>
        <w:rPr>
          <w:b/>
        </w:rPr>
        <w:t xml:space="preserve">[16:06] </w:t>
      </w:r>
      <w:r>
        <w:t>ab doosri baat yeh hai ke allah ke nazdeek un ka hukum kya hai? to is mein ek aalim ne bahut sahi kaha tha aise logon ke bare mein ke agar un ki niyat achhi thi to un ka allah ka anjam bhi achha hoga, niyat buri thi to allah ke haan pakde jayenge woh.</w:t>
      </w:r>
    </w:p>
    <w:p>
      <w:pPr>
        <w:jc w:val="right"/>
      </w:pPr>
      <w:r>
        <w:t>اب دوسری بات یہ ہے کہ اللہ کے نزدیک ان کا حکم کیا ہے؟ تو اس میں ایک عالم نے بہت صحیح کہا تھا ایسے لوگوں کے بارے میں کہ اگر ان کی نیت اچھی تھی تو ان کا اللہ کا انجام بھی اچھا ہوگا، نیت بری تھی تو اللہ کے ہاں پکڑے جائیں گے وہ۔</w:t>
      </w:r>
    </w:p>
    <w:p>
      <w:r>
        <w:rPr>
          <w:b/>
        </w:rPr>
        <w:t xml:space="preserve">[16:23] </w:t>
      </w:r>
      <w:r>
        <w:t>inma al-a'maal bil-niyat ko le kar unhon ne aisa kaha. to everything depends on intention. to dunya ke aitbaar se to mis lead kiya unhon ne khuli hui baat hai.</w:t>
      </w:r>
    </w:p>
    <w:p>
      <w:pPr>
        <w:jc w:val="right"/>
      </w:pPr>
      <w:r>
        <w:t>انما الاعمال بالنیات کو لے کر انہوں نے ایسا کہا۔ تو ایوری تھنگ ڈیپینڈز ان انٹینشن۔ تو دنیا کے اعتبار سے تو مس لیڈ کیا انہوں نے کھلی ہوئی بات ہے۔</w:t>
      </w:r>
    </w:p>
    <w:p>
      <w:r>
        <w:rPr>
          <w:b/>
        </w:rPr>
        <w:t xml:space="preserve">[16:35] </w:t>
      </w:r>
      <w:r>
        <w:t>allah ke lihaaz se kya hai? woh un ki intention pe par yani depend karta hai. allah taala isi ko pakarte hain jis ki bad intention ho, baqi is ko farigh kar dete hain, chhod dete hain is ko.</w:t>
      </w:r>
    </w:p>
    <w:p>
      <w:pPr>
        <w:jc w:val="right"/>
      </w:pPr>
      <w:r>
        <w:t>اللہ کے لحاظ سے کیا ہے؟ وہ ان کی انٹینشن پہ پر یعنی ڈیپینڈ کرتا ہے۔ اللہ تعالی اسی کو پکڑتے ہیں جس کی بیڈ انٹینشن ہو، باقی اس کو فارغ کر دیتے ہیں، چھوڑ دیتے ہیں اس کو۔</w:t>
      </w:r>
    </w:p>
    <w:p>
      <w:r>
        <w:rPr>
          <w:b/>
        </w:rPr>
        <w:t xml:space="preserve">[16:48] </w:t>
      </w:r>
      <w:r>
        <w:t>agar good intention se koi aadmi ghalati kar jaye. kal mein kisi se baat kar raha tha to mein ne kaha ke dekhiye, ikhlas har giz kafi nahi hai, wisdom asal cheez hai.</w:t>
      </w:r>
    </w:p>
    <w:p>
      <w:pPr>
        <w:jc w:val="right"/>
      </w:pPr>
      <w:r>
        <w:t>اگر گڈ انٹینشن سے کوئی آدمی غلطی کر جائے۔ کل میں کسی سے بات کر رہا تھا تو میں نے کہا کہ دیکھیے، اخلاص ہرگز کافی نہیں ہے، وزڈم اصل چیز ہے۔</w:t>
      </w:r>
    </w:p>
    <w:p>
      <w:r>
        <w:rPr>
          <w:b/>
        </w:rPr>
        <w:t xml:space="preserve">[17:01] </w:t>
      </w:r>
      <w:r>
        <w:t>kal hi is pe baat ho rahi thi ek saahib se. ikhlas ka matlab hai sincerity. koi kitna hi mukhlis ho, kitna hi sincere ho, woh us ki zaat ke liye, apne liye.</w:t>
      </w:r>
    </w:p>
    <w:p>
      <w:pPr>
        <w:jc w:val="right"/>
      </w:pPr>
      <w:r>
        <w:t>کل ہی اس پہ بات ہو رہی تھی ایک صاحب سے۔ اخلاص کا مطلب ہے سنسیرٹی۔ کوئی کتنا ہی مخلص ہو، کتنا ہی سنسیئر ہو، وہ اس کی ذات کے لیے، اپنے لیے۔</w:t>
      </w:r>
    </w:p>
    <w:p>
      <w:r>
        <w:rPr>
          <w:b/>
        </w:rPr>
        <w:t xml:space="preserve">[17:12] </w:t>
      </w:r>
      <w:r>
        <w:t>yani ikhlas as a personal quality. aap agar bohat mukhlis hain, bohat namazi hain, bohat rozedaar hain, bohat hi aap paisa kharch karte hain, kuch bhi karte hain, aap mukhlis hain bohat, to aap ka personal woh quality hai.</w:t>
      </w:r>
    </w:p>
    <w:p>
      <w:pPr>
        <w:jc w:val="right"/>
      </w:pPr>
      <w:r>
        <w:t>یعنی اخلاص از اے پرسنل کوالٹی۔ آپ اگر بہت مخلص ہیں، بہت نمازی ہیں، بہت روزے دار ہیں، بہت ہی آپ پیسہ خرچ کرتے ہیں، کچھ بھی کرتے ہیں، آپ مخلص ہیں بہت، تو آپ کا پرسنل وہ کوالٹی ہے۔</w:t>
      </w:r>
    </w:p>
    <w:p>
      <w:r>
        <w:rPr>
          <w:b/>
        </w:rPr>
        <w:t xml:space="preserve">[17:26] </w:t>
      </w:r>
      <w:r>
        <w:t>woh is ka matlab nahi ke aap qaum ke liye kood padhein. aap is ke that requires wisdom, vision, wisdom, baseerat.</w:t>
      </w:r>
    </w:p>
    <w:p>
      <w:pPr>
        <w:jc w:val="right"/>
      </w:pPr>
      <w:r>
        <w:t>وہ اس کا مطلب نہیں کہ آپ قوم کے لیے کود پڑیں۔ آپ اس کے دیٹ ریکوائرڈز وزڈم، ویژن، وزڈم، بصیرت۔</w:t>
      </w:r>
    </w:p>
    <w:p>
      <w:r>
        <w:rPr>
          <w:b/>
        </w:rPr>
        <w:t xml:space="preserve">[17:36] </w:t>
      </w:r>
      <w:r>
        <w:t>to ikhlas ek zaati quality hai, bohat achhi hai zaat ke liye. lekin agar aap qaum ko lead dena chahte hain to aap ke paas wisdom hona chahiye, aap ke paas vision hona chahiye, aap ke paas bohat ilm hona chahiye,</w:t>
      </w:r>
    </w:p>
    <w:p>
      <w:pPr>
        <w:jc w:val="right"/>
      </w:pPr>
      <w:r>
        <w:t>تو اخلاص ایک ذاتی کوالٹی ہے، بہت اچھی ہے ذات کے لیے۔ لیکن اگر آپ قوم کو لیڈ دینا چاہتے ہیں تو آپ کے پاس وزڈم ہونا چاہیے، آپ کے پاس ویژن ہونا چاہیے، آپ کے پاس بہت علم ہونا چاہیے،</w:t>
      </w:r>
    </w:p>
    <w:p>
      <w:r>
        <w:rPr>
          <w:b/>
        </w:rPr>
        <w:t xml:space="preserve">[17:51] </w:t>
      </w:r>
      <w:r>
        <w:t>aur aap ko unbiased hona chahiye, reaction se bilkul paak hona chahiye, negative thinking se bilkul paak hona chahiye. warna ghar mein baithiye, masjid mein baithiye.</w:t>
      </w:r>
    </w:p>
    <w:p>
      <w:pPr>
        <w:jc w:val="right"/>
      </w:pPr>
      <w:r>
        <w:t>اور آپ کو ان بائسڈ ہونا چاہیے، ری ایکشن سے بالکل پاک ہونا چاہیے، نیگیٹیو تھنکنگ سے بالکل پاک ہونا چاہیے۔ ورنہ گھر میں بیٹھیے، مسجد میں بیٹھیے۔</w:t>
      </w:r>
    </w:p>
    <w:p>
      <w:r>
        <w:rPr>
          <w:b/>
        </w:rPr>
        <w:t xml:space="preserve">[18:03] </w:t>
      </w:r>
      <w:r>
        <w:t>to mein ne kaha ke dekhiye, you are differentiate between wisdom and ikhlas. ikhlas ka matlab yeh nahi ke aadmi ko aap leader bana lein, us ko ikhlas hai to theek hai, us ka zaati aitbaar se bohat achha hai.</w:t>
      </w:r>
    </w:p>
    <w:p>
      <w:pPr>
        <w:jc w:val="right"/>
      </w:pPr>
      <w:r>
        <w:t>تو میں نے کہا کہ دیکھیے، یو آر ڈیفریشیٹ بٹو وزڈم اینڈ اخلاص۔ اخلاص کا مطلب یہ نہیں کہ آدمی کو آپ لیڈر بنا لیں، اس کو اخلاص ہے تو ٹھیک ہے، اس کا ذاتی اعتبار سے بہت اچھا ہے۔</w:t>
      </w:r>
    </w:p>
    <w:p>
      <w:r>
        <w:rPr>
          <w:b/>
        </w:rPr>
        <w:t xml:space="preserve">[18:19] </w:t>
      </w:r>
      <w:r>
        <w:t>woh is ka matlab to nahi ke woh leader leader ban jaye. woh</w:t>
      </w:r>
    </w:p>
    <w:p>
      <w:pPr>
        <w:jc w:val="right"/>
      </w:pPr>
      <w:r>
        <w:t>وہ اس کا مطلب تو نہیں کہ وہ لیڈر لیڈر بن جائے۔ وہ</w:t>
      </w:r>
    </w:p>
    <w:p>
      <w:r>
        <w:rPr>
          <w:b/>
        </w:rPr>
        <w:t xml:space="preserve">[18:25] </w:t>
      </w:r>
      <w:r>
        <w:t>to leadership ke liye wisdom chahiye, vision chahiye. zaati aitbaar se kafi hai ke aadmi mukhlis ho to bas achha hai, woh bohat achha hai.</w:t>
      </w:r>
    </w:p>
    <w:p>
      <w:pPr>
        <w:jc w:val="right"/>
      </w:pPr>
      <w:r>
        <w:t>تو لیڈرشپ کے لیے وزڈم چاہیے، ویژن چاہیے۔ ذاتی اعتبار سے کافی ہے کہ آدمی مخلص ہو تو بس اچھا ہے، وہ بہت اچھا ہے۔</w:t>
      </w:r>
    </w:p>
    <w:p>
      <w:r>
        <w:rPr>
          <w:b/>
        </w:rPr>
        <w:t xml:space="preserve">[18:39] </w:t>
      </w:r>
      <w:r>
        <w:t>this question is from doctor farida khanum from new delhi. owing to muslims backwardness in education, they are not able to avail the opportunities as much as they other communities.</w:t>
      </w:r>
    </w:p>
    <w:p>
      <w:pPr>
        <w:jc w:val="right"/>
      </w:pPr>
      <w:r>
        <w:t>دس کوئسچن از فرام ڈاکٹر فریدہ خانم فرام نیو دہلی۔ اوئنگ ٹو مسلمز بیکورڈنس ان ایجوکیشن، دے آر ناٹ ایبل ٹو اویل دا اپرچونیٹیز ایز مچ ایز دی ادر کمیونٹیز۔</w:t>
      </w:r>
    </w:p>
    <w:p>
      <w:r>
        <w:rPr>
          <w:b/>
        </w:rPr>
        <w:t xml:space="preserve">[18:55] </w:t>
      </w:r>
      <w:r>
        <w:t>this is one of the reasons for their negativity. how can we make them understand that they can find a share in this world according to their striving?</w:t>
      </w:r>
    </w:p>
    <w:p>
      <w:pPr>
        <w:jc w:val="right"/>
      </w:pPr>
      <w:r>
        <w:t>دس از ون آف دا ریزنز فار دیر نیگیٹیوٹی۔ ہاؤ کین وی میک دیم انڈرسٹینڈ دیٹ دے کین فائنڈ ا شیئر ان دس ورلڈ اکارڈنگ ٹو دیر سٹرائیونگ؟</w:t>
      </w:r>
    </w:p>
    <w:p>
      <w:r>
        <w:rPr>
          <w:b/>
        </w:rPr>
        <w:t xml:space="preserve">[19:07] </w:t>
      </w:r>
      <w:r>
        <w:t>nothing more, nothing less.</w:t>
      </w:r>
    </w:p>
    <w:p>
      <w:pPr>
        <w:jc w:val="right"/>
      </w:pPr>
      <w:r>
        <w:t>نتھنگ مور، نتھنگ لیس۔</w:t>
      </w:r>
    </w:p>
    <w:p>
      <w:r>
        <w:rPr>
          <w:b/>
        </w:rPr>
        <w:t xml:space="preserve">[19:12] </w:t>
      </w:r>
      <w:r>
        <w:t>matlab talk pe yeh ke jo education padhai jaye, lekin education dono qism ki hai. education yani formal education aur informal education, dono qism ki padhai jaye.</w:t>
      </w:r>
    </w:p>
    <w:p>
      <w:pPr>
        <w:jc w:val="right"/>
      </w:pPr>
      <w:r>
        <w:t>مطلب ٹاک پہ یہ کہ جو ایجوکیشن پڑھائی جائے، لیکن ایجوکیشن دونوں قسم کی ہے۔ ایجوکیشن یعنی فارمل ایجوکیشن اور ان فارمل ایجوکیشن، دونوں قسم کی پڑھائی جائے۔</w:t>
      </w:r>
    </w:p>
    <w:p>
      <w:r>
        <w:rPr>
          <w:b/>
        </w:rPr>
        <w:t xml:space="preserve">[19:27] </w:t>
      </w:r>
      <w:r>
        <w:t>formal education bhi ho, informal education. formal education ka matlab hai ke school, college, university ki jo education hai, woh formal education hai, woh padhai jaye.</w:t>
      </w:r>
    </w:p>
    <w:p>
      <w:pPr>
        <w:jc w:val="right"/>
      </w:pPr>
      <w:r>
        <w:t>فارمل ایجوکیشن بھی ہو، ان فارمل ایجوکیشن۔ فارمل ایجوکیشن کا مطلب ہے کہ اسکول، کالج، یونیورسٹی کی جو ایجوکیشن ہے، وہ فارمل ایجوکیشن ہے، وہ پڑھائی جائے۔</w:t>
      </w:r>
    </w:p>
    <w:p>
      <w:r>
        <w:rPr>
          <w:b/>
        </w:rPr>
        <w:t xml:space="preserve">[19:37] </w:t>
      </w:r>
      <w:r>
        <w:t>aur informal education jo hamara kaam jo hai, hamare jo mission informal education hai. yeh lekin ek baat mein arz karunga ke aaj kal jo reservation ki baat hui, reservation, mein is ko clear samajhta hoon.</w:t>
      </w:r>
    </w:p>
    <w:p>
      <w:pPr>
        <w:jc w:val="right"/>
      </w:pPr>
      <w:r>
        <w:t>اور ان فارمل ایجوکیشن جو ہمارا کام جو ہے، ہمارے جو مشن ان فارمل ایجوکیشن ہے۔ یہ لیکن ایک بات میں عرض کروں گا کہ آج کل جو ریزرویشن کی بات ہوئی، ریزرویشن، میں اس کو کلر سمجھتا ہوں۔</w:t>
      </w:r>
    </w:p>
    <w:p>
      <w:r>
        <w:rPr>
          <w:b/>
        </w:rPr>
        <w:t xml:space="preserve">[19:51] </w:t>
      </w:r>
      <w:r>
        <w:t>clear reservation ke zariye musalman taraqqi nahi karenge, kabhi bhi nahi karenge. unhein merit paana padega. merit par mein, mein, mein is ka dushman hoon is concept ka ke musalmanon ko reservation do.</w:t>
      </w:r>
    </w:p>
    <w:p>
      <w:pPr>
        <w:jc w:val="right"/>
      </w:pPr>
      <w:r>
        <w:t>کلر ریزرویشن کے ذریعے مسلمان ترقی نہیں کریں گے، کبھی بھی نہیں کریں گے۔ انہیں میرٹ پانا پڑے گا۔ میرٹ پر میں، میں، میں اس کا دشمن ہوں اس کانسیپٹ کا کہ مسلمانوں کو ریزرویشن دو۔</w:t>
      </w:r>
    </w:p>
    <w:p>
      <w:r>
        <w:rPr>
          <w:b/>
        </w:rPr>
        <w:t xml:space="preserve">[20:07] </w:t>
      </w:r>
      <w:r>
        <w:t>kuch nahi, compete and perish un ko thike liye halaat mein challenge ko saamna karein, woh tab taraqqi karenge.</w:t>
      </w:r>
    </w:p>
    <w:p>
      <w:pPr>
        <w:jc w:val="right"/>
      </w:pPr>
      <w:r>
        <w:t>کچھ نہیں، کمپیٹ اینڈ پیرش ان کو ٹھکے لیے حالات میں چیلنج کو سامنا کریں، وہ تب ترقی کریں گے۔</w:t>
      </w:r>
    </w:p>
    <w:p>
      <w:r>
        <w:rPr>
          <w:b/>
        </w:rPr>
        <w:t xml:space="preserve">[20:18] </w:t>
      </w:r>
      <w:r>
        <w:t>is liye mein bilkul is ko galat samajhta hoon. jo log reservation ki baat karte hain, wahi musalmanon ke dushman hain. sab se barhe musalmanon ko halaat mein thike liye, musalmanon ko challenge ke saamna karne ke qabil banaiye,</w:t>
      </w:r>
    </w:p>
    <w:p>
      <w:pPr>
        <w:jc w:val="right"/>
      </w:pPr>
      <w:r>
        <w:t>اس لیے میں بالکل اس کو غلط سمجھتا ہوں۔ جو لوگ ریزرویشن کی بات کرتے ہیں، وہی مسلمانوں کے دشمن ہیں۔ سب سے بڑے مسلمانوں کو حالات میں ٹھکے لیے، مسلمانوں کو چیلنج کے سامنا کرنے کے قابل بنائیے،</w:t>
      </w:r>
    </w:p>
    <w:p>
      <w:r>
        <w:rPr>
          <w:b/>
        </w:rPr>
        <w:t xml:space="preserve">[20:32] </w:t>
      </w:r>
      <w:r>
        <w:t>tab woh taraqqi karenge. nahi, taraqqi nahi kar sake, kabhi nahi kar sakte, kabhi taraqqi.</w:t>
      </w:r>
    </w:p>
    <w:p>
      <w:pPr>
        <w:jc w:val="right"/>
      </w:pPr>
      <w:r>
        <w:t>تب وہ ترقی کریں گے۔ نہیں، ترقی نہیں کر سکے، کبھی نہیں کر سکتے، کبھی ترقی۔</w:t>
      </w:r>
    </w:p>
    <w:p>
      <w:r>
        <w:rPr>
          <w:b/>
        </w:rPr>
        <w:t xml:space="preserve">[20:41] </w:t>
      </w:r>
      <w:r>
        <w:t>this question is from mr syed mohsin bilal from saharanpur. why do intelligent muslims, scholars and leaders in all firqa not understand the real Islam?</w:t>
      </w:r>
    </w:p>
    <w:p>
      <w:pPr>
        <w:jc w:val="right"/>
      </w:pPr>
      <w:r>
        <w:t>دس کوئسچن از فرام مسٹر سید محسن بلال فرام سہارن پور۔ وائی ڈو انٹیلیجنٹ مسلمز، سکالرز اینڈ لیڈرز ان ال فرقہ ناٹ انڈرسٹینڈ دا ریئل اسلام؟</w:t>
      </w:r>
    </w:p>
    <w:p>
      <w:r>
        <w:rPr>
          <w:b/>
        </w:rPr>
        <w:t xml:space="preserve">[20:57] </w:t>
      </w:r>
      <w:r>
        <w:t>and why do all the jamaat not come together to do the dawah work?</w:t>
      </w:r>
    </w:p>
    <w:p>
      <w:pPr>
        <w:jc w:val="right"/>
      </w:pPr>
      <w:r>
        <w:t>اینڈ وائی ڈو ال دا جماعت ناٹ کم ٹوگیدر ٹو ڈو داوا ورک؟</w:t>
      </w:r>
    </w:p>
    <w:p>
      <w:r>
        <w:rPr>
          <w:b/>
        </w:rPr>
        <w:t xml:space="preserve">[21:04] </w:t>
      </w:r>
      <w:r>
        <w:t>woh to mein ne arz kar diya ke bohat hi critical moment aaya tha musalmanon ki history mein, jo atharveen sadi ke aakhir mein, unneesveen sadi ke shuru mein,</w:t>
      </w:r>
    </w:p>
    <w:p>
      <w:pPr>
        <w:jc w:val="right"/>
      </w:pPr>
      <w:r>
        <w:t>وہ تو میں نے عرض کر دیا کہ بہت ہی کریٹیکل مومنٹ آیا تھا مسلمانوں کی ہسٹری میں، جو اٹھارویں صدی کے آخر میں، انیسویں صدی کے شروع میں،</w:t>
      </w:r>
    </w:p>
    <w:p>
      <w:r>
        <w:rPr>
          <w:b/>
        </w:rPr>
        <w:t xml:space="preserve">[21:17] </w:t>
      </w:r>
      <w:r>
        <w:t>ke musalmanon ka political empire khatam ho gaya. that was a critical junction. to wahin par ghalati hui hai.</w:t>
      </w:r>
    </w:p>
    <w:p>
      <w:pPr>
        <w:jc w:val="right"/>
      </w:pPr>
      <w:r>
        <w:t>کہ مسلمانوں کا پولیٹیکل ایمپائر ختم ہو گیا۔ دیٹ واز اے کریٹیکل جنکشن۔ تو وہیں پر غلطی ہوئی ہے۔</w:t>
      </w:r>
    </w:p>
    <w:p>
      <w:r>
        <w:rPr>
          <w:b/>
        </w:rPr>
        <w:t xml:space="preserve">[21:27] </w:t>
      </w:r>
      <w:r>
        <w:t>jo kisi farsi shair ka shair hai ke "khishta e awal ko nihayat memar kaj ta sariya mero dewar kaj" yani neev agar tedhi ho jaye to upar to tedha sari dewar rahe gi.</w:t>
      </w:r>
    </w:p>
    <w:p>
      <w:pPr>
        <w:jc w:val="right"/>
      </w:pPr>
      <w:r>
        <w:t>جو کسی فارسی شاعر کا شعر ہے کہ "خشتہ اول کو نہایت معمار کج تا سریہ میرو دیوار کج" یعنی بیس اگر ٹیڑھی ہو جائے تو اوپر تو ٹیڑھا ساری دیوار رہے گی۔</w:t>
      </w:r>
    </w:p>
    <w:p>
      <w:r>
        <w:rPr>
          <w:b/>
        </w:rPr>
        <w:t xml:space="preserve">[21:39] </w:t>
      </w:r>
      <w:r>
        <w:t>to wahan par logon ko jo karna tha, kya ke yeh rona le kar nahi baith jate? Woh ke sahib, dekho yeh western powers jo hain, unhon ne hamari hukoomat ko khatam kar diya.</w:t>
      </w:r>
    </w:p>
    <w:p>
      <w:pPr>
        <w:jc w:val="right"/>
      </w:pPr>
      <w:r>
        <w:t>تو وہاں پر لوگوں کو جو کرنا تھا، کیا کہ یہ رونا لے کے نہیں بیٹھ جاتے؟ وہ کہ صاحب، دیکھو یہ ویسٹرن پاورز جو ہیں، انہوں نے ہماری حکومت کو ختم کر دیا۔</w:t>
      </w:r>
    </w:p>
    <w:p>
      <w:r>
        <w:rPr>
          <w:b/>
        </w:rPr>
        <w:t xml:space="preserve">[21:51] </w:t>
      </w:r>
      <w:r>
        <w:t>nahi, western powers jo layen opportunities, un ko discover karo, un ko avail karo. To sare ke sare musalman, one to all, arab, non arab, jitne bhi hain, isi mein heet heet mein lag gaye aur khud apne muslim leaders se bhi ladne lage ke yeh un ke agent banen ge.</w:t>
      </w:r>
    </w:p>
    <w:p>
      <w:pPr>
        <w:jc w:val="right"/>
      </w:pPr>
      <w:r>
        <w:t>نہیں، ویسٹرن پاورز جو لائیں اپرچونیٹیز، ان کو ڈسکور کرو، ان کو اویل کرو۔ تو سارے کے سارے مسلمان، ون ٹو ال، عرب، نان عرب، جتنے بھی ہیں، اسی میں ہیٹ ہیٹ میں لگ گئے اور خود اپنے مسلم لیڈرز سے بھی لڑنے لگے کہ یہ ان کے ایجنٹ بنیں گے۔</w:t>
      </w:r>
    </w:p>
    <w:p>
      <w:r>
        <w:rPr>
          <w:b/>
        </w:rPr>
        <w:t xml:space="preserve">[22:13] </w:t>
      </w:r>
      <w:r>
        <w:t>ab dekhen, mukhtalif muslim countries mein apne musalman leaders se kyun lad rahe hain log? Jis jis muslim country mein dekhiye ke wahan ke jo islamist hain, woh apne muslim hukoomat, yani hukoomat se lad rahe hain.</w:t>
      </w:r>
    </w:p>
    <w:p>
      <w:pPr>
        <w:jc w:val="right"/>
      </w:pPr>
      <w:r>
        <w:t>اب دیکھیں، مختلف مسلم کنٹریز میں اپنے مسلمان لیڈرز سے کیوں لڑ رہے ہیں لوگ؟ جس جس مسلم کنٹری میں دیکھیے کہ وہاں کے جو اسلامسٹ ہیں، وہ اپنے مسلم حکومت، یعنی حکومت سے لڑ رہے ہیں۔</w:t>
      </w:r>
    </w:p>
    <w:p>
      <w:r>
        <w:rPr>
          <w:b/>
        </w:rPr>
        <w:t xml:space="preserve">[22:27] </w:t>
      </w:r>
      <w:r>
        <w:t>zahir hai ke western, western, yani west ke agent hain yeh. To yeh yeh wahin se mamla bigra hai ke yani opportunity based thinking ke bajaye in ke paas grohi ko soch kar ke usi par negative ho gaye hain.</w:t>
      </w:r>
    </w:p>
    <w:p>
      <w:pPr>
        <w:jc w:val="right"/>
      </w:pPr>
      <w:r>
        <w:t>ظاہر ہے کہ ویسٹرن، ویسٹرن، یعنی ویسٹ کے ایجنٹ ہیں یہ۔ تو یہ یہ وہیں سے معاملہ بگڑا ہے کہ یعنی اپرچونیٹی بیسڈ تھنکنگ کے بجائے ان کے پاس گروہی کو سوچ کر کے اسی پر نیگیٹیو ہو گئے ہیں۔</w:t>
      </w:r>
    </w:p>
    <w:p>
      <w:r>
        <w:rPr>
          <w:b/>
        </w:rPr>
        <w:t xml:space="preserve">[22:45] </w:t>
      </w:r>
      <w:r>
        <w:t>woh abhi tak wohi hain, woh abhi tak wohi hain. Abhi tak musalmanon mein koi hamare mashriq ke sath koi nahi hai jo batata ho musalmanon ko ke tum kyun past mein jee rahe ho?</w:t>
      </w:r>
    </w:p>
    <w:p>
      <w:pPr>
        <w:jc w:val="right"/>
      </w:pPr>
      <w:r>
        <w:t>وہ ابھی تک وہی ہیں، وہ ابھی تک وہی ہیں۔ ابھی تک مسلمانوں میں کوئی ہمارے مشرق کے ساتھ کوئی نہیں ہے جو بتاتا ہو مسلمانوں کو کہ تم کیوں پاسٹ میں جی رہے ہو؟</w:t>
      </w:r>
    </w:p>
    <w:p>
      <w:r>
        <w:rPr>
          <w:b/>
        </w:rPr>
        <w:t xml:space="preserve">[22:55] </w:t>
      </w:r>
      <w:r>
        <w:t>ab haal to is se bohat zyada acha hai, present is se bohat zyada acha hai. Present mein jo musalmanon ko mil raha hai, woh to is se billion time zyada hai.</w:t>
      </w:r>
    </w:p>
    <w:p>
      <w:pPr>
        <w:jc w:val="right"/>
      </w:pPr>
      <w:r>
        <w:t>اب حال تو اس سے بہت زیادہ اچھا ہے، پریزنٹ اس سے بہت زیادہ اچھا ہے۔ پریزنٹ میں جو مسلمانوں کو مل رہا ہے، وہ تو اس سے بلین ٹائم زیادہ ہے۔</w:t>
      </w:r>
    </w:p>
    <w:p>
      <w:r>
        <w:rPr>
          <w:b/>
        </w:rPr>
        <w:t xml:space="preserve">[23:04] </w:t>
      </w:r>
      <w:r>
        <w:t>tum kyun past ko le kar baithe hue ho? Koi ek aadmi nahi mere ilm ke, hamari is is CPS ke bahir koi hai to mujhe naam bataiye is ka.</w:t>
      </w:r>
    </w:p>
    <w:p>
      <w:pPr>
        <w:jc w:val="right"/>
      </w:pPr>
      <w:r>
        <w:t>تم کیوں پاسٹ کو لے کے بیٹھے ہوئے ہو؟ کوئی ایک آدمی نہیں میرے علم کے، ہماری اس اس سی پی ایس کے باہر کوئی ہے تو مجھے نام بتائیے اس کا۔</w:t>
      </w:r>
    </w:p>
    <w:p>
      <w:r>
        <w:rPr>
          <w:b/>
        </w:rPr>
        <w:t xml:space="preserve">[23:16] </w:t>
      </w:r>
      <w:r>
        <w:t>log kehte hain ke aap logon par kyun tanqeed karte hain? To naam batao un ka, koi naam batao un ka. Main tumhare nazdeek agar koi hai aisa dunya mein, koi hai hi nahi.</w:t>
      </w:r>
    </w:p>
    <w:p>
      <w:pPr>
        <w:jc w:val="right"/>
      </w:pPr>
      <w:r>
        <w:t>لوگ کہتے ہیں کہ آپ لوگوں پر کیوں تنقید کرتے ہیں؟ تو نام بتاؤ ان کا، کوئی نام بتاؤ ان کا۔ میں تمہارے نزدیک اگر کوئی ہے ایسا دنیا میں، کوئی ہے ہی نہیں۔</w:t>
      </w:r>
    </w:p>
    <w:p>
      <w:r>
        <w:rPr>
          <w:b/>
        </w:rPr>
        <w:t xml:space="preserve">[23:27] </w:t>
      </w:r>
      <w:r>
        <w:t>to basic baat yeh hai ke log abhi abhi is yani is is jo gayi hui, yani jo glory thi pehle, past glory, us se bahir nahi nikal paye hain aur present mein jo un ke liye opportunities hain, us ko dekh nahi paye hain.</w:t>
      </w:r>
    </w:p>
    <w:p>
      <w:pPr>
        <w:jc w:val="right"/>
      </w:pPr>
      <w:r>
        <w:t>تو بیسک بات یہ ہے کہ لوگ ابھی ابھی اس یعنی اس اس جو گئی ہوئی، یعنی جو گلوری تھی پہلے، پاسٹ گلوری، اس سے باہر نہیں نکل پائے ہیں اور پریزنٹ میں جو ان کے لیے اپرچونیٹیز ہیں، اس کو دیکھ نہیں پائے ہیں۔</w:t>
      </w:r>
    </w:p>
    <w:p>
      <w:r>
        <w:rPr>
          <w:b/>
        </w:rPr>
        <w:t xml:space="preserve">[23:44] </w:t>
      </w:r>
      <w:r>
        <w:t>sirf self interest ke tehat koi kuch khate kamate hain. Bas un ka jo shaoor hai, un ka jo un ka jo soch hai, un ki jo thinking level hai, woh wohi ka wohi hai.</w:t>
      </w:r>
    </w:p>
    <w:p>
      <w:pPr>
        <w:jc w:val="right"/>
      </w:pPr>
      <w:r>
        <w:t>صرف سیلف انٹرسٹ کے تحت کوئی کچھ کھاتے کماتے ہیں۔ بس ان کا جو شعور ہے، ان کا جو ان کا جو سوچ ہے، ان کی جو تھنکنگ لیول ہے، وہ وہی کا وہی ہے۔</w:t>
      </w:r>
    </w:p>
    <w:p>
      <w:r>
        <w:rPr>
          <w:b/>
        </w:rPr>
        <w:t xml:space="preserve">[23:54] </w:t>
      </w:r>
      <w:r>
        <w:t>thinking level mein koi difference nahi hai.</w:t>
      </w:r>
    </w:p>
    <w:p>
      <w:pPr>
        <w:jc w:val="right"/>
      </w:pPr>
      <w:r>
        <w:t>تھنکنگ لیول میں کوئی ڈیفرنس نہیں ہے۔</w:t>
      </w:r>
    </w:p>
    <w:p>
      <w:r>
        <w:rPr>
          <w:b/>
        </w:rPr>
        <w:t xml:space="preserve">[24:00] </w:t>
      </w:r>
      <w:r>
        <w:t>This question is from Mr. Suresh Malhotra from Singapore. Maulana, I recently met some of my old friends and found out that few of them have got divorced.</w:t>
      </w:r>
    </w:p>
    <w:p>
      <w:pPr>
        <w:jc w:val="right"/>
      </w:pPr>
      <w:r>
        <w:t>دس کوئسچن از فرام مسٹر سلیش ملوترا فرام سنگاپور۔ مولانا، آئی ریسنٹلی میٹ سم آف مائی اولڈ فرینڈز اینڈ فاؤنڈ آؤٹ دیٹ فیو آف دیم ہیو گاٹ ڈیورسڈ۔</w:t>
      </w:r>
    </w:p>
    <w:p>
      <w:r>
        <w:rPr>
          <w:b/>
        </w:rPr>
        <w:t xml:space="preserve">[24:14] </w:t>
      </w:r>
      <w:r>
        <w:t>When I listen to their problems, I realized that their issues were very trivial. Maulana, what is your advice for all couples?</w:t>
      </w:r>
    </w:p>
    <w:p>
      <w:pPr>
        <w:jc w:val="right"/>
      </w:pPr>
      <w:r>
        <w:t>وین آئی لسن ٹو دیر پرابلمز، آئی ریلائز دیٹ دیر ایشوز وار ویری ٹریول۔ مولانا، واٹ از یور ایڈوائس فار آل کپلز؟</w:t>
      </w:r>
    </w:p>
    <w:p>
      <w:r>
        <w:rPr>
          <w:b/>
        </w:rPr>
        <w:t xml:space="preserve">[24:25] </w:t>
      </w:r>
      <w:r>
        <w:t>How should they resolve their differences to avoid a situation of divorce?</w:t>
      </w:r>
    </w:p>
    <w:p>
      <w:pPr>
        <w:jc w:val="right"/>
      </w:pPr>
      <w:r>
        <w:t>ہاؤ شوڈ دے ریزولو دیر ڈیفرنسز ٹو اوائڈ ا سچویشن آف ڈیورس؟</w:t>
      </w:r>
    </w:p>
    <w:p>
      <w:r>
        <w:rPr>
          <w:b/>
        </w:rPr>
        <w:t xml:space="preserve">[24:31] </w:t>
      </w:r>
      <w:r>
        <w:t>dekhiye, main ne ek kitab likhi hai is par, us ko aap parh sakte hain. Ek hi reason hai, bas aur koi reason nahi hai.</w:t>
      </w:r>
    </w:p>
    <w:p>
      <w:pPr>
        <w:jc w:val="right"/>
      </w:pPr>
      <w:r>
        <w:t>دیکھیے، میں نے ایک کتاب لکھی ہے اس پر، اس کو آپ پڑھ سکتے ہیں۔ ایک ہی ریزن ہے، بس اور کوئی ریزن نہیں ہے۔</w:t>
      </w:r>
    </w:p>
    <w:p>
      <w:r>
        <w:rPr>
          <w:b/>
        </w:rPr>
        <w:t xml:space="preserve">[24:41] </w:t>
      </w:r>
      <w:r>
        <w:t>do reason nahi hain. Youth age ka phenomena yeh hai. Youth age jo hai, romantic age hota hai. Har aadmi, har aadmi ka youth age romantic age hota hai.</w:t>
      </w:r>
    </w:p>
    <w:p>
      <w:pPr>
        <w:jc w:val="right"/>
      </w:pPr>
      <w:r>
        <w:t>دو ریزن نہیں ہیں۔ یوتھ ایج کا فیناومینا یہ ہے۔ یوتھ ایج جو ہے، رومینٹک ایج ہوتا ہے۔ ہر آدمی، ہر آدمی کا یوتھ ایج رومینٹک ایج ہوتا ہے۔</w:t>
      </w:r>
    </w:p>
    <w:p>
      <w:r>
        <w:rPr>
          <w:b/>
        </w:rPr>
        <w:t xml:space="preserve">[24:56] </w:t>
      </w:r>
      <w:r>
        <w:t>mera bhi youth age romantic age tha. Allah taala ne mujhe bachaya is se. Main bhi isi daldal mein phansa hua tha. Is age mein har larki samajhti hai ke main ek ideal husband mujhe chahiye.</w:t>
      </w:r>
    </w:p>
    <w:p>
      <w:pPr>
        <w:jc w:val="right"/>
      </w:pPr>
      <w:r>
        <w:t>میرا بھی یوتھ ایج رومینٹک ایج تھا۔ اللہ تعالی نے مجھے بچایا اس سے۔ میں بھی اسی دلدل میں پھنسا ہوا تھا۔ اس ایج میں ہر لڑکی سمجھتی ہے کہ میں ایک آئیڈیل ہسبینڈ مجھے چاہیے۔</w:t>
      </w:r>
    </w:p>
    <w:p>
      <w:r>
        <w:rPr>
          <w:b/>
        </w:rPr>
        <w:t xml:space="preserve">[25:09] </w:t>
      </w:r>
      <w:r>
        <w:t>har larka chahta hai ke mujhe ek ideal wife chahiye. Aur yeh jo novel hain, yeh jo cinema hain, yeh sab batate hain ke aisa exist kar raha hai.</w:t>
      </w:r>
    </w:p>
    <w:p>
      <w:pPr>
        <w:jc w:val="right"/>
      </w:pPr>
      <w:r>
        <w:t>ہر لڑکا چاہتا ہے کہ مجھے ایک آئیڈیل وائف چاہیے۔ اور یہ جو ناول ہیں، یہ جو سینما ہیں، یہ سب بتاتے ہیں کہ ایسا ایگزسٹ کر رہا ہے۔</w:t>
      </w:r>
    </w:p>
    <w:p>
      <w:r>
        <w:rPr>
          <w:b/>
        </w:rPr>
        <w:t xml:space="preserve">[25:18] </w:t>
      </w:r>
      <w:r>
        <w:t>aisa yeh jhoota, yani false, un ko knowledge dete hain. False, aisa na koi ideal husband hai, na koi ideal wife hai, na koi ideal larki hai, na koi ideal larka hai.</w:t>
      </w:r>
    </w:p>
    <w:p>
      <w:pPr>
        <w:jc w:val="right"/>
      </w:pPr>
      <w:r>
        <w:t>ایسا یہ جھوٹا، یعنی فالس، ان کو نالج دیتے ہیں۔ فالس، ایسا نہ کوئی آئیڈیل ہسبینڈ ہے، نہ کوئی آئیڈیل وائف ہے، نہ کوئی آئیڈیل لڑکی ہے، نہ کوئی آئیڈیل لڑکا ہے۔</w:t>
      </w:r>
    </w:p>
    <w:p>
      <w:r>
        <w:rPr>
          <w:b/>
        </w:rPr>
        <w:t xml:space="preserve">[25:30] </w:t>
      </w:r>
      <w:r>
        <w:t>lekin novel parh kar ke, movie dekh kar ke, aur TV dekh kar ke logon ke zehn mein consciously, unconsciously aata hai ke koi aisa ho sakta hai, koi aisi larki, aisa larka.</w:t>
      </w:r>
    </w:p>
    <w:p>
      <w:pPr>
        <w:jc w:val="right"/>
      </w:pPr>
      <w:r>
        <w:t>لیکن ناول پڑھ کر کے، مووی دیکھ کر کے، اور ٹی وی دیکھ کر کے لوگوں کے ذہن میں کانشیسلی، ان کانشیسلی آتا ہے کہ کوئی ایسا ہو سکتا ہے، کوئی ایسی لڑکی، ایسا لڑکا۔</w:t>
      </w:r>
    </w:p>
    <w:p>
      <w:r>
        <w:rPr>
          <w:b/>
        </w:rPr>
        <w:t xml:space="preserve">[25:43] </w:t>
      </w:r>
      <w:r>
        <w:t>to woh love, ab love effort kisi se hua un ko, to is mein se oh mil gaya mujhe. Love effort jab hota hai to is mein se haan mil gaya mujhe, woh ideal pair mil gaya, lekin woh ideal pair tha hi nahi.</w:t>
      </w:r>
    </w:p>
    <w:p>
      <w:pPr>
        <w:jc w:val="right"/>
      </w:pPr>
      <w:r>
        <w:t>تو وہ لو، اب لو ایفرٹ کسی سے ہوا ان کو، تو اس میں سے او مل گیا مجھے۔ لو ایفرٹ جب ہوتا ہے تو اس میں سے ہاں مل گیا مجھے، وہ آئیڈیل پیئر مل گیا، لیکن وہ آئیڈیل پیئر تھا ہی نہیں۔</w:t>
      </w:r>
    </w:p>
    <w:p>
      <w:r>
        <w:rPr>
          <w:b/>
        </w:rPr>
        <w:t xml:space="preserve">[25:54] </w:t>
      </w:r>
      <w:r>
        <w:t>woh to jab real life mein ate hain, jab to pata chalta hai, oh yeh to real, yeh to ideal, ideal pair hai hi nahi. Yeh to woh mere mind mein jo basa hua tha, woh to hai hi nahi.</w:t>
      </w:r>
    </w:p>
    <w:p>
      <w:pPr>
        <w:jc w:val="right"/>
      </w:pPr>
      <w:r>
        <w:t>وہ تو جب ریئل لائف میں آتے ہیں، جب تو پتہ چلتا ہے، او یہ تو ریئل، یہ تو آئیڈیل، آئیڈیل پیئر ہے ہی نہیں۔ یہ تو وہ میرے مائنڈ میں جو بسا ہوا تھا، وہ تو ہے ہی نہیں۔</w:t>
      </w:r>
    </w:p>
    <w:p>
      <w:r>
        <w:rPr>
          <w:b/>
        </w:rPr>
        <w:t xml:space="preserve">[26:05] </w:t>
      </w:r>
      <w:r>
        <w:t>yeh to sare log isi mein mubtala hain. One to all, one to all sab mubtala hain, is mein bhi koi exception nahi hai.</w:t>
      </w:r>
    </w:p>
    <w:p>
      <w:pPr>
        <w:jc w:val="right"/>
      </w:pPr>
      <w:r>
        <w:t>یہ تو سارے لوگ اسی میں مبتلا ہیں۔ ون ٹو ال، ون ٹو ال سب مبتلا ہیں، اس میں بھی کوئی ایکسیپشن نہیں ہے۔</w:t>
      </w:r>
    </w:p>
    <w:p>
      <w:r>
        <w:rPr>
          <w:b/>
        </w:rPr>
        <w:t xml:space="preserve">[26:17] </w:t>
      </w:r>
      <w:r>
        <w:t>is simple baat ko daryaft nahi kar kar sake ke ideal cannot be achieved. Koi larka ideal nahi, koi larki ideal nahi.</w:t>
      </w:r>
    </w:p>
    <w:p>
      <w:pPr>
        <w:jc w:val="right"/>
      </w:pPr>
      <w:r>
        <w:t>اس سمپل بات کو دریافت نہیں کر کر سکے کہ آئیڈیل کنارڈ بی اچیوڈ۔ کوئی لڑکا آئیڈیل نہیں، کوئی لڑکی آئیڈیل نہیں۔</w:t>
      </w:r>
    </w:p>
    <w:p>
      <w:r>
        <w:rPr>
          <w:b/>
        </w:rPr>
        <w:t xml:space="preserve">[26:28] </w:t>
      </w:r>
      <w:r>
        <w:t>to yeh to bas aik mirage ka hai. mirage to aik adjustment karne ke liye hoti hai. bas to yeh to pehle janna chahiye hamein ke difference honge.</w:t>
      </w:r>
    </w:p>
    <w:p>
      <w:pPr>
        <w:jc w:val="right"/>
      </w:pPr>
      <w:r>
        <w:t>تو یہ تو بس ایک میرج کا ہے۔ میرج تو ایک ایڈجسٹمنٹ کرنے کے لیے ہوتی ہے۔ بس تو یہ تو پہلے جاننا چاہیے ہمیں کہ ڈیفرنس ہوں گے۔</w:t>
      </w:r>
    </w:p>
    <w:p>
      <w:r>
        <w:rPr>
          <w:b/>
        </w:rPr>
        <w:t xml:space="preserve">[26:39] </w:t>
      </w:r>
      <w:r>
        <w:t>pehle janna chahiye ke woh less than ideal hoga. yeh shadi se pehle janna chahiye aap ko. nahi, koi batane wala nahi. yeh bhi meri discovery hai. yeh bhi meri discovery hai.</w:t>
      </w:r>
    </w:p>
    <w:p>
      <w:pPr>
        <w:jc w:val="right"/>
      </w:pPr>
      <w:r>
        <w:t>پہلے جاننا چاہیے کہ وہ لیس دین آئیڈیل ہوگا۔ یہ شادی سے پہلے جاننا چاہیے آپ کو۔ نہیں، کوئی بتانے والا نہیں۔ یہ بھی میری ڈسکوری ہے۔ یہ بھی میری ڈسکوری ہے۔</w:t>
      </w:r>
    </w:p>
    <w:p>
      <w:r>
        <w:rPr>
          <w:b/>
        </w:rPr>
        <w:t xml:space="preserve">[26:49] </w:t>
      </w:r>
      <w:r>
        <w:t>mein bata paya, but answer bhi nahi jata tha is ko. mujhe bhi aik se ziyada shadiyan karalin aur starting lock metro mein bhi nahi jate they.</w:t>
      </w:r>
    </w:p>
    <w:p>
      <w:pPr>
        <w:jc w:val="right"/>
      </w:pPr>
      <w:r>
        <w:t>میں بتا پایا، بٹ انسر بھی نہیں جاتا تھا اس کو۔ مجھے بھی ایک سے زیادہ شادیاں کرا لیں اور اسٹارٹنگ لاک میٹرو میں بھی نہیں جاتے تھے۔</w:t>
      </w:r>
    </w:p>
    <w:p>
      <w:r>
        <w:rPr>
          <w:b/>
        </w:rPr>
        <w:t xml:space="preserve">[26:58] </w:t>
      </w:r>
      <w:r>
        <w:t>unhone bhi shadi karali aik se ziyada. to koi janta nahi tha ke ideal husband aur ideal ideal wife ka koi wajood hi nahi hai.</w:t>
      </w:r>
    </w:p>
    <w:p>
      <w:pPr>
        <w:jc w:val="right"/>
      </w:pPr>
      <w:r>
        <w:t>انہوں نے بھی شادی کرا لی ایک سے زیادہ۔ تو کوئی جانتا نہیں تھا کہ آئیڈیل ہسبینڈ اور آئیڈیل آئیڈیل وائف کا کوئی وجود ہی نہیں ہے۔</w:t>
      </w:r>
    </w:p>
    <w:p>
      <w:r>
        <w:rPr>
          <w:b/>
        </w:rPr>
        <w:t xml:space="preserve">[27:08] </w:t>
      </w:r>
      <w:r>
        <w:t>koi to log jo jeete hain romances mein, novelain parhte hain, movie dekhte hain, tv dekhte hain, to yeh unconsciousy unke mind mein baith jata hai ke aisa koi hai.</w:t>
      </w:r>
    </w:p>
    <w:p>
      <w:pPr>
        <w:jc w:val="right"/>
      </w:pPr>
      <w:r>
        <w:t>کوئی تو لوگ جو جیتے ہیں رومینٹسز میں، ناولیں پڑھتے ہیں، مووی دیکھتے ہیں، ٹی وی دیکھتے ہیں، تو یہ ان کانشیسلی ان کے مائنڈ میں بیٹھ جاتا ہے کہ ایسا کوئی ہے۔</w:t>
      </w:r>
    </w:p>
    <w:p>
      <w:r>
        <w:rPr>
          <w:b/>
        </w:rPr>
        <w:t xml:space="preserve">[27:20] </w:t>
      </w:r>
      <w:r>
        <w:t>aur jab woh late hain apne ghar mein, pata chalta hai ke nahi, yeh to woh hai nahi. to pehle se agar pata ho unko pehle se ke jo milega, woh less than ideal hi hoga, to khoob achhe tarike se unka guzara ho jaye.</w:t>
      </w:r>
    </w:p>
    <w:p>
      <w:pPr>
        <w:jc w:val="right"/>
      </w:pPr>
      <w:r>
        <w:t>اور جب وہ لاتے ہیں اپنے گھر میں، پتہ چلتا ہے کہ نہیں، یہ تو وہ ہے نہیں۔ تو پہلے سے اگر پتہ ہو ان کو پہلے سے کہ جو ملے گا، وہ لیس دین آئیڈیل ہی ہوگا، تو خوب اچھے طریقے سے ان کا گزارا ہو جائے۔</w:t>
      </w:r>
    </w:p>
    <w:p>
      <w:r>
        <w:rPr>
          <w:b/>
        </w:rPr>
        <w:t xml:space="preserve">[27:33] </w:t>
      </w:r>
      <w:r>
        <w:t>khoob achhe se guzara ho jaye.</w:t>
      </w:r>
    </w:p>
    <w:p>
      <w:pPr>
        <w:jc w:val="right"/>
      </w:pPr>
      <w:r>
        <w:t>خوب اچھے سے گزارا ہو جائے۔</w:t>
      </w:r>
    </w:p>
    <w:p>
      <w:r>
        <w:rPr>
          <w:b/>
        </w:rPr>
        <w:t xml:space="preserve">[27:39] </w:t>
      </w:r>
      <w:r>
        <w:t>yeh basic baat yahi hai.</w:t>
      </w:r>
    </w:p>
    <w:p>
      <w:pPr>
        <w:jc w:val="right"/>
      </w:pPr>
      <w:r>
        <w:t>یہ بیسک بات یہی ہے۔</w:t>
      </w:r>
    </w:p>
    <w:p>
      <w:r>
        <w:rPr>
          <w:b/>
        </w:rPr>
        <w:t xml:space="preserve">[27:46] </w:t>
      </w:r>
      <w:r>
        <w:t>das question is from mr nafees shairaz from delhi. aaj ke zamane mein ziyada tar musalman apni auladon ki wajah se kafi pareshan rehte hain.</w:t>
      </w:r>
    </w:p>
    <w:p>
      <w:pPr>
        <w:jc w:val="right"/>
      </w:pPr>
      <w:r>
        <w:t>دس کوئسچن از فرام مسٹر نفیس شیراز فرام دہلی۔ آج کے زمانے میں زیادہ تر مسلمان اپنی اولادوں کی وجہ سے کافی پریشان رہتے ہیں۔</w:t>
      </w:r>
    </w:p>
    <w:p>
      <w:r>
        <w:rPr>
          <w:b/>
        </w:rPr>
        <w:t xml:space="preserve">[27:59] </w:t>
      </w:r>
      <w:r>
        <w:t>yani unki auladen nalaik bhi hain aur naferman bhi. is ki kya wajah hai?</w:t>
      </w:r>
    </w:p>
    <w:p>
      <w:pPr>
        <w:jc w:val="right"/>
      </w:pPr>
      <w:r>
        <w:t>یعنی ان کی اولادیں نالائق بھی ہیں اور نافرمان بھی۔ اس کی کیا وجہ ہے؟</w:t>
      </w:r>
    </w:p>
    <w:p>
      <w:r>
        <w:rPr>
          <w:b/>
        </w:rPr>
        <w:t xml:space="preserve">[28:08] </w:t>
      </w:r>
      <w:r>
        <w:t>sirf aik wajah hai: pampering. sari zimmedari maa baap par hai. har maa baap pampering kar ke apne bachhon ko kharab karte hain.</w:t>
      </w:r>
    </w:p>
    <w:p>
      <w:pPr>
        <w:jc w:val="right"/>
      </w:pPr>
      <w:r>
        <w:t>صرف ایک وجہ ہے: پیمپرنگ۔ ساری ذمہ داری ماں باپ پر ہے۔ ہر ماں باپ پیمپرنگ کر کے اپنے بچوں کو خراب کرتے ہیں۔</w:t>
      </w:r>
    </w:p>
    <w:p>
      <w:r>
        <w:rPr>
          <w:b/>
        </w:rPr>
        <w:t xml:space="preserve">[28:22] </w:t>
      </w:r>
      <w:r>
        <w:t>bas aur koi wajah hai hi nahi doosri. apne bachhon ko easy money denge, easy car denge, easy luxury denge.</w:t>
      </w:r>
    </w:p>
    <w:p>
      <w:pPr>
        <w:jc w:val="right"/>
      </w:pPr>
      <w:r>
        <w:t>بس اور کوئی وجہ ہے ہی نہیں دوسری۔ اپنے بچوں کو ایزی منی دیں گے، ایزی کار دیں گے، ایزی لگزری دیں گے۔</w:t>
      </w:r>
    </w:p>
    <w:p>
      <w:r>
        <w:rPr>
          <w:b/>
        </w:rPr>
        <w:t xml:space="preserve">[28:31] </w:t>
      </w:r>
      <w:r>
        <w:t>matlab unhein mehnat nahi karni padi aur free mein baap ne de diya. to sab se buri cheez jo hai, pampering.</w:t>
      </w:r>
    </w:p>
    <w:p>
      <w:pPr>
        <w:jc w:val="right"/>
      </w:pPr>
      <w:r>
        <w:t>مطلب انہیں محنت نہیں کرنی پڑی اور فری میں باپ نے دے دیا۔ تو سب سے بری چیز جو ہے، پیمپرنگ۔</w:t>
      </w:r>
    </w:p>
    <w:p>
      <w:r>
        <w:rPr>
          <w:b/>
        </w:rPr>
        <w:t xml:space="preserve">[28:41] </w:t>
      </w:r>
      <w:r>
        <w:t>bachhon ke andar realistic approach nahi aa pata. haqeeqat nahi samajh paate woh. bana kamaye mil gaya, bana pasina bahaye mil gaya, kuch bhi nahi kiya aur sab cheez mil gayi.</w:t>
      </w:r>
    </w:p>
    <w:p>
      <w:pPr>
        <w:jc w:val="right"/>
      </w:pPr>
      <w:r>
        <w:t>بچوں کے اندر ریلسٹک اپروچ نہیں آ پاتا۔ حق حقیقت نہیں سمجھ پاتے وہ۔ بنا کمائے مل گیا، بنا پسینہ بہائے مل گیا، کچھ بھی نہیں کیا اور سب چیز مل گئی۔</w:t>
      </w:r>
    </w:p>
    <w:p>
      <w:r>
        <w:rPr>
          <w:b/>
        </w:rPr>
        <w:t xml:space="preserve">[28:54] </w:t>
      </w:r>
      <w:r>
        <w:t>to to bigadenge, woh to bigadenge. aur koi maa baap is ke liye tayyar nahi ke mein pampering karta hoon. mein jis se baap se baat karta hoon na, ae hum to kuch nahi karte, hum kya karte hain?</w:t>
      </w:r>
    </w:p>
    <w:p>
      <w:pPr>
        <w:jc w:val="right"/>
      </w:pPr>
      <w:r>
        <w:t>تو تو بگڑیں گے، وہ تو بگڑیں گے۔ اور کوئی ماں باپ اس کے لیے تیار نہیں کہ میں پیمپرنگ کرتا ہوں۔ میں جس سے باپ سے بات کرتا ہوں نا، اے ہم تو کچھ نہیں کرتے، ہم کیا کرتے ہیں؟</w:t>
      </w:r>
    </w:p>
    <w:p>
      <w:r>
        <w:rPr>
          <w:b/>
        </w:rPr>
        <w:t xml:space="preserve">[29:06] </w:t>
      </w:r>
      <w:r>
        <w:t>wajah kya hai? bhai, woh samajhte hain ke humein to is ko dena chahiye hawai jahaz. to humein to aik aik cycle de di hai, humein to dena chahiye aik mahal, humein to aik flat de diya hai.</w:t>
      </w:r>
    </w:p>
    <w:p>
      <w:pPr>
        <w:jc w:val="right"/>
      </w:pPr>
      <w:r>
        <w:t>وجہ کیا ہے؟ بھئی، وہ سمجھتے ہیں کہ ہمیں تو اس کو دینا چاہیے ہوائی جہاز۔ تو ہمیں تو ایک ایک سائیکل دے دی ہے، ہمیں تو دینا چاہیے ایک محل، ہمیں تو ایک فلیٹ دے دیا ہے۔</w:t>
      </w:r>
    </w:p>
    <w:p>
      <w:r>
        <w:rPr>
          <w:b/>
        </w:rPr>
        <w:t xml:space="preserve">[29:19] </w:t>
      </w:r>
      <w:r>
        <w:t>to koi maa baap is ko pakad nahi paate ke ke ah ke yani asal asal baat kya hai.</w:t>
      </w:r>
    </w:p>
    <w:p>
      <w:pPr>
        <w:jc w:val="right"/>
      </w:pPr>
      <w:r>
        <w:t>تو کوئی ماں باپ اس کو پکڑ نہیں پاتے کہ کہ اہ کہ یعنی اصل اصل بات کیا ہے۔</w:t>
      </w:r>
    </w:p>
    <w:p>
      <w:r>
        <w:rPr>
          <w:b/>
        </w:rPr>
        <w:t xml:space="preserve">[29:32] </w:t>
      </w:r>
      <w:r>
        <w:t>to jab tak maa baap pampering ko nahi chhodenge, tab tak bachhe bigadte hi rahenge. bachhon ka bigadna khatm nahi hoga. woh age jo ke hoti hai, jis ko kehte hain yani preparatory period.</w:t>
      </w:r>
    </w:p>
    <w:p>
      <w:pPr>
        <w:jc w:val="right"/>
      </w:pPr>
      <w:r>
        <w:t>تو جب تک ماں باپ پیمپرنگ کو نہیں چھوڑیں گے، تب تک بچے بگڑتے ہی رہیں گے۔ بچوں کا بگڑنا ختم نہیں ہوگا۔ وہ ایج جو کہ ہوتی ہے، جس کو کہتے ہیں یعنی پریپریٹری پیریڈ۔</w:t>
      </w:r>
    </w:p>
    <w:p>
      <w:r>
        <w:rPr>
          <w:b/>
        </w:rPr>
        <w:t xml:space="preserve">[29:45] </w:t>
      </w:r>
      <w:r>
        <w:t>bachhon ka jo preparatory period hai, usi mein inko pampering mil rahi hai.</w:t>
      </w:r>
    </w:p>
    <w:p>
      <w:pPr>
        <w:jc w:val="right"/>
      </w:pPr>
      <w:r>
        <w:t>بچوں کا جو پریپریٹری پیریڈ ہے، اسی میں ان کو پیمپرنگ مل رہی ہے۔</w:t>
      </w:r>
    </w:p>
    <w:p>
      <w:r>
        <w:rPr>
          <w:b/>
        </w:rPr>
        <w:t xml:space="preserve">[29:53] </w:t>
      </w:r>
      <w:r>
        <w:t>to behal, mein is ko samajhta hoon ke</w:t>
      </w:r>
    </w:p>
    <w:p>
      <w:pPr>
        <w:jc w:val="right"/>
      </w:pPr>
      <w:r>
        <w:t>تو بہرحال، میں اس کو سمجھتا ہوں کہ</w:t>
      </w:r>
    </w:p>
    <w:p>
      <w:r>
        <w:rPr>
          <w:b/>
        </w:rPr>
        <w:t xml:space="preserve">[29:58] </w:t>
      </w:r>
      <w:r>
        <w:t>hadith mein aata hai ke apne bachhon ko namaz parhna sikhao. jab das saal ke ho jayen to to unhein maro.</w:t>
      </w:r>
    </w:p>
    <w:p>
      <w:pPr>
        <w:jc w:val="right"/>
      </w:pPr>
      <w:r>
        <w:t>حدیث میں آتا ہے کہ اپنے بچوں کو نماز پڑھنا سکھاؤ۔ جب دس سال کے ہو جائیں تو تو انہیں مارو۔</w:t>
      </w:r>
    </w:p>
    <w:p>
      <w:r>
        <w:rPr>
          <w:b/>
        </w:rPr>
        <w:t xml:space="preserve">[30:08] </w:t>
      </w:r>
      <w:r>
        <w:t>fa darbah bil ghashrah, yeh hai na? fa darbah bil ghashrah. to log samajhte hain ke marna, marna nahi. hammering karo in ki.</w:t>
      </w:r>
    </w:p>
    <w:p>
      <w:pPr>
        <w:jc w:val="right"/>
      </w:pPr>
      <w:r>
        <w:t>فضربہ بلغشرہ، یہ ہے نا؟ فضربہ بلغشرہ۔ تو لوگ سمجھتے ہیں کہ مارنا، مارنا نہیں۔ ہیمرنگ کرو ان کی۔</w:t>
      </w:r>
    </w:p>
    <w:p>
      <w:r>
        <w:rPr>
          <w:b/>
        </w:rPr>
        <w:t xml:space="preserve">[30:19] </w:t>
      </w:r>
      <w:r>
        <w:t>yeh matlab nahi ke danda le ke maro in ko. yeh namaz ki baat nahi hai. yani language of pampering mat istemal karo.</w:t>
      </w:r>
    </w:p>
    <w:p>
      <w:pPr>
        <w:jc w:val="right"/>
      </w:pPr>
      <w:r>
        <w:t>یہ مطلب نہیں کہ ڈنڈا لے کے مارو ان کو۔ یہ نماز کی بات نہیں ہے۔ یعنی لینگویج آف پیمپرنگ مت استعمال کرو۔</w:t>
      </w:r>
    </w:p>
    <w:p>
      <w:r>
        <w:rPr>
          <w:b/>
        </w:rPr>
        <w:t xml:space="preserve">[30:27] </w:t>
      </w:r>
      <w:r>
        <w:t>language of hammering istemal karo. yeh matlab hai is ka. log jo hain, apne bachhon ke sath language of language of pampering istemal karte hain.</w:t>
      </w:r>
    </w:p>
    <w:p>
      <w:pPr>
        <w:jc w:val="right"/>
      </w:pPr>
      <w:r>
        <w:t>لینگویج آف ہیمرنگ استعمال کرو۔ یہ مطلب ہے اس کا۔ لوگ جو ہیں، اپنے بچوں کے ساتھ لینگویج آف لینگویج آف پیمپرنگ استعمال کرتے ہیں۔</w:t>
      </w:r>
    </w:p>
    <w:p>
      <w:r>
        <w:rPr>
          <w:b/>
        </w:rPr>
        <w:t xml:space="preserve">[30:37] </w:t>
      </w:r>
      <w:r>
        <w:t>is hadith ka matlab yeh hai ke nahi, ladke bigad jayenge is se. tum un se language of hammering istemal karo. yeh matlab nahi ke sach much beat beat karo in ki.</w:t>
      </w:r>
    </w:p>
    <w:p>
      <w:pPr>
        <w:jc w:val="right"/>
      </w:pPr>
      <w:r>
        <w:t>اس حدیث کا مطلب یہ ہے کہ نہیں، لڑکے بگڑ جائیں گے اس سے۔ تم ان سے لینگویج آف ہیمرنگ استعمال کرو۔ یہ مطلب نہیں کہ سچ مچ بیٹ بیٹ کرو ان کی۔</w:t>
      </w:r>
    </w:p>
    <w:p>
      <w:r>
        <w:rPr>
          <w:b/>
        </w:rPr>
        <w:t xml:space="preserve">[30:47] </w:t>
      </w:r>
      <w:r>
        <w:t>to aap ya to yeh kijiye, nahi kijiye to phir bhugtiye is ki price dijiye is ki. agar aap pampering nahi chhodna chahte to phir price is ki dijiye is ki ke ladke bigadenge.</w:t>
      </w:r>
    </w:p>
    <w:p>
      <w:pPr>
        <w:jc w:val="right"/>
      </w:pPr>
      <w:r>
        <w:t>تو آپ یا تو یہ کیجیے، نہیں کیجیے تو پھر بھگتیے اس کی پرائس دیجیے اس کی۔ اگر آپ پیمپرنگ نہیں چھوڑنا چاہتے تو پھر پرائس اس کی دیجیے اس کی کہ لڑکے بگڑیں گے۔</w:t>
      </w:r>
    </w:p>
    <w:p>
      <w:r>
        <w:rPr>
          <w:b/>
        </w:rPr>
        <w:t xml:space="preserve">[31:00] </w:t>
      </w:r>
      <w:r>
        <w:t>to bigadna hi bigadna hai in ko. to bigadna hi bigadna hai in ko.</w:t>
      </w:r>
    </w:p>
    <w:p>
      <w:pPr>
        <w:jc w:val="right"/>
      </w:pPr>
      <w:r>
        <w:t>تو بگڑنا ہی بگڑنا ہے ان کو۔ تو بگڑنا ہی بگڑنا ہے ان کو۔</w:t>
      </w:r>
    </w:p>
    <w:p>
      <w:r>
        <w:rPr>
          <w:b/>
        </w:rPr>
        <w:t xml:space="preserve">[31:10] </w:t>
      </w:r>
      <w:r>
        <w:t>is ke bohat bade qisse hain. main chahu to qissa bayan karne ke liye bohat se qisse bayan karu ke kaise kaise log pampering kar ke bigad rakha hai apne bachchon ko logon ne. lekin in principle main kehta hu ke saare maa baap zimmedar hain is situation se.</w:t>
      </w:r>
    </w:p>
    <w:p>
      <w:pPr>
        <w:jc w:val="right"/>
      </w:pPr>
      <w:r>
        <w:t>اس کے بہت بڑے قصے ہیں۔ میں چاہوں تو قصہ بیان کرنے کے لیے بہت سے قصے بیان کروں کہ کیسے کیسے لوگ پیمپرنگ کر کے بگاڑ رکھا ہے اپنے بچوں کو لوگوں نے۔ لیکن ان پرنسپل میں کہتا ہوں کہ سارے ماں باپ ذمہ دار ہیں اس سچوئیشن سے۔</w:t>
      </w:r>
    </w:p>
    <w:p>
      <w:r>
        <w:rPr>
          <w:b/>
        </w:rPr>
        <w:t xml:space="preserve">[31:25] </w:t>
      </w:r>
      <w:r>
        <w:t>khud shikayat karte hain aulaad ki. zimmedar woh khud hain. shikayat doosron ko karte hain. zimmedar woh khud hain kyunke woh pampering kar ke kharab kar diya unho ne is ko.</w:t>
      </w:r>
    </w:p>
    <w:p>
      <w:pPr>
        <w:jc w:val="right"/>
      </w:pPr>
      <w:r>
        <w:t>خود شکایت کرتے ہیں اولاد کی۔ ذمہ دار وہ خود ہیں۔ شکایت دوسروں کو کرتے ہیں۔ ذمہ دار وہ خود ہیں کیونکہ وہ پیمپرنگ کر کے خراب کر دیا انہوں نے اس کو۔</w:t>
      </w:r>
    </w:p>
    <w:p>
      <w:r>
        <w:rPr>
          <w:b/>
        </w:rPr>
        <w:t xml:space="preserve">[31:43] </w:t>
      </w:r>
      <w:r>
        <w:t>das question is from mr khawaja kaleemuddin from pennsylvania. maulana sahib, is it necessary to learn what part of her ibadah is farz or sunnat or nafil?</w:t>
      </w:r>
    </w:p>
    <w:p>
      <w:pPr>
        <w:jc w:val="right"/>
      </w:pPr>
      <w:r>
        <w:t>دس کوئسچن از فرام مسٹر خواجہ کلیم الدین فرام پینسلوینیا۔ مولانا صاحب، از اٹ نیسیسری ٹو لرن واٹ پارٹ آف ہر عبادت از فرض اور سنت اور نفیل؟</w:t>
      </w:r>
    </w:p>
    <w:p>
      <w:r>
        <w:rPr>
          <w:b/>
        </w:rPr>
        <w:t xml:space="preserve">[32:01] </w:t>
      </w:r>
      <w:r>
        <w:t>dekhen, yeh sab taqseemāt jo hain, yeh yeh hadith mein nahi hain, na quran mein hain. yeh fuqaha ne banayi hain, yeh sab.</w:t>
      </w:r>
    </w:p>
    <w:p>
      <w:pPr>
        <w:jc w:val="right"/>
      </w:pPr>
      <w:r>
        <w:t>دیکھیں، یہ سب تقسیمات جو ہیں، یہ یہ حدیث میں نہیں ہیں، نہ قرآن میں ہیں۔ یہ فقہاء نے بنائی ہیں، یہ سب۔</w:t>
      </w:r>
    </w:p>
    <w:p>
      <w:r>
        <w:rPr>
          <w:b/>
        </w:rPr>
        <w:t xml:space="preserve">[32:10] </w:t>
      </w:r>
      <w:r>
        <w:t>yeh samajh lijiye aap is ko ke namaz to bas namaz hai. bas sunnat muakkadah, sunnat ghair muakkadah, aur yeh kahan kahan hadith mein hai?</w:t>
      </w:r>
    </w:p>
    <w:p>
      <w:pPr>
        <w:jc w:val="right"/>
      </w:pPr>
      <w:r>
        <w:t>یہ سمجھ لیجئے آپ اس کو کہ نماز تو بس نماز ہے۔ بس سنت موکدہ، سنت غیر موکدہ، اور یہ کہاں کہاں حدیث میں ہے؟</w:t>
      </w:r>
    </w:p>
    <w:p>
      <w:r>
        <w:rPr>
          <w:b/>
        </w:rPr>
        <w:t xml:space="preserve">[32:19] </w:t>
      </w:r>
      <w:r>
        <w:t>yeh sab hai kahan hai? mujhe bataiye. bas namaz to namaz hai. yeh is taqseem ko le kar namaz padhenge, aap to kabhi namaz nahi ada kar paayenge.</w:t>
      </w:r>
    </w:p>
    <w:p>
      <w:pPr>
        <w:jc w:val="right"/>
      </w:pPr>
      <w:r>
        <w:t>یہ سب ہے کہاں ہے؟ مجھے بتائیے۔ بس نماز تو نماز ہے۔ یہ اس تقسیم کو لے کر نماز پڑھیں گے، آپ تو کبھی نماز نہیں ادا کر پائیں گے۔</w:t>
      </w:r>
    </w:p>
    <w:p>
      <w:r>
        <w:rPr>
          <w:b/>
        </w:rPr>
        <w:t xml:space="preserve">[32:30] </w:t>
      </w:r>
      <w:r>
        <w:t>aap</w:t>
      </w:r>
    </w:p>
    <w:p>
      <w:pPr>
        <w:jc w:val="right"/>
      </w:pPr>
      <w:r>
        <w:t>آپ</w:t>
      </w:r>
    </w:p>
    <w:p>
      <w:r>
        <w:rPr>
          <w:b/>
        </w:rPr>
        <w:t xml:space="preserve">[32:34] </w:t>
      </w:r>
      <w:r>
        <w:t>yeh taqseem agar aap ke zehen mein hai ke yeh sunnat hai, yeh nafil hai, yeh farz hai, yeh yeh muakkadah hai, yeh ghair muakkadah hai, falan falan, yeh to yeh to woh hai.</w:t>
      </w:r>
    </w:p>
    <w:p>
      <w:pPr>
        <w:jc w:val="right"/>
      </w:pPr>
      <w:r>
        <w:t>یہ تقسیم اگر آپ کے ذہن میں ہے کہ یہ سنت ہے، یہ نفل ہے، یہ فرض ہے، یہ یہ موکدہ ہے، یہ غیر موکدہ ہے، فلاں فلاں، یہ تو یہ تو وہ ہے۔</w:t>
      </w:r>
    </w:p>
    <w:p>
      <w:r>
        <w:rPr>
          <w:b/>
        </w:rPr>
        <w:t xml:space="preserve">[32:43] </w:t>
      </w:r>
      <w:r>
        <w:t>yani technical, technical woh hai. yani definition. agar technical definition le kar aap namaz padhte hain to aap technical namaz padhenge.</w:t>
      </w:r>
    </w:p>
    <w:p>
      <w:pPr>
        <w:jc w:val="right"/>
      </w:pPr>
      <w:r>
        <w:t>یعنی ٹیکنیکل، ٹیکنیکل وہ ہے۔ یعنی ڈیفینیشن۔ اگر ٹیکنیکل ڈیفینیشن لے کر آپ نماز پڑھتے ہیں تو آپ ٹیکنیکل نماز پڑھیں گے۔</w:t>
      </w:r>
    </w:p>
    <w:p>
      <w:r>
        <w:rPr>
          <w:b/>
        </w:rPr>
        <w:t xml:space="preserve">[32:55] </w:t>
      </w:r>
      <w:r>
        <w:t>technical namaz, yeh technical namaz hai. yeh namaz to ek yaad e khundawandi ka ek ek samandar hai jo aap namaz aap sine mein ulta hai.</w:t>
      </w:r>
    </w:p>
    <w:p>
      <w:pPr>
        <w:jc w:val="right"/>
      </w:pPr>
      <w:r>
        <w:t>ٹیکنیکل نماز، یہ ٹیکنیکل نماز ہے۔ یہ نماز تو ایک یاد خداوندی کا ایک ایک سمندر ہے جو آپ نماز آپ سینے میں الٹتا ہے۔</w:t>
      </w:r>
    </w:p>
    <w:p>
      <w:r>
        <w:rPr>
          <w:b/>
        </w:rPr>
        <w:t xml:space="preserve">[33:08] </w:t>
      </w:r>
      <w:r>
        <w:t>to aap yeh yaad rahega ke main farz kar padh raha hu, sunnat padh raha hu. yeh sab kuch nahi. namaz ki spirit apne andar jagaiye.</w:t>
      </w:r>
    </w:p>
    <w:p>
      <w:pPr>
        <w:jc w:val="right"/>
      </w:pPr>
      <w:r>
        <w:t>تو آپ یہ یاد رہے گا کہ میں فرض کر پڑھ رہا ہوں، سنت پڑھ رہا ہوں۔ یہ سب کچھ نہیں۔ نماز کی سپرٹ اپنے اندر جگائیے۔</w:t>
      </w:r>
    </w:p>
    <w:p>
      <w:r>
        <w:rPr>
          <w:b/>
        </w:rPr>
        <w:t xml:space="preserve">[33:18] </w:t>
      </w:r>
      <w:r>
        <w:t>spirit namaz ki jo spirit hai, woh kya hai? qad aflaha al mominun allazina hum fi salatihim khashiun.</w:t>
      </w:r>
    </w:p>
    <w:p>
      <w:pPr>
        <w:jc w:val="right"/>
      </w:pPr>
      <w:r>
        <w:t>سپرٹ نماز کی جو سپرٹ ہے، وہ کیا ہے؟ قطع المومنون الذین فی صلاۃ خاشعون۔</w:t>
      </w:r>
    </w:p>
    <w:p>
      <w:r>
        <w:rPr>
          <w:b/>
        </w:rPr>
        <w:t xml:space="preserve">[33:27] </w:t>
      </w:r>
      <w:r>
        <w:t>yani khushu jo hai, woh spirit hai namaz ki. allah se taalluq, allah ki yaad, allah se mohabbat, allah ka khauf, yeh sab baatein hain.</w:t>
      </w:r>
    </w:p>
    <w:p>
      <w:pPr>
        <w:jc w:val="right"/>
      </w:pPr>
      <w:r>
        <w:t>یعنی خشوع جو ہے، وہ سپرٹ ہے نماز کی۔ اللہ سے تعلق، اللہ کی یاد، اللہ سے محبت، اللہ کا خوف، یہ سب باتیں ہیں۔</w:t>
      </w:r>
    </w:p>
    <w:p>
      <w:r>
        <w:rPr>
          <w:b/>
        </w:rPr>
        <w:t xml:space="preserve">[33:37] </w:t>
      </w:r>
      <w:r>
        <w:t>to phir yeh sab boundaries toot jaati hain. yeh sunnat hum padh rahe hain aur farz hum padh rahe hain. yeh farz to to to ek routine ko qaim rakhne ke liye hai.</w:t>
      </w:r>
    </w:p>
    <w:p>
      <w:pPr>
        <w:jc w:val="right"/>
      </w:pPr>
      <w:r>
        <w:t>تو پھر یہ سب باؤنڈریز ٹوٹ جاتی ہیں۔ یہ سنت ہم پڑھ رہے ہیں اور فرض ہم پڑھ رہے ہیں۔ یہ فرض تو تو تو ایک روٹین کو قائم رکھنے کے لیے ہے۔</w:t>
      </w:r>
    </w:p>
    <w:p>
      <w:r>
        <w:rPr>
          <w:b/>
        </w:rPr>
        <w:t xml:space="preserve">[33:47] </w:t>
      </w:r>
      <w:r>
        <w:t>yeh yeh farz jo hai, yeh routine ko qaim karne ke liye hai. yeh paanch routine bata diye gaye. baqi namaz is se aala hai, is se upar hai.</w:t>
      </w:r>
    </w:p>
    <w:p>
      <w:pPr>
        <w:jc w:val="right"/>
      </w:pPr>
      <w:r>
        <w:t>یہ یہ فرض جو ہے، یہ روٹین کو قائم کرنے کے لیے ہے۔ یہ پانچ روٹین بتا دیے گئے۔ باقی نماز اس سے اعلیٰ ہے، اس سے اوپر ہے۔</w:t>
      </w:r>
    </w:p>
    <w:p>
      <w:r>
        <w:rPr>
          <w:b/>
        </w:rPr>
        <w:t xml:space="preserve">[33:58] </w:t>
      </w:r>
      <w:r>
        <w:t>aur yeh paida hogi namaz. aap ko bohat zyada study karen, aap quran ki bohat zyada study karen, aap hadith ki bohat zyada. allah taala ke yani jo science hain, nature mein is ko socha bohat zyada, is se woh namaz paida hogi.</w:t>
      </w:r>
    </w:p>
    <w:p>
      <w:pPr>
        <w:jc w:val="right"/>
      </w:pPr>
      <w:r>
        <w:t>اور یہ پیدا ہوگی نماز۔ آپ کو بہت زیادہ اسٹڈی کریں، آپ قرآن کی بہت زیادہ اسٹڈی کریں، آپ حدیث کی بہت زیادہ۔ اللہ تعالی کے یعنی جو سائنس ہیں، نیچر میں اس کو سوچا بہت زیادہ، اس سے وہ نماز پیدا ہوگی۔</w:t>
      </w:r>
    </w:p>
    <w:p>
      <w:r>
        <w:rPr>
          <w:b/>
        </w:rPr>
        <w:t xml:space="preserve">[34:16] </w:t>
      </w:r>
      <w:r>
        <w:t>das question is from mr shafiq ahmed from saharanpur. it is difficult to teach a general muslim, but it is extra difficult to teach a muslim scholar.</w:t>
      </w:r>
    </w:p>
    <w:p>
      <w:pPr>
        <w:jc w:val="right"/>
      </w:pPr>
      <w:r>
        <w:t>دس کوئسچن از فرام مسٹر شفیق احمد فرام سہرن پور۔ اٹ از ڈیفیکلٹ ٹو ٹیچ ا جنرل مسلم، بٹ اٹ از ایکسٹرا ڈیفیکلٹ ٹو ٹیچ ا مسلم سکالر۔</w:t>
      </w:r>
    </w:p>
    <w:p>
      <w:r>
        <w:rPr>
          <w:b/>
        </w:rPr>
        <w:t xml:space="preserve">[34:31] </w:t>
      </w:r>
      <w:r>
        <w:t>if muslim scholars are not changed, how can muslims be changed?</w:t>
      </w:r>
    </w:p>
    <w:p>
      <w:pPr>
        <w:jc w:val="right"/>
      </w:pPr>
      <w:r>
        <w:t>اف مسلم سکالرز ار ناٹ چینجڈ، ہاؤ کین مسلمز بی چینجڈ؟</w:t>
      </w:r>
    </w:p>
    <w:p>
      <w:r>
        <w:rPr>
          <w:b/>
        </w:rPr>
        <w:t xml:space="preserve">[34:37] </w:t>
      </w:r>
      <w:r>
        <w:t>nahi, nahi, koi difficulty nahi hai. difficulty hai ke aap chahen ke har aadmi jis se aap ne daawa work kiya, woh badal jaaye.</w:t>
      </w:r>
    </w:p>
    <w:p>
      <w:pPr>
        <w:jc w:val="right"/>
      </w:pPr>
      <w:r>
        <w:t>نہیں، نہیں، کوئی ڈیفیکلٹی نہیں ہے۔ ڈیفیکلٹی ہے کہ آپ چاہیں کہ ہر آدمی جس سے آپ نے دعویٰ ورک کیا، وہ بدل جائے۔</w:t>
      </w:r>
    </w:p>
    <w:p>
      <w:r>
        <w:rPr>
          <w:b/>
        </w:rPr>
        <w:t xml:space="preserve">[34:47] </w:t>
      </w:r>
      <w:r>
        <w:t>yeh hai difficulty. kyun badal jayega? har aadmi kyun badal jayega? seeker badalta hai. seeker scholar ho ya non scholar ho, agar woh seeker hai to badal jayega.</w:t>
      </w:r>
    </w:p>
    <w:p>
      <w:pPr>
        <w:jc w:val="right"/>
      </w:pPr>
      <w:r>
        <w:t>یہ ہے ڈیفیکلٹی۔ کیوں بدل جائے گا؟ ہر آدمی کیوں بدل جائے گا؟ سیکھر بدلتا ہے۔ سیکھر اسکالر ہو یا نان اسکالر ہو، اگر وہ سیکھر ہے تو بدل جائے گا۔</w:t>
      </w:r>
    </w:p>
    <w:p>
      <w:r>
        <w:rPr>
          <w:b/>
        </w:rPr>
        <w:t xml:space="preserve">[34:57] </w:t>
      </w:r>
      <w:r>
        <w:t>woh jaise maine qissa bataya aap ko jalandhar ka, ek lady jo english literature se ka subject hai, uska college mein english padhati hai.</w:t>
      </w:r>
    </w:p>
    <w:p>
      <w:pPr>
        <w:jc w:val="right"/>
      </w:pPr>
      <w:r>
        <w:t>وہ جیسے میں نے قصہ بتایا آپ کو جلندھر کا، ایک لیڈی جو انگلش لٹریچر سے کا سبجیکٹ ہے، اس کا کالج میں انگلش پڑھاتی ہے۔</w:t>
      </w:r>
    </w:p>
    <w:p>
      <w:r>
        <w:rPr>
          <w:b/>
        </w:rPr>
        <w:t xml:space="preserve">[35:08] </w:t>
      </w:r>
      <w:r>
        <w:t>bohat achhi english is ki hai. lekin ek do kitaab padh kar ke is ka yeh haal hua ke us ne kaha ke main ab namaz padhungi. to to bohat badi scholar thi woh.</w:t>
      </w:r>
    </w:p>
    <w:p>
      <w:pPr>
        <w:jc w:val="right"/>
      </w:pPr>
      <w:r>
        <w:t>بہت اچھی انگلش اس کی ہے۔ لیکن ایک دو کتاب پڑھ کر کے اس کا یہ حال ہوا کہ اس نے کہا کہ میں اب نماز پڑھوں گی۔ تو تو بہت بڑی سکالر تھی وہ۔</w:t>
      </w:r>
    </w:p>
    <w:p>
      <w:r>
        <w:rPr>
          <w:b/>
        </w:rPr>
        <w:t xml:space="preserve">[35:18] </w:t>
      </w:r>
      <w:r>
        <w:t>to asal cheez yeh nahi hai ke scholar kaun hai, kaun non scholar kaun hai. is ke andar seekhne ki spirit kitni hai.</w:t>
      </w:r>
    </w:p>
    <w:p>
      <w:pPr>
        <w:jc w:val="right"/>
      </w:pPr>
      <w:r>
        <w:t>تو اصل چیز یہ نہیں ہے کہ اسکالر کون ہے، کون نان اسکالر کون ہے۔ اس کے اندر سیکھنے کی سپرٹ کتنی ہے۔</w:t>
      </w:r>
    </w:p>
    <w:p>
      <w:r>
        <w:rPr>
          <w:b/>
        </w:rPr>
        <w:t xml:space="preserve">[35:30] </w:t>
      </w:r>
      <w:r>
        <w:t>jab jo seekhar hoga, wahi aap ki baat ko samjhe ga. to woida ka zaal alfahada, zaal ka matlab hai seekhar. to aap yeh yeh aik hunting ka process hai.</w:t>
      </w:r>
    </w:p>
    <w:p>
      <w:pPr>
        <w:jc w:val="right"/>
      </w:pPr>
      <w:r>
        <w:t>جب جو سیکھر ہوگا، وہی آپ کی بات کو سمجھے گا۔ تو وویدہ کا ذال الفہادہ، ذال کا معنی ہے سیکھر۔ تو آپ یہ یہ ایک ہنٹنگ کا پراسیس ہے۔</w:t>
      </w:r>
    </w:p>
    <w:p>
      <w:r>
        <w:rPr>
          <w:b/>
        </w:rPr>
        <w:t xml:space="preserve">[35:42] </w:t>
      </w:r>
      <w:r>
        <w:t>hunting process yani seekhar ko talash karna. aap jo daawa work kar rahe hain, to is yeh samajh ke na kijiye ke 100 fisad sab log aap ki baat maan len ge. nahi, that is hunting process.</w:t>
      </w:r>
    </w:p>
    <w:p>
      <w:pPr>
        <w:jc w:val="right"/>
      </w:pPr>
      <w:r>
        <w:t>ہنٹنگ پراسیس یعنی سیکھر کو تلاش کرنا۔ آپ جو دعویٰ ورک کر رہے ہیں، تو اس یہ سمجھ کے نہ کیجیے کہ 100 فیصد سب لوگ آپ کی بات مان لیں گے۔ نہیں، دیٹ از ہنٹنگ پراسیس۔</w:t>
      </w:r>
    </w:p>
    <w:p>
      <w:r>
        <w:rPr>
          <w:b/>
        </w:rPr>
        <w:t xml:space="preserve">[35:53] </w:t>
      </w:r>
      <w:r>
        <w:t>seekhar kon kon hai, is ko dhoond rahe hain aap. jahan aap seekhar pa jayen ge, woh foran aap ko positive response de ga. to is pe aur zyada mehnat kijiye.</w:t>
      </w:r>
    </w:p>
    <w:p>
      <w:pPr>
        <w:jc w:val="right"/>
      </w:pPr>
      <w:r>
        <w:t>سیکھر کون کون ہے، اس کو ڈھونڈ رہے ہیں آپ۔ جہاں آپ سیکھر پا جائیں گے، وہ فوراً آپ کو پوزیٹیو رسپانس دے گا۔ تو اس پہ اور زیادہ محنت کیجیے۔</w:t>
      </w:r>
    </w:p>
    <w:p>
      <w:r>
        <w:rPr>
          <w:b/>
        </w:rPr>
        <w:t xml:space="preserve">[36:06] </w:t>
      </w:r>
      <w:r>
        <w:t>fazal nafs kamal, is pe zyada mehnat kijiye. pa jayen aap kisi seekhar ko. aap yeh hai sahi process.</w:t>
      </w:r>
    </w:p>
    <w:p>
      <w:pPr>
        <w:jc w:val="right"/>
      </w:pPr>
      <w:r>
        <w:t>فضل نفس کمال، اس پہ زیادہ محنت کیجیے۔ پا جائیں آپ کسی سیکھر کو۔ آپ یہ ہے صحیح پراسیس۔</w:t>
      </w:r>
    </w:p>
    <w:p>
      <w:r>
        <w:rPr>
          <w:b/>
        </w:rPr>
        <w:t xml:space="preserve">[36:15] </w:t>
      </w:r>
      <w:r>
        <w:t>das question is from mr noman rasheed from new delhi. hazrat umar ne aik aadmi ko dekha ke woh sharab peeta hai.</w:t>
      </w:r>
    </w:p>
    <w:p>
      <w:pPr>
        <w:jc w:val="right"/>
      </w:pPr>
      <w:r>
        <w:t>دس کوئسچن از فرام مسٹر نومن رشید فرام نیو دہلی۔ حضرت عمر نے ایک آدمی کو دیکھا کہ وہ شراب پیتا ہے۔</w:t>
      </w:r>
    </w:p>
    <w:p>
      <w:r>
        <w:rPr>
          <w:b/>
        </w:rPr>
        <w:t xml:space="preserve">[36:26] </w:t>
      </w:r>
      <w:r>
        <w:t>aap ne is aadmi ko naseehat ki aur apne sathiyon se kaha ke is ke liye dua karo. is ke baad is aadmi ne sharab chhod di.</w:t>
      </w:r>
    </w:p>
    <w:p>
      <w:pPr>
        <w:jc w:val="right"/>
      </w:pPr>
      <w:r>
        <w:t>آپ نے اس آدمی کو نصیحت کی اور اپنے ساتھیوں سے کہا کہ اس کے لیے دعا کرو۔ اس کے بعد اس آدمی نے شراب چھوڑ دی۔</w:t>
      </w:r>
    </w:p>
    <w:p>
      <w:r>
        <w:rPr>
          <w:b/>
        </w:rPr>
        <w:t xml:space="preserve">[36:38] </w:t>
      </w:r>
      <w:r>
        <w:t>is ke baad hazrat umar ne apne sathiyon se kaha ke jab tum apne bhaiyon ko kisi burai se dekho to is ki khair khwahi karo aur is ke bare mein shaitan ke madadgar na bano.</w:t>
      </w:r>
    </w:p>
    <w:p>
      <w:pPr>
        <w:jc w:val="right"/>
      </w:pPr>
      <w:r>
        <w:t>اس کے بعد حضرت عمر نے اپنے ساتھیوں سے کہا کہ جب تم اپنے بھائیوں کو کسی برائی سے دیکھو تو اس کی خیر خواہی کرو اور اس کے بارے میں شیطان کے مددگار نہ بنو۔</w:t>
      </w:r>
    </w:p>
    <w:p>
      <w:r>
        <w:rPr>
          <w:b/>
        </w:rPr>
        <w:t xml:space="preserve">[36:53] </w:t>
      </w:r>
      <w:r>
        <w:t>wala takunu lil shaitan awana. maulana, is waqiye ko explain kijiye. is ke last part ka matlab kya hai?</w:t>
      </w:r>
    </w:p>
    <w:p>
      <w:pPr>
        <w:jc w:val="right"/>
      </w:pPr>
      <w:r>
        <w:t>ولا تكونوا للشیطان اوانا۔ مولانا، اس واقعے کو ایکسپلین کیجیے۔ اس کے لاسٹ پارٹ کا مطلب کیا ہے؟</w:t>
      </w:r>
    </w:p>
    <w:p>
      <w:r>
        <w:rPr>
          <w:b/>
        </w:rPr>
        <w:t xml:space="preserve">[37:05] </w:t>
      </w:r>
      <w:r>
        <w:t>hmm, is ka matlab yeh hai ke shaitan ke yani is ke mamle mein to shaitan ka role na ada karo.</w:t>
      </w:r>
    </w:p>
    <w:p>
      <w:pPr>
        <w:jc w:val="right"/>
      </w:pPr>
      <w:r>
        <w:t>ہمم، اس کا مطلب یہ ہے کہ شیطان کے یعنی اس کے معاملے میں تو شیطان کا رول نہ ادا کرو۔</w:t>
      </w:r>
    </w:p>
    <w:p>
      <w:r>
        <w:rPr>
          <w:b/>
        </w:rPr>
        <w:t xml:space="preserve">[37:15] </w:t>
      </w:r>
      <w:r>
        <w:t>yani is ke andar jo ego baitha hua hai, us ko mat jagao. agar aap narmi se kahin to is ka conscious jaage ga. ego jo hai, woh represent karta hai shaitan ko aur conscious ego represent karta hai malaika ko.</w:t>
      </w:r>
    </w:p>
    <w:p>
      <w:pPr>
        <w:jc w:val="right"/>
      </w:pPr>
      <w:r>
        <w:t>یعنی اس کے اندر جو ایگو بیٹھا ہوا ہے، اس کو مت جگاؤ۔ اگر آپ نرمی سے کہیں تو اس کا کانشیس جاگے گا۔ ایگو جو ہے، وہ ریپریزنٹ کرتا ہے شیطان کو اور کانشیس ایگو ریپریزنٹ کرتا ہے ملائکہ کو۔</w:t>
      </w:r>
    </w:p>
    <w:p>
      <w:r>
        <w:rPr>
          <w:b/>
        </w:rPr>
        <w:t xml:space="preserve">[37:31] </w:t>
      </w:r>
      <w:r>
        <w:t>har har aadmi ke dil mein, dil mein har aadmi ke seenay mein aik conscious hai, aik ego hai. to agar aap narmi se samjhayein, is ke liye dua karein to is ka conscious jaage ga.</w:t>
      </w:r>
    </w:p>
    <w:p>
      <w:pPr>
        <w:jc w:val="right"/>
      </w:pPr>
      <w:r>
        <w:t>ہر ہر آدمی کے دل میں، دل میں ہر آدمی کے سینے میں ایک کانشیس ہے، ایک ایگو ہے۔ تو اگر آپ نرمی سے سمجھائیں، اس کے لیے دعا کریں تو اس کا کانشیس جاگے گا۔</w:t>
      </w:r>
    </w:p>
    <w:p>
      <w:r>
        <w:rPr>
          <w:b/>
        </w:rPr>
        <w:t xml:space="preserve">[37:44] </w:t>
      </w:r>
      <w:r>
        <w:t>is kaam ko chhod de ga woh. lekin agar laga hai bura bhala karne, us ko laanat taan karne to ego jaag pare ga. to ego ko mat jagao.</w:t>
      </w:r>
    </w:p>
    <w:p>
      <w:pPr>
        <w:jc w:val="right"/>
      </w:pPr>
      <w:r>
        <w:t>اس کام کو چھوڑ دے گا وہ۔ لیکن اگر لگا ہے برا بھلا کرنے، اس کو لعنت طعن کرنے تو ایگو جاگ پڑے گا۔ تو ایگو کو مت جگاؤ۔</w:t>
      </w:r>
    </w:p>
    <w:p>
      <w:r>
        <w:rPr>
          <w:b/>
        </w:rPr>
        <w:t xml:space="preserve">[37:54] </w:t>
      </w:r>
      <w:r>
        <w:t>is ka matlab yeh hai doosra agar lafz badal dein aap to aap ne farmaya ke is ke conscious ko jagao. is ke ego ko mat jagao. conscious ko jagao ge to baat ko maan le ga.</w:t>
      </w:r>
    </w:p>
    <w:p>
      <w:pPr>
        <w:jc w:val="right"/>
      </w:pPr>
      <w:r>
        <w:t>اس کا مطلب یہ ہے دوسرا اگر لفظ بدل دیں آپ تو آپ نے فرمایا کہ اس کے کانشیس کو جگاؤ۔ اس کے ایگو کو مت جگاؤ۔ کانشیس کو جگاؤ گے تو بات کو مان لے گا۔</w:t>
      </w:r>
    </w:p>
    <w:p>
      <w:r>
        <w:rPr>
          <w:b/>
        </w:rPr>
        <w:t xml:space="preserve">[38:03] </w:t>
      </w:r>
      <w:r>
        <w:t>ego ko jagao ge to woh to bhadkaye ga, ladai chhod de ga. to aap is ke lafz badal dein to matlab is ka yahi hai ke kisi ko burai mein dekho to is ke conscious ko jagao.</w:t>
      </w:r>
    </w:p>
    <w:p>
      <w:pPr>
        <w:jc w:val="right"/>
      </w:pPr>
      <w:r>
        <w:t>ایگو کو جگاؤ گے تو وہ تو بھڑکائے گا، لڑائی چھوڑ دے گا۔ تو آپ اس کے لفظ بدل دیں تو مطلب اس کا یہی ہے کہ کسی کو برائی میں دیکھو تو اس کے کانشیس کو جگاؤ۔</w:t>
      </w:r>
    </w:p>
    <w:p>
      <w:r>
        <w:rPr>
          <w:b/>
        </w:rPr>
        <w:t xml:space="preserve">[38:15] </w:t>
      </w:r>
      <w:r>
        <w:t>is ke ego ko mat jagao hargiz. tumhara galat rawaiyya, tumhara galat andaaz baat kehne ka, is ke ego ko bharka de ga.</w:t>
      </w:r>
    </w:p>
    <w:p>
      <w:pPr>
        <w:jc w:val="right"/>
      </w:pPr>
      <w:r>
        <w:t>اس کے ایگو کو مت جگاؤ ہرگز۔ تمہارا غلط رویہ، تمہارا غلط انداز بات کہنے کا، اس کے ایگو کو بھڑکا دے گا۔</w:t>
      </w:r>
    </w:p>
    <w:p>
      <w:r>
        <w:rPr>
          <w:b/>
        </w:rPr>
        <w:t xml:space="preserve">[38:25] </w:t>
      </w:r>
      <w:r>
        <w:t>to phir to to aur door ho jayega. yeh matlab hai is ka.</w:t>
      </w:r>
    </w:p>
    <w:p>
      <w:pPr>
        <w:jc w:val="right"/>
      </w:pPr>
      <w:r>
        <w:t>تو پھر تو تو اور دور ہو جائے گا۔ یہ مطلب ہے اس کا۔</w:t>
      </w:r>
    </w:p>
    <w:p>
      <w:r>
        <w:rPr>
          <w:b/>
        </w:rPr>
        <w:t xml:space="preserve">[38:33] </w:t>
      </w:r>
      <w:r>
        <w:t>das question is from mr khwaja kaleemuddin from pennsylvania. maulana sahib, is it true that caliph umar once advised one of his sons to divorce his wife when his son did not want to and finally he had to because prophet muhammad also advised him to obey his father?</w:t>
      </w:r>
    </w:p>
    <w:p>
      <w:pPr>
        <w:jc w:val="right"/>
      </w:pPr>
      <w:r>
        <w:t>دس کوئسچن از فرام مسٹر خواجہ کلیم الدین فرام پینسلوینیا۔ مولانا صاحب، از اٹ ٹرو دیٹ کیلف عمر ونس ایڈوائزڈ ون آف ہز سنز ٹو ڈیورس ہز وائف وین ہز سن ڈیڈ ناٹ وانٹ ٹو اینڈ فائنلی ہی ہیڈ ٹو بیکاز پرافٹ محمد السو ایڈوائزڈ ہم ٹو اوبے ہز فادر؟</w:t>
      </w:r>
    </w:p>
    <w:p>
      <w:r>
        <w:rPr>
          <w:b/>
        </w:rPr>
        <w:t xml:space="preserve">[39:00] </w:t>
      </w:r>
      <w:r>
        <w:t>yeh waqia mujhe yaad nahi hai. is waqt mein kuch keh nahi sakta is ke bare mein. okay, well now in the session.</w:t>
      </w:r>
    </w:p>
    <w:p>
      <w:pPr>
        <w:jc w:val="right"/>
      </w:pPr>
      <w:r>
        <w:t>یہ واقعہ مجھے یاد نہیں ہے۔ اس وقت میں کچھ کہہ نہیں سکتا اس کے بارے میں۔ اوکے، ویل ناؤ ان دی سیشن۔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