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and Politics (In Conversation with Maulana) November 04, 2007</w:t>
      </w:r>
    </w:p>
    <w:p>
      <w:r>
        <w:t>https://www.youtube.com/watch?v=Q1MvGENe-O4</w:t>
      </w:r>
    </w:p>
    <w:p>
      <w:r>
        <w:rPr>
          <w:b/>
        </w:rPr>
        <w:t xml:space="preserve">[00:10] </w:t>
      </w:r>
      <w:r>
        <w:t>why ulemas, even after the failures in 200 years by the muslims, have not thought of leaving the political field?</w:t>
      </w:r>
    </w:p>
    <w:p>
      <w:pPr>
        <w:jc w:val="right"/>
      </w:pPr>
      <w:r>
        <w:t>Why ulemas, even after the failures in 200 years by the Muslims, have not thought of leaving the political field?</w:t>
      </w:r>
    </w:p>
    <w:p>
      <w:r>
        <w:rPr>
          <w:b/>
        </w:rPr>
        <w:t xml:space="preserve">[00:23] </w:t>
      </w:r>
      <w:r>
        <w:t>dekhein, yahan tak samajhta hoon ke yeh aik galat concept musalmanon mein chha gaya ke islam mukammal nizam hai.</w:t>
      </w:r>
    </w:p>
    <w:p>
      <w:pPr>
        <w:jc w:val="right"/>
      </w:pPr>
      <w:r>
        <w:t>دیکھیں، یہاں تک بس سمجھتا ہوں کہ یہ ایک غلط کانسیپٹ مسلمانوں میں چھا گیا کہ اسلام مکمل نظام ہے۔</w:t>
      </w:r>
    </w:p>
    <w:p>
      <w:r>
        <w:rPr>
          <w:b/>
        </w:rPr>
        <w:t xml:space="preserve">[00:38] </w:t>
      </w:r>
      <w:r>
        <w:t>alyawm akmaltu lakum deenakum. mukammal nizam hai, yani politics aur religion dono islam mein alag alag nahi hain. to saare hi ulama jo hain, christians ko is par criticize karte hain ke dekho, inhon ne islam ko mazhab ko alag alag kar diya.</w:t>
      </w:r>
    </w:p>
    <w:p>
      <w:pPr>
        <w:jc w:val="right"/>
      </w:pPr>
      <w:r>
        <w:t>اليوم أكملت لكم دينكم۔ مکمل نظام ہے، یعنی پولیٹکس اور ریلیجن دونوں اسلام میں الگ الگ نہیں ہیں۔ تو سارے ہی علماء جو ہیں، کرسچنز کو اس پر کریٹیسائز کرتے ہیں کہ دیکھو، انہوں نے اسلام کو مذہب کو الگ الگ کر دیا۔</w:t>
      </w:r>
    </w:p>
    <w:p>
      <w:r>
        <w:rPr>
          <w:b/>
        </w:rPr>
        <w:t xml:space="preserve">[00:56] </w:t>
      </w:r>
      <w:r>
        <w:t>dekhein, aik baat nahi samajh paye log ke aik hai theoretical sense mein alag hona, aik hai practical sense mein alag hona.</w:t>
      </w:r>
    </w:p>
    <w:p>
      <w:pPr>
        <w:jc w:val="right"/>
      </w:pPr>
      <w:r>
        <w:t>دیکھیں، ایک بات نہیں سمجھ پائے لوگ کہ ایک ہے تھیورٹیکل سینس میں الگ ہونا، ایک ہے پریکٹیکل سینس میں الگ ہونا۔</w:t>
      </w:r>
    </w:p>
    <w:p>
      <w:r>
        <w:rPr>
          <w:b/>
        </w:rPr>
        <w:t xml:space="preserve">[01:08] </w:t>
      </w:r>
      <w:r>
        <w:t>to theoretical sense mein bilashuba religion aur politics dono shamil hain islam mein. lekin practical sense mein nahi.</w:t>
      </w:r>
    </w:p>
    <w:p>
      <w:pPr>
        <w:jc w:val="right"/>
      </w:pPr>
      <w:r>
        <w:t>تو تھیورٹیکل سینس میں بلاشبہ ریلیجن اور پولیٹکس دونوں شامل ہیں اسلام میں۔ لیکن پریکٹیکل سینس میں نہیں۔</w:t>
      </w:r>
    </w:p>
    <w:p>
      <w:r>
        <w:rPr>
          <w:b/>
        </w:rPr>
        <w:t xml:space="preserve">[01:20] </w:t>
      </w:r>
      <w:r>
        <w:t>log samajh nahi paye is cheez ko ke theoretical sense mein kya matlab hota hai, practical sense mein kya matlab hota hai.</w:t>
      </w:r>
    </w:p>
    <w:p>
      <w:pPr>
        <w:jc w:val="right"/>
      </w:pPr>
      <w:r>
        <w:t>لوگ سمجھ نہیں پائے اس چیز کو کہ تھیورٹیکل سینس میں کیا مطلب ہوتا ہے، پریکٹیکل سینس میں کیا مطلب ہوتا ہے۔</w:t>
      </w:r>
    </w:p>
    <w:p>
      <w:r>
        <w:rPr>
          <w:b/>
        </w:rPr>
        <w:t xml:space="preserve">[01:30] </w:t>
      </w:r>
      <w:r>
        <w:t>to practical sense mein islam aur politics alag hi alag hain. woh islam keh raha hoon. practical sense mein mazhab aur politics islam mein alag hi alag hain.</w:t>
      </w:r>
    </w:p>
    <w:p>
      <w:pPr>
        <w:jc w:val="right"/>
      </w:pPr>
      <w:r>
        <w:t>تو پریکٹیکل سینس میں اسلام اور پولیٹکس الگ ہی الگ ہیں۔ وہ اسلام کہہ رہا ہوں۔ پریکٹیکل سینس میں مذہب اور پولیٹکس اسلام میں الگ ہی الگ ہیں۔</w:t>
      </w:r>
    </w:p>
    <w:p>
      <w:r>
        <w:rPr>
          <w:b/>
        </w:rPr>
        <w:t xml:space="preserve">[01:41] </w:t>
      </w:r>
      <w:r>
        <w:t>theoretical sense mein alag nahi hain. lekin theoretical sense mein alag hone ka matlab kya hai? ke jab woh woh jab woh woh conditions pai jayen jis mein ke aap implement kar sakte hain political teachers ko, tab woh applicable hoga.</w:t>
      </w:r>
    </w:p>
    <w:p>
      <w:pPr>
        <w:jc w:val="right"/>
      </w:pPr>
      <w:r>
        <w:t>تھیورٹیکل سینس میں الگ نہیں ہیں۔ لیکن تھیورٹیکل سینس میں الگ ہونے کا مطلب کیا ہے؟ کہ جب وہ وہ جب وہ وہ کنڈیشنز پائی جائیں جس میں کہ آپ امپلیمنٹ کر سکتے ہیں پولیٹیکل ٹیچرز کو، تب وہ ایپلیکیبل ہوگا۔</w:t>
      </w:r>
    </w:p>
    <w:p>
      <w:r>
        <w:rPr>
          <w:b/>
        </w:rPr>
        <w:t xml:space="preserve">[01:58] </w:t>
      </w:r>
      <w:r>
        <w:t>warna applicable hi nahi hoga woh.</w:t>
      </w:r>
    </w:p>
    <w:p>
      <w:pPr>
        <w:jc w:val="right"/>
      </w:pPr>
      <w:r>
        <w:t>ورنہ ایپلیکیبل ہی نہیں ہوگا وہ۔</w:t>
      </w:r>
    </w:p>
    <w:p>
      <w:r>
        <w:rPr>
          <w:b/>
        </w:rPr>
        <w:t xml:space="preserve">[02:03] </w:t>
      </w:r>
      <w:r>
        <w:t>aur tab bhi apply kaun karega? woh log karenge jo jo politics ke maidan mein hain. aur yeh, mein jaisa ke maine kaha is se pehle, ek kitaab hai jamia bayani ilm mein wa fazlah.</w:t>
      </w:r>
    </w:p>
    <w:p>
      <w:pPr>
        <w:jc w:val="right"/>
      </w:pPr>
      <w:r>
        <w:t>اور تب بھی اپلائی کون کرے گا؟ وہ لوگ کریں گے جو جو پولیٹکس کے میدان میں ہیں۔ اور یہ، میں جیسا کہ میں نے کہا اس سے پہلے، ایک کتاب ہے جامع بیانی علم میں وفضلہ۔</w:t>
      </w:r>
    </w:p>
    <w:p>
      <w:r>
        <w:rPr>
          <w:b/>
        </w:rPr>
        <w:t xml:space="preserve">[02:19] </w:t>
      </w:r>
      <w:r>
        <w:t>yeh Allama Ibn Abdal Barr ki kitaab hai. is mein unhon ne likha hai ke tabieen ke zamane mein politics ko sawafil wa umrah mana jata tha.</w:t>
      </w:r>
    </w:p>
    <w:p>
      <w:pPr>
        <w:jc w:val="right"/>
      </w:pPr>
      <w:r>
        <w:t>یہ علامہ ابن عبدالبرک کی کتاب ہے۔ اس میں انہوں نے لکھا ہے کہ تابعین کے زمانے میں پولیٹکس کو سوافل و عمرہ مانا جاتا تھا۔</w:t>
      </w:r>
    </w:p>
    <w:p>
      <w:r>
        <w:rPr>
          <w:b/>
        </w:rPr>
        <w:t xml:space="preserve">[02:30] </w:t>
      </w:r>
      <w:r>
        <w:t>sawafil wa umrah ke maani hain ke rulers ka maidan. woh karein to karein, hum kyun is mein dakhal dein? lekin baad ko yeh jo nazariya bana, khaas taur par is zamane mein ke Islam mukammal nizam hai to poore poore nizam ko hamein jari karna hai.</w:t>
      </w:r>
    </w:p>
    <w:p>
      <w:pPr>
        <w:jc w:val="right"/>
      </w:pPr>
      <w:r>
        <w:t>سوافل و عمرہ کے معنی ہیں کہ رولرز کا میدان۔ وہ کریں تو کریں، ہم کیوں اس میں دخل دیں؟ لیکن بعد کو یہ جو نظریہ بنا، خاص طور پر اس زمانے میں کہ اسلام مکمل نظام ہے تو پورے پورے نظام کو ہمیں جاری کرنا ہے۔</w:t>
      </w:r>
    </w:p>
    <w:p>
      <w:r>
        <w:rPr>
          <w:b/>
        </w:rPr>
        <w:t xml:space="preserve">[02:51] </w:t>
      </w:r>
      <w:r>
        <w:t>halanke bilkul galat baat hai yeh. mukammal nizam hai tab bhi according to the situation hoga. yeh thori hai ke bas aap ja ke ek chashma kar dein.</w:t>
      </w:r>
    </w:p>
    <w:p>
      <w:pPr>
        <w:jc w:val="right"/>
      </w:pPr>
      <w:r>
        <w:t>حالانکہ بالکل غلط بات ہے یہ۔ مکمل نظام ہے تب بھی اکارڈنگ ٹو دی سچویشن ہوگا۔ یہ تھوڑی ہے کہ بس آپ جا کے ایک چسمہ کر دیں۔</w:t>
      </w:r>
    </w:p>
    <w:p>
      <w:r>
        <w:rPr>
          <w:b/>
        </w:rPr>
        <w:t xml:space="preserve">[03:00] </w:t>
      </w:r>
      <w:r>
        <w:t>jaisa ke Taliban ne karna chaha aur aur sab fail ho gaye woh. to behal mein yeh kahunga ke is cheez ko na samajhne ki wajah se ke theoretical sense mein agarche religion aur politics dono ek hain, lekin practical sense mein na ek hain na ek ho sakte hain.</w:t>
      </w:r>
    </w:p>
    <w:p>
      <w:pPr>
        <w:jc w:val="right"/>
      </w:pPr>
      <w:r>
        <w:t>جیسا کہ طالبان نے کرنا چاہا اور اور سب فیل ہو گئے وہ۔ تو بہرحال میں یہ کہوں گا کہ اس چیز کو نہ سمجھنے کی وجہ سے کہ تھیورٹیکل سینس میں اگرچہ ریلیجن اور پولیٹکس دونوں ایک ہیں، لیکن پریکٹیکل سینس میں نہ ایک ہیں نہ ایک ہو سکتے ہیں۔</w:t>
      </w:r>
    </w:p>
    <w:p>
      <w:r>
        <w:rPr>
          <w:b/>
        </w:rPr>
        <w:t xml:space="preserve">[03:19] </w:t>
      </w:r>
      <w:r>
        <w:t>hamein alag karna padega. warna sara kaam thap ho jayega.</w:t>
      </w:r>
    </w:p>
    <w:p>
      <w:pPr>
        <w:jc w:val="right"/>
      </w:pPr>
      <w:r>
        <w:t>ہمیں الگ کرنا پڑے گا۔ ورنہ سارا کام ٹھپ ہو جائے گا۔</w:t>
      </w:r>
    </w:p>
    <w:p>
      <w:r>
        <w:rPr>
          <w:b/>
        </w:rPr>
        <w:t xml:space="preserve">[03:26] </w:t>
      </w:r>
      <w:r>
        <w:t>aah, 10 question is from Maulana Zikwan. is spreading the literature among people enough for our work? please comment.</w:t>
      </w:r>
    </w:p>
    <w:p>
      <w:pPr>
        <w:jc w:val="right"/>
      </w:pPr>
      <w:r>
        <w:t>آہ، دس کوئسچن از فرام مولانا زکوان۔ از سپریڈنگ دا لٹریچر امنگ پیپل انف فار داور ورک؟ پلیز کمنٹ۔</w:t>
      </w:r>
    </w:p>
    <w:p>
      <w:r>
        <w:rPr>
          <w:b/>
        </w:rPr>
        <w:t xml:space="preserve">[03:37] </w:t>
      </w:r>
      <w:r>
        <w:t>dekhein, enough to koi cheez nahi hoti. asal cheez hai ke hum ko, yani hamari apni situation kya hai?</w:t>
      </w:r>
    </w:p>
    <w:p>
      <w:pPr>
        <w:jc w:val="right"/>
      </w:pPr>
      <w:r>
        <w:t>دیکھیں، انف تو کوئی چیز نہیں ہوتی۔ اصل چیز ہے کہ ہم کو، یعنی ہماری اپنی سچویشن کیا ہے؟</w:t>
      </w:r>
    </w:p>
    <w:p>
      <w:r>
        <w:rPr>
          <w:b/>
        </w:rPr>
        <w:t xml:space="preserve">[03:50] </w:t>
      </w:r>
      <w:r>
        <w:t>yani ek aadmi jo koi job kar raha hai, us ke paas time nahi hai alag se. to zahir hai ke us ko yahi karna chahiye ke DD DD detail ko phailaye.</w:t>
      </w:r>
    </w:p>
    <w:p>
      <w:pPr>
        <w:jc w:val="right"/>
      </w:pPr>
      <w:r>
        <w:t>یعنی ایک آدمی جو کوئی جاب کر رہا ہے، اس کے پاس ٹائم نہیں ہے الگ سے۔ تو ظاہر ہے کہ اس کو یہی کرنا چاہیے کہ ڈی ڈی ڈیٹیل کو پھیلائے۔</w:t>
      </w:r>
    </w:p>
    <w:p>
      <w:r>
        <w:rPr>
          <w:b/>
        </w:rPr>
        <w:t xml:space="preserve">[04:03] </w:t>
      </w:r>
      <w:r>
        <w:t>har aadmi hai, aap jante hain ke speech nahi de sakta. har aadmi, yani apne aap ko dedicate nahi kar saka kar sakta. to kya kare woh?</w:t>
      </w:r>
    </w:p>
    <w:p>
      <w:pPr>
        <w:jc w:val="right"/>
      </w:pPr>
      <w:r>
        <w:t>ہر آدمی ہے، آپ جانتے ہیں کہ سپیچ نہیں دے سکتا۔ ہر آدمی، یعنی اپنے آپ کو ڈیڈیکیٹ نہیں کر سکا کر سکتا۔ تو کیا کرے وہ؟</w:t>
      </w:r>
    </w:p>
    <w:p>
      <w:r>
        <w:rPr>
          <w:b/>
        </w:rPr>
        <w:t xml:space="preserve">[04:13] </w:t>
      </w:r>
      <w:r>
        <w:t>yahi kare, literature phailaye. aur literature phailana yeh koi choti moti baat nahi hai. yeh wahi baat hai jo pehle zamane mein bhi hoti thi. aap dekhein ke aap hadith mein padhiye, aap seerat mein padhiye.</w:t>
      </w:r>
    </w:p>
    <w:p>
      <w:pPr>
        <w:jc w:val="right"/>
      </w:pPr>
      <w:r>
        <w:t>یہی کرے، لٹریچر پھیلائے۔ اور لٹریچر پھیلانا یہ کوئی چھوٹی موٹی بات نہیں ہے۔ یہ وہی بات ہے جو پہلے زمانے میں بھی ہوتی تھی۔ آپ دیکھیں کہ آپ حدیث میں پڑھیے، آپ سیرت میں پڑھیے۔</w:t>
      </w:r>
    </w:p>
    <w:p>
      <w:r>
        <w:rPr>
          <w:b/>
        </w:rPr>
        <w:t xml:space="preserve">[04:26] </w:t>
      </w:r>
      <w:r>
        <w:t>to us zamane mein kya hota tha? is mein aam taur par aap yeh padhenge ke sum arza alaihimul Islam wa tila alaihimul Quran.</w:t>
      </w:r>
    </w:p>
    <w:p>
      <w:pPr>
        <w:jc w:val="right"/>
      </w:pPr>
      <w:r>
        <w:t>تو اس زمانے میں کیا ہوتا تھا؟ اس میں عام طور پر آپ یہ پڑھیں گے کہ ثم عرض علیہم الاسلام وطلع علیہم القرآن۔</w:t>
      </w:r>
    </w:p>
    <w:p>
      <w:r>
        <w:rPr>
          <w:b/>
        </w:rPr>
        <w:t xml:space="preserve">[04:38] </w:t>
      </w:r>
      <w:r>
        <w:t>jab kisi ke samne Islam pesh kiya jata tha to us ke liye jo shabd aate hain woh kya hain? sum arza alaihimul Islam wa tila alaihimul Quran.</w:t>
      </w:r>
    </w:p>
    <w:p>
      <w:pPr>
        <w:jc w:val="right"/>
      </w:pPr>
      <w:r>
        <w:t>جب کسی کے سامنے اسلام پیش کیا جاتا تھا تو اس کے لیے جو शब्द آتے ہیں وہ کیا ہیں؟ ثم عرض علیہم الاسلام وطلع علیہم القرآن۔</w:t>
      </w:r>
    </w:p>
    <w:p>
      <w:r>
        <w:rPr>
          <w:b/>
        </w:rPr>
        <w:t xml:space="preserve">[04:48] </w:t>
      </w:r>
      <w:r>
        <w:t>un ke samne Islam pesh kiya aur Quran ki ayatein padh kar sunayin. to wahi to literature tha. tab bhi basic kaam literature hi ke zariye hua hai.</w:t>
      </w:r>
    </w:p>
    <w:p>
      <w:pPr>
        <w:jc w:val="right"/>
      </w:pPr>
      <w:r>
        <w:t>ان کے سامنے اسلام پیش کیا اور قرآن کی آیتیں پڑھ کر سنائیں۔ تو وہی تو لٹریچر تھا۔ تب بھی بیسک کام لٹریچر ہی کے ذریعے ہوا ہے۔</w:t>
      </w:r>
    </w:p>
    <w:p>
      <w:r>
        <w:rPr>
          <w:b/>
        </w:rPr>
        <w:t xml:space="preserve">[04:58] </w:t>
      </w:r>
      <w:r>
        <w:t>Rasool Allah jate the Kaba ki gathering mein ya jo uswaq jo kaha jata tha, mela hota tha, wahan aate the log.</w:t>
      </w:r>
    </w:p>
    <w:p>
      <w:pPr>
        <w:jc w:val="right"/>
      </w:pPr>
      <w:r>
        <w:t>رسول اللہ جاتے تھے کعبہ کی گیدرنگ میں یا جو اسواق جو کہا جاتا تھا، میلہ ہوتا تھا، وہاں آتے تھے لوگ۔</w:t>
      </w:r>
    </w:p>
    <w:p>
      <w:r>
        <w:rPr>
          <w:b/>
        </w:rPr>
        <w:t xml:space="preserve">[05:06] </w:t>
      </w:r>
      <w:r>
        <w:t>wahan bhi yahi hota tha. Quran padh kar sunate the. yahan tak ke Rasool Allah ki hijrat se pehle do aadmi bheje gaye the Madinah.</w:t>
      </w:r>
    </w:p>
    <w:p>
      <w:pPr>
        <w:jc w:val="right"/>
      </w:pPr>
      <w:r>
        <w:t>وہاں بھی یہی ہوتا تھا۔ قرآن پڑھ کر سناتے تھے۔ یہاں تک کہ رسول اللہ کی ہجرت سے پہلے دو آدمی بھیجے گئے تھے مدینہ۔</w:t>
      </w:r>
    </w:p>
    <w:p>
      <w:r>
        <w:rPr>
          <w:b/>
        </w:rPr>
        <w:t xml:space="preserve">[05:16] </w:t>
      </w:r>
      <w:r>
        <w:t>Rasool Allah abhi Madinah nahi gaye the, Makka mein the. to do aadmi aap ne in advance bhej diya wahan. woh wahan kya karte the? is se aap samajh lein ke un ko kaha jata tha wahan woh Muqri.</w:t>
      </w:r>
    </w:p>
    <w:p>
      <w:pPr>
        <w:jc w:val="right"/>
      </w:pPr>
      <w:r>
        <w:t>رسول اللہ ابھی مدینہ نہیں گئے تھے، مکہ میں تھے۔ تو دو آدمی آپ نے ان ایڈوانس بھیج دیا وہاں۔ وہ وہاں کیا کرتے تھے؟ اس سے آپ سمجھ لیں کہ ان کو کہا جاتا تھا وہاں وہ مقری۔</w:t>
      </w:r>
    </w:p>
    <w:p>
      <w:r>
        <w:rPr>
          <w:b/>
        </w:rPr>
        <w:t xml:space="preserve">[05:28] </w:t>
      </w:r>
      <w:r>
        <w:t>un dono ka naam Muqri pad gaya tha. yani padh kar sunane wala. padh kar sunane wala Muqri. wahi Quran padh kar sunate the woh.</w:t>
      </w:r>
    </w:p>
    <w:p>
      <w:pPr>
        <w:jc w:val="right"/>
      </w:pPr>
      <w:r>
        <w:t>ان دونوں کا نام مقری پڑ گیا تھا۔ یعنی پڑھ کر سنانے والا۔ پڑھ کر سنانے والا مقری۔ وہی قرآن پڑھ کر سناتے تھے وہ۔</w:t>
      </w:r>
    </w:p>
    <w:p>
      <w:r>
        <w:rPr>
          <w:b/>
        </w:rPr>
        <w:t xml:space="preserve">[05:39] </w:t>
      </w:r>
      <w:r>
        <w:t>to mein samajhta hoon ke basic kaam tab bhi literature ke zariye hua tha. aaj bhi hoga. usi ke liye Quran mein kaha gaya hai ke ilm bil qalam. qalam ke zariye taleem di.</w:t>
      </w:r>
    </w:p>
    <w:p>
      <w:pPr>
        <w:jc w:val="right"/>
      </w:pPr>
      <w:r>
        <w:t>تو میں سمجھتا ہوں کہ بیسک کام تب بھی لٹریچر کے ذریعے ہوا تھا۔ آج بھی ہوگا۔ اسی کے لیے قرآن میں کہا گیا ہے کہ علم بالقلم۔ قلم کے ذریعے تعلیم دی۔</w:t>
      </w:r>
    </w:p>
    <w:p>
      <w:r>
        <w:rPr>
          <w:b/>
        </w:rPr>
        <w:t xml:space="preserve">[05:52] </w:t>
      </w:r>
      <w:r>
        <w:t>to qalam sab se zyada bada zariya hai our work ka. ab Allah ke fazl se hamare mission mein sankaron kitabein tayyar ho gayi hain.</w:t>
      </w:r>
    </w:p>
    <w:p>
      <w:pPr>
        <w:jc w:val="right"/>
      </w:pPr>
      <w:r>
        <w:t>تو قلم سب سے زیادہ بڑا ذریعہ ہے داور ورک کا۔ اب اللہ کے فضل سے ہمارے مشن میں سینکڑوں کتابیں تیار ہو گئی ہیں۔</w:t>
      </w:r>
    </w:p>
    <w:p>
      <w:r>
        <w:rPr>
          <w:b/>
        </w:rPr>
        <w:t xml:space="preserve">[06:01] </w:t>
      </w:r>
      <w:r>
        <w:t>yani brochure bhi hain, pamphlet bhi hain, badi kitabein bhi hain, Quran ki commentary bhi hai, sab kuch hai. is ko aap phailaiye, kitna aasan kaam ho gaya. kitna aasan ho gaya kaam.</w:t>
      </w:r>
    </w:p>
    <w:p>
      <w:pPr>
        <w:jc w:val="right"/>
      </w:pPr>
      <w:r>
        <w:t>یعنی بروشر بھی ہیں، پمفلٹ بھی ہیں، بڑی کتابیں بھی ہیں، قرآن کی کمنٹری بھی ہے، سب کچھ ہے۔ اس کو آپ پھیلائیے، کتنا آسان کام ہو گیا۔ کتنا آسان ہو گیا کام۔</w:t>
      </w:r>
    </w:p>
    <w:p>
      <w:r>
        <w:rPr>
          <w:b/>
        </w:rPr>
        <w:t xml:space="preserve">[06:13] </w:t>
      </w:r>
      <w:r>
        <w:t>to mein samajhta hoon ke yeh na sirf aasan kaam ho gaya aap ka, lekin yeh waqt ke waqt ka bhi yahi taqaza hai. aaj aaj ke insan ke paas aap jante hain ke itna time nahi hota ke aap ke sath baith kar ghante bhar baat kare.</w:t>
      </w:r>
    </w:p>
    <w:p>
      <w:pPr>
        <w:jc w:val="right"/>
      </w:pPr>
      <w:r>
        <w:t>تو میں سمجھتا ہوں کہ یہ نہ صرف آسان کام ہو گیا آپ کا، لیکن یہ وقت کے وقت کا بھی یہی تقاضا ہے۔ آج آج کے انسان کے پاس آپ جانتے ہیں کہ اتنا ٹائم نہیں ہوتا کہ آپ کے ساتھ بیٹھ کر گھنٹے بھر بات کرے۔</w:t>
      </w:r>
    </w:p>
    <w:p>
      <w:r>
        <w:rPr>
          <w:b/>
        </w:rPr>
        <w:t xml:space="preserve">[06:27] </w:t>
      </w:r>
      <w:r>
        <w:t>lekin kisi ko aap kitaab de dijiye. woh ya ghar padhega. yeh idea mujhe kab aaya? bahut pehle. bahut pehle shayad azadi se bhi pehle.</w:t>
      </w:r>
    </w:p>
    <w:p>
      <w:pPr>
        <w:jc w:val="right"/>
      </w:pPr>
      <w:r>
        <w:t>لیکن کسی کو آپ کتاب دے دیجیے۔ وہ یا گھر پڑھے گا۔ یہ آئیڈیا مجھے کب آیا؟ بہت پہلے۔ بہت پہلے شاید آزادی سے بھی پہلے۔</w:t>
      </w:r>
    </w:p>
    <w:p>
      <w:r>
        <w:rPr>
          <w:b/>
        </w:rPr>
        <w:t xml:space="preserve">[06:39] </w:t>
      </w:r>
      <w:r>
        <w:t>mein gaya tha kairla. ghaliban yeh baat hogi nineteen forty five forty six ki.</w:t>
      </w:r>
    </w:p>
    <w:p>
      <w:pPr>
        <w:jc w:val="right"/>
      </w:pPr>
      <w:r>
        <w:t>میں گیا تھا کیرلا۔ غالباً یہ بات ہوگی نائنٹین فورٹی فائیو فورٹی سکس کی۔</w:t>
      </w:r>
    </w:p>
    <w:p>
      <w:r>
        <w:rPr>
          <w:b/>
        </w:rPr>
        <w:t xml:space="preserve">[06:49] </w:t>
      </w:r>
      <w:r>
        <w:t>to kairla mein gaya tha to hum apne bhai ka business hota tha, us ke kisi kaam se gaya tha mein. to kisi station par utre hum.</w:t>
      </w:r>
    </w:p>
    <w:p>
      <w:pPr>
        <w:jc w:val="right"/>
      </w:pPr>
      <w:r>
        <w:t>تو کیرلا میں گیا تھا تو ہم اپنے بھائی کا بزنس ہوتا تھا، اس کے کسی کام سے گیا تھا میں۔ تو کسی اسٹیشن پر اترے ہم۔</w:t>
      </w:r>
    </w:p>
    <w:p>
      <w:r>
        <w:rPr>
          <w:b/>
        </w:rPr>
        <w:t xml:space="preserve">[06:57] </w:t>
      </w:r>
      <w:r>
        <w:t>utr kar ke mujhe wahan par basti bajana tha, town mein. to mein paidal hi chala. aur wahi ek aur aadmi mere saath paidal chala.</w:t>
      </w:r>
    </w:p>
    <w:p>
      <w:pPr>
        <w:jc w:val="right"/>
      </w:pPr>
      <w:r>
        <w:t>اتر کر کے مجھے وہاں پر بستی بجانا تھا، ٹاؤن میں۔ تو میں پیدل ہی چلا۔ اور وہی ایک اور آدمی میرے ساتھ پیدل چلا۔</w:t>
      </w:r>
    </w:p>
    <w:p>
      <w:r>
        <w:rPr>
          <w:b/>
        </w:rPr>
        <w:t xml:space="preserve">[07:07] </w:t>
      </w:r>
      <w:r>
        <w:t>woh english mein bolta tha woh aadmi. to us ne kaha ke mujhe bhi yahan jana hai. to mere saath lag gaya woh. to thori door ja kar ke town milta tha. samajh lijiye ke ek furlong.</w:t>
      </w:r>
    </w:p>
    <w:p>
      <w:pPr>
        <w:jc w:val="right"/>
      </w:pPr>
      <w:r>
        <w:t>وہ انگلش میں بولتا تھا وہ آدمی۔ تو اس نے کہا کہ مجھے بھی یہاں جانا ہے۔ تو میرے ساتھ لگ گیا وہ۔ تو تھوڑی دور جا کر کے ٹاؤن ملتا تھا۔ سمجھ لیجیے کہ ایک فرلانگ۔</w:t>
      </w:r>
    </w:p>
    <w:p>
      <w:r>
        <w:rPr>
          <w:b/>
        </w:rPr>
        <w:t xml:space="preserve">[07:19] </w:t>
      </w:r>
      <w:r>
        <w:t>to hum jab chalte rahe, chalte rahe, baatein karte hue, ek woh jagah aai jahan us ko idhar jana tha, mujhe idhar jana tha. to alag hote hone se pehle us ne apne us mein bag mein haath dala, ek ek ek pamphlet nikala.</w:t>
      </w:r>
    </w:p>
    <w:p>
      <w:pPr>
        <w:jc w:val="right"/>
      </w:pPr>
      <w:r>
        <w:t>تو ہم جب چلتے رہے، چلتے رہے، باتیں کرتے ہوئے، ایک وہ جگہ آئی جہاں اس کو ادھر جانا تھا، مجھے ادھر جانا تھا۔ تو الگ ہوتے ہونے سے پہلے اس نے اپنے اس میں بیگ میں ہاتھ ڈالا، ایک ایک ایک پمفلٹ نکالا۔</w:t>
      </w:r>
    </w:p>
    <w:p>
      <w:r>
        <w:rPr>
          <w:b/>
        </w:rPr>
        <w:t xml:space="preserve">[07:36] </w:t>
      </w:r>
      <w:r>
        <w:t>bohat hi beautiful chupa hua, us mein likha hua tha ohio. ohio aap jante hain ke america ka ek shehar hai. to ohio state. to ohio ka chupa hua ek beautiful pamphlet tha, christianity par tha woh.</w:t>
      </w:r>
    </w:p>
    <w:p>
      <w:pPr>
        <w:jc w:val="right"/>
      </w:pPr>
      <w:r>
        <w:t>بہت ہی بیوٹی فل چھپا ہوا، اس میں لکھا ہوا تھا اوہائیو۔ اوہائیو آپ جانتے ہیں کہ امریکہ کا ایک شہر ہے۔ تو اوہائیو اسٹیٹ۔ تو اوہائیو کا چھپا ہوا ایک بیوٹی فل پمفلٹ تھا، کرسچینٹی پر تھا وہ۔</w:t>
      </w:r>
    </w:p>
    <w:p>
      <w:r>
        <w:rPr>
          <w:b/>
        </w:rPr>
        <w:t xml:space="preserve">[07:49] </w:t>
      </w:r>
      <w:r>
        <w:t>tab se mujhe idea yeh aaya ke aadmi, sab se asaan kaam yeh hai ke aap pamphlet rakhein apne paas, brochure rakhein apne paas, aur logon ko dete rahen.</w:t>
      </w:r>
    </w:p>
    <w:p>
      <w:pPr>
        <w:jc w:val="right"/>
      </w:pPr>
      <w:r>
        <w:t>تب سے مجھے آئیڈیا یہ آیا کہ آدمی، سب سے آسان کام یہ ہے کہ آپ پمفلٹ رکھیں اپنے پاس، بروشر رکھیں اپنے پاس، اور لوگوں کو دیتے رہیں۔</w:t>
      </w:r>
    </w:p>
    <w:p>
      <w:r>
        <w:rPr>
          <w:b/>
        </w:rPr>
        <w:t xml:space="preserve">[08:00] </w:t>
      </w:r>
      <w:r>
        <w:t>aur woh apne ghar ja kar parhe ga woh. is idea ke tehat yeh saari kitabein tayyar huien. to mein samajhta hoon ke aaj bhi yahi sab se zyada powerful tareeqa hai ke aap khoob khoob literature phailayen.</w:t>
      </w:r>
    </w:p>
    <w:p>
      <w:pPr>
        <w:jc w:val="right"/>
      </w:pPr>
      <w:r>
        <w:t>اور وہ اپنے گھر جا کر پڑھے گا وہ۔ اس آئیڈیا کے تحت یہ ساری کتابیں تیار ہوئیں۔ تو میں سمجھتا ہوں کہ آج بھی یہی سب سے زیادہ پاور فل طریقہ ہے کہ آپ خوب خوب لٹریچر پھیلائیں۔</w:t>
      </w:r>
    </w:p>
    <w:p>
      <w:r>
        <w:rPr>
          <w:b/>
        </w:rPr>
        <w:t xml:space="preserve">[08:17] </w:t>
      </w:r>
      <w:r>
        <w:t>aah, ten question is from saty. there is a verse in chapter forty one. verse number nineteen and twenty.</w:t>
      </w:r>
    </w:p>
    <w:p>
      <w:pPr>
        <w:jc w:val="right"/>
      </w:pPr>
      <w:r>
        <w:t>آہ، دس کوئسچن از فرام ستی۔ دیر از ا ورس ان چیپٹر فورٹی ون۔ ورس نمبر نائنٹین اینڈ ٹونٹی۔</w:t>
      </w:r>
    </w:p>
    <w:p>
      <w:r>
        <w:rPr>
          <w:b/>
        </w:rPr>
        <w:t xml:space="preserve">[08:26] </w:t>
      </w:r>
      <w:r>
        <w:t>that the sight and hearing will testify against man. can you please explain this rationally?</w:t>
      </w:r>
    </w:p>
    <w:p>
      <w:pPr>
        <w:jc w:val="right"/>
      </w:pPr>
      <w:r>
        <w:t>دیٹ دی سائٹ اینڈ ہیئرنگ ویل ٹیسٹفائی اگینسٹ مین۔ کین یو پلیز ایکسپلین دس ریشنلی؟</w:t>
      </w:r>
    </w:p>
    <w:p>
      <w:r>
        <w:rPr>
          <w:b/>
        </w:rPr>
        <w:t xml:space="preserve">[08:38] </w:t>
      </w:r>
      <w:r>
        <w:t>hmm.</w:t>
      </w:r>
    </w:p>
    <w:p>
      <w:pPr>
        <w:jc w:val="right"/>
      </w:pPr>
      <w:r>
        <w:t>ہمم۔</w:t>
      </w:r>
    </w:p>
    <w:p>
      <w:r>
        <w:rPr>
          <w:b/>
        </w:rPr>
        <w:t xml:space="preserve">[08:49] </w:t>
      </w:r>
      <w:r>
        <w:t>dekhen, is zamane mein yeh cheez prove ho gai hai ke hamara har action jo hai, woh hamare hamara action jo hai, woh record hota rehta hai.</w:t>
      </w:r>
    </w:p>
    <w:p>
      <w:pPr>
        <w:jc w:val="right"/>
      </w:pPr>
      <w:r>
        <w:t>دیکھیں، اس زمانے میں یہ چیز پروف ہو گئی ہے کہ ہمارا ہر ایکشن جو ہے، وہ ہمارے ہمارا ایکشن جو ہے، وہ ریکارڈ ہوتا رہتا ہے۔</w:t>
      </w:r>
    </w:p>
    <w:p>
      <w:r>
        <w:rPr>
          <w:b/>
        </w:rPr>
        <w:t xml:space="preserve">[09:02] </w:t>
      </w:r>
      <w:r>
        <w:t>record hota rehta hai woh. to woh wahi record jo hai, woh replay kiya jayega akhirat mein. woh record jo hai, woh replay kiya jayega.</w:t>
      </w:r>
    </w:p>
    <w:p>
      <w:pPr>
        <w:jc w:val="right"/>
      </w:pPr>
      <w:r>
        <w:t>ریکارڈ ہوتا رہتا ہے وہ۔ تو وہ وہی ریکارڈ جو ہے، وہ ری پلے کیا جائے گا آخرت میں۔ وہ ریکارڈ جو ہے، وہ ری پلے کیا جائے گا۔</w:t>
      </w:r>
    </w:p>
    <w:p>
      <w:r>
        <w:rPr>
          <w:b/>
        </w:rPr>
        <w:t xml:space="preserve">[09:15] </w:t>
      </w:r>
      <w:r>
        <w:t>aur us ka demonstration diya ja chuka hai ke woh woh record ho raha hai. to hamara jo body hai, ek ek cell par woh woh cheez record ho rahi ho.</w:t>
      </w:r>
    </w:p>
    <w:p>
      <w:pPr>
        <w:jc w:val="right"/>
      </w:pPr>
      <w:r>
        <w:t>اور اس کا ڈیمونسٹریشن دیا جا چکا ہے کہ وہ وہ ریکارڈ ہو رہا ہے۔ تو ہمارا جو باڈی ہے، ایک ایک سیل پر وہ وہ چیز ریکارڈ ہو رہی ہو۔</w:t>
      </w:r>
    </w:p>
    <w:p>
      <w:r>
        <w:rPr>
          <w:b/>
        </w:rPr>
        <w:t xml:space="preserve">[09:25] </w:t>
      </w:r>
      <w:r>
        <w:t>to yeh koi aisi cheez hai jo understandable na ho is zamane mein. to hamare body par woh cheez jo hum jo bhi hum ne bola, jo bhi hum ne kuch kiya, to hamare body ke ek ek cell par woh cheez record ho gai.</w:t>
      </w:r>
    </w:p>
    <w:p>
      <w:pPr>
        <w:jc w:val="right"/>
      </w:pPr>
      <w:r>
        <w:t>تو یہ کوئی ایسی چیز ہے جو انڈرسٹینڈ ایبل نہ ہو اس زمانے میں۔ تو ہمارے باڈی پر وہ چیز جو ہم جو بھی ہم نے بولا، جو بھی ہم نے کچھ کیا، تو ہمارے باڈی کے ایک ایک سیل پر وہ چیز ریکارڈ ہو گئی۔</w:t>
      </w:r>
    </w:p>
    <w:p>
      <w:r>
        <w:rPr>
          <w:b/>
        </w:rPr>
        <w:t xml:space="preserve">[09:43] </w:t>
      </w:r>
      <w:r>
        <w:t>aur woh record jo woh jo record ho gai, usi ko wahan par khuda replay karega. replay karega.</w:t>
      </w:r>
    </w:p>
    <w:p>
      <w:pPr>
        <w:jc w:val="right"/>
      </w:pPr>
      <w:r>
        <w:t>اور وہ ریکارڈ جو وہ جو ریکارڈ ہو گئی، اسی کو وہاں پر خدا ری پلے کرے گا۔ ری پلے کرے گا۔</w:t>
      </w:r>
    </w:p>
    <w:p>
      <w:r>
        <w:rPr>
          <w:b/>
        </w:rPr>
        <w:t xml:space="preserve">[09:53] </w:t>
      </w:r>
      <w:r>
        <w:t>to yeh yeh is ke liye maine ek ek qissa likha tha apni magazine mein ke india mein jab pehli baar woh aaya, yani dilli mein. haan, close circuit TV.</w:t>
      </w:r>
    </w:p>
    <w:p>
      <w:pPr>
        <w:jc w:val="right"/>
      </w:pPr>
      <w:r>
        <w:t>تو یہ یہ اس کے لیے میں نے ایک ایک قصہ لکھا تھا اپنی میگزین میں کہ انڈیا میں جب پہلی بار وہ آیا، یعنی دلی میں۔ ہاں، کلوز سرکٹ ٹی وی۔</w:t>
      </w:r>
    </w:p>
    <w:p>
      <w:r>
        <w:rPr>
          <w:b/>
        </w:rPr>
        <w:t xml:space="preserve">[10:03] </w:t>
      </w:r>
      <w:r>
        <w:t>yeh shuru shuru mein aaya tha, shuru shuru mein. ab to log jaan gaye hain. to kisi jagah laga nai dilli mein. to wahan par ek three wheeler wala aaya.</w:t>
      </w:r>
    </w:p>
    <w:p>
      <w:pPr>
        <w:jc w:val="right"/>
      </w:pPr>
      <w:r>
        <w:t>یہ شروع شروع میں آیا تھا، شروع شروع میں۔ اب تو لوگ جان گئے ہیں۔ تو کسی جگہ لگا تھا نئی دلی میں۔ تو وہاں پر ایک تھری ویلر والا آیا۔</w:t>
      </w:r>
    </w:p>
    <w:p>
      <w:r>
        <w:rPr>
          <w:b/>
        </w:rPr>
        <w:t xml:space="preserve">[10:16] </w:t>
      </w:r>
      <w:r>
        <w:t>aur wahan par jahan likha tha no parking, wahan par khara kar diya us ne. police wale ne kaha ke yahan kyun khare karte ho? to us ne kuch suna hi nahi, us ki baat suni hi nahi.</w:t>
      </w:r>
    </w:p>
    <w:p>
      <w:pPr>
        <w:jc w:val="right"/>
      </w:pPr>
      <w:r>
        <w:t>اور وہاں پر جہاں لکھا تھا نو پارکنگ، وہاں پر کھڑا کر دیا اس نے۔ پولیس والے نے کہا کہ یہاں کیوں کھڑے کرتے ہو؟ تو اس نے کچھ سنا ہی نہیں، اس کی بات سنی ہی نہیں۔</w:t>
      </w:r>
    </w:p>
    <w:p>
      <w:r>
        <w:rPr>
          <w:b/>
        </w:rPr>
        <w:t xml:space="preserve">[10:25] </w:t>
      </w:r>
      <w:r>
        <w:t>yahan ke jhagadne laga. to aakhir mein us ne kaha ke chalo mere saath. us ko pakar kar le gaye apne ek control room tha, wahan par ek afsar baitha hua tha.</w:t>
      </w:r>
    </w:p>
    <w:p>
      <w:pPr>
        <w:jc w:val="right"/>
      </w:pPr>
      <w:r>
        <w:t>یہاں کے جھگڑنے لگا۔ تو آخر میں اس نے کہا کہ چلو میرے ساتھ۔ اس کو پکڑ کے لے گئے اپنے ایک کنٹرول روم تھا، وہاں پر ایک افسر بیٹھا ہوا تھا۔</w:t>
      </w:r>
    </w:p>
    <w:p>
      <w:r>
        <w:rPr>
          <w:b/>
        </w:rPr>
        <w:t xml:space="preserve">[10:36] </w:t>
      </w:r>
      <w:r>
        <w:t>to us ne kaha ke tum ne kyun khara kiya no parking par? maine khara hi nahi kiya. yeh to galat kehta hai. to sahib, woh jo wahan par laga hua tha, shayad VCR karte honge.</w:t>
      </w:r>
    </w:p>
    <w:p>
      <w:pPr>
        <w:jc w:val="right"/>
      </w:pPr>
      <w:r>
        <w:t>تو اس نے کہا کہ تم نے کیوں کھڑا کیا نو پارکنگ پر؟ میں نے کھڑا ہی نہیں کیا۔ یہ تو غلط کہتا ہے۔ تو صاحب، وہ جو وہاں پر لگا ہوا تھا، شاید وی سی آر کرتے ہوں گے۔</w:t>
      </w:r>
    </w:p>
    <w:p>
      <w:r>
        <w:rPr>
          <w:b/>
        </w:rPr>
        <w:t xml:space="preserve">[10:50] </w:t>
      </w:r>
      <w:r>
        <w:t>jis par dikhate the photo. jo photo dikhate hain na, us par machine par. yani TV hota hai, kya hota hai woh?</w:t>
      </w:r>
    </w:p>
    <w:p>
      <w:pPr>
        <w:jc w:val="right"/>
      </w:pPr>
      <w:r>
        <w:t>جس پر دکھاتے تھے فوٹو۔ جو فوٹو دکھاتے ہیں نا، اس پر مشین پر۔ یعنی ٹی وی ہوتا ہے، کیا ہوتا ہے وہ؟</w:t>
      </w:r>
    </w:p>
    <w:p>
      <w:r>
        <w:rPr>
          <w:b/>
        </w:rPr>
        <w:t xml:space="preserve">[10:58] </w:t>
      </w:r>
      <w:r>
        <w:t>monitor. haan, monitor karte hain wahan. to behraal us ka us switch us ne on kiya. ab us ka poora photo us mein aane laga.</w:t>
      </w:r>
    </w:p>
    <w:p>
      <w:pPr>
        <w:jc w:val="right"/>
      </w:pPr>
      <w:r>
        <w:t>مانیٹر۔ ہاں، مانیٹر کرتے ہیں وہاں۔ تو بہرحال اس کا اس سوئچ اس نے آن کیا۔ اب اس کا پورا فوٹو اس میں آنے لگا۔</w:t>
      </w:r>
    </w:p>
    <w:p>
      <w:r>
        <w:rPr>
          <w:b/>
        </w:rPr>
        <w:t xml:space="preserve">[11:09] </w:t>
      </w:r>
      <w:r>
        <w:t>ke yeh aata hai, woh aadmi wahan khara karta hai. wahan us ko koi friend mil jata hai, us se baat karta hai. us ki do cigarette jalata hai, ek us ko deta hai, ek khud deta hai.</w:t>
      </w:r>
    </w:p>
    <w:p>
      <w:pPr>
        <w:jc w:val="right"/>
      </w:pPr>
      <w:r>
        <w:t>کہ یہ آتا ہے، وہ آدمی وہاں کھڑا کرتا ہے۔ وہاں اس کو کوئی فرینڈ مل جاتا ہے، اس سے بات کرتا ہے۔ اس کی دو سگریٹ جلاتا ہے، ایک اس کو دیتا ہے، ایک خود دیتا ہے۔</w:t>
      </w:r>
    </w:p>
    <w:p>
      <w:r>
        <w:rPr>
          <w:b/>
        </w:rPr>
        <w:t xml:space="preserve">[11:18] </w:t>
      </w:r>
      <w:r>
        <w:t>aur baat kar raha hai. aur police wala mana karta hai, sunta nahi us ki baat. yeh sab us ke andar us ne dekha. to us mein aaya, us mein tha ke dekhte hi woh bilkul speechless ho gaya.</w:t>
      </w:r>
    </w:p>
    <w:p>
      <w:pPr>
        <w:jc w:val="right"/>
      </w:pPr>
      <w:r>
        <w:t>اور بات کر رہا ہے۔ اور پولیس والا منع کرتا ہے، سنتا نہیں اس کی بات۔ یہ سب اس کے اندر اس نے دیکھا۔ تو اس میں آیا، اس میں تھا کہ دیکھتے ہی وہ بالکل اسپیچ لیس ہو گیا۔</w:t>
      </w:r>
    </w:p>
    <w:p>
      <w:r>
        <w:rPr>
          <w:b/>
        </w:rPr>
        <w:t xml:space="preserve">[11:31] </w:t>
      </w:r>
      <w:r>
        <w:t>phir bol nahin saka woh kuch. bol nahin saka woh. to is tareeqay say aik recording ka aik aik bohat bara yahan par system hai, hamari har baat record ho rahi hai.</w:t>
      </w:r>
    </w:p>
    <w:p>
      <w:pPr>
        <w:jc w:val="right"/>
      </w:pPr>
      <w:r>
        <w:t>پھر بول نہیں سکا وہ کچھ۔ بول نہیں سکا وہ۔ تو اس طریقے سے ایک ریکارڈنگ کا ایک ایک بہت بڑا یہاں پر سسٹم ہے، ہماری ہر بات ریکارڈ ہو رہی ہے۔</w:t>
      </w:r>
    </w:p>
    <w:p>
      <w:r>
        <w:rPr>
          <w:b/>
        </w:rPr>
        <w:t xml:space="preserve">[11:47] </w:t>
      </w:r>
      <w:r>
        <w:t>woh record ki hui cheezain jo hain, isi ko replay kar diya jaye ga wahan. jaisay hum yahan bethay huay hain, yahan par yeh sab record ho raha hai.</w:t>
      </w:r>
    </w:p>
    <w:p>
      <w:pPr>
        <w:jc w:val="right"/>
      </w:pPr>
      <w:r>
        <w:t>وہ ریکارڈ کی ہوئی چیزیں جو ہیں، اسی کو ری پلے کر دیا جائے گا وہاں۔ جیسے ہم یہاں بیٹھے ہوئے ہیں، یہاں پر یہ سب ریکارڈ ہو رہا ہے۔</w:t>
      </w:r>
    </w:p>
    <w:p>
      <w:r>
        <w:rPr>
          <w:b/>
        </w:rPr>
        <w:t xml:space="preserve">[11:58] </w:t>
      </w:r>
      <w:r>
        <w:t>aur yeh proof ho chuka hai ke sab record ho raha hai.</w:t>
      </w:r>
    </w:p>
    <w:p>
      <w:pPr>
        <w:jc w:val="right"/>
      </w:pPr>
      <w:r>
        <w:t>اور یہ پروف ہو چکا ہے کہ سب ریکارڈ ہو رہا ہے۔</w:t>
      </w:r>
    </w:p>
    <w:p>
      <w:r>
        <w:rPr>
          <w:b/>
        </w:rPr>
        <w:t xml:space="preserve">[12:04] </w:t>
      </w:r>
      <w:r>
        <w:t>to isi isi yahi record ki hui cheezain jo hain, woh replay kar di jayen gi. to insaan wohi wohi speech less ho jaye ga phir.</w:t>
      </w:r>
    </w:p>
    <w:p>
      <w:pPr>
        <w:jc w:val="right"/>
      </w:pPr>
      <w:r>
        <w:t>تو اسی اسی یہی ریکارڈ کی ہوئی چیزیں جو ہیں، وہ ری پلے کر دی جائیں گی۔ تو انسان وہی وہی اسپیچ لیس ہو جائے گا پھر۔</w:t>
      </w:r>
    </w:p>
    <w:p>
      <w:r>
        <w:rPr>
          <w:b/>
        </w:rPr>
        <w:t xml:space="preserve">[12:14] </w:t>
      </w:r>
      <w:r>
        <w:t>yeh matlab hai is ayat ka.</w:t>
      </w:r>
    </w:p>
    <w:p>
      <w:pPr>
        <w:jc w:val="right"/>
      </w:pPr>
      <w:r>
        <w:t>یہ مطلب ہے اس آیت کا۔</w:t>
      </w:r>
    </w:p>
    <w:p>
      <w:r>
        <w:rPr>
          <w:b/>
        </w:rPr>
        <w:t xml:space="preserve">[12:18] </w:t>
      </w:r>
      <w:r>
        <w:t>das question is from aisha. molana, there is a hadith which says mehman ka ikram karna chahiye.</w:t>
      </w:r>
    </w:p>
    <w:p>
      <w:pPr>
        <w:jc w:val="right"/>
      </w:pPr>
      <w:r>
        <w:t>دس کوئسچن از فرام عائشہ۔ مولانا، دیر از ا حدیث وچ سیز مہمان کا اکرام کرنا چاہیے۔</w:t>
      </w:r>
    </w:p>
    <w:p>
      <w:r>
        <w:rPr>
          <w:b/>
        </w:rPr>
        <w:t xml:space="preserve">[12:27] </w:t>
      </w:r>
      <w:r>
        <w:t>what does this ikram means?</w:t>
      </w:r>
    </w:p>
    <w:p>
      <w:pPr>
        <w:jc w:val="right"/>
      </w:pPr>
      <w:r>
        <w:t>واٹ ڈز دس اکرام مینز؟</w:t>
      </w:r>
    </w:p>
    <w:p>
      <w:r>
        <w:rPr>
          <w:b/>
        </w:rPr>
        <w:t xml:space="preserve">[12:32] </w:t>
      </w:r>
      <w:r>
        <w:t>dekhen, hadith yeh hai ke mun kan yoman billahi wal yawm al akhir fal yukrim zaifahu.</w:t>
      </w:r>
    </w:p>
    <w:p>
      <w:pPr>
        <w:jc w:val="right"/>
      </w:pPr>
      <w:r>
        <w:t>دیکھیں، حدیث یہ ہے کہ من کان یومن باللہ والیوم الاخر فلیکرم ضعیفہ۔</w:t>
      </w:r>
    </w:p>
    <w:p>
      <w:r>
        <w:rPr>
          <w:b/>
        </w:rPr>
        <w:t xml:space="preserve">[12:43] </w:t>
      </w:r>
      <w:r>
        <w:t>jo aadmi Allah par aur rasool par iman rakhta ho, to us ko chahiye ke woh apne zaif ka ikram kare.</w:t>
      </w:r>
    </w:p>
    <w:p>
      <w:pPr>
        <w:jc w:val="right"/>
      </w:pPr>
      <w:r>
        <w:t>جو آدمی اللہ پر اور رسول پر ایمان رکھتا ہو، تو اس کو چاہیے کہ وہ اپنے ضعیف کا اکرام کرے۔</w:t>
      </w:r>
    </w:p>
    <w:p>
      <w:r>
        <w:rPr>
          <w:b/>
        </w:rPr>
        <w:t xml:space="preserve">[12:55] </w:t>
      </w:r>
      <w:r>
        <w:t>zaif matlab hai mehman, guest. ikram mani hai respect de us ko. to yeh yeh yeh yeh moral sense mein hai, yeh khilanay pilanay ke sense mein nahin hai.</w:t>
      </w:r>
    </w:p>
    <w:p>
      <w:pPr>
        <w:jc w:val="right"/>
      </w:pPr>
      <w:r>
        <w:t>ضعیف مطلب ہے مہمان، گیسٹ۔ اکرام معنی ہے ریسپیکٹ دے اس کو۔ تو یہ یہ یہ یہ مورل سینس میں ہے، یہ کھلانے پلانے کے سینس میں نہیں ہے۔</w:t>
      </w:r>
    </w:p>
    <w:p>
      <w:r>
        <w:rPr>
          <w:b/>
        </w:rPr>
        <w:t xml:space="preserve">[13:09] </w:t>
      </w:r>
      <w:r>
        <w:t>log kya karte hain ke dhoom bajatay hain khilanay pilanay ki. ya itna khana pakatay hain ke ke bach jao, kharab ho. to hargiz yeh matlab nahin nahin hai.</w:t>
      </w:r>
    </w:p>
    <w:p>
      <w:pPr>
        <w:jc w:val="right"/>
      </w:pPr>
      <w:r>
        <w:t>لوگ کیا کرتے ہیں کہ دھم بجاتے ہیں کھلانے پلانے کی۔ یا اتنا کھانا پکاتے ہیں کہ کہ بچ جاؤ، خراب ہو۔ تو ہرگز یہ معنی نہیں نہیں ہے۔</w:t>
      </w:r>
    </w:p>
    <w:p>
      <w:r>
        <w:rPr>
          <w:b/>
        </w:rPr>
        <w:t xml:space="preserve">[13:20] </w:t>
      </w:r>
      <w:r>
        <w:t>yeh matlab yeh hai ke koi aadmi tumharay paas aa gaya to us ko izzat ke sath bithao. izzat ke sath baat karo. mohabbat ke sath milo us se.</w:t>
      </w:r>
    </w:p>
    <w:p>
      <w:pPr>
        <w:jc w:val="right"/>
      </w:pPr>
      <w:r>
        <w:t>یہ معنی یہ ہے کہ کوئی آدمی تمہارے پاس آ گیا تو اس کو عزت کے ساتھ بٹھاؤ۔ عزت کے ساتھ بات کرو۔ محبت کے ساتھ ملو اس سے۔</w:t>
      </w:r>
    </w:p>
    <w:p>
      <w:r>
        <w:rPr>
          <w:b/>
        </w:rPr>
        <w:t xml:space="preserve">[13:29] </w:t>
      </w:r>
      <w:r>
        <w:t>baqi khana peena ko dhoom bajao, is mein hargiz nahin hai yeh. to ikram zaif ka matlab hai us ko respect dena. yeh nahin ke us ke liye dawatain karna aur aur chahta hai khana pakana.</w:t>
      </w:r>
    </w:p>
    <w:p>
      <w:pPr>
        <w:jc w:val="right"/>
      </w:pPr>
      <w:r>
        <w:t>باقی کھانے پینے کو دھم بجاؤ، اس میں ہرگز نہیں ہے یہ۔ تو اکرام ضعیف کا مطلب ہے اس کو ریسپیکٹ دینا۔ یہ نہیں کہ اس کے لیے دعوتیں کرنا اور اور چاہتا ہے کھانے پکانا۔</w:t>
      </w:r>
    </w:p>
    <w:p>
      <w:r>
        <w:rPr>
          <w:b/>
        </w:rPr>
        <w:t xml:space="preserve">[13:42] </w:t>
      </w:r>
      <w:r>
        <w:t>aksar mein ne dekha hai ke ke mein kai bar aisa hua ke mein kahin gaya to ab unhon ne mez par itnay khane rakh diye hain ke aap yeh kahiye ke mein phir kha hi nahin saka.</w:t>
      </w:r>
    </w:p>
    <w:p>
      <w:pPr>
        <w:jc w:val="right"/>
      </w:pPr>
      <w:r>
        <w:t>اکثر میں نے دیکھا ہے کہ کہ میں کئی بار ایسا ہوا کہ میں کہیں گیا تو اب انہوں نے میز پہ اتنے کھانے رکھ دیے ہیں کہ آپ یہ کہیے کہ میں پھر کھا ہی نہیں سکا۔</w:t>
      </w:r>
    </w:p>
    <w:p>
      <w:r>
        <w:rPr>
          <w:b/>
        </w:rPr>
        <w:t xml:space="preserve">[13:58] </w:t>
      </w:r>
      <w:r>
        <w:t>mera dil aik dam. to yeh yeh koi Islam hai? ke itna yeh to israf hai, israf. paisay ko waste karna hai.</w:t>
      </w:r>
    </w:p>
    <w:p>
      <w:pPr>
        <w:jc w:val="right"/>
      </w:pPr>
      <w:r>
        <w:t>میرا دل ایک دم۔ تو یہ یہ کوئی اسلام ہے؟ کہ اتنا یہ تو اسراف ہے، اسراف۔ پیسے کو ویسٹ کرنا ہے۔</w:t>
      </w:r>
    </w:p>
    <w:p>
      <w:r>
        <w:rPr>
          <w:b/>
        </w:rPr>
        <w:t xml:space="preserve">[14:08] </w:t>
      </w:r>
      <w:r>
        <w:t>itnay saray qism ke khane. sirf aik insaan mujhe ab tak mila hai ke us ne us ko sahi tareeqay se kiya.</w:t>
      </w:r>
    </w:p>
    <w:p>
      <w:pPr>
        <w:jc w:val="right"/>
      </w:pPr>
      <w:r>
        <w:t>اتنے سارے قسم کے کھانے۔ صرف ایک انسان مجھے اب تک ملا ہے کہ اس نے اس کو صحیح طریقے سے کیا۔</w:t>
      </w:r>
    </w:p>
    <w:p>
      <w:r>
        <w:rPr>
          <w:b/>
        </w:rPr>
        <w:t xml:space="preserve">[14:17] </w:t>
      </w:r>
      <w:r>
        <w:t>aik aadmi ne kaha ke mein aap ko apne haan mehman banana chahta hoon. aik raat mere sath rahen, aap chal kar ke. bator mehman to mere mujhe khushi hogi, mere ghar mein ya barkat hogi.</w:t>
      </w:r>
    </w:p>
    <w:p>
      <w:pPr>
        <w:jc w:val="right"/>
      </w:pPr>
      <w:r>
        <w:t>ایک آدمی نے کہا کہ میں آپ کو اپنے ہاں مہمان بنانا چاہتا ہوں۔ ایک رات میرے ساتھ رہیں، آپ چل کر کے۔ بطور مہمان تو میرے مجھے خوشی ہوگی، میرے گھر میں یا برکت ہوگی۔</w:t>
      </w:r>
    </w:p>
    <w:p>
      <w:r>
        <w:rPr>
          <w:b/>
        </w:rPr>
        <w:t xml:space="preserve">[14:29] </w:t>
      </w:r>
      <w:r>
        <w:t>to mein ne kaha ke dekhiye, shart yeh hai ke aap wohi khilayen jo mujh ko jo aap khud khatay hain. kuch naye item na pakayen.</w:t>
      </w:r>
    </w:p>
    <w:p>
      <w:pPr>
        <w:jc w:val="right"/>
      </w:pPr>
      <w:r>
        <w:t>تو میں نے کہا کہ دیکھیے، شرط یہ ہے کہ آپ وہی کھلائیں جو مجھ کو جو آپ خود کھاتے ہیں۔ کچھ نئے آئٹم نہ پکائیں۔</w:t>
      </w:r>
    </w:p>
    <w:p>
      <w:r>
        <w:rPr>
          <w:b/>
        </w:rPr>
        <w:t xml:space="preserve">[14:40] </w:t>
      </w:r>
      <w:r>
        <w:t>to is mein hum raat ko us ke haan janay walay thay. raat ka khana kahin aur khaya tha. wahan ja kar raat ko rehtay hain. aur subah sawairay ka breakfast us ke sath humein lena tha, bas.</w:t>
      </w:r>
    </w:p>
    <w:p>
      <w:pPr>
        <w:jc w:val="right"/>
      </w:pPr>
      <w:r>
        <w:t>تو اس میں ہم رات کو اس کے ہاں جانے والے تھے۔ رات کا کھانا کہیں اور کھایا تھا۔ وہاں جا کر رات کو رہتے ہیں۔ اور صبح سویرے کا بریک فاسٹ اس کے ساتھ ہمیں لینا تھا، بس۔</w:t>
      </w:r>
    </w:p>
    <w:p>
      <w:r>
        <w:rPr>
          <w:b/>
        </w:rPr>
        <w:t xml:space="preserve">[14:50] </w:t>
      </w:r>
      <w:r>
        <w:t>to us ne kaha ke theek hai, mein aisay hi karoon ga. to woh aadmi jo tha, aik teacher tha. yeh kashmir ka qissa hai. to subah hui, hum logon ne fajar ki namaz parhi, us ke baad us ne kya kiya?</w:t>
      </w:r>
    </w:p>
    <w:p>
      <w:pPr>
        <w:jc w:val="right"/>
      </w:pPr>
      <w:r>
        <w:t>تو اس نے کہا کہ ٹھیک ہے، میں ایسے ہی کروں گا۔ تو وہ آدمی جو تھا، ایک ٹیچر تھا۔ یہ کشمیر کا قصہ ہے۔ تو صبح ہوئی، ہم لوگوں نے فجر کی نماز پڑھی، اس کے بعد اس نے کیا کیا؟</w:t>
      </w:r>
    </w:p>
    <w:p>
      <w:r>
        <w:rPr>
          <w:b/>
        </w:rPr>
        <w:t xml:space="preserve">[15:05] </w:t>
      </w:r>
      <w:r>
        <w:t>ke woh achar le aya. aur roti. us ne kaha ke mein teacher hoon.</w:t>
      </w:r>
    </w:p>
    <w:p>
      <w:pPr>
        <w:jc w:val="right"/>
      </w:pPr>
      <w:r>
        <w:t>کہ وہ اشعار لے آیا۔ اور روٹی۔ اس نے کہا کہ میں ٹیچر ہوں۔</w:t>
      </w:r>
    </w:p>
    <w:p>
      <w:r>
        <w:rPr>
          <w:b/>
        </w:rPr>
        <w:t xml:space="preserve">[15:15] </w:t>
      </w:r>
      <w:r>
        <w:t>aur mein jata hoon school parhanay ke liye, subah sawairay mujhe nikalna parta hai. to meri biwi subah ko roti paka deti hai. aur yeh achar mein rakhe huay hain, isi se kha ke mein chala jata hoon.</w:t>
      </w:r>
    </w:p>
    <w:p>
      <w:pPr>
        <w:jc w:val="right"/>
      </w:pPr>
      <w:r>
        <w:t>اور میں جاتا ہوں اسکول پڑھانے کے لیے، صبح سویرے مجھے نکلنا پڑتا ہے۔ تو میری بیوی صبح کو روٹی پکا دیتی ہے۔ اور یہ اچار میں رکھے ہوئے ہیں، اسی سے کھا کے میں چلا جاتا ہوں۔</w:t>
      </w:r>
    </w:p>
    <w:p>
      <w:r>
        <w:rPr>
          <w:b/>
        </w:rPr>
        <w:t xml:space="preserve">[15:27] </w:t>
      </w:r>
      <w:r>
        <w:t>to mein ne bohat shauq se khaya, yaad rakhiye. mein ne kaha yahi hai ikram zaif. jo aap ne kiya. woh ikram zaif nahin hai is mein ke paisay kharch kiye jatay hain, khana zaya hota hai aur pait kharab hota hai.</w:t>
      </w:r>
    </w:p>
    <w:p>
      <w:pPr>
        <w:jc w:val="right"/>
      </w:pPr>
      <w:r>
        <w:t>تو میں نے بہت شوق سے کھایا، یاد رکھیے۔ میں نے کہا یہی ہے اکرام ضعیف۔ جو آپ نے کیا۔ وہ اکرام ضعیف نہیں ہے اس میں کہ پیسے خرچ کیے جاتے ہیں، کھانا ضائع ہوتا ہے اور پیٹ خراب ہوتا ہے۔</w:t>
      </w:r>
    </w:p>
    <w:p>
      <w:r>
        <w:rPr>
          <w:b/>
        </w:rPr>
        <w:t xml:space="preserve">[15:42] </w:t>
      </w:r>
      <w:r>
        <w:t>woh ikram zaif nahin hai. aap jo khatay hain, woh khila dijiye. izzat ke sath bithaiye, bas yeh hai ikram zaif.</w:t>
      </w:r>
    </w:p>
    <w:p>
      <w:pPr>
        <w:jc w:val="right"/>
      </w:pPr>
      <w:r>
        <w:t>وہ اکرام ضعیف نہیں ہے۔ آپ جو کھاتے ہیں، وہ کھلا دیجیے۔ عزت کے ساتھ بٹھائیے، بس یہ ہے اکرام ضعیف۔</w:t>
      </w:r>
    </w:p>
    <w:p>
      <w:r>
        <w:rPr>
          <w:b/>
        </w:rPr>
        <w:t xml:space="preserve">[15:53] </w:t>
      </w:r>
      <w:r>
        <w:t>dhoom jo bajai jati hai, dawatain ki jati hain, woh hargiz hargiz aik woh to gunah hai, gunah. woh ikram zaif nahin hai woh. woh takalluf hai aur hadith mein aata hai ke takalluf musalmanon ke liye jaiz nahin.</w:t>
      </w:r>
    </w:p>
    <w:p>
      <w:pPr>
        <w:jc w:val="right"/>
      </w:pPr>
      <w:r>
        <w:t>دھم جو بجائی جاتی ہے، دعوتیں کی جاتی ہیں، وہ ہرگز ہرگز ایک وہ تو گناہ ہے، گناہ۔ وہ اکرام ضعیف نہیں ہے وہ۔ وہ تکلف ہے اور حدیث میں آتا ہے کہ تکلف مسلمانوں کے لیے جائز نہیں۔</w:t>
      </w:r>
    </w:p>
    <w:p>
      <w:r>
        <w:rPr>
          <w:b/>
        </w:rPr>
        <w:t xml:space="preserve">[16:09] </w:t>
      </w:r>
      <w:r>
        <w:t>das question is from mr hamid hussain. khushwant singh in his article yesterday has commented on islamic concept of hijab, prohibition on liquor, polygamy and prohibition of pork and the word kafir as outdated and absurd.</w:t>
      </w:r>
    </w:p>
    <w:p>
      <w:pPr>
        <w:jc w:val="right"/>
      </w:pPr>
      <w:r>
        <w:t>دس کوئسچن از فرام مسٹر حامد حسین۔ خوشوند سنگھ ان ہز آرٹیکل یسٹرڈے ہیز کمنٹڈ آن اسلامک کانسیپٹ آف حجاب، پروہیبیشن آن لیکر، پولیگامی اینڈ پروہیبیشن آف پورک اینڈ دا ورڈ کافر ایز آؤٹ ڈیٹڈ اینڈ ابسرڈ۔</w:t>
      </w:r>
    </w:p>
    <w:p>
      <w:r>
        <w:rPr>
          <w:b/>
        </w:rPr>
        <w:t xml:space="preserve">[16:30] </w:t>
      </w:r>
      <w:r>
        <w:t>please comment on each one of these. dekhen, khushwant singh jo hain, yeh main in ko koi sincere aadmi nahin samajhta, maaf kijiyega. woh to yani artist mein joke karte hain, woh part kar raha hoon, journalism mein.</w:t>
      </w:r>
    </w:p>
    <w:p>
      <w:pPr>
        <w:jc w:val="right"/>
      </w:pPr>
      <w:r>
        <w:t>پلیز کمنٹ آن ایچ ون آف دیز۔ دیکھیں، خوشوند سنگھ جو ہیں، یہ میں ان کو کوئی سنسیر آدمی نہیں سمجھتا، معاف کیجیے گا۔ وہ تو یعنی آرٹسٹ میں جوک کرتے ہیں، وہ پارٹ کر رہا ہوں، جرنلزم میں۔</w:t>
      </w:r>
    </w:p>
    <w:p>
      <w:r>
        <w:rPr>
          <w:b/>
        </w:rPr>
        <w:t xml:space="preserve">[16:45] </w:t>
      </w:r>
      <w:r>
        <w:t>isi liye khoob padhaya jata hai in ko. in ka column aata hai, main jaanta hoon. is mein kuch tamashe ki baatein rehti hain. to yeh sab baaton par bohat likha ja chuka hai.</w:t>
      </w:r>
    </w:p>
    <w:p>
      <w:pPr>
        <w:jc w:val="right"/>
      </w:pPr>
      <w:r>
        <w:t>اسی لیے خوب پڑھایا جاتا ہے ان کو۔ ان کا کالم آتا ہے، میں جانتا ہوں۔ اس میں کچھ تماشے کی باتیں رہتی ہیں۔ تو یہ سب باتوں پر بہت لکھا جا چکا ہے۔</w:t>
      </w:r>
    </w:p>
    <w:p>
      <w:r>
        <w:rPr>
          <w:b/>
        </w:rPr>
        <w:t xml:space="preserve">[16:58] </w:t>
      </w:r>
      <w:r>
        <w:t>aur is ko is is ko is logic ko reject nahin kiya inhone. bas sirf comment de diya.</w:t>
      </w:r>
    </w:p>
    <w:p>
      <w:pPr>
        <w:jc w:val="right"/>
      </w:pPr>
      <w:r>
        <w:t>اور اس کو اس اس کو اس لاجک کو ریجیکٹ نہیں کیا انہوں نے۔ بس صرف کمنٹ دے دیا۔</w:t>
      </w:r>
    </w:p>
    <w:p>
      <w:r>
        <w:rPr>
          <w:b/>
        </w:rPr>
        <w:t xml:space="preserve">[17:10] </w:t>
      </w:r>
      <w:r>
        <w:t>jaise hijab ka masla hai, is par bar bar likha gaya hai ke hijab ka matlab jo hai, woh qaide se kapra pehanna hai. bas.</w:t>
      </w:r>
    </w:p>
    <w:p>
      <w:pPr>
        <w:jc w:val="right"/>
      </w:pPr>
      <w:r>
        <w:t>جیسے حجاب کا مسئلہ ہے، اس پر بار بار لکھا گیا ہے کہ حجاب کا مطلب جو ہے، وہ قاعدے سے کپڑا پہننا ہے۔ بس۔</w:t>
      </w:r>
    </w:p>
    <w:p>
      <w:r>
        <w:rPr>
          <w:b/>
        </w:rPr>
        <w:t xml:space="preserve">[17:19] </w:t>
      </w:r>
      <w:r>
        <w:t>yani as against to new duty. aaj kal jo larkiyan jo hain, woh new duty ko kamaal samajh liya hai.</w:t>
      </w:r>
    </w:p>
    <w:p>
      <w:pPr>
        <w:jc w:val="right"/>
      </w:pPr>
      <w:r>
        <w:t>یعنی ایز اگینسٹ ٹو نیو ڈیوٹی۔ آج کل جو لڑکیاں جو ہیں، وہ نیو ڈیوٹی کو کمال سمجھ لیا ہے۔</w:t>
      </w:r>
    </w:p>
    <w:p>
      <w:r>
        <w:rPr>
          <w:b/>
        </w:rPr>
        <w:t xml:space="preserve">[17:29] </w:t>
      </w:r>
      <w:r>
        <w:t>aap tasveerein dekhiye akhbaron mein, nangi nangi ki tasveerein aati hain. is ke khilaf maeqool tareeqe se pehnein. mard bhi pehnein maeqool tareeqe se, aurtein bhi pehnein maeqool tareeqe se.</w:t>
      </w:r>
    </w:p>
    <w:p>
      <w:pPr>
        <w:jc w:val="right"/>
      </w:pPr>
      <w:r>
        <w:t>آپ تصویریں دیکھیے اخباروں میں، ننگی ننگی کی تصویریں آتی ہیں۔ اس کے خلاف معقول طریقے سے پہنیں۔ مرد بھی پہنیں معقول طریقے سے، عورتیں بھی پہنیں معقول طریقے سے۔</w:t>
      </w:r>
    </w:p>
    <w:p>
      <w:r>
        <w:rPr>
          <w:b/>
        </w:rPr>
        <w:t xml:space="preserve">[17:39] </w:t>
      </w:r>
      <w:r>
        <w:t>ajeeb baat hai ke aurat yani mard to saada libas pehanta hai. sara dhaka hua hai. aur aurtein nangi rehti hain. yeh kaun si logic hai bataiye?</w:t>
      </w:r>
    </w:p>
    <w:p>
      <w:pPr>
        <w:jc w:val="right"/>
      </w:pPr>
      <w:r>
        <w:t>عجیب بات ہے کہ عورت یعنی مرد تو سادہ لباس پہنتا ہے۔ سارا ڈھکا ہوا ہے۔ اور عورتیں ننگی رہتی ہیں۔ یہ کون سی لاجک ہے بتائیے؟</w:t>
      </w:r>
    </w:p>
    <w:p>
      <w:r>
        <w:rPr>
          <w:b/>
        </w:rPr>
        <w:t xml:space="preserve">[17:50] </w:t>
      </w:r>
      <w:r>
        <w:t>yani mard ka sab hissa dhaka rehta hai. aurat ka yeh khula, woh khula, woh khula. yeh kaun sa tareeqa hai? yeh kaun sa gender equality hai?</w:t>
      </w:r>
    </w:p>
    <w:p>
      <w:pPr>
        <w:jc w:val="right"/>
      </w:pPr>
      <w:r>
        <w:t>یعنی مرد کا سب حصہ ڈھکا رہتا ہے۔ عورت کا یہ کھلا، وہ کھلا، وہ کھلا۔ یہ کون سا طریقہ ہے؟ یہ کون سا جینڈر ایکولٹی ہے؟</w:t>
      </w:r>
    </w:p>
    <w:p>
      <w:r>
        <w:rPr>
          <w:b/>
        </w:rPr>
        <w:t xml:space="preserve">[18:00] </w:t>
      </w:r>
      <w:r>
        <w:t>gender equality jo hai, is mein kapra nahin aata? jis tarah se mard jo hai, poora poora libas pehanta hai, waise aurtein poora poora libas pehnein?</w:t>
      </w:r>
    </w:p>
    <w:p>
      <w:pPr>
        <w:jc w:val="right"/>
      </w:pPr>
      <w:r>
        <w:t>جینڈر ایکولٹی جو ہے، اس میں کپڑا نہیں آتا؟ جس طرح سے مرد جو ہے، پورا پورا لباس پہنتا ہے، ویسے عورتیں پورا پورا لباس پہنیں؟</w:t>
      </w:r>
    </w:p>
    <w:p>
      <w:r>
        <w:rPr>
          <w:b/>
        </w:rPr>
        <w:t xml:space="preserve">[18:09] </w:t>
      </w:r>
      <w:r>
        <w:t>yeh gender equality ka kab se qism hai yeh? yeh sab baatein likhi ja chuki hain.</w:t>
      </w:r>
    </w:p>
    <w:p>
      <w:pPr>
        <w:jc w:val="right"/>
      </w:pPr>
      <w:r>
        <w:t>یہ جینڈر ایکولٹی کا کب سے قسم ہے یہ؟ یہ سب باتیں لکھی جا چکی ہیں۔</w:t>
      </w:r>
    </w:p>
    <w:p>
      <w:r>
        <w:rPr>
          <w:b/>
        </w:rPr>
        <w:t xml:space="preserve">[18:17] </w:t>
      </w:r>
      <w:r>
        <w:t>polygamy ke bare mein main main likha ja chuka hai. polygamy ka matlab yeh nahin ke har aadmi char char kare to karega kaise? karega jab choguna aurtein nahin hain to aap char char biwiyan kaise karenge?</w:t>
      </w:r>
    </w:p>
    <w:p>
      <w:pPr>
        <w:jc w:val="right"/>
      </w:pPr>
      <w:r>
        <w:t>پولیگامی کے بارے میں میں میں لکھا جا چکا ہے۔ پولیگامی کا مطلب یہ نہیں کہ ہر آدمی چار چار کرے تو کرے گا کیسے؟ کرے گا جب چوگنا عورتیں نہیں ہیں تو آپ چار چار بیویاں کیسے کریں گے؟</w:t>
      </w:r>
    </w:p>
    <w:p>
      <w:r>
        <w:rPr>
          <w:b/>
        </w:rPr>
        <w:t xml:space="preserve">[18:30] </w:t>
      </w:r>
      <w:r>
        <w:t>yeh to jab kisi waqt surplus ho jayein aurtein to un ko kaise settle kiya jaye, is ka masla hai. jab surplus ho jayein, surplus ho jayein tab ki baat hai.</w:t>
      </w:r>
    </w:p>
    <w:p>
      <w:pPr>
        <w:jc w:val="right"/>
      </w:pPr>
      <w:r>
        <w:t>یہ تو جب کسی وقت سرپلس ہو جائیں عورتیں تو ان کو کیسے سیٹل کیا جائے، اس کا مسئلہ ہے۔ جب سرپلس ہو جائیں، سرپلس ہو جائیں تب کی بات ہے۔</w:t>
      </w:r>
    </w:p>
    <w:p>
      <w:r>
        <w:rPr>
          <w:b/>
        </w:rPr>
        <w:t xml:space="preserve">[18:40] </w:t>
      </w:r>
      <w:r>
        <w:t>yani khwamkhwah nahin ke char char shadiyan karein. aisa kuch bhi nahin hai. liquor ke bare mein galat kehte hain woh.</w:t>
      </w:r>
    </w:p>
    <w:p>
      <w:pPr>
        <w:jc w:val="right"/>
      </w:pPr>
      <w:r>
        <w:t>یعنی خوامخواہ نہیں کہ چار چار شادیاں کریں۔ ایسا کچھ بھی نہیں ہے۔ لیکر کے بارے میں غلط کہتے ہیں وہ۔</w:t>
      </w:r>
    </w:p>
    <w:p>
      <w:r>
        <w:rPr>
          <w:b/>
        </w:rPr>
        <w:t xml:space="preserve">[18:49] </w:t>
      </w:r>
      <w:r>
        <w:t>science yeh kehti hai ke liquor jo hai, is se woh yani health par bura asar padta hai. ab in ke kehne se hum kaise maan lein?</w:t>
      </w:r>
    </w:p>
    <w:p>
      <w:pPr>
        <w:jc w:val="right"/>
      </w:pPr>
      <w:r>
        <w:t>سائنس یہ کہتی ہے کہ لیکر جو ہے، اس سے وہ یعنی ہیلتھ پر برا اثر پڑتا ہے۔ اب ان کے کہنے سے ہم کیسے مان لیں؟</w:t>
      </w:r>
    </w:p>
    <w:p>
      <w:r>
        <w:rPr>
          <w:b/>
        </w:rPr>
        <w:t xml:space="preserve">[18:59] </w:t>
      </w:r>
      <w:r>
        <w:t>medical science jo hai, sari researches yeh kehti hain ke is se ulta asar padta hai. to hum kaise maan lein in ke kehne se? yeh yeh doctor to nahin, yeh to ek journalist hain.</w:t>
      </w:r>
    </w:p>
    <w:p>
      <w:pPr>
        <w:jc w:val="right"/>
      </w:pPr>
      <w:r>
        <w:t>میڈیکل سائنس جو ہے، ساری ریسرچز یہ کہتی ہیں کہ اس سے الٹا اثر پڑتا ہے۔ تو ہم کیسے مان لیں ان کے کہنے سے؟ یہ یہ ڈاکٹر تو نہیں، یہ تو ایک جرنلسٹ ہیں۔</w:t>
      </w:r>
    </w:p>
    <w:p>
      <w:r>
        <w:rPr>
          <w:b/>
        </w:rPr>
        <w:t xml:space="preserve">[19:11] </w:t>
      </w:r>
      <w:r>
        <w:t>aur aakhri cheez kya</w:t>
      </w:r>
    </w:p>
    <w:p>
      <w:pPr>
        <w:jc w:val="right"/>
      </w:pPr>
      <w:r>
        <w:t>اور آخری چیز کیا</w:t>
      </w:r>
    </w:p>
    <w:p>
      <w:r>
        <w:rPr>
          <w:b/>
        </w:rPr>
        <w:t xml:space="preserve">[19:12] </w:t>
      </w:r>
      <w:r>
        <w:t>hai? kafir. use the word kafir. ji ji, kafir ke bare mein bohat achhi tarah likha ja chuka hai. yeh bhi jante hain achhi tarah se. aap milein in se, unhein pata hai kafir ke bare mein matlab kya hai.</w:t>
      </w:r>
    </w:p>
    <w:p>
      <w:pPr>
        <w:jc w:val="right"/>
      </w:pPr>
      <w:r>
        <w:t>ہے؟ کافر۔ یوز دا ورڈ کافر۔ جی جی، کافر کے بارے میں بہت اچھی طرح لکھا جا چکا ہے۔ یہ بھی جانتے ہیں اچھی طریقے سے۔ آپ ملیں ان سے، انہیں پتہ ہے کافر کے بارے میں مطلب کیا ہے۔</w:t>
      </w:r>
    </w:p>
    <w:p>
      <w:r>
        <w:rPr>
          <w:b/>
        </w:rPr>
        <w:t xml:space="preserve">[19:22] </w:t>
      </w:r>
      <w:r>
        <w:t>yeh nahin ke musalman jo hai, woh momin hai aur hindu jo hai, woh kafir hai. woh samajhte hain is yeh matlab. yeh harghiz is ka matlab nahin hai. kafir ek term tha rasool Allah ke zamane ke liye.</w:t>
      </w:r>
    </w:p>
    <w:p>
      <w:pPr>
        <w:jc w:val="right"/>
      </w:pPr>
      <w:r>
        <w:t>یہ نہیں کہ مسلمان جو ہے، وہ مومن ہے اور ہندو جو ہے، وہ کافر ہے۔ وہ سمجھتے ہیں اس یہ مطلب۔ یہ ہرگز اس کا مطلب نہیں ہے۔ کافر ایک ٹرم تھا رسول اللہ کے زمانے کے لیے۔</w:t>
      </w:r>
    </w:p>
    <w:p>
      <w:r>
        <w:rPr>
          <w:b/>
        </w:rPr>
        <w:t xml:space="preserve">[19:34] </w:t>
      </w:r>
      <w:r>
        <w:t>kafir ka matlab hai na manane wala. one who refuses. to wahan par jin logon ko direct address kiya tha prophet ne, unhone jo nahin mana to un ko kafir kaha gaya hai.</w:t>
      </w:r>
    </w:p>
    <w:p>
      <w:pPr>
        <w:jc w:val="right"/>
      </w:pPr>
      <w:r>
        <w:t>کافر کا معنی ہے نہ ماننے والا۔ ون ہو ریفیوزز۔ تو وہاں پر جن لوگوں کو ڈائریکٹ ایڈریس کیا تھا پرافٹ نے، انہوں نے جو نہیں مانا تو ان کو کافر کہا گیا ہے۔</w:t>
      </w:r>
    </w:p>
    <w:p>
      <w:r>
        <w:rPr>
          <w:b/>
        </w:rPr>
        <w:t xml:space="preserve">[19:45] </w:t>
      </w:r>
      <w:r>
        <w:t>bas. koi eternal term nahin hai woh. aaj aaj yeh ka aap use nahin kar sakte aaj is ko. sirf prophet ki inkar karne walon ko kafir kaha gaya.</w:t>
      </w:r>
    </w:p>
    <w:p>
      <w:pPr>
        <w:jc w:val="right"/>
      </w:pPr>
      <w:r>
        <w:t>بس۔ کوئی ایٹرنل ٹرم نہیں ہے وہ۔ آج آج یہ کا آپ یوز نہیں کر سکتے آج اس کو۔ صرف پرافٹ کی کا انکار کرنے والوں کو کافر کہا گیا۔</w:t>
      </w:r>
    </w:p>
    <w:p>
      <w:r>
        <w:rPr>
          <w:b/>
        </w:rPr>
        <w:t xml:space="preserve">[19:56] </w:t>
      </w:r>
      <w:r>
        <w:t>kafir ka matlab hai munkir. is liye sab se achha jo translation hai sahi shah abdul qadir sahib ka, woh kafir ka translation karte hain munkir.</w:t>
      </w:r>
    </w:p>
    <w:p>
      <w:pPr>
        <w:jc w:val="right"/>
      </w:pPr>
      <w:r>
        <w:t>کافر کا معنی ہے منکر۔ اس لیے سب سے اچھا جو ٹرانسیشن ہے صحیح شاہ عبدالقادر صاحب کا، وہ کافر کا ٹرانسیشن کرتے ہیں منکر۔</w:t>
      </w:r>
    </w:p>
    <w:p>
      <w:r>
        <w:rPr>
          <w:b/>
        </w:rPr>
        <w:t xml:space="preserve">[20:05] </w:t>
      </w:r>
      <w:r>
        <w:t>munkir. to log kya samajhte hain ke musalman momin hain aur baqi sab hindu wagera sab kafir hain?</w:t>
      </w:r>
    </w:p>
    <w:p>
      <w:pPr>
        <w:jc w:val="right"/>
      </w:pPr>
      <w:r>
        <w:t>منکر۔ تو لوگ کیا سمجھتے ہیں کہ مسلمان مومن ہیں اور باقی سب ہندو وغیرہ سب کافر ہیں؟</w:t>
      </w:r>
    </w:p>
    <w:p>
      <w:r>
        <w:rPr>
          <w:b/>
        </w:rPr>
        <w:t xml:space="preserve">[20:14] </w:t>
      </w:r>
      <w:r>
        <w:t>yeh matlab hai hi nahin is ka. yeh sab baatein likhi ja chuki hain, pata hai khushwant singh ko. aap un se mil kar puchiye. meri cheezein unhone padhi hain, main jaanta hoon.</w:t>
      </w:r>
    </w:p>
    <w:p>
      <w:pPr>
        <w:jc w:val="right"/>
      </w:pPr>
      <w:r>
        <w:t>یہ مطلب ہے ہی نہیں اس کا۔ یہ سب باتیں لکھی جا چکی ہیں، پتہ ہے خوشوند سنگھ کو۔ آپ ان سے مل کر پوچھیے۔ میری چیزیں انہوں نے پڑھی ہیں، میں جانتا ہوں۔</w:t>
      </w:r>
    </w:p>
    <w:p>
      <w:r>
        <w:rPr>
          <w:b/>
        </w:rPr>
        <w:t xml:space="preserve">[20:24] </w:t>
      </w:r>
      <w:r>
        <w:t>aap khwamkhwah woh ek ek ek tamashe ke liye chhodte rehte hain to koi kya kare? kisi ka zuban hum band nahin kar sakte.</w:t>
      </w:r>
    </w:p>
    <w:p>
      <w:pPr>
        <w:jc w:val="right"/>
      </w:pPr>
      <w:r>
        <w:t>آپ خوامخواہ وہ ایک ایک ایک تماشے کے لیے چھوڑتے رہتے ہیں تو کوئی کیا کرے؟ کسی کا زبان ہم بند نہیں کر سکتے۔</w:t>
      </w:r>
    </w:p>
    <w:p>
      <w:r>
        <w:rPr>
          <w:b/>
        </w:rPr>
        <w:t xml:space="preserve">[20:36] </w:t>
      </w:r>
      <w:r>
        <w:t>das question is from aisha. molana, why is the political involvement haram in islam according to hadith?</w:t>
      </w:r>
    </w:p>
    <w:p>
      <w:pPr>
        <w:jc w:val="right"/>
      </w:pPr>
      <w:r>
        <w:t>دس کوئسچن از فرام عائشہ۔ مولانا، وائی از دی پولیٹیکل انوالومنٹ حرام ان اسلام اکارڈنگ ٹو حدیث؟</w:t>
      </w:r>
    </w:p>
    <w:p>
      <w:r>
        <w:rPr>
          <w:b/>
        </w:rPr>
        <w:t xml:space="preserve">[20:46] </w:t>
      </w:r>
      <w:r>
        <w:t>nahi, kis ke liye? ulma ke liye. matlab yeh hai jis ko kehte hain division of labor, yeh to bohat achi baat hai.</w:t>
      </w:r>
    </w:p>
    <w:p>
      <w:pPr>
        <w:jc w:val="right"/>
      </w:pPr>
      <w:r>
        <w:t>نہیں، کس کے لیے؟ علماء کے لیے۔ مطلب یہ ہے جس کو کہتے ہیں ڈیویژن آف لیبر، یہ تو بہت اچھی بات ہے۔</w:t>
      </w:r>
    </w:p>
    <w:p>
      <w:r>
        <w:rPr>
          <w:b/>
        </w:rPr>
        <w:t xml:space="preserve">[20:55] </w:t>
      </w:r>
      <w:r>
        <w:t>taqseem kar. yani sab log is mein agar shamil hon to kaam bigar jaye ga, kuch banega nahi. to ek class woh ho jo is kaam ko kare, yani educate karna logon ko, dawah work karna, masjid madrasay chalana,</w:t>
      </w:r>
    </w:p>
    <w:p>
      <w:pPr>
        <w:jc w:val="right"/>
      </w:pPr>
      <w:r>
        <w:t>تقسیم کار۔ یعنی سب لوگ اس میں اگر شامل ہوں تو کام بگڑ جائے گا، کچھ بنے گا نہیں۔ تو ایک کلاس وہ ہو جو اس کام کو کرے، یعنی ایجوکیٹ کرنا لوگوں کو، دعوت ورک کرنا، مسجد مدرسے چلانا،</w:t>
      </w:r>
    </w:p>
    <w:p>
      <w:r>
        <w:rPr>
          <w:b/>
        </w:rPr>
        <w:t xml:space="preserve">[21:13] </w:t>
      </w:r>
      <w:r>
        <w:t>yeh sare kaam peaceful tareeqay se karna, ek ek poora ek kaam hai yeh. itna 24 ghantay aap is mein busy rahey.</w:t>
      </w:r>
    </w:p>
    <w:p>
      <w:pPr>
        <w:jc w:val="right"/>
      </w:pPr>
      <w:r>
        <w:t>یہ سارے کام پیس فل طریقے سے کرنا، ایک ایک پورا ایک کام ہے یہ۔ اتنا 24 گھنٹے آپ اس میں بزی رہیے۔</w:t>
      </w:r>
    </w:p>
    <w:p>
      <w:r>
        <w:rPr>
          <w:b/>
        </w:rPr>
        <w:t xml:space="preserve">[21:23] </w:t>
      </w:r>
      <w:r>
        <w:t>ek kaam hai administration chalana. yani government chalana. to ek tabqa woh karey. yeh to bohat acha hai, yeh to is ko kehte hain taqseem kar, division of labor, bohat achi baat hai yeh.</w:t>
      </w:r>
    </w:p>
    <w:p>
      <w:pPr>
        <w:jc w:val="right"/>
      </w:pPr>
      <w:r>
        <w:t>ایک کام ہے ایڈمیشن چلانا۔ یعنی گورنمنٹ چلانا۔ تو ایک طبقہ وہ کرے۔ یہ تو بہت اچھا ہے، یہ تو اس کو کہتے ہیں تقسیم کار، ڈیویژن آف لیبر، بہت اچھی بات ہے یہ۔</w:t>
      </w:r>
    </w:p>
    <w:p>
      <w:r>
        <w:rPr>
          <w:b/>
        </w:rPr>
        <w:t xml:space="preserve">[21:38] </w:t>
      </w:r>
      <w:r>
        <w:t>jo log is mein hissa lete hain, woh is mein hissa lein. jo is jo is aur kuch log yeh kaam karein. aur quran mein dekhiye yeh hai ke walizar qaum qaum ho.</w:t>
      </w:r>
    </w:p>
    <w:p>
      <w:pPr>
        <w:jc w:val="right"/>
      </w:pPr>
      <w:r>
        <w:t>جو لوگ اس میں حصہ لیتے ہیں، وہ اس میں حصہ لیں۔ جو اس جو اس اور کچھ لوگ یہ کام کریں۔ اور قرآن میں دیکھیے یہ ہے کہ ولیزر قوم قوم ہوں۔</w:t>
      </w:r>
    </w:p>
    <w:p>
      <w:r>
        <w:rPr>
          <w:b/>
        </w:rPr>
        <w:t xml:space="preserve">[21:50] </w:t>
      </w:r>
      <w:r>
        <w:t>yani jo ulma hain, un ka kaam hai inzar karna. inzar karne ka matlab hai educate karna. to main samajhta hoon ke bohat hi sahi usool hai ke politics ko aap chhod dein democratic process par.</w:t>
      </w:r>
    </w:p>
    <w:p>
      <w:pPr>
        <w:jc w:val="right"/>
      </w:pPr>
      <w:r>
        <w:t>یعنی جو علماء ہیں، ان کا کام ہے انظار کرنا۔ انظار کرنے کا مطلب ہے ایجوکیٹ کرنا۔ تو میں سمجھتا ہوں کہ بہت ہی صحیح اصول ہے کہ پولیٹکس کو آپ چھوڑ دیں ڈیموکریٹک پراسیس پر۔</w:t>
      </w:r>
    </w:p>
    <w:p>
      <w:r>
        <w:rPr>
          <w:b/>
        </w:rPr>
        <w:t xml:space="preserve">[22:07] </w:t>
      </w:r>
      <w:r>
        <w:t>aur apne aap ko aap istemal karein education ki field mein. dawah work mein, is mein in sab cheezon mein. yeh to bohat achi baat hai yeh.</w:t>
      </w:r>
    </w:p>
    <w:p>
      <w:pPr>
        <w:jc w:val="right"/>
      </w:pPr>
      <w:r>
        <w:t>اور اپنے آپ کو آپ استعمال کریں ایجوکیشن کی فیلڈ میں۔ دعوت ورک میں، اس میں ان سب چیزوں میں۔ یہ تو بہت اچھی بات ہے یہ۔</w:t>
      </w:r>
    </w:p>
    <w:p>
      <w:r>
        <w:rPr>
          <w:b/>
        </w:rPr>
        <w:t xml:space="preserve">[22:17] </w:t>
      </w:r>
      <w:r>
        <w:t>is tarah dono kaam achay tareeqay se hoga. das question is from sophia. what is the concept of creation of species in quran?</w:t>
      </w:r>
    </w:p>
    <w:p>
      <w:pPr>
        <w:jc w:val="right"/>
      </w:pPr>
      <w:r>
        <w:t>اس طرح دونوں کام اچھے طریقے سے ہوگا۔ دس کوئسچن از فرام صوفیا۔ واٹ از دی کانسیپٹ آف کریشن آف سپیشیز ان قرآن؟</w:t>
      </w:r>
    </w:p>
    <w:p>
      <w:r>
        <w:rPr>
          <w:b/>
        </w:rPr>
        <w:t xml:space="preserve">[22:36] </w:t>
      </w:r>
      <w:r>
        <w:t>dekhein, yeh ek question is ke background mein aata hai, darwinism ke background mein. to darwinism ki jo philosophy hai, woh to yeh hai ke first jo first jo life thi,</w:t>
      </w:r>
    </w:p>
    <w:p>
      <w:pPr>
        <w:jc w:val="right"/>
      </w:pPr>
      <w:r>
        <w:t>دیکھیں، یہ ایک کوئسچن اس کے بیک گراؤنڈ میں آتا ہے، ڈائیونزم کے بیک گراؤنڈ میں۔ تو ڈائیونزم کی جو فلاسفی ہے، وہ تو یہ ہے کہ فرسٹ جو فرسٹ جو لائف تھی،</w:t>
      </w:r>
    </w:p>
    <w:p>
      <w:r>
        <w:rPr>
          <w:b/>
        </w:rPr>
        <w:t xml:space="preserve">[22:52] </w:t>
      </w:r>
      <w:r>
        <w:t>first life farz kijiye ke woh ek amoeba ho. is ko create kiya khuda ne. yeh is ne likha hai apni kitab jo hai "origin of species" mein.</w:t>
      </w:r>
    </w:p>
    <w:p>
      <w:pPr>
        <w:jc w:val="right"/>
      </w:pPr>
      <w:r>
        <w:t>فرسٹ لائف فرض کیجیے کہ وہ ایک امیبا ہو۔ اس کو کریٹ کیا خدا نے۔ یہ اس نے لکھا ہے اپنی کتاب جو ہے "ارجن آف سپیشیز" میں۔</w:t>
      </w:r>
    </w:p>
    <w:p>
      <w:r>
        <w:rPr>
          <w:b/>
        </w:rPr>
        <w:t xml:space="preserve">[23:01] </w:t>
      </w:r>
      <w:r>
        <w:t>is ke baad is se nikal nikal kar ke bohat si branches bani. aur phir tarah tarah ki cheezein ho gayeen. jaise ke is ke kehne ke mutabiq ke ek branch mein maslan farz kijiye machhliyan baniin.</w:t>
      </w:r>
    </w:p>
    <w:p>
      <w:pPr>
        <w:jc w:val="right"/>
      </w:pPr>
      <w:r>
        <w:t>اس کے بعد اس سے نکل نکل کر کے بہت سی برانچز بنی۔ اور پھر طرح طرح کی چیزیں ہو گئیں۔ جیسے کہ اس کے کہنے کے مطابق کہ ایک برانچ میں مثلاً فرض کیجیے مچھلیاں بنیں۔</w:t>
      </w:r>
    </w:p>
    <w:p>
      <w:r>
        <w:rPr>
          <w:b/>
        </w:rPr>
        <w:t xml:space="preserve">[23:17] </w:t>
      </w:r>
      <w:r>
        <w:t>machhliyan uchalte koodte woh phir chiriyan ban gayeen is mein se. ek branch mein yani woh bakri bani, is mein uchalte koodte phir woh giraffe ban gaya.</w:t>
      </w:r>
    </w:p>
    <w:p>
      <w:pPr>
        <w:jc w:val="right"/>
      </w:pPr>
      <w:r>
        <w:t>مچھلیاں اچھلتے کودتے وہ پھر چڑیاں بن گئیں اس میں سے۔ ایک برانچ میں یعنی وہ بکری بنی، اس میں اچھلتے کودتے پھر وہ زرافہ بن گیا۔</w:t>
      </w:r>
    </w:p>
    <w:p>
      <w:r>
        <w:rPr>
          <w:b/>
        </w:rPr>
        <w:t xml:space="preserve">[23:28] </w:t>
      </w:r>
      <w:r>
        <w:t>to yeh sab scientifically proof koi cheez nahi hai. aaj tak yeh proof nahi ho saka hai ke machhli chirya ban sakti hai. hain yani fish jo hai, bird ban sakti hai aur aur goat jo hai, woh giraffe ban sakta hai.</w:t>
      </w:r>
    </w:p>
    <w:p>
      <w:pPr>
        <w:jc w:val="right"/>
      </w:pPr>
      <w:r>
        <w:t>تو یہ سب سائنٹیفیکلی پروف کوئی چیز نہیں ہے۔ آج تک یہ پروف نہیں ہو سکا ہے کہ مچھلی چڑیا بن سکتی ہے۔ ہیں یعنی فش جو ہے، برڈ بن سکتی ہے اور اور گوٹ جو ہے، وہ زرافہ بن سکتا ہے۔</w:t>
      </w:r>
    </w:p>
    <w:p>
      <w:r>
        <w:rPr>
          <w:b/>
        </w:rPr>
        <w:t xml:space="preserve">[23:40] </w:t>
      </w:r>
      <w:r>
        <w:t>yeh sab bilkul ek ek woh hai, imagination hai. koi bhi is ka proof scientific proof nahi hai. aap ko shakk ho to aap kitab hai, parhiye aap "revolt against reason".</w:t>
      </w:r>
    </w:p>
    <w:p>
      <w:pPr>
        <w:jc w:val="right"/>
      </w:pPr>
      <w:r>
        <w:t>یہ سب بالکل ایک ایک وہ ہے، امیجنیشن ہے۔ کوئی بھی اس کا پروف سائنٹیفک پروف نہیں ہے۔ آپ کو شک ہو تو آپ کتاب ہے، پڑھیے آپ "ریولٹ اگینسٹ ریزن"۔</w:t>
      </w:r>
    </w:p>
    <w:p>
      <w:r>
        <w:rPr>
          <w:b/>
        </w:rPr>
        <w:t xml:space="preserve">[23:53] </w:t>
      </w:r>
      <w:r>
        <w:t>"revolt against reason". is mein evolution par hai, evolution par. to islam ki philosophy jo hai, woh yeh hai ke har cheez special creation hai.</w:t>
      </w:r>
    </w:p>
    <w:p>
      <w:pPr>
        <w:jc w:val="right"/>
      </w:pPr>
      <w:r>
        <w:t>"ریولٹ اگینسٹ ریزن"۔ اس میں ایولوشن پر ہے، ایولوشن پر۔ تو اسلام کی فلاسفی جو ہے، وہ یہ ہے کہ ہر چیز اسپیشل کریشن ہے۔</w:t>
      </w:r>
    </w:p>
    <w:p>
      <w:r>
        <w:rPr>
          <w:b/>
        </w:rPr>
        <w:t xml:space="preserve">[24:02] </w:t>
      </w:r>
      <w:r>
        <w:t>chahe amoeba ho, chahe insan ho, chahe ek goat ho, chahe ek fish ho ya ek bird ho, har cheez special creation hai. yeh ke is se woh nikla, is se woh nikla, is se woh nikla, jo jo darwinism kehta hai, woh islam mein nahi hai.</w:t>
      </w:r>
    </w:p>
    <w:p>
      <w:pPr>
        <w:jc w:val="right"/>
      </w:pPr>
      <w:r>
        <w:t>چاہے امیبا ہو، چاہے انسان ہو، چاہے ایک گوٹ ہو، چاہے ایک فش ہو یا ایک برڈ ہو، ہر چیز اسپیشل کریشن ہے۔ یہ کہ اس سے وہ نکلا، اس سے وہ نکلا، اس سے وہ نکلا، جو جو ڈائیورزم کہتا ہے، وہ اسلام میں نہیں ہے۔</w:t>
      </w:r>
    </w:p>
    <w:p>
      <w:r>
        <w:rPr>
          <w:b/>
        </w:rPr>
        <w:t xml:space="preserve">[24:21] </w:t>
      </w:r>
      <w:r>
        <w:t>unhon ne un ke nazdeek ek hi cheez khuda ne paida ki, woh first life, yeh to mante hain woh. is ke baad isi mein se branches nikli, branches, branches hotey hotey sari cheezein ban gayeen.</w:t>
      </w:r>
    </w:p>
    <w:p>
      <w:pPr>
        <w:jc w:val="right"/>
      </w:pPr>
      <w:r>
        <w:t>انہوں نے ان کے نزدیک ایک ہی چیز خدا نے پیدا کی، وہ فرسٹ لائف، یہ تو مانتے ہیں وہ۔ اس کے بعد اسی میں سے برانچز نکلیں، برانچز، برانچز ہوتے ہوتے ساری چیزیں بن گئیں۔</w:t>
      </w:r>
    </w:p>
    <w:p>
      <w:r>
        <w:rPr>
          <w:b/>
        </w:rPr>
        <w:t xml:space="preserve">[24:33] </w:t>
      </w:r>
      <w:r>
        <w:t>lekin yeh na to science se proof hota hai. aur na quran mein is ki koi koi yani is se aap nikal sakte hain. quran ke mutabiq har cheez, chahe choti ho ya bari, alag alag create ki gayi hai.</w:t>
      </w:r>
    </w:p>
    <w:p>
      <w:pPr>
        <w:jc w:val="right"/>
      </w:pPr>
      <w:r>
        <w:t>لیکن یہ نہ تو سائنس سے پروف ہوتا ہے۔ اور نہ قرآن میں اس کی کوئی کوئی یعنی اس سے آپ نکال سکتے ہیں۔ قرآن کے مطابق ہر چیز، چاہے چھوٹی ہو یا بڑی، الگ الگ کریٹ کی گئی ہے۔</w:t>
      </w:r>
    </w:p>
    <w:p>
      <w:r>
        <w:rPr>
          <w:b/>
        </w:rPr>
        <w:t xml:space="preserve">[24:47] </w:t>
      </w:r>
      <w:r>
        <w:t>yani specially create ki gayi hai. aur is par main ne bohat sa likha hai, bohat sari cheezein. is ko aap parh sakte hain.</w:t>
      </w:r>
    </w:p>
    <w:p>
      <w:pPr>
        <w:jc w:val="right"/>
      </w:pPr>
      <w:r>
        <w:t>یعنی اسپیشلی کریٹ کی گئی ہے۔ اور اس پر میں نے بہت سا لکھا ہے، بہت ساری چیزیں۔ اس کو آپ پڑھ سکتے ہیں۔</w:t>
      </w:r>
    </w:p>
    <w:p>
      <w:r>
        <w:rPr>
          <w:b/>
        </w:rPr>
        <w:t xml:space="preserve">[24:58] </w:t>
      </w:r>
      <w:r>
        <w:t>lekin main aakhri tor par jo main ne jana hai, woh yeh hai ke jo scholars hain baray baray, is ko woh sirf workable theory mante hain.</w:t>
      </w:r>
    </w:p>
    <w:p>
      <w:pPr>
        <w:jc w:val="right"/>
      </w:pPr>
      <w:r>
        <w:t>لیکن میں آخری طور پر جو میں نے جانا ہے، وہ یہ ہے کہ جو سکالرز ہیں بڑے بڑے، اس کو وہ صرف ورک ایبل تھیوری مانتے ہیں۔</w:t>
      </w:r>
    </w:p>
    <w:p>
      <w:r>
        <w:rPr>
          <w:b/>
        </w:rPr>
        <w:t xml:space="preserve">[25:10] </w:t>
      </w:r>
      <w:r>
        <w:t>workable theory. scientific theory nahi mante. is ko achi tarah samajh lijiye ke baray baray scientists jo hain, woh is ko scientific theory nahi mante. workable theory kehte hain is ko.</w:t>
      </w:r>
    </w:p>
    <w:p>
      <w:pPr>
        <w:jc w:val="right"/>
      </w:pPr>
      <w:r>
        <w:t>ورک ایبل تھیوری۔ سائنٹیفک تھیوری نہیں مانتے۔ اس کو اچھی طرح سمجھ لیجیے کہ بڑے بڑے سائنٹسٹ جو ہیں، وہ اس کو سائنٹیفک تھیوری نہیں مانتے۔ ورک ایبل تھیوری کہتے ہیں اس کو۔</w:t>
      </w:r>
    </w:p>
    <w:p>
      <w:r>
        <w:rPr>
          <w:b/>
        </w:rPr>
        <w:t xml:space="preserve">[25:21] </w:t>
      </w:r>
      <w:r>
        <w:t>isi hisab se samajhte hain ke is mein kitni weakness hai. kitni bari weakness hai is ke andar. das question is from priya.</w:t>
      </w:r>
    </w:p>
    <w:p>
      <w:pPr>
        <w:jc w:val="right"/>
      </w:pPr>
      <w:r>
        <w:t>اسی حساب سے سمجھتے ہیں کہ اس میں کتنی ویکنس ہے۔ کتنی بڑی ویکنس ہے اس کے اندر۔ دس کوئسچن از فرام پریا۔</w:t>
      </w:r>
    </w:p>
    <w:p>
      <w:r>
        <w:rPr>
          <w:b/>
        </w:rPr>
        <w:t xml:space="preserve">[25:31] </w:t>
      </w:r>
      <w:r>
        <w:t>molana, why are muslims anti west?</w:t>
      </w:r>
    </w:p>
    <w:p>
      <w:pPr>
        <w:jc w:val="right"/>
      </w:pPr>
      <w:r>
        <w:t>مولانا، وائی آر مسلمز اینٹی ویسٹ؟</w:t>
      </w:r>
    </w:p>
    <w:p>
      <w:r>
        <w:rPr>
          <w:b/>
        </w:rPr>
        <w:t xml:space="preserve">[25:36] </w:t>
      </w:r>
      <w:r>
        <w:t>anti west to sabhi hain. jis se baat kar lijiye aap. anti west to hindu bhi hai, jain bhi hai, sikh, har aadmi anti west hai. is mein koi exception nahi, yaad rakhiye.</w:t>
      </w:r>
    </w:p>
    <w:p>
      <w:pPr>
        <w:jc w:val="right"/>
      </w:pPr>
      <w:r>
        <w:t>اینٹی ویسٹ تو سبھی ہیں۔ جس سے بات کر لیجیے آپ۔ اینٹی ویسٹ تو ہندو بھی ہے، جین بھی ہے، سکھ، ہر آدمی اینٹی ویسٹ ہے۔ اس میں کوئی ایکسیپشن نہیں، یاد رکھیے۔</w:t>
      </w:r>
    </w:p>
    <w:p>
      <w:r>
        <w:rPr>
          <w:b/>
        </w:rPr>
        <w:t xml:space="preserve">[25:48] </w:t>
      </w:r>
      <w:r>
        <w:t>sab log anti west boli bolte hain. sawa in logon ke jo ke ja ke wahan settle ho gaye hain. warna yahan jo India mein jo hain, woh sab wahi boli bolte hain.</w:t>
      </w:r>
    </w:p>
    <w:p>
      <w:pPr>
        <w:jc w:val="right"/>
      </w:pPr>
      <w:r>
        <w:t>سب لوگ اینٹی ویسٹ بولی بولتے ہیں۔ سوا ان لوگوں کے جو کہ جا کے وہاں سیٹل ہو گئے ہیں۔ ورنہ یہاں جو انڈیا میں جو ہیں، وہ سب وہی بولی بولتے ہیں۔</w:t>
      </w:r>
    </w:p>
    <w:p>
      <w:r>
        <w:rPr>
          <w:b/>
        </w:rPr>
        <w:t xml:space="preserve">[25:58] </w:t>
      </w:r>
      <w:r>
        <w:t>to aap single out nahi kar sakti musalmanon ko. aur is ki kya raaz hai? main to samajhta hoon ke jealousy. west aage badh gaye, hum peechay reh gaye.</w:t>
      </w:r>
    </w:p>
    <w:p>
      <w:pPr>
        <w:jc w:val="right"/>
      </w:pPr>
      <w:r>
        <w:t>تو آپ سنگل آؤٹ نہیں کر سکتی مسلمانوں کو۔ اور اس کی کیا راز ہے؟ میں تو سمجھتا ہوں کہ جیلسی۔ ویسٹ آگے بڑھ گئے، ہم پیچھے رہ گئے۔</w:t>
      </w:r>
    </w:p>
    <w:p>
      <w:r>
        <w:rPr>
          <w:b/>
        </w:rPr>
        <w:t xml:space="preserve">[26:08] </w:t>
      </w:r>
      <w:r>
        <w:t>jealousy hinduo ka bhi hai, musalmanon ka bhi hai, sab ko hai. jealousy jo hai, insan ke andar bohat hi bohat hi deep rooted cheez hai.</w:t>
      </w:r>
    </w:p>
    <w:p>
      <w:pPr>
        <w:jc w:val="right"/>
      </w:pPr>
      <w:r>
        <w:t>جیلسی ہندوؤں کا بھی ہے، مسلمانوں کا بھی ہے، سب کو ہے۔ جیلسی جو ہے، انسان کے اندر بہت ہی بہت ہی ڈیپ روٹڈ چیز ہے۔</w:t>
      </w:r>
    </w:p>
    <w:p>
      <w:r>
        <w:rPr>
          <w:b/>
        </w:rPr>
        <w:t xml:space="preserve">[26:16] </w:t>
      </w:r>
      <w:r>
        <w:t>deep rooted. ek family mein bhi hoti hai, jealousy hoti hai. paros mein hoti hai. to west bohat aage badh gaya.</w:t>
      </w:r>
    </w:p>
    <w:p>
      <w:pPr>
        <w:jc w:val="right"/>
      </w:pPr>
      <w:r>
        <w:t>ڈیپ روٹڈ۔ ایک فیملی میں بھی ہوتی ہے، جیلسی ہوتی ہے۔ پڑوس میں ہوتی ہے۔ تو ویسٹ بہت آگے بڑھ گیا۔</w:t>
      </w:r>
    </w:p>
    <w:p>
      <w:r>
        <w:rPr>
          <w:b/>
        </w:rPr>
        <w:t xml:space="preserve">[26:25] </w:t>
      </w:r>
      <w:r>
        <w:t>aap jante hain ke hamare India waghera mein jo countries hain, under developed, woh har aitbar se abhi tak unhi ke upar rely karte hain.</w:t>
      </w:r>
    </w:p>
    <w:p>
      <w:pPr>
        <w:jc w:val="right"/>
      </w:pPr>
      <w:r>
        <w:t>آپ جانتے ہیں کہ ہمارے انڈیا وغیرہ میں جو کنٹریز ہیں، انڈر ڈیولپڈ، وہ ہر اعتبار سے ابھی تک انہی کے اوپر نیرو کرتے ہیں۔</w:t>
      </w:r>
    </w:p>
    <w:p>
      <w:r>
        <w:rPr>
          <w:b/>
        </w:rPr>
        <w:t xml:space="preserve">[26:34] </w:t>
      </w:r>
      <w:r>
        <w:t>unhi ke upar rely karte hain. un ke baghair hamara koi kaam nahi chalta. yahan tak ke woh jo chips aati hain wahan se, woh chips bhi India se achi hoti hain.</w:t>
      </w:r>
    </w:p>
    <w:p>
      <w:pPr>
        <w:jc w:val="right"/>
      </w:pPr>
      <w:r>
        <w:t>انہی کے اوپر نیرو کرتے ہیں۔ ان کے بغیر ہمارا کوئی کام نہیں چلتا۔ یہاں تک کہ وہ جو چپس آتی ہیں وہاں سے، وہ چپس بھی انڈیا سے اچھی ہوتی ہیں۔</w:t>
      </w:r>
    </w:p>
    <w:p>
      <w:r>
        <w:rPr>
          <w:b/>
        </w:rPr>
        <w:t xml:space="preserve">[26:44] </w:t>
      </w:r>
      <w:r>
        <w:t>aap ghor kijiye. jo chips aati hain, wahan se ban kar aati hain, woh India ki chips se achi hoti hain. to logon ko to jealousy hai. main to yahi samajh paya hoon.</w:t>
      </w:r>
    </w:p>
    <w:p>
      <w:pPr>
        <w:jc w:val="right"/>
      </w:pPr>
      <w:r>
        <w:t>آپ غور کیجیے۔ جو چپس آتی ہیں، وہاں سے بن کر آتی ہیں، وہ انڈیا کی چپس سے اچھی ہوتی ہیں۔ تو لوگوں کو تو جیلسی ہے۔ میں تو یہی سمجھ پایا ہوں۔</w:t>
      </w:r>
    </w:p>
    <w:p>
      <w:r>
        <w:rPr>
          <w:b/>
        </w:rPr>
        <w:t xml:space="preserve">[26:55] </w:t>
      </w:r>
      <w:r>
        <w:t>warna aur is is mein sab common hain. sab ke andar wahi anti west thinking maujood hai. jealousy ki wajah se, out of jealousy.</w:t>
      </w:r>
    </w:p>
    <w:p>
      <w:pPr>
        <w:jc w:val="right"/>
      </w:pPr>
      <w:r>
        <w:t>ورنہ اور اس اس میں سب کامن ہیں۔ سب کے اندر وہی اینٹی ویسٹ تھنکنگ موجود ہے۔ جیلسی کی وجہ سے، آؤٹ آف جیلسی۔</w:t>
      </w:r>
    </w:p>
    <w:p>
      <w:r>
        <w:rPr>
          <w:b/>
        </w:rPr>
        <w:t xml:space="preserve">[27:05] </w:t>
      </w:r>
      <w:r>
        <w:t>aur is ke peeche koi doosri baat nahi hai. the question is from Dr. Farida Khanum. what makes ulema intolerant to changes of situations in different ages?</w:t>
      </w:r>
    </w:p>
    <w:p>
      <w:pPr>
        <w:jc w:val="right"/>
      </w:pPr>
      <w:r>
        <w:t>اور اس کے پیچھے کوئی دوسری بات نہیں ہے۔ دس کوئسچن از فرام ڈاکٹر فریدہ خانم۔ واٹ میکس علماء ان ٹالرینٹ ٹو چینجز آف سچویشنز ان ڈفرنٹ ایجز؟</w:t>
      </w:r>
    </w:p>
    <w:p>
      <w:r>
        <w:rPr>
          <w:b/>
        </w:rPr>
        <w:t xml:space="preserve">[27:19] </w:t>
      </w:r>
      <w:r>
        <w:t>dekhiye, is mein aap ko yeh janana parega ke yeh intolerant hone ka jo mamla hai, woh isi sau do sau saal ka hai, pehle ka nahi hai. pehle ulema tolerant the.</w:t>
      </w:r>
    </w:p>
    <w:p>
      <w:pPr>
        <w:jc w:val="right"/>
      </w:pPr>
      <w:r>
        <w:t>دیکھیے، اس میں آپ کو یہ جاننا پڑے گا کہ یہ ان ٹالرینٹ ہونے کا جو معاملہ ہے، وہ اسی سو دو سو سال کا ہے، پہلے کا نہیں ہے۔ پہلے علماء ٹالرینٹ تھے۔</w:t>
      </w:r>
    </w:p>
    <w:p>
      <w:r>
        <w:rPr>
          <w:b/>
        </w:rPr>
        <w:t xml:space="preserve">[27:30] </w:t>
      </w:r>
      <w:r>
        <w:t>ulema aur sufia, muhaddiseen, sab tolerant the woh. yeh jo hua hai, colonialism ka phenomenon hai.</w:t>
      </w:r>
    </w:p>
    <w:p>
      <w:pPr>
        <w:jc w:val="right"/>
      </w:pPr>
      <w:r>
        <w:t>علماء اور صوفیا، محدثین، سب ٹالرینٹ تھے وہ۔ یہ جو ہوا ہے، کلونیلزم کا فیناومینا ہے۔</w:t>
      </w:r>
    </w:p>
    <w:p>
      <w:r>
        <w:rPr>
          <w:b/>
        </w:rPr>
        <w:t xml:space="preserve">[27:40] </w:t>
      </w:r>
      <w:r>
        <w:t>is se is se shuru hua. ke hum samjhein ke hamara power chheen liya, hamari supremacy chheen li, hamari badai chheen li, hamari glory chheen li.</w:t>
      </w:r>
    </w:p>
    <w:p>
      <w:pPr>
        <w:jc w:val="right"/>
      </w:pPr>
      <w:r>
        <w:t>اس سے اس سے شروع ہوا۔ کہ ہم سمجھیں کہ ہمارا پاور چھین لیا، ہماری سپریمیسی چھین لی، ہماری بڑائی چھین لی، ہماری گلوری چھین لی۔</w:t>
      </w:r>
    </w:p>
    <w:p>
      <w:r>
        <w:rPr>
          <w:b/>
        </w:rPr>
        <w:t xml:space="preserve">[27:50] </w:t>
      </w:r>
      <w:r>
        <w:t>to log intolerant ho gaye. ab woh ek culture ban gaya hai, intolerant culture ban gaya hai. warna pehle aisa nahi tha. pehle aisa nahi tha.</w:t>
      </w:r>
    </w:p>
    <w:p>
      <w:pPr>
        <w:jc w:val="right"/>
      </w:pPr>
      <w:r>
        <w:t>تو لوگ ان ٹالرینٹ ہو گئے۔ اب وہ ایک کلچر بن گیا ہے، ان ٹالرینٹ کلچر بن گیا ہے۔ ورنہ پہلے ایسا نہیں تھا۔ پہلے ایسا نہیں تھا۔</w:t>
      </w:r>
    </w:p>
    <w:p>
      <w:r>
        <w:rPr>
          <w:b/>
        </w:rPr>
        <w:t xml:space="preserve">[27:58] </w:t>
      </w:r>
      <w:r>
        <w:t>pehle to bohat zyada tolerant hua karte the log. yahan tak ke main samajhta hoon, jahan tak maine parha hai history mein, poori history mein ek hi aadmi hai, Hussain, jis ne revolt kiya tha.</w:t>
      </w:r>
    </w:p>
    <w:p>
      <w:pPr>
        <w:jc w:val="right"/>
      </w:pPr>
      <w:r>
        <w:t>پہلے تو بہت زیادہ ٹالرینٹ ہوا کرتے تھے لوگ۔ یہاں تک کہ میں سمجھتا ہوں، جہاں تک میں نے پڑھا ہے ہسٹری میں، پوری ہسٹری میں ایک ہی آدمی ہے، حسین، جس نے ریولٹ کیا تھا۔</w:t>
      </w:r>
    </w:p>
    <w:p>
      <w:r>
        <w:rPr>
          <w:b/>
        </w:rPr>
        <w:t xml:space="preserve">[28:12] </w:t>
      </w:r>
      <w:r>
        <w:t>is ke baad kuch bhi nahi hua. aur ulema ne is ko durust nahi bataya. Hussain ke revolt ko ulema ne durust nahi bataya.</w:t>
      </w:r>
    </w:p>
    <w:p>
      <w:pPr>
        <w:jc w:val="right"/>
      </w:pPr>
      <w:r>
        <w:t>اس کے بعد کچھ بھی نہیں ہوا۔ اور علماء نے اس کو درست نہیں بتایا۔ حسین کے ریولٹ کو علماء نے درست نہیں بتایا۔</w:t>
      </w:r>
    </w:p>
    <w:p>
      <w:r>
        <w:rPr>
          <w:b/>
        </w:rPr>
        <w:t xml:space="preserve">[28:22] </w:t>
      </w:r>
      <w:r>
        <w:t>sirf Shia hazrat mein is ko bohat zyada barhate charhate hain. Sunni ulema ne is ko kabhi bhi barhaya charhaya nahi. is ko sunni, dekhiye, yaad rakhiye ke ke sunni ulema ne Hussain ke ke ka jo unho ne kiya tha, yani jo action liya tha unho ne, is ko sunni ulema ne ijtihadi khata qarar diya hai.</w:t>
      </w:r>
    </w:p>
    <w:p>
      <w:pPr>
        <w:jc w:val="right"/>
      </w:pPr>
      <w:r>
        <w:t>صرف شیعہ حضرات میں اس کو بہت زیادہ بڑھاتے چڑھاتے ہیں۔ سنی علماء نے اس کو کبھی بھی بڑھایا چڑھایا نہیں۔ اس کو سنی، دیکھیے، یاد رکھیے کہ کہ سنی علماء نے حسین کے کے کا جو انہوں نے کیا تھا، یعنی جو ایکشن لیا تھا انہوں نے، اس کو سنی علماء نے اجتہادی خطا قرار دیا ہے۔</w:t>
      </w:r>
    </w:p>
    <w:p>
      <w:r>
        <w:rPr>
          <w:b/>
        </w:rPr>
        <w:t xml:space="preserve">[28:46] </w:t>
      </w:r>
      <w:r>
        <w:t>ijtihadi khata. yani ijtihadi ghalati. aur wahin pe stop bhi lag gaya. phir ke koi bhi doosra Hussain nahi nikla is ke baad.</w:t>
      </w:r>
    </w:p>
    <w:p>
      <w:pPr>
        <w:jc w:val="right"/>
      </w:pPr>
      <w:r>
        <w:t>اجتہادی خطا۔ یعنی اجتہادی غلطی۔ اور وہیں پہ اسٹاپ بھی لگ گیا۔ پھر کہ کوئی بھی دوسرا حسن نہیں نکلا اس کے بعد۔</w:t>
      </w:r>
    </w:p>
    <w:p>
      <w:r>
        <w:rPr>
          <w:b/>
        </w:rPr>
        <w:t xml:space="preserve">[28:56] </w:t>
      </w:r>
      <w:r>
        <w:t>abhi to uthe hain is zamane mein. lekin hazar baras mein koi doosra Hussain nahi utha. kyun ke is ko unho ne keh diya ke yeh ijtihadi ghalati hai.</w:t>
      </w:r>
    </w:p>
    <w:p>
      <w:pPr>
        <w:jc w:val="right"/>
      </w:pPr>
      <w:r>
        <w:t>ابھی تو اٹھے ہیں اس زمانے میں۔ لیکن ہزار برس میں کوئی دوسرا حسن نہیں اٹھا۔ کیونکہ اس کو انہوں نے کہہ دیا کہ یہ اجتہادی غلطی ہے۔</w:t>
      </w:r>
    </w:p>
    <w:p>
      <w:r>
        <w:rPr>
          <w:b/>
        </w:rPr>
        <w:t xml:space="preserve">[29:08] </w:t>
      </w:r>
      <w:r>
        <w:t>is mein kisi ko agar shakk ho to woh Ibn Kathir ki jo woh hai, Al-Bidaya wan Nihaya, us mein parh sakta hai us ko. the question is from Tayyaba Rehmani.</w:t>
      </w:r>
    </w:p>
    <w:p>
      <w:pPr>
        <w:jc w:val="right"/>
      </w:pPr>
      <w:r>
        <w:t>اس میں کسی کو اگر شک ہو تو وہ ابن کثیر کی جو وہ ہے، البدائے ودایہ، اس میں پڑھ سکتا ہے اس کو۔ دس کوئسچن از فرام طیبہ رحمانی۔</w:t>
      </w:r>
    </w:p>
    <w:p>
      <w:r>
        <w:rPr>
          <w:b/>
        </w:rPr>
        <w:t xml:space="preserve">[29:20] </w:t>
      </w:r>
      <w:r>
        <w:t>what is kafara and how can we do that? bhai, kafara jo hai, ab kis cheez ke bare mein? yeh to koi clear nahi hai.</w:t>
      </w:r>
    </w:p>
    <w:p>
      <w:pPr>
        <w:jc w:val="right"/>
      </w:pPr>
      <w:r>
        <w:t>واٹ از کافرہ اینڈ ہاؤ کین وی ڈو دیٹ؟ بھئی، کفارہ جو ہے، اب کس چیز کے بارے میں؟ یہ تو کوئی کلیئر نہیں ہے۔</w:t>
      </w:r>
    </w:p>
    <w:p>
      <w:r>
        <w:rPr>
          <w:b/>
        </w:rPr>
        <w:t xml:space="preserve">[29:30] </w:t>
      </w:r>
      <w:r>
        <w:t>kafara koi ghalati ho jaye, koi jo sharai aitbar se koi kaam na kar paya ho aadmi, to us ka woh kafara deta hai.</w:t>
      </w:r>
    </w:p>
    <w:p>
      <w:pPr>
        <w:jc w:val="right"/>
      </w:pPr>
      <w:r>
        <w:t>کفارہ کوئی غلطی ہو جائے، کوئی جو شرعی اعتبار سے کوئی کام نہ کر پایا ہو آدمی، تو اس کا وہ کفارہ دیتا ہے۔</w:t>
      </w:r>
    </w:p>
    <w:p>
      <w:r>
        <w:rPr>
          <w:b/>
        </w:rPr>
        <w:t xml:space="preserve">[29:41] </w:t>
      </w:r>
      <w:r>
        <w:t>kafara matlab compensate karta hai woh. compensate karne ke liye. to jaisi ghalati hui ho, us ke lehaz se kafara hoga. matlab roza chhod gaya ho, ya kisi ka maal chheen liya ho, kisi ko maar diya ho,</w:t>
      </w:r>
    </w:p>
    <w:p>
      <w:pPr>
        <w:jc w:val="right"/>
      </w:pPr>
      <w:r>
        <w:t>کفارہ مطلب کمپنسیٹ کرتا ہے وہ۔ کمپنسیٹ کرنے کے لیے۔ تو جیسی غلطی ہوئی ہو، اس کے لحاظ سے کفارہ ہوگا۔ مطلب روزہ چھوڑ گیا ہو، یا کسی کا مال چھین لیا ہو، کسی کو مار دیا ہو،</w:t>
      </w:r>
    </w:p>
    <w:p>
      <w:r>
        <w:rPr>
          <w:b/>
        </w:rPr>
        <w:t xml:space="preserve">[29:58] </w:t>
      </w:r>
      <w:r>
        <w:t>to us ke lehaz se kisi ko gaali de di ho, us ke lehaz se us ko compensate karne ke liye kafara hota hai. ji haan. to jo ghalati ki hai, us ghalati ke lehaz se yeh bataya jayega ke us ghalati ka kafara kya hai.</w:t>
      </w:r>
    </w:p>
    <w:p>
      <w:pPr>
        <w:jc w:val="right"/>
      </w:pPr>
      <w:r>
        <w:t>تو اس کے لحاظ سے کسی کو گالی دے دی ہو، اس کے لحاظ سے اس کو کمپنسیٹ کرنے کے لیے کفارہ ہوتا ہے۔ جی ہاں۔ تو جو غلطی کی ہے، اس غلطی کے لحاظ سے یہ بتایا جائے گا کہ اس غلطی کا کفارہ کیا ہے۔</w:t>
      </w:r>
    </w:p>
    <w:p>
      <w:r>
        <w:rPr>
          <w:b/>
        </w:rPr>
        <w:t xml:space="preserve">[30:16] </w:t>
      </w:r>
      <w:r>
        <w:t>share is another question. what is itikaf and is it sunnah? haan, itikaf sunnah hai lekin farz ya wajib nahi hai.</w:t>
      </w:r>
    </w:p>
    <w:p>
      <w:pPr>
        <w:jc w:val="right"/>
      </w:pPr>
      <w:r>
        <w:t>شیئر از انادر کوئسچن۔ واٹ از اعتکاف اینڈ از اٹ سنت؟ ہاں، اعتکاف سنت ہے لیکن فرض یا واجب نہیں ہے۔</w:t>
      </w:r>
    </w:p>
    <w:p>
      <w:r>
        <w:rPr>
          <w:b/>
        </w:rPr>
        <w:t xml:space="preserve">[30:26] </w:t>
      </w:r>
      <w:r>
        <w:t>Ramadan ke zamane mein das din ya kam bhi ya is se zyada bhi masjid mein baithte hain. to koi chand dinon ke liye woh apne aap ko ek dam alag kar ke ibadat ibadat karna, matlab Quran ki tilawat karna, aur Allah ko yaad karna,</w:t>
      </w:r>
    </w:p>
    <w:p>
      <w:pPr>
        <w:jc w:val="right"/>
      </w:pPr>
      <w:r>
        <w:t>رمضان کے زمانے میں دس دن یا کم بھی یا اس سے زیادہ بھی مسجد میں بیٹھتے ہیں۔ تو کوئی چند دنوں کے لیے وہ اپنے آپ کو ایک دم الگ کر کے عبادت عبادت کرنا، مطلب قرآن کی تلاوت کرنا، اور اللہ کو یاد کرنا،</w:t>
      </w:r>
    </w:p>
    <w:p>
      <w:r>
        <w:rPr>
          <w:b/>
        </w:rPr>
        <w:t xml:space="preserve">[30:43] </w:t>
      </w:r>
      <w:r>
        <w:t>namaz parhna, to ek seclusion mein chala jana, seclusion mein chand din ke liye. yeh hai eitkaf. das question is from shah imran hasan.</w:t>
      </w:r>
    </w:p>
    <w:p>
      <w:pPr>
        <w:jc w:val="right"/>
      </w:pPr>
      <w:r>
        <w:t>نماز پڑھنا، تو ایک سیکلوژن میں چلا جانا، سیکلوژن میں چند دن کے لیے۔ یہ ہے اعتکاف۔ دس کوئسچن از فرام شاہ عمران حسن۔</w:t>
      </w:r>
    </w:p>
    <w:p>
      <w:r>
        <w:rPr>
          <w:b/>
        </w:rPr>
        <w:t xml:space="preserve">[30:55] </w:t>
      </w:r>
      <w:r>
        <w:t>namazi ke aage se guzarna gunah hai. hadith mein aisa karne se mana kiya gaya hai. is ka kya matlab hai? nahi, nahi, aisa kuch nahi hai.</w:t>
      </w:r>
    </w:p>
    <w:p>
      <w:pPr>
        <w:jc w:val="right"/>
      </w:pPr>
      <w:r>
        <w:t>نمازی کے آگے سے گزرنا گناہ ہے۔ حدیث میں ایسا کرنے سے منع کیا گیا ہے۔ اس کا کیا مطلب ہے؟ نہیں، نہیں، ایسا کچھ نہیں ہے۔</w:t>
      </w:r>
    </w:p>
    <w:p>
      <w:r>
        <w:rPr>
          <w:b/>
        </w:rPr>
        <w:t xml:space="preserve">[31:06] </w:t>
      </w:r>
      <w:r>
        <w:t>namazi se guzarna. dekhiye, sirf guzarna koi kuch nahi, koi gunah nahi hai. guzarna asal cheez nahi hai.</w:t>
      </w:r>
    </w:p>
    <w:p>
      <w:pPr>
        <w:jc w:val="right"/>
      </w:pPr>
      <w:r>
        <w:t>نمازی سے گزرنا۔ دیکھیے، صرف گزرنا کوئی کچھ نہیں، کوئی گناہ نہیں ہے۔ گزرنا اصل چیز نہیں ہے۔</w:t>
      </w:r>
    </w:p>
    <w:p>
      <w:r>
        <w:rPr>
          <w:b/>
        </w:rPr>
        <w:t xml:space="preserve">[31:17] </w:t>
      </w:r>
      <w:r>
        <w:t>yeh hai ke aap ke andar namaz ka ehtram na ho, aap ke andar sarkashi ho, aur hum hum ko kisi ki parwah nahi hai, koi sab jazba ho, woh cheez ko gunah banati hai.</w:t>
      </w:r>
    </w:p>
    <w:p>
      <w:pPr>
        <w:jc w:val="right"/>
      </w:pPr>
      <w:r>
        <w:t>یہ ہے کہ آپ کے اندر نماز کا احترام نہ ہو، آپ کے اندر سرکشی ہو، اور ہم ہم کو کسی کی پرواہ نہیں ہے، کوئی سب جذبہ ہو، وہ چیز کو گناہ بناتی ہے۔</w:t>
      </w:r>
    </w:p>
    <w:p>
      <w:r>
        <w:rPr>
          <w:b/>
        </w:rPr>
        <w:t xml:space="preserve">[31:29] </w:t>
      </w:r>
      <w:r>
        <w:t>unhon ne arabon mein chale jayen, arab mein wahan makkah madinah mein sab idhar se udhar jate rehte hain, koi kisi ko rokta nahi hai. isi india mein yeh sab cheezen hain. yeh sab india mein hain, yeh sab cheezen hain.</w:t>
      </w:r>
    </w:p>
    <w:p>
      <w:pPr>
        <w:jc w:val="right"/>
      </w:pPr>
      <w:r>
        <w:t>انہوں نے عربوں میں چلے جائیں، عرب میں وہاں مکہ مدینہ میں سب ادھر سے ادھر جاتے رہتے ہیں، کوئی کسی کو روکتا نہیں ہے۔ اسی انڈیا میں یہ سب چیزیں ہیں۔ یہ سب انڈیا میں ہیں، یہ سب چیزیں ہیں۔</w:t>
      </w:r>
    </w:p>
    <w:p>
      <w:r>
        <w:rPr>
          <w:b/>
        </w:rPr>
        <w:t xml:space="preserve">[31:40] </w:t>
      </w:r>
      <w:r>
        <w:t>bohat si cheezen jo india mein bohat hum log bohat hi sensitive hain na, woh sirf yahin ayen. wahan kuch bhi nahi. jo bhi hajj karne gaya ho ya umrah karne gaya ho, us se pooch lijiye.</w:t>
      </w:r>
    </w:p>
    <w:p>
      <w:pPr>
        <w:jc w:val="right"/>
      </w:pPr>
      <w:r>
        <w:t>بہت سی چیزیں جو انڈیا میں بہت ہم لوگ بہت ہی سینسٹیو ہیں نا، وہ صرف یہیں آئیں۔ وہاں کچھ بھی نہیں۔ جو بھی حج کرنے گیا ہو یا عمرہ کرنے گیا ہو، اس سے پوچھ لیجیے۔</w:t>
      </w:r>
    </w:p>
    <w:p>
      <w:r>
        <w:rPr>
          <w:b/>
        </w:rPr>
        <w:t xml:space="preserve">[31:50] </w:t>
      </w:r>
      <w:r>
        <w:t>wahan sab idhar udhar jate rehte hain, koi kisi ko na rokta na kuch mana karta. woh to is sense mein hai ke ke yani jo asal cheez jo hai, sarkashi, arrogance.</w:t>
      </w:r>
    </w:p>
    <w:p>
      <w:pPr>
        <w:jc w:val="right"/>
      </w:pPr>
      <w:r>
        <w:t>وہاں سب ادھر ادھر جاتے رہتے ہیں، کوئی کسی کو نہ روکتا نہ کچھ منع کرتا۔ وہ تو اس سینس میں ہے کہ کہ یعنی جو اصل چیز جو ہے، سرکشی، اروگنس۔</w:t>
      </w:r>
    </w:p>
    <w:p>
      <w:r>
        <w:rPr>
          <w:b/>
        </w:rPr>
        <w:t xml:space="preserve">[32:04] </w:t>
      </w:r>
      <w:r>
        <w:t>ji haan. warna aap ko zarurat hai idhar udhar jana, aap chale jaiye. aisi koi baat nahi hai. das question is from doctor farida khanam.</w:t>
      </w:r>
    </w:p>
    <w:p>
      <w:pPr>
        <w:jc w:val="right"/>
      </w:pPr>
      <w:r>
        <w:t>جی ہاں۔ ورنہ آپ کو ضرورت ہے ادھر ادھر جانا، آپ چلے جائیے۔ ایسی کوئی بات نہیں ہے۔ دس کوئسچن از فرام ڈاکٹر فریدہ خانم۔</w:t>
      </w:r>
    </w:p>
    <w:p>
      <w:r>
        <w:rPr>
          <w:b/>
        </w:rPr>
        <w:t xml:space="preserve">[32:16] </w:t>
      </w:r>
      <w:r>
        <w:t>how can we make the ulama understand that they are over stepping their limits?</w:t>
      </w:r>
    </w:p>
    <w:p>
      <w:pPr>
        <w:jc w:val="right"/>
      </w:pPr>
      <w:r>
        <w:t>ہاؤ کین وی میک دی علماء انڈرسٹینڈ دیٹ دے آر اوور سٹیپنگ دے لمٹس؟</w:t>
      </w:r>
    </w:p>
    <w:p>
      <w:r>
        <w:rPr>
          <w:b/>
        </w:rPr>
        <w:t xml:space="preserve">[32:24] </w:t>
      </w:r>
      <w:r>
        <w:t>dekhiye, yeh</w:t>
      </w:r>
    </w:p>
    <w:p>
      <w:pPr>
        <w:jc w:val="right"/>
      </w:pPr>
      <w:r>
        <w:t>دیکھیے، یہ</w:t>
      </w:r>
    </w:p>
    <w:p>
      <w:r>
        <w:rPr>
          <w:b/>
        </w:rPr>
        <w:t xml:space="preserve">[32:27] </w:t>
      </w:r>
      <w:r>
        <w:t>is ka koi bhi tareeqa is ke siwa nahi hai ke hum quran aur hadith zariye batayen un ko. abhi jo hai batane wala poori muslim world mein akela hoon.</w:t>
      </w:r>
    </w:p>
    <w:p>
      <w:pPr>
        <w:jc w:val="right"/>
      </w:pPr>
      <w:r>
        <w:t>اس کا کوئی بھی طریقہ اس کے سوا نہیں ہے کہ ہم قرآن اور حدیث ذریعے بتائیں ان کو۔ ابھی جو ہے بتانے والا پوری مسلم ورلڈ میں اکیلا ہوں۔</w:t>
      </w:r>
    </w:p>
    <w:p>
      <w:r>
        <w:rPr>
          <w:b/>
        </w:rPr>
        <w:t xml:space="preserve">[32:37] </w:t>
      </w:r>
      <w:r>
        <w:t>ab meri baat sab tak pohnchi nahi hai. koi ek bhi mein nahi janta kisi alam ko poori muslim world mein jo is baat ko clear kar raha ho ke ulama ne had se aage badh gaye hain, ulama.</w:t>
      </w:r>
    </w:p>
    <w:p>
      <w:pPr>
        <w:jc w:val="right"/>
      </w:pPr>
      <w:r>
        <w:t>اب میری بات سب تک پہنچی نہیں ہے۔ کوئی ایک بھی میں نہیں جانتا کسی عالم کو پوری مسلم ورلڈ میں جو اس بات کو کلیئر کر رہا ہو کہ علماء نے حد سے آگے بڑھ گئے ہیں، علماء۔</w:t>
      </w:r>
    </w:p>
    <w:p>
      <w:r>
        <w:rPr>
          <w:b/>
        </w:rPr>
        <w:t xml:space="preserve">[32:52] </w:t>
      </w:r>
      <w:r>
        <w:t>koi batate hi nahi hain. to unhein pat</w:t>
      </w:r>
    </w:p>
    <w:p>
      <w:pPr>
        <w:jc w:val="right"/>
      </w:pPr>
      <w:r>
        <w:t>کوئی بتاتے ہی نہیں ہیں۔ تو انہیں پت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