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Spirituality (In Conversation with Maulana) January 06, 2008</w:t>
      </w:r>
    </w:p>
    <w:p>
      <w:r>
        <w:t>https://www.youtube.com/watch?v=ZHr9_EkXCm0</w:t>
      </w:r>
    </w:p>
    <w:p>
      <w:r>
        <w:rPr>
          <w:b/>
        </w:rPr>
        <w:t xml:space="preserve">[00:11] </w:t>
      </w:r>
      <w:r>
        <w:t>this question is from razia: "people often say, referring to the life hereafter, that planning for an unseen world is a wastage of time, and that one should concentrate on the seen world alone.</w:t>
      </w:r>
    </w:p>
    <w:p>
      <w:pPr>
        <w:jc w:val="right"/>
      </w:pPr>
      <w:r>
        <w:t>This question is from Razia: "People often say, referring to the life hereafter, that planning for an unseen world is a wastage of time, and that one should concentrate on the seen world alone.</w:t>
      </w:r>
    </w:p>
    <w:p>
      <w:r>
        <w:rPr>
          <w:b/>
        </w:rPr>
        <w:t xml:space="preserve">[00:27] </w:t>
      </w:r>
      <w:r>
        <w:t>please comment on this."</w:t>
      </w:r>
    </w:p>
    <w:p>
      <w:pPr>
        <w:jc w:val="right"/>
      </w:pPr>
      <w:r>
        <w:t>Please comment on this."</w:t>
      </w:r>
    </w:p>
    <w:p>
      <w:r>
        <w:rPr>
          <w:b/>
        </w:rPr>
        <w:t xml:space="preserve">[00:33] </w:t>
      </w:r>
      <w:r>
        <w:t>dekhiye, main yeh kahunga ke aap result ko dekhiye. jo log aisi baat bolte hain, to unhein kya mil raha hai?</w:t>
      </w:r>
    </w:p>
    <w:p>
      <w:pPr>
        <w:jc w:val="right"/>
      </w:pPr>
      <w:r>
        <w:t>देखिए, मैं यह कहूँगा कि आप रिज़ल्ट को देखिए। जो लोग ऐसी बात बोलते हैं, तो उन्हें क्या मिल रहा है?</w:t>
      </w:r>
    </w:p>
    <w:p>
      <w:r>
        <w:rPr>
          <w:b/>
        </w:rPr>
        <w:t xml:space="preserve">[00:45] </w:t>
      </w:r>
      <w:r>
        <w:t>kuch bhi nahi mil raha hai. despair mein marte hain,</w:t>
      </w:r>
    </w:p>
    <w:p>
      <w:pPr>
        <w:jc w:val="right"/>
      </w:pPr>
      <w:r>
        <w:t>कुछ भी नहीं मिल रहा है। डिस्पेयर में मरते हैं,</w:t>
      </w:r>
    </w:p>
    <w:p>
      <w:r>
        <w:rPr>
          <w:b/>
        </w:rPr>
        <w:t xml:space="preserve">[00:54] </w:t>
      </w:r>
      <w:r>
        <w:t>mayusi mein marte hain. kyunke insaan ke paas jo duniya mein jo time mila hua hai, bohat hi kam hai. aur us ke jo desires hain, woh bohat hi zyada hain.</w:t>
      </w:r>
    </w:p>
    <w:p>
      <w:pPr>
        <w:jc w:val="right"/>
      </w:pPr>
      <w:r>
        <w:t>मायसी में मरते हैं। क्योंकि इंसान के पास जो दुनिया में जो टाइम मिला हुआ है, बहुत ही कम है। और उसके जो डिजायर्स हैं, वो बहुत ही ज्यादा हैं।</w:t>
      </w:r>
    </w:p>
    <w:p>
      <w:r>
        <w:rPr>
          <w:b/>
        </w:rPr>
        <w:t xml:space="preserve">[01:09] </w:t>
      </w:r>
      <w:r>
        <w:t>10-20 saal, 30 saal milta hai bas, jawani ke baad. to aadmi kuch bhi achieve nahi kar pata, aur unfulfilled desire ke sath mar jata hai. to sawal yeh hai ke woh jo keh rahe hain, woh us ko result se jaanchiye. aap duniya mein koi ek insaan aisa paida hua hai jo us ne paya ho?</w:t>
      </w:r>
    </w:p>
    <w:p>
      <w:pPr>
        <w:jc w:val="right"/>
      </w:pPr>
      <w:r>
        <w:t>10-20 साल, 30 साल मिलता है बस, जवानी के बाद। तो आदमी कुछ भी अचीव नहीं कर पाता, और अनफुलफिल डिजायर के साथ मर जाता है। तो सवाल यह है कि वो जो कह रहे हैं, वो उसको रिज़ल्ट से जांचिए। आप दुनिया में कोई एक इंसान ऐसा पैदा हुआ है जो उसने पाया हो?</w:t>
      </w:r>
    </w:p>
    <w:p>
      <w:r>
        <w:rPr>
          <w:b/>
        </w:rPr>
        <w:t xml:space="preserve">[01:32] </w:t>
      </w:r>
      <w:r>
        <w:t>bare-bare top ke log bhi nahi pa sake.</w:t>
      </w:r>
    </w:p>
    <w:p>
      <w:pPr>
        <w:jc w:val="right"/>
      </w:pPr>
      <w:r>
        <w:t>बड़े-बड़े टॉप के लोग भी नहीं पा सके।</w:t>
      </w:r>
    </w:p>
    <w:p>
      <w:r>
        <w:rPr>
          <w:b/>
        </w:rPr>
        <w:t xml:space="preserve">[01:37] </w:t>
      </w:r>
      <w:r>
        <w:t>alexander the great jo hai, aap jante hain ke 40 saal se bhi kam umr mein mar gaya. napoleon bhi kam umr mein mara, hitler kam umr mein mara. yeh woh log the jo duniya mein rule karna chahte the,</w:t>
      </w:r>
    </w:p>
    <w:p>
      <w:pPr>
        <w:jc w:val="right"/>
      </w:pPr>
      <w:r>
        <w:t>अलेक्जेंडर द ग्रेट जो है, आप जानते हैं कि 40 साल से भी कम उम्र में मर गया। नेपोलियन भी कम उम्र में मरा, हिटलर कम उम्र में मरा। ये वो लोग थे जो दुनिया में रूल करना चाहते थे,</w:t>
      </w:r>
    </w:p>
    <w:p>
      <w:r>
        <w:rPr>
          <w:b/>
        </w:rPr>
        <w:t xml:space="preserve">[01:52] </w:t>
      </w:r>
      <w:r>
        <w:t>lekin hasil nahi kar sake. to sawal yeh hai ke jo log aisi boli bolte hain, woh ab yeh dekhen, kya woh aisi boli bolne ki position mein hain is duniya mein?</w:t>
      </w:r>
    </w:p>
    <w:p>
      <w:pPr>
        <w:jc w:val="right"/>
      </w:pPr>
      <w:r>
        <w:t>लेकिन हासिल नहीं कर सके। तो सवाल यह है कि जो लोग ऐसी बोली बोलते हैं, वो अब यह देखें, क्या वो ऐसी बोली बोलने की पोजीशन में हैं इस दुनिया में?</w:t>
      </w:r>
    </w:p>
    <w:p>
      <w:r>
        <w:rPr>
          <w:b/>
        </w:rPr>
        <w:t xml:space="preserve">[02:06] </w:t>
      </w:r>
      <w:r>
        <w:t>Koi hamare paas choice nahin hai ki hum other world jo hai, uske liye taiyari karein.</w:t>
      </w:r>
    </w:p>
    <w:p>
      <w:pPr>
        <w:jc w:val="right"/>
      </w:pPr>
      <w:r>
        <w:t>कोई हमारे पास चॉइस नहीं है कि हम अदर वर्ल्ड जो है, उसके लिए तैयारी करें।</w:t>
      </w:r>
    </w:p>
    <w:p>
      <w:r>
        <w:rPr>
          <w:b/>
        </w:rPr>
        <w:t xml:space="preserve">[02:10] </w:t>
      </w:r>
      <w:r>
        <w:t>کیونکہ اس دنیا میں ہم کچھ achieve نہیں کر سکتے۔</w:t>
      </w:r>
    </w:p>
    <w:p>
      <w:pPr>
        <w:jc w:val="right"/>
      </w:pPr>
      <w:r>
        <w:t>क्योंकि इस दुनिया में हम कुछ अचीव नहीं कर सकते।</w:t>
      </w:r>
    </w:p>
    <w:p>
      <w:r>
        <w:rPr>
          <w:b/>
        </w:rPr>
        <w:t xml:space="preserve">[02:14] </w:t>
      </w:r>
      <w:r>
        <w:t>Present world jo hai, har aitbar se itna kam hai ki hamari desires usmein fulfill nahin ho sakti</w:t>
      </w:r>
    </w:p>
    <w:p>
      <w:pPr>
        <w:jc w:val="right"/>
      </w:pPr>
      <w:r>
        <w:t>प्रेजेंट वर्ल्ड जो है, हर एतबार से इतना कम है कि हमारी डिजायर्स उसमें फुलफिल नहीं हो सकती</w:t>
      </w:r>
    </w:p>
    <w:p>
      <w:r>
        <w:rPr>
          <w:b/>
        </w:rPr>
        <w:t xml:space="preserve">[02:20] </w:t>
      </w:r>
      <w:r>
        <w:t>ہیں نا کسی کو ہوئی ہیں نا ہوگی۔</w:t>
      </w:r>
    </w:p>
    <w:p>
      <w:pPr>
        <w:jc w:val="right"/>
      </w:pPr>
      <w:r>
        <w:t>हैं। ना किसी को हुई हैं, ना होगी।</w:t>
      </w:r>
    </w:p>
    <w:p>
      <w:r>
        <w:rPr>
          <w:b/>
        </w:rPr>
        <w:t xml:space="preserve">[02:23] </w:t>
      </w:r>
      <w:r>
        <w:t>اس وجہ سے بالکل سائنٹیفک بات یہ ہے کہ ہم اپنی زندگی کو دو</w:t>
      </w:r>
    </w:p>
    <w:p>
      <w:pPr>
        <w:jc w:val="right"/>
      </w:pPr>
      <w:r>
        <w:t>इस वजह से बिल्कुल साइंटिफिक बात यह है कि हम अपनी जिंदगी को दो</w:t>
      </w:r>
    </w:p>
    <w:p>
      <w:r>
        <w:rPr>
          <w:b/>
        </w:rPr>
        <w:t xml:space="preserve">[02:30] </w:t>
      </w:r>
      <w:r>
        <w:t>period mein baantien.</w:t>
      </w:r>
    </w:p>
    <w:p>
      <w:pPr>
        <w:jc w:val="right"/>
      </w:pPr>
      <w:r>
        <w:t>पीरियड में बांटें।</w:t>
      </w:r>
    </w:p>
    <w:p>
      <w:r>
        <w:rPr>
          <w:b/>
        </w:rPr>
        <w:t xml:space="preserve">[02:32] </w:t>
      </w:r>
      <w:r>
        <w:t>यह पीरियड जो है, pre-death period, यह है अपने आप को तैयार करने के लिए।</w:t>
      </w:r>
    </w:p>
    <w:p>
      <w:pPr>
        <w:jc w:val="right"/>
      </w:pPr>
      <w:r>
        <w:t>यह पीरियड जो है, प्री डेथ पीरियड, यह है अपने आप को तैयार करने के लिए।</w:t>
      </w:r>
    </w:p>
    <w:p>
      <w:r>
        <w:rPr>
          <w:b/>
        </w:rPr>
        <w:t xml:space="preserve">[02:40] </w:t>
      </w:r>
      <w:r>
        <w:t>aur post-death period jo hai, woh hai wahan par apne desire ko fulfill karne ke liye.</w:t>
      </w:r>
    </w:p>
    <w:p>
      <w:pPr>
        <w:jc w:val="right"/>
      </w:pPr>
      <w:r>
        <w:t>और पोस्ट डेथ पीरियड जो है, वह है वहां पर अपने डिजायर को फुलफिल करने के लिए।</w:t>
      </w:r>
    </w:p>
    <w:p>
      <w:r>
        <w:rPr>
          <w:b/>
        </w:rPr>
        <w:t xml:space="preserve">[02:48] </w:t>
      </w:r>
      <w:r>
        <w:t>iske siwa koi choice hai hi nahi.</w:t>
      </w:r>
    </w:p>
    <w:p>
      <w:pPr>
        <w:jc w:val="right"/>
      </w:pPr>
      <w:r>
        <w:t>इसके सिवा कोई चॉइस है ही नहीं।</w:t>
      </w:r>
    </w:p>
    <w:p>
      <w:r>
        <w:rPr>
          <w:b/>
        </w:rPr>
        <w:t xml:space="preserve">[02:51] </w:t>
      </w:r>
      <w:r>
        <w:t>jo</w:t>
      </w:r>
    </w:p>
    <w:p>
      <w:pPr>
        <w:jc w:val="right"/>
      </w:pPr>
      <w:r>
        <w:t>जो</w:t>
      </w:r>
    </w:p>
    <w:p>
      <w:r>
        <w:rPr>
          <w:b/>
        </w:rPr>
        <w:t xml:space="preserve">[02:51] </w:t>
      </w:r>
      <w:r>
        <w:t>log bolte hain, woh sirf sirf, yani ek word play hota hai. woh result kuch bhi nahi.</w:t>
      </w:r>
    </w:p>
    <w:p>
      <w:pPr>
        <w:jc w:val="right"/>
      </w:pPr>
      <w:r>
        <w:t>लोग बोलते हैं, वो सिर्फ सिर्फ, यानी एक वर्ड प्ले होता है। वो रिज़ल्ट कुछ भी नहीं।</w:t>
      </w:r>
    </w:p>
    <w:p>
      <w:r>
        <w:rPr>
          <w:b/>
        </w:rPr>
        <w:t xml:space="preserve">[03:02] </w:t>
      </w:r>
      <w:r>
        <w:t>this question is from sadia: "what does relativism of truth mean?"</w:t>
      </w:r>
    </w:p>
    <w:p>
      <w:pPr>
        <w:jc w:val="right"/>
      </w:pPr>
      <w:r>
        <w:t>दिस क्वेश्चन इज फ्रॉम सादिया: "व्हाट डज रिलेटिविज्म ऑफ ट्रुथ मीन?"</w:t>
      </w:r>
    </w:p>
    <w:p>
      <w:r>
        <w:rPr>
          <w:b/>
        </w:rPr>
        <w:t xml:space="preserve">[03:12] </w:t>
      </w:r>
      <w:r>
        <w:t>dekhiye, kuch log aisa mante hain ke sachchai jo hai, wo relative hai. urdu mein kahein ke izafi hai. relative ka ulta hai real. to ek hai ke sachchai koi real cheez ho,</w:t>
      </w:r>
    </w:p>
    <w:p>
      <w:pPr>
        <w:jc w:val="right"/>
      </w:pPr>
      <w:r>
        <w:t>देखिए, कुछ लोग ऐसा मानते हैं कि सच्चाई जो है, वो रिलेटिव है। उर्दू में कहें कि इजाफी है। रिलेटिव का उल्टा है रियल। तो एक है कि सच्चाई कोई रियल चीज हो,</w:t>
      </w:r>
    </w:p>
    <w:p>
      <w:r>
        <w:rPr>
          <w:b/>
        </w:rPr>
        <w:t xml:space="preserve">[03:28] </w:t>
      </w:r>
      <w:r>
        <w:t>ek hai ke relative ho. relative ka matlab yeh hota hai ke har aadmi jis cheez ko pa le, wahi uski sachchai hai. koi ek sachchai aisi hai jo sab ke liye zaroori ho. jab hum kahein ke sachchai ek ek real cheez hai,</w:t>
      </w:r>
    </w:p>
    <w:p>
      <w:pPr>
        <w:jc w:val="right"/>
      </w:pPr>
      <w:r>
        <w:t>एक है कि रिलेटिव हो। रिलेटिव का मतलब यह होता है कि हर आदमी जिस चीज को पा ले, वही उसकी सच्चाई है। कोई एक सच्चाई ऐसी है जो सबके लिए जरूरी हो। जब हम कहें कि सच्चाई एक एक रियल चीज है,</w:t>
      </w:r>
    </w:p>
    <w:p>
      <w:r>
        <w:rPr>
          <w:b/>
        </w:rPr>
        <w:t xml:space="preserve">[03:45] </w:t>
      </w:r>
      <w:r>
        <w:t>to iska matlab hoga ke sachchai ek hai, sab ko wahi paana hai, usi ko.</w:t>
      </w:r>
    </w:p>
    <w:p>
      <w:pPr>
        <w:jc w:val="right"/>
      </w:pPr>
      <w:r>
        <w:t>तो इसका मतलब होगा कि सच्चाई एक है, सबको वही पाना है, उसी को।</w:t>
      </w:r>
    </w:p>
    <w:p>
      <w:r>
        <w:rPr>
          <w:b/>
        </w:rPr>
        <w:t xml:space="preserve">[03:50] </w:t>
      </w:r>
      <w:r>
        <w:t>jab aap kahein ke reality ho, to iska matlab jo aadmi jis cheez ko bhi sach samajh le,</w:t>
      </w:r>
    </w:p>
    <w:p>
      <w:pPr>
        <w:jc w:val="right"/>
      </w:pPr>
      <w:r>
        <w:t>जब आप कहें कि रियलिटी हो, तो इसका मतलब जो आदमी जिस चीज को भी सच समझ ले,</w:t>
      </w:r>
    </w:p>
    <w:p>
      <w:r>
        <w:rPr>
          <w:b/>
        </w:rPr>
        <w:t xml:space="preserve">[03:54] </w:t>
      </w:r>
      <w:r>
        <w:t>wahi uske liye sachchai hai.</w:t>
      </w:r>
    </w:p>
    <w:p>
      <w:pPr>
        <w:jc w:val="right"/>
      </w:pPr>
      <w:r>
        <w:t>वही उसके लिए सच्चाई है।</w:t>
      </w:r>
    </w:p>
    <w:p>
      <w:r>
        <w:rPr>
          <w:b/>
        </w:rPr>
        <w:t xml:space="preserve">[03:57] </w:t>
      </w:r>
      <w:r>
        <w:t>yeh to bilkul absurd baat hai.</w:t>
      </w:r>
    </w:p>
    <w:p>
      <w:pPr>
        <w:jc w:val="right"/>
      </w:pPr>
      <w:r>
        <w:t>यह तो बिल्कुल एब्सर्ड बात है।</w:t>
      </w:r>
    </w:p>
    <w:p>
      <w:r>
        <w:rPr>
          <w:b/>
        </w:rPr>
        <w:t xml:space="preserve">[04:01] </w:t>
      </w:r>
      <w:r>
        <w:t>hamare paas aaye the abhi</w:t>
      </w:r>
    </w:p>
    <w:p>
      <w:pPr>
        <w:jc w:val="right"/>
      </w:pPr>
      <w:r>
        <w:t>हमारे पास आए थे अभी</w:t>
      </w:r>
    </w:p>
    <w:p>
      <w:r>
        <w:rPr>
          <w:b/>
        </w:rPr>
        <w:t xml:space="preserve">[04:04] </w:t>
      </w:r>
      <w:r>
        <w:t>parson ek sahab jo america mein rehte hain.</w:t>
      </w:r>
    </w:p>
    <w:p>
      <w:pPr>
        <w:jc w:val="right"/>
      </w:pPr>
      <w:r>
        <w:t>परसों एक साहब जो अमेरिका में रहते हैं।</w:t>
      </w:r>
    </w:p>
    <w:p>
      <w:r>
        <w:rPr>
          <w:b/>
        </w:rPr>
        <w:t xml:space="preserve">[04:08] </w:t>
      </w:r>
      <w:r>
        <w:t>yeh baat unhone kahi.</w:t>
      </w:r>
    </w:p>
    <w:p>
      <w:pPr>
        <w:jc w:val="right"/>
      </w:pPr>
      <w:r>
        <w:t>यह बात उन्होंने कही।</w:t>
      </w:r>
    </w:p>
    <w:p>
      <w:r>
        <w:rPr>
          <w:b/>
        </w:rPr>
        <w:t xml:space="preserve">[04:10] </w:t>
      </w:r>
      <w:r>
        <w:t>to maine kaha ke duniya mein har doosri cheez real hoti hai.</w:t>
      </w:r>
    </w:p>
    <w:p>
      <w:pPr>
        <w:jc w:val="right"/>
      </w:pPr>
      <w:r>
        <w:t>तो मैंने कहा कि दुनिया में हर दूसरी चीज रियल होती है।</w:t>
      </w:r>
    </w:p>
    <w:p>
      <w:r>
        <w:rPr>
          <w:b/>
        </w:rPr>
        <w:t xml:space="preserve">[04:13] </w:t>
      </w:r>
      <w:r>
        <w:t>yahi ek cheez hai jo jo relative ho.</w:t>
      </w:r>
    </w:p>
    <w:p>
      <w:pPr>
        <w:jc w:val="right"/>
      </w:pPr>
      <w:r>
        <w:t>यही एक चीज है जो जो रिलेटिव हो।</w:t>
      </w:r>
    </w:p>
    <w:p>
      <w:r>
        <w:rPr>
          <w:b/>
        </w:rPr>
        <w:t xml:space="preserve">[04:18] </w:t>
      </w:r>
      <w:r>
        <w:t>yaani sunlight real hai, gravity real hai, oxygen real hai, water real hai. lekin sachchai relative hai. relative ka matlab yeh hai ke uska koi absolute sense mein koi uska wajood nahi hai. hum sachchai samajh le kisi aur cheez ko, to hamari wo hogi. kisi koi aur samajh le, to uske liye wo hogi. doosri baat yeh hai, dekhiye,</w:t>
      </w:r>
    </w:p>
    <w:p>
      <w:pPr>
        <w:jc w:val="right"/>
      </w:pPr>
      <w:r>
        <w:t>यानी सनलाइट रियल है, ग्रेविटी रियल है, ऑक्सीजन रियल है, वाटर रियल है। लेकिन सच्चाई रिलेटिव है। रिलेटिव का मतलब यह है कि उसका कोई एब्सलूट सेंस में कोई उसका वजूद नहीं है। हम सच्चाई समझ ले किसी और चीज को, तो हमारी वो होगी। किसी कोई और समझ ले, तो उसके लिए वो होगी। दूसरी बात यह है, देखिए,</w:t>
      </w:r>
    </w:p>
    <w:p>
      <w:r>
        <w:rPr>
          <w:b/>
        </w:rPr>
        <w:t xml:space="preserve">[04:47] </w:t>
      </w:r>
      <w:r>
        <w:t>insaan jo hai, wo true seeking animal hai. hum sachchai ko paana chahte hain. sachchai ko paaye baghair hamari zindagi adhoori hai. hamari zindagi mein kuch bhi, jaise ke aap kal hindustan times mein ek aaya hai item,</w:t>
      </w:r>
    </w:p>
    <w:p>
      <w:pPr>
        <w:jc w:val="right"/>
      </w:pPr>
      <w:r>
        <w:t>इंसान जो है, वो ट्रू सीकिंग एनिमल है। हम सच्चाई को पाना चाहते हैं। सच्चाई को पाए बगैर हमारी जिंदगी अधूरी है। हमारी जिंदगी में कुछ भी, जैसे कि आप कल हिंदुस्तान टाइम्स में एक आया है आइटम,</w:t>
      </w:r>
    </w:p>
    <w:p>
      <w:r>
        <w:rPr>
          <w:b/>
        </w:rPr>
        <w:t xml:space="preserve">[05:09] </w:t>
      </w:r>
      <w:r>
        <w:t>jisko ek ek nikla hai aajkal scientology. bahar scientology ko unhone ghata kar scientology banaya hai. ek word hai scientology pehle se. to mere khayal se inhone kuch log hain jinhone us scientology ko scientology bana liya hai. wo kya hai?</w:t>
      </w:r>
    </w:p>
    <w:p>
      <w:pPr>
        <w:jc w:val="right"/>
      </w:pPr>
      <w:r>
        <w:t>जिसको एक एक निकला है आजकल सिंटोलॉजी। बाहर साइंटोलॉजी को उन्होंने घटाकर सिंटोलॉजी बनाया है। एक वर्ड है साइंटोलॉजी पहले से। तो मेरे ख्याल से इन्होंने कुछ लोग हैं जिन्होंने उस साइंटोलॉजी को सिंटोलॉजी बना लिया है। वह क्या है?</w:t>
      </w:r>
    </w:p>
    <w:p>
      <w:r>
        <w:rPr>
          <w:b/>
        </w:rPr>
        <w:t xml:space="preserve">[05:33] </w:t>
      </w:r>
      <w:r>
        <w:t>wo kehte hain ke hum de-stressing karte hain. tumko tension ho, stress ho, to hamare paas aao. unka tareeka kya hai?</w:t>
      </w:r>
    </w:p>
    <w:p>
      <w:pPr>
        <w:jc w:val="right"/>
      </w:pPr>
      <w:r>
        <w:t>वह कहते हैं कि हम डी स्ट्रेसिंग करते हैं। तुमको टेंशन हो, स्ट्रेस हो, तो हमारे पास आओ। उनका तरीका क्या है?</w:t>
      </w:r>
    </w:p>
    <w:p>
      <w:r>
        <w:rPr>
          <w:b/>
        </w:rPr>
        <w:t xml:space="preserve">[05:41] </w:t>
      </w:r>
      <w:r>
        <w:t>ke humse share karo jo tumko tension hai. khulkar poori poori baat hamein batao. to main to kehta hoon, ek bakri se bhi agar aap is tarah karein, to kuch thodi der ke liye aapko relief mil jayega. yeh koi kyunke uske baad phir wahi ka wahi. thodi der ke liye jab aapne apne apne dil ka bojh utarte hain, thodi der ke liye aapko lagta hai ke main relief mil gaya mujhko. lekin phir wahi ko, phir wahi ko.</w:t>
      </w:r>
    </w:p>
    <w:p>
      <w:pPr>
        <w:jc w:val="right"/>
      </w:pPr>
      <w:r>
        <w:t>कि हमसे शेयर करो जो तुमको टेंशन है। खुलकर पूरी पूरी बात हमें बताओ। तो मैं तो कहता हूं, एक बकरी से भी अगर आप इस तरह करें, तो कुछ थोड़ी देर के लिए आपको रिलीफ मिल जाएगा। यह कोई क्योंकि उसके बाद फिर वही का वही। थोड़ी देर के लिए जब आपने अपने अपने दिल का बोझ उतारते हैं, थोड़ी देर के लिए आपको लगता है कि मैं रिलीफ मिल गया मुझको। लेकिन फिर वही को, फिर वही को।</w:t>
      </w:r>
    </w:p>
    <w:p>
      <w:r>
        <w:rPr>
          <w:b/>
        </w:rPr>
        <w:t xml:space="preserve">[06:09] </w:t>
      </w:r>
      <w:r>
        <w:t>is wajah se</w:t>
      </w:r>
    </w:p>
    <w:p>
      <w:pPr>
        <w:jc w:val="right"/>
      </w:pPr>
      <w:r>
        <w:t>इस वजह से</w:t>
      </w:r>
    </w:p>
    <w:p>
      <w:r>
        <w:rPr>
          <w:b/>
        </w:rPr>
        <w:t xml:space="preserve">[06:12] </w:t>
      </w:r>
      <w:r>
        <w:t>aajkal jo hai, duniya mein jo itna tension aur stress hai, wo zyada tar kisko lekar ke hai?</w:t>
      </w:r>
    </w:p>
    <w:p>
      <w:pPr>
        <w:jc w:val="right"/>
      </w:pPr>
      <w:r>
        <w:t>आजकल जो है, दुनिया में जो इतना टेंशन और स्ट्रेस है, वो ज्यादातर किसको लेकर के है?</w:t>
      </w:r>
    </w:p>
    <w:p>
      <w:r>
        <w:rPr>
          <w:b/>
        </w:rPr>
        <w:t xml:space="preserve">[06:19] </w:t>
      </w:r>
      <w:r>
        <w:t>wo zyada tar hai husband wife ke problem ko lekar ke. more than 80 per. abhi kal parson ek item aaya tha times of india mein ke america mein do ek lady aur ek ek sahab the. to unko jaante hain, separation kis baat par ho gaya</w:t>
      </w:r>
    </w:p>
    <w:p>
      <w:pPr>
        <w:jc w:val="right"/>
      </w:pPr>
      <w:r>
        <w:t>वो ज्यादातर है हस्बैंड वाइफ के प्रॉब्लम को लेकर के। मोर देन 80 पर। अभी कल परसों एक आइटम आया था टाइम्स ऑफ इंडिया में कि अमेरिका में दो एक लेडी और एक एक साहब थे। तो उनको जानते हैं, सेपरेशन किस बात पर हो गया</w:t>
      </w:r>
    </w:p>
    <w:p>
      <w:r>
        <w:rPr>
          <w:b/>
        </w:rPr>
        <w:t xml:space="preserve">[06:44] </w:t>
      </w:r>
      <w:r>
        <w:t>? ke shower mein dog ko le aaye ke na le jaaye. abhi parson chhapa hai yeh. dono ko nahana tha, bathroom mein jaana tha, shower mein jaana tha. to ladke ne kaha ke hum dog bhi le aayenge wahan par. to ladke ne kaha ke bhai, dog ka kya matlab hai wahan par?</w:t>
      </w:r>
    </w:p>
    <w:p>
      <w:pPr>
        <w:jc w:val="right"/>
      </w:pPr>
      <w:r>
        <w:t>? कि शावर में डाक को ले आए कि ना ले जाए। अभी परसों छपा है यह। दोनों को नहाना था, बाथरूम में जाना था, शावर में जाना था। तो लड़के ने कहा कि हम डाक भी ले आएंगे वहां पर। तो लड़के ने कहा कि भाई, डाक का क्या मतलब है वहां पर?</w:t>
      </w:r>
    </w:p>
    <w:p>
      <w:r>
        <w:rPr>
          <w:b/>
        </w:rPr>
        <w:t xml:space="preserve">[07:02] </w:t>
      </w:r>
      <w:r>
        <w:t>to usne kaha ke dog ko nahi le jayenge bathroom mein. to kaha ke nahi, hum to dog ko le jayenge. isi mein separation ho gaya. yeh jo gender equality hai, bilkul unnatural hai. unnatural ke main tumhari baat nahi manunga, tum meri baat nahi mano. to dono na maane baat ko, to kaise zindagi kaise chalegi?</w:t>
      </w:r>
    </w:p>
    <w:p>
      <w:pPr>
        <w:jc w:val="right"/>
      </w:pPr>
      <w:r>
        <w:t>तो उसने कहा कि डाक को नहीं ले जाएंगे बाथरूम में। तो कहा कि नहीं, हम तो डाक को ले जाएंगे। इसी में सेपरेशन हो गया। यह जो जेंडर इक्वलिटी है, बिल्कुल अननेचुरल है। अननेचुरल कि मैं तुम्हारी बात नहीं मानूंगा, तुम मेरी बात नहीं मानो। तो दोनों जब ना माने बात को, तो कैसे जिंदगी कैसे चलेगी?</w:t>
      </w:r>
    </w:p>
    <w:p>
      <w:r>
        <w:rPr>
          <w:b/>
        </w:rPr>
        <w:t xml:space="preserve">[07:24] </w:t>
      </w:r>
      <w:r>
        <w:t>yaani kaisi anokhi baat hai ke har jagah boss hote hain, government mein boss, company mein boss, to home mein koi boss nahi. isiliye home jo hai, ujde hue hain. jitne jhagde hain, jitne fasaad hain, sab zyada tar related hain wo family life se. kyun?</w:t>
      </w:r>
    </w:p>
    <w:p>
      <w:pPr>
        <w:jc w:val="right"/>
      </w:pPr>
      <w:r>
        <w:t>यानी कैसी अनोखी बात है कि हर जगह बॉस होते हैं, गवर्नमेंट में बॉस, कंपनी में बॉस, तो होम में कोई बॉस नहीं। इसीलिए होम जो है, उजड़े हुए हैं। जितने झगड़े हैं, जितने फसाद हैं, सब ज्यादातर रिलेटेड हैं वो फैमिली लाइफ से। क्यों?</w:t>
      </w:r>
    </w:p>
    <w:p>
      <w:r>
        <w:rPr>
          <w:b/>
        </w:rPr>
        <w:t xml:space="preserve">[07:42] </w:t>
      </w:r>
      <w:r>
        <w:t>family life unstable ho gayi hai. asal mein kyun ho gayi hai?</w:t>
      </w:r>
    </w:p>
    <w:p>
      <w:pPr>
        <w:jc w:val="right"/>
      </w:pPr>
      <w:r>
        <w:t>फैमिली लाइफ अनस्टेबल हो गई है। असल में क्यों हो गई है?</w:t>
      </w:r>
    </w:p>
    <w:p>
      <w:r>
        <w:rPr>
          <w:b/>
        </w:rPr>
        <w:t xml:space="preserve">[07:47] </w:t>
      </w:r>
      <w:r>
        <w:t>gender equality ek unnatural theory. yahan bhi ek boss lena, ek boss, ek ko boss manna padega. zindagi chalti hai adjustment par.</w:t>
      </w:r>
    </w:p>
    <w:p>
      <w:pPr>
        <w:jc w:val="right"/>
      </w:pPr>
      <w:r>
        <w:t>जेंडर इक्वलिटी एक अननेचुरल थ्योरी। यहां भी एक बॉस लेना, एक बॉस, एक को बॉस मानना पड़ेगा। जिंदगी चलती है एडजस्टमेंट पर।</w:t>
      </w:r>
    </w:p>
    <w:p>
      <w:r>
        <w:rPr>
          <w:b/>
        </w:rPr>
        <w:t xml:space="preserve">[08:01] </w:t>
      </w:r>
      <w:r>
        <w:t>is par nahi ke aap apni right, wo apni right, dono dhoom machaye aur lade aapas mein. is tarah hi zindagi chal sakti hai.</w:t>
      </w:r>
    </w:p>
    <w:p>
      <w:pPr>
        <w:jc w:val="right"/>
      </w:pPr>
      <w:r>
        <w:t>इस पर नहीं कि आप अपनी राइट, वो अपनी राइट, दोनों धूम मचाए और लड़े आपस में। इस तरह ही जिंदगी चल सकती है।</w:t>
      </w:r>
    </w:p>
    <w:p>
      <w:r>
        <w:rPr>
          <w:b/>
        </w:rPr>
        <w:t xml:space="preserve">[08:15] </w:t>
      </w:r>
      <w:r>
        <w:t>kya kya question tha?</w:t>
      </w:r>
    </w:p>
    <w:p>
      <w:pPr>
        <w:jc w:val="right"/>
      </w:pPr>
      <w:r>
        <w:t>क्या क्या क्वेश्चन था?</w:t>
      </w:r>
    </w:p>
    <w:p>
      <w:r>
        <w:rPr>
          <w:b/>
        </w:rPr>
        <w:t xml:space="preserve">[08:20] </w:t>
      </w:r>
      <w:r>
        <w:t>what does relativism of truth mean? haan, to main baharhaal isko manta hoon ke mujhe ek sachchai chahiye, the truth with the capital T,</w:t>
      </w:r>
    </w:p>
    <w:p>
      <w:pPr>
        <w:jc w:val="right"/>
      </w:pPr>
      <w:r>
        <w:t>व्हाट डज रिलेटिविज्म ऑफ ट्रुथ मीन? हां, तो मैं बहरहाल इसको मानता हूं कि मुझे एक सच्चाई चाहिए, द ट्रुथ विद द कैपिटल टी,</w:t>
      </w:r>
    </w:p>
    <w:p>
      <w:r>
        <w:rPr>
          <w:b/>
        </w:rPr>
        <w:t xml:space="preserve">[08:34] </w:t>
      </w:r>
      <w:r>
        <w:t>the the truth, taake mujhe conviction mile, mujhe yakeen mile. main is duniya mein yakeen ke saath jeena chahta hoon, yakeen ke saath. lekin jab aap yeh maane ke truth relative hai, to aap yakeen ke saath kaise jee sakte</w:t>
      </w:r>
    </w:p>
    <w:p>
      <w:pPr>
        <w:jc w:val="right"/>
      </w:pPr>
      <w:r>
        <w:t>द द ट्रुथ, ताकि मुझे कन्विक्शन मिले, मुझे यकीन मिले। मैं इस दुनिया में यकीन के साथ जीना चाहता हूं, यकीन के साथ। लेकिन जब आप यह माने कि ट्रुथ रिलेटिव है, तो आप यकीन के साथ कैसे जी सकते</w:t>
      </w:r>
    </w:p>
    <w:p>
      <w:r>
        <w:rPr>
          <w:b/>
        </w:rPr>
        <w:t xml:space="preserve">[08:48] </w:t>
      </w:r>
      <w:r>
        <w:t>hain? yeh bhi sachchai, wo bhi sachchai, wo bhi, wo bhi sachchai. to yakeen kahan raha? source of conviction wahi sachchai ban sakti hai jo absolute ho. absolute nahi hai, to wo source of conviction bhi nahi hai. isiliye aap dekhiye, log sachchai paaye hue nahi hain. har taraf discontent mein jee rahe hain, har taraf pareshani mein jee rahe hain, tension aur stress mein jee rahe hain. koi sachchai to paaye hue nahi hai.</w:t>
      </w:r>
    </w:p>
    <w:p>
      <w:pPr>
        <w:jc w:val="right"/>
      </w:pPr>
      <w:r>
        <w:t>हैं? यह भी सच्चाई, वो भी सच्चाई, वो भी, वो भी सच्चाई। तो यकीन कहां रहा? सोर्स ऑफ कन्विक्शन वही सच्चाई बन सकती है जो एब्सलूट हो। एब्सलूट नहीं है, तो वो सोर्स ऑफ कन्विक्शन भी नहीं है। इसीलिए आप देखिए, लोग सच्चाई पाए हुए नहीं हैं। हर तरफ डिस्कंटेंट में जी रहे हैं, हर तरफ परेशानी में जी रहे हैं, टेंशन और स्ट्रेस में जी रहे हैं। कोई सच्चाई तो पाई हुई नहीं है।</w:t>
      </w:r>
    </w:p>
    <w:p>
      <w:r>
        <w:rPr>
          <w:b/>
        </w:rPr>
        <w:t xml:space="preserve">[09:17] </w:t>
      </w:r>
      <w:r>
        <w:t>to baharhaal, the truth ka jo concept hai, wahi hamare liye source of conviction ban sakta hai. aur jo relative truth ka jo concept hai, usmein hamein conviction nahi milega. aur conviction jisko na mile, to usko to duniya mein kuch bhi nahi mila,</w:t>
      </w:r>
    </w:p>
    <w:p>
      <w:pPr>
        <w:jc w:val="right"/>
      </w:pPr>
      <w:r>
        <w:t>तो बहरहाल, द ट्रुथ का जो कांसेप्ट है, वही हमारे लिए सोर्स ऑफ कन्विक्शन बन सकता है। और जो रिलेटिव ट्रुथ का जो कांसेप्ट है, उसमें हमें कन्विक्शन नहीं मिलेगा। और कन्विक्शन जिसको ना मिले, तो उसको तो दुनिया में कुछ भी नहीं मिला,</w:t>
      </w:r>
    </w:p>
    <w:p>
      <w:r>
        <w:rPr>
          <w:b/>
        </w:rPr>
        <w:t xml:space="preserve">[09:35] </w:t>
      </w:r>
      <w:r>
        <w:t>kuch bhi nahi mila. wo despair mein jiyega, despair mein marega.</w:t>
      </w:r>
    </w:p>
    <w:p>
      <w:pPr>
        <w:jc w:val="right"/>
      </w:pPr>
      <w:r>
        <w:t>कुछ भी नहीं मिला। वो डिस्पेयर में जिएगा, डिस्पेयर में मरेगा।</w:t>
      </w:r>
    </w:p>
    <w:p>
      <w:r>
        <w:rPr>
          <w:b/>
        </w:rPr>
        <w:t xml:space="preserve">[09:42] </w:t>
      </w:r>
      <w:r>
        <w:t>this question is from nagma siddiqui: "mulana, what answer should we give to a person if he asks us, 'who am I?'"</w:t>
      </w:r>
    </w:p>
    <w:p>
      <w:pPr>
        <w:jc w:val="right"/>
      </w:pPr>
      <w:r>
        <w:t>दिस क्वेश्चन इज फ्रॉम नगमा सिद्दीकी: "मुलाना, व्हाट आंसर शुड वी गिव टू अ पर्सन इफ ही आस्क्स अस, 'हु एम आई?'"</w:t>
      </w:r>
    </w:p>
    <w:p>
      <w:r>
        <w:rPr>
          <w:b/>
        </w:rPr>
        <w:t xml:space="preserve">[09:59] </w:t>
      </w:r>
      <w:r>
        <w:t>bhai, dekhiye, abhi ek article aaya tha isi qazab ka angrezi akhbar mein. to dekhiye, "who am I" jo hai, usmein aadha answer to aap quality mila hua hai, sirf aadha dhoondhna hai aapko. aadha kya hai?</w:t>
      </w:r>
    </w:p>
    <w:p>
      <w:pPr>
        <w:jc w:val="right"/>
      </w:pPr>
      <w:r>
        <w:t>भाई, देखिए, अभी एक आर्टिकल आया था इसी कजब का अंग्रेजी अखबार में। तो देखिए, "हु एम आई" जो है, उसमें आधा आंसर तो आप क्वालिटी मिला हुआ है, सिर्फ आधाढूंढना है आपको। आधा क्या है?</w:t>
      </w:r>
    </w:p>
    <w:p>
      <w:r>
        <w:rPr>
          <w:b/>
        </w:rPr>
        <w:t xml:space="preserve">[10:19] </w:t>
      </w:r>
      <w:r>
        <w:t>ki main mujhko kisi ne create kiya hai, tab main bana hoon. Maine apne aap ko khud se create nahin kiya.</w:t>
      </w:r>
    </w:p>
    <w:p>
      <w:pPr>
        <w:jc w:val="right"/>
      </w:pPr>
      <w:r>
        <w:t>कि मैं मुझको किसी ने क्रिएट किया है, तब मैं बना हूं। मैंने अपने आप को खुद से क्रिएट नहीं किया।</w:t>
      </w:r>
    </w:p>
    <w:p>
      <w:r>
        <w:rPr>
          <w:b/>
        </w:rPr>
        <w:t xml:space="preserve">[10:28] </w:t>
      </w:r>
      <w:r>
        <w:t>yaani main kisi ka creation hoon, main khud creator nahin hoon. To aadha answer to aap already mila hua hai.</w:t>
      </w:r>
    </w:p>
    <w:p>
      <w:pPr>
        <w:jc w:val="right"/>
      </w:pPr>
      <w:r>
        <w:t>यानी मैं किसी का क्रिएशन हूं, मैं खुद क्रिएटर नहीं हूं। तो आधा आंसर तो आप ऑलरेडी मिला हुआ है।</w:t>
      </w:r>
    </w:p>
    <w:p>
      <w:r>
        <w:rPr>
          <w:b/>
        </w:rPr>
        <w:t xml:space="preserve">[10:39] </w:t>
      </w:r>
      <w:r>
        <w:t>aadha answer aapko already mila hua hai.</w:t>
      </w:r>
    </w:p>
    <w:p>
      <w:pPr>
        <w:jc w:val="right"/>
      </w:pPr>
      <w:r>
        <w:t>आधा आंसर आपको ऑलरेडी मिला हुआ है।</w:t>
      </w:r>
    </w:p>
    <w:p>
      <w:r>
        <w:rPr>
          <w:b/>
        </w:rPr>
        <w:t xml:space="preserve">[10:44] </w:t>
      </w:r>
      <w:r>
        <w:t>aap yeh nahin keh sakte ki bas main, main hi sab kuch hoon, apne mein mujhe jeena hai.</w:t>
      </w:r>
    </w:p>
    <w:p>
      <w:pPr>
        <w:jc w:val="right"/>
      </w:pPr>
      <w:r>
        <w:t>आप यह नहीं कह सकते कि बस मैं, मैं ही सब कुछ हूं, अपने में मुझे जीना है।</w:t>
      </w:r>
    </w:p>
    <w:p>
      <w:r>
        <w:rPr>
          <w:b/>
        </w:rPr>
        <w:t xml:space="preserve">[10:54] </w:t>
      </w:r>
      <w:r>
        <w:t>kyunki jab aap kisi ka creation hain, to aapko jaanna padega woh creator kaun hai. Aapne kisi ek cheez ko bhi create nahin kiya hai, na apne aap ko, na apni aankh ko, na apne haath ko, aur apne paanv ko. Maa ke pet se agar hum nikle hain, to iska matlab to nahin ki maa ne hamein create kiya hai. Woh to nature ka ek process hai,</w:t>
      </w:r>
    </w:p>
    <w:p>
      <w:pPr>
        <w:jc w:val="right"/>
      </w:pPr>
      <w:r>
        <w:t>क्योंकि जब आप किसी का क्रिएशन हैं, तो आपको जानना पड़ेगा वह क्रिएटर कौन है। आपने किसी एक चीज को भी क्रिएट नहीं किया है, ना अपने आप को, ना अपनी आंख को, ना अपने हाथ को, और अपने पांव को। मां के पेट से अगर हम निकले हैं, तो इसका मतलब तो नहीं कि मां ने हमें क्रिएट किया है। वह तो नेचर का एक प्रोसेस है,</w:t>
      </w:r>
    </w:p>
    <w:p>
      <w:r>
        <w:rPr>
          <w:b/>
        </w:rPr>
        <w:t xml:space="preserve">[11:20] </w:t>
      </w:r>
      <w:r>
        <w:t>wo nature ka process hai. To har cheez jab kisi ka creation hai, to hamein dhoondhna padega creator kaun hai. Main bhi kisi ka creation hoon. Paani, hawa, dhoop, zameen, aasman, har cheez ko kisi ne create kiya hai. To maine to, main to creator nahin hoon. Iska insaan creator nahin hai. Iska to aadha answer aapko yahan mila hua hai ki main creator nahin hoon,</w:t>
      </w:r>
    </w:p>
    <w:p>
      <w:pPr>
        <w:jc w:val="right"/>
      </w:pPr>
      <w:r>
        <w:t>वो नेचर का प्रोसेस है। तो हर चीज जब किसी का क्रिएशन है, तो हमेंढूंढना पड़ेगा क्रिएटर कौन है। मैं भी किसी का क्रिएशन हूं। पानी, हवा, धूप, जमीन, आसमान, हर चीज को किसी ने क्रिएट किया है। तो मैंने तो, मैं तो क्रिएटर नहीं हूं। इसका इंसान क्रिएटर नहीं है। इसका तो आधा आंसर आपको यहां मिला हुआ है कि मैं क्रिएटर नहीं हूं,</w:t>
      </w:r>
    </w:p>
    <w:p>
      <w:r>
        <w:rPr>
          <w:b/>
        </w:rPr>
        <w:t xml:space="preserve">[11:48] </w:t>
      </w:r>
      <w:r>
        <w:t>main sirf creation hoon. To aap aadha dhoondhiye. Aadha dhoondhenge to aap bahut aaj pahunchayenge. Woh jo hai, woh Khuda hai. To self-oriented thinking khatam hogi, God-oriented thinking aa jayegi. Main chahta hoon ki sincerity bahut hi zaroori cheez hai. Agar aadmi ki sincerity na ho,</w:t>
      </w:r>
    </w:p>
    <w:p>
      <w:pPr>
        <w:jc w:val="right"/>
      </w:pPr>
      <w:r>
        <w:t>मैं सिर्फ क्रिएशन हूं। तो आप आधाढूंढिए। आधाढूंढेंगे तो आप बहुत आज पहुंचाएंगे। वो जो है, वो खुदा है। तो सेल्फ ओरिएंटेड थिंकिंग खत्म होगी, गॉड ओरिएंटेड थिंकिंग आ जाएगी। मैं चाहता हूं कि सिंसिअरिटी बहुत ही जरूरी चीज है। अगर आदमी की सिंसिअरिटी ना हो,</w:t>
      </w:r>
    </w:p>
    <w:p>
      <w:r>
        <w:rPr>
          <w:b/>
        </w:rPr>
        <w:t xml:space="preserve">[12:08] </w:t>
      </w:r>
      <w:r>
        <w:t>to phir kuch bhi nahin pa sakta. Woh yaad rakhiye, kuch bhi nahin pa sakta. Woh</w:t>
      </w:r>
    </w:p>
    <w:p>
      <w:pPr>
        <w:jc w:val="right"/>
      </w:pPr>
      <w:r>
        <w:t>तो फिर कुछ भी नहीं पा सकता। वो याद रखिए, कुछ भी नहीं पा सकता। वो</w:t>
      </w:r>
    </w:p>
    <w:p>
      <w:r>
        <w:rPr>
          <w:b/>
        </w:rPr>
        <w:t xml:space="preserve">[12:18] </w:t>
      </w:r>
      <w:r>
        <w:t>jab tak aap bahut zyada sincere na ho, tab tak koi argument aapko argument nahin lagega. Koi logic aapko logic nahin lagegi.</w:t>
      </w:r>
    </w:p>
    <w:p>
      <w:pPr>
        <w:jc w:val="right"/>
      </w:pPr>
      <w:r>
        <w:t>जब तक आप बहुत ज्यादा सिंसियर ना हो, तब तक कोई आर्गुमेंट आपको आर्गुमेंट नहीं लगेगा। कोई लॉजिक आपको लॉजिक नहीं लगेगी।</w:t>
      </w:r>
    </w:p>
    <w:p>
      <w:r>
        <w:rPr>
          <w:b/>
        </w:rPr>
        <w:t xml:space="preserve">[12:29] </w:t>
      </w:r>
      <w:r>
        <w:t>iske baghair aap kisi baat ko pakad nahin payenge. Yeh hai masla.</w:t>
      </w:r>
    </w:p>
    <w:p>
      <w:pPr>
        <w:jc w:val="right"/>
      </w:pPr>
      <w:r>
        <w:t>इसके बगैर आप किसी बात को पकड़ नहीं पाएंगे। यह है मसला।</w:t>
      </w:r>
    </w:p>
    <w:p>
      <w:r>
        <w:rPr>
          <w:b/>
        </w:rPr>
        <w:t xml:space="preserve">[12:40] </w:t>
      </w:r>
      <w:r>
        <w:t>to baharhaal, main to yahi samajhta hoon.</w:t>
      </w:r>
    </w:p>
    <w:p>
      <w:pPr>
        <w:jc w:val="right"/>
      </w:pPr>
      <w:r>
        <w:t>तो बहरहाल, मैं तो यही समझता हूं।</w:t>
      </w:r>
    </w:p>
    <w:p>
      <w:r>
        <w:rPr>
          <w:b/>
        </w:rPr>
        <w:t xml:space="preserve">[12:45] </w:t>
      </w:r>
      <w:r>
        <w:t>this question is from Mr Girish Jawal: "aadmi ko kaise pata chalega ki yahi sachchai hai?"</w:t>
      </w:r>
    </w:p>
    <w:p>
      <w:pPr>
        <w:jc w:val="right"/>
      </w:pPr>
      <w:r>
        <w:t>दिस क्वेश्चन इज फ्रॉम मिस्टर गिरीश जोवाल: "आदमी को कैसे पता चलेगा कि यही सच्चाई है?"</w:t>
      </w:r>
    </w:p>
    <w:p>
      <w:r>
        <w:rPr>
          <w:b/>
        </w:rPr>
        <w:t xml:space="preserve">[12:58] </w:t>
      </w:r>
      <w:r>
        <w:t>dekhiye, aap apne maa ko maa kehte hain, to kaise pata chalta hai ki yahi meri maa</w:t>
      </w:r>
    </w:p>
    <w:p>
      <w:pPr>
        <w:jc w:val="right"/>
      </w:pPr>
      <w:r>
        <w:t>देखिए, आप अपने मां को मां कहते हैं, तो कैसे पता चलता है कि यही मेरी मां</w:t>
      </w:r>
    </w:p>
    <w:p>
      <w:r>
        <w:rPr>
          <w:b/>
        </w:rPr>
        <w:t xml:space="preserve">[13:05] </w:t>
      </w:r>
      <w:r>
        <w:t>hai? Haalanki aapne maa ke pet se apne ko nikalte hue nahin dekha, us process ko nahin dekha aapne. Yaani yeh koi bhi nahin jaan keh sakta ki maine apni, apni maa ko,</w:t>
      </w:r>
    </w:p>
    <w:p>
      <w:pPr>
        <w:jc w:val="right"/>
      </w:pPr>
      <w:r>
        <w:t>है? हालांकि आपने मां के पेट से अपने को निकलते हुए नहीं देखा, उस प्रोसेस को नहीं देखा आपने। यानी यह कोई भी नहीं जान कह सकता कि मैंने अपनी, अपनी मां को,</w:t>
      </w:r>
    </w:p>
    <w:p>
      <w:r>
        <w:rPr>
          <w:b/>
        </w:rPr>
        <w:t xml:space="preserve">[13:19] </w:t>
      </w:r>
      <w:r>
        <w:t>yaani ki pet se apne ko nikalte hue dekha, isliye usko maa kehta hoon main. To aql se samajhta hai. Jab hum kisi ko maa ko maa kehte hain, apni maa kehte hain, to hum aql se kehte hain, dekhe hue ko nahin kehte hain. Basic baat hai ki is duniya mein koi bhi cheez aisi nahin hai jo dekhne ke base par ho. Sab kuch aql ke base par hai, soch-soch ke base par hai. To jab aap soch ko kaam milayenge,</w:t>
      </w:r>
    </w:p>
    <w:p>
      <w:pPr>
        <w:jc w:val="right"/>
      </w:pPr>
      <w:r>
        <w:t>यानी कि पेट से अपने को निकलते हुए देखा, इसलिए उसको मां कहता हूं मैं। तो अकल से समझता है। जब हम किसी को मां को मां कहते हैं, अपनी मां कहते हैं, तो हम अकल से कहते हैं, देखे हुए को नहीं कहते हैं। बेसिक बात है कि इस दुनिया में कोई भी चीज ऐसी नहीं है जो देखने के बेस पर हो। सब कुछ अकल के बेस पर है, सोच-सोच के बेस पर है। तो जब आप सोच को काम मिलाएंगे,</w:t>
      </w:r>
    </w:p>
    <w:p>
      <w:r>
        <w:rPr>
          <w:b/>
        </w:rPr>
        <w:t xml:space="preserve">[13:48] </w:t>
      </w:r>
      <w:r>
        <w:t>to bahut aasani se aap pahunch jayenge wahan tak,</w:t>
      </w:r>
    </w:p>
    <w:p>
      <w:pPr>
        <w:jc w:val="right"/>
      </w:pPr>
      <w:r>
        <w:t>तो बहुत आसानी से आप पहुंच जाएंगे वहां तक,</w:t>
      </w:r>
    </w:p>
    <w:p>
      <w:r>
        <w:rPr>
          <w:b/>
        </w:rPr>
        <w:t xml:space="preserve">[13:54] </w:t>
      </w:r>
      <w:r>
        <w:t>bahut aasani se pahunch jayenge. To main samajhta hoon ki log is baat ko bhool jaate hain ki kisi bhi cheez jisko hum maante hain, woh unseen hi hoti hai hamare liye. Sabse zyada badi cheez jisko main jaanta hoon, woh hai ki koi aurat jo hai, woh meri maa hai. Sabse badi haqeeqat yeh hai. Lekin kya maine dekha hai apne aap ko maa ke pet se nikalte hue?</w:t>
      </w:r>
    </w:p>
    <w:p>
      <w:pPr>
        <w:jc w:val="right"/>
      </w:pPr>
      <w:r>
        <w:t>बहुत आसानी से पहुंच जाएंगे। तो मैं समझता हूं कि लोग इस बात को भूल जाते हैं कि किसी भी चीज जिसको हम मानते हैं, वह अनसीन ही होती है हमारे लिए। सबसे ज्यादा बड़ी चीज जिसको मैं जानता हूं, वह है कि कोई औरत जो है, वह मेरी मां है। सबसे बड़ी हकीकत यह है। लेकिन क्या मैंने देखा है अपने आप को मां के पेट से निकलते हुए?</w:t>
      </w:r>
    </w:p>
    <w:p>
      <w:r>
        <w:rPr>
          <w:b/>
        </w:rPr>
        <w:t xml:space="preserve">[14:21] </w:t>
      </w:r>
      <w:r>
        <w:t>to yahan bhi aql ko istemal karke maine jaana ki main is, is, is lady ka beta hoon aur yeh lady meri maa hai. To saare mamlaat yahi hain, chahe electron ho, chahe aur koi cheez ho. Koi bhi na seen cheez nahin, har cheez unseen hai.</w:t>
      </w:r>
    </w:p>
    <w:p>
      <w:pPr>
        <w:jc w:val="right"/>
      </w:pPr>
      <w:r>
        <w:t>तो यहां भी अकल को इस्तेमाल करके मैंने जाना कि मैं इस, इस, इस लेडी का बेटा हूं और ये लेडी मेरी मां है। तो सारे मामलात यही हैं, चाहे इलेक्ट्रॉन हो, चाहे और कोई चीज हो। कोई भी ना सीन चीज नहीं, हर चीज अनसीन है।</w:t>
      </w:r>
    </w:p>
    <w:p>
      <w:r>
        <w:rPr>
          <w:b/>
        </w:rPr>
        <w:t xml:space="preserve">[14:41] </w:t>
      </w:r>
      <w:r>
        <w:t>isme se main yahi kahunga ki aql ko istemal karna aur soch ko apply karna, yeh ek hi tareeka hai jis se hum sachchai tak pahunch sakte hain.</w:t>
      </w:r>
    </w:p>
    <w:p>
      <w:pPr>
        <w:jc w:val="right"/>
      </w:pPr>
      <w:r>
        <w:t>इसमें से मैं यही कहूंगा कि अकल को इस्तेमाल करना और सोच को अप्लाई करना, यह एक ही तरीका है जिससे हम सच्चाई तक पहुंच सकते हैं।</w:t>
      </w:r>
    </w:p>
    <w:p>
      <w:r>
        <w:rPr>
          <w:b/>
        </w:rPr>
        <w:t xml:space="preserve">[14:57] </w:t>
      </w:r>
      <w:r>
        <w:t>this question is from Anjar: "what is the difference between spirit and mind?"</w:t>
      </w:r>
    </w:p>
    <w:p>
      <w:pPr>
        <w:jc w:val="right"/>
      </w:pPr>
      <w:r>
        <w:t>दिस क्वेश्चन इज फ्रॉम अंजर: "व्हाट इज द डिफरेंस बिटवीन स्पिरिट एंड माइंड?"</w:t>
      </w:r>
    </w:p>
    <w:p>
      <w:r>
        <w:rPr>
          <w:b/>
        </w:rPr>
        <w:t xml:space="preserve">[15:07] </w:t>
      </w:r>
      <w:r>
        <w:t>dekhiye, jahan tak main samajhta hoon, koi difference nahi hai</w:t>
      </w:r>
    </w:p>
    <w:p>
      <w:pPr>
        <w:jc w:val="right"/>
      </w:pPr>
      <w:r>
        <w:t>देखिए, जहां तक मैं समझता हूं, कोई डिफरेंस नहीं है</w:t>
      </w:r>
    </w:p>
    <w:p>
      <w:r>
        <w:rPr>
          <w:b/>
        </w:rPr>
        <w:t xml:space="preserve">[15:11] </w:t>
      </w:r>
      <w:r>
        <w:t>ke mind aur soul aur spirit ke jo kai word bole jaate hain, woh sirf mind hi ke</w:t>
      </w:r>
    </w:p>
    <w:p>
      <w:pPr>
        <w:jc w:val="right"/>
      </w:pPr>
      <w:r>
        <w:t>कि माइंड और सोल और स्पिरिट के जो कई वर्ड बोले जाते हैं, वह सिर्फ माइंड ही के</w:t>
      </w:r>
    </w:p>
    <w:p>
      <w:r>
        <w:rPr>
          <w:b/>
        </w:rPr>
        <w:t xml:space="preserve">[15:17] </w:t>
      </w:r>
      <w:r>
        <w:t>different expression hain, different aspect hain.</w:t>
      </w:r>
    </w:p>
    <w:p>
      <w:pPr>
        <w:jc w:val="right"/>
      </w:pPr>
      <w:r>
        <w:t>डिफरेंट एक्सप्रेशन हैं, डिफरेंट एस्पेक्ट हैं।</w:t>
      </w:r>
    </w:p>
    <w:p>
      <w:r>
        <w:rPr>
          <w:b/>
        </w:rPr>
        <w:t xml:space="preserve">[15:22] </w:t>
      </w:r>
      <w:r>
        <w:t>main samajhta hoon ke do hi cheez hain: mind hai aur body hai.</w:t>
      </w:r>
    </w:p>
    <w:p>
      <w:pPr>
        <w:jc w:val="right"/>
      </w:pPr>
      <w:r>
        <w:t>मैं समझता हूं कि दो ही चीज हैं: माइंड है और बॉडी है।</w:t>
      </w:r>
    </w:p>
    <w:p>
      <w:r>
        <w:rPr>
          <w:b/>
        </w:rPr>
        <w:t xml:space="preserve">[15:26] </w:t>
      </w:r>
      <w:r>
        <w:t>body vehicle hai mind ka.</w:t>
      </w:r>
    </w:p>
    <w:p>
      <w:pPr>
        <w:jc w:val="right"/>
      </w:pPr>
      <w:r>
        <w:t>बॉडी व्हीकल है माइंड का।</w:t>
      </w:r>
    </w:p>
    <w:p>
      <w:r>
        <w:rPr>
          <w:b/>
        </w:rPr>
        <w:t xml:space="preserve">[15:29] </w:t>
      </w:r>
      <w:r>
        <w:t>personality jo hai, woh mind hai.</w:t>
      </w:r>
    </w:p>
    <w:p>
      <w:pPr>
        <w:jc w:val="right"/>
      </w:pPr>
      <w:r>
        <w:t>पर्सनालिटी जो है, वह माइंड है।</w:t>
      </w:r>
    </w:p>
    <w:p>
      <w:r>
        <w:rPr>
          <w:b/>
        </w:rPr>
        <w:t xml:space="preserve">[15:32] </w:t>
      </w:r>
      <w:r>
        <w:t>usi mind ke function ko hum different andaaz mein kehte hain ke spirituality kehte hain, kabhi spirit kehte</w:t>
      </w:r>
    </w:p>
    <w:p>
      <w:pPr>
        <w:jc w:val="right"/>
      </w:pPr>
      <w:r>
        <w:t>उसी माइंड के फंक्शन को हम डिफरेंट अंदाज में कहते हैं कि स्पिरिचुअलिटी कहते हैं, कभी स्पिरिट कहते</w:t>
      </w:r>
    </w:p>
    <w:p>
      <w:r>
        <w:rPr>
          <w:b/>
        </w:rPr>
        <w:t xml:space="preserve">[15:38] </w:t>
      </w:r>
      <w:r>
        <w:t>hain, kabhi soul kehte hain.</w:t>
      </w:r>
    </w:p>
    <w:p>
      <w:pPr>
        <w:jc w:val="right"/>
      </w:pPr>
      <w:r>
        <w:t>हैं, कभी सोल कहते हैं।</w:t>
      </w:r>
    </w:p>
    <w:p>
      <w:r>
        <w:rPr>
          <w:b/>
        </w:rPr>
        <w:t xml:space="preserve">[15:42] </w:t>
      </w:r>
      <w:r>
        <w:t>to main to bas manta hoon</w:t>
      </w:r>
    </w:p>
    <w:p>
      <w:pPr>
        <w:jc w:val="right"/>
      </w:pPr>
      <w:r>
        <w:t>तो मैं तो बस मानता हूं</w:t>
      </w:r>
    </w:p>
    <w:p>
      <w:r>
        <w:rPr>
          <w:b/>
        </w:rPr>
        <w:t xml:space="preserve">[15:45] </w:t>
      </w:r>
      <w:r>
        <w:t>ke mind hai aur body hai, bas.</w:t>
      </w:r>
    </w:p>
    <w:p>
      <w:pPr>
        <w:jc w:val="right"/>
      </w:pPr>
      <w:r>
        <w:t>कि माइंड है और बॉडी है, बस।</w:t>
      </w:r>
    </w:p>
    <w:p>
      <w:r>
        <w:rPr>
          <w:b/>
        </w:rPr>
        <w:t xml:space="preserve">[15:47] </w:t>
      </w:r>
      <w:r>
        <w:t>aur koi teesri cheez nahi hai.</w:t>
      </w:r>
    </w:p>
    <w:p>
      <w:pPr>
        <w:jc w:val="right"/>
      </w:pPr>
      <w:r>
        <w:t>और कोई तीसरी चीज नहीं है।</w:t>
      </w:r>
    </w:p>
    <w:p>
      <w:r>
        <w:rPr>
          <w:b/>
        </w:rPr>
        <w:t xml:space="preserve">[15:51] </w:t>
      </w:r>
      <w:r>
        <w:t>teesri jo cheez ko aap</w:t>
      </w:r>
    </w:p>
    <w:p>
      <w:pPr>
        <w:jc w:val="right"/>
      </w:pPr>
      <w:r>
        <w:t>तीसरी जो चीज को आप</w:t>
      </w:r>
    </w:p>
    <w:p>
      <w:r>
        <w:rPr>
          <w:b/>
        </w:rPr>
        <w:t xml:space="preserve">[15:52] </w:t>
      </w:r>
      <w:r>
        <w:t>maane, woh sab mind ka function hota hai.</w:t>
      </w:r>
    </w:p>
    <w:p>
      <w:pPr>
        <w:jc w:val="right"/>
      </w:pPr>
      <w:r>
        <w:t>माने, वह सब माइंड का फंक्शन होता है।</w:t>
      </w:r>
    </w:p>
    <w:p>
      <w:r>
        <w:rPr>
          <w:b/>
        </w:rPr>
        <w:t xml:space="preserve">[15:57] </w:t>
      </w:r>
      <w:r>
        <w:t>this question is from Girish Jawal: "sab prakar ki savdhani rakhne ke baad bhi bigad aur buraiyon mein kaise phansata hai aadmi?</w:t>
      </w:r>
    </w:p>
    <w:p>
      <w:pPr>
        <w:jc w:val="right"/>
      </w:pPr>
      <w:r>
        <w:t>दिस क्वेश्चन इज फ्रॉम गिरीश जोवाल: "सब प्रकार की सावधानी रखने के बाद भी बिगाड़ और बुराइयों में कैसे फंसता है आदमी?</w:t>
      </w:r>
    </w:p>
    <w:p>
      <w:r>
        <w:rPr>
          <w:b/>
        </w:rPr>
        <w:t xml:space="preserve">[16:08] </w:t>
      </w:r>
      <w:r>
        <w:t>kya dawat dene se pehle apni zindagi mein sudhar lana avashyak nahin hai?"</w:t>
      </w:r>
    </w:p>
    <w:p>
      <w:pPr>
        <w:jc w:val="right"/>
      </w:pPr>
      <w:r>
        <w:t>क्या दावत देने से पहले अपनी जिंदगी में सुधार लाना आवश्यक नहीं है?"</w:t>
      </w:r>
    </w:p>
    <w:p>
      <w:r>
        <w:rPr>
          <w:b/>
        </w:rPr>
        <w:t xml:space="preserve">[16:16] </w:t>
      </w:r>
      <w:r>
        <w:t>bhai, dekhiye, is duniya mein to hamein, yaani</w:t>
      </w:r>
    </w:p>
    <w:p>
      <w:pPr>
        <w:jc w:val="right"/>
      </w:pPr>
      <w:r>
        <w:t>भाई, देखिए, इस दुनिया में तो हमें, यानी</w:t>
      </w:r>
    </w:p>
    <w:p>
      <w:r>
        <w:rPr>
          <w:b/>
        </w:rPr>
        <w:t xml:space="preserve">[16:24] </w:t>
      </w:r>
      <w:r>
        <w:t>humein</w:t>
      </w:r>
    </w:p>
    <w:p>
      <w:pPr>
        <w:jc w:val="right"/>
      </w:pPr>
      <w:r>
        <w:t>हमें</w:t>
      </w:r>
    </w:p>
    <w:p>
      <w:r>
        <w:rPr>
          <w:b/>
        </w:rPr>
        <w:t xml:space="preserve">[16:28] </w:t>
      </w:r>
      <w:r>
        <w:t>sabr ka formula ek formula hai, jisko hum kehte hain hindi mein sahansheelta. sahansheelta ya sabr ya patience jo hai, yeh bilkul hi, yaani zaroori hai.</w:t>
      </w:r>
    </w:p>
    <w:p>
      <w:pPr>
        <w:jc w:val="right"/>
      </w:pPr>
      <w:r>
        <w:t>सब्र का फार्मूला एक फार्मूला है, जिसको हम कहते हैं हिंदी में सहनशीलता। सहनशीलता या सब्र या पेशेंस जो है, यह बिल्कुल ही, यानी जरूरी है।</w:t>
      </w:r>
    </w:p>
    <w:p>
      <w:r>
        <w:rPr>
          <w:b/>
        </w:rPr>
        <w:t xml:space="preserve">[16:46] </w:t>
      </w:r>
      <w:r>
        <w:t>jahan jitne bhi jhagde idhar-udhar karte</w:t>
      </w:r>
    </w:p>
    <w:p>
      <w:pPr>
        <w:jc w:val="right"/>
      </w:pPr>
      <w:r>
        <w:t>जहां जितने भी झगड़े इधर-उधर करते</w:t>
      </w:r>
    </w:p>
    <w:p>
      <w:r>
        <w:rPr>
          <w:b/>
        </w:rPr>
        <w:t xml:space="preserve">[16:48] </w:t>
      </w:r>
      <w:r>
        <w:t>hain, log kyun karte hain? ke woh sahan nahi kar paate, sah nahi paate, toh lad jaate hain, lad jaate hain. jahan bhi dekhein, chahe do group lad rahe hain, do community lad rahi hain,</w:t>
      </w:r>
    </w:p>
    <w:p>
      <w:pPr>
        <w:jc w:val="right"/>
      </w:pPr>
      <w:r>
        <w:t>हैं, लोग क्यों करते हैं? कि वह सहन नहीं कर पाते, सह नहीं पाते, तो लड़ जाते हैं, लड़ जाते हैं। जहां भी देखें, चाहे दो ग्रुप लड़ रहे हैं, दो कम्युनिटी लड़ रही हैं,</w:t>
      </w:r>
    </w:p>
    <w:p>
      <w:r>
        <w:rPr>
          <w:b/>
        </w:rPr>
        <w:t xml:space="preserve">[17:01] </w:t>
      </w:r>
      <w:r>
        <w:t>woh sab isiliye hota hai.</w:t>
      </w:r>
    </w:p>
    <w:p>
      <w:pPr>
        <w:jc w:val="right"/>
      </w:pPr>
      <w:r>
        <w:t>वो सब इसीलिए होता है।</w:t>
      </w:r>
    </w:p>
    <w:p>
      <w:r>
        <w:rPr>
          <w:b/>
        </w:rPr>
        <w:t xml:space="preserve">[17:06] </w:t>
      </w:r>
      <w:r>
        <w:t>jaise abhi mujhe kuch log mile, toh ek kamal right ho gaya tha. maine kaha, "abhi kyun hua?</w:t>
      </w:r>
    </w:p>
    <w:p>
      <w:pPr>
        <w:jc w:val="right"/>
      </w:pPr>
      <w:r>
        <w:t>जैसे अभी मुझे कुछ लोग मिले, तो एक कमल राइट हो गया था। मैंने कहा, "अभी क्यों हुआ?</w:t>
      </w:r>
    </w:p>
    <w:p>
      <w:r>
        <w:rPr>
          <w:b/>
        </w:rPr>
        <w:t xml:space="preserve">[17:12] </w:t>
      </w:r>
      <w:r>
        <w:t>" kahe ke hamara jo ibadat ho rahi thi, us waqt wahan par recording ho rahi thi. toh hum gaye ke recording band karo. toh unhone nahi band karenge, toh jhagda hoga, toh ladai hogi. toh phir kaha, "recording kyun band karenge?" woh aap azan ko loudspeaker band nahi karte, woh recording kyun band karein?</w:t>
      </w:r>
    </w:p>
    <w:p>
      <w:pPr>
        <w:jc w:val="right"/>
      </w:pPr>
      <w:r>
        <w:t>" कहे कि हमारा जो इबादत हो रही थी, उस वक्त वहां पर रिकॉर्डिंग हो रही थी। तो हम गए कि रिकॉर्डिंग बंद करो। तो उन्होंने नहीं बंद करेंगे, तो झगड़ा होगा, तो लड़ाई होगी। तो फिर कहा, "रिकॉर्डिंग क्यों बंद करेंगे?" वो आप अजान को लाउडस्पीकर बंद नहीं करते, वो रिकॉर्डिंग क्यों बंद करें?</w:t>
      </w:r>
    </w:p>
    <w:p>
      <w:r>
        <w:rPr>
          <w:b/>
        </w:rPr>
        <w:t xml:space="preserve">[17:30] </w:t>
      </w:r>
      <w:r>
        <w:t>agar aapko freedom hai, to unko bhi freedom hai.</w:t>
      </w:r>
    </w:p>
    <w:p>
      <w:pPr>
        <w:jc w:val="right"/>
      </w:pPr>
      <w:r>
        <w:t>अगर आपको फ्रीडम है, तो उनको भी फ्रीडम है।</w:t>
      </w:r>
    </w:p>
    <w:p>
      <w:r>
        <w:rPr>
          <w:b/>
        </w:rPr>
        <w:t xml:space="preserve">[17:34] </w:t>
      </w:r>
      <w:r>
        <w:t>yaani aap yeh nahi karte ke masjid mein jo loudspeaker laga rakha hai aapne, aur zor-zor se azaan</w:t>
      </w:r>
    </w:p>
    <w:p>
      <w:pPr>
        <w:jc w:val="right"/>
      </w:pPr>
      <w:r>
        <w:t>यानी आप यह नहीं करते कि मस्जिद में जो लाउडस्पीकर लगा रखा है आपने, और जोर-जोर से अजान</w:t>
      </w:r>
    </w:p>
    <w:p>
      <w:r>
        <w:rPr>
          <w:b/>
        </w:rPr>
        <w:t xml:space="preserve">[17:39] </w:t>
      </w:r>
      <w:r>
        <w:t>phaila rahe hain loudspeaker par, jo kabhi rasoolullah ke zamane mein thi nahi.</w:t>
      </w:r>
    </w:p>
    <w:p>
      <w:pPr>
        <w:jc w:val="right"/>
      </w:pPr>
      <w:r>
        <w:t>फैला रहे हैं लाउडस्पीकर पर, जो कभी रसूलल्लाह के जमाने में थी नहीं।</w:t>
      </w:r>
    </w:p>
    <w:p>
      <w:r>
        <w:rPr>
          <w:b/>
        </w:rPr>
        <w:t xml:space="preserve">[17:44] </w:t>
      </w:r>
      <w:r>
        <w:t>usko to aap samajhte hain ke mujhe right hai ke main loudspeaker par azaan doon.</w:t>
      </w:r>
    </w:p>
    <w:p>
      <w:pPr>
        <w:jc w:val="right"/>
      </w:pPr>
      <w:r>
        <w:t>उसको तो आप समझते हैं कि मुझे राइट है कि मैं लाउडस्पीकर पर अजान दूं।</w:t>
      </w:r>
    </w:p>
    <w:p>
      <w:r>
        <w:rPr>
          <w:b/>
        </w:rPr>
        <w:t xml:space="preserve">[17:49] </w:t>
      </w:r>
      <w:r>
        <w:t>unhein bhi right hai ke woh apna bhajan kirtan karein loudspeaker par.</w:t>
      </w:r>
    </w:p>
    <w:p>
      <w:pPr>
        <w:jc w:val="right"/>
      </w:pPr>
      <w:r>
        <w:t>उन्हें भी राइट है कि वह अपना भजन कीर्तन करें लाउडस्पीकर पर।</w:t>
      </w:r>
    </w:p>
    <w:p>
      <w:r>
        <w:rPr>
          <w:b/>
        </w:rPr>
        <w:t xml:space="preserve">[17:52] </w:t>
      </w:r>
      <w:r>
        <w:t>unhein karne dijiye.</w:t>
      </w:r>
    </w:p>
    <w:p>
      <w:pPr>
        <w:jc w:val="right"/>
      </w:pPr>
      <w:r>
        <w:t>उन्हें करने दीजिए।</w:t>
      </w:r>
    </w:p>
    <w:p>
      <w:r>
        <w:rPr>
          <w:b/>
        </w:rPr>
        <w:t xml:space="preserve">[17:55] </w:t>
      </w:r>
      <w:r>
        <w:t>ab isi mein ladai ho gayi.</w:t>
      </w:r>
    </w:p>
    <w:p>
      <w:pPr>
        <w:jc w:val="right"/>
      </w:pPr>
      <w:r>
        <w:t>अब इसी में लड़ाई हो गई।</w:t>
      </w:r>
    </w:p>
    <w:p>
      <w:r>
        <w:rPr>
          <w:b/>
        </w:rPr>
        <w:t xml:space="preserve">[17:59] </w:t>
      </w:r>
      <w:r>
        <w:t>to khud to hum chahte hain ke hamein azadi ho, aur doosre log chahte hain ke usko azadi</w:t>
      </w:r>
    </w:p>
    <w:p>
      <w:pPr>
        <w:jc w:val="right"/>
      </w:pPr>
      <w:r>
        <w:t>तो खुद तो हम चाहते हैं कि हमें आजादी हो, और दूसरे लोग चाहते हैं कि उसको आजादी</w:t>
      </w:r>
    </w:p>
    <w:p>
      <w:r>
        <w:rPr>
          <w:b/>
        </w:rPr>
        <w:t xml:space="preserve">[18:03] </w:t>
      </w:r>
      <w:r>
        <w:t>na mile. aisa chalne wala hai hi nahin.</w:t>
      </w:r>
    </w:p>
    <w:p>
      <w:pPr>
        <w:jc w:val="right"/>
      </w:pPr>
      <w:r>
        <w:t>ना मिले। ऐसा चलने वाला है ही नहीं।</w:t>
      </w:r>
    </w:p>
    <w:p>
      <w:r>
        <w:rPr>
          <w:b/>
        </w:rPr>
        <w:t xml:space="preserve">[18:07] </w:t>
      </w:r>
      <w:r>
        <w:t>jitne bhi jhagde hain, uske peeche kya hai</w:t>
      </w:r>
    </w:p>
    <w:p>
      <w:pPr>
        <w:jc w:val="right"/>
      </w:pPr>
      <w:r>
        <w:t>जितने भी झगड़े हैं, उसके पीछे क्या है</w:t>
      </w:r>
    </w:p>
    <w:p>
      <w:r>
        <w:rPr>
          <w:b/>
        </w:rPr>
        <w:t xml:space="preserve">[18:09] </w:t>
      </w:r>
      <w:r>
        <w:t>? sahansheelta nahi, avoidance nahi hai. log chahte hain ke bas main jo chahoon, woh ho. phir tum jo chaho, woh toh doosra bhi toh kuch chahta hai, doosra bhi toh kuch chahta hai. adjust karna padega humein,</w:t>
      </w:r>
    </w:p>
    <w:p>
      <w:pPr>
        <w:jc w:val="right"/>
      </w:pPr>
      <w:r>
        <w:t>? सहनशीलता नहीं, अवॉइडेंस नहीं है। लोग चाहते हैं कि बस मैं जो चाहूं, वो हो। फिर तुम जो चाहो, वो तो दूसरा भी तो कुछ चाहता है, दूसरा भी तो कुछ चाहता है। एडजस्ट करना पड़ेगा हमें,</w:t>
      </w:r>
    </w:p>
    <w:p>
      <w:r>
        <w:rPr>
          <w:b/>
        </w:rPr>
        <w:t xml:space="preserve">[18:29] </w:t>
      </w:r>
      <w:r>
        <w:t>adjust karna padega. toh baharhal, mera manna yahi hai ke bagair sabr ke aur sahansheelta ke kabhi bhi shanti nahi aa sakti hai, na ghar mein, na samaj mein,</w:t>
      </w:r>
    </w:p>
    <w:p>
      <w:pPr>
        <w:jc w:val="right"/>
      </w:pPr>
      <w:r>
        <w:t>एडजस्ट करना पड़ेगा। तो बहरहाल, मेरा मानना यही है कि बगैर सब्र के और सहनशीलता के कभी भी शांति नहीं आ सकती है, ना घर में, ना समाज में,</w:t>
      </w:r>
    </w:p>
    <w:p>
      <w:r>
        <w:rPr>
          <w:b/>
        </w:rPr>
        <w:t xml:space="preserve">[18:45] </w:t>
      </w:r>
      <w:r>
        <w:t>aur na kahin. hum agar yeh chahe ke hum toh jo chahe karein, doosra jo chahe, woh na kare, toh aisa kabhi hone wala nahi hai. doosra bhi karega, toh aap usko ignore kijiye, usko avoid kijiye. mera formula toh yahi hai.</w:t>
      </w:r>
    </w:p>
    <w:p>
      <w:pPr>
        <w:jc w:val="right"/>
      </w:pPr>
      <w:r>
        <w:t>और ना कहीं। हम अगर यह चाहे कि हम तो जो चाहे करें, दूसरा जो चाहे, वह ना करे, तो ऐसा कभी होने वाला नहीं है। दूसरा भी करेगा, तो आप उसको इग्नोर कीजिए, उसको अवॉइड कीजिए। मेरा फार्मूला तो यही है।</w:t>
      </w:r>
    </w:p>
    <w:p>
      <w:r>
        <w:rPr>
          <w:b/>
        </w:rPr>
        <w:t xml:space="preserve">[19:06] </w:t>
      </w:r>
      <w:r>
        <w:t>mulana, unka yeh bhi question tha ke kya dawat dene se pehle apni zindagi mein sudhar lana avashyak nahi hai?</w:t>
      </w:r>
    </w:p>
    <w:p>
      <w:pPr>
        <w:jc w:val="right"/>
      </w:pPr>
      <w:r>
        <w:t>मुलाना, उनका यह भी क्वेश्चन था कि क्या दावत देने से पहले अपनी जिंदगी में सुधार लाना आवश्यक नहीं है?</w:t>
      </w:r>
    </w:p>
    <w:p>
      <w:r>
        <w:rPr>
          <w:b/>
        </w:rPr>
        <w:t xml:space="preserve">[19:15] </w:t>
      </w:r>
      <w:r>
        <w:t>dekhiye, sudhar lana to avashyak hai, lekin usko dawat se nahin jod sakte hum.</w:t>
      </w:r>
    </w:p>
    <w:p>
      <w:pPr>
        <w:jc w:val="right"/>
      </w:pPr>
      <w:r>
        <w:t>देखिए, सुधार लाना तो आवश्यक है, लेकिन उसको दावत से नहीं जोड़ सकते हम।</w:t>
      </w:r>
    </w:p>
    <w:p>
      <w:r>
        <w:rPr>
          <w:b/>
        </w:rPr>
        <w:t xml:space="preserve">[19:21] </w:t>
      </w:r>
      <w:r>
        <w:t>hum yeh nahin kahenge ke pehle pehle yeh, uske baad woh.</w:t>
      </w:r>
    </w:p>
    <w:p>
      <w:pPr>
        <w:jc w:val="right"/>
      </w:pPr>
      <w:r>
        <w:t>हम यह नहीं कहेंगे कि पहले पहले यह, उसके बाद वो।</w:t>
      </w:r>
    </w:p>
    <w:p>
      <w:r>
        <w:rPr>
          <w:b/>
        </w:rPr>
        <w:t xml:space="preserve">[19:25] </w:t>
      </w:r>
      <w:r>
        <w:t>pehle sudhar la lo, tab dawat do.</w:t>
      </w:r>
    </w:p>
    <w:p>
      <w:pPr>
        <w:jc w:val="right"/>
      </w:pPr>
      <w:r>
        <w:t>पहले सुधार ला लो, तब दावत दो।</w:t>
      </w:r>
    </w:p>
    <w:p>
      <w:r>
        <w:rPr>
          <w:b/>
        </w:rPr>
        <w:t xml:space="preserve">[19:28] </w:t>
      </w:r>
      <w:r>
        <w:t>hum yeh kahenge ke sudhar lana tumhare upar lana hi lana hai.</w:t>
      </w:r>
    </w:p>
    <w:p>
      <w:pPr>
        <w:jc w:val="right"/>
      </w:pPr>
      <w:r>
        <w:t>हम यह कहेंगे कि सुधार लाना तुम्हारे ऊपर लाना ही लाना है।</w:t>
      </w:r>
    </w:p>
    <w:p>
      <w:r>
        <w:rPr>
          <w:b/>
        </w:rPr>
        <w:t xml:space="preserve">[19:34] </w:t>
      </w:r>
      <w:r>
        <w:t>sudhar uske baad nahin karoge, to</w:t>
      </w:r>
    </w:p>
    <w:p>
      <w:pPr>
        <w:jc w:val="right"/>
      </w:pPr>
      <w:r>
        <w:t>सुधार उसके बाद नहीं करोगे, तो</w:t>
      </w:r>
    </w:p>
    <w:p>
      <w:r>
        <w:rPr>
          <w:b/>
        </w:rPr>
        <w:t xml:space="preserve">[19:37] </w:t>
      </w:r>
      <w:r>
        <w:t>tumhari koi value nahin hai.</w:t>
      </w:r>
    </w:p>
    <w:p>
      <w:pPr>
        <w:jc w:val="right"/>
      </w:pPr>
      <w:r>
        <w:t>तुम्हारी कोई वैल्यू नहीं है।</w:t>
      </w:r>
    </w:p>
    <w:p>
      <w:r>
        <w:rPr>
          <w:b/>
        </w:rPr>
        <w:t xml:space="preserve">[19:39] </w:t>
      </w:r>
      <w:r>
        <w:t>lekin hum yeh nahin keh sakte ke sudhar la chuke.</w:t>
      </w:r>
    </w:p>
    <w:p>
      <w:pPr>
        <w:jc w:val="right"/>
      </w:pPr>
      <w:r>
        <w:t>लेकिन हम यह नहीं कह सकते कि सुधार ला चुको।</w:t>
      </w:r>
    </w:p>
    <w:p>
      <w:r>
        <w:rPr>
          <w:b/>
        </w:rPr>
        <w:t xml:space="preserve">[19:41] </w:t>
      </w:r>
      <w:r>
        <w:t>pehle kuch log aisa bolte hain ke pehle apne andar sudhar lao, phir davati kaam hoga.</w:t>
      </w:r>
    </w:p>
    <w:p>
      <w:pPr>
        <w:jc w:val="right"/>
      </w:pPr>
      <w:r>
        <w:t>पहले कुछ लोग ऐसा बोलते हैं कि पहले अपने अंदर सुधार लाओ, फिर दावती काम होगा।</w:t>
      </w:r>
    </w:p>
    <w:p>
      <w:r>
        <w:rPr>
          <w:b/>
        </w:rPr>
        <w:t xml:space="preserve">[19:51] </w:t>
      </w:r>
      <w:r>
        <w:t>main is aage peeche ko nahin manta.</w:t>
      </w:r>
    </w:p>
    <w:p>
      <w:pPr>
        <w:jc w:val="right"/>
      </w:pPr>
      <w:r>
        <w:t>मैं इस आगे पीछे को नहीं मानता।</w:t>
      </w:r>
    </w:p>
    <w:p>
      <w:r>
        <w:rPr>
          <w:b/>
        </w:rPr>
        <w:t xml:space="preserve">[19:54] </w:t>
      </w:r>
      <w:r>
        <w:t>saath-saath dono hi zaroori hain.</w:t>
      </w:r>
    </w:p>
    <w:p>
      <w:pPr>
        <w:jc w:val="right"/>
      </w:pPr>
      <w:r>
        <w:t>साथ-साथ दोनों ही जरूरी हैं।</w:t>
      </w:r>
    </w:p>
    <w:p>
      <w:r>
        <w:rPr>
          <w:b/>
        </w:rPr>
        <w:t xml:space="preserve">[19:56] </w:t>
      </w:r>
      <w:r>
        <w:t>woh bhi karna hai, woh bhi karna hai.</w:t>
      </w:r>
    </w:p>
    <w:p>
      <w:pPr>
        <w:jc w:val="right"/>
      </w:pPr>
      <w:r>
        <w:t>वह भी करना है, वह भी करना है।</w:t>
      </w:r>
    </w:p>
    <w:p>
      <w:r>
        <w:rPr>
          <w:b/>
        </w:rPr>
        <w:t xml:space="preserve">[20:01] </w:t>
      </w:r>
      <w:r>
        <w:t>toh pehle yeh, uske baad woh ki theory hai, main usko nahi manta. main yeh manta hoon ke jis tarah pani peena hai, use khana khana hai. aap pehle khana kha lo, phir pani piyo, ya pehle pani piyo, phir khana khao. yeh toh koi baat nahi hui. yeh bhi karna hai, woh bhi karna hai.</w:t>
      </w:r>
    </w:p>
    <w:p>
      <w:pPr>
        <w:jc w:val="right"/>
      </w:pPr>
      <w:r>
        <w:t>तो पहले यह, उसके बाद वो की थ्योरी है, मैं उसको नहीं मानता। मैं यह मानता हूं कि जिस तरह पानी पीना है, उसे खाना खाना है। आप पहले खाना खा लो, फिर पानी पियो, या पहले पानी पियो, फिर खाना खाओ। यह तो कोई बात नहीं हुई। यह भी करना है, वह भी करना है।</w:t>
      </w:r>
    </w:p>
    <w:p>
      <w:r>
        <w:rPr>
          <w:b/>
        </w:rPr>
        <w:t xml:space="preserve">[20:21] </w:t>
      </w:r>
      <w:r>
        <w:t>aisa mera manna hai.</w:t>
      </w:r>
    </w:p>
    <w:p>
      <w:pPr>
        <w:jc w:val="right"/>
      </w:pPr>
      <w:r>
        <w:t>ऐसा मेरा मानना है।</w:t>
      </w:r>
    </w:p>
    <w:p>
      <w:r>
        <w:rPr>
          <w:b/>
        </w:rPr>
        <w:t xml:space="preserve">[20:25] </w:t>
      </w:r>
      <w:r>
        <w:t>this question is from hamid hussain: "mulana, i visited western part of odisha and found that the muslim community is divided into two sects, sunni and wahabi. there is so much of hettry between them. what are their philosophy and where do they go wrong?</w:t>
      </w:r>
    </w:p>
    <w:p>
      <w:pPr>
        <w:jc w:val="right"/>
      </w:pPr>
      <w:r>
        <w:t>दिस क्वेश्चन इज फ्रॉम हामिद हुसैन: "मुलाना, आई विजिटेड वेस्टर्न पार्ट ऑफ उड़ीसा एंड फाउंड दैट द मुस्लिम कम्युनिटी इज डिवाइडेड इनटू टू सेक्ट्स, सुन्नी एंड वहाबी। देयर इज सो मच ऑफ हेट्री बिटवीन देम। व्हाट आर देयर फिलॉसफी एंड वेयर डू दे गो रंग?</w:t>
      </w:r>
    </w:p>
    <w:p>
      <w:r>
        <w:rPr>
          <w:b/>
        </w:rPr>
        <w:t xml:space="preserve">[20:47] </w:t>
      </w:r>
      <w:r>
        <w:t>how should one tackle such people?"</w:t>
      </w:r>
    </w:p>
    <w:p>
      <w:pPr>
        <w:jc w:val="right"/>
      </w:pPr>
      <w:r>
        <w:t>हाउ शुड वन टैकल सच पीपल?"</w:t>
      </w:r>
    </w:p>
    <w:p>
      <w:r>
        <w:rPr>
          <w:b/>
        </w:rPr>
        <w:t xml:space="preserve">[20:53] </w:t>
      </w:r>
      <w:r>
        <w:t>jahan tak main janta hoon, yeh sunni wahabi</w:t>
      </w:r>
    </w:p>
    <w:p>
      <w:pPr>
        <w:jc w:val="right"/>
      </w:pPr>
      <w:r>
        <w:t>जहां तक मैं जानता हूं, यह सुन्नी वहाबी</w:t>
      </w:r>
    </w:p>
    <w:p>
      <w:r>
        <w:rPr>
          <w:b/>
        </w:rPr>
        <w:t xml:space="preserve">[20:56] </w:t>
      </w:r>
      <w:r>
        <w:t>to popular naam uska hai, lekin sahi maane mein woh hanfi aur salfi.</w:t>
      </w:r>
    </w:p>
    <w:p>
      <w:pPr>
        <w:jc w:val="right"/>
      </w:pPr>
      <w:r>
        <w:t>तो पॉपुलर नाम उसका है, लेकिन सही माने में वह हनफी और सलफी।</w:t>
      </w:r>
    </w:p>
    <w:p>
      <w:r>
        <w:rPr>
          <w:b/>
        </w:rPr>
        <w:t xml:space="preserve">[21:01] </w:t>
      </w:r>
      <w:r>
        <w:t>jahan tak main janta hoon,</w:t>
      </w:r>
    </w:p>
    <w:p>
      <w:pPr>
        <w:jc w:val="right"/>
      </w:pPr>
      <w:r>
        <w:t>जहां तक मैं जानता हूं,</w:t>
      </w:r>
    </w:p>
    <w:p>
      <w:r>
        <w:rPr>
          <w:b/>
        </w:rPr>
        <w:t xml:space="preserve">[21:03] </w:t>
      </w:r>
      <w:r>
        <w:t>hanfi aur salfi ka yeh division hai.</w:t>
      </w:r>
    </w:p>
    <w:p>
      <w:pPr>
        <w:jc w:val="right"/>
      </w:pPr>
      <w:r>
        <w:t>हनफी और सलफी का यह डिवीजन है।</w:t>
      </w:r>
    </w:p>
    <w:p>
      <w:r>
        <w:rPr>
          <w:b/>
        </w:rPr>
        <w:t xml:space="preserve">[21:07] </w:t>
      </w:r>
      <w:r>
        <w:t>yeh sunni aur wahabi ka, yaani popular name uska ho sakta hai.</w:t>
      </w:r>
    </w:p>
    <w:p>
      <w:pPr>
        <w:jc w:val="right"/>
      </w:pPr>
      <w:r>
        <w:t>यह सुन्नी और वहाबी का, यानी पॉपुलर नेम उसका हो सकता है।</w:t>
      </w:r>
    </w:p>
    <w:p>
      <w:r>
        <w:rPr>
          <w:b/>
        </w:rPr>
        <w:t xml:space="preserve">[21:12] </w:t>
      </w:r>
      <w:r>
        <w:t>asal jo hai, woh hai sunni aur salfi.</w:t>
      </w:r>
    </w:p>
    <w:p>
      <w:pPr>
        <w:jc w:val="right"/>
      </w:pPr>
      <w:r>
        <w:t>असल जो है, वह है सुन्नी और सलफी।</w:t>
      </w:r>
    </w:p>
    <w:p>
      <w:r>
        <w:rPr>
          <w:b/>
        </w:rPr>
        <w:t xml:space="preserve">[21:14] </w:t>
      </w:r>
      <w:r>
        <w:t>woh hanfi aur salfi.</w:t>
      </w:r>
    </w:p>
    <w:p>
      <w:pPr>
        <w:jc w:val="right"/>
      </w:pPr>
      <w:r>
        <w:t>वह हनफी और सलफी।</w:t>
      </w:r>
    </w:p>
    <w:p>
      <w:r>
        <w:rPr>
          <w:b/>
        </w:rPr>
        <w:t xml:space="preserve">[21:17] </w:t>
      </w:r>
      <w:r>
        <w:t>تو آپ اگر ان سے ملے، ان سے پوچھے کہ بھائی، کیا آپ کو آپ کے differences کیا ہیں،</w:t>
      </w:r>
    </w:p>
    <w:p>
      <w:pPr>
        <w:jc w:val="right"/>
      </w:pPr>
      <w:r>
        <w:t>तो आप अगर उनसे मिले, उनसे पूछे कि भाई, क्या आपको आपके डिफरेंसेस क्या हैं,</w:t>
      </w:r>
    </w:p>
    <w:p>
      <w:r>
        <w:rPr>
          <w:b/>
        </w:rPr>
        <w:t xml:space="preserve">[21:24] </w:t>
      </w:r>
      <w:r>
        <w:t>toh bilkul trivial cheezein milegi. trivial cheezein. yaani koi bhi aisi baat nahi hogi jiski koi koi basics par nahi hai, non basics par hai. sara jhagda, sara jhagda. toh main yeh kahunga ke aap yeh dekhiye ke is maamle mein rasoolullah ka model kya hai, sahaba ka model kya hai. woh model yeh hai ke basics jo hain,</w:t>
      </w:r>
    </w:p>
    <w:p>
      <w:pPr>
        <w:jc w:val="right"/>
      </w:pPr>
      <w:r>
        <w:t>तो बिल्कुल ट्रीवियल चीजें मिलेंगी। ट्रीवियल चीजें। यानी कोई भी ऐसी बात नहीं होगी जिसकी कोई कोई बेसिक्स पर नहीं है, नॉन बेसिक्स पर है। सारा झगड़ा, सारा झगड़ा। तो मैं यह कहूंगा कि आप यह देखिए कि इस मामले में रसूलल्लाह का मॉडल क्या है, صحابہ का मॉडल क्या है। वो मॉडल यह है कि बेसिक्स जो हैं,</w:t>
      </w:r>
    </w:p>
    <w:p>
      <w:r>
        <w:rPr>
          <w:b/>
        </w:rPr>
        <w:t xml:space="preserve">[21:50] </w:t>
      </w:r>
      <w:r>
        <w:t>us par toh aap yeh chahenge ke stick karna. us par non basics mein kya hai?</w:t>
      </w:r>
    </w:p>
    <w:p>
      <w:pPr>
        <w:jc w:val="right"/>
      </w:pPr>
      <w:r>
        <w:t>उसमें तो आप यह चाहेंगे कि स्टिक करना। उस पर नॉन बेसिक्स में क्या है?</w:t>
      </w:r>
    </w:p>
    <w:p>
      <w:r>
        <w:rPr>
          <w:b/>
        </w:rPr>
        <w:t xml:space="preserve">[21:59] </w:t>
      </w:r>
      <w:r>
        <w:t>tolerance, yaani kai ko maan lena.</w:t>
      </w:r>
    </w:p>
    <w:p>
      <w:pPr>
        <w:jc w:val="right"/>
      </w:pPr>
      <w:r>
        <w:t>टॉलरेंस, यानी कई को मान लेना।</w:t>
      </w:r>
    </w:p>
    <w:p>
      <w:r>
        <w:rPr>
          <w:b/>
        </w:rPr>
        <w:t xml:space="preserve">[22:03] </w:t>
      </w:r>
      <w:r>
        <w:t>non basics mein diversity hoti hai, basics mein diversity nahin hoti.</w:t>
      </w:r>
    </w:p>
    <w:p>
      <w:pPr>
        <w:jc w:val="right"/>
      </w:pPr>
      <w:r>
        <w:t>नॉन बेसिक्स में डाइवर्सिटी होती है, बेसिक्स में डाइवर्सिटी नहीं होती।</w:t>
      </w:r>
    </w:p>
    <w:p>
      <w:r>
        <w:rPr>
          <w:b/>
        </w:rPr>
        <w:t xml:space="preserve">[22:08] </w:t>
      </w:r>
      <w:r>
        <w:t>Yeh log is farq ko nahin jaante, is difference ko nahin jaante.</w:t>
      </w:r>
    </w:p>
    <w:p>
      <w:pPr>
        <w:jc w:val="right"/>
      </w:pPr>
      <w:r>
        <w:t>यह लोग इस फर्क को नहीं जानते, इस डिफरेंस को नहीं जानते।</w:t>
      </w:r>
    </w:p>
    <w:p>
      <w:r>
        <w:rPr>
          <w:b/>
        </w:rPr>
        <w:t xml:space="preserve">[22:13] </w:t>
      </w:r>
      <w:r>
        <w:t>جس طرح سے basics میں انہیں stick کرنا چاہیے، اسی طرح سے non-basic stick کرنے لگتے ہیں۔</w:t>
      </w:r>
    </w:p>
    <w:p>
      <w:pPr>
        <w:jc w:val="right"/>
      </w:pPr>
      <w:r>
        <w:t>जिस तरह से बेसिक्स में उन्हें स्टिक करना चाहिए, उसी तरह से नॉन बेसिक स्टिक करने लगते हैं।</w:t>
      </w:r>
    </w:p>
    <w:p>
      <w:r>
        <w:rPr>
          <w:b/>
        </w:rPr>
        <w:t xml:space="preserve">[22:19] </w:t>
      </w:r>
      <w:r>
        <w:t>is tarah jhagde paida hote hain</w:t>
      </w:r>
    </w:p>
    <w:p>
      <w:pPr>
        <w:jc w:val="right"/>
      </w:pPr>
      <w:r>
        <w:t>इस तरह झगड़े पैदा होते हैं</w:t>
      </w:r>
    </w:p>
    <w:p>
      <w:r>
        <w:rPr>
          <w:b/>
        </w:rPr>
        <w:t xml:space="preserve">[22:22] </w:t>
      </w:r>
      <w:r>
        <w:t>aur khamkha ki bilkul hi besir pair ki baatein hoti hain.</w:t>
      </w:r>
    </w:p>
    <w:p>
      <w:pPr>
        <w:jc w:val="right"/>
      </w:pPr>
      <w:r>
        <w:t>और खामखा की बिल्कुल ही बेसिर पैर की बातें होती हैं।</w:t>
      </w:r>
    </w:p>
    <w:p>
      <w:r>
        <w:rPr>
          <w:b/>
        </w:rPr>
        <w:t xml:space="preserve">[22:26] </w:t>
      </w:r>
      <w:r>
        <w:t>wahan to yeh ho ke yeh bhi theek hai, woh bhi theek hai.</w:t>
      </w:r>
    </w:p>
    <w:p>
      <w:pPr>
        <w:jc w:val="right"/>
      </w:pPr>
      <w:r>
        <w:t>वहां तो यह हो कि यह भीठीक है, वह भीठीक है।</w:t>
      </w:r>
    </w:p>
    <w:p>
      <w:r>
        <w:rPr>
          <w:b/>
        </w:rPr>
        <w:t xml:space="preserve">[22:29] </w:t>
      </w:r>
      <w:r>
        <w:t>jaise main aapko example deta hoon</w:t>
      </w:r>
    </w:p>
    <w:p>
      <w:pPr>
        <w:jc w:val="right"/>
      </w:pPr>
      <w:r>
        <w:t>जैसे मैं आपको एग्जांपल देता हूं</w:t>
      </w:r>
    </w:p>
    <w:p>
      <w:r>
        <w:rPr>
          <w:b/>
        </w:rPr>
        <w:t xml:space="preserve">[22:32] </w:t>
      </w:r>
      <w:r>
        <w:t>ke namaz mein</w:t>
      </w:r>
    </w:p>
    <w:p>
      <w:pPr>
        <w:jc w:val="right"/>
      </w:pPr>
      <w:r>
        <w:t>कि नमाज में</w:t>
      </w:r>
    </w:p>
    <w:p>
      <w:r>
        <w:rPr>
          <w:b/>
        </w:rPr>
        <w:t xml:space="preserve">[22:36] </w:t>
      </w:r>
      <w:r>
        <w:t>jab niyat bandhte hain, to haath uthate hain.</w:t>
      </w:r>
    </w:p>
    <w:p>
      <w:pPr>
        <w:jc w:val="right"/>
      </w:pPr>
      <w:r>
        <w:t>जब नियत बांधते हैं, तो हाथ उठाते हैं।</w:t>
      </w:r>
    </w:p>
    <w:p>
      <w:r>
        <w:rPr>
          <w:b/>
        </w:rPr>
        <w:t xml:space="preserve">[22:40] </w:t>
      </w:r>
      <w:r>
        <w:t>اب کوئی کہا کہ یہاں تک ہاتھ اٹھنا چاہیے، یعنی کان تک اٹھنا چاہیے ہے۔</w:t>
      </w:r>
    </w:p>
    <w:p>
      <w:pPr>
        <w:jc w:val="right"/>
      </w:pPr>
      <w:r>
        <w:t>अब कोई कहा कि यहां तक हाथ उठना चाहिए, यानी कान तक उठना चाहिए।</w:t>
      </w:r>
    </w:p>
    <w:p>
      <w:r>
        <w:rPr>
          <w:b/>
        </w:rPr>
        <w:t xml:space="preserve">[22:43] </w:t>
      </w:r>
      <w:r>
        <w:t>koi kaha ke yahan</w:t>
      </w:r>
    </w:p>
    <w:p>
      <w:pPr>
        <w:jc w:val="right"/>
      </w:pPr>
      <w:r>
        <w:t>कोई कहा कि यहां</w:t>
      </w:r>
    </w:p>
    <w:p>
      <w:r>
        <w:rPr>
          <w:b/>
        </w:rPr>
        <w:t xml:space="preserve">[22:44] </w:t>
      </w:r>
      <w:r>
        <w:t>tak uthna chahiye.</w:t>
      </w:r>
    </w:p>
    <w:p>
      <w:pPr>
        <w:jc w:val="right"/>
      </w:pPr>
      <w:r>
        <w:t>तक उठना चाहिए।</w:t>
      </w:r>
    </w:p>
    <w:p>
      <w:r>
        <w:rPr>
          <w:b/>
        </w:rPr>
        <w:t xml:space="preserve">[22:46] </w:t>
      </w:r>
      <w:r>
        <w:t>koi kaha yahan bandhna chahiye.</w:t>
      </w:r>
    </w:p>
    <w:p>
      <w:pPr>
        <w:jc w:val="right"/>
      </w:pPr>
      <w:r>
        <w:t>कोई कहा यहां बांधना चाहिए।</w:t>
      </w:r>
    </w:p>
    <w:p>
      <w:r>
        <w:rPr>
          <w:b/>
        </w:rPr>
        <w:t xml:space="preserve">[22:47] </w:t>
      </w:r>
      <w:r>
        <w:t>koi kaha yahan bandhna chahiye.</w:t>
      </w:r>
    </w:p>
    <w:p>
      <w:pPr>
        <w:jc w:val="right"/>
      </w:pPr>
      <w:r>
        <w:t>कोई कहा यहां बांधना चाहिए।</w:t>
      </w:r>
    </w:p>
    <w:p>
      <w:r>
        <w:rPr>
          <w:b/>
        </w:rPr>
        <w:t xml:space="preserve">[22:49] </w:t>
      </w:r>
      <w:r>
        <w:t>जब खड़े होते हैं, तो कोई कहा khoob paon phailana chahiye.</w:t>
      </w:r>
    </w:p>
    <w:p>
      <w:pPr>
        <w:jc w:val="right"/>
      </w:pPr>
      <w:r>
        <w:t>जब खड़े होते हैं, तो कोई कहा खूब पांव फैलाना चाहिए।</w:t>
      </w:r>
    </w:p>
    <w:p>
      <w:r>
        <w:rPr>
          <w:b/>
        </w:rPr>
        <w:t xml:space="preserve">[22:51] </w:t>
      </w:r>
      <w:r>
        <w:t>koi kaha aise phailna chahiye.</w:t>
      </w:r>
    </w:p>
    <w:p>
      <w:pPr>
        <w:jc w:val="right"/>
      </w:pPr>
      <w:r>
        <w:t>कोई कहा ऐसे फैलना चाहिए।</w:t>
      </w:r>
    </w:p>
    <w:p>
      <w:r>
        <w:rPr>
          <w:b/>
        </w:rPr>
        <w:t xml:space="preserve">[22:55] </w:t>
      </w:r>
      <w:r>
        <w:t>salam karte hain, koi kaha ek baar salam kar do, bas dai taraf, bai taraf nahi hai.</w:t>
      </w:r>
    </w:p>
    <w:p>
      <w:pPr>
        <w:jc w:val="right"/>
      </w:pPr>
      <w:r>
        <w:t>सलाम करते हैं, कोई कहा एक बार सलाम कर दो, बस दाई तरफ, बाई तरफ नहीं है।</w:t>
      </w:r>
    </w:p>
    <w:p>
      <w:r>
        <w:rPr>
          <w:b/>
        </w:rPr>
        <w:t xml:space="preserve">[23:01] </w:t>
      </w:r>
      <w:r>
        <w:t>यानी इसी किस्म के बिल्कुल ही non-basics question par log jhagadte hain.</w:t>
      </w:r>
    </w:p>
    <w:p>
      <w:pPr>
        <w:jc w:val="right"/>
      </w:pPr>
      <w:r>
        <w:t>यानी इसी किस्म के बिल्कुल ही नॉन बेसिक्स क्वेश्चन पर लोग झगड़ते हैं।</w:t>
      </w:r>
    </w:p>
    <w:p>
      <w:r>
        <w:rPr>
          <w:b/>
        </w:rPr>
        <w:t xml:space="preserve">[23:06] </w:t>
      </w:r>
      <w:r>
        <w:t>Kabhi bhi aap jakar poochh lijiye, koi nahin bataega aapko ki falan basic question hai, is par hamara</w:t>
      </w:r>
    </w:p>
    <w:p>
      <w:pPr>
        <w:jc w:val="right"/>
      </w:pPr>
      <w:r>
        <w:t>कभी भी आप जाकर पूछ लीजिए, कोई नहीं बताएगा आपको कि फलां बेसिक क्वेश्चन है, इस पर हमारा</w:t>
      </w:r>
    </w:p>
    <w:p>
      <w:r>
        <w:rPr>
          <w:b/>
        </w:rPr>
        <w:t xml:space="preserve">[23:12] </w:t>
      </w:r>
      <w:r>
        <w:t>jhagda hai. jitne jhagde non basics par hain,</w:t>
      </w:r>
    </w:p>
    <w:p>
      <w:pPr>
        <w:jc w:val="right"/>
      </w:pPr>
      <w:r>
        <w:t>झगड़ा है। जितने झगड़े नॉन बेसिक्स पर हैं,</w:t>
      </w:r>
    </w:p>
    <w:p>
      <w:r>
        <w:rPr>
          <w:b/>
        </w:rPr>
        <w:t xml:space="preserve">[23:16] </w:t>
      </w:r>
      <w:r>
        <w:t>to hadith mein aata hai ke</w:t>
      </w:r>
    </w:p>
    <w:p>
      <w:pPr>
        <w:jc w:val="right"/>
      </w:pPr>
      <w:r>
        <w:t>तो हदीस में आता है कि</w:t>
      </w:r>
    </w:p>
    <w:p>
      <w:r>
        <w:rPr>
          <w:b/>
        </w:rPr>
        <w:t xml:space="preserve">[23:19] </w:t>
      </w:r>
      <w:r>
        <w:t>bay itam itam.</w:t>
      </w:r>
    </w:p>
    <w:p>
      <w:pPr>
        <w:jc w:val="right"/>
      </w:pPr>
      <w:r>
        <w:t>बय इतम इतम।</w:t>
      </w:r>
    </w:p>
    <w:p>
      <w:r>
        <w:rPr>
          <w:b/>
        </w:rPr>
        <w:t xml:space="preserve">[23:22] </w:t>
      </w:r>
      <w:r>
        <w:t>yaani yeh bhi theek, woh bhi theek.</w:t>
      </w:r>
    </w:p>
    <w:p>
      <w:pPr>
        <w:jc w:val="right"/>
      </w:pPr>
      <w:r>
        <w:t>यानी यह भीठीक, वह भीठीक।</w:t>
      </w:r>
    </w:p>
    <w:p>
      <w:r>
        <w:rPr>
          <w:b/>
        </w:rPr>
        <w:t xml:space="preserve">[23:26] </w:t>
      </w:r>
      <w:r>
        <w:t>non-basics बारे में जो फार्मूला दिया गया है, वह है बय इतम इतम।</w:t>
      </w:r>
    </w:p>
    <w:p>
      <w:pPr>
        <w:jc w:val="right"/>
      </w:pPr>
      <w:r>
        <w:t>नॉन बेसिक्स बारे में जो फार्मूला दिया गया है, वह है बय इतम इतम।</w:t>
      </w:r>
    </w:p>
    <w:p>
      <w:r>
        <w:rPr>
          <w:b/>
        </w:rPr>
        <w:t xml:space="preserve">[23:31] </w:t>
      </w:r>
      <w:r>
        <w:t>yeh bhi theek, woh bhi theek.</w:t>
      </w:r>
    </w:p>
    <w:p>
      <w:pPr>
        <w:jc w:val="right"/>
      </w:pPr>
      <w:r>
        <w:t>यह भीठीक, वह भीठीक।</w:t>
      </w:r>
    </w:p>
    <w:p>
      <w:r>
        <w:rPr>
          <w:b/>
        </w:rPr>
        <w:t xml:space="preserve">[23:34] </w:t>
      </w:r>
      <w:r>
        <w:t>basics mein aap theek be thi kijiye.</w:t>
      </w:r>
    </w:p>
    <w:p>
      <w:pPr>
        <w:jc w:val="right"/>
      </w:pPr>
      <w:r>
        <w:t>बेसिक्स में आपठीक बेठी कीजिए।</w:t>
      </w:r>
    </w:p>
    <w:p>
      <w:r>
        <w:rPr>
          <w:b/>
        </w:rPr>
        <w:t xml:space="preserve">[23:37] </w:t>
      </w:r>
      <w:r>
        <w:t>bas khuda ek hai ke do hai.</w:t>
      </w:r>
    </w:p>
    <w:p>
      <w:pPr>
        <w:jc w:val="right"/>
      </w:pPr>
      <w:r>
        <w:t>बस खुदा एक है कि दो है।</w:t>
      </w:r>
    </w:p>
    <w:p>
      <w:r>
        <w:rPr>
          <w:b/>
        </w:rPr>
        <w:t xml:space="preserve">[23:39] </w:t>
      </w:r>
      <w:r>
        <w:t>yahan aap bahas kijiye.</w:t>
      </w:r>
    </w:p>
    <w:p>
      <w:pPr>
        <w:jc w:val="right"/>
      </w:pPr>
      <w:r>
        <w:t>यहां आप बहस कीजिए।</w:t>
      </w:r>
    </w:p>
    <w:p>
      <w:r>
        <w:rPr>
          <w:b/>
        </w:rPr>
        <w:t xml:space="preserve">[23:43] </w:t>
      </w:r>
      <w:r>
        <w:t>non basics mein koi bahas hi nahi karna hai.</w:t>
      </w:r>
    </w:p>
    <w:p>
      <w:pPr>
        <w:jc w:val="right"/>
      </w:pPr>
      <w:r>
        <w:t>नॉन बेसिक्स में कोई बहस ही नहीं करना है।</w:t>
      </w:r>
    </w:p>
    <w:p>
      <w:r>
        <w:rPr>
          <w:b/>
        </w:rPr>
        <w:t xml:space="preserve">[23:45] </w:t>
      </w:r>
      <w:r>
        <w:t>wahan to yahi hai ke yeh bhi theek, woh bhi theek.</w:t>
      </w:r>
    </w:p>
    <w:p>
      <w:pPr>
        <w:jc w:val="right"/>
      </w:pPr>
      <w:r>
        <w:t>वहां तो यही है कि यह भीठीक, वह भीठीक।</w:t>
      </w:r>
    </w:p>
    <w:p>
      <w:r>
        <w:rPr>
          <w:b/>
        </w:rPr>
        <w:t xml:space="preserve">[23:50] </w:t>
      </w:r>
      <w:r>
        <w:t>yeh log jo hain,</w:t>
      </w:r>
    </w:p>
    <w:p>
      <w:pPr>
        <w:jc w:val="right"/>
      </w:pPr>
      <w:r>
        <w:t>यह लोग जो हैं,</w:t>
      </w:r>
    </w:p>
    <w:p>
      <w:r>
        <w:rPr>
          <w:b/>
        </w:rPr>
        <w:t xml:space="preserve">[23:52] </w:t>
      </w:r>
      <w:r>
        <w:t>dees people don't know the difference between the two.</w:t>
      </w:r>
    </w:p>
    <w:p>
      <w:pPr>
        <w:jc w:val="right"/>
      </w:pPr>
      <w:r>
        <w:t>दीस पीपल डोंट नो द डिफरेंस बिटवीन द टू।</w:t>
      </w:r>
    </w:p>
    <w:p>
      <w:r>
        <w:rPr>
          <w:b/>
        </w:rPr>
        <w:t xml:space="preserve">[23:56] </w:t>
      </w:r>
      <w:r>
        <w:t>is wajah se jhagdte hain.</w:t>
      </w:r>
    </w:p>
    <w:p>
      <w:pPr>
        <w:jc w:val="right"/>
      </w:pPr>
      <w:r>
        <w:t>इस वजह से झगड़ते हैं।</w:t>
      </w:r>
    </w:p>
    <w:p>
      <w:r>
        <w:rPr>
          <w:b/>
        </w:rPr>
        <w:t xml:space="preserve">[23:57] </w:t>
      </w:r>
      <w:r>
        <w:t>वो तो उनको यह समझाया जाए कि तुम खामखा जिन चीजों में झगड़ते हो, वह absolute है ही</w:t>
      </w:r>
    </w:p>
    <w:p>
      <w:pPr>
        <w:jc w:val="right"/>
      </w:pPr>
      <w:r>
        <w:t>वो तो उनको यह समझाया जाए कि तुम खामखा जिन चीजों में झगड़ते हो, वह एब्सलूट है ही</w:t>
      </w:r>
    </w:p>
    <w:p>
      <w:r>
        <w:rPr>
          <w:b/>
        </w:rPr>
        <w:t xml:space="preserve">[24:05] </w:t>
      </w:r>
      <w:r>
        <w:t>nahi. usmein to diversity hi rahegi.</w:t>
      </w:r>
    </w:p>
    <w:p>
      <w:pPr>
        <w:jc w:val="right"/>
      </w:pPr>
      <w:r>
        <w:t>नहीं। उसमें तो डाइवर्सिटी ही रहेगी।</w:t>
      </w:r>
    </w:p>
    <w:p>
      <w:r>
        <w:rPr>
          <w:b/>
        </w:rPr>
        <w:t xml:space="preserve">[24:07] </w:t>
      </w:r>
      <w:r>
        <w:t>diversity chahiye hogi.</w:t>
      </w:r>
    </w:p>
    <w:p>
      <w:pPr>
        <w:jc w:val="right"/>
      </w:pPr>
      <w:r>
        <w:t>डाइवर्सिटी चाहिए होगी।</w:t>
      </w:r>
    </w:p>
    <w:p>
      <w:r>
        <w:rPr>
          <w:b/>
        </w:rPr>
        <w:t xml:space="preserve">[24:10] </w:t>
      </w:r>
      <w:r>
        <w:t>isko, yaani isko urdu mein kehte hain tanavvu.</w:t>
      </w:r>
    </w:p>
    <w:p>
      <w:pPr>
        <w:jc w:val="right"/>
      </w:pPr>
      <w:r>
        <w:t>इसको, यानी इसको उर्दू में कहते हैं तनव्वु।</w:t>
      </w:r>
    </w:p>
    <w:p>
      <w:r>
        <w:rPr>
          <w:b/>
        </w:rPr>
        <w:t xml:space="preserve">[24:17] </w:t>
      </w:r>
      <w:r>
        <w:t>tanvvu, tanvvu maane kai-kai</w:t>
      </w:r>
    </w:p>
    <w:p>
      <w:pPr>
        <w:jc w:val="right"/>
      </w:pPr>
      <w:r>
        <w:t>तनव्वु, तनव्वु माने कई-कई</w:t>
      </w:r>
    </w:p>
    <w:p>
      <w:r>
        <w:rPr>
          <w:b/>
        </w:rPr>
        <w:t xml:space="preserve">[24:21] </w:t>
      </w:r>
      <w:r>
        <w:t>tareeke ka durust hona.</w:t>
      </w:r>
    </w:p>
    <w:p>
      <w:pPr>
        <w:jc w:val="right"/>
      </w:pPr>
      <w:r>
        <w:t>तरीके का दुरुस्त होना।</w:t>
      </w:r>
    </w:p>
    <w:p>
      <w:r>
        <w:rPr>
          <w:b/>
        </w:rPr>
        <w:t xml:space="preserve">[24:23] </w:t>
      </w:r>
      <w:r>
        <w:t>yeh hai. toh maine is par ek kitaab likhi hai.</w:t>
      </w:r>
    </w:p>
    <w:p>
      <w:pPr>
        <w:jc w:val="right"/>
      </w:pPr>
      <w:r>
        <w:t>यह है। तो मैंने इस पर एक किताब लिखी है।</w:t>
      </w:r>
    </w:p>
    <w:p>
      <w:r>
        <w:rPr>
          <w:b/>
        </w:rPr>
        <w:t xml:space="preserve">[24:28] </w:t>
      </w:r>
      <w:r>
        <w:t>us detail aap ja sakte hain.</w:t>
      </w:r>
    </w:p>
    <w:p>
      <w:pPr>
        <w:jc w:val="right"/>
      </w:pPr>
      <w:r>
        <w:t>उस डिटेल आप जा सकते हैं।</w:t>
      </w:r>
    </w:p>
    <w:p>
      <w:r>
        <w:rPr>
          <w:b/>
        </w:rPr>
        <w:t xml:space="preserve">[24:29] </w:t>
      </w:r>
      <w:r>
        <w:t>usmein agar padhe, uska naam hai tajdeed deen.</w:t>
      </w:r>
    </w:p>
    <w:p>
      <w:pPr>
        <w:jc w:val="right"/>
      </w:pPr>
      <w:r>
        <w:t>उसमें अगर पढ़े, उसका नाम है तजदीद दीन।</w:t>
      </w:r>
    </w:p>
    <w:p>
      <w:r>
        <w:rPr>
          <w:b/>
        </w:rPr>
        <w:t xml:space="preserve">[24:35] </w:t>
      </w:r>
      <w:r>
        <w:t>tajdeed</w:t>
      </w:r>
    </w:p>
    <w:p>
      <w:pPr>
        <w:jc w:val="right"/>
      </w:pPr>
      <w:r>
        <w:t>तजदीद</w:t>
      </w:r>
    </w:p>
    <w:p>
      <w:r>
        <w:rPr>
          <w:b/>
        </w:rPr>
        <w:t xml:space="preserve">[24:35] </w:t>
      </w:r>
      <w:r>
        <w:t>deen mein yeh likha hai ke ek hai tawhudd, ek hai tanavvu. toh basics mein tawhudd hai aur non basics mein tanavvu hai. maine bahut hi references diye hain usmein. aap usmein dekh sakte hain. tajdeed deen uska naam hai.</w:t>
      </w:r>
    </w:p>
    <w:p>
      <w:pPr>
        <w:jc w:val="right"/>
      </w:pPr>
      <w:r>
        <w:t>दीन में यह लिखा है कि एक है तवाहुद, एक है तनव्वु। तो बेसिक्स में तवाहुद है और नॉन बेसिक्स में तनव्वु है। मैंने बहुत ही रेफरेंसेस दिए हैं उसमें। आप उसमें देख सकते हैं। तजदीद दीन उसका नाम है।</w:t>
      </w:r>
    </w:p>
    <w:p>
      <w:r>
        <w:rPr>
          <w:b/>
        </w:rPr>
        <w:t xml:space="preserve">[24:53] </w:t>
      </w:r>
      <w:r>
        <w:t>this question is from doctor pradhan: "mulana, how should we believe about post death period? kindly explain."</w:t>
      </w:r>
    </w:p>
    <w:p>
      <w:pPr>
        <w:jc w:val="right"/>
      </w:pPr>
      <w:r>
        <w:t>दिस क्वेश्चन इज फ्रॉम डॉक्टर प्रधान: "मुलाना, हाउ शुड वी बिलीव अबाउट पोस्ट डेथ पीरियड? काइंडली एक्सप्लेन।"</w:t>
      </w:r>
    </w:p>
    <w:p>
      <w:r>
        <w:rPr>
          <w:b/>
        </w:rPr>
        <w:t xml:space="preserve">[25:06] </w:t>
      </w:r>
      <w:r>
        <w:t>bhai, dekhiye, ab jo hai science ke daur mein, to yeh sawal jo hai, yeh science ne iska jawab de diya hai ki post death period hai. us tareeke se ki jo studies hui hain,</w:t>
      </w:r>
    </w:p>
    <w:p>
      <w:pPr>
        <w:jc w:val="right"/>
      </w:pPr>
      <w:r>
        <w:t>भाई, देखिए, अब जो है साइंस के दौर में, तो यह सवाल जो है, यह साइंस ने इसका जवाब दे दिया है कि पोस्ट डेथ पीरियड है। उस तरीके से कि जो स्टडीज हुई हैं,</w:t>
      </w:r>
    </w:p>
    <w:p>
      <w:r>
        <w:rPr>
          <w:b/>
        </w:rPr>
        <w:t xml:space="preserve">[25:22] </w:t>
      </w:r>
      <w:r>
        <w:t>unse pata chalta hai hamara body har din badalta rehta hai. lekin ek aur jo hamare andar hai, woh waise hi koshish rehta hai, continue rehta hai. jaise ki aap memory ko le lijiye. main kal parson soch raha tha ki mujhe apne bachpan ka woh waqea, jo aapse bahut pehle, bahut pehle, yaani</w:t>
      </w:r>
    </w:p>
    <w:p>
      <w:pPr>
        <w:jc w:val="right"/>
      </w:pPr>
      <w:r>
        <w:t>उनसे पता चलता है हमारा बॉडी हर दिन बदलता रहता है। लेकिन एक और जो हमारे अंदर है, वह वैसे ही कोशिश रहता है, कंटिन्यू रहता है। जैसे कि आप मेमोरी को ले लीजिए। मैं कल परसों सोच रहा था कि मुझे अपने बचपन का वह वाकया, जो आपसे बहुत पहले, बहुत पहले, यानी</w:t>
      </w:r>
    </w:p>
    <w:p>
      <w:r>
        <w:rPr>
          <w:b/>
        </w:rPr>
        <w:t xml:space="preserve">[25:51] </w:t>
      </w:r>
      <w:r>
        <w:t>yaani gaalban</w:t>
      </w:r>
    </w:p>
    <w:p>
      <w:pPr>
        <w:jc w:val="right"/>
      </w:pPr>
      <w:r>
        <w:t>यानी गालबन</w:t>
      </w:r>
    </w:p>
    <w:p>
      <w:r>
        <w:rPr>
          <w:b/>
        </w:rPr>
        <w:t xml:space="preserve">[25:56] </w:t>
      </w:r>
      <w:r>
        <w:t>jab jab main chhota tha, us waqt yaad aaya. mujhe bilkul chhota tha, woh gaalban 5 saal ka. 5 saal ka waqea mujhe ab tak kyon yaad hai, jabki mera body baar baar badal chuka hai, mere cells baar baar toot chuke hain. to woh yeh maan liya gaya hai ki jo personality asal mein,</w:t>
      </w:r>
    </w:p>
    <w:p>
      <w:pPr>
        <w:jc w:val="right"/>
      </w:pPr>
      <w:r>
        <w:t>जब जब मैं छोटा था, उस वक्त याद आया। मुझे बिल्कुल छोटा था, वो गालबन 5 साल का। 5 साल का वाकया मुझे अब तक क्यों याद है, जबकि मेरा बॉडी बार-बार बदल चुका है, मेरे सेल्स बार-बार टूट चुके हैं। तो वह यह मान लिया गया है कि जो पर्सनालिटी असल में,</w:t>
      </w:r>
    </w:p>
    <w:p>
      <w:r>
        <w:rPr>
          <w:b/>
        </w:rPr>
        <w:t xml:space="preserve">[26:18] </w:t>
      </w:r>
      <w:r>
        <w:t>jo personality hai insaan ki, woh woh change nahi hoti. sirf body change hota rehta hai. isi liye kisi ne kaha hai ki personality is a changeless in change, yaani badalti hui cheez ke beech mein ek na badalti hui cheez. to is maane ki saabit ho gaya hai ki insaan continue rehta hai. hamara jo existence hai, woh maut ke baad bhi continue rehta hai, kyunki abhi bhi hum marne ke baad continue hain. har din hum mar rahe hain,</w:t>
      </w:r>
    </w:p>
    <w:p>
      <w:pPr>
        <w:jc w:val="right"/>
      </w:pPr>
      <w:r>
        <w:t>जो पर्सनालिटी है इंसान की, वह वह चेंज नहीं होती। सिर्फ बॉडी चेंज होता रहता है। इसीलिए किसी ने कहा है कि पर्सनालिटी इज अ चेंजलेस इन चेंज, यानी बदलती हुई चीज के बीच में एक ना बदलती हुई चीज। तो इस माने कि साबित हो गया है कि इंसान कंटिन्यू रहता है। हमारा जो एक्जिस्टेंस है, वह मौत के बाद भी कंटिन्यू रहता है, क्योंकि अभी भी हम मरने के बाद कंटिन्यू हैं। हर दिन हम मर रहे हैं,</w:t>
      </w:r>
    </w:p>
    <w:p>
      <w:r>
        <w:rPr>
          <w:b/>
        </w:rPr>
        <w:t xml:space="preserve">[26:46] </w:t>
      </w:r>
      <w:r>
        <w:t>body change ho raha hai hamara. to body ko to touch hoti hai. to body ke aaj body ka yeh change ho raha hai baar baar. har kuch saal ke baad hamara body badal jata hai,</w:t>
      </w:r>
    </w:p>
    <w:p>
      <w:pPr>
        <w:jc w:val="right"/>
      </w:pPr>
      <w:r>
        <w:t>बॉडी चेंज हो रहा है हमारा। तो बॉडी को तो टच होती है। तो बॉडी के आज बॉडी का यह चेंज हो रहा है बार-बार। हर कुछ साल के बाद हमारा बॉडी बदल जाता है,</w:t>
      </w:r>
    </w:p>
    <w:p>
      <w:r>
        <w:rPr>
          <w:b/>
        </w:rPr>
        <w:t xml:space="preserve">[27:01] </w:t>
      </w:r>
      <w:r>
        <w:t>aur phir bhi hamara jo mind hai, hamari jo memory hai, woh sab intact rehti hai. to is maane ke is maane mein yeh cheez prove ho chuki hai ki insaan ki personality jo hai,</w:t>
      </w:r>
    </w:p>
    <w:p>
      <w:pPr>
        <w:jc w:val="right"/>
      </w:pPr>
      <w:r>
        <w:t>और फिर भी हमारा जो माइंड है, हमारी जो मेमोरी है, वह सब इंटैक्ट रहती है। तो इस माने के इस माने में यह चीज प्रूव हो चुकी है कि इंसान की पर्सनालिटी जो है,</w:t>
      </w:r>
    </w:p>
    <w:p>
      <w:r>
        <w:rPr>
          <w:b/>
        </w:rPr>
        <w:t xml:space="preserve">[27:15] </w:t>
      </w:r>
      <w:r>
        <w:t>woh continue rehti hai, chahe body ko maut aati rahe. main to yahi samjha hoon is masle mein.</w:t>
      </w:r>
    </w:p>
    <w:p>
      <w:pPr>
        <w:jc w:val="right"/>
      </w:pPr>
      <w:r>
        <w:t>वह कंटिन्यू रहती है, चाहे बॉडी को मौत आती रहे। मैं तो यही समझा हूं इस मसले में।</w:t>
      </w:r>
    </w:p>
    <w:p>
      <w:r>
        <w:rPr>
          <w:b/>
        </w:rPr>
        <w:t xml:space="preserve">[27:26] </w:t>
      </w:r>
      <w:r>
        <w:t>dis question is from doctor farida:</w:t>
      </w:r>
    </w:p>
    <w:p>
      <w:pPr>
        <w:jc w:val="right"/>
      </w:pPr>
      <w:r>
        <w:t>दिस क्वेश्चन इज फ्रॉम डॉक्टर फरीदा:</w:t>
      </w:r>
    </w:p>
    <w:p>
      <w:r>
        <w:rPr>
          <w:b/>
        </w:rPr>
        <w:t xml:space="preserve">[27:30] </w:t>
      </w:r>
      <w:r>
        <w:t>"benazirs family property consisted of more than 40,000 hectares</w:t>
      </w:r>
    </w:p>
    <w:p>
      <w:pPr>
        <w:jc w:val="right"/>
      </w:pPr>
      <w:r>
        <w:t>"बेनेजीड्स फैमिली प्रॉपर्टी कंसिस्टेड ऑफ मोर देन 40,000 हेक्टेयर्स</w:t>
      </w:r>
    </w:p>
    <w:p>
      <w:r>
        <w:rPr>
          <w:b/>
        </w:rPr>
        <w:t xml:space="preserve">[27:36] </w:t>
      </w:r>
      <w:r>
        <w:t>and billions of dollars.</w:t>
      </w:r>
    </w:p>
    <w:p>
      <w:pPr>
        <w:jc w:val="right"/>
      </w:pPr>
      <w:r>
        <w:t>एंड बिलियंस ऑफ डॉलर्स।</w:t>
      </w:r>
    </w:p>
    <w:p>
      <w:r>
        <w:rPr>
          <w:b/>
        </w:rPr>
        <w:t xml:space="preserve">[27:38] </w:t>
      </w:r>
      <w:r>
        <w:t>still, she was not happy."</w:t>
      </w:r>
    </w:p>
    <w:p>
      <w:pPr>
        <w:jc w:val="right"/>
      </w:pPr>
      <w:r>
        <w:t>स्टिल, शी वाज नॉट हैप्पी।"</w:t>
      </w:r>
    </w:p>
    <w:p>
      <w:r>
        <w:rPr>
          <w:b/>
        </w:rPr>
        <w:t xml:space="preserve">[27:42] </w:t>
      </w:r>
      <w:r>
        <w:t>this makes it clear that money alone is not enough.</w:t>
      </w:r>
    </w:p>
    <w:p>
      <w:pPr>
        <w:jc w:val="right"/>
      </w:pPr>
      <w:r>
        <w:t>दिस मेक्स इट क्लियर दैट मनी अलोन इज नॉट इनफ।</w:t>
      </w:r>
    </w:p>
    <w:p>
      <w:r>
        <w:rPr>
          <w:b/>
        </w:rPr>
        <w:t xml:space="preserve">[27:46] </w:t>
      </w:r>
      <w:r>
        <w:t>we have to evolve ourselves in some mission to find fulfillment.</w:t>
      </w:r>
    </w:p>
    <w:p>
      <w:pPr>
        <w:jc w:val="right"/>
      </w:pPr>
      <w:r>
        <w:t>वी हैव टू इवॉल्व आवर सेल्व्स इन सम मिशन टू फाइंड फुलफिलमेंट।</w:t>
      </w:r>
    </w:p>
    <w:p>
      <w:r>
        <w:rPr>
          <w:b/>
        </w:rPr>
        <w:t xml:space="preserve">[27:51] </w:t>
      </w:r>
      <w:r>
        <w:t>but still, people dont understand.</w:t>
      </w:r>
    </w:p>
    <w:p>
      <w:pPr>
        <w:jc w:val="right"/>
      </w:pPr>
      <w:r>
        <w:t>बट स्टिल, पीपल डोंट अंडरस्टैंड।</w:t>
      </w:r>
    </w:p>
    <w:p>
      <w:r>
        <w:rPr>
          <w:b/>
        </w:rPr>
        <w:t xml:space="preserve">[27:54] </w:t>
      </w:r>
      <w:r>
        <w:t>how can we make them understand the essence of mission in life?</w:t>
      </w:r>
    </w:p>
    <w:p>
      <w:pPr>
        <w:jc w:val="right"/>
      </w:pPr>
      <w:r>
        <w:t>हाउ कैन वी मेक देम अंडरस्टैंड देंस ऑफ मिशन इन लाइफ?</w:t>
      </w:r>
    </w:p>
    <w:p>
      <w:r>
        <w:rPr>
          <w:b/>
        </w:rPr>
        <w:t xml:space="preserve">[28:03] </w:t>
      </w:r>
      <w:r>
        <w:t>asal mein, benazir bhutto ho ya koi doosra ho, is wale mein aise</w:t>
      </w:r>
    </w:p>
    <w:p>
      <w:pPr>
        <w:jc w:val="right"/>
      </w:pPr>
      <w:r>
        <w:t>असल में, बेद भुट्टू हो या कोई दूसरा हो, इस वाले में ऐसे</w:t>
      </w:r>
    </w:p>
    <w:p>
      <w:r>
        <w:rPr>
          <w:b/>
        </w:rPr>
        <w:t xml:space="preserve">[28:09] </w:t>
      </w:r>
      <w:r>
        <w:t>aise aisi guidance in logon ko di ja rahi hai,</w:t>
      </w:r>
    </w:p>
    <w:p>
      <w:pPr>
        <w:jc w:val="right"/>
      </w:pPr>
      <w:r>
        <w:t>ऐसे ऐसी गाइडेंस इन लोगों को दी जा रही है,</w:t>
      </w:r>
    </w:p>
    <w:p>
      <w:r>
        <w:rPr>
          <w:b/>
        </w:rPr>
        <w:t xml:space="preserve">[28:14] </w:t>
      </w:r>
      <w:r>
        <w:t>jaise pakistan mein saare ulma jo hain, woh participate lage hue hain.</w:t>
      </w:r>
    </w:p>
    <w:p>
      <w:pPr>
        <w:jc w:val="right"/>
      </w:pPr>
      <w:r>
        <w:t>जैसे पाकिस्तान में सारे उलमा जो हैं, वह पार्टिसिपेट लगे हुए हैं।</w:t>
      </w:r>
    </w:p>
    <w:p>
      <w:r>
        <w:rPr>
          <w:b/>
        </w:rPr>
        <w:t xml:space="preserve">[28:18] </w:t>
      </w:r>
      <w:r>
        <w:t>har aadmi ko power chahiye.</w:t>
      </w:r>
    </w:p>
    <w:p>
      <w:pPr>
        <w:jc w:val="right"/>
      </w:pPr>
      <w:r>
        <w:t>हर आदमी को पावर चाहिए।</w:t>
      </w:r>
    </w:p>
    <w:p>
      <w:r>
        <w:rPr>
          <w:b/>
        </w:rPr>
        <w:t xml:space="preserve">[28:20] </w:t>
      </w:r>
      <w:r>
        <w:t>toh benazir bhutto samjhe ki yahi islam hai ki power jo hai, capture karo.</w:t>
      </w:r>
    </w:p>
    <w:p>
      <w:pPr>
        <w:jc w:val="right"/>
      </w:pPr>
      <w:r>
        <w:t>तो बेद भुट्टू समझे कि यही इस्लाम है कि पावर जो है, कैप्चर करो।</w:t>
      </w:r>
    </w:p>
    <w:p>
      <w:r>
        <w:rPr>
          <w:b/>
        </w:rPr>
        <w:t xml:space="preserve">[28:26] </w:t>
      </w:r>
      <w:r>
        <w:t>ek bhi aalim nahi hai pakistan mein jo yeh baat bata raha ho ki bhai, other than political</w:t>
      </w:r>
    </w:p>
    <w:p>
      <w:pPr>
        <w:jc w:val="right"/>
      </w:pPr>
      <w:r>
        <w:t>एक भी आलिम नहीं है पाकिस्तान में जो यह बात बता रहा हो कि भाई, अदर देन पॉलिटिकल</w:t>
      </w:r>
    </w:p>
    <w:p>
      <w:r>
        <w:rPr>
          <w:b/>
        </w:rPr>
        <w:t xml:space="preserve">[28:31] </w:t>
      </w:r>
      <w:r>
        <w:t>power bhi hazaron kaam hain, use karo.</w:t>
      </w:r>
    </w:p>
    <w:p>
      <w:pPr>
        <w:jc w:val="right"/>
      </w:pPr>
      <w:r>
        <w:t>पावर भी हजारों काम है, उसे करो।</w:t>
      </w:r>
    </w:p>
    <w:p>
      <w:r>
        <w:rPr>
          <w:b/>
        </w:rPr>
        <w:t xml:space="preserve">[28:35] </w:t>
      </w:r>
      <w:r>
        <w:t>koi bhi nahi hai wahan par, ek bhi aadmi nahi hai.</w:t>
      </w:r>
    </w:p>
    <w:p>
      <w:pPr>
        <w:jc w:val="right"/>
      </w:pPr>
      <w:r>
        <w:t>कोई भी नहीं है वहां पर, एक भी आदमी नहीं है।</w:t>
      </w:r>
    </w:p>
    <w:p>
      <w:r>
        <w:rPr>
          <w:b/>
        </w:rPr>
        <w:t xml:space="preserve">[28:38] </w:t>
      </w:r>
      <w:r>
        <w:t>sab bas politics ki baat karte hain,</w:t>
      </w:r>
    </w:p>
    <w:p>
      <w:pPr>
        <w:jc w:val="right"/>
      </w:pPr>
      <w:r>
        <w:t>सब बस पॉलिटिक्स की बात करते हैं,</w:t>
      </w:r>
    </w:p>
    <w:p>
      <w:r>
        <w:rPr>
          <w:b/>
        </w:rPr>
        <w:t xml:space="preserve">[28:42] </w:t>
      </w:r>
      <w:r>
        <w:t>sab political power ki baat karte hain. saare ulma kehte hain ki jo yahan par jo political corruption hai, usko door karna hai. jab tak woh door na ho, tab tak koi kaam nahi ho sakta. haalanki, haraam hai. yeh</w:t>
      </w:r>
    </w:p>
    <w:p>
      <w:pPr>
        <w:jc w:val="right"/>
      </w:pPr>
      <w:r>
        <w:t>सब पॉलिटिकल पावर की बात करते हैं। सारे उलमा कहते हैं कि जो यहां पर जो पॉलिटिकल करप्शन है, उसको दूर करना है। जब तक वह दूर ना हो, तब तक कोई काम नहीं हो सकता। हालांकि, हराम है। यह</w:t>
      </w:r>
    </w:p>
    <w:p>
      <w:r>
        <w:rPr>
          <w:b/>
        </w:rPr>
        <w:t xml:space="preserve">[28:56] </w:t>
      </w:r>
      <w:r>
        <w:t>political corruption hai, toh aap iske liye ladai nahi lad sakte.</w:t>
      </w:r>
    </w:p>
    <w:p>
      <w:pPr>
        <w:jc w:val="right"/>
      </w:pPr>
      <w:r>
        <w:t>पॉलिटिकल करप्शन है, तो आप इसके लिए लड़ाई नहीं लड़ सकते।</w:t>
      </w:r>
    </w:p>
    <w:p>
      <w:r>
        <w:rPr>
          <w:b/>
        </w:rPr>
        <w:t xml:space="preserve">[28:59] </w:t>
      </w:r>
      <w:r>
        <w:t>aap aap apne haath mein hathiyar nahi utha sakte.</w:t>
      </w:r>
    </w:p>
    <w:p>
      <w:pPr>
        <w:jc w:val="right"/>
      </w:pPr>
      <w:r>
        <w:t>आप आप अपने हाथ में हथियार नहीं उठा सकते।</w:t>
      </w:r>
    </w:p>
    <w:p>
      <w:r>
        <w:rPr>
          <w:b/>
        </w:rPr>
        <w:t xml:space="preserve">[29:05] </w:t>
      </w:r>
      <w:r>
        <w:t>lekin saare log hathiyaar uthae hue hain, lad rahe hain.</w:t>
      </w:r>
    </w:p>
    <w:p>
      <w:pPr>
        <w:jc w:val="right"/>
      </w:pPr>
      <w:r>
        <w:t>लेकिन सारे लोग हथियार उठाए हुए हैं, लड़ रहे हैं।</w:t>
      </w:r>
    </w:p>
    <w:p>
      <w:r>
        <w:rPr>
          <w:b/>
        </w:rPr>
        <w:t xml:space="preserve">[29:08] </w:t>
      </w:r>
      <w:r>
        <w:t>to pakistan mein ya doosre muslim countries mein koi ek bhi aalim nahin hai, ek bhi aalim nahin</w:t>
      </w:r>
    </w:p>
    <w:p>
      <w:pPr>
        <w:jc w:val="right"/>
      </w:pPr>
      <w:r>
        <w:t>तो पाकिस्तान में या दूसरे मुस्लिम कंट्रीज में कोई एक भी आलिम नहीं है, एक भी आलिम नहीं</w:t>
      </w:r>
    </w:p>
    <w:p>
      <w:r>
        <w:rPr>
          <w:b/>
        </w:rPr>
        <w:t xml:space="preserve">[29:13] </w:t>
      </w:r>
      <w:r>
        <w:t>hai jo logon ko batae</w:t>
      </w:r>
    </w:p>
    <w:p>
      <w:pPr>
        <w:jc w:val="right"/>
      </w:pPr>
      <w:r>
        <w:t>है जो लोगों को बताए</w:t>
      </w:r>
    </w:p>
    <w:p>
      <w:r>
        <w:rPr>
          <w:b/>
        </w:rPr>
        <w:t xml:space="preserve">[29:16] </w:t>
      </w:r>
      <w:r>
        <w:t>ki kyon political power peeche daud rahe ho.</w:t>
      </w:r>
    </w:p>
    <w:p>
      <w:pPr>
        <w:jc w:val="right"/>
      </w:pPr>
      <w:r>
        <w:t>कि क्यों पॉलिटिकल पावर पीछे दौड़ रहे हो।</w:t>
      </w:r>
    </w:p>
    <w:p>
      <w:r>
        <w:rPr>
          <w:b/>
        </w:rPr>
        <w:t xml:space="preserve">[29:19] </w:t>
      </w:r>
      <w:r>
        <w:t>is zamane mein to ek ek explosion hua hai kaamon ka.</w:t>
      </w:r>
    </w:p>
    <w:p>
      <w:pPr>
        <w:jc w:val="right"/>
      </w:pPr>
      <w:r>
        <w:t>इस जमाने में तो एक एक एक्सप्लोजन हुआ है कामों का।</w:t>
      </w:r>
    </w:p>
    <w:p>
      <w:r>
        <w:rPr>
          <w:b/>
        </w:rPr>
        <w:t xml:space="preserve">[29:23] </w:t>
      </w:r>
      <w:r>
        <w:t>pahle zamane mein itne kaam nahin hua karte the,</w:t>
      </w:r>
    </w:p>
    <w:p>
      <w:pPr>
        <w:jc w:val="right"/>
      </w:pPr>
      <w:r>
        <w:t>पहले जमाने में इतने काम नहीं हुआ करते थे,</w:t>
      </w:r>
    </w:p>
    <w:p>
      <w:r>
        <w:rPr>
          <w:b/>
        </w:rPr>
        <w:t xml:space="preserve">[29:26] </w:t>
      </w:r>
      <w:r>
        <w:t>ab to explosion hua hai. itne kaam, itne kaam, itne kaam, to karo. jaise ki America mein Jefferson tha, president tha. Woh doosri baar bhi woh president ban sakta tha. Woh Benazir Bhutto teesri baar parmarsh banne ja rahi thi. Teesri baar Jefferson doosri baar bhi nahi, woh banne ki koshish ki. Usne, usne k</w:t>
      </w:r>
    </w:p>
    <w:p>
      <w:pPr>
        <w:jc w:val="right"/>
      </w:pPr>
      <w:r>
        <w:t>अब तो एक्सप्लोजन हुआ है। इतने काम, इतने काम, इतने काम, तो करो। जैसे कि अमेरिका में जेफरसन था, प्रेसिडेंट था। वह दूसरी बार भी वो प्रेसिडेंट बन सकता था। वह बेद भुट्टू तीसरी बार परामर्श बनने जा रही थी। तीसरी बार जेफरसन दूसरी बार भी नहीं, वो बनने की कोशिश की। उसने, उसने क</w:t>
      </w:r>
    </w:p>
    <w:p>
      <w:r>
        <w:rPr>
          <w:b/>
        </w:rPr>
        <w:t xml:space="preserve">[29:50] </w:t>
      </w:r>
      <w:r>
        <w:t>ya kiya? ek university banai</w:t>
      </w:r>
    </w:p>
    <w:p>
      <w:pPr>
        <w:jc w:val="right"/>
      </w:pPr>
      <w:r>
        <w:t>्या किया? एक यूनिवर्सिटी बनाई</w:t>
      </w:r>
    </w:p>
    <w:p>
      <w:r>
        <w:rPr>
          <w:b/>
        </w:rPr>
        <w:t xml:space="preserve">[29:52] </w:t>
      </w:r>
      <w:r>
        <w:t>aur history bana kar ke usne woh kar di.</w:t>
      </w:r>
    </w:p>
    <w:p>
      <w:pPr>
        <w:jc w:val="right"/>
      </w:pPr>
      <w:r>
        <w:t>और हिस्ट्री बना कर के उसने वह कर दी।</w:t>
      </w:r>
    </w:p>
    <w:p>
      <w:r>
        <w:rPr>
          <w:b/>
        </w:rPr>
        <w:t xml:space="preserve">[29:57] </w:t>
      </w:r>
      <w:r>
        <w:t>vasiyat kar di ki meri grave jo bane, meri qabr jo bane, to us par likh diya jae</w:t>
      </w:r>
    </w:p>
    <w:p>
      <w:pPr>
        <w:jc w:val="right"/>
      </w:pPr>
      <w:r>
        <w:t>वसीयत कर दी कि मेरी ग्रेव जो बने, मेरी कब्र जो बने, तो उस पर लिख दिया जाए</w:t>
      </w:r>
    </w:p>
    <w:p>
      <w:r>
        <w:rPr>
          <w:b/>
        </w:rPr>
        <w:t xml:space="preserve">[30:03] </w:t>
      </w:r>
      <w:r>
        <w:t>ki maine yeh university banai thi, university of virginia.</w:t>
      </w:r>
    </w:p>
    <w:p>
      <w:pPr>
        <w:jc w:val="right"/>
      </w:pPr>
      <w:r>
        <w:t>कि मैंने यह यूनिवर्सिटी बनाई थी, यूनिवर्सिटी ऑफ वर्जीनिया।</w:t>
      </w:r>
    </w:p>
    <w:p>
      <w:r>
        <w:rPr>
          <w:b/>
        </w:rPr>
        <w:t xml:space="preserve">[30:06] </w:t>
      </w:r>
      <w:r>
        <w:t>yeh na likha jae ki main</w:t>
      </w:r>
    </w:p>
    <w:p>
      <w:pPr>
        <w:jc w:val="right"/>
      </w:pPr>
      <w:r>
        <w:t>यह ना लिखा जाए कि मैं</w:t>
      </w:r>
    </w:p>
    <w:p>
      <w:r>
        <w:rPr>
          <w:b/>
        </w:rPr>
        <w:t xml:space="preserve">[30:08] </w:t>
      </w:r>
      <w:r>
        <w:t>united states ka president tha.</w:t>
      </w:r>
    </w:p>
    <w:p>
      <w:pPr>
        <w:jc w:val="right"/>
      </w:pPr>
      <w:r>
        <w:t>यूनाइटेड स्टेट्स का प्रेसिडेंट था।</w:t>
      </w:r>
    </w:p>
    <w:p>
      <w:r>
        <w:rPr>
          <w:b/>
        </w:rPr>
        <w:t xml:space="preserve">[30:11] </w:t>
      </w:r>
      <w:r>
        <w:t>to wahan par chuki education bahut zyada hai america mein, wahan jaante hain ki itne saare kaam doosre</w:t>
      </w:r>
    </w:p>
    <w:p>
      <w:pPr>
        <w:jc w:val="right"/>
      </w:pPr>
      <w:r>
        <w:t>तो वहां पर चूंकि एजुकेशन बहुत ज्यादा है अमेरिका में, वहां जानते हैं कि इतने सारे काम दूसरे</w:t>
      </w:r>
    </w:p>
    <w:p>
      <w:r>
        <w:rPr>
          <w:b/>
        </w:rPr>
        <w:t xml:space="preserve">[30:15] </w:t>
      </w:r>
      <w:r>
        <w:t>doosre bhi hain.</w:t>
      </w:r>
    </w:p>
    <w:p>
      <w:pPr>
        <w:jc w:val="right"/>
      </w:pPr>
      <w:r>
        <w:t>दूसरे भी हैं।</w:t>
      </w:r>
    </w:p>
    <w:p>
      <w:r>
        <w:rPr>
          <w:b/>
        </w:rPr>
        <w:t xml:space="preserve">[30:17] </w:t>
      </w:r>
      <w:r>
        <w:t>muslim countries mein badkismati yeh hai ki education hai hi nahin, modern education.</w:t>
      </w:r>
    </w:p>
    <w:p>
      <w:pPr>
        <w:jc w:val="right"/>
      </w:pPr>
      <w:r>
        <w:t>मुस्लिम कंट्रीज में बदकिस्मती यह है कि एजुकेशन है ही नहीं, मॉडर्न एजुकेशन।</w:t>
      </w:r>
    </w:p>
    <w:p>
      <w:r>
        <w:rPr>
          <w:b/>
        </w:rPr>
        <w:t xml:space="preserve">[30:23] </w:t>
      </w:r>
      <w:r>
        <w:t>ab ekad aadmi padh leta hai, jaise benazir bhutto ne padha tha.</w:t>
      </w:r>
    </w:p>
    <w:p>
      <w:pPr>
        <w:jc w:val="right"/>
      </w:pPr>
      <w:r>
        <w:t>अब एकाद आदमी पढ़ लेता है, जैसे बेद भुट्टू ने पढ़ा था।</w:t>
      </w:r>
    </w:p>
    <w:p>
      <w:r>
        <w:rPr>
          <w:b/>
        </w:rPr>
        <w:t xml:space="preserve">[30:26] </w:t>
      </w:r>
      <w:r>
        <w:t>poori society jab padhi hui na ho,</w:t>
      </w:r>
    </w:p>
    <w:p>
      <w:pPr>
        <w:jc w:val="right"/>
      </w:pPr>
      <w:r>
        <w:t>पूरी सोसाइटी जब पढ़ी हुई ना हो,</w:t>
      </w:r>
    </w:p>
    <w:p>
      <w:r>
        <w:rPr>
          <w:b/>
        </w:rPr>
        <w:t xml:space="preserve">[30:29] </w:t>
      </w:r>
      <w:r>
        <w:t>to ek aadmi jo hai, alag se uski soch banti nahi hai. alag se soch nahi banti hai. to sabse badi kami hai ki jo leader hain, jo aalim hain, jo brahmanwadi hain, woh sahi lead nahi de rahe hain, sahi counseling nahi kar rahe hain,</w:t>
      </w:r>
    </w:p>
    <w:p>
      <w:pPr>
        <w:jc w:val="right"/>
      </w:pPr>
      <w:r>
        <w:t>तो एक आदमी जो है, अलग से उसकी सोच बनती नहीं है। अलग से सोच नहीं बनती है। तो सबसे बड़ी कमी है कि जो लीडर हैं, जो आलिम हैं, जो ब्राह्मणवादी हैं, वह सही लीड नहीं दे रहे हैं, सही काउंसलिंग नहीं कर रहे हैं,</w:t>
      </w:r>
    </w:p>
    <w:p>
      <w:r>
        <w:rPr>
          <w:b/>
        </w:rPr>
        <w:t xml:space="preserve">[30:49] </w:t>
      </w:r>
      <w:r>
        <w:t>sahi advice nahi de rahe hain. usi mein khud hi fase hue hain aur doosron ko usi mein fasaaye hue hain. warna benazir bhutto ko, saddam hussein ko aur doosre logon ko agar koi batata ki tum ek aise zamane mein jee rahe ho jahan ke kaamon ka ek ek explosion ho chuka hai, doosra kaam karo, university banao,</w:t>
      </w:r>
    </w:p>
    <w:p>
      <w:pPr>
        <w:jc w:val="right"/>
      </w:pPr>
      <w:r>
        <w:t>सही एडवाइस नहीं दे रहे हैं। उसी में खुद ही फंसे हुए हैं और दूसरों को उसी में फंसाए हुए हैं। वरना बेद भुट्टू को, सद्दाम हुसैन को और दूसरे लोगों को अगर कोई बताता कि तुम एक ऐसे जमाने में जी रहे हो जहां के कामों का एक एक एक्सप्लोजन हो चुका है, दूसरा काम करो, यूनिवर्सिटी बनाओ,</w:t>
      </w:r>
    </w:p>
    <w:p>
      <w:r>
        <w:rPr>
          <w:b/>
        </w:rPr>
        <w:t xml:space="preserve">[31:12] </w:t>
      </w:r>
      <w:r>
        <w:t>institution banao, koi bada daawa work karo. hazaron kaam hain, to koi batane wala nahi hai. mere paas pakistan ke bahut se parche aate hain, monthly magazine aur weekly magazine aur daily bhi aate hain. kisi mein koi constant baatein nahi hoti,</w:t>
      </w:r>
    </w:p>
    <w:p>
      <w:pPr>
        <w:jc w:val="right"/>
      </w:pPr>
      <w:r>
        <w:t>इंस्टीट्यूशन बनाओ, कोई बड़ा दाव वर्क करो। हजारों काम हैं, तो कोई बताने वाला नहीं है। मेरे पास पाकिस्तान के बहुत से पर्चे आते हैं, मंथली मैगजीन और वीकली मैगजीन और डेली भी आते हैं। किसी में कोई कांस्टेंट बातें नहीं होती,</w:t>
      </w:r>
    </w:p>
    <w:p>
      <w:r>
        <w:rPr>
          <w:b/>
        </w:rPr>
        <w:t xml:space="preserve">[31:31] </w:t>
      </w:r>
      <w:r>
        <w:t>kuch bhi nahi. to unko kahan se mile?</w:t>
      </w:r>
    </w:p>
    <w:p>
      <w:pPr>
        <w:jc w:val="right"/>
      </w:pPr>
      <w:r>
        <w:t>कुछ भी नहीं। तो उनको कहां से मिले?</w:t>
      </w:r>
    </w:p>
    <w:p>
      <w:r>
        <w:rPr>
          <w:b/>
        </w:rPr>
        <w:t xml:space="preserve">[31:37] </w:t>
      </w:r>
      <w:r>
        <w:t>hamare india mein phir bhi better hai, kyunki yahan to bahut se guru hain, sadhu sant hain. yahan relatively better hai india. wahan to koi constant baat hi karne wala nahi hai. to to ek aadmi jo us paida hua, wahan par woh raha. alag se kahin soche woh.</w:t>
      </w:r>
    </w:p>
    <w:p>
      <w:pPr>
        <w:jc w:val="right"/>
      </w:pPr>
      <w:r>
        <w:t>हमारे इंडिया में फिर भी बेटर है, क्योंकि यहां तो बहुत से गुरु हैं, साधु संत हैं। यहां रिलेटिवली बेटर है इंडिया। वहां तो कोई कांस्टेंट बात ही करने वाला नहीं है। तो तो एक आदमी जो उस पैदा हुआ, वहां पर वह रहा। अलग से कहीं सोचे वो।</w:t>
      </w:r>
    </w:p>
    <w:p>
      <w:r>
        <w:rPr>
          <w:b/>
        </w:rPr>
        <w:t xml:space="preserve">[31:58] </w:t>
      </w:r>
      <w:r>
        <w:t>warna agar main samajhta hoon ki koi usko batane wala hota benazir bhutto ko, to bahut intelligent thi. woh zaroor samajh jati aur woh apne kaam, apne aap ko kisi constant field mein lagati. woh to bahut bada kaam kar sakti thi, bahut bada kaam. duniya ki sabse badi university bana sakti thi. woh kyunki ab kya hota hai, muslim countries mein bahut hi bura haal hai.</w:t>
      </w:r>
    </w:p>
    <w:p>
      <w:pPr>
        <w:jc w:val="right"/>
      </w:pPr>
      <w:r>
        <w:t>वरना अगर मैं समझता हूं कि कोई उसको बताने वाला होता बेद भुट्टू को, तो बहुत इंटेलिजेंट थी। वो जरूर समझ जाती और वो अपने काम, अपने आप को किसी कांस्टेंट फील्ड में लगाती। वो तो बहुत बड़ा काम कर सकती थी, बहुत बड़ा काम। दुनिया की सबसे बड़ी यूनिवर्सिटी बना सकती थी। वो क्योंकि अब क्या होता है, मुस्लिम कंट्रीज में बहुत ही बुरा हाल है।</w:t>
      </w:r>
    </w:p>
    <w:p>
      <w:r>
        <w:rPr>
          <w:b/>
        </w:rPr>
        <w:t xml:space="preserve">[32:24] </w:t>
      </w:r>
      <w:r>
        <w:t>this question is from idrees: "majority of people die in the faith they are born in, and the reason is their conviction." so my question to you is: "is conviction better or doubt?"</w:t>
      </w:r>
    </w:p>
    <w:p>
      <w:pPr>
        <w:jc w:val="right"/>
      </w:pPr>
      <w:r>
        <w:t>दिस क्वेश्चन इज फ्रॉम इदरीस: "मेजॉरिटी ऑफ पीपल डाई इन द फेथ दे आर बोर्न इन, एंड द रीजन इज देयर कन्विक्शन।" सो माय क्वेश्चन टू यू इज: "इज कन्विक्शन बेटर और डाउट?"</w:t>
      </w:r>
    </w:p>
    <w:p>
      <w:r>
        <w:rPr>
          <w:b/>
        </w:rPr>
        <w:t xml:space="preserve">[32:40] </w:t>
      </w:r>
      <w:r>
        <w:t>dekhiye, jisko aap conviction kaha, aapne woh conditioning hoti hai. conviction nahi hota hai. woh you have to differentiate between conviction and conditioning.</w:t>
      </w:r>
    </w:p>
    <w:p>
      <w:pPr>
        <w:jc w:val="right"/>
      </w:pPr>
      <w:r>
        <w:t>देखिए, जिसको आप कन्विक्शन कहा, आपने वो कंडीशनिंग होती है। कन्विक्शन नहीं होता है। वो यू हैव टू डिफरेंशिएबल बिटवीन कन्विक्शन एंड कंडीशनिंग।</w:t>
      </w:r>
    </w:p>
    <w:p>
      <w:r>
        <w:rPr>
          <w:b/>
        </w:rPr>
        <w:t xml:space="preserve">[32:56] </w:t>
      </w:r>
      <w:r>
        <w:t>to main samajhta hoon ki is qism ka conviction, jo conditioning se aaya hua, uski koi value nahi hai. khuda kya ho, woh nahi accept kiya jayega.</w:t>
      </w:r>
    </w:p>
    <w:p>
      <w:pPr>
        <w:jc w:val="right"/>
      </w:pPr>
      <w:r>
        <w:t>तो मैं समझता हूं कि इस किस्म का कन्विक्शन, जो कंडीशनिंग से आया हुआ, उसकी कोई वैल्यू नहीं है। खुदा क्या हो, वो नहीं एक्सेप्ट किया जाएगा।</w:t>
      </w:r>
    </w:p>
    <w:p>
      <w:r>
        <w:rPr>
          <w:b/>
        </w:rPr>
        <w:t xml:space="preserve">[33:09] </w:t>
      </w:r>
      <w:r>
        <w:t>jo convic</w:t>
      </w:r>
    </w:p>
    <w:p>
      <w:pPr>
        <w:jc w:val="right"/>
      </w:pPr>
      <w:r>
        <w:t>जो कन्विक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