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Charity in Islam (In Conversation with Maulana) July 22, 2007</w:t>
      </w:r>
    </w:p>
    <w:p>
      <w:r>
        <w:t>https://www.youtube.com/watch?v=FGw1nzGmS4g</w:t>
      </w:r>
    </w:p>
    <w:p>
      <w:r>
        <w:rPr>
          <w:b/>
        </w:rPr>
        <w:t xml:space="preserve">[00:11] </w:t>
      </w:r>
      <w:r>
        <w:t>this question is from ashish: is zakat a part of total earnings or total savings? secondly, is it applicable on jewelry, land, gems, and money saved in previous year?</w:t>
      </w:r>
    </w:p>
    <w:p>
      <w:pPr>
        <w:jc w:val="right"/>
      </w:pPr>
      <w:r>
        <w:t>दिस क्वेश्चन इज़ फ्रॉम आशीष: इज़ ज़कात अ पार्ट ऑफ़ टोटल अर्निंग्स और टोटल सेविंग्स? सेकंडली, इज़ इट एप्लीकेबल ऑन ज्वेलरी, लैंड, जेम्स, एंड मनी सेव्ड इन प्रीवियस ईयर?</w:t>
      </w:r>
    </w:p>
    <w:p>
      <w:r>
        <w:rPr>
          <w:b/>
        </w:rPr>
        <w:t xml:space="preserve">[00:26] </w:t>
      </w:r>
      <w:r>
        <w:t>please comment</w:t>
      </w:r>
    </w:p>
    <w:p>
      <w:pPr>
        <w:jc w:val="right"/>
      </w:pPr>
      <w:r>
        <w:t>प्लीज़ कमेंट</w:t>
      </w:r>
    </w:p>
    <w:p>
      <w:r>
        <w:rPr>
          <w:b/>
        </w:rPr>
        <w:t xml:space="preserve">[00:28] </w:t>
      </w:r>
      <w:r>
        <w:t>dekhiye, isme haula-nahool ka principle hai. haula-nahool ka matlab yeh hai ki aap paisa kama rahe hain, kharch ho raha hai, paisa kama rahe hain, kharch ho raha hai. ab saal ke aakhir mein, jo bhi aap saal ka aakhir samjhein, matlab hijri calendar hai ya ya wo doosra calendar hai,</w:t>
      </w:r>
    </w:p>
    <w:p>
      <w:pPr>
        <w:jc w:val="right"/>
      </w:pPr>
      <w:r>
        <w:t>। देखिए, इसमें हौला-नहौल का प्रिंसिपल है। हौला-नहौल का मतलब यह है कि आप पैसा कमा रहे हैं, खर्च हो रहा है, पैसा कमा रहे हैं, खर्च हो रहा है। अब साल के आखिर में, जो भी आप साल का आखिर समझें, मतलब हिजरी कैलेंडर है या या वो दूसरा कैलेंडर है,</w:t>
      </w:r>
    </w:p>
    <w:p>
      <w:r>
        <w:rPr>
          <w:b/>
        </w:rPr>
        <w:t xml:space="preserve">[00:51] </w:t>
      </w:r>
      <w:r>
        <w:t>kai calendar hote hain, to saal ke aakhir jo bhi aap banaye, us waqt jo paisa bachega aapke</w:t>
      </w:r>
    </w:p>
    <w:p>
      <w:pPr>
        <w:jc w:val="right"/>
      </w:pPr>
      <w:r>
        <w:t>कई कैलेंडर होते हैं, तो साल के आखिर जो भी आप बनाएं, उस वक्त जो पैसा बचेगा आपके</w:t>
      </w:r>
    </w:p>
    <w:p>
      <w:r>
        <w:rPr>
          <w:b/>
        </w:rPr>
        <w:t xml:space="preserve">[00:58] </w:t>
      </w:r>
      <w:r>
        <w:t>paas, us par zakat hai.</w:t>
      </w:r>
    </w:p>
    <w:p>
      <w:pPr>
        <w:jc w:val="right"/>
      </w:pPr>
      <w:r>
        <w:t>पास, उस पर ज़कात है।</w:t>
      </w:r>
    </w:p>
    <w:p>
      <w:r>
        <w:rPr>
          <w:b/>
        </w:rPr>
        <w:t xml:space="preserve">[01:02] </w:t>
      </w:r>
      <w:r>
        <w:t>jewelry par bhi zakat hai, land par zakat nahin hai.</w:t>
      </w:r>
    </w:p>
    <w:p>
      <w:pPr>
        <w:jc w:val="right"/>
      </w:pPr>
      <w:r>
        <w:t>ज्वेलरी पर भी ज़कात है, लैंड पर ज़कात नहीं है।</w:t>
      </w:r>
    </w:p>
    <w:p>
      <w:r>
        <w:rPr>
          <w:b/>
        </w:rPr>
        <w:t xml:space="preserve">[01:05] </w:t>
      </w:r>
      <w:r>
        <w:t>land ki paidaawar par hai, yaani gehun-chawal jo aap paida karein, us par zakat hai.</w:t>
      </w:r>
    </w:p>
    <w:p>
      <w:pPr>
        <w:jc w:val="right"/>
      </w:pPr>
      <w:r>
        <w:t>लैंड की पैदावार पर है, यानी गेहूं-चावल जो आप पैदा करें, उस पर ज़कात है।</w:t>
      </w:r>
    </w:p>
    <w:p>
      <w:r>
        <w:rPr>
          <w:b/>
        </w:rPr>
        <w:t xml:space="preserve">[01:09] </w:t>
      </w:r>
      <w:r>
        <w:t>khud land par nahin zakat hai.</w:t>
      </w:r>
    </w:p>
    <w:p>
      <w:pPr>
        <w:jc w:val="right"/>
      </w:pPr>
      <w:r>
        <w:t>खुद लैंड पर नहीं ज़कात है।</w:t>
      </w:r>
    </w:p>
    <w:p>
      <w:r>
        <w:rPr>
          <w:b/>
        </w:rPr>
        <w:t xml:space="preserve">[01:11] </w:t>
      </w:r>
      <w:r>
        <w:t>property par bhi zakat nahin hai.</w:t>
      </w:r>
    </w:p>
    <w:p>
      <w:pPr>
        <w:jc w:val="right"/>
      </w:pPr>
      <w:r>
        <w:t>प्रॉपर्टी पर भी ज़कात नहीं है।</w:t>
      </w:r>
    </w:p>
    <w:p>
      <w:r>
        <w:rPr>
          <w:b/>
        </w:rPr>
        <w:t xml:space="preserve">[01:13] </w:t>
      </w:r>
      <w:r>
        <w:t>building aapke paas hai, to building par koi zakat nahin hai.</w:t>
      </w:r>
    </w:p>
    <w:p>
      <w:pPr>
        <w:jc w:val="right"/>
      </w:pPr>
      <w:r>
        <w:t>बिल्डिंग आपके पास है, तो बिल्डिंग पर कोई ज़कात नहीं है।</w:t>
      </w:r>
    </w:p>
    <w:p>
      <w:r>
        <w:rPr>
          <w:b/>
        </w:rPr>
        <w:t xml:space="preserve">[01:17] </w:t>
      </w:r>
      <w:r>
        <w:t>suno, shadi ka zevar hai, to us par zakat hai.</w:t>
      </w:r>
    </w:p>
    <w:p>
      <w:pPr>
        <w:jc w:val="right"/>
      </w:pPr>
      <w:r>
        <w:t>सुनो, शादी का जेवर है, तो उस पर ज़कात है।</w:t>
      </w:r>
    </w:p>
    <w:p>
      <w:r>
        <w:rPr>
          <w:b/>
        </w:rPr>
        <w:t xml:space="preserve">[01:21] </w:t>
      </w:r>
      <w:r>
        <w:t>to yeh is mein haula-nahool ka usool rahega ke poore saal aap kama rahe hain, kharch kar rahe hain,</w:t>
      </w:r>
    </w:p>
    <w:p>
      <w:pPr>
        <w:jc w:val="right"/>
      </w:pPr>
      <w:r>
        <w:t>तो यह इसमें हौला-नहौल का اصول रहेगा कि पूरे साल आप कमा रहे हैं, खर्च कर रहे हैं,</w:t>
      </w:r>
    </w:p>
    <w:p>
      <w:r>
        <w:rPr>
          <w:b/>
        </w:rPr>
        <w:t xml:space="preserve">[01:28] </w:t>
      </w:r>
      <w:r>
        <w:t>aakhir mein jo aapke paas rahi rakam, us par zakat hai. yeh hai usool.</w:t>
      </w:r>
    </w:p>
    <w:p>
      <w:pPr>
        <w:jc w:val="right"/>
      </w:pPr>
      <w:r>
        <w:t>आखिर में जो आपके पास रही रकम, उस पर ज़कात है। यह है اصول।</w:t>
      </w:r>
    </w:p>
    <w:p>
      <w:r>
        <w:rPr>
          <w:b/>
        </w:rPr>
        <w:t xml:space="preserve">[01:38] </w:t>
      </w:r>
      <w:r>
        <w:t>this question is from maulana zakwan: what is your opinion on lal masjid episode?</w:t>
      </w:r>
    </w:p>
    <w:p>
      <w:pPr>
        <w:jc w:val="right"/>
      </w:pPr>
      <w:r>
        <w:t>दिस क्वेश्चन इज़ फ्रॉम मौलाना ज़कवान: व्हाट इज़ योर ओपिनियन ऑन लाल मस्जिद एपिसोड?</w:t>
      </w:r>
    </w:p>
    <w:p>
      <w:r>
        <w:rPr>
          <w:b/>
        </w:rPr>
        <w:t xml:space="preserve">[01:50] </w:t>
      </w:r>
      <w:r>
        <w:t>lal masjid ka jo waqia hai, wo mere dik bilkul islam ke khilaf tha.</w:t>
      </w:r>
    </w:p>
    <w:p>
      <w:pPr>
        <w:jc w:val="right"/>
      </w:pPr>
      <w:r>
        <w:t>लाल मस्जिद का जो वाकया है, वो मेरे दिख बिल्कुल इस्लाम के खिलाफ था।</w:t>
      </w:r>
    </w:p>
    <w:p>
      <w:r>
        <w:rPr>
          <w:b/>
        </w:rPr>
        <w:t xml:space="preserve">[01:57] </w:t>
      </w:r>
      <w:r>
        <w:t>iski ek parallel misaal humko milti hai rasoolullah ke zamane mein, jise kehte hain masjid-e-zarar.</w:t>
      </w:r>
    </w:p>
    <w:p>
      <w:pPr>
        <w:jc w:val="right"/>
      </w:pPr>
      <w:r>
        <w:t>इसकी एक पैरेलल मिसाल हमको मिलती है रसूलल्लाह के जमाने में, जिसे कहते हैं मस्जिद-ए-ज़रार।</w:t>
      </w:r>
    </w:p>
    <w:p>
      <w:r>
        <w:rPr>
          <w:b/>
        </w:rPr>
        <w:t xml:space="preserve">[02:08] </w:t>
      </w:r>
      <w:r>
        <w:t>quran mein uska zikr hai ki rasoolullah ke zamane mein kuch log jo andar-andar aapke khilaf the, toh unhone ek masjid banayi. madine ke paas jagah thi, qaba, wahan par banayi. toh wahan tha ki wahan baithkar ye log aapke khilaf saazish karein, aapke khilaf scheme banayein. toh masjid jo hai, jo ibadat khana hoti hai,</w:t>
      </w:r>
    </w:p>
    <w:p>
      <w:pPr>
        <w:jc w:val="right"/>
      </w:pPr>
      <w:r>
        <w:t>قرآन में उसका जिक्र है कि रसूलल्लाह के जमाने में कुछ लोग जो अंदर-अंदर आपके खिलाफ थे, तो उन्होंने एक मस्जिद बनाई। मदीने के पास जगह थी, कबा, वहां पर बनाई। तो वहां था कि वहां बैठकर ये लोग आपके खिलाफ साजिश करें, आपके खिलाफ स्कीम बनाएं। तो मस्जिद जो है, जो इबादत खाना होती है,</w:t>
      </w:r>
    </w:p>
    <w:p>
      <w:r>
        <w:rPr>
          <w:b/>
        </w:rPr>
        <w:t xml:space="preserve">[02:35] </w:t>
      </w:r>
      <w:r>
        <w:t>toh wahan par log samajhte hain ki safe heaven, kyunki log samajhte hain ki bhai, ye toh ibadat ki jagah hai, yahan par kya hoga. toh usko aap cover banate hain,</w:t>
      </w:r>
    </w:p>
    <w:p>
      <w:pPr>
        <w:jc w:val="right"/>
      </w:pPr>
      <w:r>
        <w:t>तो वहां पर लोग समझते हैं कि सेफ हेवन, क्योंकि लोग समझते हैं कि भाई, ये तो इबादत की जगह है, यहां पर क्या होगा। तो उसको आप कवर बनाते हैं,</w:t>
      </w:r>
    </w:p>
    <w:p>
      <w:r>
        <w:rPr>
          <w:b/>
        </w:rPr>
        <w:t xml:space="preserve">[02:50] </w:t>
      </w:r>
      <w:r>
        <w:t>masjid cover bana kar ke, uske andar aap negative activities chalate hain.</w:t>
      </w:r>
    </w:p>
    <w:p>
      <w:pPr>
        <w:jc w:val="right"/>
      </w:pPr>
      <w:r>
        <w:t>मस्जिद कवर बना कर के, उसके अंदर आप नेगेटिव एक्टिविटीज चलाते हैं।</w:t>
      </w:r>
    </w:p>
    <w:p>
      <w:r>
        <w:rPr>
          <w:b/>
        </w:rPr>
        <w:t xml:space="preserve">[02:55] </w:t>
      </w:r>
      <w:r>
        <w:t>main samajhta hoon ke islam mein bilkul iski jagah nahin hai, bilkul galat hai.</w:t>
      </w:r>
    </w:p>
    <w:p>
      <w:pPr>
        <w:jc w:val="right"/>
      </w:pPr>
      <w:r>
        <w:t>मैं समझता हूं कि इस्लाम में बिल्कुल इसकी जगह नहीं है, बिल्कुल गलत है।</w:t>
      </w:r>
    </w:p>
    <w:p>
      <w:r>
        <w:rPr>
          <w:b/>
        </w:rPr>
        <w:t xml:space="preserve">[02:59] </w:t>
      </w:r>
      <w:r>
        <w:t>kyunki aaj rasoolullah ne us masjid ko dhha diya aur jala diya, masjid-e-zarar ko.</w:t>
      </w:r>
    </w:p>
    <w:p>
      <w:pPr>
        <w:jc w:val="right"/>
      </w:pPr>
      <w:r>
        <w:t>क्योंकि आज रसूलल्लाह ने उस मस्जिद कोढा दिया और जला दिया, मस्जिद-ए-ज़रार को।</w:t>
      </w:r>
    </w:p>
    <w:p>
      <w:r>
        <w:rPr>
          <w:b/>
        </w:rPr>
        <w:t xml:space="preserve">[03:05] </w:t>
      </w:r>
      <w:r>
        <w:t>rasoolullah ke zamane mein jin logon ne aapke khilaf</w:t>
      </w:r>
    </w:p>
    <w:p>
      <w:pPr>
        <w:jc w:val="right"/>
      </w:pPr>
      <w:r>
        <w:t>रसूलल्लाह के जमाने में जिन लोगों ने आपके खिलाफ</w:t>
      </w:r>
    </w:p>
    <w:p>
      <w:r>
        <w:rPr>
          <w:b/>
        </w:rPr>
        <w:t xml:space="preserve">[03:10] </w:t>
      </w:r>
      <w:r>
        <w:t>activities ke liye ek masjid banakar usko center banaya tha, to aapne usko dhha diya aur usko jala diya</w:t>
      </w:r>
    </w:p>
    <w:p>
      <w:pPr>
        <w:jc w:val="right"/>
      </w:pPr>
      <w:r>
        <w:t>एक्टिविटीज के लिए एक मस्जिद बनाकर उसको सेंटर बनाया था, तो आपने उसकोढा दिया और उसको जला दिया</w:t>
      </w:r>
    </w:p>
    <w:p>
      <w:r>
        <w:rPr>
          <w:b/>
        </w:rPr>
        <w:t xml:space="preserve">[03:16] </w:t>
      </w:r>
      <w:r>
        <w:t>aur khatm kar diya.</w:t>
      </w:r>
    </w:p>
    <w:p>
      <w:pPr>
        <w:jc w:val="right"/>
      </w:pPr>
      <w:r>
        <w:t>और खत्म कर दिया।</w:t>
      </w:r>
    </w:p>
    <w:p>
      <w:r>
        <w:rPr>
          <w:b/>
        </w:rPr>
        <w:t xml:space="preserve">[03:16] </w:t>
      </w:r>
      <w:r>
        <w:t>usko to political activities ke liye masjid ko istemal karna, main bilkul isko najayaz samajhta hoon.</w:t>
      </w:r>
    </w:p>
    <w:p>
      <w:pPr>
        <w:jc w:val="right"/>
      </w:pPr>
      <w:r>
        <w:t>उसको तो पॉलिटिकल एक्टिविटीज के लिए मस्जिद को इस्तेमाल करना, मैं बिल्कुल इसको नाजायज समझता हूं।</w:t>
      </w:r>
    </w:p>
    <w:p>
      <w:r>
        <w:rPr>
          <w:b/>
        </w:rPr>
        <w:t xml:space="preserve">[03:25] </w:t>
      </w:r>
      <w:r>
        <w:t>to lal masjid jo hai, woh dhhai to nahin jayegi, lekin un sab logon ko usmein nikal dena chahiye</w:t>
      </w:r>
    </w:p>
    <w:p>
      <w:pPr>
        <w:jc w:val="right"/>
      </w:pPr>
      <w:r>
        <w:t>तो लाल मस्जिद जो है, वोढाई तो नहीं जाएगी, लेकिन उन सब लोगों को उसमें निकाल देना चाहिए</w:t>
      </w:r>
    </w:p>
    <w:p>
      <w:r>
        <w:rPr>
          <w:b/>
        </w:rPr>
        <w:t xml:space="preserve">[03:31] </w:t>
      </w:r>
      <w:r>
        <w:t>jo wahan par yeh sab kaam kar rahe the.</w:t>
      </w:r>
    </w:p>
    <w:p>
      <w:pPr>
        <w:jc w:val="right"/>
      </w:pPr>
      <w:r>
        <w:t>जो वहां पर ये सब काम कर रहे थे।</w:t>
      </w:r>
    </w:p>
    <w:p>
      <w:r>
        <w:rPr>
          <w:b/>
        </w:rPr>
        <w:t xml:space="preserve">[03:34] </w:t>
      </w:r>
      <w:r>
        <w:t>aur masjid ko poore</w:t>
      </w:r>
    </w:p>
    <w:p>
      <w:pPr>
        <w:jc w:val="right"/>
      </w:pPr>
      <w:r>
        <w:t>और मस्जिद को पूरे</w:t>
      </w:r>
    </w:p>
    <w:p>
      <w:r>
        <w:rPr>
          <w:b/>
        </w:rPr>
        <w:t xml:space="preserve">[03:35] </w:t>
      </w:r>
      <w:r>
        <w:t>maamle mein sirf namaz ke liye khaas kar dena chahiye. aur lal masjid hi ki baat nahi hai, jitni masjidein idhar-udhar aise kaam ho rahe hain ki masjidon mein political activities, kashmir mein hota hai ki masjid mein political activities. toh arab world mein toh ye isko khatm kar diya unhone. jo arab mein, kyunki aap jante hain ki wahan dictatorship hai,</w:t>
      </w:r>
    </w:p>
    <w:p>
      <w:pPr>
        <w:jc w:val="right"/>
      </w:pPr>
      <w:r>
        <w:t>मामले में सिर्फ नमाज के लिए खास कर देना चाहिए। और लाल मस्जिद ही की बात नहीं है, जितनी मस्जिदें इधर-उधर ऐसे काम हो रहे हैं कि मस्जिदों में पॉलिटिकल एक्टिविटीज, कश्मीर में होता है कि मस्जिद में पॉलिटिकल एक्टिविटीज। तो अरब वर्ल्ड में तो ये इसको खत्म कर दिया उन्होंने। जो अरब में, क्योंकि आप जानते हैं कि वहां डिक्टेटरशिप है,</w:t>
      </w:r>
    </w:p>
    <w:p>
      <w:r>
        <w:rPr>
          <w:b/>
        </w:rPr>
        <w:t xml:space="preserve">[04:01] </w:t>
      </w:r>
      <w:r>
        <w:t>toh wahan toh yeh hai ki masjid ke andar sirf namaz hai, bas namaz khatm hui, ghar jaiye. wahan baithkar aap quran bhi nahi padh sakte. jalsa karna hai toh koi baat hi nahi. wahan par yeh hua hai, dekhiye, 1979 mein. 1979 mein ek hua tha qissa,</w:t>
      </w:r>
    </w:p>
    <w:p>
      <w:pPr>
        <w:jc w:val="right"/>
      </w:pPr>
      <w:r>
        <w:t>तो वहां तो यह है कि मस्जिद के अंदर सिर्फ नमाज है, बस नमाज खत्म हुई, घर जाइए। वहां बैठकर आप कुरान भी नहीं पढ़ सकते। जलसा करना है तो कोई बात ही नहीं। वहां पर यह हुआ है, देखिए, 1979 में। 1979 में एक हुआ था किस्सा,</w:t>
      </w:r>
    </w:p>
    <w:p>
      <w:r>
        <w:rPr>
          <w:b/>
        </w:rPr>
        <w:t xml:space="preserve">[04:24] </w:t>
      </w:r>
      <w:r>
        <w:t>makkah jo haram hai, makkah jo badi masjid hai, uske basement bahut bada hai.</w:t>
      </w:r>
    </w:p>
    <w:p>
      <w:pPr>
        <w:jc w:val="right"/>
      </w:pPr>
      <w:r>
        <w:t>मक्का जो हरम है, मक्का जो बड़ी मस्जिद है, उसके बेसमेंट बहुत बड़ा है।</w:t>
      </w:r>
    </w:p>
    <w:p>
      <w:r>
        <w:rPr>
          <w:b/>
        </w:rPr>
        <w:t xml:space="preserve">[04:29] </w:t>
      </w:r>
      <w:r>
        <w:t>usmein basement hai, to kuch log jo hain, basement mein hathiyar</w:t>
      </w:r>
    </w:p>
    <w:p>
      <w:pPr>
        <w:jc w:val="right"/>
      </w:pPr>
      <w:r>
        <w:t>उसमें बेसमेंट है, तो कुछ लोग जो हैं, बेसमेंट में हथियार</w:t>
      </w:r>
    </w:p>
    <w:p>
      <w:r>
        <w:rPr>
          <w:b/>
        </w:rPr>
        <w:t xml:space="preserve">[04:34] </w:t>
      </w:r>
      <w:r>
        <w:t>laye. hathiyar laye, yani wahan par</w:t>
      </w:r>
    </w:p>
    <w:p>
      <w:pPr>
        <w:jc w:val="right"/>
      </w:pPr>
      <w:r>
        <w:t>लाए। हथियार लाए, यानी वहां पर</w:t>
      </w:r>
    </w:p>
    <w:p>
      <w:r>
        <w:rPr>
          <w:b/>
        </w:rPr>
        <w:t xml:space="preserve">[04:41] </w:t>
      </w:r>
      <w:r>
        <w:t>murda aata hai, janaza ke namaz padhne ke liye.</w:t>
      </w:r>
    </w:p>
    <w:p>
      <w:pPr>
        <w:jc w:val="right"/>
      </w:pPr>
      <w:r>
        <w:t>मुर्दा आता है, जनाजा के नमाज पढ़ने के लिए।</w:t>
      </w:r>
    </w:p>
    <w:p>
      <w:r>
        <w:rPr>
          <w:b/>
        </w:rPr>
        <w:t xml:space="preserve">[04:44] </w:t>
      </w:r>
      <w:r>
        <w:t>to khas tarah ki ek charpai hoti hai, to woh murde ki shakal mein unhone banaya.</w:t>
      </w:r>
    </w:p>
    <w:p>
      <w:pPr>
        <w:jc w:val="right"/>
      </w:pPr>
      <w:r>
        <w:t>तो खास तरह की एक चारपाई होती है, तो वो मुर्दे की शक्ल में उन्होंने बनाया।</w:t>
      </w:r>
    </w:p>
    <w:p>
      <w:r>
        <w:rPr>
          <w:b/>
        </w:rPr>
        <w:t xml:space="preserve">[04:50] </w:t>
      </w:r>
      <w:r>
        <w:t>usmein hathiyar log samajhte samajhte the ki janaza ja raha hai, usmein hathiyar hote the.</w:t>
      </w:r>
    </w:p>
    <w:p>
      <w:pPr>
        <w:jc w:val="right"/>
      </w:pPr>
      <w:r>
        <w:t>उसमें हथियार लोग समझते समझते थे कि जनाजा जा रहा है, उसमें हथियार होते थे।</w:t>
      </w:r>
    </w:p>
    <w:p>
      <w:r>
        <w:rPr>
          <w:b/>
        </w:rPr>
        <w:t xml:space="preserve">[04:55] </w:t>
      </w:r>
      <w:r>
        <w:t>is tarah se unhone haram ke basement mein hathiyar ikattha kar liye</w:t>
      </w:r>
    </w:p>
    <w:p>
      <w:pPr>
        <w:jc w:val="right"/>
      </w:pPr>
      <w:r>
        <w:t>इस तरह से उन्होंने हरम के बेसमेंट में हथियार इकट्ठा कर लिए</w:t>
      </w:r>
    </w:p>
    <w:p>
      <w:r>
        <w:rPr>
          <w:b/>
        </w:rPr>
        <w:t xml:space="preserve">[05:01] </w:t>
      </w:r>
      <w:r>
        <w:t>aur hukoomat ke khilaf, phir is wahan ki jo government hai, uske khilaf activities ke liye woh center</w:t>
      </w:r>
    </w:p>
    <w:p>
      <w:pPr>
        <w:jc w:val="right"/>
      </w:pPr>
      <w:r>
        <w:t>और हुकूमत के खिलाफ, फिर इस वहां की जो गवर्नमेंट है, उसके खिलाफ एक्टिविटीज के लिए वो सेंटर</w:t>
      </w:r>
    </w:p>
    <w:p>
      <w:r>
        <w:rPr>
          <w:b/>
        </w:rPr>
        <w:t xml:space="preserve">[05:06] </w:t>
      </w:r>
      <w:r>
        <w:t>banana chahte the.</w:t>
      </w:r>
    </w:p>
    <w:p>
      <w:pPr>
        <w:jc w:val="right"/>
      </w:pPr>
      <w:r>
        <w:t>बनाना चाहते थे।</w:t>
      </w:r>
    </w:p>
    <w:p>
      <w:r>
        <w:rPr>
          <w:b/>
        </w:rPr>
        <w:t xml:space="preserve">[05:07] </w:t>
      </w:r>
      <w:r>
        <w:t>wahan par to</w:t>
      </w:r>
    </w:p>
    <w:p>
      <w:pPr>
        <w:jc w:val="right"/>
      </w:pPr>
      <w:r>
        <w:t>वहां पर तो</w:t>
      </w:r>
    </w:p>
    <w:p>
      <w:r>
        <w:rPr>
          <w:b/>
        </w:rPr>
        <w:t xml:space="preserve">[05:10] </w:t>
      </w:r>
      <w:r>
        <w:t>jab government ko pata chala, to maine dekha hai wahan par.</w:t>
      </w:r>
    </w:p>
    <w:p>
      <w:pPr>
        <w:jc w:val="right"/>
      </w:pPr>
      <w:r>
        <w:t>जब गवर्नमेंट को पता चला, तो मैंने देखा है वहां पर।</w:t>
      </w:r>
    </w:p>
    <w:p>
      <w:r>
        <w:rPr>
          <w:b/>
        </w:rPr>
        <w:t xml:space="preserve">[05:13] </w:t>
      </w:r>
      <w:r>
        <w:t>jab main gaya tha, to uske baad woh wahan par goliyon ke nishana the har jagah.</w:t>
      </w:r>
    </w:p>
    <w:p>
      <w:pPr>
        <w:jc w:val="right"/>
      </w:pPr>
      <w:r>
        <w:t>जब मैं गया था, तो उसके बाद वो वहां पर गोलियों के निशाना थे हर जगह।</w:t>
      </w:r>
    </w:p>
    <w:p>
      <w:r>
        <w:rPr>
          <w:b/>
        </w:rPr>
        <w:t xml:space="preserve">[05:19] </w:t>
      </w:r>
      <w:r>
        <w:t>government ne sabko bhun dala, ek-ek aadmi ko maar dala, khatm kar diya.</w:t>
      </w:r>
    </w:p>
    <w:p>
      <w:pPr>
        <w:jc w:val="right"/>
      </w:pPr>
      <w:r>
        <w:t>गवर्नमेंट ने सबको भून डाला, एक-एक आदमी को मार डाला, खत्म कर दिया।</w:t>
      </w:r>
    </w:p>
    <w:p>
      <w:r>
        <w:rPr>
          <w:b/>
        </w:rPr>
        <w:t xml:space="preserve">[05:22] </w:t>
      </w:r>
      <w:r>
        <w:t>usko maine dekha sahi kiya.</w:t>
      </w:r>
    </w:p>
    <w:p>
      <w:pPr>
        <w:jc w:val="right"/>
      </w:pPr>
      <w:r>
        <w:t>उसको मैंने देखा सही किया।</w:t>
      </w:r>
    </w:p>
    <w:p>
      <w:r>
        <w:rPr>
          <w:b/>
        </w:rPr>
        <w:t xml:space="preserve">[05:25] </w:t>
      </w:r>
      <w:r>
        <w:t>aise log criminal hain, criminal jo masjid ko political activities ya militant activities activities ka adda banaye.</w:t>
      </w:r>
    </w:p>
    <w:p>
      <w:pPr>
        <w:jc w:val="right"/>
      </w:pPr>
      <w:r>
        <w:t>ऐसे लोग क्रिमिनल हैं, क्रिमिनल जो मस्जिद को पॉलिटिकल एक्टिविटीज या मिलिटेंट एक्टिविटीज एक्टिविटीज का अड्डा बनाए।</w:t>
      </w:r>
    </w:p>
    <w:p>
      <w:r>
        <w:rPr>
          <w:b/>
        </w:rPr>
        <w:t xml:space="preserve">[05:33] </w:t>
      </w:r>
      <w:r>
        <w:t>to Saudi Arab mein maine khud apni aankh se dekha hai ke wo jo log ikhatta hue the,</w:t>
      </w:r>
    </w:p>
    <w:p>
      <w:pPr>
        <w:jc w:val="right"/>
      </w:pPr>
      <w:r>
        <w:t>तो सऊदी अरब में मैंने खुद अपनी आंख से देखा है कि वो जो लोग इकट्ठा हुए थे,</w:t>
      </w:r>
    </w:p>
    <w:p>
      <w:r>
        <w:rPr>
          <w:b/>
        </w:rPr>
        <w:t xml:space="preserve">[05:37] </w:t>
      </w:r>
      <w:r>
        <w:t>wahan sab ko marwa dala, khatam kar diya.</w:t>
      </w:r>
    </w:p>
    <w:p>
      <w:pPr>
        <w:jc w:val="right"/>
      </w:pPr>
      <w:r>
        <w:t>वहां सबको मरवा डाला, खत्म कर दिया।</w:t>
      </w:r>
    </w:p>
    <w:p>
      <w:r>
        <w:rPr>
          <w:b/>
        </w:rPr>
        <w:t xml:space="preserve">[05:41] </w:t>
      </w:r>
      <w:r>
        <w:t>uske baad kya hua ke poore Arab countries mein yeh hua ke unhon ne keh diya ke masjid mein</w:t>
      </w:r>
    </w:p>
    <w:p>
      <w:pPr>
        <w:jc w:val="right"/>
      </w:pPr>
      <w:r>
        <w:t>उसके बाद क्या हुआ कि पूरे अरब कंट्रीज में यह हुआ कि उन्होंने कह दिया कि मस्जिद में</w:t>
      </w:r>
    </w:p>
    <w:p>
      <w:r>
        <w:rPr>
          <w:b/>
        </w:rPr>
        <w:t xml:space="preserve">[05:46] </w:t>
      </w:r>
      <w:r>
        <w:t>sirf namaz padhi jayegi aur kuch nahi hoga.</w:t>
      </w:r>
    </w:p>
    <w:p>
      <w:pPr>
        <w:jc w:val="right"/>
      </w:pPr>
      <w:r>
        <w:t>सिर्फ नमाज पढ़ी जाएगी और कुछ नहीं होगा।</w:t>
      </w:r>
    </w:p>
    <w:p>
      <w:r>
        <w:rPr>
          <w:b/>
        </w:rPr>
        <w:t xml:space="preserve">[05:49] </w:t>
      </w:r>
      <w:r>
        <w:t>kyunki aaj aap masjid mein aa jayen, koi jalsa hai, hathiyar ki to baat hi nahi hoti,</w:t>
      </w:r>
    </w:p>
    <w:p>
      <w:pPr>
        <w:jc w:val="right"/>
      </w:pPr>
      <w:r>
        <w:t>क्योंकि आज आप मस्जिद में आ जाएं, कोई जलसा है, हथियार की तो बात ही नहीं होती,</w:t>
      </w:r>
    </w:p>
    <w:p>
      <w:r>
        <w:rPr>
          <w:b/>
        </w:rPr>
        <w:t xml:space="preserve">[05:54] </w:t>
      </w:r>
      <w:r>
        <w:t>koi doosri cheez bhi nahi. namaz padhiye, ghar jaiye. main samajhta hoon yahi hona chahiye pakistan mein, yeh hona chahiye india mein, har jagah, yeh hona chahiye kashmir mein ki masjid ko siway ibadat ke aur kisi aur kaam ke istemal karne ki ijazat, ijazat na ho. aise logon ko pakadkar jail mein band kar diya jaye. masjid jo hai, hadith mein aata hai ki al masajid batul mutaqeen,</w:t>
      </w:r>
    </w:p>
    <w:p>
      <w:pPr>
        <w:jc w:val="right"/>
      </w:pPr>
      <w:r>
        <w:t>कोई दूसरी चीज भी नहीं। नमाज पढ़िए, घर जाइए। मैं समझता हूं यही होना चाहिए पाकिस्तान में, यह होना चाहिए इंडिया में, हर जगह, यह होना चाहिए कश्मीर में कि मस्जिद को सिवाय इबादत के और किसी और काम के इस्तेमाल करने की इजाजत, इजाजत ना हो। ऐसे लोगों को पकड़कर जेल में बंद कर दिया जाए। मस्जिद जो है, हदीस में आता है कि अल मसाजिद बतुल मुतकीन,</w:t>
      </w:r>
    </w:p>
    <w:p>
      <w:r>
        <w:rPr>
          <w:b/>
        </w:rPr>
        <w:t xml:space="preserve">[06:22] </w:t>
      </w:r>
      <w:r>
        <w:t>masjid taqwa ka center hai, taqwa ki training ka center hai. ab usmein political activities chalana, usmein hathiyar ikattha karna, yeh bila shubah mere dik bilkul najayaz hai. aise log mujrim hain jo masjid ke mahaul ko kharab karte hain. toh jo arab countries mein hua hai, wahi hona chahiye pakistan mein, wahi hona chahiye kashmir mein,</w:t>
      </w:r>
    </w:p>
    <w:p>
      <w:pPr>
        <w:jc w:val="right"/>
      </w:pPr>
      <w:r>
        <w:t>मस्जिद तकवा का सेंटर है, तकवा की ट्रेनिंग का सेंटर है। अब उसमें पॉलिटिकल एक्टिविटीज चलाना, उसमें हथियार इकट्ठा करना, यह बिला शुभ मेरे दिख बिल्कुल नाजायज है। ऐसे लोग मुजरिम हैं जो मस्जिद के माहौल को खराब करते हैं। तो जो अरब कंट्रीज में हुआ है, वही होना चाहिए पाकिस्तान में, वही होना चाहिए कश्मीर में,</w:t>
      </w:r>
    </w:p>
    <w:p>
      <w:r>
        <w:rPr>
          <w:b/>
        </w:rPr>
        <w:t xml:space="preserve">[06:48] </w:t>
      </w:r>
      <w:r>
        <w:t>wahi hona chahiye india mein. yeh hai meri rai.</w:t>
      </w:r>
    </w:p>
    <w:p>
      <w:pPr>
        <w:jc w:val="right"/>
      </w:pPr>
      <w:r>
        <w:t>वही होना चाहिए इंडिया में। यह है मेरी राय।</w:t>
      </w:r>
    </w:p>
    <w:p>
      <w:r>
        <w:rPr>
          <w:b/>
        </w:rPr>
        <w:t xml:space="preserve">[06:54] </w:t>
      </w:r>
      <w:r>
        <w:t>this question is from sadia: why has god always chosen a man as a prophet and not a woman?</w:t>
      </w:r>
    </w:p>
    <w:p>
      <w:pPr>
        <w:jc w:val="right"/>
      </w:pPr>
      <w:r>
        <w:t>दिस क्वेश्चन इज़ फ्रॉम सादिया: व्हाई हैज़ गॉड ऑलवेज चोजन अ मैन एज अ प्रोफेट एंड नॉट अ वुमन?</w:t>
      </w:r>
    </w:p>
    <w:p>
      <w:r>
        <w:rPr>
          <w:b/>
        </w:rPr>
        <w:t xml:space="preserve">[07:16] </w:t>
      </w:r>
      <w:r>
        <w:t>main main to yeh samajhta hoon ke</w:t>
      </w:r>
    </w:p>
    <w:p>
      <w:pPr>
        <w:jc w:val="right"/>
      </w:pPr>
      <w:r>
        <w:t>मैं मैं तो यह समझता हूं कि</w:t>
      </w:r>
    </w:p>
    <w:p>
      <w:r>
        <w:rPr>
          <w:b/>
        </w:rPr>
        <w:t xml:space="preserve">[07:19] </w:t>
      </w:r>
      <w:r>
        <w:t>aurat aur mard mein ek bahut bada difference hai.</w:t>
      </w:r>
    </w:p>
    <w:p>
      <w:pPr>
        <w:jc w:val="right"/>
      </w:pPr>
      <w:r>
        <w:t>औरत और मर्द में एक बहुत बड़ा डिफरेंस है।</w:t>
      </w:r>
    </w:p>
    <w:p>
      <w:r>
        <w:rPr>
          <w:b/>
        </w:rPr>
        <w:t xml:space="preserve">[07:23] </w:t>
      </w:r>
      <w:r>
        <w:t>wo yeh hai ke aurat emotional hoti hai</w:t>
      </w:r>
    </w:p>
    <w:p>
      <w:pPr>
        <w:jc w:val="right"/>
      </w:pPr>
      <w:r>
        <w:t>वो यह है कि औरत इमोशनल होती है</w:t>
      </w:r>
    </w:p>
    <w:p>
      <w:r>
        <w:rPr>
          <w:b/>
        </w:rPr>
        <w:t xml:space="preserve">[07:27] </w:t>
      </w:r>
      <w:r>
        <w:t>aur mard as compared to woman</w:t>
      </w:r>
    </w:p>
    <w:p>
      <w:pPr>
        <w:jc w:val="right"/>
      </w:pPr>
      <w:r>
        <w:t>और मर्द एज कंपेयर टू वुमन</w:t>
      </w:r>
    </w:p>
    <w:p>
      <w:r>
        <w:rPr>
          <w:b/>
        </w:rPr>
        <w:t xml:space="preserve">[07:31] </w:t>
      </w:r>
      <w:r>
        <w:t>rational way mein sochta hai.</w:t>
      </w:r>
    </w:p>
    <w:p>
      <w:pPr>
        <w:jc w:val="right"/>
      </w:pPr>
      <w:r>
        <w:t>रैशनल वे में सोचता है।</w:t>
      </w:r>
    </w:p>
    <w:p>
      <w:r>
        <w:rPr>
          <w:b/>
        </w:rPr>
        <w:t xml:space="preserve">[07:34] </w:t>
      </w:r>
      <w:r>
        <w:t>yeh ek aap har ghar mein dekh sakte hain.</w:t>
      </w:r>
    </w:p>
    <w:p>
      <w:pPr>
        <w:jc w:val="right"/>
      </w:pPr>
      <w:r>
        <w:t>यह एक आप हर घर में देख सकते हैं।</w:t>
      </w:r>
    </w:p>
    <w:p>
      <w:r>
        <w:rPr>
          <w:b/>
        </w:rPr>
        <w:t xml:space="preserve">[07:36] </w:t>
      </w:r>
      <w:r>
        <w:t>isko aurat mard ka jo difference jo hai, aap har ghar mein dekh sakte hain.</w:t>
      </w:r>
    </w:p>
    <w:p>
      <w:pPr>
        <w:jc w:val="right"/>
      </w:pPr>
      <w:r>
        <w:t>इसको औरत मर्द का जो डिफरेंस जो है, आप हर घर में देख सकते हैं।</w:t>
      </w:r>
    </w:p>
    <w:p>
      <w:r>
        <w:rPr>
          <w:b/>
        </w:rPr>
        <w:t xml:space="preserve">[07:42] </w:t>
      </w:r>
      <w:r>
        <w:t>to chuki prophethood ka jo kaam hai, bahut hi serious kaam hai,</w:t>
      </w:r>
    </w:p>
    <w:p>
      <w:pPr>
        <w:jc w:val="right"/>
      </w:pPr>
      <w:r>
        <w:t>तो चूंकि प्रॉफिट हुड का जो काम है, बहुत ही सीरियस काम है,</w:t>
      </w:r>
    </w:p>
    <w:p>
      <w:r>
        <w:rPr>
          <w:b/>
        </w:rPr>
        <w:t xml:space="preserve">[07:47] </w:t>
      </w:r>
      <w:r>
        <w:t>bahut hi zyada serious, usmein emotion ka koi kaam nahi hai. emotion ka koi usmein jagah nahi hai. bahut hi rational way mein kaam karna padta hai, bahut hi patience ke saath kaam karna padta hai.</w:t>
      </w:r>
    </w:p>
    <w:p>
      <w:pPr>
        <w:jc w:val="right"/>
      </w:pPr>
      <w:r>
        <w:t>बहुत ही ज्यादा सीरियस, उसमें इमोशन का कोई काम नहीं है। इमोशन का कोई उसमें जगह नहीं है। बहुत ही रैशनल वे में काम करना पड़ता है, बहुत ही पेशेंस के साथ काम करना पड़ता है।</w:t>
      </w:r>
    </w:p>
    <w:p>
      <w:r>
        <w:rPr>
          <w:b/>
        </w:rPr>
        <w:t xml:space="preserve">[08:05] </w:t>
      </w:r>
      <w:r>
        <w:t>toh main samajhta hoon ki aurat ki yeh jo sifat hai ki wo emotional hoti hai aur yeh jo studies hui hain america wagera mein, use establish ho chuka hai ki aurat emotional hoti hai.</w:t>
      </w:r>
    </w:p>
    <w:p>
      <w:pPr>
        <w:jc w:val="right"/>
      </w:pPr>
      <w:r>
        <w:t>तो मैं समझता हूं कि औरत की यह जो सिफत है कि वह इमोशनल होती है और यह जो स्टडीज हुई हैं अमेरिका वगैरह में, उसे एस्टेब्लिश हो चुका है कि औरत इमोशनल होती है।</w:t>
      </w:r>
    </w:p>
    <w:p>
      <w:r>
        <w:rPr>
          <w:b/>
        </w:rPr>
        <w:t xml:space="preserve">[08:20] </w:t>
      </w:r>
      <w:r>
        <w:t>america ka jo magazine hai, time, jo bahut hi duniya mein sabse zyada jo circulation jiska hai, wo time magazine ka hai, jo new york se nikalta hai, usne 20, 20 ladies ki ek wo banayi, ek team, 20 ladies, american ladies,</w:t>
      </w:r>
    </w:p>
    <w:p>
      <w:pPr>
        <w:jc w:val="right"/>
      </w:pPr>
      <w:r>
        <w:t>अमेरिका का जो मैगजीन है, टाइम, जो बहुत ही दुनिया में सबसे ज्यादा जो सर्कुलेशन जिसका है, वह टाइम मैगजीन का है, जो निवार से निकलता है, उसने 20, 20 लेडीज की एक वो बनाई, एक टीम, 20 लेडीज, अमेरिकन लेडीज,</w:t>
      </w:r>
    </w:p>
    <w:p>
      <w:r>
        <w:rPr>
          <w:b/>
        </w:rPr>
        <w:t xml:space="preserve">[08:40] </w:t>
      </w:r>
      <w:r>
        <w:t>ki survey karne ke liye isi isi topic par. toh wo parcha jo hai, uska maine chhapa tha apne usmein, uska translation chhapa tha. usmein unhone dikhaya tha ki biology, psychology aur jitne bhi latest sab, yaani discipline hain,</w:t>
      </w:r>
    </w:p>
    <w:p>
      <w:pPr>
        <w:jc w:val="right"/>
      </w:pPr>
      <w:r>
        <w:t>कि सर्वे करने के लिए इसी इसी टॉपिक पर। तो वो पर्चा जो है, उसका मैंने छापा था अपने उसमें, उसका ट्रांसलेशन छापा था। उसमें उन्होंने दिखाया था कि बायोलॉजी, साइकोलॉजी और जितने भी लेटेस्ट सब, यानी डिसिप्लिन हैं,</w:t>
      </w:r>
    </w:p>
    <w:p>
      <w:r>
        <w:rPr>
          <w:b/>
        </w:rPr>
        <w:t xml:space="preserve">[09:04] </w:t>
      </w:r>
      <w:r>
        <w:t>sabse yeh proof ho chuka hai ki aurat emotional hoti hai. toh prophet ko aisa bana sakta hai ki wo emotional ho, bhadak jaye.</w:t>
      </w:r>
    </w:p>
    <w:p>
      <w:pPr>
        <w:jc w:val="right"/>
      </w:pPr>
      <w:r>
        <w:t>सबसे यह प्रूफ हो चुका है कि औरत इमोशनल होती है। तो प्रॉफिट को ऐसा बना सकता है कि वो इमोशनल हो, भड़क जाए।</w:t>
      </w:r>
    </w:p>
    <w:p>
      <w:r>
        <w:rPr>
          <w:b/>
        </w:rPr>
        <w:t xml:space="preserve">[09:18] </w:t>
      </w:r>
      <w:r>
        <w:t>emotional hona koi buri baat nahi hai, koi disadvantage nahi hai aurat ka. aurat ka jo role hai, uske lihaz se uska emotional hona bahut zaruri hai.</w:t>
      </w:r>
    </w:p>
    <w:p>
      <w:pPr>
        <w:jc w:val="right"/>
      </w:pPr>
      <w:r>
        <w:t>इमोशनल होना कोई बुरी बात नहीं है, कोई डिसएडवांटेज नहीं है औरत का। औरत का जो रोल है, उसके लिहाज से उसका इमोशनल होना बहुत जरूरी है।</w:t>
      </w:r>
    </w:p>
    <w:p>
      <w:r>
        <w:rPr>
          <w:b/>
        </w:rPr>
        <w:t xml:space="preserve">[09:30] </w:t>
      </w:r>
      <w:r>
        <w:t>kyunki aurat aur mard ko yeh jo, yeh jo aajkal theory hai ki gender equality, ki jo kaam mard kare, wahi aurat kare, jo aurat kare, wahi mard kare, yeh bilkul bilkul hi stupid theory manta hoon main isko. gender equality ka jo concept hai,</w:t>
      </w:r>
    </w:p>
    <w:p>
      <w:pPr>
        <w:jc w:val="right"/>
      </w:pPr>
      <w:r>
        <w:t>क्योंकि औरत और मर्द को यह जो, यह जो आजकल थ्योरी है कि जेंडर इक्वलिटी, कि जो काम मर्द करे, वही औरत करे, जो औरत करे, वही मर्द करे, यह बिल्कुल बिल्कुल ही स्टिपिड थ्योरी मानता हूं मैं इसको। जेंडर इक्वलिटी का जो कांसेप्ट है,</w:t>
      </w:r>
    </w:p>
    <w:p>
      <w:r>
        <w:rPr>
          <w:b/>
        </w:rPr>
        <w:t xml:space="preserve">[09:48] </w:t>
      </w:r>
      <w:r>
        <w:t>agar aap lein usko respect ke sense mein, to equally respectable hai dono. yeh sahi hai ki wahi kaam jo aurat karti hai, wahi kaam mard bhi kare. yeh toh bilkul stupid baat hai. toh kuch kaam aise hote hain jahan emotions ki zarurat padti hai. kuch kaam aise hote hain wahan bahut zyada aadmi ko rational banna padta hai,</w:t>
      </w:r>
    </w:p>
    <w:p>
      <w:pPr>
        <w:jc w:val="right"/>
      </w:pPr>
      <w:r>
        <w:t>अगर आप लें उसको रिस्पेक्ट के सेंस में, तो इक्वली रिस्पेक्टेबल है दोनों। यह सही है कि वही काम जो औरत करती है, वही काम मर्द भी करे। यह तो बिल्कुल स्टिपिड बात है। तो कुछ काम ऐसे होते हैं जहां इमोशंस की जरूरत पड़ती है। कुछ काम ऐसे होते हैं वहां बहुत ज्यादा आदमी को रैशनल बनना पड़ता है,</w:t>
      </w:r>
    </w:p>
    <w:p>
      <w:r>
        <w:rPr>
          <w:b/>
        </w:rPr>
        <w:t xml:space="preserve">[10:14] </w:t>
      </w:r>
      <w:r>
        <w:t>bahut zyada rational. toh prophethood ka jo kaam hai, usmein emotional approach jo hai, bilkul wahan kaam nahi karega. wahan toh bahut zyada rational hona chahiye aadmi ko,</w:t>
      </w:r>
    </w:p>
    <w:p>
      <w:pPr>
        <w:jc w:val="right"/>
      </w:pPr>
      <w:r>
        <w:t>बहुत ज्यादा रैशनल। तो प्रॉफिट हुड का जो काम है, उसमें इमोशनल अप्रोच जो है, बिल्कुल वहां काम नहीं करेगा। वहां तो बहुत ज्यादा रैशनल होना चाहिए आदमी को,</w:t>
      </w:r>
    </w:p>
    <w:p>
      <w:r>
        <w:rPr>
          <w:b/>
        </w:rPr>
        <w:t xml:space="preserve">[10:28] </w:t>
      </w:r>
      <w:r>
        <w:t>bahut zyada rational. ki patthar mara gaya prophet ka, khoon beh raha hai aur woh kya keh rahe hain,</w:t>
      </w:r>
    </w:p>
    <w:p>
      <w:pPr>
        <w:jc w:val="right"/>
      </w:pPr>
      <w:r>
        <w:t>बहुत ज्यादा रैशनल। कि पत्थर मारा गया प्रॉफिट का, खून बह रहा है और वह क्या कह रहे हैं,</w:t>
      </w:r>
    </w:p>
    <w:p>
      <w:r>
        <w:rPr>
          <w:b/>
        </w:rPr>
        <w:t xml:space="preserve">[10:38] </w:t>
      </w:r>
      <w:r>
        <w:t>rabbe de qaumi fan la yalam, khudaya meri qaum ko rasta bata de. woh jante nahi hain, aurat yeh response nahi de sakti. aurat aise maukon par emotional response degi. toh poori life jo hoti hai prophet ki,</w:t>
      </w:r>
    </w:p>
    <w:p>
      <w:pPr>
        <w:jc w:val="right"/>
      </w:pPr>
      <w:r>
        <w:t>रब्बे दे कौमी फन ला यालम, खुदाया मेरी कौम को रास्ता बता दे। वह जानते नहीं हैं, औरत यह रिस्पांस नहीं दे सकती। औरत ऐसे मौकों पर इमोशनल रिस्पांस देगी। तो पूरी लाइफ जो होती है प्रॉफिट की,</w:t>
      </w:r>
    </w:p>
    <w:p>
      <w:r>
        <w:rPr>
          <w:b/>
        </w:rPr>
        <w:t xml:space="preserve">[11:01] </w:t>
      </w:r>
      <w:r>
        <w:t>woh bahut zyada, bahut zyada usmein strain hota hai, bahut zyada difficulties hoti hain, bahut hi zyada usmein apne aap ko discipline mein rakhna padta hai. mamooli kaam nahi hai ki guard ka represent banna.</w:t>
      </w:r>
    </w:p>
    <w:p>
      <w:pPr>
        <w:jc w:val="right"/>
      </w:pPr>
      <w:r>
        <w:t>वह बहुत ज्यादा, बहुत ज्यादा उसमें स्ट्रेन होता है, बहुत ज्यादा डिफिकल्टीज होती हैं, बहुत ही ज्यादा उसमें अपने आप को डिसिप्लिन में रखना पड़ता है। मामूली काम नहीं है कि गार्ड का रिप्रेजेंट बनना।</w:t>
      </w:r>
    </w:p>
    <w:p>
      <w:r>
        <w:rPr>
          <w:b/>
        </w:rPr>
        <w:t xml:space="preserve">[11:18] </w:t>
      </w:r>
      <w:r>
        <w:t>prophet kya hai? prophet jo hai, represent karta hai guard ko. toh aasan kaam hai.</w:t>
      </w:r>
    </w:p>
    <w:p>
      <w:pPr>
        <w:jc w:val="right"/>
      </w:pPr>
      <w:r>
        <w:t>प्रॉफिट क्या है? प्रॉफिट जो है, रिप्रेजेंट करता है गार्ड को। तो आसान काम है।</w:t>
      </w:r>
    </w:p>
    <w:p>
      <w:r>
        <w:rPr>
          <w:b/>
        </w:rPr>
        <w:t xml:space="preserve">[11:26] </w:t>
      </w:r>
      <w:r>
        <w:t>to jo patience chahiye, usmein</w:t>
      </w:r>
    </w:p>
    <w:p>
      <w:pPr>
        <w:jc w:val="right"/>
      </w:pPr>
      <w:r>
        <w:t>तो जो पेशेंस चाहिए, उसमें</w:t>
      </w:r>
    </w:p>
    <w:p>
      <w:r>
        <w:rPr>
          <w:b/>
        </w:rPr>
        <w:t xml:space="preserve">[11:29] </w:t>
      </w:r>
      <w:r>
        <w:t>fuz kama sabr la rasul, bahut zyada patience chahiye.</w:t>
      </w:r>
    </w:p>
    <w:p>
      <w:pPr>
        <w:jc w:val="right"/>
      </w:pPr>
      <w:r>
        <w:t>फज कमा सबर ल रसल, बहुत ज्यादा पेशेंस चाहिए।</w:t>
      </w:r>
    </w:p>
    <w:p>
      <w:r>
        <w:rPr>
          <w:b/>
        </w:rPr>
        <w:t xml:space="preserve">[11:35] </w:t>
      </w:r>
      <w:r>
        <w:t>wo aurat ke bas ki nahi hai.</w:t>
      </w:r>
    </w:p>
    <w:p>
      <w:pPr>
        <w:jc w:val="right"/>
      </w:pPr>
      <w:r>
        <w:t>वह औरत के बस की नहीं है।</w:t>
      </w:r>
    </w:p>
    <w:p>
      <w:r>
        <w:rPr>
          <w:b/>
        </w:rPr>
        <w:t xml:space="preserve">[11:38] </w:t>
      </w:r>
      <w:r>
        <w:t>isliye mard ko prophet banaya jata hai</w:t>
      </w:r>
    </w:p>
    <w:p>
      <w:pPr>
        <w:jc w:val="right"/>
      </w:pPr>
      <w:r>
        <w:t>इसलिए मर्द को प्रॉफिट बनाया जाता है</w:t>
      </w:r>
    </w:p>
    <w:p>
      <w:r>
        <w:rPr>
          <w:b/>
        </w:rPr>
        <w:t xml:space="preserve">[11:42] </w:t>
      </w:r>
      <w:r>
        <w:t>aur yeh aurat ke liye kami ki baat nahi hai.</w:t>
      </w:r>
    </w:p>
    <w:p>
      <w:pPr>
        <w:jc w:val="right"/>
      </w:pPr>
      <w:r>
        <w:t>और यह औरत के लिए कमी की बात नहीं है।</w:t>
      </w:r>
    </w:p>
    <w:p>
      <w:r>
        <w:rPr>
          <w:b/>
        </w:rPr>
        <w:t xml:space="preserve">[11:43] </w:t>
      </w:r>
      <w:r>
        <w:t>aurat doosre tabar se marzi mein acha kaam kar sakti hai.</w:t>
      </w:r>
    </w:p>
    <w:p>
      <w:pPr>
        <w:jc w:val="right"/>
      </w:pPr>
      <w:r>
        <w:t>औरत दूसरे तबार से मर्जी में अच्छा काम कर सकती है।</w:t>
      </w:r>
    </w:p>
    <w:p>
      <w:r>
        <w:rPr>
          <w:b/>
        </w:rPr>
        <w:t xml:space="preserve">[11:48] </w:t>
      </w:r>
      <w:r>
        <w:t>wo apni jagah par baat sahi hai.</w:t>
      </w:r>
    </w:p>
    <w:p>
      <w:pPr>
        <w:jc w:val="right"/>
      </w:pPr>
      <w:r>
        <w:t>वह अपनी जगह पर बात सही है।</w:t>
      </w:r>
    </w:p>
    <w:p>
      <w:r>
        <w:rPr>
          <w:b/>
        </w:rPr>
        <w:t xml:space="preserve">[12:01] </w:t>
      </w:r>
      <w:r>
        <w:t>this question is from doctor muslima: why is kaaba called masjidul haram?</w:t>
      </w:r>
    </w:p>
    <w:p>
      <w:pPr>
        <w:jc w:val="right"/>
      </w:pPr>
      <w:r>
        <w:t>दिस क्वेश्चन इज़ फ्रॉम डॉक्टर मुस्लिमा: व्हाई इज़ काबा कॉल्ड मस्जिदुल हराम?</w:t>
      </w:r>
    </w:p>
    <w:p>
      <w:r>
        <w:rPr>
          <w:b/>
        </w:rPr>
        <w:t xml:space="preserve">[12:12] </w:t>
      </w:r>
      <w:r>
        <w:t>masjidul haram</w:t>
      </w:r>
    </w:p>
    <w:p>
      <w:pPr>
        <w:jc w:val="right"/>
      </w:pPr>
      <w:r>
        <w:t>मस्जिदुल हराम</w:t>
      </w:r>
    </w:p>
    <w:p>
      <w:r>
        <w:rPr>
          <w:b/>
        </w:rPr>
        <w:t xml:space="preserve">[12:16] </w:t>
      </w:r>
      <w:r>
        <w:t>to haram isliye kaha jata hai, haram ke maane hote muhtaram,</w:t>
      </w:r>
    </w:p>
    <w:p>
      <w:pPr>
        <w:jc w:val="right"/>
      </w:pPr>
      <w:r>
        <w:t>तो हराम इसलिए कहा जाता है, हराम के माने होते मोहतरम,</w:t>
      </w:r>
    </w:p>
    <w:p>
      <w:r>
        <w:rPr>
          <w:b/>
        </w:rPr>
        <w:t xml:space="preserve">[12:22] </w:t>
      </w:r>
      <w:r>
        <w:t>haram ke maane unlawful nahi.</w:t>
      </w:r>
    </w:p>
    <w:p>
      <w:pPr>
        <w:jc w:val="right"/>
      </w:pPr>
      <w:r>
        <w:t>हराम के माने अनलाफुल नहीं।</w:t>
      </w:r>
    </w:p>
    <w:p>
      <w:r>
        <w:rPr>
          <w:b/>
        </w:rPr>
        <w:t xml:space="preserve">[12:26] </w:t>
      </w:r>
      <w:r>
        <w:t>haram ke maane jo unlawful ke hote, wo matlab nahi hai uska muhtaram.</w:t>
      </w:r>
    </w:p>
    <w:p>
      <w:pPr>
        <w:jc w:val="right"/>
      </w:pPr>
      <w:r>
        <w:t>हराम के माने जो अनलाफुल के होते, वह मतलब नहीं है उसका मोहतरम।</w:t>
      </w:r>
    </w:p>
    <w:p>
      <w:r>
        <w:rPr>
          <w:b/>
        </w:rPr>
        <w:t xml:space="preserve">[12:33] </w:t>
      </w:r>
      <w:r>
        <w:t>to wo bahut hi muhtaram jagah mani gayi hai, itni muhtaram ke wahan aap chunti ko bhi nahi</w:t>
      </w:r>
    </w:p>
    <w:p>
      <w:pPr>
        <w:jc w:val="right"/>
      </w:pPr>
      <w:r>
        <w:t>तो वह बहुत ही मोहतरम जगह मानी गई है, इतनी मोहतरम कि वहां आप चूटी को भी नहीं</w:t>
      </w:r>
    </w:p>
    <w:p>
      <w:r>
        <w:rPr>
          <w:b/>
        </w:rPr>
        <w:t xml:space="preserve">[12:38] </w:t>
      </w:r>
      <w:r>
        <w:t>maar sakte. choonti ko paon se masal kar maare to woh bhi wahan jaiz nahi hai.</w:t>
      </w:r>
    </w:p>
    <w:p>
      <w:pPr>
        <w:jc w:val="right"/>
      </w:pPr>
      <w:r>
        <w:t>मार सकते। चूटी को पांव से मसल कर मारे तो वह भी वहां जायज नहीं है।</w:t>
      </w:r>
    </w:p>
    <w:p>
      <w:r>
        <w:rPr>
          <w:b/>
        </w:rPr>
        <w:t xml:space="preserve">[12:44] </w:t>
      </w:r>
      <w:r>
        <w:t>chidiya ko pakad kar nahi maar sakte aap.</w:t>
      </w:r>
    </w:p>
    <w:p>
      <w:pPr>
        <w:jc w:val="right"/>
      </w:pPr>
      <w:r>
        <w:t>चिड़िया को पकड़ कर नहीं मार सकते आप।</w:t>
      </w:r>
    </w:p>
    <w:p>
      <w:r>
        <w:rPr>
          <w:b/>
        </w:rPr>
        <w:t xml:space="preserve">[12:47] </w:t>
      </w:r>
      <w:r>
        <w:t>to jaan maarna wahan bilkul hi jaiz nahi hai</w:t>
      </w:r>
    </w:p>
    <w:p>
      <w:pPr>
        <w:jc w:val="right"/>
      </w:pPr>
      <w:r>
        <w:t>तो जान मारना वहां बिल्कुल ही जायज नहीं है</w:t>
      </w:r>
    </w:p>
    <w:p>
      <w:r>
        <w:rPr>
          <w:b/>
        </w:rPr>
        <w:t xml:space="preserve">[12:53] </w:t>
      </w:r>
      <w:r>
        <w:t>aur jang jaiz nahi hai.</w:t>
      </w:r>
    </w:p>
    <w:p>
      <w:pPr>
        <w:jc w:val="right"/>
      </w:pPr>
      <w:r>
        <w:t>और जंग जायज नहीं है।</w:t>
      </w:r>
    </w:p>
    <w:p>
      <w:r>
        <w:rPr>
          <w:b/>
        </w:rPr>
        <w:t xml:space="preserve">[12:56] </w:t>
      </w:r>
      <w:r>
        <w:t>arab mein jab jang hoti thi, to haram jo aadmi ghus jaata tha</w:t>
      </w:r>
    </w:p>
    <w:p>
      <w:pPr>
        <w:jc w:val="right"/>
      </w:pPr>
      <w:r>
        <w:t>अरब में जब जंग होती थी, तो हराम जो आदमी घुस जाता था</w:t>
      </w:r>
    </w:p>
    <w:p>
      <w:r>
        <w:rPr>
          <w:b/>
        </w:rPr>
        <w:t xml:space="preserve">[13:01] </w:t>
      </w:r>
      <w:r>
        <w:t>andar, andar toh usko chhod dete the ki wahan hathiyar lekar nahi dakhil ho sakte aap. toh wahan par jaan ka ehtram aur principle ka ehtram itna zyada kiya jata hai,</w:t>
      </w:r>
    </w:p>
    <w:p>
      <w:pPr>
        <w:jc w:val="right"/>
      </w:pPr>
      <w:r>
        <w:t>अंदर, अंदर तो उसको छोड़ देते थे कि वहां हथियार लेकर नहीं दाखिल हो सकते आप। तो वहां पर जान का एहतराम और प्रिंसिपल का एहतराम इतना ज्यादा किया जाता है,</w:t>
      </w:r>
    </w:p>
    <w:p>
      <w:r>
        <w:rPr>
          <w:b/>
        </w:rPr>
        <w:t xml:space="preserve">[13:15] </w:t>
      </w:r>
      <w:r>
        <w:t>sabse zyada. isliye usko masjid haram kaha gaya.</w:t>
      </w:r>
    </w:p>
    <w:p>
      <w:pPr>
        <w:jc w:val="right"/>
      </w:pPr>
      <w:r>
        <w:t>सबसे ज्यादा। इसलिए उसको मस्जिद हराम कहा गया।</w:t>
      </w:r>
    </w:p>
    <w:p>
      <w:r>
        <w:rPr>
          <w:b/>
        </w:rPr>
        <w:t xml:space="preserve">[13:24] </w:t>
      </w:r>
      <w:r>
        <w:t>what is, what is the importance of the tarawih prayer? tarawih prayer,</w:t>
      </w:r>
    </w:p>
    <w:p>
      <w:pPr>
        <w:jc w:val="right"/>
      </w:pPr>
      <w:r>
        <w:t>व्हाट इज़, व्हाट इज़ द इंपॉर्टेंस ऑफ दी तरावीह प्रेयर? तरावीह प्रेयर,</w:t>
      </w:r>
    </w:p>
    <w:p>
      <w:r>
        <w:rPr>
          <w:b/>
        </w:rPr>
        <w:t xml:space="preserve">[13:34] </w:t>
      </w:r>
      <w:r>
        <w:t>toh haram isliye kaha jata hai, haram ke maane hote hain muhtaram, haram ke maane unlawful nahi. haram ke maane jo unlawful ke hote, woh matlab nahi hai uska muhtaram. toh woh bahut hi muhtaram jagah mani gayi hai, itni muhtaram ki wahan aap choonti ko bhi nahi maar sakte. choonti ko paon se masal kar maare toh woh bhi wahan jaiz nahi hai. chidiya ko pakad kar nahi maar sakte aap. toh jaan maarna wahan bilkul hi jaiz nahi hai aur jang jaiz nahi hai. arab mein jab jang hoti thi, toh haram jo aadmi ghus jata tha</w:t>
      </w:r>
    </w:p>
    <w:p>
      <w:pPr>
        <w:jc w:val="right"/>
      </w:pPr>
      <w:r>
        <w:t>देखिए, तरावीह का मतलब क्या है?</w:t>
      </w:r>
    </w:p>
    <w:p>
      <w:r>
        <w:rPr>
          <w:b/>
        </w:rPr>
        <w:t xml:space="preserve">[13:42] </w:t>
      </w:r>
      <w:r>
        <w:t>tarawih jo hai, na koi farz hai, na sunnat hai. yaad rakhiye, na farz hai, na sunnat hai.</w:t>
      </w:r>
    </w:p>
    <w:p>
      <w:pPr>
        <w:jc w:val="right"/>
      </w:pPr>
      <w:r>
        <w:t>तरावीह जो है, ना कोई फर्ज है, ना सुन्नत है। याद रखिए, ना फर्ज है, ना सुन्नत है।</w:t>
      </w:r>
    </w:p>
    <w:p>
      <w:r>
        <w:rPr>
          <w:b/>
        </w:rPr>
        <w:t xml:space="preserve">[13:54] </w:t>
      </w:r>
      <w:r>
        <w:t>taraveeh asal mein yeh hai ke tahajjud ki namaz</w:t>
      </w:r>
    </w:p>
    <w:p>
      <w:pPr>
        <w:jc w:val="right"/>
      </w:pPr>
      <w:r>
        <w:t>तरावीह असल में यह है कि तहज्जुद की नमाज</w:t>
      </w:r>
    </w:p>
    <w:p>
      <w:r>
        <w:rPr>
          <w:b/>
        </w:rPr>
        <w:t xml:space="preserve">[13:59] </w:t>
      </w:r>
      <w:r>
        <w:t>ko pehle padh liya jaana.</w:t>
      </w:r>
    </w:p>
    <w:p>
      <w:pPr>
        <w:jc w:val="right"/>
      </w:pPr>
      <w:r>
        <w:t>को पहले पढ़ लिया जाना।</w:t>
      </w:r>
    </w:p>
    <w:p>
      <w:r>
        <w:rPr>
          <w:b/>
        </w:rPr>
        <w:t xml:space="preserve">[14:03] </w:t>
      </w:r>
      <w:r>
        <w:t>yahi isi ka naam taraveeh hai.</w:t>
      </w:r>
    </w:p>
    <w:p>
      <w:pPr>
        <w:jc w:val="right"/>
      </w:pPr>
      <w:r>
        <w:t>यही इसी का नाम तरावीह है।</w:t>
      </w:r>
    </w:p>
    <w:p>
      <w:r>
        <w:rPr>
          <w:b/>
        </w:rPr>
        <w:t xml:space="preserve">[14:07] </w:t>
      </w:r>
      <w:r>
        <w:t>tahajjud ki namaz jo hai, usko</w:t>
      </w:r>
    </w:p>
    <w:p>
      <w:pPr>
        <w:jc w:val="right"/>
      </w:pPr>
      <w:r>
        <w:t>तहज्जुद की नमाज जो है, उसको</w:t>
      </w:r>
    </w:p>
    <w:p>
      <w:r>
        <w:rPr>
          <w:b/>
        </w:rPr>
        <w:t xml:space="preserve">[14:10] </w:t>
      </w:r>
      <w:r>
        <w:t>jamaat ki surat mein</w:t>
      </w:r>
    </w:p>
    <w:p>
      <w:pPr>
        <w:jc w:val="right"/>
      </w:pPr>
      <w:r>
        <w:t>जमात की सूरत में</w:t>
      </w:r>
    </w:p>
    <w:p>
      <w:r>
        <w:rPr>
          <w:b/>
        </w:rPr>
        <w:t xml:space="preserve">[14:13] </w:t>
      </w:r>
      <w:r>
        <w:t>isha ke saath milakar padhna, isi ka naam hai taraveeh.</w:t>
      </w:r>
    </w:p>
    <w:p>
      <w:pPr>
        <w:jc w:val="right"/>
      </w:pPr>
      <w:r>
        <w:t>इशा के साथ मिलाकर पढ़ना, इसी का नाम है तरावीह।</w:t>
      </w:r>
    </w:p>
    <w:p>
      <w:r>
        <w:rPr>
          <w:b/>
        </w:rPr>
        <w:t xml:space="preserve">[14:18] </w:t>
      </w:r>
      <w:r>
        <w:t>to uska khaas jo importance hai, woh yeh hai</w:t>
      </w:r>
    </w:p>
    <w:p>
      <w:pPr>
        <w:jc w:val="right"/>
      </w:pPr>
      <w:r>
        <w:t>तो उसका खास जो इंपॉर्टेंस है, वह यह है</w:t>
      </w:r>
    </w:p>
    <w:p>
      <w:r>
        <w:rPr>
          <w:b/>
        </w:rPr>
        <w:t xml:space="preserve">[14:22] </w:t>
      </w:r>
      <w:r>
        <w:t>ke ramzan ke mahine mein quran ki bahut zyada ahmiyat hai, kyunke quran jo hai, ramzan ke mahine</w:t>
      </w:r>
    </w:p>
    <w:p>
      <w:pPr>
        <w:jc w:val="right"/>
      </w:pPr>
      <w:r>
        <w:t>कि रमजान के महीने में कुरान की बहुत ज्यादा अहमियत है, क्योंकि कुरान जो है, रमजान के महीने</w:t>
      </w:r>
    </w:p>
    <w:p>
      <w:r>
        <w:rPr>
          <w:b/>
        </w:rPr>
        <w:t xml:space="preserve">[14:28] </w:t>
      </w:r>
      <w:r>
        <w:t>mein uska utarna shuru hua tha.</w:t>
      </w:r>
    </w:p>
    <w:p>
      <w:pPr>
        <w:jc w:val="right"/>
      </w:pPr>
      <w:r>
        <w:t>में उसका उतरना शुरू हुआ था।</w:t>
      </w:r>
    </w:p>
    <w:p>
      <w:r>
        <w:rPr>
          <w:b/>
        </w:rPr>
        <w:t xml:space="preserve">[14:31] </w:t>
      </w:r>
      <w:r>
        <w:t>to ramzan jo hai, quran ke mahine, ramzan jo hai, woh quran ke utarne ka mahina hai.</w:t>
      </w:r>
    </w:p>
    <w:p>
      <w:pPr>
        <w:jc w:val="right"/>
      </w:pPr>
      <w:r>
        <w:t>तो रमजान जो है, कुरान के महीने, रमजान जो है, वह कुरान के उतरने का महीना है।</w:t>
      </w:r>
    </w:p>
    <w:p>
      <w:r>
        <w:rPr>
          <w:b/>
        </w:rPr>
        <w:t xml:space="preserve">[14:38] </w:t>
      </w:r>
      <w:r>
        <w:t>shar ramzan lazz</w:t>
      </w:r>
    </w:p>
    <w:p>
      <w:pPr>
        <w:jc w:val="right"/>
      </w:pPr>
      <w:r>
        <w:t>शर रमजान लज</w:t>
      </w:r>
    </w:p>
    <w:p>
      <w:r>
        <w:rPr>
          <w:b/>
        </w:rPr>
        <w:t xml:space="preserve">[14:39] </w:t>
      </w:r>
      <w:r>
        <w:t>ul quran. isiliye ramzan mein quran ko bahut zyada padhna, yeh sawab bataya gaya hai. toh goya ki tarawih ka matlab yeh hai ki hum ramzan mein namaz ki surat mein poore quran ko khatam karein. yeh hai matlab uska. yaani ek hai ki aap baithkar tilawat karein,</w:t>
      </w:r>
    </w:p>
    <w:p>
      <w:pPr>
        <w:jc w:val="right"/>
      </w:pPr>
      <w:r>
        <w:t>उल कुरान। इसीलिए रमजान में कुरान को बहुत ज्यादा पढ़ना, यह सवाब बताया गया है। तो गोया कि तरावीह का मतलब यह है कि हम रमजान में नमाज की सूरत में पूरे कुरान को खत्म करें। यह है मतलब उसका। यानी एक है कि आप बैठकर तिलावत करें,</w:t>
      </w:r>
    </w:p>
    <w:p>
      <w:r>
        <w:rPr>
          <w:b/>
        </w:rPr>
        <w:t xml:space="preserve">[15:03] </w:t>
      </w:r>
      <w:r>
        <w:t>woh bhi ek cheez hai. ek hai ki aap khade hokar hath baandh karke khuda ki taraf mutawajjoh hokar ke imam padh raha hai, aap sun rahe hain. toh yeh quran ko sunna sachmuch tarawih naam hai quran ko sunne ka.</w:t>
      </w:r>
    </w:p>
    <w:p>
      <w:pPr>
        <w:jc w:val="right"/>
      </w:pPr>
      <w:r>
        <w:t>वह भी एक चीज है। एक है कि आप खड़े होकर हाथ बांध करके खुदा की तरफ मतवज्जो होकर के इमाम पढ़ रहा है, आप सुन रहे हैं। तो यह कुरान को सुनना सचमुच तरावीह नाम है कुरान को सुनने का।</w:t>
      </w:r>
    </w:p>
    <w:p>
      <w:r>
        <w:rPr>
          <w:b/>
        </w:rPr>
        <w:t xml:space="preserve">[15:22] </w:t>
      </w:r>
      <w:r>
        <w:t>ramzan mein khaas mahol mein, ibadat ke mahol mein, yeh ahmiyat hai tarawih ki.</w:t>
      </w:r>
    </w:p>
    <w:p>
      <w:pPr>
        <w:jc w:val="right"/>
      </w:pPr>
      <w:r>
        <w:t>रमजान में खास माहौल में, इबादत के माहौल में, यह अहमियत है तरावीह की।</w:t>
      </w:r>
    </w:p>
    <w:p>
      <w:r>
        <w:rPr>
          <w:b/>
        </w:rPr>
        <w:t xml:space="preserve">[15:31] </w:t>
      </w:r>
      <w:r>
        <w:t>is lihaz se woh bahut hi aham cheez hai. dekhiye, aham hona ek alag cheez hai, lekin aap yeh nahi keh sakte ki tarawih jo hai, jaise Isha ki namaz farz hai, jo tarawih farz hai, yeh aap nahi keh sakte. aham bahut zyada hai,</w:t>
      </w:r>
    </w:p>
    <w:p>
      <w:pPr>
        <w:jc w:val="right"/>
      </w:pPr>
      <w:r>
        <w:t>इस लिहाज से वह बहुत ही अहम चीज है। देखिए, अहम होना एक अलग चीज है, लेकिन आप यह नहीं कह सकते कि तरावीह जो है, जैसे इशा की नमाज फर्ज है, जो तरावीह फर्ज है, यह आप नहीं कह सकते। अहम बहुत ज्यादा है,</w:t>
      </w:r>
    </w:p>
    <w:p>
      <w:r>
        <w:rPr>
          <w:b/>
        </w:rPr>
        <w:t xml:space="preserve">[15:48] </w:t>
      </w:r>
      <w:r>
        <w:t>kyunki ramzan mein humko bahut zyada quran ko padhna hai. toh waise bhi alag se bhi tilawat karenge aap, lekin jab namaz ki shakal mein padhte hain, aap khade hokar ke hath baandh karke, toh uska asar bahut zyada badh jata hai. ibadat ki rooh ismein shamil ho jati hai. yeh matlab hai tarawih ka.</w:t>
      </w:r>
    </w:p>
    <w:p>
      <w:pPr>
        <w:jc w:val="right"/>
      </w:pPr>
      <w:r>
        <w:t>क्योंकि रमजान में हमको बहुत ज्यादा कुरान को पढ़ना है। तो वैसे भी अलग से भी तिलावत करेंगे आप, लेकिन जब नमाज की शक्ल में पढ़ते हैं, आप खड़े होकर के हाथ बांध करके, तो उसका असर बहुत ज्यादा बढ़ जाता है। इबादत की रूह इसमें शामिल हो जाती है। यह मतलब है तरावीह का।</w:t>
      </w:r>
    </w:p>
    <w:p>
      <w:r>
        <w:rPr>
          <w:b/>
        </w:rPr>
        <w:t xml:space="preserve">[16:09] </w:t>
      </w:r>
      <w:r>
        <w:t>maulana, why tarawih is not a sunnat?</w:t>
      </w:r>
    </w:p>
    <w:p>
      <w:pPr>
        <w:jc w:val="right"/>
      </w:pPr>
      <w:r>
        <w:t>मौलाना, व्हाई तरावीह इज़ नॉट अ सुन्नत?</w:t>
      </w:r>
    </w:p>
    <w:p>
      <w:r>
        <w:rPr>
          <w:b/>
        </w:rPr>
        <w:t xml:space="preserve">[16:15] </w:t>
      </w:r>
      <w:r>
        <w:t>sunnat yeh hai ki rasulullah sallallahu alaihi wasallam ne jo kaam kiya hai, woh sunnat hai. toh rasulullah ne toh kabhi tarawih padhi nahi thi.</w:t>
      </w:r>
    </w:p>
    <w:p>
      <w:pPr>
        <w:jc w:val="right"/>
      </w:pPr>
      <w:r>
        <w:t>सुन्नत यह है कि रसूलल्लाह सल्लल्लाहु अलैहि वसल्लम ने जो काम किया है, वह सुन्नत है। तो रसूलल्लाह ने तो कभी तरावीह पढ़ी नहीं थी।</w:t>
      </w:r>
    </w:p>
    <w:p>
      <w:r>
        <w:rPr>
          <w:b/>
        </w:rPr>
        <w:t xml:space="preserve">[16:26] </w:t>
      </w:r>
      <w:r>
        <w:t>rasoolullah sallallahu alaihi wasallam agar kisi kaam ko karen, to wo usko sunnat kaha jata hai. to tahajjud padhi aapne, tahajjud sunnat hai, taraweeh sunnat nahin hai. taraweeh to sach poochhe to hazrat umar ke zamane mein shuru hui thi. jab hazrat umar khalifa the,</w:t>
      </w:r>
    </w:p>
    <w:p>
      <w:pPr>
        <w:jc w:val="right"/>
      </w:pPr>
      <w:r>
        <w:t>रसूलल्लाह सल्लल्लाहु अलैहि वसल्लम अगर किसी काम को करें, तो वो उसको सुन्नत कहा जाता है। तो तहज्जुद पढ़ी आपने, तहज्जुद सुन्नत है, तरावीह सुन्नत नहीं है। तरावीह तो सच पूछे तो हजरत उमर के जमाने में शुरू हुई थी। जब हजरत उमर खलीफा थे,</w:t>
      </w:r>
    </w:p>
    <w:p>
      <w:r>
        <w:rPr>
          <w:b/>
        </w:rPr>
        <w:t xml:space="preserve">[16:46] </w:t>
      </w:r>
      <w:r>
        <w:t>kaha jata hai ki ek baar wo round le rahe the, masjid ke paas pahunche, to wahan par log taraweeh padh rahe the. to aapne poochha ki kya hai?</w:t>
      </w:r>
    </w:p>
    <w:p>
      <w:pPr>
        <w:jc w:val="right"/>
      </w:pPr>
      <w:r>
        <w:t>कहा जाता है कि एक बार वो राउंड ले रहे थे, मस्जिद के पास पहुंचे, तो वहां पर लोग तरावीह पढ़ रहे थे। तो आपने पूछा कि क्या है?</w:t>
      </w:r>
    </w:p>
    <w:p>
      <w:r>
        <w:rPr>
          <w:b/>
        </w:rPr>
        <w:t xml:space="preserve">[16:56] </w:t>
      </w:r>
      <w:r>
        <w:t>to bataya logon ne. to aapne farmaya ki namal bidaat haad, namal bidaat haad, kaisi achhi hai yeh bidaat. yaani ek nayi cheez hai, magar achhi cheez hai. yeh hai.</w:t>
      </w:r>
    </w:p>
    <w:p>
      <w:pPr>
        <w:jc w:val="right"/>
      </w:pPr>
      <w:r>
        <w:t>तो बताया लोगों ने। तो आपने फरमाया कि नमल बिदत हाद, नमल बिदत हाद, कैसी अच्छी है यह बिदत। यानी एक नई चीज है, मगर अच्छी चीज है। यह है।</w:t>
      </w:r>
    </w:p>
    <w:p>
      <w:r>
        <w:rPr>
          <w:b/>
        </w:rPr>
        <w:t xml:space="preserve">[17:18] </w:t>
      </w:r>
      <w:r>
        <w:t>this question is from anwar hussain: in this changing world, what is the political option before the muslims? what is the way for changing the political regime for muslims?</w:t>
      </w:r>
    </w:p>
    <w:p>
      <w:pPr>
        <w:jc w:val="right"/>
      </w:pPr>
      <w:r>
        <w:t>दिस क्वेश्चन इज़ फ्रॉम अनवर हुसैन: इन दिस चेंजिंग वर्ल्ड, व्हाट इज़ द पॉलिटिकल ऑप्शन बिफोर द मुस्लिम्स? व्हाट इज़ द वे फॉर चेंजिंग द पॉलिटिकल रेजीम फॉर मुस्लिम्स?</w:t>
      </w:r>
    </w:p>
    <w:p>
      <w:r>
        <w:rPr>
          <w:b/>
        </w:rPr>
        <w:t xml:space="preserve">[17:32] </w:t>
      </w:r>
      <w:r>
        <w:t>aur politics should be left in the hands of unjust rulers? please comment.</w:t>
      </w:r>
    </w:p>
    <w:p>
      <w:pPr>
        <w:jc w:val="right"/>
      </w:pPr>
      <w:r>
        <w:t>और पॉलिटिक्स शुड बी लेफ्ट इन द हैंड्स ऑफ अनजस्ट रूलर्स? प्लीज कमेंट।</w:t>
      </w:r>
    </w:p>
    <w:p>
      <w:r>
        <w:rPr>
          <w:b/>
        </w:rPr>
        <w:t xml:space="preserve">[17:41] </w:t>
      </w:r>
      <w:r>
        <w:t>strictly, strictly nonpolitical ban jaiye. yeh option aapke liye hai.</w:t>
      </w:r>
    </w:p>
    <w:p>
      <w:pPr>
        <w:jc w:val="right"/>
      </w:pPr>
      <w:r>
        <w:t>स्ट्रिक्टली, स्ट्रिक्टली नॉन पॉलिटिकल बन जाइए। यह ऑप्शन आपके लिए है।</w:t>
      </w:r>
    </w:p>
    <w:p>
      <w:r>
        <w:rPr>
          <w:b/>
        </w:rPr>
        <w:t xml:space="preserve">[17:49] </w:t>
      </w:r>
      <w:r>
        <w:t>strictly aap nonpolitical ban jaiye. yeh option aapke liye hai. abhi jo ho raha hai, wo to haraam hai islam mein.</w:t>
      </w:r>
    </w:p>
    <w:p>
      <w:pPr>
        <w:jc w:val="right"/>
      </w:pPr>
      <w:r>
        <w:t>स्ट्रिक्टली आप नॉन पॉलिटिकल बन जाइए। यह ऑप्शन आपके लिए है। अभी जो हो रहा है, वह तो हराम है इस्लाम में।</w:t>
      </w:r>
    </w:p>
    <w:p>
      <w:r>
        <w:rPr>
          <w:b/>
        </w:rPr>
        <w:t xml:space="preserve">[18:00] </w:t>
      </w:r>
      <w:r>
        <w:t>dekhiye, yeh masla hai.</w:t>
      </w:r>
    </w:p>
    <w:p>
      <w:pPr>
        <w:jc w:val="right"/>
      </w:pPr>
      <w:r>
        <w:t>देखिए, यह मसला है।</w:t>
      </w:r>
    </w:p>
    <w:p>
      <w:r>
        <w:rPr>
          <w:b/>
        </w:rPr>
        <w:t xml:space="preserve">[18:02] </w:t>
      </w:r>
      <w:r>
        <w:t>baqaida mere paas kitab maujood hai, aap aakar dekh sakte hain</w:t>
      </w:r>
    </w:p>
    <w:p>
      <w:pPr>
        <w:jc w:val="right"/>
      </w:pPr>
      <w:r>
        <w:t>बाकायदा मेरे पास किताब मौजूद है, आप आकर देख सकते हैं</w:t>
      </w:r>
    </w:p>
    <w:p>
      <w:r>
        <w:rPr>
          <w:b/>
        </w:rPr>
        <w:t xml:space="preserve">[18:07] </w:t>
      </w:r>
      <w:r>
        <w:t>ke ek establish government,</w:t>
      </w:r>
    </w:p>
    <w:p>
      <w:pPr>
        <w:jc w:val="right"/>
      </w:pPr>
      <w:r>
        <w:t>कि एक एस्टेब्लिश गवर्नमेंट,</w:t>
      </w:r>
    </w:p>
    <w:p>
      <w:r>
        <w:rPr>
          <w:b/>
        </w:rPr>
        <w:t xml:space="preserve">[18:11] </w:t>
      </w:r>
      <w:r>
        <w:t>chahe woh aapke nazdeek sahi hai ya galat, isse koi baat nahi.</w:t>
      </w:r>
    </w:p>
    <w:p>
      <w:pPr>
        <w:jc w:val="right"/>
      </w:pPr>
      <w:r>
        <w:t>चाहे वह आपके नजदीक सही है या गलत, इससे कोई बात नहीं।</w:t>
      </w:r>
    </w:p>
    <w:p>
      <w:r>
        <w:rPr>
          <w:b/>
        </w:rPr>
        <w:t xml:space="preserve">[18:15] </w:t>
      </w:r>
      <w:r>
        <w:t>woh unjust hai ya kuch hai, isse koi baat nahi.</w:t>
      </w:r>
    </w:p>
    <w:p>
      <w:pPr>
        <w:jc w:val="right"/>
      </w:pPr>
      <w:r>
        <w:t>वह अनजस्ट है या कुछ है, इससे कोई बात नहीं।</w:t>
      </w:r>
    </w:p>
    <w:p>
      <w:r>
        <w:rPr>
          <w:b/>
        </w:rPr>
        <w:t xml:space="preserve">[18:19] </w:t>
      </w:r>
      <w:r>
        <w:t>uski ita farz hai aapke upar.</w:t>
      </w:r>
    </w:p>
    <w:p>
      <w:pPr>
        <w:jc w:val="right"/>
      </w:pPr>
      <w:r>
        <w:t>उसकी एता फर्ज है आपके ऊपर।</w:t>
      </w:r>
    </w:p>
    <w:p>
      <w:r>
        <w:rPr>
          <w:b/>
        </w:rPr>
        <w:t xml:space="preserve">[18:22] </w:t>
      </w:r>
      <w:r>
        <w:t>aap usse khuruj nahi kar sakte.</w:t>
      </w:r>
    </w:p>
    <w:p>
      <w:pPr>
        <w:jc w:val="right"/>
      </w:pPr>
      <w:r>
        <w:t>आप उससे खुरूज नहीं कर सकते।</w:t>
      </w:r>
    </w:p>
    <w:p>
      <w:r>
        <w:rPr>
          <w:b/>
        </w:rPr>
        <w:t xml:space="preserve">[18:24] </w:t>
      </w:r>
      <w:r>
        <w:t>khuruj matlab hai bagawat, revolt.</w:t>
      </w:r>
    </w:p>
    <w:p>
      <w:pPr>
        <w:jc w:val="right"/>
      </w:pPr>
      <w:r>
        <w:t>खुरूज मतलब है बगावत, रिवोल्ट।</w:t>
      </w:r>
    </w:p>
    <w:p>
      <w:r>
        <w:rPr>
          <w:b/>
        </w:rPr>
        <w:t xml:space="preserve">[18:29] </w:t>
      </w:r>
      <w:r>
        <w:t>aap revolt nahi kar sakte.</w:t>
      </w:r>
    </w:p>
    <w:p>
      <w:pPr>
        <w:jc w:val="right"/>
      </w:pPr>
      <w:r>
        <w:t>आप रिवोल्ट नहीं कर सकते।</w:t>
      </w:r>
    </w:p>
    <w:p>
      <w:r>
        <w:rPr>
          <w:b/>
        </w:rPr>
        <w:t xml:space="preserve">[18:32] </w:t>
      </w:r>
      <w:r>
        <w:t>mere paas kitaab maujood hai, aap aaj dekh lijiye.</w:t>
      </w:r>
    </w:p>
    <w:p>
      <w:pPr>
        <w:jc w:val="right"/>
      </w:pPr>
      <w:r>
        <w:t>मेरे पास किताब मौजूद है, आप आज देख लीजिए।</w:t>
      </w:r>
    </w:p>
    <w:p>
      <w:r>
        <w:rPr>
          <w:b/>
        </w:rPr>
        <w:t xml:space="preserve">[18:34] </w:t>
      </w:r>
      <w:r>
        <w:t>imam navvi ne likha hai, hadison ko sharh karti hui hai ke agar tumko nazar aata hai hukmra</w:t>
      </w:r>
    </w:p>
    <w:p>
      <w:pPr>
        <w:jc w:val="right"/>
      </w:pPr>
      <w:r>
        <w:t>इमाम नववी ने लिखा है, हदीसों को शरह करती हुई है कि अगर तुमको नजर आता है हुकुमरा</w:t>
      </w:r>
    </w:p>
    <w:p>
      <w:r>
        <w:rPr>
          <w:b/>
        </w:rPr>
        <w:t xml:space="preserve">[18:42] </w:t>
      </w:r>
      <w:r>
        <w:t>tumhare nazdeek, matlab haqeeqat mein</w:t>
      </w:r>
    </w:p>
    <w:p>
      <w:pPr>
        <w:jc w:val="right"/>
      </w:pPr>
      <w:r>
        <w:t>तुम्हारे नजदीक, मतलब हकीकत में</w:t>
      </w:r>
    </w:p>
    <w:p>
      <w:r>
        <w:rPr>
          <w:b/>
        </w:rPr>
        <w:t xml:space="preserve">[18:45] </w:t>
      </w:r>
      <w:r>
        <w:t>burai, yeh</w:t>
      </w:r>
    </w:p>
    <w:p>
      <w:pPr>
        <w:jc w:val="right"/>
      </w:pPr>
      <w:r>
        <w:t>बुराई, यह</w:t>
      </w:r>
    </w:p>
    <w:p>
      <w:r>
        <w:rPr>
          <w:b/>
        </w:rPr>
        <w:t xml:space="preserve">[18:46] </w:t>
      </w:r>
      <w:r>
        <w:t>kaun janta hai? yeh to khuda janta hai. aap samajhte hain ki wo galat hai. aap samajhte hain ki wo galat hai. to aapke samajhne se kuch nahin hota. khuda kya samajhta hai, usse hota hai. to unhone likha hai ki agar aapka yeh khayal hai ki hukmra jo hai,</w:t>
      </w:r>
    </w:p>
    <w:p>
      <w:pPr>
        <w:jc w:val="right"/>
      </w:pPr>
      <w:r>
        <w:t>कौन जानता है? यह तो खुदा जानता है। आप समझते हैं कि वह गलत है। आप समझते हैं कि वह गलत है। तो आपके समझने से कुछ नहीं होता। खुदा क्या समझता है, उससे होता है। तो उन्होंने लिखा है कि अगर आपका यह ख्याल है कि हुकुमरा जो है,</w:t>
      </w:r>
    </w:p>
    <w:p>
      <w:r>
        <w:rPr>
          <w:b/>
        </w:rPr>
        <w:t xml:space="preserve">[19:04] </w:t>
      </w:r>
      <w:r>
        <w:t>woh galat hai,</w:t>
      </w:r>
    </w:p>
    <w:p>
      <w:pPr>
        <w:jc w:val="right"/>
      </w:pPr>
      <w:r>
        <w:t>वह गलत है,</w:t>
      </w:r>
    </w:p>
    <w:p>
      <w:r>
        <w:rPr>
          <w:b/>
        </w:rPr>
        <w:t xml:space="preserve">[19:06] </w:t>
      </w:r>
      <w:r>
        <w:t>toh aapko uske khilaaf campaign chalane ka haq nahi hai.</w:t>
      </w:r>
    </w:p>
    <w:p>
      <w:pPr>
        <w:jc w:val="right"/>
      </w:pPr>
      <w:r>
        <w:t>तो आपको उसके खिलाफ कैंपेन चलाने का हक नहीं है।</w:t>
      </w:r>
    </w:p>
    <w:p>
      <w:r>
        <w:rPr>
          <w:b/>
        </w:rPr>
        <w:t xml:space="preserve">[19:12] </w:t>
      </w:r>
      <w:r>
        <w:t>sirf aap yeh kar sakte hain ke</w:t>
      </w:r>
    </w:p>
    <w:p>
      <w:pPr>
        <w:jc w:val="right"/>
      </w:pPr>
      <w:r>
        <w:t>सिर्फ आप यह कर सकते हैं कि</w:t>
      </w:r>
    </w:p>
    <w:p>
      <w:r>
        <w:rPr>
          <w:b/>
        </w:rPr>
        <w:t xml:space="preserve">[19:15] </w:t>
      </w:r>
      <w:r>
        <w:t>us se apartment lekar ke</w:t>
      </w:r>
    </w:p>
    <w:p>
      <w:pPr>
        <w:jc w:val="right"/>
      </w:pPr>
      <w:r>
        <w:t>उससे अपार्टमेंट लेकर के</w:t>
      </w:r>
    </w:p>
    <w:p>
      <w:r>
        <w:rPr>
          <w:b/>
        </w:rPr>
        <w:t xml:space="preserve">[19:19] </w:t>
      </w:r>
      <w:r>
        <w:t>person to person baat karein.</w:t>
      </w:r>
    </w:p>
    <w:p>
      <w:pPr>
        <w:jc w:val="right"/>
      </w:pPr>
      <w:r>
        <w:t>पर्सन टू पर्सन बात करें।</w:t>
      </w:r>
    </w:p>
    <w:p>
      <w:r>
        <w:rPr>
          <w:b/>
        </w:rPr>
        <w:t xml:space="preserve">[19:21] </w:t>
      </w:r>
      <w:r>
        <w:t>feema banka wa bainahu, akele akele baat karein.</w:t>
      </w:r>
    </w:p>
    <w:p>
      <w:pPr>
        <w:jc w:val="right"/>
      </w:pPr>
      <w:r>
        <w:t>फीमा बैनका व बैनहु, अकेले अकेले बात करें।</w:t>
      </w:r>
    </w:p>
    <w:p>
      <w:r>
        <w:rPr>
          <w:b/>
        </w:rPr>
        <w:t xml:space="preserve">[19:27] </w:t>
      </w:r>
      <w:r>
        <w:t>phir woh kehte hain ke wamal khurooj lam fah haram baiz bail muslimeen</w:t>
      </w:r>
    </w:p>
    <w:p>
      <w:pPr>
        <w:jc w:val="right"/>
      </w:pPr>
      <w:r>
        <w:t>फिर वह कहते हैं कि वमल खुरूज लम फ हराम बेज बाइल मुस्लिमीन</w:t>
      </w:r>
    </w:p>
    <w:p>
      <w:r>
        <w:rPr>
          <w:b/>
        </w:rPr>
        <w:t xml:space="preserve">[19:34] </w:t>
      </w:r>
      <w:r>
        <w:t>walo kaanu fasqa walo kaanu zalimeen.</w:t>
      </w:r>
    </w:p>
    <w:p>
      <w:pPr>
        <w:jc w:val="right"/>
      </w:pPr>
      <w:r>
        <w:t>वलो कानू फसका वलो कानू जालिमीन।</w:t>
      </w:r>
    </w:p>
    <w:p>
      <w:r>
        <w:rPr>
          <w:b/>
        </w:rPr>
        <w:t xml:space="preserve">[19:38] </w:t>
      </w:r>
      <w:r>
        <w:t>aur jahan tak revolt ka taalluq hai,</w:t>
      </w:r>
    </w:p>
    <w:p>
      <w:pPr>
        <w:jc w:val="right"/>
      </w:pPr>
      <w:r>
        <w:t>और जहां तक रिवोल्ट का ताल्लुक है,</w:t>
      </w:r>
    </w:p>
    <w:p>
      <w:r>
        <w:rPr>
          <w:b/>
        </w:rPr>
        <w:t xml:space="preserve">[19:42] </w:t>
      </w:r>
      <w:r>
        <w:t>khurooj ko khurooj ka matlab hota hai revolt. arabi mein khurooj ko revolt kehte hain. revolt, revolt ko khurooj kaha jata hai. to kehte hain ki jahan tak taalluq hai revolt ka, to tamam ulama ka ittefaq hai ki wo haraam hai islam mein. chahe aapke nazdeek ruler jo hai, wo fasiq ho, chahe aapke nazdeek ruler zalim ho. iska matlab kya hua?</w:t>
      </w:r>
    </w:p>
    <w:p>
      <w:pPr>
        <w:jc w:val="right"/>
      </w:pPr>
      <w:r>
        <w:t>खुरूज को खुरूज का मतलब होता है रिवोल्ट। अरबी में खुरूज को रिवोल्ट कहते हैं। रिवोल्ट, रिवोल्ट को खुरूज कहा जाता है। तो कहते हैं कि जहां तक ताल्लुक है रिवोल्ट का, तो तमाम उलेमा का इत्तेफाक है कि वह हराम है इस्लाम में। चाहे आपके नजदीक रूलर जो है, वह फासिक हो, चाहे आपके नजदीक रूलर जालिम हो। इसका मतलब क्या हुआ?</w:t>
      </w:r>
    </w:p>
    <w:p>
      <w:r>
        <w:rPr>
          <w:b/>
        </w:rPr>
        <w:t xml:space="preserve">[20:09] </w:t>
      </w:r>
      <w:r>
        <w:t>jo isse pehle main keh chuka hoon ki is problem ko avoid karte hue peaceful way mein other opportunity ka avel karna. jab bhi ruler hota hai,</w:t>
      </w:r>
    </w:p>
    <w:p>
      <w:pPr>
        <w:jc w:val="right"/>
      </w:pPr>
      <w:r>
        <w:t>जो इससे पहले मैं कह चुका हूं कि इस प्रॉब्लम को अवॉइड करते हुए पीसफुल वे में अदर अपॉर्चुनिटी का अवेल करना। जब भी रूलर होता है,</w:t>
      </w:r>
    </w:p>
    <w:p>
      <w:r>
        <w:rPr>
          <w:b/>
        </w:rPr>
        <w:t xml:space="preserve">[20:24] </w:t>
      </w:r>
      <w:r>
        <w:t>aapke nazdeek galat, to sari opportunity ko avoid se karta hua. sabse badi fallacy yeh hai ki log samajhte hain ki agar bura ruler hai, to opportunity bhi avoid kar diya usne. yeh bilkul base baseless baat hai. main aapko example deta hoon muhaddiseen ke zamane ka. yaani rasoolullah sallallahu alaihi wasallam ki wafat ke 100-150 saal baad,</w:t>
      </w:r>
    </w:p>
    <w:p>
      <w:pPr>
        <w:jc w:val="right"/>
      </w:pPr>
      <w:r>
        <w:t>आपके नजदीक गलत, तो सारी अपॉर्चुनिटी को अवॉइड से करता हुआ। सबसे बड़ी फैलेस यह है कि लोग समझते हैं कि अगर बुरा रूलर है, तो अपॉर्चुनिटी भी अवॉइड कर दिया उसने। यह बिल्कुल बेस बेसलेस बात है। मैं आपको एग्जांपल देता हूं मुहद्दसीन के जमाने का। यानी रसूलल्लाह सल्लल्लाहु अलैहि वसल्लम की वफात के 100-150 साल बाद,</w:t>
      </w:r>
    </w:p>
    <w:p>
      <w:r>
        <w:rPr>
          <w:b/>
        </w:rPr>
        <w:t xml:space="preserve">[20:51] </w:t>
      </w:r>
      <w:r>
        <w:t>wahan par jo ruler the, us saare log samajhte hain ki wo ruler gadbad karte the. matlab zakat ka paisa kharch karte the, wo zulm karte the. unka munh se bola hua wahi qanoon banate the. to inko maar dalo, inhe kaat dalo wagairah. to jis cheez ko aap samajhte hain ki burai, political burai, wo wahan poori tarah maujood thi. abbasi period mein,</w:t>
      </w:r>
    </w:p>
    <w:p>
      <w:pPr>
        <w:jc w:val="right"/>
      </w:pPr>
      <w:r>
        <w:t>वहां पर जो रूलर थे, उस सारे लोग समझते हैं कि वह रूलर गड़बड़ करते थे। मतलब जकात का पैसा खर्च करते थे, वह जुल्म करते थे। उनका मुंह से बोला हुआ वही कानून बनाते थे। तो इनको मार डालो, इन्हें काट डालो वगैरह। तो जिस चीज को आप समझते हैं कि बुराई, पॉलिटिकल बुराई, वह वहां पूरी तरह मौजूद थी। अब्बासी पीरियड में,</w:t>
      </w:r>
    </w:p>
    <w:p>
      <w:r>
        <w:rPr>
          <w:b/>
        </w:rPr>
        <w:t xml:space="preserve">[21:16] </w:t>
      </w:r>
      <w:r>
        <w:t>aaj jis cheez ko kaha jata hai pakistan mein, sudan mein, mukhtalif muslim countries mein political burai, wo sab abbasi period mein maujood thi. lekin iska matlab to nahin ki unhone opportunity ko avoid kar diya tha. yahi zamana hai jabki saare literature bane islam ke. quran ka literature, hadees ka literature, fiqah ka literature, kalam ka literature, saare literature zamane mein banaye. agar</w:t>
      </w:r>
    </w:p>
    <w:p>
      <w:pPr>
        <w:jc w:val="right"/>
      </w:pPr>
      <w:r>
        <w:t>आज जिस चीज को कहा जाता है पाकिस्तान में, सूडान में, मुख्तलिफ मुस्लिम कंट्रीज में पॉलिटिकल बुराई, वह सब अब्बासी पीरियड में मौजूद थी। लेकिन इसका मतलब तो नहीं कि उन्होंने अपॉर्चुनिटी को अवॉइड कर दिया था। यही जमाना है जबकि सारे लिटरेचर बने इस्लाम के। कुरान का लिटरेचर, हदीस का लिटरेचर, फकाह का लिटरेचर, कलाम का लिटरेचर, सारे लिटरेचर जमाने में बनाए। अगर</w:t>
      </w:r>
    </w:p>
    <w:p>
      <w:r>
        <w:rPr>
          <w:b/>
        </w:rPr>
        <w:t xml:space="preserve">[21:44] </w:t>
      </w:r>
      <w:r>
        <w:t>to kya hua? us zamane ke ulama jo the, unhone revolt nahin kiya. yaani political institution jo tha, usse unhone avoid kiya. avoid karke apna kaam mein lag gaye. usi zamane mein sari cheezein huin. sara sara kaam,</w:t>
      </w:r>
    </w:p>
    <w:p>
      <w:pPr>
        <w:jc w:val="right"/>
      </w:pPr>
      <w:r>
        <w:t>तो क्या हुआ? उस जमाने के उलेमा जो थे, उन्होंने रिवोल्ट नहीं किया। यानी पॉलिटिकल इंस्टीट्यूशन जो था, उससे उन्होंने अवॉइड किया। अवॉइड करके अपना काम में लग गए। उसी जमाने में सारी चीजें हुईं। सारा सारा काम,</w:t>
      </w:r>
    </w:p>
    <w:p>
      <w:r>
        <w:rPr>
          <w:b/>
        </w:rPr>
        <w:t xml:space="preserve">[22:02] </w:t>
      </w:r>
      <w:r>
        <w:t>wo cheez jisko hum kehte hain islamic literature, islamic library, wo sab tabhi to bana hai jabka bure ruler rule kar rahe the. yeh sab ek myth hai,</w:t>
      </w:r>
    </w:p>
    <w:p>
      <w:pPr>
        <w:jc w:val="right"/>
      </w:pPr>
      <w:r>
        <w:t>वो चीज जिसको हम कहते हैं इस्लामिक लिटरेचर, इस्लामिक लाइब्रेरी, वह सब तभी तो बना है जबका बुरे रूलर रूल कर रहे थे। यह सब एक मिथ है,</w:t>
      </w:r>
    </w:p>
    <w:p>
      <w:r>
        <w:rPr>
          <w:b/>
        </w:rPr>
        <w:t xml:space="preserve">[22:18] </w:t>
      </w:r>
      <w:r>
        <w:t>baseless myth ki log ruler bura hai. bhai, bura hai to bure ko uske chakkar, uske bura hote hue tumko opportunity bhi mili hui hai. usko avel karo, usse takraw kyon karte ho?</w:t>
      </w:r>
    </w:p>
    <w:p>
      <w:pPr>
        <w:jc w:val="right"/>
      </w:pPr>
      <w:r>
        <w:t>बेसलेस मिथ कि लोग रूलर बुरा है। भाई, बुरा है तो बुरे को उसके चक्कर, उसके बुरा होते हुए तुमको अपॉर्चुनिटी भी मिली हुई है। उसको अवेल करो, उससे टकराव क्यों करते हो?</w:t>
      </w:r>
    </w:p>
    <w:p>
      <w:r>
        <w:rPr>
          <w:b/>
        </w:rPr>
        <w:t xml:space="preserve">[22:31] </w:t>
      </w:r>
      <w:r>
        <w:t>yaad rakhiye, jo muslim countries mein jo chal rahi hai siyasat, wo sab haraam hai. haraam, ismein koi shaq nahin hai. chand saal pehle main ek arab country mein gaya, to wahan 200 muslim ladke the, naujawan. to unka jo leader tha, wo kuch uske aur mere mujhse mile aur bahut gamzada the aur bahut bahut hi afsos mein dikhai padte the. wo to baat kya thi?</w:t>
      </w:r>
    </w:p>
    <w:p>
      <w:pPr>
        <w:jc w:val="right"/>
      </w:pPr>
      <w:r>
        <w:t>याद रखिए, जो मुस्लिम कंट्रीज में जो चल रही है सियासत, वह सब हराम है। हराम, इसमें कोई शक नहीं है। चंद साल पहले मैं एक अरब कंट्री में गया, तो वहां 200 मुस्लिम लड़के थे, नौजवान। तो उनका जो लीडर था, वह कुछ उसके और मेरे मुझसे मिले और बहुत गमजदा थे और बहुत बहुत ही अफसोस में दिखाई पड़ते थे। वो तो बात क्या थी?</w:t>
      </w:r>
    </w:p>
    <w:p>
      <w:r>
        <w:rPr>
          <w:b/>
        </w:rPr>
        <w:t xml:space="preserve">[22:59] </w:t>
      </w:r>
      <w:r>
        <w:t>in 200 arab ladke the, wo arab. in 200 arab ladkon ne wahan jo ruler hai, main us mulk ka naam nahin lunga, uske khilaf unhone size banai, usko overthrow karne ki,</w:t>
      </w:r>
    </w:p>
    <w:p>
      <w:pPr>
        <w:jc w:val="right"/>
      </w:pPr>
      <w:r>
        <w:t>इन 200 अरब लड़के थे, वो अरब। इन 200 अरब लड़कों ने वहां जो रूलर है, मैं उस मुल्क का नाम नहीं लूंगा, उसके खिलाफ उन्होंने साइज बनाई, उसको ओवरथ्रो करने की,</w:t>
      </w:r>
    </w:p>
    <w:p>
      <w:r>
        <w:rPr>
          <w:b/>
        </w:rPr>
        <w:t xml:space="preserve">[23:15] </w:t>
      </w:r>
      <w:r>
        <w:t>usko unseat karne ki.</w:t>
      </w:r>
    </w:p>
    <w:p>
      <w:pPr>
        <w:jc w:val="right"/>
      </w:pPr>
      <w:r>
        <w:t>उसको अनसीट करने की।</w:t>
      </w:r>
    </w:p>
    <w:p>
      <w:r>
        <w:rPr>
          <w:b/>
        </w:rPr>
        <w:t xml:space="preserve">[23:18] </w:t>
      </w:r>
      <w:r>
        <w:t>inki size khul gayi, yeh pakde gaye aur jail mein band kar diya.</w:t>
      </w:r>
    </w:p>
    <w:p>
      <w:pPr>
        <w:jc w:val="right"/>
      </w:pPr>
      <w:r>
        <w:t>इनकी साइज खुल गई, यह पकड़े गए और जेल में बंद कर दिया।</w:t>
      </w:r>
    </w:p>
    <w:p>
      <w:r>
        <w:rPr>
          <w:b/>
        </w:rPr>
        <w:t xml:space="preserve">[23:24] </w:t>
      </w:r>
      <w:r>
        <w:t>phir yeh maafi maang kar ke bahar aaye.</w:t>
      </w:r>
    </w:p>
    <w:p>
      <w:pPr>
        <w:jc w:val="right"/>
      </w:pPr>
      <w:r>
        <w:t>फिर यह माफी मांग करके बाहर आए।</w:t>
      </w:r>
    </w:p>
    <w:p>
      <w:r>
        <w:rPr>
          <w:b/>
        </w:rPr>
        <w:t xml:space="preserve">[23:26] </w:t>
      </w:r>
      <w:r>
        <w:t>government ne unko kaha ke agar tum maafi maang lo writing mein, toh hum tumko chhod denge.</w:t>
      </w:r>
    </w:p>
    <w:p>
      <w:pPr>
        <w:jc w:val="right"/>
      </w:pPr>
      <w:r>
        <w:t>गवर्नमेंट ने उनको कहा कि अगर तुम माफी मांग लो राइटिंग में, तो हम तुमको छोड़ देंगे।</w:t>
      </w:r>
    </w:p>
    <w:p>
      <w:r>
        <w:rPr>
          <w:b/>
        </w:rPr>
        <w:t xml:space="preserve">[23:32] </w:t>
      </w:r>
      <w:r>
        <w:t>toh maafi maang kar ke bahar aaye.</w:t>
      </w:r>
    </w:p>
    <w:p>
      <w:pPr>
        <w:jc w:val="right"/>
      </w:pPr>
      <w:r>
        <w:t>तो माफी मांग करके बाहर आए।</w:t>
      </w:r>
    </w:p>
    <w:p>
      <w:r>
        <w:rPr>
          <w:b/>
        </w:rPr>
        <w:t xml:space="preserve">[23:34] </w:t>
      </w:r>
      <w:r>
        <w:t>ab bahut zyada samajhte, samajhte ke humne kufr kar diya hai ke humne maafi maang li zalim hukoomat</w:t>
      </w:r>
    </w:p>
    <w:p>
      <w:pPr>
        <w:jc w:val="right"/>
      </w:pPr>
      <w:r>
        <w:t>अब बहुत ज्यादा समझते, समझते कि हमने कुफ्र कर दिया है कि हमने माफी मांग ली जालिम हुकूमत</w:t>
      </w:r>
    </w:p>
    <w:p>
      <w:r>
        <w:rPr>
          <w:b/>
        </w:rPr>
        <w:t xml:space="preserve">[23:41] </w:t>
      </w:r>
      <w:r>
        <w:t>ke kh se, toh humne bahut galat kaam kiya.</w:t>
      </w:r>
    </w:p>
    <w:p>
      <w:pPr>
        <w:jc w:val="right"/>
      </w:pPr>
      <w:r>
        <w:t>के ख से, तो हमने बहुत गलत काम किया।</w:t>
      </w:r>
    </w:p>
    <w:p>
      <w:r>
        <w:rPr>
          <w:b/>
        </w:rPr>
        <w:t xml:space="preserve">[23:45] </w:t>
      </w:r>
      <w:r>
        <w:t>toh maine kaha, aapne bahut achha kaam kiya.</w:t>
      </w:r>
    </w:p>
    <w:p>
      <w:pPr>
        <w:jc w:val="right"/>
      </w:pPr>
      <w:r>
        <w:t>तो मैंने कहा, आपने बहुत अच्छा काम किया।</w:t>
      </w:r>
    </w:p>
    <w:p>
      <w:r>
        <w:rPr>
          <w:b/>
        </w:rPr>
        <w:t xml:space="preserve">[23:47] </w:t>
      </w:r>
      <w:r>
        <w:t>jo pehle kar rahe hain, woh galat tha.</w:t>
      </w:r>
    </w:p>
    <w:p>
      <w:pPr>
        <w:jc w:val="right"/>
      </w:pPr>
      <w:r>
        <w:t>जो पहले कर रहे हैं, वह गलत था।</w:t>
      </w:r>
    </w:p>
    <w:p>
      <w:r>
        <w:rPr>
          <w:b/>
        </w:rPr>
        <w:t xml:space="preserve">[23:50] </w:t>
      </w:r>
      <w:r>
        <w:t>jo aap pehle kar rahe the</w:t>
      </w:r>
    </w:p>
    <w:p>
      <w:pPr>
        <w:jc w:val="right"/>
      </w:pPr>
      <w:r>
        <w:t>जो आप पहले कर रहे थे</w:t>
      </w:r>
    </w:p>
    <w:p>
      <w:r>
        <w:rPr>
          <w:b/>
        </w:rPr>
        <w:t xml:space="preserve">[23:53] </w:t>
      </w:r>
      <w:r>
        <w:t>ruler ke khilaaf, woh galat tha, woh haraam tha.</w:t>
      </w:r>
    </w:p>
    <w:p>
      <w:pPr>
        <w:jc w:val="right"/>
      </w:pPr>
      <w:r>
        <w:t>रूलर के खिलाफ, वह गलत था, वह हराम था।</w:t>
      </w:r>
    </w:p>
    <w:p>
      <w:r>
        <w:rPr>
          <w:b/>
        </w:rPr>
        <w:t xml:space="preserve">[23:55] </w:t>
      </w:r>
      <w:r>
        <w:t>yeh toh bilkul theek kaam kiya aapne.</w:t>
      </w:r>
    </w:p>
    <w:p>
      <w:pPr>
        <w:jc w:val="right"/>
      </w:pPr>
      <w:r>
        <w:t>यह तो बिल्कुलठीक काम किया आपने।</w:t>
      </w:r>
    </w:p>
    <w:p>
      <w:r>
        <w:rPr>
          <w:b/>
        </w:rPr>
        <w:t xml:space="preserve">[23:59] </w:t>
      </w:r>
      <w:r>
        <w:t>government se takraav na kijiye.</w:t>
      </w:r>
    </w:p>
    <w:p>
      <w:pPr>
        <w:jc w:val="right"/>
      </w:pPr>
      <w:r>
        <w:t>गवर्नमेंट से टकराव ना कीजिए।</w:t>
      </w:r>
    </w:p>
    <w:p>
      <w:r>
        <w:rPr>
          <w:b/>
        </w:rPr>
        <w:t xml:space="preserve">[24:02] </w:t>
      </w:r>
      <w:r>
        <w:t>government</w:t>
      </w:r>
    </w:p>
    <w:p>
      <w:pPr>
        <w:jc w:val="right"/>
      </w:pPr>
      <w:r>
        <w:t>गवर्नमेंट</w:t>
      </w:r>
    </w:p>
    <w:p>
      <w:r>
        <w:rPr>
          <w:b/>
        </w:rPr>
        <w:t xml:space="preserve">[24:02] </w:t>
      </w:r>
      <w:r>
        <w:t>ko avoid kijiye.</w:t>
      </w:r>
    </w:p>
    <w:p>
      <w:pPr>
        <w:jc w:val="right"/>
      </w:pPr>
      <w:r>
        <w:t>को अवॉइड कीजिए।</w:t>
      </w:r>
    </w:p>
    <w:p>
      <w:r>
        <w:rPr>
          <w:b/>
        </w:rPr>
        <w:t xml:space="preserve">[24:04] </w:t>
      </w:r>
      <w:r>
        <w:t>woh achhe ya bure, usko chhod dijiye.</w:t>
      </w:r>
    </w:p>
    <w:p>
      <w:pPr>
        <w:jc w:val="right"/>
      </w:pPr>
      <w:r>
        <w:t>वह अच्छे या बुरे, उसको छोड़ दीजिए।</w:t>
      </w:r>
    </w:p>
    <w:p>
      <w:r>
        <w:rPr>
          <w:b/>
        </w:rPr>
        <w:t xml:space="preserve">[24:06] </w:t>
      </w:r>
      <w:r>
        <w:t>aur bahut opportunity aaj bhi aapke country mein, usko avail kijiye.</w:t>
      </w:r>
    </w:p>
    <w:p>
      <w:pPr>
        <w:jc w:val="right"/>
      </w:pPr>
      <w:r>
        <w:t>और बहुत अपॉर्चुनिटी आज भी आपके कंट्री में, उसको अवेल कीजिए।</w:t>
      </w:r>
    </w:p>
    <w:p>
      <w:r>
        <w:rPr>
          <w:b/>
        </w:rPr>
        <w:t xml:space="preserve">[24:10] </w:t>
      </w:r>
      <w:r>
        <w:t>bas education hai, dawa work hai</w:t>
      </w:r>
    </w:p>
    <w:p>
      <w:pPr>
        <w:jc w:val="right"/>
      </w:pPr>
      <w:r>
        <w:t>बस एजुकेशन है, दवा वर्क है</w:t>
      </w:r>
    </w:p>
    <w:p>
      <w:r>
        <w:rPr>
          <w:b/>
        </w:rPr>
        <w:t xml:space="preserve">[24:14] </w:t>
      </w:r>
      <w:r>
        <w:t>aur bahut sare deeni kaam hain.</w:t>
      </w:r>
    </w:p>
    <w:p>
      <w:pPr>
        <w:jc w:val="right"/>
      </w:pPr>
      <w:r>
        <w:t>और बहुत सारे दीनी काम हैं।</w:t>
      </w:r>
    </w:p>
    <w:p>
      <w:r>
        <w:rPr>
          <w:b/>
        </w:rPr>
        <w:t xml:space="preserve">[24:17] </w:t>
      </w:r>
      <w:r>
        <w:t>masjid badalne wale kaam sab aapko azaadi hai, woh kijiye.</w:t>
      </w:r>
    </w:p>
    <w:p>
      <w:pPr>
        <w:jc w:val="right"/>
      </w:pPr>
      <w:r>
        <w:t>मस्जिद बदलने वाले काम सब आपको आजादी है, वो कीजिए।</w:t>
      </w:r>
    </w:p>
    <w:p>
      <w:r>
        <w:rPr>
          <w:b/>
        </w:rPr>
        <w:t xml:space="preserve">[24:21] </w:t>
      </w:r>
      <w:r>
        <w:t>aap janab, woh itna khush ho gaye.</w:t>
      </w:r>
    </w:p>
    <w:p>
      <w:pPr>
        <w:jc w:val="right"/>
      </w:pPr>
      <w:r>
        <w:t>आप जनाब, वो इतना खुश हो गए।</w:t>
      </w:r>
    </w:p>
    <w:p>
      <w:r>
        <w:rPr>
          <w:b/>
        </w:rPr>
        <w:t xml:space="preserve">[24:22] </w:t>
      </w:r>
      <w:r>
        <w:t>sab log batate the ki uska chehre ka rang badal gaya.</w:t>
      </w:r>
    </w:p>
    <w:p>
      <w:pPr>
        <w:jc w:val="right"/>
      </w:pPr>
      <w:r>
        <w:t>सब लोग बताते थे कि उसका चेहरे का रंग बदल गया।</w:t>
      </w:r>
    </w:p>
    <w:p>
      <w:r>
        <w:rPr>
          <w:b/>
        </w:rPr>
        <w:t xml:space="preserve">[24:27] </w:t>
      </w:r>
      <w:r>
        <w:t>samajhta tha ki maine haram kaam kar rakha hai.</w:t>
      </w:r>
    </w:p>
    <w:p>
      <w:pPr>
        <w:jc w:val="right"/>
      </w:pPr>
      <w:r>
        <w:t>समझता था कि मैंने हराम काम कर रखा है।</w:t>
      </w:r>
    </w:p>
    <w:p>
      <w:r>
        <w:rPr>
          <w:b/>
        </w:rPr>
        <w:t xml:space="preserve">[24:30] </w:t>
      </w:r>
      <w:r>
        <w:t>ab samjhe ki nahi, woh haram kaam tha jo pehle wala tha.</w:t>
      </w:r>
    </w:p>
    <w:p>
      <w:pPr>
        <w:jc w:val="right"/>
      </w:pPr>
      <w:r>
        <w:t>अब समझे कि नहीं, वह हराम काम था जो पहले वाला था।</w:t>
      </w:r>
    </w:p>
    <w:p>
      <w:r>
        <w:rPr>
          <w:b/>
        </w:rPr>
        <w:t xml:space="preserve">[24:33] </w:t>
      </w:r>
      <w:r>
        <w:t>ab hum sahi kaam kar rahe hain.</w:t>
      </w:r>
    </w:p>
    <w:p>
      <w:pPr>
        <w:jc w:val="right"/>
      </w:pPr>
      <w:r>
        <w:t>अब हम सही काम कर रहे हैं।</w:t>
      </w:r>
    </w:p>
    <w:p>
      <w:r>
        <w:rPr>
          <w:b/>
        </w:rPr>
        <w:t xml:space="preserve">[24:36] </w:t>
      </w:r>
      <w:r>
        <w:t>toh yeh sab</w:t>
      </w:r>
    </w:p>
    <w:p>
      <w:pPr>
        <w:jc w:val="right"/>
      </w:pPr>
      <w:r>
        <w:t>तो यह सब</w:t>
      </w:r>
    </w:p>
    <w:p>
      <w:r>
        <w:rPr>
          <w:b/>
        </w:rPr>
        <w:t xml:space="preserve">[24:38] </w:t>
      </w:r>
      <w:r>
        <w:t>be be yaani baseless fatwe log dete rehte hain.</w:t>
      </w:r>
    </w:p>
    <w:p>
      <w:pPr>
        <w:jc w:val="right"/>
      </w:pPr>
      <w:r>
        <w:t>बे बे यानी बेसलेस फतवे लोग देते रहते हैं।</w:t>
      </w:r>
    </w:p>
    <w:p>
      <w:r>
        <w:rPr>
          <w:b/>
        </w:rPr>
        <w:t xml:space="preserve">[24:43] </w:t>
      </w:r>
      <w:r>
        <w:t>main jab Palestine gaya tha, Palestine,</w:t>
      </w:r>
    </w:p>
    <w:p>
      <w:pPr>
        <w:jc w:val="right"/>
      </w:pPr>
      <w:r>
        <w:t>मैं जब फिलिस्तीन गया था, पलेस्टाइन,</w:t>
      </w:r>
    </w:p>
    <w:p>
      <w:r>
        <w:rPr>
          <w:b/>
        </w:rPr>
        <w:t xml:space="preserve">[24:47] </w:t>
      </w:r>
      <w:r>
        <w:t>to wahan par kya</w:t>
      </w:r>
    </w:p>
    <w:p>
      <w:pPr>
        <w:jc w:val="right"/>
      </w:pPr>
      <w:r>
        <w:t>तो वहां पर क्या</w:t>
      </w:r>
    </w:p>
    <w:p>
      <w:r>
        <w:rPr>
          <w:b/>
        </w:rPr>
        <w:t xml:space="preserve">[24:49] </w:t>
      </w:r>
      <w:r>
        <w:t>hua? jab hum namaz padhne gaye masjid aqsa mein, to sannata tha. bilkul yaani siway masjid imam ke, wahan koi tha hi nahin. kyon</w:t>
      </w:r>
    </w:p>
    <w:p>
      <w:pPr>
        <w:jc w:val="right"/>
      </w:pPr>
      <w:r>
        <w:t>हुआ? जब हम नमाज पढ़ने गए मस्जिद अकसा में, तो सन्नाटा था। बिल्कुल यानी सिवाय मस्जिद इमाम के, वहां कोई था ही नहीं। क्यों</w:t>
      </w:r>
    </w:p>
    <w:p>
      <w:r>
        <w:rPr>
          <w:b/>
        </w:rPr>
        <w:t xml:space="preserve">[25:00] </w:t>
      </w:r>
      <w:r>
        <w:t>jante hain aap? kyon fatwa de diya gaya hai ki jab tak yahudiyon ka occupation hai yahan, tab tak yahan namaz padhna jaiz nahin hai. yahan jo namaz jo hai, jaiz hi nahin hai us waqt tak,</w:t>
      </w:r>
    </w:p>
    <w:p>
      <w:pPr>
        <w:jc w:val="right"/>
      </w:pPr>
      <w:r>
        <w:t>जानते हैं आप? क्यों फतवा दे दिया गया है कि जब तक यहूदियों का ऑक्यूपेशन है यहां, तब तक यहां नमाज पढ़ना जायज नहीं है। यहां जो नमाज जो है, जायज ही नहीं है उस वक्त तक,</w:t>
      </w:r>
    </w:p>
    <w:p>
      <w:r>
        <w:rPr>
          <w:b/>
        </w:rPr>
        <w:t xml:space="preserve">[25:15] </w:t>
      </w:r>
      <w:r>
        <w:t>jab tak uska occupation chal raha hai. to log aate nahin. local log to padh sakte hain, lekin bahar walon ke liye namaz jaiz nahin hai. wahan par to koi jata hi nahin. wahan par masjid aqsa mein sannata rehta hai. to ek professor the morocco ke,</w:t>
      </w:r>
    </w:p>
    <w:p>
      <w:pPr>
        <w:jc w:val="right"/>
      </w:pPr>
      <w:r>
        <w:t>जब तक उसका ऑक्यूपेशन चल रहा है। तो लोग आते नहीं। लोकल लोग तो पढ़ सकते हैं, लेकिन बाहर वालों के लिए नमाज जायज नहीं है। वहां पर तो कोई जाता ही नहीं। वहां पर मस्जिद अकसा में सन्नाटा रहता है। तो एक प्रोफेसर थे मोराको के,</w:t>
      </w:r>
    </w:p>
    <w:p>
      <w:r>
        <w:rPr>
          <w:b/>
        </w:rPr>
        <w:t xml:space="preserve">[25:32] </w:t>
      </w:r>
      <w:r>
        <w:t>woh aa gaye the.</w:t>
      </w:r>
    </w:p>
    <w:p>
      <w:pPr>
        <w:jc w:val="right"/>
      </w:pPr>
      <w:r>
        <w:t>वह आ गए थे।</w:t>
      </w:r>
    </w:p>
    <w:p>
      <w:r>
        <w:rPr>
          <w:b/>
        </w:rPr>
        <w:t xml:space="preserve">[25:35] </w:t>
      </w:r>
      <w:r>
        <w:t>woh bechare bahut gam mein rehte the, bahut udaas rehte the.</w:t>
      </w:r>
    </w:p>
    <w:p>
      <w:pPr>
        <w:jc w:val="right"/>
      </w:pPr>
      <w:r>
        <w:t>वह बेचारे बहुत गम में रहते थे, बहुत उदास रहते थे।</w:t>
      </w:r>
    </w:p>
    <w:p>
      <w:r>
        <w:rPr>
          <w:b/>
        </w:rPr>
        <w:t xml:space="preserve">[25:39] </w:t>
      </w:r>
      <w:r>
        <w:t>halanki woh professor the Morocco university mein.</w:t>
      </w:r>
    </w:p>
    <w:p>
      <w:pPr>
        <w:jc w:val="right"/>
      </w:pPr>
      <w:r>
        <w:t>हालांकि वह प्रोफेसर थे मोराको यूनिवर्सिटी में।</w:t>
      </w:r>
    </w:p>
    <w:p>
      <w:r>
        <w:rPr>
          <w:b/>
        </w:rPr>
        <w:t xml:space="preserve">[25:42] </w:t>
      </w:r>
      <w:r>
        <w:t>toh maine poocha unse,</w:t>
      </w:r>
    </w:p>
    <w:p>
      <w:pPr>
        <w:jc w:val="right"/>
      </w:pPr>
      <w:r>
        <w:t>तो मैंने पूछा उनसे,</w:t>
      </w:r>
    </w:p>
    <w:p>
      <w:r>
        <w:rPr>
          <w:b/>
        </w:rPr>
        <w:t xml:space="preserve">[25:44] </w:t>
      </w:r>
      <w:r>
        <w:t>toh unhone kaha ki fatwa hai ki yahan par aana, namaz padhna jaiz nahi hai.</w:t>
      </w:r>
    </w:p>
    <w:p>
      <w:pPr>
        <w:jc w:val="right"/>
      </w:pPr>
      <w:r>
        <w:t>तो उन्होंने कहा कि फतवा है कि यहां पर आना, नमाज पढ़ना जायज नहीं है।</w:t>
      </w:r>
    </w:p>
    <w:p>
      <w:r>
        <w:rPr>
          <w:b/>
        </w:rPr>
        <w:t xml:space="preserve">[25:49] </w:t>
      </w:r>
      <w:r>
        <w:t>aur main aa gaya hoon, main ek ek najayz kaam kar raha hoon.</w:t>
      </w:r>
    </w:p>
    <w:p>
      <w:pPr>
        <w:jc w:val="right"/>
      </w:pPr>
      <w:r>
        <w:t>और मैं आ गया हूं, मैं एक एक नाजायज काम कर रहा हूं।</w:t>
      </w:r>
    </w:p>
    <w:p>
      <w:r>
        <w:rPr>
          <w:b/>
        </w:rPr>
        <w:t xml:space="preserve">[25:53] </w:t>
      </w:r>
      <w:r>
        <w:t>maine kaha, fatwa hi najayz hai.</w:t>
      </w:r>
    </w:p>
    <w:p>
      <w:pPr>
        <w:jc w:val="right"/>
      </w:pPr>
      <w:r>
        <w:t>मैंने कहा, फतवा ही नाजायज है।</w:t>
      </w:r>
    </w:p>
    <w:p>
      <w:r>
        <w:rPr>
          <w:b/>
        </w:rPr>
        <w:t xml:space="preserve">[25:55] </w:t>
      </w:r>
      <w:r>
        <w:t>woh aap toh jaiz kaam kar rahe hain.</w:t>
      </w:r>
    </w:p>
    <w:p>
      <w:pPr>
        <w:jc w:val="right"/>
      </w:pPr>
      <w:r>
        <w:t>वो आप तो जायज काम कर रहे हैं।</w:t>
      </w:r>
    </w:p>
    <w:p>
      <w:r>
        <w:rPr>
          <w:b/>
        </w:rPr>
        <w:t xml:space="preserve">[25:59] </w:t>
      </w:r>
      <w:r>
        <w:t>woh fatwa najayz hai.</w:t>
      </w:r>
    </w:p>
    <w:p>
      <w:pPr>
        <w:jc w:val="right"/>
      </w:pPr>
      <w:r>
        <w:t>वो फतवा नाजायज है।</w:t>
      </w:r>
    </w:p>
    <w:p>
      <w:r>
        <w:rPr>
          <w:b/>
        </w:rPr>
        <w:t xml:space="preserve">[26:00] </w:t>
      </w:r>
      <w:r>
        <w:t>aap aapne najayz kaam nahi kiya hai.</w:t>
      </w:r>
    </w:p>
    <w:p>
      <w:pPr>
        <w:jc w:val="right"/>
      </w:pPr>
      <w:r>
        <w:t>आप आपने नाजायज काम नहीं किया है।</w:t>
      </w:r>
    </w:p>
    <w:p>
      <w:r>
        <w:rPr>
          <w:b/>
        </w:rPr>
        <w:t xml:space="preserve">[26:03] </w:t>
      </w:r>
      <w:r>
        <w:t>to phir unko bataya maine ki dekhiye,</w:t>
      </w:r>
    </w:p>
    <w:p>
      <w:pPr>
        <w:jc w:val="right"/>
      </w:pPr>
      <w:r>
        <w:t>तो फिर उनको बताया मैंने कि देखिए,</w:t>
      </w:r>
    </w:p>
    <w:p>
      <w:r>
        <w:rPr>
          <w:b/>
        </w:rPr>
        <w:t xml:space="preserve">[26:08] </w:t>
      </w:r>
      <w:r>
        <w:t>yahudiyon ka occupation jo hai, isse koi masla badalta nahin hai. maine kaha ki rasoolullah sallallahu alaihi wasallam, quran mein likha hua hai ki subhan allah,</w:t>
      </w:r>
    </w:p>
    <w:p>
      <w:pPr>
        <w:jc w:val="right"/>
      </w:pPr>
      <w:r>
        <w:t>यहूदियों का ऑक्यूपेशन जो है, इससे कोई मसला बदलता नहीं है। मैंने कहा कि रसूलल्लाह सल्लल्लाहु अलैहि वसल्लम, कुरान में लिखा हुआ है कि सुभान अल्लाह,</w:t>
      </w:r>
    </w:p>
    <w:p>
      <w:r>
        <w:rPr>
          <w:b/>
        </w:rPr>
        <w:t xml:space="preserve">[26:22] </w:t>
      </w:r>
      <w:r>
        <w:t>masjid haram, masjid aqsa. ki rasoolullah jo hai, makkah se masjid aqsa mein gaye. aapne wahan namaz padhi. to maine kaha, aap jante hain ab kab hua tha?</w:t>
      </w:r>
    </w:p>
    <w:p>
      <w:pPr>
        <w:jc w:val="right"/>
      </w:pPr>
      <w:r>
        <w:t>मस्जिद हराम, मस्जिद अकसा। कि रसूलल्लाह जो है, मक्का से मस्जिद अकसा में गए। आपने वहां नमाज पढ़ी। तो मैंने कहा, आप जानते हैं अब कब हुआ था?</w:t>
      </w:r>
    </w:p>
    <w:p>
      <w:r>
        <w:rPr>
          <w:b/>
        </w:rPr>
        <w:t xml:space="preserve">[26:31] </w:t>
      </w:r>
      <w:r>
        <w:t>yeh hua tha 622 mein. 622 mein us waqt kya tha?</w:t>
      </w:r>
    </w:p>
    <w:p>
      <w:pPr>
        <w:jc w:val="right"/>
      </w:pPr>
      <w:r>
        <w:t>यह हुआ था 622 में। 622 में उस वक्त क्या था?</w:t>
      </w:r>
    </w:p>
    <w:p>
      <w:r>
        <w:rPr>
          <w:b/>
        </w:rPr>
        <w:t xml:space="preserve">[26:39] </w:t>
      </w:r>
      <w:r>
        <w:t>yahan par romans rule kar rahe the. yahan par us waqt palestine mein romans jo the, wo rule kar rahe the. wo roman empire ka ek hissa tha. to jab yahan par roman jo hai, zahir hai ki wo non muslim the, mushrik the. to rasoolullah agar yahan namaz padhe mushrik rule ke under mein,</w:t>
      </w:r>
    </w:p>
    <w:p>
      <w:pPr>
        <w:jc w:val="right"/>
      </w:pPr>
      <w:r>
        <w:t>यहां पर रोमंस रूल कर रहे थे। यहां पर उस वक्त पलेस्टाइन में रोमंस जो थे, वह रूल कर रहे थे। वह रोमन एंपायर का एक हिस्सा था। तो जब यहां पर रोमन जो है, जाहिर है कि वह नॉन मुस्लिम थे, मुशरिक थे। तो रसूलल्लाह अगर यहां नमाज पढ़े मुशरिक रूल के अंडर में,</w:t>
      </w:r>
    </w:p>
    <w:p>
      <w:r>
        <w:rPr>
          <w:b/>
        </w:rPr>
        <w:t xml:space="preserve">[27:03] </w:t>
      </w:r>
      <w:r>
        <w:t>to yeh mufti kaun hote hain? fatwa dene wale ki hum nahin padh sakte namaz?</w:t>
      </w:r>
    </w:p>
    <w:p>
      <w:pPr>
        <w:jc w:val="right"/>
      </w:pPr>
      <w:r>
        <w:t>तो यह मुफ्ती कौन होते हैं? फतवा देने वाले कि हम नहीं पढ़ सकते नमाज?</w:t>
      </w:r>
    </w:p>
    <w:p>
      <w:r>
        <w:rPr>
          <w:b/>
        </w:rPr>
        <w:t xml:space="preserve">[27:07] </w:t>
      </w:r>
      <w:r>
        <w:t>hum bhi padh sakte hain. ab itna khush ho gaya, itna khush ho gaya ki bahut khush hua. aap gaur kijiye ki rasoolullah quran mein likha hua hai ki rasoolullah aaye masjid aqsa mein. to jab aaye, to us waqt k</w:t>
      </w:r>
    </w:p>
    <w:p>
      <w:pPr>
        <w:jc w:val="right"/>
      </w:pPr>
      <w:r>
        <w:t>हम भी पढ़ सकते हैं। अब इतना खुश हो गया, इतना खुश हो गया कि बहुत खुश हुआ। आप गौर कीजिए कि रसूलल्लाह कुरान में लिखा हुआ है कि रसूलल्लाह आए मस्जिद अकसा में। तो जब आए, तो उस वक्त क</w:t>
      </w:r>
    </w:p>
    <w:p>
      <w:r>
        <w:rPr>
          <w:b/>
        </w:rPr>
        <w:t xml:space="preserve">[27:23] </w:t>
      </w:r>
      <w:r>
        <w:t>ya tha? wahan muslim rule tha. wahan par muslim rule to nahin tha. wahan par romans rule kar rahe the, jo mushrik the, non muslim the.</w:t>
      </w:r>
    </w:p>
    <w:p>
      <w:pPr>
        <w:jc w:val="right"/>
      </w:pPr>
      <w:r>
        <w:t>्या था? वहां मुस्लिम रूल था। वहां पर मुस्लिम रूल तो नहीं था। वहां पर रोमंस रूल कर रहे थे, जो मुशरिक थे, नॉन मुस्लिम थे।</w:t>
      </w:r>
    </w:p>
    <w:p>
      <w:r>
        <w:rPr>
          <w:b/>
        </w:rPr>
        <w:t xml:space="preserve">[27:37] </w:t>
      </w:r>
      <w:r>
        <w:t>to rasoolullah ne is tarike se humein bataya hai ki political rule jo hai, yeh sab bilkul alag cheezein hain. uska ibadat se koi talluq nahin hai.</w:t>
      </w:r>
    </w:p>
    <w:p>
      <w:pPr>
        <w:jc w:val="right"/>
      </w:pPr>
      <w:r>
        <w:t>तो रसूलल्लाह ने इस तरीके से हमें बताया है कि पॉलिटिकल रूल जो है, यह सब बिल्कुल अलग चीजें हैं। उसका इबादत से कोई ताल्लुक नहीं है।</w:t>
      </w:r>
    </w:p>
    <w:p>
      <w:r>
        <w:rPr>
          <w:b/>
        </w:rPr>
        <w:t xml:space="preserve">[27:52] </w:t>
      </w:r>
      <w:r>
        <w:t>profit ne ibadat ko aur politics ko detach kar diya, alag kar diya ek doosre se.</w:t>
      </w:r>
    </w:p>
    <w:p>
      <w:pPr>
        <w:jc w:val="right"/>
      </w:pPr>
      <w:r>
        <w:t>प्रॉफिट ने इबादत को और पॉलिटिक्स को डिटैच कर दिया, अलग कर दिया एक दूसरे से।</w:t>
      </w:r>
    </w:p>
    <w:p>
      <w:r>
        <w:rPr>
          <w:b/>
        </w:rPr>
        <w:t xml:space="preserve">[27:59] </w:t>
      </w:r>
      <w:r>
        <w:t>rule koi bhi kare, ibadat hum khuda ki karna hai, hum woh karte rahenge.</w:t>
      </w:r>
    </w:p>
    <w:p>
      <w:pPr>
        <w:jc w:val="right"/>
      </w:pPr>
      <w:r>
        <w:t>रूल कोई भी करे, इबादत हम खुदा की करना है, हम वो करते रहेंगे।</w:t>
      </w:r>
    </w:p>
    <w:p>
      <w:r>
        <w:rPr>
          <w:b/>
        </w:rPr>
        <w:t xml:space="preserve">[28:03] </w:t>
      </w:r>
      <w:r>
        <w:t>usko to aap dono dono ko alag kar diya.</w:t>
      </w:r>
    </w:p>
    <w:p>
      <w:pPr>
        <w:jc w:val="right"/>
      </w:pPr>
      <w:r>
        <w:t>उसको तो आप दोनों दोनों को अलग कर दिया।</w:t>
      </w:r>
    </w:p>
    <w:p>
      <w:r>
        <w:rPr>
          <w:b/>
        </w:rPr>
        <w:t xml:space="preserve">[28:07] </w:t>
      </w:r>
      <w:r>
        <w:t>ab jo mufti fatwa de, uska fatwa hi galat hai.</w:t>
      </w:r>
    </w:p>
    <w:p>
      <w:pPr>
        <w:jc w:val="right"/>
      </w:pPr>
      <w:r>
        <w:t>अब जो मुफ्ती फतवा दे, उसका फतवा ही गलत है।</w:t>
      </w:r>
    </w:p>
    <w:p>
      <w:r>
        <w:rPr>
          <w:b/>
        </w:rPr>
        <w:t xml:space="preserve">[28:10] </w:t>
      </w:r>
      <w:r>
        <w:t>uske fatwe ko hum reject kar denge.</w:t>
      </w:r>
    </w:p>
    <w:p>
      <w:pPr>
        <w:jc w:val="right"/>
      </w:pPr>
      <w:r>
        <w:t>उसके फतवे को हम रिजेक्ट कर देंगे।</w:t>
      </w:r>
    </w:p>
    <w:p>
      <w:r>
        <w:rPr>
          <w:b/>
        </w:rPr>
        <w:t xml:space="preserve">[28:14] </w:t>
      </w:r>
      <w:r>
        <w:t>usko his fata is rejected.</w:t>
      </w:r>
    </w:p>
    <w:p>
      <w:pPr>
        <w:jc w:val="right"/>
      </w:pPr>
      <w:r>
        <w:t>उसको हिस फता इज रिजेक्टेड।</w:t>
      </w:r>
    </w:p>
    <w:p>
      <w:r>
        <w:rPr>
          <w:b/>
        </w:rPr>
        <w:t xml:space="preserve">[28:19] </w:t>
      </w:r>
      <w:r>
        <w:t>ab woh bahut hi khush ho gaye.</w:t>
      </w:r>
    </w:p>
    <w:p>
      <w:pPr>
        <w:jc w:val="right"/>
      </w:pPr>
      <w:r>
        <w:t>अब वह बहुत ही खुश हो गए।</w:t>
      </w:r>
    </w:p>
    <w:p>
      <w:r>
        <w:rPr>
          <w:b/>
        </w:rPr>
        <w:t xml:space="preserve">[28:23] </w:t>
      </w:r>
      <w:r>
        <w:t>to mere nazdeek yeh jo baatein karte hain log, muslim ke ruler jo hai, kharab ho gaya, uski</w:t>
      </w:r>
    </w:p>
    <w:p>
      <w:pPr>
        <w:jc w:val="right"/>
      </w:pPr>
      <w:r>
        <w:t>तो मेरे नजदीक यह जो बातें करते हैं लोग, मुस्लिम के रूलर जो है, खराब हो गया, उसकी</w:t>
      </w:r>
    </w:p>
    <w:p>
      <w:r>
        <w:rPr>
          <w:b/>
        </w:rPr>
        <w:t xml:space="preserve">[28:28] </w:t>
      </w:r>
      <w:r>
        <w:t>kharabi karna, yeh sab bilkul yaani yeh haram siyasat hai.</w:t>
      </w:r>
    </w:p>
    <w:p>
      <w:pPr>
        <w:jc w:val="right"/>
      </w:pPr>
      <w:r>
        <w:t>खराबी करना, यह सब बिल्कुल यानी यह हराम सियासत है।</w:t>
      </w:r>
    </w:p>
    <w:p>
      <w:r>
        <w:rPr>
          <w:b/>
        </w:rPr>
        <w:t xml:space="preserve">[28:33] </w:t>
      </w:r>
      <w:r>
        <w:t>bila shubah hai, unlawful siyasat hai.</w:t>
      </w:r>
    </w:p>
    <w:p>
      <w:pPr>
        <w:jc w:val="right"/>
      </w:pPr>
      <w:r>
        <w:t>बिला शुभ है, अनलाफुल सियासत है।</w:t>
      </w:r>
    </w:p>
    <w:p>
      <w:r>
        <w:rPr>
          <w:b/>
        </w:rPr>
        <w:t xml:space="preserve">[28:35] </w:t>
      </w:r>
      <w:r>
        <w:t>yeh aur saare muslim countries</w:t>
      </w:r>
    </w:p>
    <w:p>
      <w:pPr>
        <w:jc w:val="right"/>
      </w:pPr>
      <w:r>
        <w:t>यह और सारे मुस्लिम कंट्रीज</w:t>
      </w:r>
    </w:p>
    <w:p>
      <w:r>
        <w:rPr>
          <w:b/>
        </w:rPr>
        <w:t xml:space="preserve">[28:37] </w:t>
      </w:r>
      <w:r>
        <w:t>mein hi ho raha hai. aapko jo bhi ruler hai, jiski government establish ho gayi hai, aapko uski eta karni hi karna hai. revolt islam mein bilkul haram hai. jisko shakk ho, mere paas aave, main aapko kitab dikhaunga, hadith ki kitab.</w:t>
      </w:r>
    </w:p>
    <w:p>
      <w:pPr>
        <w:jc w:val="right"/>
      </w:pPr>
      <w:r>
        <w:t>में ही हो रहा है। आपको जो भी रूलर है, जिसकी गवर्नमेंट एस्टेब्लिश हो गई है, आपको उसकी एता करनी ही करना है। रिवोल्ट इस्लाम में बिल्कुल हराम है। जिसको शक हो, मेरे पास आवे, मैं आपको किताब दिखाऊंगा, हदीस की किताब।</w:t>
      </w:r>
    </w:p>
    <w:p>
      <w:r>
        <w:rPr>
          <w:b/>
        </w:rPr>
        <w:t xml:space="preserve">[29:01] </w:t>
      </w:r>
      <w:r>
        <w:t>this question is from doctor farida khan. women have played great roles in history, but because of being emotional, they are often underrated. how can this situation be tackled</w:t>
      </w:r>
    </w:p>
    <w:p>
      <w:pPr>
        <w:jc w:val="right"/>
      </w:pPr>
      <w:r>
        <w:t>दिस क्वेश्चन इज फ्रॉम डॉक्टर फरीदा खान। वुमेन हैव प्लेड ग्रेट रोल्स इन हिस्ट्री, बट बिकॉज ऑफ बीइंग इमोशनल, दे आर ऑफन अंडररेटेड। हाउ कैन दिस सिचुएशन बी टैकल्ड</w:t>
      </w:r>
    </w:p>
    <w:p>
      <w:r>
        <w:rPr>
          <w:b/>
        </w:rPr>
        <w:t xml:space="preserve">[29:15] </w:t>
      </w:r>
      <w:r>
        <w:t>? please comment.</w:t>
      </w:r>
    </w:p>
    <w:p>
      <w:pPr>
        <w:jc w:val="right"/>
      </w:pPr>
      <w:r>
        <w:t>? प्लीज कमेंट।</w:t>
      </w:r>
    </w:p>
    <w:p>
      <w:r>
        <w:rPr>
          <w:b/>
        </w:rPr>
        <w:t xml:space="preserve">[29:17] </w:t>
      </w:r>
      <w:r>
        <w:t>underated to theek nahi hai.</w:t>
      </w:r>
    </w:p>
    <w:p>
      <w:pPr>
        <w:jc w:val="right"/>
      </w:pPr>
      <w:r>
        <w:t>अंडररेटेड तोठीक नहीं है।</w:t>
      </w:r>
    </w:p>
    <w:p>
      <w:r>
        <w:rPr>
          <w:b/>
        </w:rPr>
        <w:t xml:space="preserve">[29:21] </w:t>
      </w:r>
      <w:r>
        <w:t>apne sphere mein unhone kaam kiya, bahut achhe kaam kiye.</w:t>
      </w:r>
    </w:p>
    <w:p>
      <w:pPr>
        <w:jc w:val="right"/>
      </w:pPr>
      <w:r>
        <w:t>अपने स्फेयर में उन्होंने काम किया, बहुत अच्छे काम किए।</w:t>
      </w:r>
    </w:p>
    <w:p>
      <w:r>
        <w:rPr>
          <w:b/>
        </w:rPr>
        <w:t xml:space="preserve">[29:28] </w:t>
      </w:r>
      <w:r>
        <w:t>main aapko ek misaal deta hoon.</w:t>
      </w:r>
    </w:p>
    <w:p>
      <w:pPr>
        <w:jc w:val="right"/>
      </w:pPr>
      <w:r>
        <w:t>मैं आपको एक मिसाल देता हूं।</w:t>
      </w:r>
    </w:p>
    <w:p>
      <w:r>
        <w:rPr>
          <w:b/>
        </w:rPr>
        <w:t xml:space="preserve">[29:32] </w:t>
      </w:r>
      <w:r>
        <w:t>akbar jo tha, shahnshah akbar</w:t>
      </w:r>
    </w:p>
    <w:p>
      <w:pPr>
        <w:jc w:val="right"/>
      </w:pPr>
      <w:r>
        <w:t>अकबर जो था, शहनशाह अकबर</w:t>
      </w:r>
    </w:p>
    <w:p>
      <w:r>
        <w:rPr>
          <w:b/>
        </w:rPr>
        <w:t xml:space="preserve">[29:36] </w:t>
      </w:r>
      <w:r>
        <w:t>india mein aur rule kar raha tha.</w:t>
      </w:r>
    </w:p>
    <w:p>
      <w:pPr>
        <w:jc w:val="right"/>
      </w:pPr>
      <w:r>
        <w:t>इंडिया में और रूल कर रहा था।</w:t>
      </w:r>
    </w:p>
    <w:p>
      <w:r>
        <w:rPr>
          <w:b/>
        </w:rPr>
        <w:t xml:space="preserve">[29:37] </w:t>
      </w:r>
      <w:r>
        <w:t>woh to uska ek, uska ek ustaad the, unka naam tha mulla abdul nabi.</w:t>
      </w:r>
    </w:p>
    <w:p>
      <w:pPr>
        <w:jc w:val="right"/>
      </w:pPr>
      <w:r>
        <w:t>वह तो उसका एक, उसका एक उस्ताद थे, उनका नाम था मुल्ला अब्दुल नबी।</w:t>
      </w:r>
    </w:p>
    <w:p>
      <w:r>
        <w:rPr>
          <w:b/>
        </w:rPr>
        <w:t xml:space="preserve">[29:47] </w:t>
      </w:r>
      <w:r>
        <w:t>abhi bhi aap bahadur shah zafar marg par,</w:t>
      </w:r>
    </w:p>
    <w:p>
      <w:pPr>
        <w:jc w:val="right"/>
      </w:pPr>
      <w:r>
        <w:t>अभी भी आप बहादुर शाह जफर मार्ग पर,</w:t>
      </w:r>
    </w:p>
    <w:p>
      <w:r>
        <w:rPr>
          <w:b/>
        </w:rPr>
        <w:t xml:space="preserve">[29:50] </w:t>
      </w:r>
      <w:r>
        <w:t>in woh uske paas income tax office ke paas dekh sakte hain.</w:t>
      </w:r>
    </w:p>
    <w:p>
      <w:pPr>
        <w:jc w:val="right"/>
      </w:pPr>
      <w:r>
        <w:t>इन वो उसके पास इनकम टैक्स ऑफिस के पास देख सकते हैं।</w:t>
      </w:r>
    </w:p>
    <w:p>
      <w:r>
        <w:rPr>
          <w:b/>
        </w:rPr>
        <w:t xml:space="preserve">[29:55] </w:t>
      </w:r>
      <w:r>
        <w:t>ek masjid hai, uska naam hai masjid mulla abdul nabi.</w:t>
      </w:r>
    </w:p>
    <w:p>
      <w:pPr>
        <w:jc w:val="right"/>
      </w:pPr>
      <w:r>
        <w:t>एक मस्जिद है, उसका नाम है मस्जिद मुल्ला अब्दुल नबी।</w:t>
      </w:r>
    </w:p>
    <w:p>
      <w:r>
        <w:rPr>
          <w:b/>
        </w:rPr>
        <w:t xml:space="preserve">[30:00] </w:t>
      </w:r>
      <w:r>
        <w:t>bahadur shah zafar marg, yeh unka yaani yahan masjid thi.</w:t>
      </w:r>
    </w:p>
    <w:p>
      <w:pPr>
        <w:jc w:val="right"/>
      </w:pPr>
      <w:r>
        <w:t>बहादुर शाह जफर मार्ग, यह उनका यानी यहां मस्जिद थी।</w:t>
      </w:r>
    </w:p>
    <w:p>
      <w:r>
        <w:rPr>
          <w:b/>
        </w:rPr>
        <w:t xml:space="preserve">[30:03] </w:t>
      </w:r>
      <w:r>
        <w:t>yahan par woh kaam karte the.</w:t>
      </w:r>
    </w:p>
    <w:p>
      <w:pPr>
        <w:jc w:val="right"/>
      </w:pPr>
      <w:r>
        <w:t>यहां पर वह काम करते थे।</w:t>
      </w:r>
    </w:p>
    <w:p>
      <w:r>
        <w:rPr>
          <w:b/>
        </w:rPr>
        <w:t xml:space="preserve">[30:08] </w:t>
      </w:r>
      <w:r>
        <w:t>woh the akbar ke ustaad.</w:t>
      </w:r>
    </w:p>
    <w:p>
      <w:pPr>
        <w:jc w:val="right"/>
      </w:pPr>
      <w:r>
        <w:t>वह थे अकबर के उस्ताद।</w:t>
      </w:r>
    </w:p>
    <w:p>
      <w:r>
        <w:rPr>
          <w:b/>
        </w:rPr>
        <w:t xml:space="preserve">[30:12] </w:t>
      </w:r>
      <w:r>
        <w:t>to akbar ne, aap jante hain ki melmilap badhane ke liye garua kapda pehan liya tha.</w:t>
      </w:r>
    </w:p>
    <w:p>
      <w:pPr>
        <w:jc w:val="right"/>
      </w:pPr>
      <w:r>
        <w:t>तो अकबर ने, आप जानते हैं कि मेलमिलाप बढ़ाने के लिए गरुआ कपड़ा पहन लिया था।</w:t>
      </w:r>
    </w:p>
    <w:p>
      <w:r>
        <w:rPr>
          <w:b/>
        </w:rPr>
        <w:t xml:space="preserve">[30:20] </w:t>
      </w:r>
      <w:r>
        <w:t>to darbar mein vah gae, to akbar jo tha, garua kapda pehne hue baitha baitha tha.</w:t>
      </w:r>
    </w:p>
    <w:p>
      <w:pPr>
        <w:jc w:val="right"/>
      </w:pPr>
      <w:r>
        <w:t>तो दरबार में वह गए, तो अकबर जो था, गरुआ कपड़ा पहने हुए बैठा बैठा था।</w:t>
      </w:r>
    </w:p>
    <w:p>
      <w:r>
        <w:rPr>
          <w:b/>
        </w:rPr>
        <w:t xml:space="preserve">[30:26] </w:t>
      </w:r>
      <w:r>
        <w:t>vo to mere nazdeek vo jayaz nazayaj kaam nahin hai.</w:t>
      </w:r>
    </w:p>
    <w:p>
      <w:pPr>
        <w:jc w:val="right"/>
      </w:pPr>
      <w:r>
        <w:t>वो तो मेरे नजदीक वो जायज नाजायज काम नहीं है।</w:t>
      </w:r>
    </w:p>
    <w:p>
      <w:r>
        <w:rPr>
          <w:b/>
        </w:rPr>
        <w:t xml:space="preserve">[30:30] </w:t>
      </w:r>
      <w:r>
        <w:t>ek vo the, bahut extreemist type ke aadmi, mulla abdul nabi.</w:t>
      </w:r>
    </w:p>
    <w:p>
      <w:pPr>
        <w:jc w:val="right"/>
      </w:pPr>
      <w:r>
        <w:t>एक वो थे, बहुत एक्सट्रीमिस्ट टाइप के आदमी, मुल्ला अब्दुल नबी।</w:t>
      </w:r>
    </w:p>
    <w:p>
      <w:r>
        <w:rPr>
          <w:b/>
        </w:rPr>
        <w:t xml:space="preserve">[30:34] </w:t>
      </w:r>
      <w:r>
        <w:t>to unhonne</w:t>
      </w:r>
    </w:p>
    <w:p>
      <w:pPr>
        <w:jc w:val="right"/>
      </w:pPr>
      <w:r>
        <w:t>तो उन्होंने</w:t>
      </w:r>
    </w:p>
    <w:p>
      <w:r>
        <w:rPr>
          <w:b/>
        </w:rPr>
        <w:t xml:space="preserve">[30:34] </w:t>
      </w:r>
      <w:r>
        <w:t>kaha, "yeh kya tumne padh rakha hai?"</w:t>
      </w:r>
    </w:p>
    <w:p>
      <w:pPr>
        <w:jc w:val="right"/>
      </w:pPr>
      <w:r>
        <w:t>कहा, "यह क्या तुमने पढ़ रखा है?"</w:t>
      </w:r>
    </w:p>
    <w:p>
      <w:r>
        <w:rPr>
          <w:b/>
        </w:rPr>
        <w:t xml:space="preserve">[30:37] </w:t>
      </w:r>
      <w:r>
        <w:t>aur usko unke haath, wo ek hua karta tha, ek stick, use maar diya. ab sare darbar mein log gaye, unke uske saamne, unhone ab shahanashah akbar ko maar diya.</w:t>
      </w:r>
    </w:p>
    <w:p>
      <w:pPr>
        <w:jc w:val="right"/>
      </w:pPr>
      <w:r>
        <w:t>और उसको उनके हाथ, वो एक हुआ करता था, एक स्टिक, उसे मार दिया। अब सारे दरबार में लोग गए, उनके उसके सामने, उन्होंने अब शहनशाह अकबर को मार दिया।</w:t>
      </w:r>
    </w:p>
    <w:p>
      <w:r>
        <w:rPr>
          <w:b/>
        </w:rPr>
        <w:t xml:space="preserve">[30:49] </w:t>
      </w:r>
      <w:r>
        <w:t>main dekh, ismein kuch bhi galat nahin tha ki wo wo garua kapda pehne rahe. garua kapda bhi khudai kapda hai. khair, usne maar diya. to akbar jo tha, bahut hi zyada usko ehsaas hua, lekin chupchap ghar mein chala gaya. wo andar chala gaya. to uski maa thi mariyam zabani,</w:t>
      </w:r>
    </w:p>
    <w:p>
      <w:pPr>
        <w:jc w:val="right"/>
      </w:pPr>
      <w:r>
        <w:t>मैं देख, इसमें कुछ भी गलत नहीं था कि वो वो गरुआ कपड़ा पहने रहे। गरुआ कपड़ा भी खुदाई कपड़ा है। खैर, उसने मार दिया। तो अकबर जो था, बहुत ही ज्यादा उसको एहसास हुआ, लेकिन चुपचाप घर में चला गया। वो अंदर चला गया। तो उसकी मां थी मरियम जबानी,</w:t>
      </w:r>
    </w:p>
    <w:p>
      <w:r>
        <w:rPr>
          <w:b/>
        </w:rPr>
        <w:t xml:space="preserve">[31:13] </w:t>
      </w:r>
      <w:r>
        <w:t>akbar ki maan.</w:t>
      </w:r>
    </w:p>
    <w:p>
      <w:pPr>
        <w:jc w:val="right"/>
      </w:pPr>
      <w:r>
        <w:t>अकबर की मां।</w:t>
      </w:r>
    </w:p>
    <w:p>
      <w:r>
        <w:rPr>
          <w:b/>
        </w:rPr>
        <w:t xml:space="preserve">[31:15] </w:t>
      </w:r>
      <w:r>
        <w:t>to yani chahta akbar, to kahta hai ki isko qatl karo.</w:t>
      </w:r>
    </w:p>
    <w:p>
      <w:pPr>
        <w:jc w:val="right"/>
      </w:pPr>
      <w:r>
        <w:t>तो यानी चाहता अकबर, तो कहता है कि इसको कत्ल करो।</w:t>
      </w:r>
    </w:p>
    <w:p>
      <w:r>
        <w:rPr>
          <w:b/>
        </w:rPr>
        <w:t xml:space="preserve">[31:20] </w:t>
      </w:r>
      <w:r>
        <w:t>zallad se kahta hai ki gadr mar do iski.</w:t>
      </w:r>
    </w:p>
    <w:p>
      <w:pPr>
        <w:jc w:val="right"/>
      </w:pPr>
      <w:r>
        <w:t>जल्लाद से कहता है कि गदर मार दो इसकी।</w:t>
      </w:r>
    </w:p>
    <w:p>
      <w:r>
        <w:rPr>
          <w:b/>
        </w:rPr>
        <w:t xml:space="preserve">[31:22] </w:t>
      </w:r>
      <w:r>
        <w:t>aap jante hain ki badshah log kaise karte the.</w:t>
      </w:r>
    </w:p>
    <w:p>
      <w:pPr>
        <w:jc w:val="right"/>
      </w:pPr>
      <w:r>
        <w:t>आप जानते हैं कि बादशाह लोग कैसे करते थे।</w:t>
      </w:r>
    </w:p>
    <w:p>
      <w:r>
        <w:rPr>
          <w:b/>
        </w:rPr>
        <w:t xml:space="preserve">[31:25] </w:t>
      </w:r>
      <w:r>
        <w:t>to mariyam zabani ne kaha ki akbar, maaf kar do.</w:t>
      </w:r>
    </w:p>
    <w:p>
      <w:pPr>
        <w:jc w:val="right"/>
      </w:pPr>
      <w:r>
        <w:t>तो मरियम जबानी ने कहा कि अकबर, माफ कर दो।</w:t>
      </w:r>
    </w:p>
    <w:p>
      <w:r>
        <w:rPr>
          <w:b/>
        </w:rPr>
        <w:t xml:space="preserve">[31:31] </w:t>
      </w:r>
      <w:r>
        <w:t>history mein likha jaega ki shahanashah ke sath aisa hua aur shahanashah ne usko maaf kar diya.</w:t>
      </w:r>
    </w:p>
    <w:p>
      <w:pPr>
        <w:jc w:val="right"/>
      </w:pPr>
      <w:r>
        <w:t>हिस्ट्री में लिखा जाएगा कि शहनशाह के साथ ऐसा हुआ और शहनशाह ने उसको माफ कर दिया।</w:t>
      </w:r>
    </w:p>
    <w:p>
      <w:r>
        <w:rPr>
          <w:b/>
        </w:rPr>
        <w:t xml:space="preserve">[31:39] </w:t>
      </w:r>
      <w:r>
        <w:t>to akbar ne maaf kar diya unko.</w:t>
      </w:r>
    </w:p>
    <w:p>
      <w:pPr>
        <w:jc w:val="right"/>
      </w:pPr>
      <w:r>
        <w:t>तो अकबर ने माफ कर दिया उनको।</w:t>
      </w:r>
    </w:p>
    <w:p>
      <w:r>
        <w:rPr>
          <w:b/>
        </w:rPr>
        <w:t xml:space="preserve">[31:41] </w:t>
      </w:r>
      <w:r>
        <w:t>yah mamuli kaam hai.</w:t>
      </w:r>
    </w:p>
    <w:p>
      <w:pPr>
        <w:jc w:val="right"/>
      </w:pPr>
      <w:r>
        <w:t>यह मामूली काम है।</w:t>
      </w:r>
    </w:p>
    <w:p>
      <w:r>
        <w:rPr>
          <w:b/>
        </w:rPr>
        <w:t xml:space="preserve">[31:43] </w:t>
      </w:r>
      <w:r>
        <w:t>kitna bada kaam ek aurat ne kiya.</w:t>
      </w:r>
    </w:p>
    <w:p>
      <w:pPr>
        <w:jc w:val="right"/>
      </w:pPr>
      <w:r>
        <w:t>कितना बड़ा काम एक औरत ने किया।</w:t>
      </w:r>
    </w:p>
    <w:p>
      <w:r>
        <w:rPr>
          <w:b/>
        </w:rPr>
        <w:t xml:space="preserve">[31:47] </w:t>
      </w:r>
      <w:r>
        <w:t>main samajhta hoon ki aurat hamesha uska rol</w:t>
      </w:r>
    </w:p>
    <w:p>
      <w:pPr>
        <w:jc w:val="right"/>
      </w:pPr>
      <w:r>
        <w:t>मैं समझता हूं कि औरत हमेशा उसका रोल</w:t>
      </w:r>
    </w:p>
    <w:p>
      <w:r>
        <w:rPr>
          <w:b/>
        </w:rPr>
        <w:t xml:space="preserve">[31:51] </w:t>
      </w:r>
      <w:r>
        <w:t>yani karti rahi hai, aaj bhi kar rahi hai.</w:t>
      </w:r>
    </w:p>
    <w:p>
      <w:pPr>
        <w:jc w:val="right"/>
      </w:pPr>
      <w:r>
        <w:t>यानी करती रही है, आज भी कर रही है।</w:t>
      </w:r>
    </w:p>
    <w:p>
      <w:r>
        <w:rPr>
          <w:b/>
        </w:rPr>
        <w:t xml:space="preserve">[31:56] </w:t>
      </w:r>
      <w:r>
        <w:t>khud jinhonne yah sawal kiya hai, vo bhi vo bhi kar rahi</w:t>
      </w:r>
    </w:p>
    <w:p>
      <w:pPr>
        <w:jc w:val="right"/>
      </w:pPr>
      <w:r>
        <w:t>खुद जिन्होंने यह सवाल किया है, वो भी वो भी कर रही</w:t>
      </w:r>
    </w:p>
    <w:p>
      <w:r>
        <w:rPr>
          <w:b/>
        </w:rPr>
        <w:t xml:space="preserve">[31:58] </w:t>
      </w:r>
      <w:r>
        <w:t>hain. quran ka unhonne angrezi mein tarjuma kiya hai.</w:t>
      </w:r>
    </w:p>
    <w:p>
      <w:pPr>
        <w:jc w:val="right"/>
      </w:pPr>
      <w:r>
        <w:t>हैं। कुरान का उन्होंने इंग्लिश में तरजुमा किया है।</w:t>
      </w:r>
    </w:p>
    <w:p>
      <w:r>
        <w:rPr>
          <w:b/>
        </w:rPr>
        <w:t xml:space="preserve">[32:01] </w:t>
      </w:r>
      <w:r>
        <w:t>bahut bada kaam hai,</w:t>
      </w:r>
    </w:p>
    <w:p>
      <w:pPr>
        <w:jc w:val="right"/>
      </w:pPr>
      <w:r>
        <w:t>बहुत बड़ा काम है,</w:t>
      </w:r>
    </w:p>
    <w:p>
      <w:r>
        <w:rPr>
          <w:b/>
        </w:rPr>
        <w:t xml:space="preserve">[32:04] </w:t>
      </w:r>
      <w:r>
        <w:t>bahut bada kaam hai.</w:t>
      </w:r>
    </w:p>
    <w:p>
      <w:pPr>
        <w:jc w:val="right"/>
      </w:pPr>
      <w:r>
        <w:t>बहुत बड़ा काम है।</w:t>
      </w:r>
    </w:p>
    <w:p>
      <w:r>
        <w:rPr>
          <w:b/>
        </w:rPr>
        <w:t xml:space="preserve">[32:07] </w:t>
      </w:r>
      <w:r>
        <w:t>sirf main jis cheez ko kah raha hoon ki vah galat hai, vah yah ki jo kaam mard</w:t>
      </w:r>
    </w:p>
    <w:p>
      <w:pPr>
        <w:jc w:val="right"/>
      </w:pPr>
      <w:r>
        <w:t>सिर्फ मैं जिस चीज को कह रहा हूं कि वह गलत है, वह यह कि जो काम मर्द</w:t>
      </w:r>
    </w:p>
    <w:p>
      <w:r>
        <w:rPr>
          <w:b/>
        </w:rPr>
        <w:t xml:space="preserve">[32:12] </w:t>
      </w:r>
      <w:r>
        <w:t>kare, vahi aurat kare.</w:t>
      </w:r>
    </w:p>
    <w:p>
      <w:pPr>
        <w:jc w:val="right"/>
      </w:pPr>
      <w:r>
        <w:t>करे, वही औरत करे।</w:t>
      </w:r>
    </w:p>
    <w:p>
      <w:r>
        <w:rPr>
          <w:b/>
        </w:rPr>
        <w:t xml:space="preserve">[32:13] </w:t>
      </w:r>
      <w:r>
        <w:t>jo aurat kare, vahi mard kare.</w:t>
      </w:r>
    </w:p>
    <w:p>
      <w:pPr>
        <w:jc w:val="right"/>
      </w:pPr>
      <w:r>
        <w:t>जो औरत करे, वही मर्द करे।</w:t>
      </w:r>
    </w:p>
    <w:p>
      <w:r>
        <w:rPr>
          <w:b/>
        </w:rPr>
        <w:t xml:space="preserve">[32:15] </w:t>
      </w:r>
      <w:r>
        <w:t>is sense mein equality jo hai, bilkul absurd hai.</w:t>
      </w:r>
    </w:p>
    <w:p>
      <w:pPr>
        <w:jc w:val="right"/>
      </w:pPr>
      <w:r>
        <w:t>इस सेंस में इक्वलिटी जो है, बिल्कुल एब्सर्ड है।</w:t>
      </w:r>
    </w:p>
    <w:p>
      <w:r>
        <w:rPr>
          <w:b/>
        </w:rPr>
        <w:t xml:space="preserve">[32:18] </w:t>
      </w:r>
      <w:r>
        <w:t>to main gender equality ko nahin manta.</w:t>
      </w:r>
    </w:p>
    <w:p>
      <w:pPr>
        <w:jc w:val="right"/>
      </w:pPr>
      <w:r>
        <w:t>तो मैं जेंडर इक्वलिटी को नहीं मानता।</w:t>
      </w:r>
    </w:p>
    <w:p>
      <w:r>
        <w:rPr>
          <w:b/>
        </w:rPr>
        <w:t xml:space="preserve">[32:21] </w:t>
      </w:r>
      <w:r>
        <w:t>haan, yeh maanta hoon ke dono ko equal respect milna chahiye aur apni apni jo nature ne har</w:t>
      </w:r>
    </w:p>
    <w:p>
      <w:pPr>
        <w:jc w:val="right"/>
      </w:pPr>
      <w:r>
        <w:t>हां, यह मानता हूं कि दोनों को इक्वल रिस्पेक्ट मिलना चाहिए और अपनी अपनी जो नेचर ने हर</w:t>
      </w:r>
    </w:p>
    <w:p>
      <w:r>
        <w:rPr>
          <w:b/>
        </w:rPr>
        <w:t xml:space="preserve">[32:29] </w:t>
      </w:r>
      <w:r>
        <w:t>ek ko kuch quality di hai, us quality ko usko istemal karna chahiye.</w:t>
      </w:r>
    </w:p>
    <w:p>
      <w:pPr>
        <w:jc w:val="right"/>
      </w:pPr>
      <w:r>
        <w:t>एक को कुछ क्वालिटी दी है, उस क्वालिटी को उसको इस्तेमाल करना चाहिए।</w:t>
      </w:r>
    </w:p>
    <w:p>
      <w:r>
        <w:rPr>
          <w:b/>
        </w:rPr>
        <w:t xml:space="preserve">[32:36] </w:t>
      </w:r>
      <w:r>
        <w:t>jaise ke jinhone question kiya hai, woh quran ka tarjuma english mein kar rahi hain.</w:t>
      </w:r>
    </w:p>
    <w:p>
      <w:pPr>
        <w:jc w:val="right"/>
      </w:pPr>
      <w:r>
        <w:t>जैसे कि जिन्होंने क्वेश्चन किया है, वह कुरान का तरजुमा इंग्लिश में कर रही हैं।</w:t>
      </w:r>
    </w:p>
    <w:p>
      <w:r>
        <w:rPr>
          <w:b/>
        </w:rPr>
        <w:t xml:space="preserve">[32:40] </w:t>
      </w:r>
      <w:r>
        <w:t>balki poora kar liya hai.</w:t>
      </w:r>
    </w:p>
    <w:p>
      <w:pPr>
        <w:jc w:val="right"/>
      </w:pPr>
      <w:r>
        <w:t>बल्कि पूरा कर लिया है।</w:t>
      </w:r>
    </w:p>
    <w:p>
      <w:r>
        <w:rPr>
          <w:b/>
        </w:rPr>
        <w:t xml:space="preserve">[32:41] </w:t>
      </w:r>
      <w:r>
        <w:t>bahut bada kaam hai.</w:t>
      </w:r>
    </w:p>
    <w:p>
      <w:pPr>
        <w:jc w:val="right"/>
      </w:pPr>
      <w:r>
        <w:t>बहुत बड़ा काम है।</w:t>
      </w:r>
    </w:p>
    <w:p>
      <w:r>
        <w:rPr>
          <w:b/>
        </w:rPr>
        <w:t xml:space="preserve">[32:43] </w:t>
      </w:r>
      <w:r>
        <w:t>jo kaam mard</w:t>
      </w:r>
    </w:p>
    <w:p>
      <w:pPr>
        <w:jc w:val="right"/>
      </w:pPr>
      <w:r>
        <w:t>जो काम मर्द</w:t>
      </w:r>
    </w:p>
    <w:p>
      <w:r>
        <w:rPr>
          <w:b/>
        </w:rPr>
        <w:t xml:space="preserve">[32:44] </w:t>
      </w:r>
      <w:r>
        <w:t>nahin kar sake.</w:t>
      </w:r>
    </w:p>
    <w:p>
      <w:pPr>
        <w:jc w:val="right"/>
      </w:pPr>
      <w:r>
        <w:t>नहीं कर सके।</w:t>
      </w:r>
    </w:p>
    <w:p>
      <w:r>
        <w:rPr>
          <w:b/>
        </w:rPr>
        <w:t xml:space="preserve">[32:45] </w:t>
      </w:r>
      <w:r>
        <w:t>100 varsh se aap gaur kijiye ke printing press jo hai, ke zamane mein bahut se tarjume chhappe</w:t>
      </w:r>
    </w:p>
    <w:p>
      <w:pPr>
        <w:jc w:val="right"/>
      </w:pPr>
      <w:r>
        <w:t>100 वर्ष से आप गौर कीजिए कि प्रिंटिंग प्रेस जो है, के जमाने में बहुत से तरजुमे छपे</w:t>
      </w:r>
    </w:p>
    <w:p>
      <w:r>
        <w:rPr>
          <w:b/>
        </w:rPr>
        <w:t xml:space="preserve">[32:52] </w:t>
      </w:r>
      <w:r>
        <w:t>english mein. ek bhi translation</w:t>
      </w:r>
    </w:p>
    <w:p>
      <w:pPr>
        <w:jc w:val="right"/>
      </w:pPr>
      <w:r>
        <w:t>इंग्लिश में। एक भी ट्रांसलेशन</w:t>
      </w:r>
    </w:p>
    <w:p>
      <w:r>
        <w:rPr>
          <w:b/>
        </w:rPr>
        <w:t xml:space="preserve">[32:57] </w:t>
      </w:r>
      <w:r>
        <w:t>nahin kar sakte hum.</w:t>
      </w:r>
    </w:p>
    <w:p>
      <w:pPr>
        <w:jc w:val="right"/>
      </w:pPr>
      <w:r>
        <w:t>नहीं कर सकते हम।</w:t>
      </w:r>
    </w:p>
    <w:p>
      <w:r>
        <w:rPr>
          <w:b/>
        </w:rPr>
        <w:t xml:space="preserve">[32:58] </w:t>
      </w:r>
      <w:r>
        <w:t>koi bahut hi achha translation.</w:t>
      </w:r>
    </w:p>
    <w:p>
      <w:pPr>
        <w:jc w:val="right"/>
      </w:pPr>
      <w:r>
        <w:t>कोई बहुत ही अच्छा ट्रांसलेशन।</w:t>
      </w:r>
    </w:p>
    <w:p>
      <w:r>
        <w:rPr>
          <w:b/>
        </w:rPr>
        <w:t xml:space="preserve">[33:00] </w:t>
      </w:r>
      <w:r>
        <w:t>sab mein kuch na kuch kharabiyan hain.</w:t>
      </w:r>
    </w:p>
    <w:p>
      <w:pPr>
        <w:jc w:val="right"/>
      </w:pPr>
      <w:r>
        <w:t>सब में कुछ ना कुछ खराबियां हैं।</w:t>
      </w:r>
    </w:p>
    <w:p>
      <w:r>
        <w:rPr>
          <w:b/>
        </w:rPr>
        <w:t xml:space="preserve">[33:03] </w:t>
      </w:r>
      <w:r>
        <w:t>ab zaroorat thi ek naye tarjume ki.</w:t>
      </w:r>
    </w:p>
    <w:p>
      <w:pPr>
        <w:jc w:val="right"/>
      </w:pPr>
      <w:r>
        <w:t>अब जरूरत थी एक नए तरजुमे की।</w:t>
      </w:r>
    </w:p>
    <w:p>
      <w:r>
        <w:rPr>
          <w:b/>
        </w:rPr>
        <w:t xml:space="preserve">[33:07] </w:t>
      </w:r>
      <w:r>
        <w:t>zaroorat thi ke quran ka ek naya tarjuma english mein kiya jaye.</w:t>
      </w:r>
    </w:p>
    <w:p>
      <w:pPr>
        <w:jc w:val="right"/>
      </w:pPr>
      <w:r>
        <w:t>जरूरत थी कि कुरान का एक नया तरजुमा इंग्लिश में किया जाए।</w:t>
      </w:r>
    </w:p>
    <w:p>
      <w:r>
        <w:rPr>
          <w:b/>
        </w:rPr>
        <w:t xml:space="preserve">[33:11] </w:t>
      </w:r>
      <w:r>
        <w:t>bilkul theek aur sahi tarjuma</w:t>
      </w:r>
    </w:p>
    <w:p>
      <w:pPr>
        <w:jc w:val="right"/>
      </w:pPr>
      <w:r>
        <w:t>बिल्कुलठीक और सही तरजुमा</w:t>
      </w:r>
    </w:p>
    <w:p>
      <w:r>
        <w:rPr>
          <w:b/>
        </w:rPr>
        <w:t xml:space="preserve">[33:14] </w:t>
      </w:r>
      <w:r>
        <w:t>inhone kiya hai.</w:t>
      </w:r>
    </w:p>
    <w:p>
      <w:pPr>
        <w:jc w:val="right"/>
      </w:pPr>
      <w:r>
        <w:t>इन्होंने किया है।</w:t>
      </w:r>
    </w:p>
    <w:p>
      <w:r>
        <w:rPr>
          <w:b/>
        </w:rPr>
        <w:t xml:space="preserve">[33:15] </w:t>
      </w:r>
      <w:r>
        <w:t>main samajhta hoon ke mardon, jo mard nahin kar sake, woh inhone kiya hai.</w:t>
      </w:r>
    </w:p>
    <w:p>
      <w:pPr>
        <w:jc w:val="right"/>
      </w:pPr>
      <w:r>
        <w:t>मैं समझता हूं कि मर्दों, जो मर्द नहीं कर सके, वो इन्होंने किया है।</w:t>
      </w:r>
    </w:p>
    <w:p>
      <w:r>
        <w:rPr>
          <w:b/>
        </w:rPr>
        <w:t xml:space="preserve">[33:18] </w:t>
      </w:r>
      <w:r>
        <w:t>ek aurat ne.</w:t>
      </w:r>
    </w:p>
    <w:p>
      <w:pPr>
        <w:jc w:val="right"/>
      </w:pPr>
      <w:r>
        <w:t>एक औरत ने।</w:t>
      </w:r>
    </w:p>
    <w:p>
      <w:r>
        <w:rPr>
          <w:b/>
        </w:rPr>
        <w:t xml:space="preserve">[33:19] </w:t>
      </w:r>
      <w:r>
        <w:t>to har zamane mein aisa hua hai ke aurat kaam karti rahi hai.</w:t>
      </w:r>
    </w:p>
    <w:p>
      <w:pPr>
        <w:jc w:val="right"/>
      </w:pPr>
      <w:r>
        <w:t>तो हर जमाने में ऐसा हुआ है कि औरत काम करती रही है।</w:t>
      </w:r>
    </w:p>
    <w:p>
      <w:r>
        <w:rPr>
          <w:b/>
        </w:rPr>
        <w:t xml:space="preserve">[33:27] </w:t>
      </w:r>
      <w:r>
        <w:t>yahi zamane ka jo jo aaya hai, womens lib. tabhi aurat kuch kaam nahin kar pa rahi hai. main to europe, america mein auratein to kuch bhi nahin kar pa rahi hain. siwaye fashion ke, koi bada kaam nahin kar pa rahi hain. auratein aaj kahan-</w:t>
      </w:r>
    </w:p>
    <w:p>
      <w:pPr>
        <w:jc w:val="right"/>
      </w:pPr>
      <w:r>
        <w:t>यही जमाने का जो जो आया है, वमस लिव। तभी औरत कुछ काम नहीं कर पा रही है। मैं तो यूरोप, अमेरिका में औरतें तो कुछ भी नहीं कर पा रही हैं। सिवाय फैशन के, कोई बड़ा काम नहीं कर पा रही हैं। औरतें आज कहां-</w:t>
      </w:r>
    </w:p>
    <w:p>
      <w:r>
        <w:rPr>
          <w:b/>
        </w:rPr>
        <w:t xml:space="preserve">[33:47] </w:t>
      </w:r>
      <w:r>
        <w:t>kahan aajkal waisi madam, madam curie jaisi aurat kahan paida ho rahi hai? mujhe bataiye. madam curie si koi</w:t>
      </w:r>
    </w:p>
    <w:p>
      <w:pPr>
        <w:jc w:val="right"/>
      </w:pPr>
      <w:r>
        <w:t>कहां आजकल वैसी मैडम, मैडम क्यूरी जैसी औरत कहां पैदा हो रही है? मुझे बताइए। मैडम क्यूरी सी कोई</w:t>
      </w:r>
    </w:p>
    <w:p>
      <w:r>
        <w:rPr>
          <w:b/>
        </w:rPr>
        <w:t xml:space="preserve">[33:55] </w:t>
      </w:r>
      <w:r>
        <w:t>aurat paida ho rahi hai aaj? koi nahin. sirf fashion aur tamasha aur hua hi hota hai. to jab se gender equality aayi, tab se auraton ka role khatm ho gaya hai. pehle to khoob role tha auraton ka. iski edition ki jo maa thi,</w:t>
      </w:r>
    </w:p>
    <w:p>
      <w:pPr>
        <w:jc w:val="right"/>
      </w:pPr>
      <w:r>
        <w:t>औरत पैदा हो रही है आज? कोई नहीं। सिर्फ फैशन और तमाशा और हुआ ही होता है। तो जब से जेंडर इक्वलिटी आई, तब से औरतों का रोल खत्म हो गया है। पहले तो खूब रोल था औरतों का। इसकी एडिशन की जो मां थी,</w:t>
      </w:r>
    </w:p>
    <w:p>
      <w:r>
        <w:rPr>
          <w:b/>
        </w:rPr>
        <w:t xml:space="preserve">[34:15] </w:t>
      </w:r>
      <w:r>
        <w:t>kitna bara role usne kiya hai ki jis ladke ko school teacher ne nikal diya tha ki disturbed hai, yeh usko unhone scientist bana diya. Us us aurat ne, uski maa ne. Yaani 1000 se zyada uski inventions hain. Kisi bhi scientist ki itni nahi hai, itni zyada. Iske peeche kaun hai?</w:t>
      </w:r>
    </w:p>
    <w:p>
      <w:pPr>
        <w:jc w:val="right"/>
      </w:pPr>
      <w:r>
        <w:t>कितना बड़ा रोल उसने किया है कि जिस लड़के को स्कूल टीचर ने निकाल दिया था कि डिस्टर्डेड है, यह उसको उन्होंने साइंटिस्ट बना दिया। उस उस औरत ने, उसकी मां ने। यानी 1000 से ज्यादा उसकी इन्वेंशंस हैं। किसी भी साइंटिस्ट की इतनी नहीं है, इतनी ज्यादा। इसके पीछे कौन है?</w:t>
      </w:r>
    </w:p>
    <w:p>
      <w:r>
        <w:rPr>
          <w:b/>
        </w:rPr>
        <w:t xml:space="preserve">[34:38] </w:t>
      </w:r>
      <w:r>
        <w:t>ek aurat hai.</w:t>
      </w:r>
    </w:p>
    <w:p>
      <w:pPr>
        <w:jc w:val="right"/>
      </w:pPr>
      <w:r>
        <w:t>एक औरत है।</w:t>
      </w:r>
    </w:p>
    <w:p>
      <w:r>
        <w:rPr>
          <w:b/>
        </w:rPr>
        <w:t xml:space="preserve">[34:43] </w:t>
      </w:r>
      <w:r>
        <w:t>to woh jo madam curie jo hai, bahut bara kaam usne kiya hai. Aur bhi aisi history mein. Lekin aajkal jo jab se aaya hai, yeh yeh jo gender equality, so called gender equality, tab se auraton ka role khatam ho gaya. Ab sirf fashion hai, tamashe hain, hua hai. Mujhe bataiye, kaun aurat hai jo koi b</w:t>
      </w:r>
    </w:p>
    <w:p>
      <w:pPr>
        <w:jc w:val="right"/>
      </w:pPr>
      <w:r>
        <w:t>तो वह जो मैडम क्यूरी जो है, बहुत बड़ा काम उसने किया है। और भी ऐसी हिस्ट्री में। लेकिन आजकल जो जब से आया है, यह यह जो जेंडर इक्वलिटी, सो कॉल्ड जेंडर इक्वलिटी, तब से औरतों का रोल खत्म हो गया। अब सिर्फ फैशन है, तमाशे हैं, हुआ है। मुझे बताइए, कौन औरत है जो कोई ब</w:t>
      </w:r>
    </w:p>
    <w:p>
      <w:r>
        <w:rPr>
          <w:b/>
        </w:rPr>
        <w:t xml:space="preserve">[35:05] </w:t>
      </w:r>
      <w:r>
        <w:t>ara kaam kar rahi hai aaj? Pehle jo kaam kiya tha auraton ne, aaj to mujhe, mujhe mere janne mein to koi aurat aisa bara kaam nahi kar rahi hai.</w:t>
      </w:r>
    </w:p>
    <w:p>
      <w:pPr>
        <w:jc w:val="right"/>
      </w:pPr>
      <w:r>
        <w:t>ड़ा काम कर रही है आज? पहले जो काम किया था औरतों ने, आज तो मुझे, मुझे मेरे जानने में तो कोई औरत ऐसा बड़ा काम नहीं कर रही 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