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Islam (In Conversation with Maulana) June 20, 2010 Maulana Wahidudidn Khan</w:t>
      </w:r>
    </w:p>
    <w:p>
      <w:r>
        <w:t>https://www.youtube.com/watch?v=7UylaPL-iO8</w:t>
      </w:r>
    </w:p>
    <w:p>
      <w:r>
        <w:rPr>
          <w:b/>
        </w:rPr>
        <w:t xml:space="preserve">[00:10] </w:t>
      </w:r>
      <w:r>
        <w:t>Maulana, this question is from Dr. Fareeda Khanam from New Delhi. She writes, "How can we atone for our bad deeds if committed already?</w:t>
      </w:r>
    </w:p>
    <w:p>
      <w:pPr>
        <w:jc w:val="right"/>
      </w:pPr>
      <w:r>
        <w:t>مولانا، this question is from Dr. فریدہ خانم from New Delhi. She writes, "How can we atone for our bad deeds if committed already?</w:t>
      </w:r>
    </w:p>
    <w:p>
      <w:r>
        <w:rPr>
          <w:b/>
        </w:rPr>
        <w:t xml:space="preserve">[00:23] </w:t>
      </w:r>
      <w:r>
        <w:t>Kindly explain this."</w:t>
      </w:r>
    </w:p>
    <w:p>
      <w:pPr>
        <w:jc w:val="right"/>
      </w:pPr>
      <w:r>
        <w:t>Kindly explain this."</w:t>
      </w:r>
    </w:p>
    <w:p>
      <w:r>
        <w:rPr>
          <w:b/>
        </w:rPr>
        <w:t xml:space="preserve">[00:32] </w:t>
      </w:r>
      <w:r>
        <w:t>dekhen, iski misaal rasool Allah ke haan maujood hai ki rasool Allah se Hudaybiyyah ke mauqe par ek tehriri muahida hua,</w:t>
      </w:r>
    </w:p>
    <w:p>
      <w:pPr>
        <w:jc w:val="right"/>
      </w:pPr>
      <w:r>
        <w:t>دیکھیں، اس کی مثال رسول اللہ کے ہاں موجود ہے کہ رسول اللہ سے حدیبیہ کے موقع پر ایک تحریری معاہدہ ہوا،</w:t>
      </w:r>
    </w:p>
    <w:p>
      <w:r>
        <w:rPr>
          <w:b/>
        </w:rPr>
        <w:t xml:space="preserve">[00:47] </w:t>
      </w:r>
      <w:r>
        <w:t>aman ka, das saal ke liye. Lekin unhone yak tarfa taur par khilaf warzi ki.</w:t>
      </w:r>
    </w:p>
    <w:p>
      <w:pPr>
        <w:jc w:val="right"/>
      </w:pPr>
      <w:r>
        <w:t>امن کا، دس سال کے لیے۔ لیکن انہوں نے یکطرفہ طور پر خلاف ورزی کی۔</w:t>
      </w:r>
    </w:p>
    <w:p>
      <w:r>
        <w:rPr>
          <w:b/>
        </w:rPr>
        <w:t xml:space="preserve">[01:02] </w:t>
      </w:r>
      <w:r>
        <w:t>is ke jo letter spirit jo taqaza kar rahi thi, us ke khilaf kiya unhone. Rasool Allah sallallahu alaihi wasallam ne yak tarfa taur par is muahide ko tod diya.</w:t>
      </w:r>
    </w:p>
    <w:p>
      <w:pPr>
        <w:jc w:val="right"/>
      </w:pPr>
      <w:r>
        <w:t>اس کے جو لیٹر اسپرٹ جو تقاضا کر رہی تھی، اس کے خلاف کیا انہوں نے۔ رسول اللہ صلی اللہ علیہ وسلم نے یکطرفہ طور پر اس معاہدے کو توڑ دیا۔</w:t>
      </w:r>
    </w:p>
    <w:p>
      <w:r>
        <w:rPr>
          <w:b/>
        </w:rPr>
        <w:t xml:space="preserve">[01:16] </w:t>
      </w:r>
      <w:r>
        <w:t>to muahida us waqt qaim rakhna hai jabke fareeqe sani jo hai, letter spirit ke aitbaar se is par qaim ho.</w:t>
      </w:r>
    </w:p>
    <w:p>
      <w:pPr>
        <w:jc w:val="right"/>
      </w:pPr>
      <w:r>
        <w:t>تو معاہدہ اس وقت قائم رکھنا ہے جبکہ فریق ثانی جو ہے، لیٹر اسپرٹ کے اعتبار سے اس پر قائم ہو۔</w:t>
      </w:r>
    </w:p>
    <w:p>
      <w:r>
        <w:rPr>
          <w:b/>
        </w:rPr>
        <w:t xml:space="preserve">[01:27] </w:t>
      </w:r>
      <w:r>
        <w:t>kyunki har muahida kiya jata hai to us par dono taraf se, yaani dono taraf se baat hoti hai, dono taraf se kuch baat tay hoti hai, dono taraf se kuch taqaze hote hain.</w:t>
      </w:r>
    </w:p>
    <w:p>
      <w:pPr>
        <w:jc w:val="right"/>
      </w:pPr>
      <w:r>
        <w:t>کیونکہ ہر معاہدہ کیا جاتا ہے تو اس پر دونوں طرف سے، یعنی دونوں طرف سے بات ہوتی ہے، دونوں طرف سے کچھ بات طے ہوتی ہے، دونوں طرف سے کچھ تقاضے ہوتے ہیں۔</w:t>
      </w:r>
    </w:p>
    <w:p>
      <w:r>
        <w:rPr>
          <w:b/>
        </w:rPr>
        <w:t xml:space="preserve">[01:40] </w:t>
      </w:r>
      <w:r>
        <w:t>to agar koi party yak tarfa taur par, yaani literally, letter spirit ke aitbaar se is ko tod de, is ki khilaf warzi kare, to fareeqe sani ko haq ho jata hai ki is ko tod de, khatam kar de is ko.</w:t>
      </w:r>
    </w:p>
    <w:p>
      <w:pPr>
        <w:jc w:val="right"/>
      </w:pPr>
      <w:r>
        <w:t>تو اگر کوئی پارٹی یکطرفہ طور پر، یعنی لیٹرلی، لیٹر اسپرٹ کے اعتبار سے اس کو توڑ دے، اس کی خلاف ورزی کرے، تو فریق ثانی کو حق ہو جاتا ہے کہ اس کو توڑ دے، ختم کر دے اس کو۔</w:t>
      </w:r>
    </w:p>
    <w:p>
      <w:r>
        <w:rPr>
          <w:b/>
        </w:rPr>
        <w:t xml:space="preserve">[01:53] </w:t>
      </w:r>
      <w:r>
        <w:t>jaisa ke rasool Allah sallallahu alaihi wasallam ne Hudaybiyyah ke muahide ko khatam kar diya, das saal se pehle pehle.</w:t>
      </w:r>
    </w:p>
    <w:p>
      <w:pPr>
        <w:jc w:val="right"/>
      </w:pPr>
      <w:r>
        <w:t>جیسا کہ رسول اللہ صلی اللہ علیہ وسلم نے حدیبیہ کے معاہدے کو ختم کر دیا، دس سال سے پہلے پہلے۔</w:t>
      </w:r>
    </w:p>
    <w:p>
      <w:r>
        <w:rPr>
          <w:b/>
        </w:rPr>
        <w:t xml:space="preserve">[02:06] </w:t>
      </w:r>
      <w:r>
        <w:t>to muahide ko qaim rakhna bahut zaroori hai lekin us waqt jabke fareeqe sani is par qaim ho. Agar woh is ki khilaf warzi kare, chahe letter ke aitbaar se ya spirit ke aitbaar se, to doosre fareeq ko haq ho jata hai ki is ko ek taraf tod de.</w:t>
      </w:r>
    </w:p>
    <w:p>
      <w:pPr>
        <w:jc w:val="right"/>
      </w:pPr>
      <w:r>
        <w:t>تو معاہدے کو قائم رکھنا بہت ضروری ہے لیکن اس وقت جبکہ فریق ثانی اس پر قائم ہو۔ اگر وہ اس کی خلاف ورزی کرے، چاہے لیٹر کے اعتبار سے یا اسپرٹ کے اعتبار سے، تو دوسرے فریق کو حق ہو جاتا ہے کہ اس کو ایک طرف توڑ دے۔</w:t>
      </w:r>
    </w:p>
    <w:p>
      <w:r>
        <w:rPr>
          <w:b/>
        </w:rPr>
        <w:t xml:space="preserve">[02:25] </w:t>
      </w:r>
      <w:r>
        <w:t>yeh masla hai, ulama is ko mante hain, sabhi ulama.</w:t>
      </w:r>
    </w:p>
    <w:p>
      <w:pPr>
        <w:jc w:val="right"/>
      </w:pPr>
      <w:r>
        <w:t>یہ مسئلہ ہے، علماء اس کو مانتے ہیں، سبھی علماء۔</w:t>
      </w:r>
    </w:p>
    <w:p>
      <w:r>
        <w:rPr>
          <w:b/>
        </w:rPr>
        <w:t xml:space="preserve">[02:32] </w:t>
      </w:r>
      <w:r>
        <w:t>Maulana, yeh sawal kiya hai Mr. Nafees Shiraz ne, Delhi se. Sir, do sawal aap mein aap ki personal life se jaanana chahta hoon.</w:t>
      </w:r>
    </w:p>
    <w:p>
      <w:pPr>
        <w:jc w:val="right"/>
      </w:pPr>
      <w:r>
        <w:t>مولانا، یہ سوال کیا ہے مسٹر نفیض شیراز نے، دلی سے۔ سر، دو سوال آپ میں آپ کی پرسنل لائف سے جاننا چاہتا ہوں۔</w:t>
      </w:r>
    </w:p>
    <w:p>
      <w:r>
        <w:rPr>
          <w:b/>
        </w:rPr>
        <w:t xml:space="preserve">[02:43] </w:t>
      </w:r>
      <w:r>
        <w:t>Mera pehla sawal yeh hai ke har insaan ko kabhi na kabhi kisi na kisi baat par ghussa aata hai. Aap ko kaun kaun si baat par ghussa aata hai?</w:t>
      </w:r>
    </w:p>
    <w:p>
      <w:pPr>
        <w:jc w:val="right"/>
      </w:pPr>
      <w:r>
        <w:t>میرا پہلا سوال یہ ہے کہ ہر انسان کو کبھی نہ کبھی کسی نہ کسی بات پر غصہ آتا ہے۔ آپ کو کون کون سی بات پر غصہ آتا ہے؟</w:t>
      </w:r>
    </w:p>
    <w:p>
      <w:r>
        <w:rPr>
          <w:b/>
        </w:rPr>
        <w:t xml:space="preserve">[02:55] </w:t>
      </w:r>
      <w:r>
        <w:t>aur jab aap ko ghussa aata hai to aap kya karte hain?</w:t>
      </w:r>
    </w:p>
    <w:p>
      <w:pPr>
        <w:jc w:val="right"/>
      </w:pPr>
      <w:r>
        <w:t>اور جب آپ کو غصہ آتا ہے تو آپ کیا کرتے ہیں؟</w:t>
      </w:r>
    </w:p>
    <w:p>
      <w:r>
        <w:rPr>
          <w:b/>
        </w:rPr>
        <w:t xml:space="preserve">[03:03] </w:t>
      </w:r>
      <w:r>
        <w:t>dekhen, mujhe ghussa aata hai hamesha us waqt jab aadmi principle ke khilaf kare kaam. Principle ke khilaf.</w:t>
      </w:r>
    </w:p>
    <w:p>
      <w:pPr>
        <w:jc w:val="right"/>
      </w:pPr>
      <w:r>
        <w:t>دیکھیں، مجھے غصہ آتا ہے ہمیشہ اس وقت جب آدمی پرنسپل کے خلاف کرے کام۔ پرنسپل کے خلاف۔</w:t>
      </w:r>
    </w:p>
    <w:p>
      <w:r>
        <w:rPr>
          <w:b/>
        </w:rPr>
        <w:t xml:space="preserve">[03:13] </w:t>
      </w:r>
      <w:r>
        <w:t>principle ki khilaf warzi jo hai, mujhe bardasht nahi hoti. Mujhe ghussa aata hai. To us waqt mein do mein se ek kaam karta hoon.</w:t>
      </w:r>
    </w:p>
    <w:p>
      <w:pPr>
        <w:jc w:val="right"/>
      </w:pPr>
      <w:r>
        <w:t>پرنسپل کی خلاف ورزی جو ہے، مجھے برداشت نہیں ہوتی۔ مجھے غصہ آتا ہے۔ تو اس وقت میں دو میں سے ایک کام کرتا ہوں۔</w:t>
      </w:r>
    </w:p>
    <w:p>
      <w:r>
        <w:rPr>
          <w:b/>
        </w:rPr>
        <w:t xml:space="preserve">[03:22] </w:t>
      </w:r>
      <w:r>
        <w:t>agar main is position mein hoon ke is aadmi ko main samjha sakoon aur meri baat maan sake woh, to main samjhaunga.</w:t>
      </w:r>
    </w:p>
    <w:p>
      <w:pPr>
        <w:jc w:val="right"/>
      </w:pPr>
      <w:r>
        <w:t>اگر میں اس پوزیشن میں ہوں کہ اس آدمی کو میں سمجھا سکوں اور میری بات مان سکے وہ، تو میں سمجھاؤں گا۔</w:t>
      </w:r>
    </w:p>
    <w:p>
      <w:r>
        <w:rPr>
          <w:b/>
        </w:rPr>
        <w:t xml:space="preserve">[03:32] </w:t>
      </w:r>
      <w:r>
        <w:t>nahi to chup ho jaunga, ek dum khamosh.</w:t>
      </w:r>
    </w:p>
    <w:p>
      <w:pPr>
        <w:jc w:val="right"/>
      </w:pPr>
      <w:r>
        <w:t>نہیں تو چپ ہو جاؤں گا، ایک دم خاموش۔</w:t>
      </w:r>
    </w:p>
    <w:p>
      <w:r>
        <w:rPr>
          <w:b/>
        </w:rPr>
        <w:t xml:space="preserve">[03:38] </w:t>
      </w:r>
      <w:r>
        <w:t>ek kuch second ya kuch minute mein sochta hoon ke kya main is position mein hoon ke is aadmi se main kahoon woh maan le meri baat?</w:t>
      </w:r>
    </w:p>
    <w:p>
      <w:pPr>
        <w:jc w:val="right"/>
      </w:pPr>
      <w:r>
        <w:t>ایک کچھ سیکنڈ یا کچھ منٹ میں سوچتا ہوں کہ کیا میں اس پوزیشن میں ہوں کہ اس آدمی سے میں کہوں وہ مان لے میری بات؟</w:t>
      </w:r>
    </w:p>
    <w:p>
      <w:r>
        <w:rPr>
          <w:b/>
        </w:rPr>
        <w:t xml:space="preserve">[03:48] </w:t>
      </w:r>
      <w:r>
        <w:t>tab to main kahunga us ko. Hammering bhi kar sakta hoon main is ki. Lekin agar aisa nahi hai to chup ho jaunga.</w:t>
      </w:r>
    </w:p>
    <w:p>
      <w:pPr>
        <w:jc w:val="right"/>
      </w:pPr>
      <w:r>
        <w:t>تب تو میں کہوں گا اس کو۔ ہیمرنگ بھی کر سکتا ہوں میں اس کی۔ لیکن اگر ایسا نہیں ہے تو چپ ہو جاؤں گا۔</w:t>
      </w:r>
    </w:p>
    <w:p>
      <w:r>
        <w:rPr>
          <w:b/>
        </w:rPr>
        <w:t xml:space="preserve">[03:59] </w:t>
      </w:r>
      <w:r>
        <w:t>jaise abhi dekhen, ek misaal, ek bahut achhi misaal saamne aayi. Abhi do hafte ki baat hai. Ek sahab mere paas aaye, bahut padhe likhe aadmi hain woh.</w:t>
      </w:r>
    </w:p>
    <w:p>
      <w:pPr>
        <w:jc w:val="right"/>
      </w:pPr>
      <w:r>
        <w:t>جیسے ابھی دیکھیں، ایک مثال، ایک بہت اچھی مثال سامنے آئی۔ ابھی دو ہفتے کی بات ہے۔ ایک صاحب میرے پاس آئے، بہت پڑھے لکھے آدمی ہیں وہ۔</w:t>
      </w:r>
    </w:p>
    <w:p>
      <w:r>
        <w:rPr>
          <w:b/>
        </w:rPr>
        <w:t xml:space="preserve">[04:11] </w:t>
      </w:r>
      <w:r>
        <w:t>to aaj kal jo riwaj hai na bolne ka, khwah makhwah bohat bohat ziyada bolte hain. idhar udhar ki baat hai. to woh lage idhar udhar ki baatein bolne.</w:t>
      </w:r>
    </w:p>
    <w:p>
      <w:pPr>
        <w:jc w:val="right"/>
      </w:pPr>
      <w:r>
        <w:t>تو آج کل جو رواج ہے نا بولنے کا، خواہ مخواہ بہت بہت زیادہ بولتے ہیں۔ ادھر ادھر کی بات ہے۔ تو وہ لگے ادھر ادھر کی باتیں بولنے۔</w:t>
      </w:r>
    </w:p>
    <w:p>
      <w:r>
        <w:rPr>
          <w:b/>
        </w:rPr>
        <w:t xml:space="preserve">[04:24] </w:t>
      </w:r>
      <w:r>
        <w:t>to maine assess kiya ke kya main un par moassar ho sakta hoon? to mera guman tha ke moassar main ho sakta hoon. to aaj main un ki ek mild hammering ki maine.</w:t>
      </w:r>
    </w:p>
    <w:p>
      <w:pPr>
        <w:jc w:val="right"/>
      </w:pPr>
      <w:r>
        <w:t>تو میں نے اسیس کیا کہ کیا میں ان پر مؤثر ہو سکتا ہوں؟ تو میرا گمان تھا کہ مؤثر میں ہو سکتا ہوں۔ تو آج میں ان کی ایک مائلڈ ہیمرنگ کی میں نے۔</w:t>
      </w:r>
    </w:p>
    <w:p>
      <w:r>
        <w:rPr>
          <w:b/>
        </w:rPr>
        <w:t xml:space="preserve">[04:33] </w:t>
      </w:r>
      <w:r>
        <w:t>main ne kaha ke aap Allah taala ne zaheen paida kiya aap ko, achhi taleem aap ko dilai. to aap isi mein zindagi guzarte hain, apni ho ha karte hain? khwah makhwah ziyada bolte hain?</w:t>
      </w:r>
    </w:p>
    <w:p>
      <w:pPr>
        <w:jc w:val="right"/>
      </w:pPr>
      <w:r>
        <w:t>میں نے کہا کہ آپ اللہ تعالیٰ نے ذہین پیدا کیا آپ کو، اچھی تعلیم آپ کو دلائی۔ تو آپ اسی میں زندگی گزارتے ہیں، اپنی ہوہا کرتے ہیں؟ خواہ مخواہ زیادہ بولتے ہیں؟</w:t>
      </w:r>
    </w:p>
    <w:p>
      <w:r>
        <w:rPr>
          <w:b/>
        </w:rPr>
        <w:t xml:space="preserve">[04:46] </w:t>
      </w:r>
      <w:r>
        <w:t>main ne kaha aap yaad rakhiye, meri pehli mulaqat aap se hai lekin main keh raha hoon ke aap ziyada bolte hain. to pehli baat yeh hai ke aap kam bolna seekhiye.</w:t>
      </w:r>
    </w:p>
    <w:p>
      <w:pPr>
        <w:jc w:val="right"/>
      </w:pPr>
      <w:r>
        <w:t>میں نے کہا آپ یاد رکھیے، میری پہلی ملاقات آپ سے ہے لیکن میں کہہ رہا ہوں کہ آپ زیادہ بولتے ہیں۔ تو پہلی بات یہ ہے کہ آپ کم بولنا سیکھیے۔</w:t>
      </w:r>
    </w:p>
    <w:p>
      <w:r>
        <w:rPr>
          <w:b/>
        </w:rPr>
        <w:t xml:space="preserve">[04:57] </w:t>
      </w:r>
      <w:r>
        <w:t>kyun ke kaha jata hai ke "When I am speaking, I am not thinking." kam bolenge to ziyada sochenge. to Allah ke fazl se unhon ne qabool kar liya, usi waqt chup ho gaye woh.</w:t>
      </w:r>
    </w:p>
    <w:p>
      <w:pPr>
        <w:jc w:val="right"/>
      </w:pPr>
      <w:r>
        <w:t>کیونکہ کہا جاتا ہے کہ "When I am speaking, I am not thinking." کم بولیں گے تو زیادہ سوچیں گے۔ تو اللہ کے فضل سے انہوں نے قبول کر لیا، اسی وقت چپ ہو گئے وہ۔</w:t>
      </w:r>
    </w:p>
    <w:p>
      <w:r>
        <w:rPr>
          <w:b/>
        </w:rPr>
        <w:t xml:space="preserve">[05:08] </w:t>
      </w:r>
      <w:r>
        <w:t>phir bohat hi kam bole woh. to yeh mujhe ghussa is par nahi aata ke koi mujhe gaali de.</w:t>
      </w:r>
    </w:p>
    <w:p>
      <w:pPr>
        <w:jc w:val="right"/>
      </w:pPr>
      <w:r>
        <w:t>پھر بہت ہی کم بولے وہ۔ تو یہ مجھے غصہ اس پر نہیں آتا کہ کوئی مجھے گالی دے۔</w:t>
      </w:r>
    </w:p>
    <w:p>
      <w:r>
        <w:rPr>
          <w:b/>
        </w:rPr>
        <w:t xml:space="preserve">[05:19] </w:t>
      </w:r>
      <w:r>
        <w:t>is par ghussa nahi aata mujhe. bohat aisa hua hai ke mujh par gaali di, aamne saamne bura bhala kaha. gaali ka matlab hai ke tum is tarah ke, tum dushmanon ke agent ho.</w:t>
      </w:r>
    </w:p>
    <w:p>
      <w:pPr>
        <w:jc w:val="right"/>
      </w:pPr>
      <w:r>
        <w:t>اس پر غصہ نہیں آتا مجھے۔ بہت ایسا ہوا ہے کہ مجھ پر گالی دی، آمنے سامنے برا بھلا کہا۔ گالی کا مطلب ہے کہ تم اس طرح کے، تم دشمنوں کے ایجنٹ ہو۔</w:t>
      </w:r>
    </w:p>
    <w:p>
      <w:r>
        <w:rPr>
          <w:b/>
        </w:rPr>
        <w:t xml:space="preserve">[05:30] </w:t>
      </w:r>
      <w:r>
        <w:t>tum is qism ki baat hai, bohat hi sakht sakht. to mujhe ghussa is par nahi aata.</w:t>
      </w:r>
    </w:p>
    <w:p>
      <w:pPr>
        <w:jc w:val="right"/>
      </w:pPr>
      <w:r>
        <w:t>تم اس قسم کی بات ہے، بہت ہی سخت سخت۔ تو مجھے غصہ اس پر نہیں آتا۔</w:t>
      </w:r>
    </w:p>
    <w:p>
      <w:r>
        <w:rPr>
          <w:b/>
        </w:rPr>
        <w:t xml:space="preserve">[05:40] </w:t>
      </w:r>
      <w:r>
        <w:t>lekin yani personal attack agar koi kare mujh par to woh ghussa nahi aata mujhe. jiska bar bar maine dekha hai. isi building mein jahan main rehta hoon, ek sahib aaye aur yani ke jab 45 minute tak mujhe bura bhala kehte rahe,</w:t>
      </w:r>
    </w:p>
    <w:p>
      <w:pPr>
        <w:jc w:val="right"/>
      </w:pPr>
      <w:r>
        <w:t>لیکن یعنی پرسنل اٹیک اگر کوئی کرے مجھ پر تو وہ غصہ نہیں آتا مجھے۔ جس کا بار بار میں نے دیکھا ہے۔ اسی بلڈنگ میں جہاں میں رہتا ہوں، ایک صاحب آئے اور یعنی کہ جب 45 منٹ تک مجھے برا بھلا کہتے رہے،</w:t>
      </w:r>
    </w:p>
    <w:p>
      <w:r>
        <w:rPr>
          <w:b/>
        </w:rPr>
        <w:t xml:space="preserve">[05:55] </w:t>
      </w:r>
      <w:r>
        <w:t>kisi daleel ke baghair. main bilkul aise chup raha, chup chap baitha raha. koi ghussa nahi aaya mujhe. lekin principle ke khilaf koi karta hai kaam to mujhe ghussa zaroor aata hai.</w:t>
      </w:r>
    </w:p>
    <w:p>
      <w:pPr>
        <w:jc w:val="right"/>
      </w:pPr>
      <w:r>
        <w:t>کسی دلیل کے بغیر۔ میں بالکل ایسے چپ رہا، چپ چاپ بیٹھا رہا۔ کوئی غصہ نہیں آیا مجھے۔ لیکن پرنسپل کے خلاف کوئی کرتا ہے کام تو مجھے غصہ ضرور آتا ہے۔</w:t>
      </w:r>
    </w:p>
    <w:p>
      <w:r>
        <w:rPr>
          <w:b/>
        </w:rPr>
        <w:t xml:space="preserve">[06:09] </w:t>
      </w:r>
      <w:r>
        <w:t>jaise yeh bhi ek principle hai ke jab aap do aadmi se milein to aap mandalagar na banein. dialoger banein. yani aap yeh khud hi bol rahe hain, khud hi bol rahe hain, khud hi bol rahe hain.</w:t>
      </w:r>
    </w:p>
    <w:p>
      <w:pPr>
        <w:jc w:val="right"/>
      </w:pPr>
      <w:r>
        <w:t>جیسے یہ بھی ایک پرنسپل ہے کہ جب آپ دو آدمی سے ملیں تو آپ منڈلاگر نہ بنیں۔ ڈائی لاگر بنیں۔ یعنی آپ یہ خود ہی بول رہے ہیں، خود ہی بول رہے ہیں، خود ہی بول رہے ہیں۔</w:t>
      </w:r>
    </w:p>
    <w:p>
      <w:r>
        <w:rPr>
          <w:b/>
        </w:rPr>
        <w:t xml:space="preserve">[06:19] </w:t>
      </w:r>
      <w:r>
        <w:t>doosre ko bolne ka mauqa nahi de rahe. jaisa ke woh kar rahe the us din. ke woh mandalagar bane hue the woh. yeh principle ke khilaf kaam hai. aap jaisa maine kaha, ab jazeere mein hain to khoob chalaie, jo bhi kijiye.</w:t>
      </w:r>
    </w:p>
    <w:p>
      <w:pPr>
        <w:jc w:val="right"/>
      </w:pPr>
      <w:r>
        <w:t>دوسرے کو بولنے کا موقع نہیں دے رہے۔ جیسا کہ وہ کر رہے تھے اس دن۔ کہ وہ منڈلاگر بنے ہوئے تھے وہ۔ یہ پرنسپل کے خلاف کام ہے۔ آپ جیسا میں نے کہا، اب جزیرے میں ہیں تو خوب چلائیے، جو بھی کیجیے۔</w:t>
      </w:r>
    </w:p>
    <w:p>
      <w:r>
        <w:rPr>
          <w:b/>
        </w:rPr>
        <w:t xml:space="preserve">[06:32] </w:t>
      </w:r>
      <w:r>
        <w:t>lekin jab aap insaan se baat kar rahe hain to aap ko kehna hai to sunna bhi hai. to koi mandalagar banta hai, koi to woh principle ke khilaf karta hai.</w:t>
      </w:r>
    </w:p>
    <w:p>
      <w:pPr>
        <w:jc w:val="right"/>
      </w:pPr>
      <w:r>
        <w:t>لیکن جب آپ انسان سے بات کر رہے ہیں تو آپ کو کہنا ہے تو سننا بھی ہے۔ تو کوئی منڈلاگر بنتا ہے، کوئی تو وہ پرنسپل کے خلاف کرتا ہے۔</w:t>
      </w:r>
    </w:p>
    <w:p>
      <w:r>
        <w:rPr>
          <w:b/>
        </w:rPr>
        <w:t xml:space="preserve">[06:41] </w:t>
      </w:r>
      <w:r>
        <w:t>to is par foran bolta hoon main foran. aur doosri kya cheez hai?</w:t>
      </w:r>
    </w:p>
    <w:p>
      <w:pPr>
        <w:jc w:val="right"/>
      </w:pPr>
      <w:r>
        <w:t>تو اس پر فوراً بولتا ہوں میں فوراً۔ اور دوسری کیا چیز ہے؟</w:t>
      </w:r>
    </w:p>
    <w:p>
      <w:r>
        <w:rPr>
          <w:b/>
        </w:rPr>
        <w:t xml:space="preserve">[06:47] </w:t>
      </w:r>
      <w:r>
        <w:t>un ka doosra sawal yeh hai, main janna chahta hoon ke aap ki qualification kya hai? sir, aap ka mind ilm aur maloomat ka ek khazana hai, woh aap ne kaise prapt ki?</w:t>
      </w:r>
    </w:p>
    <w:p>
      <w:pPr>
        <w:jc w:val="right"/>
      </w:pPr>
      <w:r>
        <w:t>ان کا دوسرا سوال یہ ہے، میں جاننا چاہتا ہوں کہ آپ کی کوالیفیکیشن کیا ہے؟ سر، آپ کا مائنڈ علم اور معلومات کا ایک خزانہ ہے، وہ آپ نے کیسے प्राप्त کی؟</w:t>
      </w:r>
    </w:p>
    <w:p>
      <w:r>
        <w:rPr>
          <w:b/>
        </w:rPr>
        <w:t xml:space="preserve">[07:01] </w:t>
      </w:r>
      <w:r>
        <w:t>dekhein, meri ek kitab hai, is ka naam hai "Deen o Shariat". is mein 50 safhe ka ek chapter hai, is mein meri taleem ke bare mein hai. is 50 safhe ko aap padh lijiye, is mein aap ko sari baat mil jayegi.</w:t>
      </w:r>
    </w:p>
    <w:p>
      <w:pPr>
        <w:jc w:val="right"/>
      </w:pPr>
      <w:r>
        <w:t>دیکھیں، میری ایک کتاب ہے، اس کا نام ہے "دین و شریعت"۔ اس میں 50 صفحے کا ایک چیپٹر ہے، اس میں میری تعلیم کے بارے میں ہے۔ اس 50 صفحے کو آپ پڑھ لیجیے، اس میں آپ کو ساری بات مل جائے گی۔</w:t>
      </w:r>
    </w:p>
    <w:p>
      <w:r>
        <w:rPr>
          <w:b/>
        </w:rPr>
        <w:t xml:space="preserve">[07:15] </w:t>
      </w:r>
      <w:r>
        <w:t>is ka naam hai kitab ka "Deen o Shariat". moti si kitab hai woh. ek chapter is ka hai meri apni education ke bare mein. is ko aap padh lijiye.</w:t>
      </w:r>
    </w:p>
    <w:p>
      <w:pPr>
        <w:jc w:val="right"/>
      </w:pPr>
      <w:r>
        <w:t>اس کا نام ہے کتاب کا "دین و شریعت"۔ موٹی سی کتاب ہے وہ۔ ایک چیپٹر اس کا ہے میری اپنی ایجوکیشن کے بارے میں۔ اس کو آپ پڑھ لیجیے۔</w:t>
      </w:r>
    </w:p>
    <w:p>
      <w:r>
        <w:rPr>
          <w:b/>
        </w:rPr>
        <w:t xml:space="preserve">[07:26] </w:t>
      </w:r>
      <w:r>
        <w:t>Maulana, yeh agla sawal hai Mr Shah Imran Hasan Delhi se. woh pooch rahe hain ke urs ka phenomenon kya hai?</w:t>
      </w:r>
    </w:p>
    <w:p>
      <w:pPr>
        <w:jc w:val="right"/>
      </w:pPr>
      <w:r>
        <w:t>مولانا، یہ اگلا سوال ہے مسٹر شاہ عمران حسن دلی سے۔ وہ پوچھ رہے ہیں کہ عرس کا فیناومینا کیا ہے؟</w:t>
      </w:r>
    </w:p>
    <w:p>
      <w:r>
        <w:rPr>
          <w:b/>
        </w:rPr>
        <w:t xml:space="preserve">[07:36] </w:t>
      </w:r>
      <w:r>
        <w:t>aisa aisa kya hai ke itne saare log urs karne jate hain? is ki haqeeqat kya hai?</w:t>
      </w:r>
    </w:p>
    <w:p>
      <w:pPr>
        <w:jc w:val="right"/>
      </w:pPr>
      <w:r>
        <w:t>ایسا ایسا کیا ہے کہ اتنے سارے لوگ عرس کرنے جاتے ہیں؟ اس کی حقیقت کیا ہے؟</w:t>
      </w:r>
    </w:p>
    <w:p>
      <w:r>
        <w:rPr>
          <w:b/>
        </w:rPr>
        <w:t xml:space="preserve">[07:49] </w:t>
      </w:r>
      <w:r>
        <w:t>kal parson main TV par dekh raha tha, ek urs chal raha hai aaj kal. to is mein koi TV wale is se interview le raha tha.</w:t>
      </w:r>
    </w:p>
    <w:p>
      <w:pPr>
        <w:jc w:val="right"/>
      </w:pPr>
      <w:r>
        <w:t>کل پرسوں میں ٹی وی پر دیکھ رہا تھا، ایک عرس چل رہا ہے آج کل۔ تو اس میں کوئی ٹی والا اس سے انٹرویو لے رہا تھا۔</w:t>
      </w:r>
    </w:p>
    <w:p>
      <w:r>
        <w:rPr>
          <w:b/>
        </w:rPr>
        <w:t xml:space="preserve">[08:00] </w:t>
      </w:r>
      <w:r>
        <w:t>to jis se poochta tha woh, aam taur par log yahi kehte the, "yahan hamari sab muradein poori ho jati hain. sab hamare masle hal ho jate hain.</w:t>
      </w:r>
    </w:p>
    <w:p>
      <w:pPr>
        <w:jc w:val="right"/>
      </w:pPr>
      <w:r>
        <w:t>تو جس سے پوچھتا تھا وہ، عام طور پر لوگ یہی کہتے تھے، "یہاں ہماری سب مرادیں پوری ہو جاتی ہیں۔ سب ہمارے مسئلے حل ہو جاتے ہیں۔</w:t>
      </w:r>
    </w:p>
    <w:p>
      <w:r>
        <w:rPr>
          <w:b/>
        </w:rPr>
        <w:t xml:space="preserve">[08:10] </w:t>
      </w:r>
      <w:r>
        <w:t>jo hum mangte hain,</w:t>
      </w:r>
    </w:p>
    <w:p>
      <w:pPr>
        <w:jc w:val="right"/>
      </w:pPr>
      <w:r>
        <w:t>جو ہم مانگتے ہیں،</w:t>
      </w:r>
    </w:p>
    <w:p>
      <w:r>
        <w:rPr>
          <w:b/>
        </w:rPr>
        <w:t xml:space="preserve">[08:15] </w:t>
      </w:r>
      <w:r>
        <w:t>Huzoor se woh sab mil jata hai hum ko." yeh hai raaz ke galat ya sahi yeh phaila diya gaya hai ke yahan par aaoge to tumhari sab muradein poori ho jayengi.</w:t>
      </w:r>
    </w:p>
    <w:p>
      <w:pPr>
        <w:jc w:val="right"/>
      </w:pPr>
      <w:r>
        <w:t>حضور سے وہ سب مل جاتا ہے ہم کو۔" یہ ہے راز کہ غلط یا صحیح یہ پھیلا دیا گیا ہے کہ یہاں پر آؤ گے تو تمہاری سب مرادیں پوری ہو جائیں گی۔</w:t>
      </w:r>
    </w:p>
    <w:p>
      <w:r>
        <w:rPr>
          <w:b/>
        </w:rPr>
        <w:t xml:space="preserve">[08:26] </w:t>
      </w:r>
      <w:r>
        <w:t>main is ko kehta hoon false hopes business. koi dargah ya koi qabar kisi ke murad ko poora nahi kar sakti.</w:t>
      </w:r>
    </w:p>
    <w:p>
      <w:pPr>
        <w:jc w:val="right"/>
      </w:pPr>
      <w:r>
        <w:t>میں اس کو کہتا ہوں فالس ہوپس بزنس۔ کوئی درگاہ یا کوئی قبر کسی کے مراد کو پورا نہیں کر سکتی۔</w:t>
      </w:r>
    </w:p>
    <w:p>
      <w:r>
        <w:rPr>
          <w:b/>
        </w:rPr>
        <w:t xml:space="preserve">[08:35] </w:t>
      </w:r>
      <w:r>
        <w:t>bilkul hi yeh absurd baat hai. lekin yeh afwah phaili hui hai. to yeh false hopes business hai. logon ko yeh yani farzi yaqeen ho gaya hai ke yahan hum aayenge to hamara sab poora ho jayega.</w:t>
      </w:r>
    </w:p>
    <w:p>
      <w:pPr>
        <w:jc w:val="right"/>
      </w:pPr>
      <w:r>
        <w:t>بالکل ہی یہ ایبسرڈ بات ہے۔ لیکن یہ افواہ پھیلی ہوئی ہے۔ تو یہ فالس ہوپس بزنس ہے۔ لوگوں کو یہ یعنی فرضی یقین ہو گیا ہے کہ یہاں ہم آئیں گے تو ہمارا سب پورا ہو جائے گا۔</w:t>
      </w:r>
    </w:p>
    <w:p>
      <w:r>
        <w:rPr>
          <w:b/>
        </w:rPr>
        <w:t xml:space="preserve">[08:51] </w:t>
      </w:r>
      <w:r>
        <w:t>mujhe apne gaon ka qissa yaad aata hai ke hamare gaon mein ek sahab the, ab un ki death ho chuki hai. to woh dargahon mein jaate the, yaani qabron, jahan qabrein hoti hain wahan par.</w:t>
      </w:r>
    </w:p>
    <w:p>
      <w:pPr>
        <w:jc w:val="right"/>
      </w:pPr>
      <w:r>
        <w:t>مجھے اپنے گاؤں کا قصہ یاد آتا ہے کہ ہمارے گاؤں میں ایک صاحب تھے، اب ان کی ڈیتھ ہو چکی ہے۔ تو وہ درگاہوں میں جاتے تھے، یعنی قبروں، جہاں قبریں ہوتی ہیں وہاں پر۔</w:t>
      </w:r>
    </w:p>
    <w:p>
      <w:r>
        <w:rPr>
          <w:b/>
        </w:rPr>
        <w:t xml:space="preserve">[09:02] </w:t>
      </w:r>
      <w:r>
        <w:t>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p>
    <w:p>
      <w:pPr>
        <w:jc w:val="right"/>
      </w:pPr>
      <w:r>
        <w:t>تو ہمارے گھر میں، ہمارے گاؤں میں ایک صاحب تھے جو بہت ہی شریعت والے آدمی تھے، ان کا بھی انتقال ہو چکا ہے۔ تو انہوں نے اس سے کہا جو جاتے تھے درگاہوں میں کہ یہ جب قبروں میں جاتے ہو تو وہاں قبروں میں جا کے تم مانگتے ہو، مرادیں مانگتے ہو، یہ تو غلط ہے اسلام میں۔</w:t>
      </w:r>
    </w:p>
    <w:p>
      <w:r>
        <w:rPr>
          <w:b/>
        </w:rPr>
        <w:t xml:space="preserve">[09:21] </w:t>
      </w:r>
      <w:r>
        <w:t>to woh sunte sunte sunte sunte us ne chila kar kaha, "hum to jayenge, hum ko faida hai." yeh keh ke chala aaya woh. yaani woh buzurg se, us jo buzurg samjha rahe the us ko, woh buzurg se us ne kaha ke "hum to jayenge, hum ko faida hai." to yeh jo hai false hopes business hai.</w:t>
      </w:r>
    </w:p>
    <w:p>
      <w:pPr>
        <w:jc w:val="right"/>
      </w:pPr>
      <w:r>
        <w:t>تو وہ سنتے سنتے سنتے سنتے اس نے چلا کر کہا، "ہم تو جائیں گے، ہم کو فائدہ ہے۔" یہ کہہ کے چلا آیا وہ۔ یعنی وہ بزرگ سے، اس جو بزرگ سمجھا رہے تھے اس کو، وہ بزرگ سے اس نے کہا کہ "ہم تو جائیں گے، ہم کو فائدہ ہے۔" تو یہ جو ہے فالس ہوپس بزنس ہے۔</w:t>
      </w:r>
    </w:p>
    <w:p>
      <w:r>
        <w:rPr>
          <w:b/>
        </w:rPr>
        <w:t xml:space="preserve">[09:40] </w:t>
      </w:r>
      <w:r>
        <w:t>koi buzurg, koi qabar, koi dargah aap ko one percent bhi koi faida nahi pohncha sakti hai. namumkin baat hai.</w:t>
      </w:r>
    </w:p>
    <w:p>
      <w:pPr>
        <w:jc w:val="right"/>
      </w:pPr>
      <w:r>
        <w:t>کوئی بزرگ، کوئی قبر، کوئی درگاہ آپ کو ون پرسنٹ بھی کوئی فائدہ نہیں پہنچا سکتی ہے۔ ناممکن بات ہے۔</w:t>
      </w:r>
    </w:p>
    <w:p>
      <w:r>
        <w:rPr>
          <w:b/>
        </w:rPr>
        <w:t xml:space="preserve">[09:49] </w:t>
      </w:r>
      <w:r>
        <w:t>bilkul hi yeh absurd baat hai yeh. lekin ek afwah phaili hui hai. log daude chale ja rahe hain. jis se bhi poochhiye aap yahi kahega.</w:t>
      </w:r>
    </w:p>
    <w:p>
      <w:pPr>
        <w:jc w:val="right"/>
      </w:pPr>
      <w:r>
        <w:t>بالکل ہی یہ ایبسرڈ بات ہے یہ۔ لیکن ایک افواہ پھیلی ہوئی ہے۔ لوگ دوڑے چلے جا رہے ہیں۔ جس سے بھی پوچھیے آپ یہی کہے گا۔</w:t>
      </w:r>
    </w:p>
    <w:p>
      <w:r>
        <w:rPr>
          <w:b/>
        </w:rPr>
        <w:t xml:space="preserve">[10:01] </w:t>
      </w:r>
      <w:r>
        <w:t>ek baar to ab mein safar kar raha tha train mein to Pakistan ke kuch log mil gaye jo dargah ja rahe the. yaani dargah se loot rahe the woh. to unhon ne poocha ke wahan gaye the aap kis liye?</w:t>
      </w:r>
    </w:p>
    <w:p>
      <w:pPr>
        <w:jc w:val="right"/>
      </w:pPr>
      <w:r>
        <w:t>ایک بار تو اب میں سفر کر رہا تھا ٹرین میں تو پاکستان کے کچھ لوگ مل گئے جو درگاہ جا رہے تھے۔ یعنی درگاہ سے لوٹ رہے تھے وہ۔ تو انہوں نے پوچھا کہ وہاں گئے تھے آپ کس لیے؟</w:t>
      </w:r>
    </w:p>
    <w:p>
      <w:r>
        <w:rPr>
          <w:b/>
        </w:rPr>
        <w:t xml:space="preserve">[10:13] </w:t>
      </w:r>
      <w:r>
        <w:t>to unhon ne bataya ke meri, yaani Pakistan ka tha woh aadmi, ke meri kitni betiyan hain, abhi to un ki shadi nahi hui hai, wahan mein ne arzi laga di hai ja kar ke.</w:t>
      </w:r>
    </w:p>
    <w:p>
      <w:pPr>
        <w:jc w:val="right"/>
      </w:pPr>
      <w:r>
        <w:t>تو انہوں نے بتایا کہ میری، یعنی پاکستان کا تھا وہ آدمی، کہ میری کتنی بیٹیاں ہیں، ابھی تو ان کی شادی نہیں ہوئی ہے، وہاں میں نے عرضی لگا دی ہے جا کر کے۔</w:t>
      </w:r>
    </w:p>
    <w:p>
      <w:r>
        <w:rPr>
          <w:b/>
        </w:rPr>
        <w:t xml:space="preserve">[10:24] </w:t>
      </w:r>
      <w:r>
        <w:t>yaani wahan par dargah mein likh kar diya hoga ke bhai itni betiyon ki shadi ho jaye aur mein chadar chadhau ga ya itna degh pakwao ga, khilao ga.</w:t>
      </w:r>
    </w:p>
    <w:p>
      <w:pPr>
        <w:jc w:val="right"/>
      </w:pPr>
      <w:r>
        <w:t>یعنی وہاں پر درگاہ میں لکھ کر دیا ہوگا کہ بھئی اتنی بیٹیوں کی شادی ہو جائے اور میں چادر چڑھاؤں گا یا اتنا دیگ پکواؤں گا، کھلاؤں گا۔</w:t>
      </w:r>
    </w:p>
    <w:p>
      <w:r>
        <w:rPr>
          <w:b/>
        </w:rPr>
        <w:t xml:space="preserve">[10:35] </w:t>
      </w:r>
      <w:r>
        <w:t>to yeh sara mamla hai false hopes business ka hai. kyunke hamara aqeedah hai ke sirf Allah nafe o azaar hai. jo kuch hota hai woh Allah ki taraf se hota hai.</w:t>
      </w:r>
    </w:p>
    <w:p>
      <w:pPr>
        <w:jc w:val="right"/>
      </w:pPr>
      <w:r>
        <w:t>تو یہ سارا معاملہ ہے فالس ہوپس بزنس کا ہے۔ کیونکہ ہمارا عقیدہ ہے کہ صرف اللہ نافع و عذار ہے۔ جو کچھ ہوتا ہے وہ اللہ کی طرف سے ہوتا ہے۔</w:t>
      </w:r>
    </w:p>
    <w:p>
      <w:r>
        <w:rPr>
          <w:b/>
        </w:rPr>
        <w:t xml:space="preserve">[10:46] </w:t>
      </w:r>
      <w:r>
        <w:t>kisi qabar wale ko, kisi dargah wale ko. yeh ikhtiyar hi nahi ke woh kisi ko faida pohncha de. lekin ek phaila hua hai.</w:t>
      </w:r>
    </w:p>
    <w:p>
      <w:pPr>
        <w:jc w:val="right"/>
      </w:pPr>
      <w:r>
        <w:t>کسی قبر والے کو، کسی درگاہ والے کو۔ یہ اختیار ہی نہیں کہ وہ کسی کو فائدہ پہنچا دے۔ لیکن ایک پھیلا ہوا ہے۔</w:t>
      </w:r>
    </w:p>
    <w:p>
      <w:r>
        <w:rPr>
          <w:b/>
        </w:rPr>
        <w:t xml:space="preserve">[10:55] </w:t>
      </w:r>
      <w:r>
        <w:t>hindu India mein hai zyada tar hai, bahar nahi hai yeh sab. yeh jo phenomena hai yeh India ka phenomena hai. maslan jo jaise log jaate hain mandiron mein aur woh un ke jo hote hain bare bare maqamat, teerath, theek wahi hai, yeh bhi yeh mamla hai.</w:t>
      </w:r>
    </w:p>
    <w:p>
      <w:pPr>
        <w:jc w:val="right"/>
      </w:pPr>
      <w:r>
        <w:t>ہندو انڈیا میں ہے زیادہ تر ہے، باہر نہیں ہے یہ سب۔ یہ جو فیناومینا ہے یہ انڈیا کا فیناومینا ہے۔ مثلاً جو جیسے لوگ جاتے ہیں مندروں میں اور وہ ان کے جو ہوتے ہیں بڑے بڑے مقامات، تیرت، ٹھیک وہی ہے، یہ بھی یہ معاملہ ہے۔</w:t>
      </w:r>
    </w:p>
    <w:p>
      <w:r>
        <w:rPr>
          <w:b/>
        </w:rPr>
        <w:t xml:space="preserve">[11:14] </w:t>
      </w:r>
      <w:r>
        <w:t>hindu log wahan jaate hain is liye ke agar wahan chale gaye, wahan darshan de diya, wahan kuch chadhawa chadhawa diya to un ki murad poori ho jayegi. aise samajhte hain musalman ke yahan chale gaye, wahan chadar chadhawa di to hamari murad poori ho jayegi.</w:t>
      </w:r>
    </w:p>
    <w:p>
      <w:pPr>
        <w:jc w:val="right"/>
      </w:pPr>
      <w:r>
        <w:t>ہندو لوگ وہاں جاتے ہیں اس لیے کہ اگر وہاں چلے گئے، وہاں درشن دے دیا، وہاں کچھ چڑھاوا چڑھا دیا تو ان کی مراد پوری ہو جائے گی۔ ایسے سمجھتے ہیں مسلمان کہ یہاں چلے گئے، وہاں چادر چڑھا دی تو ہماری مراد پوری ہو جائے گی۔</w:t>
      </w:r>
    </w:p>
    <w:p>
      <w:r>
        <w:rPr>
          <w:b/>
        </w:rPr>
        <w:t xml:space="preserve">[11:30] </w:t>
      </w:r>
      <w:r>
        <w:t>to mein is ko false hopes business samajhta hoon, is ke siwa kuch nahi.</w:t>
      </w:r>
    </w:p>
    <w:p>
      <w:pPr>
        <w:jc w:val="right"/>
      </w:pPr>
      <w:r>
        <w:t>تو میں اس کو فالس ہوپس بزنس سمجھتا ہوں، اس کے سوا کچھ نہیں۔</w:t>
      </w:r>
    </w:p>
    <w:p>
      <w:r>
        <w:rPr>
          <w:b/>
        </w:rPr>
        <w:t xml:space="preserve">[11:38] </w:t>
      </w:r>
      <w:r>
        <w:t>maulana, das question is from miss sadia khan from new delhi. how can somebody become one man to mission?</w:t>
      </w:r>
    </w:p>
    <w:p>
      <w:pPr>
        <w:jc w:val="right"/>
      </w:pPr>
      <w:r>
        <w:t>مولانا، دس کوئسچن از فرام مس سعدیہ خان فرام نیو دہلی۔ ہاؤ کین سمبڈی بیکم ون مین ٹو مشن؟</w:t>
      </w:r>
    </w:p>
    <w:p>
      <w:r>
        <w:rPr>
          <w:b/>
        </w:rPr>
        <w:t xml:space="preserve">[11:48] </w:t>
      </w:r>
      <w:r>
        <w:t>it is often difficult to draw the line. that is, it is difficult to balance work and missionary activities.</w:t>
      </w:r>
    </w:p>
    <w:p>
      <w:pPr>
        <w:jc w:val="right"/>
      </w:pPr>
      <w:r>
        <w:t>اٹ از افن ڈیفیکلٹ ٹو ڈرا دا لائن۔ دیٹ از، اٹ از ڈیفیکلٹ ٹو بیلنس ورک اینڈ مشنری ایکٹیویٹیز۔</w:t>
      </w:r>
    </w:p>
    <w:p>
      <w:r>
        <w:rPr>
          <w:b/>
        </w:rPr>
        <w:t xml:space="preserve">[12:07] </w:t>
      </w:r>
      <w:r>
        <w:t>dekhiye, har ek se, har ek ko aisa nahi karna hai ke woh one man one mission bane. har ek ko nahi karna hai.</w:t>
      </w:r>
    </w:p>
    <w:p>
      <w:pPr>
        <w:jc w:val="right"/>
      </w:pPr>
      <w:r>
        <w:t>دیکھیے، ہر ایک سے، ہر ایک کو ایسا نہیں کرنا ہے کہ وہ ون مین ون مشن بنے۔ ہر ایک کو نہیں کرنا ہے۔</w:t>
      </w:r>
    </w:p>
    <w:p>
      <w:r>
        <w:rPr>
          <w:b/>
        </w:rPr>
        <w:t xml:space="preserve">[12:16] </w:t>
      </w:r>
      <w:r>
        <w:t>har ek ko to sirf one man to mission banna hai. yaani koi koi aisa aadmi hota hai ke apne ko dedicate kar deta hai.</w:t>
      </w:r>
    </w:p>
    <w:p>
      <w:pPr>
        <w:jc w:val="right"/>
      </w:pPr>
      <w:r>
        <w:t>ہر ایک کو تو صرف ون مین ٹو مشن بننا ہے۔ یعنی کوئی کوئی ایسا آدمی ہوتا ہے کہ اپنے کو ڈیڈیکیٹ کر دیتا ہے۔</w:t>
      </w:r>
    </w:p>
    <w:p>
      <w:r>
        <w:rPr>
          <w:b/>
        </w:rPr>
        <w:t xml:space="preserve">[12:27] </w:t>
      </w:r>
      <w:r>
        <w:t>to woh to koi karoron mein ek hota hai. baqi logon se wahi one man to mission hi matloob hai, wahi bas.</w:t>
      </w:r>
    </w:p>
    <w:p>
      <w:pPr>
        <w:jc w:val="right"/>
      </w:pPr>
      <w:r>
        <w:t>تو وہ تو کوئی کروڑوں میں ایک ہوتا ہے۔ باقی لوگوں سے وہی ون مین ٹو مشن ہی مطلوب ہے، وہی بس۔</w:t>
      </w:r>
    </w:p>
    <w:p>
      <w:r>
        <w:rPr>
          <w:b/>
        </w:rPr>
        <w:t xml:space="preserve">[12:37] </w:t>
      </w:r>
      <w:r>
        <w:t>ke fifty percent, fifty fifty ka woh rakhen. fifty percent aap ne khana kamana, fifty percent dawat ka kaam karna.</w:t>
      </w:r>
    </w:p>
    <w:p>
      <w:pPr>
        <w:jc w:val="right"/>
      </w:pPr>
      <w:r>
        <w:t>کہ ففٹی پرسنٹ، ففٹی ففٹی کا وہ رکھیں۔ ففٹی پرسنٹ آپ نے کھانا کمانا، ففٹی پرسنٹ دعوت کا کام کرنا۔</w:t>
      </w:r>
    </w:p>
    <w:p>
      <w:r>
        <w:rPr>
          <w:b/>
        </w:rPr>
        <w:t xml:space="preserve">[12:47] </w:t>
      </w:r>
      <w:r>
        <w:t>one man one mission jo hai sab log nahi ho sakte. yeh impossible hai. ab kyunke is ke liye, is ke liye to bas sirf yeh hai ke ek junoon chahiye, ek madness chahiye.</w:t>
      </w:r>
    </w:p>
    <w:p>
      <w:pPr>
        <w:jc w:val="right"/>
      </w:pPr>
      <w:r>
        <w:t>ون مین ون مشن جو ہے سب لوگ نہیں ہو سکتے۔ یہ امپاسیبل ہے۔ اب کیونکہ اس کے لیے، اس کے لیے تو بس صرف یہ ہے کہ ایک جنون چاہیے، ایک میڈنس چاہیے۔</w:t>
      </w:r>
    </w:p>
    <w:p>
      <w:r>
        <w:rPr>
          <w:b/>
        </w:rPr>
        <w:t xml:space="preserve">[13:00] </w:t>
      </w:r>
      <w:r>
        <w:t>to sab log agar mad ban jayen to dunya ka kaam hi khatam ho jayega.</w:t>
      </w:r>
    </w:p>
    <w:p>
      <w:pPr>
        <w:jc w:val="right"/>
      </w:pPr>
      <w:r>
        <w:t>تو سب لوگ اگر میڈ بن جائیں تو دنیا کا کام ہی ختم ہو جائے گا۔</w:t>
      </w:r>
    </w:p>
    <w:p>
      <w:r>
        <w:rPr>
          <w:b/>
        </w:rPr>
        <w:t xml:space="preserve">[13:06] </w:t>
      </w:r>
      <w:r>
        <w:t>to koi koi aisa hota hai jo one man one mission ban jata hai, baqi to wahi one man to mission wale hote hain. aur woh bhi Allah taala ke haan maqbool bande hain, un ko bhi Allah taala ke haan inaam milega.</w:t>
      </w:r>
    </w:p>
    <w:p>
      <w:pPr>
        <w:jc w:val="right"/>
      </w:pPr>
      <w:r>
        <w:t>تو کوئی کوئی ایسا ہوتا ہے جو ون مین ون مشن بن جاتا ہے، باقی تو وہی ون مین ٹو مشن والے ہوتے ہیں۔ اور وہ بھی اللہ تعالیٰ کے ہاں مقبول بندے ہیں، ان کو بھی اللہ تعالیٰ کے ہاں انعام ملے گا۔</w:t>
      </w:r>
    </w:p>
    <w:p>
      <w:r>
        <w:rPr>
          <w:b/>
        </w:rPr>
        <w:t xml:space="preserve">[13:21] </w:t>
      </w:r>
      <w:r>
        <w:t>das question is from doctor muslima siddiqui from new delhi. what is the islamic way of repentance?</w:t>
      </w:r>
    </w:p>
    <w:p>
      <w:pPr>
        <w:jc w:val="right"/>
      </w:pPr>
      <w:r>
        <w:t>دس کوئسچن از فرام ڈاکٹر مسلمہ صدیقی فرام نیو دہلی۔ واٹ از دا اسلامک وے آف ریپینٹنس؟</w:t>
      </w:r>
    </w:p>
    <w:p>
      <w:r>
        <w:rPr>
          <w:b/>
        </w:rPr>
        <w:t xml:space="preserve">[13:31] </w:t>
      </w:r>
      <w:r>
        <w:t>can we be forgiven by lord for our bad deeds committed in the past? kindly comment.</w:t>
      </w:r>
    </w:p>
    <w:p>
      <w:pPr>
        <w:jc w:val="right"/>
      </w:pPr>
      <w:r>
        <w:t>کین وی بی فورگیون بائے لارڈ فار اور بیڈ ڈیڈز کمیٹڈ ان دا پاسٹ؟ کائنڈلی کمنٹ۔</w:t>
      </w:r>
    </w:p>
    <w:p>
      <w:r>
        <w:rPr>
          <w:b/>
        </w:rPr>
        <w:t xml:space="preserve">[13:40] </w:t>
      </w:r>
      <w:r>
        <w:t>dekhiye, Quran mein hai ke jo tauba karta hai to us ki tauba maaf ho jati hai. tauba ka maani hai lotna, paltna.</w:t>
      </w:r>
    </w:p>
    <w:p>
      <w:pPr>
        <w:jc w:val="right"/>
      </w:pPr>
      <w:r>
        <w:t>دیکھیے، قرآن میں ہے کہ جو توبہ کرتا ہے تو اس کی توبہ معاف ہو جاتی ہے۔ توبہ کا معنی ہے لوٹنا، پلٹنا۔</w:t>
      </w:r>
    </w:p>
    <w:p>
      <w:r>
        <w:rPr>
          <w:b/>
        </w:rPr>
        <w:t xml:space="preserve">[13:52] </w:t>
      </w:r>
      <w:r>
        <w:t>to toba ke liye ulama ne teen shartein batai hain. toba, toba mein is ko english mein keh sakte hain woh introspection,</w:t>
      </w:r>
    </w:p>
    <w:p>
      <w:pPr>
        <w:jc w:val="right"/>
      </w:pPr>
      <w:r>
        <w:t>تو توبہ کے لیے علماء نے تین شرطیں بتائی ہیں۔ توبہ، توبہ میں اس کو انگلش میں کہہ سکتے ہیں وہ انٹروسپیکشن،</w:t>
      </w:r>
    </w:p>
    <w:p>
      <w:r>
        <w:rPr>
          <w:b/>
        </w:rPr>
        <w:t xml:space="preserve">[14:05] </w:t>
      </w:r>
      <w:r>
        <w:t>repentance, introspection. to toba ki teen shartein batai hain. number one, nadamat. al tobat al naddm kaha gaya hai.</w:t>
      </w:r>
    </w:p>
    <w:p>
      <w:pPr>
        <w:jc w:val="right"/>
      </w:pPr>
      <w:r>
        <w:t>ریپینٹنس، انٹروسپیکشن۔ تو توبہ کی تین شرطیں بتائی ہیں۔ نمبر ون، ندامت۔ التوبۃ الندم کہا گیا ہے۔</w:t>
      </w:r>
    </w:p>
    <w:p>
      <w:r>
        <w:rPr>
          <w:b/>
        </w:rPr>
        <w:t xml:space="preserve">[14:16] </w:t>
      </w:r>
      <w:r>
        <w:t>yani repentance. ke bohat ziyada ehsas ho ke maine ghalati kar dali. bohat ziyada ehsas ho ke maine ghalati kar dali. bohat ziyada ehsas.</w:t>
      </w:r>
    </w:p>
    <w:p>
      <w:pPr>
        <w:jc w:val="right"/>
      </w:pPr>
      <w:r>
        <w:t>یعنی ریپینٹنس۔ کہ بہت زیادہ احساس ہو کہ میں نے غلطی کر ڈالی۔ بہت زیادہ احساس ہو کہ میں نے غلطی کر ڈالی۔ بہت زیادہ احساس۔</w:t>
      </w:r>
    </w:p>
    <w:p>
      <w:r>
        <w:rPr>
          <w:b/>
        </w:rPr>
        <w:t xml:space="preserve">[14:27] </w:t>
      </w:r>
      <w:r>
        <w:t>isi ko hum repentance, yani pehli shart hai, sab se bari shart balkeh hai, repentance. yeh hadith mein aata hai ke al tobat al naddm.</w:t>
      </w:r>
    </w:p>
    <w:p>
      <w:pPr>
        <w:jc w:val="right"/>
      </w:pPr>
      <w:r>
        <w:t>اسی کو ہم ریپینٹنس، یعنی پہلی شرط ہے، سب سے بڑی شرط بلکہ ہے، ریپینٹنس۔ یہ حدیث میں آتا ہے کہ التوبۃ الندم۔</w:t>
      </w:r>
    </w:p>
    <w:p>
      <w:r>
        <w:rPr>
          <w:b/>
        </w:rPr>
        <w:t xml:space="preserve">[14:36] </w:t>
      </w:r>
      <w:r>
        <w:t>ke toba ki harkat nadamat hai, sharmindagi hai. doosri cheez kya hai ke yeh, yeh ahad karna hai ke ab mein aisa nahi karunga.</w:t>
      </w:r>
    </w:p>
    <w:p>
      <w:pPr>
        <w:jc w:val="right"/>
      </w:pPr>
      <w:r>
        <w:t>کہ توبہ کی حرکت ندامت ہے، شرمندگی ہے۔ دوسری چیز کیا ہے کہ یہ، یہ عہد کرنا ہے کہ اب میں ایسا نہیں کروں گا۔</w:t>
      </w:r>
    </w:p>
    <w:p>
      <w:r>
        <w:rPr>
          <w:b/>
        </w:rPr>
        <w:t xml:space="preserve">[14:49] </w:t>
      </w:r>
      <w:r>
        <w:t>yani ek hai sharminda hona, doosra yeh ke yeh tay karna hai ke ab mein aisa nahi karne wala hoon. ek baar to ghalati ho gayi, ho gayi. once was inf.</w:t>
      </w:r>
    </w:p>
    <w:p>
      <w:pPr>
        <w:jc w:val="right"/>
      </w:pPr>
      <w:r>
        <w:t>یعنی ایک ہے شرمندہ ہونا، دوسرا یہ کہ یہ طے کرنا ہے کہ اب میں ایسا نہیں کرنے والا ہوں۔ ایک بار تو غلطی ہو گئی، ہو گئی۔ ونس واز انف۔</w:t>
      </w:r>
    </w:p>
    <w:p>
      <w:r>
        <w:rPr>
          <w:b/>
        </w:rPr>
        <w:t xml:space="preserve">[15:00] </w:t>
      </w:r>
      <w:r>
        <w:t>teesri shart yeh hai ke agar insan ka muamla hai, maslan insan ka hum ne paisa loot liya hai. to uska paisa lotana, us ko maar kar zakhmi kar diya to uska dawa ilaj ka intizam karna,</w:t>
      </w:r>
    </w:p>
    <w:p>
      <w:pPr>
        <w:jc w:val="right"/>
      </w:pPr>
      <w:r>
        <w:t>تیسری شرط یہ ہے کہ اگر انسان کا معاملہ ہے، مثلاً انسان کا ہم نے پیسہ لوٹ لیا ہے۔ تو اس کا پیسہ لوٹانا، اس کو مار کر زخمی کر دیا تو اس کا دوا علاج کا انتظام کرنا،</w:t>
      </w:r>
    </w:p>
    <w:p>
      <w:r>
        <w:rPr>
          <w:b/>
        </w:rPr>
        <w:t xml:space="preserve">[15:14] </w:t>
      </w:r>
      <w:r>
        <w:t>compensate karna. yeh khuda ke muamle mein hua to us ko hum compensate nahi kar sakte. insan ke muamle mein agar hua to hum compensate karenge.</w:t>
      </w:r>
    </w:p>
    <w:p>
      <w:pPr>
        <w:jc w:val="right"/>
      </w:pPr>
      <w:r>
        <w:t>کمپنسیٹ کرنا۔ یہ خدا کے معاملے میں ہوا تو اس کو ہم کمپنسیٹ نہیں کر سکتے۔ انسان کے معاملے میں اگر ہوا تو ہم کمپنسیٹ کریں گے۔</w:t>
      </w:r>
    </w:p>
    <w:p>
      <w:r>
        <w:rPr>
          <w:b/>
        </w:rPr>
        <w:t xml:space="preserve">[15:25] </w:t>
      </w:r>
      <w:r>
        <w:t>to toba ki teen shartein hain. number one, nadim hona jis ko repentance kaha jata hai. doosra, yeh pakka irada karna, bohat hi determination ke sath ke ab mein aisi ghaltiyan nahi karunga.</w:t>
      </w:r>
    </w:p>
    <w:p>
      <w:pPr>
        <w:jc w:val="right"/>
      </w:pPr>
      <w:r>
        <w:t>تو توبہ کی تین شرطیں ہیں۔ نمبر ون، نادم ہونا جس کو ریپینٹنس کہا جاتا ہے۔ دوسرا، یہ پکا ارادہ کرنا، بہت ہی ڈیٹرمینیشن کے ساتھ کہ اب میں ایسی غلطیاں نہیں کروں گا۔</w:t>
      </w:r>
    </w:p>
    <w:p>
      <w:r>
        <w:rPr>
          <w:b/>
        </w:rPr>
        <w:t xml:space="preserve">[15:43] </w:t>
      </w:r>
      <w:r>
        <w:t>khuda aap mujhe maaf kar de. aur teesra yeh hai ke agar insan ke sath ghalati hui hai aur insan ko koi nuqsan pohanchaya aap ne to compensate karna hai us ko.</w:t>
      </w:r>
    </w:p>
    <w:p>
      <w:pPr>
        <w:jc w:val="right"/>
      </w:pPr>
      <w:r>
        <w:t>خدا آپ مجھے معاف کر دے۔ اور تیسرا یہ ہے کہ اگر انسان کے ساتھ غلطی ہوئی ہے اور انسان کو کوئی نقصان پہنچایا آپ نے تو کمپنسیٹ کرنا ہے اس کو۔</w:t>
      </w:r>
    </w:p>
    <w:p>
      <w:r>
        <w:rPr>
          <w:b/>
        </w:rPr>
        <w:t xml:space="preserve">[15:53] </w:t>
      </w:r>
      <w:r>
        <w:t>yeh teen shartein hain. aur jo aadmi yeh shartein pura kar de to khula hua hai, quran majeed mein likha hua hai ke us ko Allah taala maaf kar deta hai.</w:t>
      </w:r>
    </w:p>
    <w:p>
      <w:pPr>
        <w:jc w:val="right"/>
      </w:pPr>
      <w:r>
        <w:t>یہ تین شرطیں ہیں۔ اور جو آدمی یہ شرطیں پورا کر دے تو کھلا ہوا ہے، قرآن مجید میں لکھا ہوا ہے کہ اس کو اللہ تعالیٰ معاف کر دیتا ہے۔</w:t>
      </w:r>
    </w:p>
    <w:p>
      <w:r>
        <w:rPr>
          <w:b/>
        </w:rPr>
        <w:t xml:space="preserve">[16:06] </w:t>
      </w:r>
      <w:r>
        <w:t>maulana, agla sawal raipur se mr idrees ka hai. woh yeh janna chahte hain ke zaeef hadith kis ko kehte hain? likh ke bheja hai ke ise dua nahi bheja hai.</w:t>
      </w:r>
    </w:p>
    <w:p>
      <w:pPr>
        <w:jc w:val="right"/>
      </w:pPr>
      <w:r>
        <w:t>مولانا، اگلا سوال رائے پور سے مسٹر ادریس کا ہے۔ وہ یہ جاننا چاہتے ہیں کہ ضعیف حدیث کس کو کہتے ہیں؟ لکھ کے بھیجا ہے کہ اسے دعا نہیں بھیجا ہے۔</w:t>
      </w:r>
    </w:p>
    <w:p>
      <w:r>
        <w:rPr>
          <w:b/>
        </w:rPr>
        <w:t xml:space="preserve">[16:17] </w:t>
      </w:r>
      <w:r>
        <w:t>nahi, woh poochna chah rahe hain what is zaeef hadith? hmm.</w:t>
      </w:r>
    </w:p>
    <w:p>
      <w:pPr>
        <w:jc w:val="right"/>
      </w:pPr>
      <w:r>
        <w:t>نہیں، وہ پوچھنا چاہ رہے ہیں واٹ از ضعیف حدیث؟ ہمم۔</w:t>
      </w:r>
    </w:p>
    <w:p>
      <w:r>
        <w:rPr>
          <w:b/>
        </w:rPr>
        <w:t xml:space="preserve">[16:23] </w:t>
      </w:r>
      <w:r>
        <w:t>dekhiye, hadithien jo hain ek sahi hadith kahi jati hain, ek zaeef kahi jati hain, ek mauzu kahi jati hain. mote taur par aur bhi qismein hain, mote taur par teen qismein.</w:t>
      </w:r>
    </w:p>
    <w:p>
      <w:pPr>
        <w:jc w:val="right"/>
      </w:pPr>
      <w:r>
        <w:t>دیکھیے، حدیثیں جو ہیں ایک صحیح حدیث کہی جاتی ہیں، ایک ضعیف کہی جاتی ہیں، ایک موضوع کہی جاتی ہیں۔ موٹے طور پر اور بھی قسمیں ہیں، موٹے طور پر تین قسمیں۔</w:t>
      </w:r>
    </w:p>
    <w:p>
      <w:r>
        <w:rPr>
          <w:b/>
        </w:rPr>
        <w:t xml:space="preserve">[16:36] </w:t>
      </w:r>
      <w:r>
        <w:t>aur bhi darje hain is mein. to mote taur par teen qismein hain: sahi hadith, zaeef hadith aur mauzu hadith. to jo muhaddiseen hain unhon ne jo hadithien aap jante hain ke ek chain hota hai rawiyon ka.</w:t>
      </w:r>
    </w:p>
    <w:p>
      <w:pPr>
        <w:jc w:val="right"/>
      </w:pPr>
      <w:r>
        <w:t>اور بھی درجے ہیں اس میں۔ تو موٹے طور پر تین قسمیں ہیں: صحیح حدیث، ضعیف حدیث اور موضوع حدیث۔ تو جو محدثین ہیں انہوں نے جو حدیثیں آپ جانتے ہیں کہ ایک چین ہوتا ہے راویوں کا۔</w:t>
      </w:r>
    </w:p>
    <w:p>
      <w:r>
        <w:rPr>
          <w:b/>
        </w:rPr>
        <w:t xml:space="preserve">[16:56] </w:t>
      </w:r>
      <w:r>
        <w:t>ek shakhs kahega ke maine mr a se suna, woh kahega mr b se suna, mr b se suna, mr c kahega maine rasool Allah se suna. to koi rasool Allah sunta hai, woh kisi aur se kehta hai, phir kisi aur se kehta hai, kisi aur se kehta hai, yahan tak ke woh muhaddis tak baat pohnchti hai.</w:t>
      </w:r>
    </w:p>
    <w:p>
      <w:pPr>
        <w:jc w:val="right"/>
      </w:pPr>
      <w:r>
        <w:t>ایک شخص کہے گا کہ میں نے مسٹر اے سے سنا، وہ کہے گا مسٹر بی سے سنا، مسٹر بی سے سنا، مسٹر سی کہے گا میں نے رسول اللہ سے سنا۔ تو کوئی رسول اللہ سنتا ہے، وہ کسی اور سے کہتا ہے، پھر کسی اور سے کہتا ہے، کسی اور سے کہتا ہے، یہاں تک کہ وہ محدث تک بات پہنچتی ہے۔</w:t>
      </w:r>
    </w:p>
    <w:p>
      <w:r>
        <w:rPr>
          <w:b/>
        </w:rPr>
        <w:t xml:space="preserve">[17:11] </w:t>
      </w:r>
      <w:r>
        <w:t>kyun ke jab abbasi period mein jab hadithien jama ki gayin to beech mein kai generation aa chuki, ghayab ho chuka tha. rasool Allah ke zamane mein hadithien nahi jama ki gayin thi is tarah se jaise ke ab hain.</w:t>
      </w:r>
    </w:p>
    <w:p>
      <w:pPr>
        <w:jc w:val="right"/>
      </w:pPr>
      <w:r>
        <w:t>کیونکہ جب عباسی پیریڈ میں جب حدیثیں جمع کی گئیں تو بیچ میں کئی جنریشن آ چکی، غائب ہو چکا تھا۔ رسول اللہ کے زمانے میں حدیثیں نہیں جمع کی گئی تھیں اس طریقے سے جیسے کہ اب ہیں۔</w:t>
      </w:r>
    </w:p>
    <w:p>
      <w:r>
        <w:rPr>
          <w:b/>
        </w:rPr>
        <w:t xml:space="preserve">[17:25] </w:t>
      </w:r>
      <w:r>
        <w:t>to woh rawiyon ka exchange hota hai. is ko kehte hain rijal. to un ke bohat zabardast tehqeeq kar ke logon ne kai lakh rawiyon ke halaat ikhatta kiye hain.</w:t>
      </w:r>
    </w:p>
    <w:p>
      <w:pPr>
        <w:jc w:val="right"/>
      </w:pPr>
      <w:r>
        <w:t>تو وہ راویوں کا ایکسچینج ہوتا ہے۔ اس کو کہتے ہیں رجال۔ تو ان کے بہت زبردست تحقیق کر کے لوگوں نے کئی لاکھ راویوں کے حالات اکٹھا کیے ہیں۔</w:t>
      </w:r>
    </w:p>
    <w:p>
      <w:r>
        <w:rPr>
          <w:b/>
        </w:rPr>
        <w:t xml:space="preserve">[17:39] </w:t>
      </w:r>
      <w:r>
        <w:t>woh kitni bari bari kitabein hain is ki moti moti. ek ek shakhs ki ke abdul rehman, abdul hakim, abdul rahim waghera is tarah se ke woh sachche the ke ke jhoot bolte the, woh imandar the ke be imani ki unhon ne koi baat pakdi gayi un ki be imani wali.</w:t>
      </w:r>
    </w:p>
    <w:p>
      <w:pPr>
        <w:jc w:val="right"/>
      </w:pPr>
      <w:r>
        <w:t>وہ کتنی بڑی بڑی کتابیں ہیں اس کی موٹی موٹی۔ ایک ایک شخص کی کہ عبدالرحمن، عبدالحکیم، عبدالرحیم وغیرہ اس طریقے سے کہ وہ سچے تھے کہ کہ جھوٹ بولتے تھے، وہ ایماندار تھے کہ بے ایمانی کی انہوں نے کوئی بات پکڑی گئی ان کی بے ایمانی والی۔</w:t>
      </w:r>
    </w:p>
    <w:p>
      <w:r>
        <w:rPr>
          <w:b/>
        </w:rPr>
        <w:t xml:space="preserve">[17:59] </w:t>
      </w:r>
      <w:r>
        <w:t>misal ke taur par ek ek muhaddis ek shakhs ki tehqeeq karne ke liye gaye. un se un ko ek hadith mili thi. ek hadith mili thi un se.</w:t>
      </w:r>
    </w:p>
    <w:p>
      <w:pPr>
        <w:jc w:val="right"/>
      </w:pPr>
      <w:r>
        <w:t>مثال کے طور پر ایک ایک محدث ایک شخص کی تحقیق کرنے کے لیے گئے۔ ان سے ان کو ایک حدیث ملی تھی۔ ایک حدیث ملی تھی ان سے۔</w:t>
      </w:r>
    </w:p>
    <w:p>
      <w:r>
        <w:rPr>
          <w:b/>
        </w:rPr>
        <w:t xml:space="preserve">[18:09] </w:t>
      </w:r>
      <w:r>
        <w:t>to gaye tehqeeq karne ke woh aadmi kaisa hai. to jab wahan pohanche to woh ek bartan liye hue tha aisa aur ghore ko bula raha tha woh.</w:t>
      </w:r>
    </w:p>
    <w:p>
      <w:pPr>
        <w:jc w:val="right"/>
      </w:pPr>
      <w:r>
        <w:t>تو گئے تحقیق کرنے کہ وہ آدمی کیسا ہے۔ تو جب وہاں پہنچے تو وہ ایک برتن لیے ہوئے تھا ایسا اور گھوڑے کو بلا رہا تھا وہ۔</w:t>
      </w:r>
    </w:p>
    <w:p>
      <w:r>
        <w:rPr>
          <w:b/>
        </w:rPr>
        <w:t xml:space="preserve">[18:19] </w:t>
      </w:r>
      <w:r>
        <w:t>ghora uska idhar tha bula raha tha ke ishara kar ke aao matlab is mein kuch khane ki saman us ke liye. ja kar qareeb dekha to us mein kuch bhi nahi tha.</w:t>
      </w:r>
    </w:p>
    <w:p>
      <w:pPr>
        <w:jc w:val="right"/>
      </w:pPr>
      <w:r>
        <w:t>گھوڑا اس کا ادھر تھا بلا رہا تھا کہ اشارہ کر کے آؤ مطلب اس میں کچھ کھانے کی سامان اس کے لیے۔ جا کر قریب دیکھا تو اس میں کچھ بھی نہیں تھا۔</w:t>
      </w:r>
    </w:p>
    <w:p>
      <w:r>
        <w:rPr>
          <w:b/>
        </w:rPr>
        <w:t xml:space="preserve">[18:30] </w:t>
      </w:r>
      <w:r>
        <w:t>to unhon ne kaha ke jab tum ghore ko dhoka de sakte ho to insan ko bhi dhoka de sakte ho. is ke ilawa to nahi liya unhon ne. is tarah se bohat hi jaanch partal kar ke hadithien akthe ki gayin.</w:t>
      </w:r>
    </w:p>
    <w:p>
      <w:pPr>
        <w:jc w:val="right"/>
      </w:pPr>
      <w:r>
        <w:t>تو انہوں نے کہا کہ جب تم گھوڑے کو دھوکہ دے سکتے ہو تو انسان کو بھی دھوکہ دے سکتے ہو۔ اس کے علاوہ تو نہیں لیا انہوں نے۔ اس طرح سے بہت ہی جانچ پڑتال کر کے حدیثیں اکٹھے کی گئیں۔</w:t>
      </w:r>
    </w:p>
    <w:p>
      <w:r>
        <w:rPr>
          <w:b/>
        </w:rPr>
        <w:t xml:space="preserve">[18:44] </w:t>
      </w:r>
      <w:r>
        <w:t>to jo hadithien hain woh hain jis mein ke tamam rawi siqa hain yani qabil aitebar hain. to un ko sahi hadith kaha jata hai.</w:t>
      </w:r>
    </w:p>
    <w:p>
      <w:pPr>
        <w:jc w:val="right"/>
      </w:pPr>
      <w:r>
        <w:t>تو جو حدیثیں ہیں وہ ہیں جس میں کہ تمام راوی سقہ ہیں یعنی قابل اعتماد ہیں۔ تو ان کو صحیح حدیث کہا جاتا ہے۔</w:t>
      </w:r>
    </w:p>
    <w:p>
      <w:r>
        <w:rPr>
          <w:b/>
        </w:rPr>
        <w:t xml:space="preserve">[18:53] </w:t>
      </w:r>
      <w:r>
        <w:t>woh hadith hai jis mein ke ek adha rawi jo hai matlab farz kijiye ke char rawi hain, teen rawi theek hain, ek ek ke bare mein shakk hai, woh zaeef kahi jayegi.</w:t>
      </w:r>
    </w:p>
    <w:p>
      <w:pPr>
        <w:jc w:val="right"/>
      </w:pPr>
      <w:r>
        <w:t>وہ حدیث ہے جس میں کہ ایک ادھ راوی جو ہے مطلب فرض کیجئے کہ چار راوی ہیں، تین راوی ٹھیک ہیں، ایک ایک کے بارے میں شک ہے، وہ ضعیف کہی جائے گی۔</w:t>
      </w:r>
    </w:p>
    <w:p>
      <w:r>
        <w:rPr>
          <w:b/>
        </w:rPr>
        <w:t xml:space="preserve">[19:04] </w:t>
      </w:r>
      <w:r>
        <w:t>yani puree cheen mein aik chain jo hai is mein kamzor hai. woh ab woh zaeef kahi jayegi.</w:t>
      </w:r>
    </w:p>
    <w:p>
      <w:pPr>
        <w:jc w:val="right"/>
      </w:pPr>
      <w:r>
        <w:t>یعنی پورے چین میں ایک چین جو ہے اس میں کمزور ہے۔ وہ اب وہ ضعیف کہی جائے گی۔</w:t>
      </w:r>
    </w:p>
    <w:p>
      <w:r>
        <w:rPr>
          <w:b/>
        </w:rPr>
        <w:t xml:space="preserve">[19:13] </w:t>
      </w:r>
      <w:r>
        <w:t>matlab kuch log is ko manenge, kuch log nahi manenge. is ka usool yeh hai ke agar woh quran hadith se doosri riwayaton se mutabiqat karta ho to le liya jayega. aur mauzu to woh hai ke jo sarr se bana liya ho logon ne,</w:t>
      </w:r>
    </w:p>
    <w:p>
      <w:pPr>
        <w:jc w:val="right"/>
      </w:pPr>
      <w:r>
        <w:t>مطلب کچھ لوگ اس کو مانیں گے، کچھ لوگ نہیں مانیں گے۔ اس کا اصول یہ ہے کہ اگر وہ قرآن حدیث سے دوسری روایتوں سے مطابقت کرتا ہو تو لے لیا جائے گا۔ اور موضوع تو وہ ہے کہ جو سرے سے بنا لیا ہو لوگوں نے،</w:t>
      </w:r>
    </w:p>
    <w:p>
      <w:r>
        <w:rPr>
          <w:b/>
        </w:rPr>
        <w:t xml:space="preserve">[19:28] </w:t>
      </w:r>
      <w:r>
        <w:t>story tellers ne bana liya ho. yani rasool Allah se sabit na hota ho is ka. aisi bohat si hadithien hain jo bilkul hi be asal hain aur rasool Allah se mansoob hain.</w:t>
      </w:r>
    </w:p>
    <w:p>
      <w:pPr>
        <w:jc w:val="right"/>
      </w:pPr>
      <w:r>
        <w:t>اسٹوری ٹیلرز نے بنا لیا ہو۔ یعنی رسول اللہ سے ثابت نہ ہوتا ہو اس کا۔ ایسی بہت سی حدیثیں ہیں جو بالکل ہی بے اصل ہیں اور رسول اللہ سے منسوب ہیں۔</w:t>
      </w:r>
    </w:p>
    <w:p>
      <w:r>
        <w:rPr>
          <w:b/>
        </w:rPr>
        <w:t xml:space="preserve">[19:38] </w:t>
      </w:r>
      <w:r>
        <w:t>bilkul be asal hain. to un ko kaha jata hai yeh mauzu. mauzu.</w:t>
      </w:r>
    </w:p>
    <w:p>
      <w:pPr>
        <w:jc w:val="right"/>
      </w:pPr>
      <w:r>
        <w:t>بالکل بے اصل ہیں۔ تو ان کو کہا جاتا ہے یہ موضوع۔ موضوع۔</w:t>
      </w:r>
    </w:p>
    <w:p>
      <w:r>
        <w:rPr>
          <w:b/>
        </w:rPr>
        <w:t xml:space="preserve">[19:46] </w:t>
      </w:r>
      <w:r>
        <w:t>to sahih hadith woh hai jis ke tamam rawiyon ko jaancha gaya ho, jaanch kar ke maloom kiya gaya ho to pata chala ke sab siqa hain. siqa matlab qabil e aitmad.</w:t>
      </w:r>
    </w:p>
    <w:p>
      <w:pPr>
        <w:jc w:val="right"/>
      </w:pPr>
      <w:r>
        <w:t>تو صحیح حدیث وہ ہے جس کے تمام راویوں کو جانچا گیا ہو، جانچ کر کے معلوم کیا گیا ہو تو پتہ چلا کہ سب سقہ ہیں۔ سقہ مطلب قابل اعتماد۔</w:t>
      </w:r>
    </w:p>
    <w:p>
      <w:r>
        <w:rPr>
          <w:b/>
        </w:rPr>
        <w:t xml:space="preserve">[19:57] </w:t>
      </w:r>
      <w:r>
        <w:t>zaeef woh hai jis mein ke kai ravi sahih hon, aik adha ravi aisa ho shubah wala ho. woh zaeef qarar diya jayega. mauzu yeh hai jis mein ke sare ravi ghalat hon.</w:t>
      </w:r>
    </w:p>
    <w:p>
      <w:pPr>
        <w:jc w:val="right"/>
      </w:pPr>
      <w:r>
        <w:t>ضعیف وہ ہے جس میں کہ کئی راوی صحیح ہوں، ایک ادھ راوی ایسا ہو شبہ والا ہو۔ وہ ضعیف قرار دیا جائے گا۔ موضوع یہ ہے جس میں کہ سارے راوی غلط ہوں۔</w:t>
      </w:r>
    </w:p>
    <w:p>
      <w:r>
        <w:rPr>
          <w:b/>
        </w:rPr>
        <w:t xml:space="preserve">[20:08] </w:t>
      </w:r>
      <w:r>
        <w:t>jaise ke misaal ke taur par lola kalma khalaqtal aflak. aik hadith batai jati hai ke Allah taala ne farmaya ke agar rasool Allah ke bare mein kaha ke agar tum ko na paida karna hota to mein kainat hi nahi paida karta.</w:t>
      </w:r>
    </w:p>
    <w:p>
      <w:pPr>
        <w:jc w:val="right"/>
      </w:pPr>
      <w:r>
        <w:t>جیسے کہ مثال کے طور پر لولا کلمہ خلقت الافلاک۔ ایک حدیث بتائی جاتی ہے کہ اللہ تعالی نے فرمایا کہ اگر رسول اللہ کے بارے میں کہا کہ اگر تم کو نہ پیدا کرنا ہوتا تو میں کائنات ہی نہیں پیدا کرتا۔</w:t>
      </w:r>
    </w:p>
    <w:p>
      <w:r>
        <w:rPr>
          <w:b/>
        </w:rPr>
        <w:t xml:space="preserve">[20:23] </w:t>
      </w:r>
      <w:r>
        <w:t>yeh bilkul mauzu hadith hai, is ka koi asal nahi hai. aisi bohat sari hain. to yeh hai farq teeno qism ki hadithon mein.</w:t>
      </w:r>
    </w:p>
    <w:p>
      <w:pPr>
        <w:jc w:val="right"/>
      </w:pPr>
      <w:r>
        <w:t>یہ بالکل موضوع حدیث ہے، اس کا کوئی اصل نہیں ہے۔ ایسی بہت ساری ہیں۔ تو یہ ہے فرق تینوں قسم کی حدیثوں میں۔</w:t>
      </w:r>
    </w:p>
    <w:p>
      <w:r>
        <w:rPr>
          <w:b/>
        </w:rPr>
        <w:t xml:space="preserve">[20:35] </w:t>
      </w:r>
      <w:r>
        <w:t>das question is from miss prabha chandra from jamia millia islamia new delhi. sir kya woh musalman jo panch waqt ki namaz nahi padhta hai aur woh sare ghalat kaam karta hai jis ki islam ijazat nahi deta hai to kya phir bhi woh shakhs musalman kahlaane ke laiq hai ya nahi?</w:t>
      </w:r>
    </w:p>
    <w:p>
      <w:pPr>
        <w:jc w:val="right"/>
      </w:pPr>
      <w:r>
        <w:t>دس کوئسچن از فرام مس پربھا چندرا فرام جامعہ ملیہ اسلامیہ نیو دہلی۔ سر کیا وہ مسلمان جو پانچوں وقت کی نماز نہیں پڑھتا ہے اور وہ سارے غلط کام کرتا ہے جس کی اسلام اجازت نہیں دیتا ہے تو کیا پھر بھی وہ شخص مسلمان کہلانے کے لائق ہے یا نہیں؟</w:t>
      </w:r>
    </w:p>
    <w:p>
      <w:r>
        <w:rPr>
          <w:b/>
        </w:rPr>
        <w:t xml:space="preserve">[21:00] </w:t>
      </w:r>
      <w:r>
        <w:t>dekhiye yeh jo mamla hai yeh aik baat samajh lijiye ke musalman hona ya musalman na hona yeh Allah ka deti hai prerogative of god almighty.</w:t>
      </w:r>
    </w:p>
    <w:p>
      <w:pPr>
        <w:jc w:val="right"/>
      </w:pPr>
      <w:r>
        <w:t>دیکھیے یہ جو معاملہ ہے یہ ایک بات سمجھ لیجئے کہ مسلمان ہونا یا مسلمان نہ ہونا یہ اللہ کا دیتی ہے پراگٹیو اف گاڈ المائٹی۔</w:t>
      </w:r>
    </w:p>
    <w:p>
      <w:r>
        <w:rPr>
          <w:b/>
        </w:rPr>
        <w:t xml:space="preserve">[21:15] </w:t>
      </w:r>
      <w:r>
        <w:t>Allah ko faisla karna hai ke woh kis ko kya darja de. hum darja nahi de sakte. jaise takfeer jo ki jati hai na woh bhi ghalat hai bilkul.</w:t>
      </w:r>
    </w:p>
    <w:p>
      <w:pPr>
        <w:jc w:val="right"/>
      </w:pPr>
      <w:r>
        <w:t>اللہ کو فیصلہ کرنا ہے کہ وہ کس کو کیا درجہ دے۔ ہم درجہ نہیں دے سکتے۔ جیسے تکفیر جو کی جاتی ہے نا وہ بھی غلط ہے بالکل۔</w:t>
      </w:r>
    </w:p>
    <w:p>
      <w:r>
        <w:rPr>
          <w:b/>
        </w:rPr>
        <w:t xml:space="preserve">[21:24] </w:t>
      </w:r>
      <w:r>
        <w:t>humein haq nahi hai kisi ko hum kafir banayein. hum sirf naseehat kar sakte hain, samjha sakte hain, dawat kar sakte hain. to agar koi shakhs apne ko kehta hai ke mein musalman batata hai apne ko to legally woh islam mein shamil samjha jayega us ko.</w:t>
      </w:r>
    </w:p>
    <w:p>
      <w:pPr>
        <w:jc w:val="right"/>
      </w:pPr>
      <w:r>
        <w:t>ہمیں حق نہیں ہے کسی کو ہم کافر بنائیں۔ ہم صرف نصیحت کر سکتے ہیں، سمجھا سکتے ہیں، دعوت کر سکتے ہیں۔ تو اگر کوئی شخص اپنے کو کہتا ہے کہ میں مسلمان بتاتا ہے اپنے کو تو لیگلی وہ اسلام میں شامل سمجھا جائے گا اس کو۔</w:t>
      </w:r>
    </w:p>
    <w:p>
      <w:r>
        <w:rPr>
          <w:b/>
        </w:rPr>
        <w:t xml:space="preserve">[21:42] </w:t>
      </w:r>
      <w:r>
        <w:t>legally. matlab jo mardum shumari, census jo hoga, census is mein us ko musalman mana jayega. agar woh apne ko kehta hai ke mein musalman hoon. baqi yeh hai ke woh amal se kaisa hai to us ko hum samjhayenge bujhayege aur Allah ke aage hawalay kar denge.</w:t>
      </w:r>
    </w:p>
    <w:p>
      <w:pPr>
        <w:jc w:val="right"/>
      </w:pPr>
      <w:r>
        <w:t>لیگلی۔ مطلب جو مردم شماری، سینسس جو ہوگا، سینسس اس میں اس کو مسلمان مانا جائے گا۔ اگر وہ اپنے کو کہتا ہے کہ میں مسلمان ہوں۔ باقی یہ ہے کہ وہ عمل سے کیسا ہے تو اس کو ہم سمجھائیں بجھائیں گے اور اللہ کے اگے حوالے کر دیں گے۔</w:t>
      </w:r>
    </w:p>
    <w:p>
      <w:r>
        <w:rPr>
          <w:b/>
        </w:rPr>
        <w:t xml:space="preserve">[22:01] </w:t>
      </w:r>
      <w:r>
        <w:t>yeh maslak hai yani ulama e rasikhin ka.</w:t>
      </w:r>
    </w:p>
    <w:p>
      <w:pPr>
        <w:jc w:val="right"/>
      </w:pPr>
      <w:r>
        <w:t>یہ مسلک ہے یعنی علمائے راسخین کا۔</w:t>
      </w:r>
    </w:p>
    <w:p>
      <w:r>
        <w:rPr>
          <w:b/>
        </w:rPr>
        <w:t xml:space="preserve">[22:08] </w:t>
      </w:r>
      <w:r>
        <w:t>agle sawal hai nafees shairaz ka new delhi se. yadi hum kisi non muslim ko islam ki dawat dena chahein to hamein sab se pehle kaun si baat us ke samne rakhni chahiye?</w:t>
      </w:r>
    </w:p>
    <w:p>
      <w:pPr>
        <w:jc w:val="right"/>
      </w:pPr>
      <w:r>
        <w:t>اگلا سوال ہے نفیس شیراز کا نئی دہلی سے۔ یदि ہم کسی نان مسلم کو اسلام کی دعوت دینا چاہیں تو ہمیں سب سے پہلے کون سی بات اس کے سامنے رکھنی چاہیے؟</w:t>
      </w:r>
    </w:p>
    <w:p>
      <w:r>
        <w:rPr>
          <w:b/>
        </w:rPr>
        <w:t xml:space="preserve">[22:24] </w:t>
      </w:r>
      <w:r>
        <w:t>sab se pehle use mohabbat karna chahiye. agar mohabbat nahi hai to dawat bhi mat dijiye.</w:t>
      </w:r>
    </w:p>
    <w:p>
      <w:pPr>
        <w:jc w:val="right"/>
      </w:pPr>
      <w:r>
        <w:t>سب سے پہلے اسے محبت کرنا چاہیے۔ اگر محبت نہیں ہے تو دعوت بھی مت دیجئے۔</w:t>
      </w:r>
    </w:p>
    <w:p>
      <w:r>
        <w:rPr>
          <w:b/>
        </w:rPr>
        <w:t xml:space="preserve">[22:33] </w:t>
      </w:r>
      <w:r>
        <w:t>apne dil ko tatoliye ke kya aap ko aap ke dil mein doosron ke liye nafrat hai, shikayat hai ya aap ka dil bilkul doosron ke liye positive hai.</w:t>
      </w:r>
    </w:p>
    <w:p>
      <w:pPr>
        <w:jc w:val="right"/>
      </w:pPr>
      <w:r>
        <w:t>اپنے دل کو ٹٹولیے کہ کیا آپ کو آپ کے دل میں دوسروں کے لیے نفرت ہے، شکایت ہے یا آپ کا دل بالکل دوسروں کے لیے پوزیٹیو ہے۔</w:t>
      </w:r>
    </w:p>
    <w:p>
      <w:r>
        <w:rPr>
          <w:b/>
        </w:rPr>
        <w:t xml:space="preserve">[22:46] </w:t>
      </w:r>
      <w:r>
        <w:t>here is the starting point. jo aadmi dawat ka kaam karna chahta hai to sab se pehle us ko apne dil ko pak karna padega nafrat se, negative thought se.</w:t>
      </w:r>
    </w:p>
    <w:p>
      <w:pPr>
        <w:jc w:val="right"/>
      </w:pPr>
      <w:r>
        <w:t>ہیر از دی سٹارٹنگ پوائنٹ۔ جو آدمی دعوت کا کام کرنا چاہتا ہے تو سب سے پہلے اس کو اپنے دل کو پاک کرنا پڑے گا نفرت سے، نیگیٹیو تھاٹ سے۔</w:t>
      </w:r>
    </w:p>
    <w:p>
      <w:r>
        <w:rPr>
          <w:b/>
        </w:rPr>
        <w:t xml:space="preserve">[22:59] </w:t>
      </w:r>
      <w:r>
        <w:t>nahi to us ko dawat ka koi Allah taala ka inaam nahi milega.</w:t>
      </w:r>
    </w:p>
    <w:p>
      <w:pPr>
        <w:jc w:val="right"/>
      </w:pPr>
      <w:r>
        <w:t>نہیں تو اس کو دعوت کا کوئی اللہ تعالی کا انعام نہیں ملے گا۔</w:t>
      </w:r>
    </w:p>
    <w:p>
      <w:r>
        <w:rPr>
          <w:b/>
        </w:rPr>
        <w:t xml:space="preserve">[23:05] </w:t>
      </w:r>
      <w:r>
        <w:t>dawat ka matlab sirf yeh nahi hai ke aap announce kar dein. dawat ka matlab yeh hai ke aap us ke sachhe khair khwah banein, us ke well wisher banein, us ki hidayat ke haris banein.</w:t>
      </w:r>
    </w:p>
    <w:p>
      <w:pPr>
        <w:jc w:val="right"/>
      </w:pPr>
      <w:r>
        <w:t>دعوت کا مطلب صرف یہ نہیں ہے کہ آپ اناؤنس کر دیں۔ دعوت کا مطلب یہ ہے کہ آپ اس کے سچے خیر خواہ بنیں، اس کے ویل وشر بنیں، اس کی ہدایت کے حریص بنیں۔</w:t>
      </w:r>
    </w:p>
    <w:p>
      <w:r>
        <w:rPr>
          <w:b/>
        </w:rPr>
        <w:t xml:space="preserve">[23:17] </w:t>
      </w:r>
      <w:r>
        <w:t>jab aap aise ban jayenge to phir sari baatein khul jayengi sab. aap ko aap ka yani kisi se pooche pooche baghair sab kuch program aap ka set ho jayega.</w:t>
      </w:r>
    </w:p>
    <w:p>
      <w:pPr>
        <w:jc w:val="right"/>
      </w:pPr>
      <w:r>
        <w:t>جب آپ ایسے بن جائیں گے تو پھر ساری باتیں کھل جائیں گی سب۔ آپ کو آپ کا یعنی کسی سے پوچھے پوچھے بغیر سب کچھ پروگرام آپ کا سیٹ ہو جائے گا۔</w:t>
      </w:r>
    </w:p>
    <w:p>
      <w:r>
        <w:rPr>
          <w:b/>
        </w:rPr>
        <w:t xml:space="preserve">[23:32] </w:t>
      </w:r>
      <w:r>
        <w:t>das question is from miss aisha zakwan from new delhi. there is a hadith where the prophet says that person is a miser who does not send durood on me when my name is mentioned.</w:t>
      </w:r>
    </w:p>
    <w:p>
      <w:pPr>
        <w:jc w:val="right"/>
      </w:pPr>
      <w:r>
        <w:t>دس کوئسچن از فرام مس عائشہ زکوان فرام نیو دہلی۔ دیر از ا حدیث ویر دا پرافٹ سیز دیٹ پرسن از ا مائزر ہو ڈز ناٹ سینڈ درود ان می وین مائی نیم از مینشنڈ۔</w:t>
      </w:r>
    </w:p>
    <w:p>
      <w:r>
        <w:rPr>
          <w:b/>
        </w:rPr>
        <w:t xml:space="preserve">[23:49] </w:t>
      </w:r>
      <w:r>
        <w:t>maulana please explain the concept of durood.</w:t>
      </w:r>
    </w:p>
    <w:p>
      <w:pPr>
        <w:jc w:val="right"/>
      </w:pPr>
      <w:r>
        <w:t>مولانا پلیز ایکسپلین دا کانسیپٹ اف درود۔</w:t>
      </w:r>
    </w:p>
    <w:p>
      <w:r>
        <w:rPr>
          <w:b/>
        </w:rPr>
        <w:t xml:space="preserve">[23:57] </w:t>
      </w:r>
      <w:r>
        <w:t>aj kal is ko aik ritual ke taur par liya gaya hai. rasool Allah ka naam aaye to foran kahein sallallahu alaihi wasallam. yeh matlab is ka nahi hai. yeh is ka matlab nahi hai.</w:t>
      </w:r>
    </w:p>
    <w:p>
      <w:pPr>
        <w:jc w:val="right"/>
      </w:pPr>
      <w:r>
        <w:t>اج کل اس کو ایک ریچول کے طور پر لیا گیا ہے۔ رسول اللہ کا نام ائے تو فوراً کہیں صلی اللہ علیہ وسلم۔ یہ مطلب اس کا نہیں ہے۔ یہ اس کا مطلب نہیں ہے۔</w:t>
      </w:r>
    </w:p>
    <w:p>
      <w:r>
        <w:rPr>
          <w:b/>
        </w:rPr>
        <w:t xml:space="preserve">[24:12] </w:t>
      </w:r>
      <w:r>
        <w:t>is ka matlab yeh hai ke rasool Allah ne jo kaam kiya woh bilashubah aik bohat hi bada yani sacrifice ka kaam tha.</w:t>
      </w:r>
    </w:p>
    <w:p>
      <w:pPr>
        <w:jc w:val="right"/>
      </w:pPr>
      <w:r>
        <w:t>اس کا مطلب یہ ہے کہ رسول اللہ نے جو کام کیا وہ بلاشبہ ایک بہت ہی بڑا یعنی سیکریفائس کا کام تھا۔</w:t>
      </w:r>
    </w:p>
    <w:p>
      <w:r>
        <w:rPr>
          <w:b/>
        </w:rPr>
        <w:t xml:space="preserve">[24:24] </w:t>
      </w:r>
      <w:r>
        <w:t>yani aise dor mein jab ke yeh kehna ke Khuda ek hai us par pathar mare jate thay. Aaj ka zamana nahi tha woh.</w:t>
      </w:r>
    </w:p>
    <w:p>
      <w:pPr>
        <w:jc w:val="right"/>
      </w:pPr>
      <w:r>
        <w:t>یعنی ایسے دور میں جب کہ یہ کہنا کہ خدا ایک ہے اس پر پتھر مارے جاتے تھے۔ اج کا زمانہ نہیں تھا وہ۔</w:t>
      </w:r>
    </w:p>
    <w:p>
      <w:r>
        <w:rPr>
          <w:b/>
        </w:rPr>
        <w:t xml:space="preserve">[24:33] </w:t>
      </w:r>
      <w:r>
        <w:t>Aaj aap ko azadi hai, religious freedom waisa nahi tha wahan par.</w:t>
      </w:r>
    </w:p>
    <w:p>
      <w:pPr>
        <w:jc w:val="right"/>
      </w:pPr>
      <w:r>
        <w:t>اج اپ کو ازادی ہے، ریلیجس فریڈم ویسا نہیں تھا وہاں پر۔</w:t>
      </w:r>
    </w:p>
    <w:p>
      <w:r>
        <w:rPr>
          <w:b/>
        </w:rPr>
        <w:t xml:space="preserve">[24:43] </w:t>
      </w:r>
      <w:r>
        <w:t>Chunancha aap ko bohat takleefein di gayeen. Misal ke taur par Taif gaye aap yahi paigham le kar ke Khuda ek hai to wahan ke sardaron se mile aap.</w:t>
      </w:r>
    </w:p>
    <w:p>
      <w:pPr>
        <w:jc w:val="right"/>
      </w:pPr>
      <w:r>
        <w:t>چنانچہ اپ کو بہت تکلیفیں دی گئیں۔ مثال کے طور پر طائف گئے اپ یہی پیغام لے کر کہ خدا ایک ہے تو وہاں کے سرداروں سے ملے اپ۔</w:t>
      </w:r>
    </w:p>
    <w:p>
      <w:r>
        <w:rPr>
          <w:b/>
        </w:rPr>
        <w:t xml:space="preserve">[24:54] </w:t>
      </w:r>
      <w:r>
        <w:t>Sardaron ne kya kiya?</w:t>
      </w:r>
    </w:p>
    <w:p>
      <w:pPr>
        <w:jc w:val="right"/>
      </w:pPr>
      <w:r>
        <w:t>سرداروں نے کیا کیا؟</w:t>
      </w:r>
    </w:p>
    <w:p>
      <w:r>
        <w:rPr>
          <w:b/>
        </w:rPr>
        <w:t xml:space="preserve">[24:56] </w:t>
      </w:r>
      <w:r>
        <w:t>Mazak uraya aap ke ke tum Khuda ko tum hi mile thay paighambar banane ke liye? Dekho apni shakal. Bhai woh hamare aap jaisay insan thay Rasool Allah.</w:t>
      </w:r>
    </w:p>
    <w:p>
      <w:pPr>
        <w:jc w:val="right"/>
      </w:pPr>
      <w:r>
        <w:t>مذاق اڑایا اپ کے کہ تم خدا کو تم ہی ملے تھے پیغمبر بنانے کے لیے؟ دیکھو اپنی شکل۔ بھئی وہ ہمارے اپ جیسے انسان تھے رسول اللہ۔</w:t>
      </w:r>
    </w:p>
    <w:p>
      <w:r>
        <w:rPr>
          <w:b/>
        </w:rPr>
        <w:t xml:space="preserve">[25:09] </w:t>
      </w:r>
      <w:r>
        <w:t>Koi hathi aur pahar to thay nahi. To unhon ne kaha Rasool Khuda ko tum bhi mile thay ke tum ko paighambar bana ke bhej diya?</w:t>
      </w:r>
    </w:p>
    <w:p>
      <w:pPr>
        <w:jc w:val="right"/>
      </w:pPr>
      <w:r>
        <w:t>کوئی ہاتھی اور پہاڑ تو تھے نہیں۔ تو انہوں نے کہا رسول خدا کو تم بھی ملے تھے کہ تم کو پیغمبر بنا کے بھیج دیا؟</w:t>
      </w:r>
    </w:p>
    <w:p>
      <w:r>
        <w:rPr>
          <w:b/>
        </w:rPr>
        <w:t xml:space="preserve">[25:18] </w:t>
      </w:r>
      <w:r>
        <w:t>Tum to kuch hum ko nahi lagte koi khaas aadmi ho. Aaj aap Rasool Allah ko is ki tareekhi waqiat ke sath shamil kar ke dekhte hain to lagta hai ke Rasool Allah bohat hi baray dikhai partay hain aap.</w:t>
      </w:r>
    </w:p>
    <w:p>
      <w:pPr>
        <w:jc w:val="right"/>
      </w:pPr>
      <w:r>
        <w:t>تم تو کچھ ہم کو نہیں لگتے کوئی خاص ادمی ہو۔ اج اپ رسول اللہ کو اس کی تاریخی واقعات کے ساتھ شامل کر کے دیکھتے ہیں تو لگتا ہے کہ رسول اللہ بہت ہی بڑے دکھائی پڑتے ہیں اپ۔</w:t>
      </w:r>
    </w:p>
    <w:p>
      <w:r>
        <w:rPr>
          <w:b/>
        </w:rPr>
        <w:t xml:space="preserve">[25:31] </w:t>
      </w:r>
      <w:r>
        <w:t>Us waqt ek aam insan thay. To unhon ne apne larkon ko kaha ke in ko maar ke bhagao. Pathar mara un logon ne.</w:t>
      </w:r>
    </w:p>
    <w:p>
      <w:pPr>
        <w:jc w:val="right"/>
      </w:pPr>
      <w:r>
        <w:t>اس وقت ایک عام انسان تھے۔ تو انہوں نے اپنے لڑکوں کو کہا کہ ان کو مار کے بھگاؤ۔ پتھر مارا ان لوگوں نے۔</w:t>
      </w:r>
    </w:p>
    <w:p>
      <w:r>
        <w:rPr>
          <w:b/>
        </w:rPr>
        <w:t xml:space="preserve">[25:44] </w:t>
      </w:r>
      <w:r>
        <w:t>To pathar martay martay bahar le gaye aur wahan par aap ke aap body zakhmi ho gaya, khoon banne laga.</w:t>
      </w:r>
    </w:p>
    <w:p>
      <w:pPr>
        <w:jc w:val="right"/>
      </w:pPr>
      <w:r>
        <w:t>تو پتھر مارتے مارتے باہر لے گئے اور وہاں پر اپ کے اپ باڈی زخمی ہو گیا، خون بننے لگا۔</w:t>
      </w:r>
    </w:p>
    <w:p>
      <w:r>
        <w:rPr>
          <w:b/>
        </w:rPr>
        <w:t xml:space="preserve">[25:57] </w:t>
      </w:r>
      <w:r>
        <w:t>Khoon banne laga na khilaya na pilaya na chaye na sharbat na pani. Maar ke bhaga diya.</w:t>
      </w:r>
    </w:p>
    <w:p>
      <w:pPr>
        <w:jc w:val="right"/>
      </w:pPr>
      <w:r>
        <w:t>خون بنے لگا نہ کھلایا نہ پلایا نہ چائے نہ شربت نہ پانی۔ مار کے بھگا دیا۔</w:t>
      </w:r>
    </w:p>
    <w:p>
      <w:r>
        <w:rPr>
          <w:b/>
        </w:rPr>
        <w:t xml:space="preserve">[26:06] </w:t>
      </w:r>
      <w:r>
        <w:t>Us waqt Allah taala ne Malik-ul-Jawal ko bheja, paharon ka farishtay ko bheja ke woh aya.</w:t>
      </w:r>
    </w:p>
    <w:p>
      <w:pPr>
        <w:jc w:val="right"/>
      </w:pPr>
      <w:r>
        <w:t>اس وقت اللہ تعالی نے ملک الجوال کو بھیجا، پہاڑوں کا فرشتے کو بھیجا کہ وہ ایا۔</w:t>
      </w:r>
    </w:p>
    <w:p>
      <w:r>
        <w:rPr>
          <w:b/>
        </w:rPr>
        <w:t xml:space="preserve">[26:17] </w:t>
      </w:r>
      <w:r>
        <w:t>Us ne kaha ke aye Muhammad mein Malik-ul-Jawal hoon.</w:t>
      </w:r>
    </w:p>
    <w:p>
      <w:pPr>
        <w:jc w:val="right"/>
      </w:pPr>
      <w:r>
        <w:t>اس نے کہا کہ اے محمد میں ملک الجوال ہوں۔</w:t>
      </w:r>
    </w:p>
    <w:p>
      <w:r>
        <w:rPr>
          <w:b/>
        </w:rPr>
        <w:t xml:space="preserve">[26:23] </w:t>
      </w:r>
      <w:r>
        <w:t>Yeh mere hath mein paharon ko ult palat kar sakta hoon mein. To Taif jo tha us mein dono taraf pahariyan theen. Beech mein woh town tha, idhar udhar pahariyan theen.</w:t>
      </w:r>
    </w:p>
    <w:p>
      <w:pPr>
        <w:jc w:val="right"/>
      </w:pPr>
      <w:r>
        <w:t>یہ میرے ہاتھ میں پہاڑوں کو الٹ پلٹ کر سکتا ہوں میں۔ تو طائف جو تھا اس میں دونوں طرف پہاڑیاں تھیں۔ بیچ میں وہ ٹاؤن تھا، ادھر ادھر پہاڑیاں تھیں۔</w:t>
      </w:r>
    </w:p>
    <w:p>
      <w:r>
        <w:rPr>
          <w:b/>
        </w:rPr>
        <w:t xml:space="preserve">[26:35] </w:t>
      </w:r>
      <w:r>
        <w:t>Kaha ke agar aap mere paas woh taqat taqat hai ke mein dono pahariyon ko aise mila doon aur log us ko pas kar reh jayen to aap mujhe kya hukum dete hain?</w:t>
      </w:r>
    </w:p>
    <w:p>
      <w:pPr>
        <w:jc w:val="right"/>
      </w:pPr>
      <w:r>
        <w:t>کہا کہ اگر اپ میرے پاس وہ طاقت طاقت ہے کہ میں دونوں پہاڑیوں کو ایسے ملا دوں اور لوگ اس کو پس کر رہ جائیں تو اپ مجھے کیا حکم دیتے ہیں؟</w:t>
      </w:r>
    </w:p>
    <w:p>
      <w:r>
        <w:rPr>
          <w:b/>
        </w:rPr>
        <w:t xml:space="preserve">[26:50] </w:t>
      </w:r>
      <w:r>
        <w:t>Unhon ne jo aap ka zulm kiya hai woh Allah ne dekha to mujhe bheja hai aap ke paas. To aap ne farmaya ke nahi.</w:t>
      </w:r>
    </w:p>
    <w:p>
      <w:pPr>
        <w:jc w:val="right"/>
      </w:pPr>
      <w:r>
        <w:t>انہوں نے جو اپ کا ظلم کیا ہے وہ اللہ نے دیکھا تو مجھے بھیجا ہے اپ کے پاس۔ تو اپ نے فرمایا کہ نہیں۔</w:t>
      </w:r>
    </w:p>
    <w:p>
      <w:r>
        <w:rPr>
          <w:b/>
        </w:rPr>
        <w:t xml:space="preserve">[27:04] </w:t>
      </w:r>
      <w:r>
        <w:t>Mein chahta hoon ke zinda rahen, un ki naslein paida hon, un ke bete pote paida hon. Un mein log milen ge jo jo sachai ko manen aur sachay kaam karen.</w:t>
      </w:r>
    </w:p>
    <w:p>
      <w:pPr>
        <w:jc w:val="right"/>
      </w:pPr>
      <w:r>
        <w:t>میں چاہتا ہوں کہ زندہ رہیں، ان کی نسلیں پیدا ہوں، ان کے بیٹے پوتے پیدا ہوں۔ ان میں لوگ ملیں گے جو جو سچائی کو مانیں اور سچا کام کریں۔</w:t>
      </w:r>
    </w:p>
    <w:p>
      <w:r>
        <w:rPr>
          <w:b/>
        </w:rPr>
        <w:t xml:space="preserve">[27:14] </w:t>
      </w:r>
      <w:r>
        <w:t>Yani na sirf present ko balkay future tak se aap un ke hope lagaye hue thay. To kitna ziyada aap ne qurbaniyan dein.</w:t>
      </w:r>
    </w:p>
    <w:p>
      <w:pPr>
        <w:jc w:val="right"/>
      </w:pPr>
      <w:r>
        <w:t>یعنی نہ صرف پریزنٹ کو بلکہ فیوچر تک سے اپ ان کے ہوپ لگائے ہوئے تھے۔ تو کتنا زیادہ اپ نے قربانیاں دیں۔</w:t>
      </w:r>
    </w:p>
    <w:p>
      <w:r>
        <w:rPr>
          <w:b/>
        </w:rPr>
        <w:t xml:space="preserve">[27:27] </w:t>
      </w:r>
      <w:r>
        <w:t>Aap ki qurbaniyon se ek inqilab aaya ke insani tareekh religious persecution ke dor se nikal kar ke religious freedom ke dor mein aai.</w:t>
      </w:r>
    </w:p>
    <w:p>
      <w:pPr>
        <w:jc w:val="right"/>
      </w:pPr>
      <w:r>
        <w:t>اپ کی قربانیوں سے ایک انقلاب ایا کہ انسانی تاریخ ریلیجس پرسیکیوشن کے دور سے نکل کر کے ریلیجس فریڈم کے دور میں ائی۔</w:t>
      </w:r>
    </w:p>
    <w:p>
      <w:r>
        <w:rPr>
          <w:b/>
        </w:rPr>
        <w:t xml:space="preserve">[27:38] </w:t>
      </w:r>
      <w:r>
        <w:t>Yeh mamooli baat nahi hai. Aisi hazaron cheezein hain. Woh jab aap ka naam aaya to aap ko yaad aana chahiye ke aap sach much benefactor hain.</w:t>
      </w:r>
    </w:p>
    <w:p>
      <w:pPr>
        <w:jc w:val="right"/>
      </w:pPr>
      <w:r>
        <w:t>یہ معمولی بات نہیں ہے۔ ایسی ہزاروں چیزیں ہیں۔ وہ جب اپ کا نام ایا تو اپ کو یاد انا چاہیے کہ اپ سچ مچ بینیفیکٹر ہیں۔</w:t>
      </w:r>
    </w:p>
    <w:p>
      <w:r>
        <w:rPr>
          <w:b/>
        </w:rPr>
        <w:t xml:space="preserve">[27:50] </w:t>
      </w:r>
      <w:r>
        <w:t>Sab se bara sacrifice kiya aap ne insani tareekh ko to hum parsay se nikal kar ke science mein laye. Insani tareekh ko religious persecution se nikal kar ke religious freedom ke dor mein laye.</w:t>
      </w:r>
    </w:p>
    <w:p>
      <w:pPr>
        <w:jc w:val="right"/>
      </w:pPr>
      <w:r>
        <w:t>سب سے بڑا سیکریفائس کیا اپ نے انسانی تاریخ کو تو ہم پرسے سے نکال کر کے سائنس میں لائے۔ انسانی تاریخ کو ریلیجس پرسیکیوشن سے نکال کر کے ریلیجس فریڈم کے دور میں لائے۔</w:t>
      </w:r>
    </w:p>
    <w:p>
      <w:r>
        <w:rPr>
          <w:b/>
        </w:rPr>
        <w:t xml:space="preserve">[28:03] </w:t>
      </w:r>
      <w:r>
        <w:t>Ek poora ek naya zamana paida kiya aap ne. Tab hum aaj is tarah aitmad se yahan baith kar baatein kar rahay hain. To Rasool Allah ka jo contribution hai history mein, contribution us ko yaad kar ke jab hum kehte hain to isi ka naam Durood hai.</w:t>
      </w:r>
    </w:p>
    <w:p>
      <w:pPr>
        <w:jc w:val="right"/>
      </w:pPr>
      <w:r>
        <w:t>ایک پورا ایک نیا زمانہ پیدا کیا اپ نے۔ تب ہم اج اس طرح اعتماد سے یہاں بیٹھ کر باتیں کر رہے ہیں۔ تو رسول اللہ کا جو کنٹریبیوشن ہے ہسٹری میں، کنٹریبیوشن اس کو یاد کر کے جب ہم کہتے ہیں تو اسی کا نام درود ہے۔</w:t>
      </w:r>
    </w:p>
    <w:p>
      <w:r>
        <w:rPr>
          <w:b/>
        </w:rPr>
        <w:t xml:space="preserve">[28:21] </w:t>
      </w:r>
      <w:r>
        <w:t>Aur aaj kal jo logon ka riwaj hai woh to kuch bhi nahi, woh to nothing hai, kuch bhi nahi. Kuch bhi ho, lip service hai woh.</w:t>
      </w:r>
    </w:p>
    <w:p>
      <w:pPr>
        <w:jc w:val="right"/>
      </w:pPr>
      <w:r>
        <w:t>اور اج کل جو لوگوں کا رواج ہے وہ تو کچھ بھی نہیں، وہ تو نتھنگ ہے، کچھ بھی نہیں۔ کچھ بھی ہو، لپ سروس ہے وہ۔</w:t>
      </w:r>
    </w:p>
    <w:p>
      <w:r>
        <w:rPr>
          <w:b/>
        </w:rPr>
        <w:t xml:space="preserve">[28:31] </w:t>
      </w:r>
      <w:r>
        <w:t>Woh to acknowledge karna hai Rasool Allah ke sacrifice ka, acknowledge karna hai Rasool Allah ke contribution ka. Log jantay bhi nahi kya contribution Rasool Allah ka hai.</w:t>
      </w:r>
    </w:p>
    <w:p>
      <w:pPr>
        <w:jc w:val="right"/>
      </w:pPr>
      <w:r>
        <w:t>وہ تو اکنالج کرنا ہے رسول اللہ کے سیکریفائس کا، اکنالج کرنا ہے رسول اللہ کے کنٹریبیوشن کا۔ لوگ جانتے بھی نہیں کیا کنٹریبیوشن رسول اللہ کا ہے۔</w:t>
      </w:r>
    </w:p>
    <w:p>
      <w:r>
        <w:rPr>
          <w:b/>
        </w:rPr>
        <w:t xml:space="preserve">[28:43] </w:t>
      </w:r>
      <w:r>
        <w:t>To jo aadmi Rasool Allah ke contribution ko, yani historical contribution jo aap ka hai, us ko janay, us ko jan kar keh paray ke Khuda ya to is insan ke liye meri taraf se duaein likh le,</w:t>
      </w:r>
    </w:p>
    <w:p>
      <w:pPr>
        <w:jc w:val="right"/>
      </w:pPr>
      <w:r>
        <w:t>تو جو ادمی رسول اللہ کے کنٹریبیوشن کو، یعنی ہسٹوریکل کنٹریبیوشن جو اپ کا ہے، اس کو جانے، اس کو جان کر کہہ پڑے کہ خدایا تو اس انسان کے لیے میری طرف سے دعائیں لکھ لے،</w:t>
      </w:r>
    </w:p>
    <w:p>
      <w:r>
        <w:rPr>
          <w:b/>
        </w:rPr>
        <w:t xml:space="preserve">[28:56] </w:t>
      </w:r>
      <w:r>
        <w:t>is insan ke liye meri taraf se Durood likh le to us ka naam hai Durood. Baqi aaj kal jo kiya jata hai woh lip service, woh to nothing hai.</w:t>
      </w:r>
    </w:p>
    <w:p>
      <w:pPr>
        <w:jc w:val="right"/>
      </w:pPr>
      <w:r>
        <w:t>اس انسان کے لیے میری طرف سے درود لکھ لے تو اس کا نام ہے درود۔ باقی اج کل جو کیا جاتا ہے وہ لف سروس، وہ تو نتھنگ ہے۔</w:t>
      </w:r>
    </w:p>
    <w:p>
      <w:r>
        <w:rPr>
          <w:b/>
        </w:rPr>
        <w:t xml:space="preserve">[29:10] </w:t>
      </w:r>
      <w:r>
        <w:t>das question is from miss sadia khan from new delhi. does missionary activity require an ideological base?</w:t>
      </w:r>
    </w:p>
    <w:p>
      <w:pPr>
        <w:jc w:val="right"/>
      </w:pPr>
      <w:r>
        <w:t>دس کوئسچن از فرام مس سعدیہ خان فرام نیو دہلی۔ ڈز مشنری ایکٹیویٹی ریکوائر این ائیڈیالوجیکل بیس؟</w:t>
      </w:r>
    </w:p>
    <w:p>
      <w:r>
        <w:rPr>
          <w:b/>
        </w:rPr>
        <w:t xml:space="preserve">[29:20] </w:t>
      </w:r>
      <w:r>
        <w:t>what propels the christians to do missionary work?</w:t>
      </w:r>
    </w:p>
    <w:p>
      <w:pPr>
        <w:jc w:val="right"/>
      </w:pPr>
      <w:r>
        <w:t>واٹ پروپیلز دا کرسچنز ٹو ڈو مشنری ورک؟</w:t>
      </w:r>
    </w:p>
    <w:p>
      <w:r>
        <w:rPr>
          <w:b/>
        </w:rPr>
        <w:t xml:space="preserve">[29:27] </w:t>
      </w:r>
      <w:r>
        <w:t>un ki aik ideology hai, bohat bari ideology hai un ki. is ideology ne un ko active kar rakha hai.</w:t>
      </w:r>
    </w:p>
    <w:p>
      <w:pPr>
        <w:jc w:val="right"/>
      </w:pPr>
      <w:r>
        <w:t>ان کی ایک ائیڈیالوجی ہے، بہت بڑی ائیڈیالوجی ہے ان کی۔ اس ائیڈیالوجی نے ان کو ایکٹیو کر رکھا ہے۔</w:t>
      </w:r>
    </w:p>
    <w:p>
      <w:r>
        <w:rPr>
          <w:b/>
        </w:rPr>
        <w:t xml:space="preserve">[29:42] </w:t>
      </w:r>
      <w:r>
        <w:t>un ki ideology jo hai hum us ko nahi mante lekin bari ideology bohat zabardast hai. woh ideology yeh hai un ki ke salvation jo hai insan ko kaise mile gi?</w:t>
      </w:r>
    </w:p>
    <w:p>
      <w:pPr>
        <w:jc w:val="right"/>
      </w:pPr>
      <w:r>
        <w:t>ان کی ائیڈیالوجی جو ہے ہم اس کو نہیں مانتے لیکن بڑی ائیڈیالوجی بہت زبردست ہے۔ وہ ائیڈیالوجی یہ ہے ان کی کہ سالویشن جو ہے انسان کو کیسے ملے گی؟</w:t>
      </w:r>
    </w:p>
    <w:p>
      <w:r>
        <w:rPr>
          <w:b/>
        </w:rPr>
        <w:t xml:space="preserve">[29:53] </w:t>
      </w:r>
      <w:r>
        <w:t>salvation. kyunke hum aap dono, hum hum aap jo mante hain wahi mante hain jannat aur jahannum. aik christian ka bhi yahi manna hai ke maut ke baad jannat aur jahannum hai.</w:t>
      </w:r>
    </w:p>
    <w:p>
      <w:pPr>
        <w:jc w:val="right"/>
      </w:pPr>
      <w:r>
        <w:t>سالویشن۔ کیونکہ ہم اپ دونوں، ہم ہم اپ جو مانتے ہیں وہی مانتے ہیں جنت اور جہنم۔ ایک کرسچن کا بھی یہی ماننا ہے کہ موت کے بعد جنت اور جہنم ہے۔</w:t>
      </w:r>
    </w:p>
    <w:p>
      <w:r>
        <w:rPr>
          <w:b/>
        </w:rPr>
        <w:t xml:space="preserve">[30:05] </w:t>
      </w:r>
      <w:r>
        <w:t>is mein koi difference nahi hai. lekin aadmi kaise bache ga?</w:t>
      </w:r>
    </w:p>
    <w:p>
      <w:pPr>
        <w:jc w:val="right"/>
      </w:pPr>
      <w:r>
        <w:t>اس میں کوئی ڈیفرنس نہیں ہے۔ لیکن ادمی کیسے بچے گا؟</w:t>
      </w:r>
    </w:p>
    <w:p>
      <w:r>
        <w:rPr>
          <w:b/>
        </w:rPr>
        <w:t xml:space="preserve">[30:11] </w:t>
      </w:r>
      <w:r>
        <w:t>salvation kaise mile gi? toh un ka manna yeh hai ke jo aadmi is yeh aqeedah rakhe, is baat ko maane ke hazrat masih jo hai woh unhone qurbani de di apni apni insaniyat ke jo original sin jo tha us ko us se insan ko bachane ke liye.</w:t>
      </w:r>
    </w:p>
    <w:p>
      <w:pPr>
        <w:jc w:val="right"/>
      </w:pPr>
      <w:r>
        <w:t>سالویشن کیسے ملے گی؟ تو ان کا ماننا یہ ہے کہ جو ادمی اس یہ عقیدہ رکھے، اس بات کو مانے کہ حضرت مسیح جو ہے وہ انہوں نے قربانی دے دی اپنی اپنی انسانیت کے جو اوریجنل سن جو تھا اس کو اس سے انسان کو بچانے کے لیے۔</w:t>
      </w:r>
    </w:p>
    <w:p>
      <w:r>
        <w:rPr>
          <w:b/>
        </w:rPr>
        <w:t xml:space="preserve">[30:29] </w:t>
      </w:r>
      <w:r>
        <w:t>un ka manna hai ke hazrat adam ne jo khaya tha yani fabrin tree toh sari nasal hi gunahgar ho gayi.</w:t>
      </w:r>
    </w:p>
    <w:p>
      <w:pPr>
        <w:jc w:val="right"/>
      </w:pPr>
      <w:r>
        <w:t>ان کا ماننا ہے کہ حضرت ادم نے جو کھایا تھا یعنی فابرین ٹری تو ساری نسل ہی گنہگار ہو گئی۔</w:t>
      </w:r>
    </w:p>
    <w:p>
      <w:r>
        <w:rPr>
          <w:b/>
        </w:rPr>
        <w:t xml:space="preserve">[30:38] </w:t>
      </w:r>
      <w:r>
        <w:t>us ko kehte hain original sin kehte hain us ko woh paidaishi gunah. toh is paidaishi gunah se bahar kaise aye ga in</w:t>
      </w:r>
    </w:p>
    <w:p>
      <w:pPr>
        <w:jc w:val="right"/>
      </w:pPr>
      <w:r>
        <w:t>اس کو کہتے ہیں اوریجنل سن کہتے ہیں اس کو وہ پیدائشی گناہ۔ تو اس پیدائشی گناہ سے باہر کیسے ائے گا ان</w:t>
      </w:r>
    </w:p>
    <w:p>
      <w:r>
        <w:rPr>
          <w:b/>
        </w:rPr>
        <w:t xml:space="preserve">[30:46] </w:t>
      </w:r>
      <w:r>
        <w:t>saan? toh Allah ne apne bete ko bheja taake woh apne ko crucify karaye kar ke insan ko us se nikale, us original original sin se nikale.</w:t>
      </w:r>
    </w:p>
    <w:p>
      <w:pPr>
        <w:jc w:val="right"/>
      </w:pPr>
      <w:r>
        <w:t>سان؟ تو اللہ نے اپنے بیٹے کو بھیجا تاکہ وہ اپنے کو کریسفائی کرائے کر کے انسان کو اس سے نکالے، اس اوریجنل اوریجنل سن سے نکالے۔</w:t>
      </w:r>
    </w:p>
    <w:p>
      <w:r>
        <w:rPr>
          <w:b/>
        </w:rPr>
        <w:t xml:space="preserve">[30:56] </w:t>
      </w:r>
      <w:r>
        <w:t>toh ab woh samajhte hain ke humein insan ko batana hai ke aye insano tum masih ke is sacrifice ko mano, masih ke is contribution ko mano, us ko acknowledge karo, tabhi tum ko salvation mile gi.</w:t>
      </w:r>
    </w:p>
    <w:p>
      <w:pPr>
        <w:jc w:val="right"/>
      </w:pPr>
      <w:r>
        <w:t>تو اب وہ سمجھتے ہیں کہ ہمیں انسان کو بتانا ہے کہ اے انسانوں تم مسیح کے اس سیکریفائس کو مانو، مسیح کے اس کنٹریبیوشن کو مانو، اس کو اکنالج کرو، تبھی تم کو سالویشن ملے گی۔</w:t>
      </w:r>
    </w:p>
    <w:p>
      <w:r>
        <w:rPr>
          <w:b/>
        </w:rPr>
        <w:t xml:space="preserve">[31:09] </w:t>
      </w:r>
      <w:r>
        <w:t>yeh un ki ideology hai. hum us ko ideology sahi nahi samajhte hain lekin behal yahi ideology hai jis ne un ko active kar rakha hai sari duniya mein.</w:t>
      </w:r>
    </w:p>
    <w:p>
      <w:pPr>
        <w:jc w:val="right"/>
      </w:pPr>
      <w:r>
        <w:t>یہ ان کی ائیڈیالوجی ہے۔ ہم اس کو ائیڈیالوجی صحیح نہیں سمجھتے ہیں لیکن بہرحال یہی ائیڈیالوجی ہے جس نے ان کو ایکٹیو کر رکھا ہے ساری دنیا میں۔</w:t>
      </w:r>
    </w:p>
    <w:p>
      <w:r>
        <w:rPr>
          <w:b/>
        </w:rPr>
        <w:t xml:space="preserve">[31:22] </w:t>
      </w:r>
      <w:r>
        <w:t>maulana her next question is i often find people who go to graveyards to do fateha. has this been sanctioned in islam?</w:t>
      </w:r>
    </w:p>
    <w:p>
      <w:pPr>
        <w:jc w:val="right"/>
      </w:pPr>
      <w:r>
        <w:t>مولانا ہر نیکسٹ کوئسچن از ائی افن فائنڈ پیپل ہو گو ٹو گریویارڈز ٹو ڈو فاتحہ۔ ہیز دس بین سینکشنڈ ان اسلام؟</w:t>
      </w:r>
    </w:p>
    <w:p>
      <w:r>
        <w:rPr>
          <w:b/>
        </w:rPr>
        <w:t xml:space="preserve">[31:34] </w:t>
      </w:r>
      <w:r>
        <w:t>yeh kis ka hai? sadia ka hi hai. doosra sawal hai me</w:t>
      </w:r>
    </w:p>
    <w:p>
      <w:pPr>
        <w:jc w:val="right"/>
      </w:pPr>
      <w:r>
        <w:t>یہ کس کا ہے؟ سعدیہ کا ہی ہے۔ دوسرا سوال ہے می</w:t>
      </w:r>
    </w:p>
    <w:p>
      <w:r>
        <w:rPr>
          <w:b/>
        </w:rPr>
        <w:t xml:space="preserve">[31:37] </w:t>
      </w:r>
      <w:r>
        <w:t>ra. yeh toh bilkul absurd hai. yeh jate hain jo log fateha khwani ke liye. kuch bhi nahi hai is ka, koi na sawab hai na azab hai.</w:t>
      </w:r>
    </w:p>
    <w:p>
      <w:pPr>
        <w:jc w:val="right"/>
      </w:pPr>
      <w:r>
        <w:t>را۔ یہ تو بالکل ایبسرڈ ہے۔ یہ جاتے ہیں جو لوگ فاتحہ خوانی کے لیے۔ کچھ بھی نہیں ہے اس کا، کوئی نہ ثواب ہے نہ عذاب ہے۔</w:t>
      </w:r>
    </w:p>
    <w:p>
      <w:r>
        <w:rPr>
          <w:b/>
        </w:rPr>
        <w:t xml:space="preserve">[31:48] </w:t>
      </w:r>
      <w:r>
        <w:t>waqt waqt time ko waste karna hai. dekhiye qabar pe jane ka sirf aik hi baat hai, aik hi maqsad hai.</w:t>
      </w:r>
    </w:p>
    <w:p>
      <w:pPr>
        <w:jc w:val="right"/>
      </w:pPr>
      <w:r>
        <w:t>وقت وقت ٹائم کو ویسٹ کرنا ہے۔ دیکھیے قبر پہ جانے کا صرف ایک ہی بات ہے، ایک ہی مقصد ہے۔</w:t>
      </w:r>
    </w:p>
    <w:p>
      <w:r>
        <w:rPr>
          <w:b/>
        </w:rPr>
        <w:t xml:space="preserve">[31:57] </w:t>
      </w:r>
      <w:r>
        <w:t>woh hai maut ko yaad karna. maut ko yaad karna. rasool Allah guzre aik martaba qabristan se, Allah ne farmaya ke assalam o alaikum ya al quboor, inna insha Allah bikum lahiqoon.</w:t>
      </w:r>
    </w:p>
    <w:p>
      <w:pPr>
        <w:jc w:val="right"/>
      </w:pPr>
      <w:r>
        <w:t>وہ ہے موت کو یاد کرنا۔ موت کو یاد کرنا۔ رسول اللہ گزرے ایک مرتبہ قبرستان سے، اللہ نے فرمایا کہ السلام علیکم یا القبور، انا انشاء اللہ بکم لاحقون۔</w:t>
      </w:r>
    </w:p>
    <w:p>
      <w:r>
        <w:rPr>
          <w:b/>
        </w:rPr>
        <w:t xml:space="preserve">[32:14] </w:t>
      </w:r>
      <w:r>
        <w:t>yani aye qabar walon, hum bhi tum se milne wale hain, matlab hum bhi marne wale hain. toh qabar jo hai woh maut ka spot hai ke yahan aik aadmi bury kiya gaya hai.</w:t>
      </w:r>
    </w:p>
    <w:p>
      <w:pPr>
        <w:jc w:val="right"/>
      </w:pPr>
      <w:r>
        <w:t>یعنی اے قبر والوں، ہم بھی تم سے ملنے والے ہیں، مطلب ہم بھی مرنے والے ہیں۔ تو قبر جو ہے وہ موت کا سپاٹ ہے کہ یہاں ایک ادمی بری کیا گیا ہے۔</w:t>
      </w:r>
    </w:p>
    <w:p>
      <w:r>
        <w:rPr>
          <w:b/>
        </w:rPr>
        <w:t xml:space="preserve">[32:26] </w:t>
      </w:r>
      <w:r>
        <w:t>qabar batati hai ke aik aadmi yahan mara, wahan us ko bury kiya gaya. us ko yaad karna. achha, hum bhi marenge, hum bhi kahin bury kar diye jayenge.</w:t>
      </w:r>
    </w:p>
    <w:p>
      <w:pPr>
        <w:jc w:val="right"/>
      </w:pPr>
      <w:r>
        <w:t>قبر بتاتی ہے کہ ایک ادمی یہاں مرا، وہاں اس کو بری کیا گیا۔ اس کو یاد کرنا۔ اچھا، ہم بھی مریں گے، ہم بھی کہیں بری کر دیے جائیں گے۔</w:t>
      </w:r>
    </w:p>
    <w:p>
      <w:r>
        <w:rPr>
          <w:b/>
        </w:rPr>
        <w:t xml:space="preserve">[32:36] </w:t>
      </w:r>
      <w:r>
        <w:t>bas waqia fateha khwani waghera toh nothing, bilkul hi koi is ka matlab hi nahi hai. na quran mein hai, na hadith mein hai.</w:t>
      </w:r>
    </w:p>
    <w:p>
      <w:pPr>
        <w:jc w:val="right"/>
      </w:pPr>
      <w:r>
        <w:t>بس واقعہ فاتحہ خوانی وغیرہ تو نتھنگ، بالکل ہی کوئی اس کا مطلب ہی نہیں ہے۔ نہ قران میں ہے، نہ حدیث میں ہے۔</w:t>
      </w:r>
    </w:p>
    <w:p>
      <w:r>
        <w:rPr>
          <w:b/>
        </w:rPr>
        <w:t xml:space="preserve">[32:49] </w:t>
      </w:r>
      <w:r>
        <w:t>maulana agla sawal abdul basit ka hai, doha qatar se. unhone poocha hai maulana hadith mein hai la ta'lamoon ma 'alam lazahiktum qaleel wala baqaytum katheera.</w:t>
      </w:r>
    </w:p>
    <w:p>
      <w:pPr>
        <w:jc w:val="right"/>
      </w:pPr>
      <w:r>
        <w:t>مولانا اگلا سوال عبدالباسط کا ہے، دوحہ قطر سے۔ انہوں نے پوچھا ہے مولانا حدیث میں ہے لا تعلمون ما عالم لذائقت قلیل ولا بقائتم کثیرا۔</w:t>
      </w:r>
    </w:p>
    <w:p>
      <w:r>
        <w:rPr>
          <w:b/>
        </w:rPr>
        <w:t xml:space="preserve">[33:07] </w:t>
      </w:r>
      <w:r>
        <w:t>maulana is ka matlab kya hai? kya akhirat ka masla itna zyada sangin hai? is qism ka ehsas kin baaton ko janne se aata hai?</w:t>
      </w:r>
    </w:p>
    <w:p>
      <w:pPr>
        <w:jc w:val="right"/>
      </w:pPr>
      <w:r>
        <w:t>مولانا اس کا مطلب کیا ہے؟ کیا اخرت کا مسئلہ اتنا زیادہ سنگین ہے؟ اس قسم کا احساس کن باتوں کو جاننے سے اتا ہے؟</w:t>
      </w:r>
    </w:p>
    <w:p>
      <w:r>
        <w:rPr>
          <w:b/>
        </w:rPr>
        <w:t xml:space="preserve">[33:18] </w:t>
      </w:r>
      <w:r>
        <w:t>woh lo ta'lamoon hai, lo la nahi hai, lo ta'lamoon. haan, agar tum jante ho woh jo main janta hoon aur woh sunte ho jo main sunta hoon.</w:t>
      </w:r>
    </w:p>
    <w:p>
      <w:pPr>
        <w:jc w:val="right"/>
      </w:pPr>
      <w:r>
        <w:t>وہ لو تعلمون ہے، لو لا نہیں ہے، لو تعلمون۔ ہاں، اگر تم جانتے ہو وہ جو میں جانتا ہوں اور وہ سنتے ہو جو میں سنتا ہوں۔</w:t>
      </w:r>
    </w:p>
    <w:p>
      <w:r>
        <w:rPr>
          <w:b/>
        </w:rPr>
        <w:t xml:space="preserve">[33:32] </w:t>
      </w:r>
      <w:r>
        <w:t>lazahiktum qaleel wala baqaytum katheera.</w:t>
      </w:r>
    </w:p>
    <w:p>
      <w:pPr>
        <w:jc w:val="right"/>
      </w:pPr>
      <w:r>
        <w:t>لذہکتم قلیل ولا بقیت کثیرا۔</w:t>
      </w:r>
    </w:p>
    <w:p>
      <w:r>
        <w:rPr>
          <w:b/>
        </w:rPr>
        <w:t xml:space="preserve">[33:38] </w:t>
      </w:r>
      <w:r>
        <w:t>toh aik lambi hadith yeh hai, is ka aik hissa yeh hai.</w:t>
      </w:r>
    </w:p>
    <w:p>
      <w:pPr>
        <w:jc w:val="right"/>
      </w:pPr>
      <w:r>
        <w:t>تو ایک لمبی حدیث یہ ہے، اس کا ایک حصہ یہ ہے۔</w:t>
      </w:r>
    </w:p>
    <w:p>
      <w:r>
        <w:rPr>
          <w:b/>
        </w:rPr>
        <w:t xml:space="preserve">[33:45] </w:t>
      </w:r>
      <w:r>
        <w:t>matlab bohat wazeh hai ke hum ap to isi zahiri duniya ko dekhte hain. rasool Allah ko Allah taala ne is ke baad jo hai woh bhi dikha diya tha kis tarah farishte active hain, kis tarah hamari recording ho rahi hai,</w:t>
      </w:r>
    </w:p>
    <w:p>
      <w:pPr>
        <w:jc w:val="right"/>
      </w:pPr>
      <w:r>
        <w:t>مطلب بہت واضح ہے کہ ہم اپ تو اسی ظاہری دنیا کو دیکھتے ہیں۔ رسول اللہ کو اللہ تعالی نے اس کے بعد جو ہے وہ بھی دکھا دیا تھا کس طرح فرشتے ایکٹیو ہیں، کس طرح ہماری ریکارڈنگ ہو رہی ہے،</w:t>
      </w:r>
    </w:p>
    <w:p>
      <w:r>
        <w:rPr>
          <w:b/>
        </w:rPr>
        <w:t xml:space="preserve">[34:00] </w:t>
      </w:r>
      <w:r>
        <w:t>kis tarah jannat aur jahannum intezar kar rahi hai un logon ka jo mar kar wahan pohnchne wale hain, kis tarah hashar khara hone wala hai, kis tarah rasool Allah ke sath Allah taala ke sath hum sab log hisab dene ke liye pohnchenge.</w:t>
      </w:r>
    </w:p>
    <w:p>
      <w:pPr>
        <w:jc w:val="right"/>
      </w:pPr>
      <w:r>
        <w:t>کس طرح جنت اور جہنم انتظار کر رہی ہے ان لوگوں کا جو مر کر وہاں پہنچنے والے ہیں، کس طرح حشر کھڑا ہونے والا ہے، کس طرح رسول اللہ کے ساتھ اللہ تعالی کے ساتھ ہم سب لوگ حساب دینے کے لیے پہنچیں گے۔</w:t>
      </w:r>
    </w:p>
    <w:p>
      <w:r>
        <w:rPr>
          <w:b/>
        </w:rPr>
        <w:t xml:space="preserve">[34:13] </w:t>
      </w:r>
      <w:r>
        <w:t>yeh sari baatein ap par wazeh thin. yani hamare liye to ghaib hai, ap ke liye yeh mushahida tha. to isi ko ap ne farmaya ke agar tum woh jante ho jo main janta hoon to lahaztukum qaleelan wa la baqaytum katheera.</w:t>
      </w:r>
    </w:p>
    <w:p>
      <w:pPr>
        <w:jc w:val="right"/>
      </w:pPr>
      <w:r>
        <w:t>یہ ساری باتیں اپ پر واضح تھیں۔ یعنی ہمارے لیے تو غیب ہے، اپ کے لیے یہ مشاہدہ تھا۔ تو اسی کو اپ نے فرمایا کہ اگر تم وہ جانتے ہو جو میں جانتا ہوں تو لذہکتم قلیل ولا بقیت کثیرا۔</w:t>
      </w:r>
    </w:p>
    <w:p>
      <w:r>
        <w:rPr>
          <w:b/>
        </w:rPr>
        <w:t xml:space="preserve">[34:29] </w:t>
      </w:r>
      <w:r>
        <w:t>tum hanste kam, rote zyada. to mamla bohat hi sangin hai, bohat hi serious hai. yeh matlab hai is ka.</w:t>
      </w:r>
    </w:p>
    <w:p>
      <w:pPr>
        <w:jc w:val="right"/>
      </w:pPr>
      <w:r>
        <w:t>تم ہنستے کم، روتے زیادہ۔ تو معاملہ بہت ہی سنگین ہے، بہت ہی سیریس ہے۔ یہ مطلب ہے اس کا۔</w:t>
      </w:r>
    </w:p>
    <w:p>
      <w:r>
        <w:rPr>
          <w:b/>
        </w:rPr>
        <w:t xml:space="preserve">[34:42] </w:t>
      </w:r>
      <w:r>
        <w:t>das question is from Mr Khalid Ansari from New Delhi. According to the widespread belief amongst Muslims, the Prophet of Islam had a direct conversation with God besides seeing the glimpses of the eternal world.</w:t>
      </w:r>
    </w:p>
    <w:p>
      <w:pPr>
        <w:jc w:val="right"/>
      </w:pPr>
      <w:r>
        <w:t>دس کوئسچن از فرام مسٹر خالد انصاری فرام نیو دہلی۔ اکارڈنگ ٹو دا وائڈ سپریڈ بیلیف امنگز مسلمز، دا پرافٹ اف اسلام ہیڈ ا ڈائریکٹ کنورسیشن ود گاڈ بیسائیڈ سینگ دا گلمسز اف دی ایٹرنل ورلڈ۔</w:t>
      </w:r>
    </w:p>
    <w:p>
      <w:r>
        <w:rPr>
          <w:b/>
        </w:rPr>
        <w:t xml:space="preserve">[35:00] </w:t>
      </w:r>
      <w:r>
        <w:t>Maulana can you provide the correct perspective and what all happened during Meraj as per Quran and Prophet's tradition?</w:t>
      </w:r>
    </w:p>
    <w:p>
      <w:pPr>
        <w:jc w:val="right"/>
      </w:pPr>
      <w:r>
        <w:t>مولانا کین یو پرووائیڈ دا کریکٹ پرسپیکٹو اینڈ واٹ ال ہیپنڈ ڈیورنگ معراج ایز پر قران اینڈ پرافٹس ٹریڈیشن؟</w:t>
      </w:r>
    </w:p>
    <w:p>
      <w:r>
        <w:rPr>
          <w:b/>
        </w:rPr>
        <w:t xml:space="preserve">[35:10] </w:t>
      </w:r>
      <w:r>
        <w:t>dekhiye, yeh bilkul hi yani baseless aqeeda hai ke rasool Allah ne Allah taala ko dekha aur Hazrat Aisha saaf saaf kehti hain ke jis ne yeh kaha woh jhoot bola.</w:t>
      </w:r>
    </w:p>
    <w:p>
      <w:pPr>
        <w:jc w:val="right"/>
      </w:pPr>
      <w:r>
        <w:t>دیکھیے، یہ بالکل ہی یعنی بیسلیس عقیدہ ہے کہ رسول اللہ نے اللہ تعالی کو دیکھا اور حضرت عائشہ صاف صاف کہتی ہیں کہ جس نے یہ کہا وہ جھوٹ بولا۔</w:t>
      </w:r>
    </w:p>
    <w:p>
      <w:r>
        <w:rPr>
          <w:b/>
        </w:rPr>
        <w:t xml:space="preserve">[35:26] </w:t>
      </w:r>
      <w:r>
        <w:t>Hazrat Aisha ke sath hadith maujood hai ke jo yeh kahe ke rasool Allah ne Allah taala ko dekha, us ne jhoot kaha, faqat khasa. aur waqea yeh hai ke Allah ki tazgeer hai.</w:t>
      </w:r>
    </w:p>
    <w:p>
      <w:pPr>
        <w:jc w:val="right"/>
      </w:pPr>
      <w:r>
        <w:t>حضرت عائشہ کے ساتھ حدیث موجود ہے کہ جو یہ کہے کہ رسول اللہ نے اللہ تعالی کو دیکھا، اس نے جھوٹ کہا، فقط خصب۔ اور واقعہ یہ ہے کہ اللہ کی تزغیر ہے۔</w:t>
      </w:r>
    </w:p>
    <w:p>
      <w:r>
        <w:rPr>
          <w:b/>
        </w:rPr>
        <w:t xml:space="preserve">[35:37] </w:t>
      </w:r>
      <w:r>
        <w:t>yeh ab kya samajhte hain Allah taala ko?</w:t>
      </w:r>
    </w:p>
    <w:p>
      <w:pPr>
        <w:jc w:val="right"/>
      </w:pPr>
      <w:r>
        <w:t>یہ اب کیا سمجھتے ہیں اللہ تعالی کو؟</w:t>
      </w:r>
    </w:p>
    <w:p>
      <w:r>
        <w:rPr>
          <w:b/>
        </w:rPr>
        <w:t xml:space="preserve">[35:43] </w:t>
      </w:r>
      <w:r>
        <w:t>apne paighambar ko badhane ke liye log Khuda ko ghata dete hain, naoozubillah. apne paighambar ko badhane ke liye logon ne Khuda ko ghata rakha hai. koi insan in aankhon se Khuda ko nahi dekh sakta.</w:t>
      </w:r>
    </w:p>
    <w:p>
      <w:pPr>
        <w:jc w:val="right"/>
      </w:pPr>
      <w:r>
        <w:t>اپنے پیغمبر کو بڑھانے کے لیے لوگ خدا کو گھٹا دیتے ہیں، نعوذ باللہ۔ اپنے پیغمبر کو بڑھانے کے لیے لوگوں نے خدا کو گھٹا رکھا ہے۔ کوئی انسان ان انکھوں سے خدا کو نہیں دیکھ سکتا۔</w:t>
      </w:r>
    </w:p>
    <w:p>
      <w:r>
        <w:rPr>
          <w:b/>
        </w:rPr>
        <w:t xml:space="preserve">[35:58] </w:t>
      </w:r>
      <w:r>
        <w:t>maut ke baad jo duniya banegi, wahan Allah taala ek naya, ek nayi hamein taqat denge, nayi aankh denge. is se hum dekh sakenge. yeh duniya wali aankhon se koi dekh nahi sakta.</w:t>
      </w:r>
    </w:p>
    <w:p>
      <w:pPr>
        <w:jc w:val="right"/>
      </w:pPr>
      <w:r>
        <w:t>موت کے بعد جو دنیا بنے گی، وہاں اللہ تعالی ایک نیا، ایک نئی ہمیں طاقت دیں گے، نئی انکھ دیں گے۔ اس سے ہم دیکھ سکیں گے۔ یہ دنیا والی انکھوں سے کوئی دیکھ نہیں سکتا۔</w:t>
      </w:r>
    </w:p>
    <w:p>
      <w:r>
        <w:rPr>
          <w:b/>
        </w:rPr>
        <w:t xml:space="preserve">[36:10] </w:t>
      </w:r>
      <w:r>
        <w:t>yeh bilkul namumkin baat hai. rasool Allah ko na Hazrat Musa ne dekha, rasool Allah ko na Hazrat Musa ne dekha, Allah ko na rasool Allah ne dekha, Allah ko.</w:t>
      </w:r>
    </w:p>
    <w:p>
      <w:pPr>
        <w:jc w:val="right"/>
      </w:pPr>
      <w:r>
        <w:t>یہ بالکل ناممکن بات ہے۔ رسول اللہ کو نہ حضرت موسی نے دیکھا، رسول اللہ کو نہ حضرت موسی نے دیکھا، اللہ کو نہ رسول اللہ نے دیکھا، اللہ کو۔</w:t>
      </w:r>
    </w:p>
    <w:p>
      <w:r>
        <w:rPr>
          <w:b/>
        </w:rPr>
        <w:t xml:space="preserve">[36:21] </w:t>
      </w:r>
      <w:r>
        <w:t>haan,</w:t>
      </w:r>
    </w:p>
    <w:p>
      <w:pPr>
        <w:jc w:val="right"/>
      </w:pPr>
      <w:r>
        <w:t>ہاں،</w:t>
      </w:r>
    </w:p>
    <w:p>
      <w:r>
        <w:rPr>
          <w:b/>
        </w:rPr>
        <w:t xml:space="preserve">[36:25] </w:t>
      </w:r>
      <w:r>
        <w:t>jaise Hazrat Musa ne kaha tha ke Khuda ya main tujhe dekhna chahta hoon to Allah ne kaha ke nahi, tum dekh nahi sakte in aankhon se mujh ko. to rasool Allah ke Meraj mein aisa har giz nahi hua ke ap ka direct baat cheet Allah se hui ya ap ne Allah taala ko bana dekha.</w:t>
      </w:r>
    </w:p>
    <w:p>
      <w:pPr>
        <w:jc w:val="right"/>
      </w:pPr>
      <w:r>
        <w:t>جیسے حضرت موسی نے کہا تھا کہ خدایا میں تجھے دیکھنا چاہتا ہوں تو اللہ نے کہا کہ نہیں، تم دیکھ نہیں سکتے ان انکھوں سے مجھ کو۔ تو رسول اللہ کے معراج میں ایسا ہرگز نہیں ہوا کہ اپ کا ڈائریکٹ بات چیت اللہ سے ہوئی یا اپ نے اللہ تعالی کو بنا دیکھا۔</w:t>
      </w:r>
    </w:p>
    <w:p>
      <w:r>
        <w:rPr>
          <w:b/>
        </w:rPr>
        <w:t xml:space="preserve">[36:42] </w:t>
      </w:r>
      <w:r>
        <w:t>yeh sab bilkul farzi baat hai. yeh musalmanon ne bana rakha hai, naat khwanon ne bana rakha hai. yeh Hazrat Hazrat Aisha se barh ke kaun ho sakta hai</w:t>
      </w:r>
    </w:p>
    <w:p>
      <w:pPr>
        <w:jc w:val="right"/>
      </w:pPr>
      <w:r>
        <w:t>یہ سب بالکل فرضی بات ہے۔ یہ مسلمانوں نے بنا رکھا ہے، نعت خوانوں نے بنا رکھا ہے۔ یہ حضرت حضرت عائشہ سے بڑھ کے کون ہو سکتا ہے</w:t>
      </w:r>
    </w:p>
    <w:p>
      <w:r>
        <w:rPr>
          <w:b/>
        </w:rPr>
        <w:t xml:space="preserve">[36:52] </w:t>
      </w:r>
      <w:r>
        <w:t>? is mein woh kehte hain ke jis ne aisa kaha ke rasool Allah ne Meraj mein dekha, Allah taala ko woh jhoot kehta hai, jhoot. faqat khasa.</w:t>
      </w:r>
    </w:p>
    <w:p>
      <w:pPr>
        <w:jc w:val="right"/>
      </w:pPr>
      <w:r>
        <w:t>؟ اس میں وہ کہتے ہیں کہ جس نے ایسا کہا کہ رسول اللہ نے معراج میں دیکھا، اللہ تعالی کو وہ جھوٹ کہتا ہے، جھوٹ۔ فقط خصب۔</w:t>
      </w:r>
    </w:p>
    <w:p>
      <w:r>
        <w:rPr>
          <w:b/>
        </w:rPr>
        <w:t xml:space="preserve">[37:02] </w:t>
      </w:r>
      <w:r>
        <w:t>to woh ek tajruba tha. bas woh tajruba ek hum nahi keh sakte ke haqeeqatan kya tha. woh tajruba, woh ek tajruba tha, ek spiritual experience tha.</w:t>
      </w:r>
    </w:p>
    <w:p>
      <w:pPr>
        <w:jc w:val="right"/>
      </w:pPr>
      <w:r>
        <w:t>تو وہ ایک تجربہ تھا۔ بس وہ تجربہ ایک ہم نہیں کہہ سکتے کہ حقیقتا کیا تھا۔ وہ تجربہ، وہ ایک تجربہ تھا، ایک اسپریچول ایکسپیرینس تھا۔</w:t>
      </w:r>
    </w:p>
    <w:p>
      <w:r>
        <w:rPr>
          <w:b/>
        </w:rPr>
        <w:t xml:space="preserve">[37:14] </w:t>
      </w:r>
      <w:r>
        <w:t>aur is mein ikhtilaf hai ke woh roohani tha ke jismani tha. to Hazrat Aisha kehti hain ke roohani tha, tajruba tha, jismani nahi tha. yani yeh body rasool Allah ka nahi gaya tha.</w:t>
      </w:r>
    </w:p>
    <w:p>
      <w:pPr>
        <w:jc w:val="right"/>
      </w:pPr>
      <w:r>
        <w:t>اور اس میں اختلاف ہے کہ وہ روحانی تھا کہ جسمانی تھا۔ تو حضرت عائشہ کہتی ہیں کہ روحانی تھا، تجربہ تھا، جسمانی نہیں تھا۔ یعنی یہ باڈی رسول اللہ کا نہیں گیا تھا۔</w:t>
      </w:r>
    </w:p>
    <w:p>
      <w:r>
        <w:rPr>
          <w:b/>
        </w:rPr>
        <w:t xml:space="preserve">[37:26] </w:t>
      </w:r>
      <w:r>
        <w:t>main isi ko manta hoon ke jo Hazrat Aisha kehti hain ke woh ek roohani tajruba tha, yani spiritual experience tha. rasool Allah ki baat direct Allah taala se nahi hui, na rasool Allah ne Allah taala ko direct dekha.</w:t>
      </w:r>
    </w:p>
    <w:p>
      <w:pPr>
        <w:jc w:val="right"/>
      </w:pPr>
      <w:r>
        <w:t>میں اسی کو مانتا ہوں کہ جو حضرت عائشہ کہتی ہیں کہ وہ ایک روحانی تجربہ تھا، یعنی اسپریچول ایکسپیرینس تھا۔ رسول اللہ کی بات ڈائریکٹ اللہ تعالی سے نہیں ہوئی، نہ رسول اللہ نے اللہ تعالی کو ڈائریکٹ دیکھا۔</w:t>
      </w:r>
    </w:p>
    <w:p>
      <w:r>
        <w:rPr>
          <w:b/>
        </w:rPr>
        <w:t xml:space="preserve">[37:39] </w:t>
      </w:r>
      <w:r>
        <w:t>Allah ki azmat ki kitni underestimate karna hai?</w:t>
      </w:r>
    </w:p>
    <w:p>
      <w:pPr>
        <w:jc w:val="right"/>
      </w:pPr>
      <w:r>
        <w:t>اللہ کی عظمت کی کتنی انڈر ایسٹیمیٹ کرنا ہے؟</w:t>
      </w:r>
    </w:p>
    <w:p>
      <w:r>
        <w:rPr>
          <w:b/>
        </w:rPr>
        <w:t xml:space="preserve">[37:46] </w:t>
      </w:r>
      <w:r>
        <w:t>yeh Allah ki azmat ko underestimate karna hai. ap sirf ek bar kisi chale jayen, kisi planetarium mein aur dekhen kainat ko, ya kisi telescope se dekhen aasman ko to ap bilkul kanpne lagenge.</w:t>
      </w:r>
    </w:p>
    <w:p>
      <w:pPr>
        <w:jc w:val="right"/>
      </w:pPr>
      <w:r>
        <w:t>یہ اللہ کی عظمت کو انڈر ایسٹیمیٹ کرنا ہے۔ اپ صرف ایک بار کسی چلے جائیں، کسی پلینیٹیریم میں اور دیکھیں کائنات کو، یا کسی ٹیلیسکوپ سے دیکھیں اسمان کو تو اپ بالکل کانپنے لگیں گے۔</w:t>
      </w:r>
    </w:p>
    <w:p>
      <w:r>
        <w:rPr>
          <w:b/>
        </w:rPr>
        <w:t xml:space="preserve">[38:03] </w:t>
      </w:r>
      <w:r>
        <w:t>kitni bari kainat hai!</w:t>
      </w:r>
    </w:p>
    <w:p>
      <w:pPr>
        <w:jc w:val="right"/>
      </w:pPr>
      <w:r>
        <w:t>کتنی بڑی کائنات ہے!</w:t>
      </w:r>
    </w:p>
    <w:p>
      <w:r>
        <w:rPr>
          <w:b/>
        </w:rPr>
        <w:t xml:space="preserve">[38:07] </w:t>
      </w:r>
      <w:r>
        <w:t>main ne Washington ka planetarium dekha jo bohat hi bara hai. Delhi mein bhi planetarium hai, is mein dikhate hain universe ko. ap durbin se dekh sakte hain, telescope se.</w:t>
      </w:r>
    </w:p>
    <w:p>
      <w:pPr>
        <w:jc w:val="right"/>
      </w:pPr>
      <w:r>
        <w:t>میں نے واشنگٹن کا پلینیٹیریم دیکھا جو بہت ہی بڑا ہے۔ دلی میں بھی پلینیٹیریم ہے، اس میں دکھاتے ہیں یونیورس کو۔ اپ دوربین سے دیکھ سکتے ہیں، ٹیلیسکوپ سے۔</w:t>
      </w:r>
    </w:p>
    <w:p>
      <w:r>
        <w:rPr>
          <w:b/>
        </w:rPr>
        <w:t xml:space="preserve">[38:19] </w:t>
      </w:r>
      <w:r>
        <w:t>itni bari azmat samne aati hai ke aadmi thara uthta hai. to yeh bilkul namumkin hai ke is insan, yeh jo insan duniya mein hai, yeh Allah taala ko dekh sake.</w:t>
      </w:r>
    </w:p>
    <w:p>
      <w:pPr>
        <w:jc w:val="right"/>
      </w:pPr>
      <w:r>
        <w:t>اتنی بڑی عظمت سامنے آتی ہے کہ ادمی تھرا اٹھتا ہے۔ تو یہ بالکل ناممکن ہے کہ اس انسان، یہ جو انسان دنیا میں ہے، یہ اللہ تعالی کو دیکھ سکے۔</w:t>
      </w:r>
    </w:p>
    <w:p>
      <w:r>
        <w:rPr>
          <w:b/>
        </w:rPr>
        <w:t xml:space="preserve">[38:34] </w:t>
      </w:r>
      <w:r>
        <w:t>haan, akhirat mein hamara ek naya body hoga, nayi personality hogi, nayi aankh hogi, wahan hum inshallah dekh sakenge.</w:t>
      </w:r>
    </w:p>
    <w:p>
      <w:pPr>
        <w:jc w:val="right"/>
      </w:pPr>
      <w:r>
        <w:t>ہاں، اخرت میں ہمارا ایک نیا باڈی ہوگا، نئی پرسنیلٹی ہوگی، نئی انکھ ہوگی، وہاں ہم انشاءاللہ دیکھ سکیں گے۔</w:t>
      </w:r>
    </w:p>
    <w:p>
      <w:r>
        <w:rPr>
          <w:b/>
        </w:rPr>
        <w:t xml:space="preserve">[38:46] </w:t>
      </w:r>
      <w:r>
        <w:t>okay, there is a comment and a question from doctor Muhammad Qutbuddin from New Delhi. I will first read his comment. Sir, I have read your travel to Qatar in Al-Risalah in one setting.</w:t>
      </w:r>
    </w:p>
    <w:p>
      <w:pPr>
        <w:jc w:val="right"/>
      </w:pPr>
      <w:r>
        <w:t>اوکے، دیر از ا کمنٹ اینڈ ا کوئسچن فرام ڈاکٹر محمد قطب الدین فرام نیو دہلی۔ ائی ویل فرسٹ ریڈ ہز کمنٹ۔ سر، ائی ہیو ریڈ یور ٹریول ٹو قطر ان الرسالہ ان ون سیٹنگ۔</w:t>
      </w:r>
    </w:p>
    <w:p>
      <w:r>
        <w:rPr>
          <w:b/>
        </w:rPr>
        <w:t xml:space="preserve">[39:01] </w:t>
      </w:r>
      <w:r>
        <w:t>it is full of lessons. Everyone should read it. Your literature should reach everyone in the Arab world.</w:t>
      </w:r>
    </w:p>
    <w:p>
      <w:pPr>
        <w:jc w:val="right"/>
      </w:pPr>
      <w:r>
        <w:t>اٹ از فل اف لیسنز۔ ایوری ون شوڈ ریڈ اٹ۔ یور لٹریچر شوڈ ریچ ایوری ون ان دی عرب ورلڈ۔</w:t>
      </w:r>
    </w:p>
    <w:p>
      <w:r>
        <w:rPr>
          <w:b/>
        </w:rPr>
        <w:t xml:space="preserve">[39:12] </w:t>
      </w:r>
      <w:r>
        <w:t>I will ask his question now. Sir, in Surah Al-Ma'idah, Moses asked his followers to enter the holy land.</w:t>
      </w:r>
    </w:p>
    <w:p>
      <w:pPr>
        <w:jc w:val="right"/>
      </w:pPr>
      <w:r>
        <w:t>ائی ویل اسک ہز کوئسچن ناو۔ سر، ان سورہ المہدہ، موزیز اسکڈ ہز فالوورز ٹو انٹر دا ہولی لینڈ۔</w:t>
      </w:r>
    </w:p>
    <w:p>
      <w:r>
        <w:rPr>
          <w:b/>
        </w:rPr>
        <w:t xml:space="preserve">[39:23] </w:t>
      </w:r>
      <w:r>
        <w:t>my question is, which holy land is being talked about here?</w:t>
      </w:r>
    </w:p>
    <w:p>
      <w:pPr>
        <w:jc w:val="right"/>
      </w:pPr>
      <w:r>
        <w:t>مائی کوئسچن از، وچ ہولی لینڈ از بینگ ٹاکڈ اباؤٹ ہیر؟</w:t>
      </w:r>
    </w:p>
    <w:p>
      <w:r>
        <w:rPr>
          <w:b/>
        </w:rPr>
        <w:t xml:space="preserve">[39:31] </w:t>
      </w:r>
      <w:r>
        <w:t>haan, dekhen, yeh bohat zyada musalmanon ko sochna chahiye is baat par</w:t>
      </w:r>
    </w:p>
    <w:p>
      <w:pPr>
        <w:jc w:val="right"/>
      </w:pPr>
      <w:r>
        <w:t>ہاں، دیکھیں، یہ بہت زیادہ مسلمانوں کو سوچنا چاہیے اس بات پر</w:t>
      </w:r>
    </w:p>
    <w:p>
      <w:r>
        <w:rPr>
          <w:b/>
        </w:rPr>
        <w:t xml:space="preserve">[39:40] </w:t>
      </w:r>
      <w:r>
        <w:t>ke Hazrat Musa ne kaha tha ke adkhalu al-ard al-muqaddasah allati katab Allahu lakum. Dakhal ho jao is ard-e-muqaddas mein jo Allah ne likh diya hai tum ko.</w:t>
      </w:r>
    </w:p>
    <w:p>
      <w:pPr>
        <w:jc w:val="right"/>
      </w:pPr>
      <w:r>
        <w:t>کہ حضرت موسی نے کہا تھا کہ ادخلو الارض المقدسہ التي کتب اللہ لکم۔ داخل ہو جاؤ اس ارض مقدس میں جو اللہ نے لکھ دیا ہے تم کو۔</w:t>
      </w:r>
    </w:p>
    <w:p>
      <w:r>
        <w:rPr>
          <w:b/>
        </w:rPr>
        <w:t xml:space="preserve">[39:51] </w:t>
      </w:r>
      <w:r>
        <w:t>katab Allahu lakum. Yeh theek wohi lafz hai jo Bible mein hai. Dekhen, Bible mein promise ka lafz hai, pro</w:t>
      </w:r>
    </w:p>
    <w:p>
      <w:pPr>
        <w:jc w:val="right"/>
      </w:pPr>
      <w:r>
        <w:t>کتب اللہ لکم۔ یہ ٹھیک وہی لفظ ہے جو بائبل میں ہے۔ دیکھیں، بائبل میں پرومس کا لفظ ہے، پرو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