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Living with Angels April 11, 2010</w:t>
      </w:r>
    </w:p>
    <w:p>
      <w:r>
        <w:t>https://youtu.be/u-SHIRgBE6M</w:t>
      </w:r>
    </w:p>
    <w:p>
      <w:r>
        <w:rPr>
          <w:b/>
        </w:rPr>
        <w:t xml:space="preserve">[00:13] </w:t>
      </w:r>
      <w:r>
        <w:t>Bismillah Rehman ur Rahim, waSalli Allahu ala Nabi al-Kareem.</w:t>
      </w:r>
    </w:p>
    <w:p>
      <w:pPr>
        <w:jc w:val="right"/>
      </w:pPr>
      <w:r>
        <w:t>بسم اللہ الرحمن الرحیم، وصلی اللہ علی النبی الکریم۔</w:t>
      </w:r>
    </w:p>
    <w:p>
      <w:r>
        <w:rPr>
          <w:b/>
        </w:rPr>
        <w:t xml:space="preserve">[00:22] </w:t>
      </w:r>
      <w:r>
        <w:t>Rab ishrah li sadri, wa yassir li amri, wahlul uqdatan min lisani, yafqahu qawli.</w:t>
      </w:r>
    </w:p>
    <w:p>
      <w:pPr>
        <w:jc w:val="right"/>
      </w:pPr>
      <w:r>
        <w:t>رب اشرح لی صدری، ویسر لی امری، واحل العقدۃ من لسانی، یفقہ قولی۔</w:t>
      </w:r>
    </w:p>
    <w:p>
      <w:r>
        <w:rPr>
          <w:b/>
        </w:rPr>
        <w:t xml:space="preserve">[00:36] </w:t>
      </w:r>
      <w:r>
        <w:t>Aaj ka topic hai "Living with Angels".</w:t>
      </w:r>
    </w:p>
    <w:p>
      <w:pPr>
        <w:jc w:val="right"/>
      </w:pPr>
      <w:r>
        <w:t>آج کا ٹاپک ہے "Living with Angels"۔</w:t>
      </w:r>
    </w:p>
    <w:p>
      <w:r>
        <w:rPr>
          <w:b/>
        </w:rPr>
        <w:t xml:space="preserve">[00:46] </w:t>
      </w:r>
      <w:r>
        <w:t>Farishton ki, farishton ke saath rehna.</w:t>
      </w:r>
    </w:p>
    <w:p>
      <w:pPr>
        <w:jc w:val="right"/>
      </w:pPr>
      <w:r>
        <w:t>فرشتوں کی، فرشتوں کے ساتھ رہنا۔</w:t>
      </w:r>
    </w:p>
    <w:p>
      <w:r>
        <w:rPr>
          <w:b/>
        </w:rPr>
        <w:t xml:space="preserve">[00:54] </w:t>
      </w:r>
      <w:r>
        <w:t>Yeh baat bohat zyada sochne ki hai. Dekhein, is duniya mein har waqt aadmi do unseen taqaton ke beech mein hota hai:</w:t>
      </w:r>
    </w:p>
    <w:p>
      <w:pPr>
        <w:jc w:val="right"/>
      </w:pPr>
      <w:r>
        <w:t>یہ بات بہت زیادہ سوچنے کی ہے۔ دیکھیں، اس دنیا میں ہر وقت آدمی دو ان سین طاقتوں کے بیچ میں ہوتا ہے:</w:t>
      </w:r>
    </w:p>
    <w:p>
      <w:r>
        <w:rPr>
          <w:b/>
        </w:rPr>
        <w:t xml:space="preserve">[01:10] </w:t>
      </w:r>
      <w:r>
        <w:t>Shaitan aur farishta. Satan and angels. Har waqt, 24 ghanta.</w:t>
      </w:r>
    </w:p>
    <w:p>
      <w:pPr>
        <w:jc w:val="right"/>
      </w:pPr>
      <w:r>
        <w:t>شیطان اور فرشتہ۔ Satan and angels. ہر وقت، 24 گھنٹہ۔</w:t>
      </w:r>
    </w:p>
    <w:p>
      <w:r>
        <w:rPr>
          <w:b/>
        </w:rPr>
        <w:t xml:space="preserve">[01:17] </w:t>
      </w:r>
      <w:r>
        <w:t>Koi aadmi bhi is se khaali nahi hai.</w:t>
      </w:r>
    </w:p>
    <w:p>
      <w:pPr>
        <w:jc w:val="right"/>
      </w:pPr>
      <w:r>
        <w:t>کوئی آدمی بھی اس سے خالی نہیں ہے۔</w:t>
      </w:r>
    </w:p>
    <w:p>
      <w:r>
        <w:rPr>
          <w:b/>
        </w:rPr>
        <w:t xml:space="preserve">[01:23] </w:t>
      </w:r>
      <w:r>
        <w:t>Aur aap ki kamyabi ka raaz yeh hai ke aap Shaitan ke influence mein na aain, aur aap angel ke influence mein zindagi guzarein.</w:t>
      </w:r>
    </w:p>
    <w:p>
      <w:pPr>
        <w:jc w:val="right"/>
      </w:pPr>
      <w:r>
        <w:t>اور آپ کی کامیابی کا راز یہ ہے کہ آپ شیطان کے انفلوئنس میں نہ آئیں، اور آپ اینجل کے انفلوئنس میں زندگی گزاریں۔</w:t>
      </w:r>
    </w:p>
    <w:p>
      <w:r>
        <w:rPr>
          <w:b/>
        </w:rPr>
        <w:t xml:space="preserve">[01:34] </w:t>
      </w:r>
      <w:r>
        <w:t>Isi ka naam kamyabi hai.</w:t>
      </w:r>
    </w:p>
    <w:p>
      <w:pPr>
        <w:jc w:val="right"/>
      </w:pPr>
      <w:r>
        <w:t>اسی کا نام کامیابی ہے۔</w:t>
      </w:r>
    </w:p>
    <w:p>
      <w:r>
        <w:rPr>
          <w:b/>
        </w:rPr>
        <w:t xml:space="preserve">[01:38] </w:t>
      </w:r>
      <w:r>
        <w:t>Dekhein, Allah taala ne insaan ko jo banaya hai, to is ke andar do taqatein rakhi hain.</w:t>
      </w:r>
    </w:p>
    <w:p>
      <w:pPr>
        <w:jc w:val="right"/>
      </w:pPr>
      <w:r>
        <w:t>دیکھیں، اللہ تعالیٰ نے انسان کو جو بنایا ہے، تو اس کے اندر دو طاقتیں رکھی ہیں۔</w:t>
      </w:r>
    </w:p>
    <w:p>
      <w:r>
        <w:rPr>
          <w:b/>
        </w:rPr>
        <w:t xml:space="preserve">[01:45] </w:t>
      </w:r>
      <w:r>
        <w:t>Aik ko Quran mein kaha gaya hai "Nafs-e-Lawwamah". Aik ko kaha gaya hai "Nafs-e-Ammarah". Nafs-e-Lawwamah ka matlab hai conscience.</w:t>
      </w:r>
    </w:p>
    <w:p>
      <w:pPr>
        <w:jc w:val="right"/>
      </w:pPr>
      <w:r>
        <w:t>ایک کو قرآن میں کہا گیا ہے "نفس لوامہ"۔ ایک کو کہا گیا ہے "نفس عمارہ"۔ نفس لوامہ کا مطلب ہے conscience۔</w:t>
      </w:r>
    </w:p>
    <w:p>
      <w:r>
        <w:rPr>
          <w:b/>
        </w:rPr>
        <w:t xml:space="preserve">[01:58] </w:t>
      </w:r>
      <w:r>
        <w:t>Nafs-e-Ammarah ka matlab hai ego.</w:t>
      </w:r>
    </w:p>
    <w:p>
      <w:pPr>
        <w:jc w:val="right"/>
      </w:pPr>
      <w:r>
        <w:t>نفس عمارہ کا مطلب ہے ego۔</w:t>
      </w:r>
    </w:p>
    <w:p>
      <w:r>
        <w:rPr>
          <w:b/>
        </w:rPr>
        <w:t xml:space="preserve">[02:02] </w:t>
      </w:r>
      <w:r>
        <w:t>To dekhein, Nafs-e-Lawwamah ya conscience, yeh entry point hai angels ka, farishte ka.</w:t>
      </w:r>
    </w:p>
    <w:p>
      <w:pPr>
        <w:jc w:val="right"/>
      </w:pPr>
      <w:r>
        <w:t>تو دیکھیں، نفس لوامہ یا conscience، یہ entry point ہے اینجلس کا، فرشتے کا۔</w:t>
      </w:r>
    </w:p>
    <w:p>
      <w:r>
        <w:rPr>
          <w:b/>
        </w:rPr>
        <w:t xml:space="preserve">[02:16] </w:t>
      </w:r>
      <w:r>
        <w:t>Aur ego ya Nafs-e-Ammarah, yeh entry point hai Shaitan ka.</w:t>
      </w:r>
    </w:p>
    <w:p>
      <w:pPr>
        <w:jc w:val="right"/>
      </w:pPr>
      <w:r>
        <w:t>اور ego یا نفس عمارہ، یہ entry point ہے شیطان کا۔</w:t>
      </w:r>
    </w:p>
    <w:p>
      <w:r>
        <w:rPr>
          <w:b/>
        </w:rPr>
        <w:t xml:space="preserve">[02:27] </w:t>
      </w:r>
      <w:r>
        <w:t>Har waqt do khirkiyan aadmi ke andar khuli hui hain.</w:t>
      </w:r>
    </w:p>
    <w:p>
      <w:pPr>
        <w:jc w:val="right"/>
      </w:pPr>
      <w:r>
        <w:t>ہر وقت دو کھڑکیاں آدمی کے اندر کھلی ہوئی ہیں۔</w:t>
      </w:r>
    </w:p>
    <w:p>
      <w:r>
        <w:rPr>
          <w:b/>
        </w:rPr>
        <w:t xml:space="preserve">[02:32] </w:t>
      </w:r>
      <w:r>
        <w:t>Woh khuli rahengi, lekin test hai woh. Kisi ka is mein koi exception nahi. Sab ke liye khuli rahti hain. Aap subah shaam tahajjud parhein, raat din roza rakhein, to is se farq nahi parta.</w:t>
      </w:r>
    </w:p>
    <w:p>
      <w:pPr>
        <w:jc w:val="right"/>
      </w:pPr>
      <w:r>
        <w:t>وہ کھلی رہیں گی، لیکن test ہے وہ۔ کسی کا اس میں کوئی exception نہیں۔ سب کے لیے کھلی رہتی ہے۔ آپ صبح شام تہجد پڑھیں، رات دن روزہ رکھیں، تو اس سے فرق نہیں پڑتا۔</w:t>
      </w:r>
    </w:p>
    <w:p>
      <w:r>
        <w:rPr>
          <w:b/>
        </w:rPr>
        <w:t xml:space="preserve">[02:49] </w:t>
      </w:r>
      <w:r>
        <w:t>Raat din Quran ko parhein, tab bhi is se farq nahi parta. Yeh dono entry point baharhal rahengi. Woh band nahi honge kabhi bhi.</w:t>
      </w:r>
    </w:p>
    <w:p>
      <w:pPr>
        <w:jc w:val="right"/>
      </w:pPr>
      <w:r>
        <w:t>رات دن قرآن کو پڑھیں، تب بھی اس سے فرق نہیں پڑتا۔ یہ دونوں entry point بہرحال رہیں گے۔ وہ بند نہیں ہوں گے کبھی بھی۔</w:t>
      </w:r>
    </w:p>
    <w:p>
      <w:r>
        <w:rPr>
          <w:b/>
        </w:rPr>
        <w:t xml:space="preserve">[02:58] </w:t>
      </w:r>
      <w:r>
        <w:t>Aur har waqt aap ko chaukanna rehna hai.</w:t>
      </w:r>
    </w:p>
    <w:p>
      <w:pPr>
        <w:jc w:val="right"/>
      </w:pPr>
      <w:r>
        <w:t>اور ہر وقت آپ کو چوکنا رہنا ہے۔</w:t>
      </w:r>
    </w:p>
    <w:p>
      <w:r>
        <w:rPr>
          <w:b/>
        </w:rPr>
        <w:t xml:space="preserve">[03:02] </w:t>
      </w:r>
      <w:r>
        <w:t>Har waqt chaukanna rehna hai. Har waqt Shaitan is intezar mein hai ke kab mauqa mile, aur jo entry point aap ke andar hai, Shaitan ke liye, is mein ghus jaye woh.</w:t>
      </w:r>
    </w:p>
    <w:p>
      <w:pPr>
        <w:jc w:val="right"/>
      </w:pPr>
      <w:r>
        <w:t>ہر وقت چوکنا رہنا ہے۔ ہر وقت شیطان اس انتظار میں ہے کہ کب موقع ملے، اور جو entry point آپ کے اندر ہے، شیطان کے لیے، اس میں گھس جائے وہ۔</w:t>
      </w:r>
    </w:p>
    <w:p>
      <w:r>
        <w:rPr>
          <w:b/>
        </w:rPr>
        <w:t xml:space="preserve">[03:13] </w:t>
      </w:r>
      <w:r>
        <w:t>Aap ko behkaye. To yeh to ab angels hain. Lekin aap, is mamle mein aap kam 50% hain.</w:t>
      </w:r>
    </w:p>
    <w:p>
      <w:pPr>
        <w:jc w:val="right"/>
      </w:pPr>
      <w:r>
        <w:t>آپ کو بہکائے۔ تو یہ تو اب اینجلس ہیں۔ لیکن آپ، اس معاملے میں آپ کم 50% ہیں۔</w:t>
      </w:r>
    </w:p>
    <w:p>
      <w:r>
        <w:rPr>
          <w:b/>
        </w:rPr>
        <w:t xml:space="preserve">[03:22] </w:t>
      </w:r>
      <w:r>
        <w:t>Angels kam 50% hain. Angels aap ko zabardasti kuch nahi karenge. Aap mauqa denge, tab woh karenge.</w:t>
      </w:r>
    </w:p>
    <w:p>
      <w:pPr>
        <w:jc w:val="right"/>
      </w:pPr>
      <w:r>
        <w:t>اینجلس کم 50% ہیں۔ اینجلس آپ کو زبردستی کچھ نہیں کریں گے۔ آپ موقع دیں گے، تب وہ کریں گے۔</w:t>
      </w:r>
    </w:p>
    <w:p>
      <w:r>
        <w:rPr>
          <w:b/>
        </w:rPr>
        <w:t xml:space="preserve">[03:33] </w:t>
      </w:r>
      <w:r>
        <w:t>Jisko kehte hain counseling. To do counseling ke beech mein insaan hai. Do mushiron ke beech mein. Aik mushir Shaitan ka, aik mushir farishte ka.</w:t>
      </w:r>
    </w:p>
    <w:p>
      <w:pPr>
        <w:jc w:val="right"/>
      </w:pPr>
      <w:r>
        <w:t>جس کو کہتے ہیں counseling۔ تو دو counseling کے بیچ میں انسان ہے۔ دو مشیروں کے بیچ میں۔ ایک مشیر شیطان کا، ایک مشیر فرشتے کا۔</w:t>
      </w:r>
    </w:p>
    <w:p>
      <w:r>
        <w:rPr>
          <w:b/>
        </w:rPr>
        <w:t xml:space="preserve">[03:45] </w:t>
      </w:r>
      <w:r>
        <w:t>24 ghante.</w:t>
      </w:r>
    </w:p>
    <w:p>
      <w:pPr>
        <w:jc w:val="right"/>
      </w:pPr>
      <w:r>
        <w:t>24 گھنٹے۔</w:t>
      </w:r>
    </w:p>
    <w:p>
      <w:r>
        <w:rPr>
          <w:b/>
        </w:rPr>
        <w:t xml:space="preserve">[03:50] </w:t>
      </w:r>
      <w:r>
        <w:t>yeh bohat hi zyada sakht baat hai, jo hum ko sochte rehna chahiye. koi is mein mehfooz nahi hai.</w:t>
      </w:r>
    </w:p>
    <w:p>
      <w:pPr>
        <w:jc w:val="right"/>
      </w:pPr>
      <w:r>
        <w:t>یہ بہت ہی زیادہ سخت بات ہے، جو ہم کو سوچتے رہنا چاہیے۔ کوئی اس میں محفوظ نہیں ہے۔</w:t>
      </w:r>
    </w:p>
    <w:p>
      <w:r>
        <w:rPr>
          <w:b/>
        </w:rPr>
        <w:t xml:space="preserve">[04:01] </w:t>
      </w:r>
      <w:r>
        <w:t>koi bhi doosra amal jo aap karein, is se aap bach nahi jayenge is se. mein aap ko rasool Allah sal Allah alaihi wasallam ki seerat se wazeh karunga is maamle ko.</w:t>
      </w:r>
    </w:p>
    <w:p>
      <w:pPr>
        <w:jc w:val="right"/>
      </w:pPr>
      <w:r>
        <w:t>کوئی بھی دوسرا عمل جو آپ کریں، اس سے آپ بچ نہیں جائیں گے اس سے۔ میں آپ کو رسول اللہ صلی اللہ علیہ وسلم کی سیرت سے واضح کروں گا اس معاملے کو۔</w:t>
      </w:r>
    </w:p>
    <w:p>
      <w:r>
        <w:rPr>
          <w:b/>
        </w:rPr>
        <w:t xml:space="preserve">[04:16] </w:t>
      </w:r>
      <w:r>
        <w:t>dekhein, rasool Allah sal Allah alaihi wasallam 570 eesvi mein paida hue makkah mein, aur 610 eesvi mein aap ko peghambar banaya gaya.</w:t>
      </w:r>
    </w:p>
    <w:p>
      <w:pPr>
        <w:jc w:val="right"/>
      </w:pPr>
      <w:r>
        <w:t>دیکھیں، رسول اللہ صلی اللہ علیہ وسلم 570 عیسوی میں پیدا ہوئے مکہ میں، اور 610 عیسوی میں آپ کو پیغمبر بنایا گیا۔</w:t>
      </w:r>
    </w:p>
    <w:p>
      <w:r>
        <w:rPr>
          <w:b/>
        </w:rPr>
        <w:t xml:space="preserve">[04:35] </w:t>
      </w:r>
      <w:r>
        <w:t>to ab se chaar hazar saal pehle, abu al anbiya jin ko kaha jata hai Hazrat Ibrahim alaihi assalam, unhone makkah mein kaba banaya tha, baitullah.</w:t>
      </w:r>
    </w:p>
    <w:p>
      <w:pPr>
        <w:jc w:val="right"/>
      </w:pPr>
      <w:r>
        <w:t>تو اب سے چار ہزار سال پہلے، ابو الانبیاء جن کو کہا جاتا ہے حضرت ابراہیم علیہ السلام، انہوں نے مکہ میں کعبہ بنایا تھا، بیت اللہ۔</w:t>
      </w:r>
    </w:p>
    <w:p>
      <w:r>
        <w:rPr>
          <w:b/>
        </w:rPr>
        <w:t xml:space="preserve">[04:47] </w:t>
      </w:r>
      <w:r>
        <w:t>yani tauheed ka ghar. House of Tawhid. sirf ek Allah ki ibadat ke liye.</w:t>
      </w:r>
    </w:p>
    <w:p>
      <w:pPr>
        <w:jc w:val="right"/>
      </w:pPr>
      <w:r>
        <w:t>یعنی توحید کا گھر۔ House of Tawhid. صرف ایک اللہ کی عبادت کے لیے۔</w:t>
      </w:r>
    </w:p>
    <w:p>
      <w:r>
        <w:rPr>
          <w:b/>
        </w:rPr>
        <w:t xml:space="preserve">[04:59] </w:t>
      </w:r>
      <w:r>
        <w:t>to shuru mein aise hi raha. baad ko jab degeneration hua, logon mein bigaad aaya, to kya hua ke aas paas ki qomon ke asar se unhone kaba mein but rakhne shuru kar diye.</w:t>
      </w:r>
    </w:p>
    <w:p>
      <w:pPr>
        <w:jc w:val="right"/>
      </w:pPr>
      <w:r>
        <w:t>تو شروع میں ایسے ہی رہا۔ بعد کو جب ڈی جنریشن ہوا، لوگوں میں بگاڑ آیا، تو کیا ہوا کہ آس پاس کی قوموں کے اثر سے انہوں نے کعبہ میں بت رکھنے شروع کر دیے۔</w:t>
      </w:r>
    </w:p>
    <w:p>
      <w:r>
        <w:rPr>
          <w:b/>
        </w:rPr>
        <w:t xml:space="preserve">[05:18] </w:t>
      </w:r>
      <w:r>
        <w:t>yahan tak ke 360 but kaba mein rakh diye gaye.</w:t>
      </w:r>
    </w:p>
    <w:p>
      <w:pPr>
        <w:jc w:val="right"/>
      </w:pPr>
      <w:r>
        <w:t>یہاں تک کہ 360 بت کعبہ میں رکھ دیے گئے۔</w:t>
      </w:r>
    </w:p>
    <w:p>
      <w:r>
        <w:rPr>
          <w:b/>
        </w:rPr>
        <w:t xml:space="preserve">[05:24] </w:t>
      </w:r>
      <w:r>
        <w:t>ab ghor kijiye ke is mahaul mein rasool Allah sal Allah alaihi wasallam wahan par aate hain, ke woh kaba jo banaya gaya tha House of Tawhid ke taur par, woh bana hua hai kya?</w:t>
      </w:r>
    </w:p>
    <w:p>
      <w:pPr>
        <w:jc w:val="right"/>
      </w:pPr>
      <w:r>
        <w:t>اب غور کیجیے کہ اس ماحول میں رسول اللہ صلی اللہ علیہ وسلم وہاں پر آتے ہیں، کہ وہ کعبہ جو بنایا گیا تھا House of Tawhid کے طور پر، وہ بنا ہوا ہے کیا؟</w:t>
      </w:r>
    </w:p>
    <w:p>
      <w:r>
        <w:rPr>
          <w:b/>
        </w:rPr>
        <w:t xml:space="preserve">[05:36] </w:t>
      </w:r>
      <w:r>
        <w:t>darul Islam. yani darut tauheed, darul Islam bana hua tha. zahir hai ke is ko dekh kar bhadak lana chahiye tha. jaisa ke musalman bhadak gaye.</w:t>
      </w:r>
    </w:p>
    <w:p>
      <w:pPr>
        <w:jc w:val="right"/>
      </w:pPr>
      <w:r>
        <w:t>دارالاسلام۔ یعنی دارالتوحید، دارالاسلام بنا ہوا تھا۔ ظاہر ہے کہ اس کو دیکھ کر بھڑک لانا چاہیے تھا۔ جیسا کہ مسلمان بھڑک گئے۔</w:t>
      </w:r>
    </w:p>
    <w:p>
      <w:r>
        <w:rPr>
          <w:b/>
        </w:rPr>
        <w:t xml:space="preserve">[05:47] </w:t>
      </w:r>
      <w:r>
        <w:t>babri masjid mein teen but rakha gaya tha 1949 mein.</w:t>
      </w:r>
    </w:p>
    <w:p>
      <w:pPr>
        <w:jc w:val="right"/>
      </w:pPr>
      <w:r>
        <w:t>بابری مسجد میں تین بت رکھا گیا تھا 1949 میں۔</w:t>
      </w:r>
    </w:p>
    <w:p>
      <w:r>
        <w:rPr>
          <w:b/>
        </w:rPr>
        <w:t xml:space="preserve">[05:53] </w:t>
      </w:r>
      <w:r>
        <w:t>ab musalman saare duniya mein bhadak gaye. wahan 360 but the. lekin rasool Allah bhadke nahi.</w:t>
      </w:r>
    </w:p>
    <w:p>
      <w:pPr>
        <w:jc w:val="right"/>
      </w:pPr>
      <w:r>
        <w:t>اب مسلمان سارے دنیا میں بھڑک گئے۔ وہاں 360 بت تھے۔ لیکن رسول اللہ بھڑکے نہیں۔</w:t>
      </w:r>
    </w:p>
    <w:p>
      <w:r>
        <w:rPr>
          <w:b/>
        </w:rPr>
        <w:t xml:space="preserve">[06:03] </w:t>
      </w:r>
      <w:r>
        <w:t>logon mein mushtael nahi hue.</w:t>
      </w:r>
    </w:p>
    <w:p>
      <w:pPr>
        <w:jc w:val="right"/>
      </w:pPr>
      <w:r>
        <w:t>لوگوں میں مشتعل نہیں ہوئے۔</w:t>
      </w:r>
    </w:p>
    <w:p>
      <w:r>
        <w:rPr>
          <w:b/>
        </w:rPr>
        <w:t xml:space="preserve">[06:08] </w:t>
      </w:r>
      <w:r>
        <w:t>balke aap ne socha, soch kar ke faisla kiya ke mujhe kya karna chahiye.</w:t>
      </w:r>
    </w:p>
    <w:p>
      <w:pPr>
        <w:jc w:val="right"/>
      </w:pPr>
      <w:r>
        <w:t>بلکہ آپ نے سوچا، سوچ کر کے فیصلہ کیا کہ مجھے کیا کرنا چاہیے۔</w:t>
      </w:r>
    </w:p>
    <w:p>
      <w:r>
        <w:rPr>
          <w:b/>
        </w:rPr>
        <w:t xml:space="preserve">[06:16] </w:t>
      </w:r>
      <w:r>
        <w:t>His response was a well-considered response.</w:t>
      </w:r>
    </w:p>
    <w:p>
      <w:pPr>
        <w:jc w:val="right"/>
      </w:pPr>
      <w:r>
        <w:t>His response was a well-considered response.</w:t>
      </w:r>
    </w:p>
    <w:p>
      <w:r>
        <w:rPr>
          <w:b/>
        </w:rPr>
        <w:t xml:space="preserve">[06:23] </w:t>
      </w:r>
      <w:r>
        <w:t>Well-considered response. to aap ne kya kiya? Allah taala ne hidayat farmayi, us ki roshni mein aap ne kiya.</w:t>
      </w:r>
    </w:p>
    <w:p>
      <w:pPr>
        <w:jc w:val="right"/>
      </w:pPr>
      <w:r>
        <w:t>Well-considered response. تو آپ نے کیا کیا؟ اللہ تعالیٰ نے ہدایت فرمائی، اس کی روشنی میں آپ نے کیا۔</w:t>
      </w:r>
    </w:p>
    <w:p>
      <w:r>
        <w:rPr>
          <w:b/>
        </w:rPr>
        <w:t xml:space="preserve">[06:32] </w:t>
      </w:r>
      <w:r>
        <w:t>quran mein dekhein, shuru mein ayatein utri thi. وَأَصِيَابَكَ فَطَهِّرْ yani logon ke mind ko, logon ke mind ko theek karo.</w:t>
      </w:r>
    </w:p>
    <w:p>
      <w:pPr>
        <w:jc w:val="right"/>
      </w:pPr>
      <w:r>
        <w:t>قرآن میں دیکھیں، شروع میں آیتیں اتری تھیں۔ وَأَصِيَابَكَ فَطَهِّرْ یعنی لوگوں کے mind کو، لوگوں کے mind کو ٹھیک کرو۔</w:t>
      </w:r>
    </w:p>
    <w:p>
      <w:r>
        <w:rPr>
          <w:b/>
        </w:rPr>
        <w:t xml:space="preserve">[06:46] </w:t>
      </w:r>
      <w:r>
        <w:t>soch ko badlo.</w:t>
      </w:r>
    </w:p>
    <w:p>
      <w:pPr>
        <w:jc w:val="right"/>
      </w:pPr>
      <w:r>
        <w:t>سوچ کو بدلو۔</w:t>
      </w:r>
    </w:p>
    <w:p>
      <w:r>
        <w:rPr>
          <w:b/>
        </w:rPr>
        <w:t xml:space="preserve">[06:49] </w:t>
      </w:r>
      <w:r>
        <w:t>yeh nahi kaha gaya ke woh kaba mein but rakhe, un ko tod phod ke nikalo. yeh nahi aaya gaya.</w:t>
      </w:r>
    </w:p>
    <w:p>
      <w:pPr>
        <w:jc w:val="right"/>
      </w:pPr>
      <w:r>
        <w:t>یہ نہیں کہا گیا کہ وہ کعبہ میں بت رکھے، ان کو توڑ پھوڑ کے نکالو۔ یہ نہیں آیا گیا۔</w:t>
      </w:r>
    </w:p>
    <w:p>
      <w:r>
        <w:rPr>
          <w:b/>
        </w:rPr>
        <w:t xml:space="preserve">[07:03] </w:t>
      </w:r>
      <w:r>
        <w:t>yani yeh ho sakta tha ke وَطَهِّرْ الْكَعْبَةَ اَبْرَى الْاَسْلَامِ aaj kal jo zehan hai musalmanon ka, us ke lihaaz se hona chahiye tha ke وَطَهِّرْ الْكَعْبَةَ اَبْرَى الْاَسْلَامِ kaba ko buton se pak karo.</w:t>
      </w:r>
    </w:p>
    <w:p>
      <w:pPr>
        <w:jc w:val="right"/>
      </w:pPr>
      <w:r>
        <w:t>یعنی یہ ہو سکتا تھا کہ وَطَهِّرْ الْكَعْبَةَ اَبْرَى الْاَسْلَامِ آج کل جو ذہن ہے مسلمانوں کا، اس کے لحاظ سے ہونا چاہیے تھا کہ وَطَهِّرْ الْكَعْبَةَ اَبْرَى الْاَسْلَامِ کعبہ کو بتوں سے پاک کرو۔</w:t>
      </w:r>
    </w:p>
    <w:p>
      <w:r>
        <w:rPr>
          <w:b/>
        </w:rPr>
        <w:t xml:space="preserve">[07:17] </w:t>
      </w:r>
      <w:r>
        <w:t>Allah taala ne ek lafz bhi phir kuch nahi utara.</w:t>
      </w:r>
    </w:p>
    <w:p>
      <w:pPr>
        <w:jc w:val="right"/>
      </w:pPr>
      <w:r>
        <w:t>اللہ تعالیٰ نے ایک لفظ بھی پھر کچھ نہیں اتارا۔</w:t>
      </w:r>
    </w:p>
    <w:p>
      <w:r>
        <w:rPr>
          <w:b/>
        </w:rPr>
        <w:t xml:space="preserve">[07:20] </w:t>
      </w:r>
      <w:r>
        <w:t>kaha ke وَأَصِيَابَكَ فَطَهِّرْ logon ke dilon ko pak karo, logon ke mind ko pak karo. logon ki soch ko badlo.</w:t>
      </w:r>
    </w:p>
    <w:p>
      <w:pPr>
        <w:jc w:val="right"/>
      </w:pPr>
      <w:r>
        <w:t>کہا کہ وَأَصِيَابَكَ فَطَهِّرْ لوگوں کے دلوں کو پاک کرو، لوگوں کے mind کو پاک کرو۔ لوگوں کی سوچ کو بدلو۔</w:t>
      </w:r>
    </w:p>
    <w:p>
      <w:r>
        <w:rPr>
          <w:b/>
        </w:rPr>
        <w:t xml:space="preserve">[07:30] </w:t>
      </w:r>
      <w:r>
        <w:t>yeh tha well-considered response. aur agar aap bhadak kar ke lagte tod phod karne, to woh hota jazbati iqdam.</w:t>
      </w:r>
    </w:p>
    <w:p>
      <w:pPr>
        <w:jc w:val="right"/>
      </w:pPr>
      <w:r>
        <w:t>یہ تھا well-considered response۔ اور اگر آپ بھڑک کر کے لگتے توڑ پھوڑ کرنے، تو وہ ہوتا جذباتی اقدام۔</w:t>
      </w:r>
    </w:p>
    <w:p>
      <w:r>
        <w:rPr>
          <w:b/>
        </w:rPr>
        <w:t xml:space="preserve">[07:42] </w:t>
      </w:r>
      <w:r>
        <w:t>jaisa ke musalman har jagah karte rehte hain. rozana aap khabrein sunte hain. ek waqea koi hua, bhadak kar ke hungama shuru kar diya.</w:t>
      </w:r>
    </w:p>
    <w:p>
      <w:pPr>
        <w:jc w:val="right"/>
      </w:pPr>
      <w:r>
        <w:t>جیسا کہ مسلمان ہر جگہ کرتے رہتے ہیں۔ روزانہ آپ خبریں سنتے ہیں۔ ایک واقعہ کوئی ہوا، بھڑک کر کے ہنگامہ شروع کر دیا۔</w:t>
      </w:r>
    </w:p>
    <w:p>
      <w:r>
        <w:rPr>
          <w:b/>
        </w:rPr>
        <w:t xml:space="preserve">[07:49] </w:t>
      </w:r>
      <w:r>
        <w:t>jalsa, juloos, nara jazba, tod phod, yeh hota rehta hai. babri masjid ka waqea to ek misaal hai. aisi rozana hota hai duniya ke mukhtalif hisson mein.</w:t>
      </w:r>
    </w:p>
    <w:p>
      <w:pPr>
        <w:jc w:val="right"/>
      </w:pPr>
      <w:r>
        <w:t>جلسہ، جلوس، نعرہ جذبہ، توڑ پھوڑ، یہ ہوتا رہتا ہے۔ بابری مسجد کا واقعہ تو ایک مثال ہے۔ ایسی روزانہ ہوتا ہے دنیا کے مختلف حصوں میں۔</w:t>
      </w:r>
    </w:p>
    <w:p>
      <w:r>
        <w:rPr>
          <w:b/>
        </w:rPr>
        <w:t xml:space="preserve">[08:02] </w:t>
      </w:r>
      <w:r>
        <w:t>to dekhein, ek hadith hai, is hadith ko aap log yaad rakh li jiye. aur likh li jiye. الطَّانِّي مِنَ اللَّهِ وَالْعَجَلَةُ مِنَ الشَّيْطَانِ is hadith ko aap log likh li jiye aur subah shaam dekha kijiye is ko.</w:t>
      </w:r>
    </w:p>
    <w:p>
      <w:pPr>
        <w:jc w:val="right"/>
      </w:pPr>
      <w:r>
        <w:t>تو دیکھیں، ایک حدیث ہے، اس حدیث کو آپ لوگ یاد رکھ لیجیے۔ اور لکھ لیجیے۔ الطَّانِّي مِنَ اللَّهِ وَالْعَجَلَةُ مِنَ الشَّيْطَانِ اس حدیث کو آپ لوگ لکھ لیجیے اور صبح شام دیکھا کیجیے اس کو۔</w:t>
      </w:r>
    </w:p>
    <w:p>
      <w:r>
        <w:rPr>
          <w:b/>
        </w:rPr>
        <w:t xml:space="preserve">[08:18] </w:t>
      </w:r>
      <w:r>
        <w:t>al-tani min allahi wal-ajalah min al-shaytan dekhen, al-tani kya cheez hai? angrezi mein kahenge to proceed unhurriedly aur ajalah ko kahenge to proceed hurriedly</w:t>
      </w:r>
    </w:p>
    <w:p>
      <w:pPr>
        <w:jc w:val="right"/>
      </w:pPr>
      <w:r>
        <w:t>الطَّانِّي مِنَ اللَّهِ وَالْعَجَلَةُ مِنَ الشَّيْطَانِ دیکھیں، الطَّانِّی کیا چیز ہے؟ انگلش میں کہیں گے to proceed unhurriedly اور عجلہ کو کہیں گے to proceed hurriedly</w:t>
      </w:r>
    </w:p>
    <w:p>
      <w:r>
        <w:rPr>
          <w:b/>
        </w:rPr>
        <w:t xml:space="preserve">[08:37] </w:t>
      </w:r>
      <w:r>
        <w:t>yani jald bazi mein iqdam karen aap, to woh hai ajalah. aur socha samjha, soch samajh kar ke</w:t>
      </w:r>
    </w:p>
    <w:p>
      <w:pPr>
        <w:jc w:val="right"/>
      </w:pPr>
      <w:r>
        <w:t>یعنی جلد بازی میں اقدام کریں آپ، تو وہ ہے عجلہ۔ اور سوچا سمجھا، سوچ سمجھ کر کے</w:t>
      </w:r>
    </w:p>
    <w:p>
      <w:r>
        <w:rPr>
          <w:b/>
        </w:rPr>
        <w:t xml:space="preserve">[08:46] </w:t>
      </w:r>
      <w:r>
        <w:t>well-considered response den, to woh hai al-tani. do lafz mein sari zindagi ka formula bata diya gaya.</w:t>
      </w:r>
    </w:p>
    <w:p>
      <w:pPr>
        <w:jc w:val="right"/>
      </w:pPr>
      <w:r>
        <w:t>well-considered response دیں، تو وہ ہے الطَّانِّی۔ دو لفظ میں ساری زندگی کا فارمولا بتا دیا گیا۔</w:t>
      </w:r>
    </w:p>
    <w:p>
      <w:r>
        <w:rPr>
          <w:b/>
        </w:rPr>
        <w:t xml:space="preserve">[08:56] </w:t>
      </w:r>
      <w:r>
        <w:t>al-tani min allahi wal-ajalah min al-shaytan</w:t>
      </w:r>
    </w:p>
    <w:p>
      <w:pPr>
        <w:jc w:val="right"/>
      </w:pPr>
      <w:r>
        <w:t>الطَّانِّي مِنَ اللَّهِ وَالْعَجَلَةُ مِنَ الشَّيْطَانِ</w:t>
      </w:r>
    </w:p>
    <w:p>
      <w:r>
        <w:rPr>
          <w:b/>
        </w:rPr>
        <w:t xml:space="preserve">[09:00] </w:t>
      </w:r>
      <w:r>
        <w:t>ke tani Allah ka tareeqa hai. aur ajalah shaitan ka tareeqa hai. Allah ka matlab yahi hai ke Allah farishton ke zariye se aap ko counseling karta hai.</w:t>
      </w:r>
    </w:p>
    <w:p>
      <w:pPr>
        <w:jc w:val="right"/>
      </w:pPr>
      <w:r>
        <w:t>کہ طانی اللہ کا طریقہ ہے۔ اور عجلہ شیطان کا طریقہ ہے۔ اللہ کا مطلب یہی ہے کہ اللہ فرشتوں کے ذریعے سے آپ کو counseling کرتا ہے۔</w:t>
      </w:r>
    </w:p>
    <w:p>
      <w:r>
        <w:rPr>
          <w:b/>
        </w:rPr>
        <w:t xml:space="preserve">[09:14] </w:t>
      </w:r>
      <w:r>
        <w:t>khud Allah nahi utar aata aap ke upar. to farishton ki kya counseling hoti hai? to proceed unhurriedly aur shaitan ki kya counseling hoti hai?</w:t>
      </w:r>
    </w:p>
    <w:p>
      <w:pPr>
        <w:jc w:val="right"/>
      </w:pPr>
      <w:r>
        <w:t>خود اللہ نہیں اتر آتا آپ کے اوپر۔ تو فرشتوں کی کیا counseling ہوتی ہے؟ to proceed unhurriedly اور شیطان کی کیا counseling ہوتی ہے؟</w:t>
      </w:r>
    </w:p>
    <w:p>
      <w:r>
        <w:rPr>
          <w:b/>
        </w:rPr>
        <w:t xml:space="preserve">[09:26] </w:t>
      </w:r>
      <w:r>
        <w:t>proceed hurriedly</w:t>
      </w:r>
    </w:p>
    <w:p>
      <w:pPr>
        <w:jc w:val="right"/>
      </w:pPr>
      <w:r>
        <w:t>proceed hurriedly</w:t>
      </w:r>
    </w:p>
    <w:p>
      <w:r>
        <w:rPr>
          <w:b/>
        </w:rPr>
        <w:t xml:space="preserve">[09:28] </w:t>
      </w:r>
      <w:r>
        <w:t>koi baat ho to lad lad jaao, jhagra jaao. naara, jhanda ki saaz chalaao. maaro kaato, bomb maaro. yeh hai al-ajalah.</w:t>
      </w:r>
    </w:p>
    <w:p>
      <w:pPr>
        <w:jc w:val="right"/>
      </w:pPr>
      <w:r>
        <w:t>کوئی بات ہو تو لڑ لڑ جاؤ، جھگڑ جاؤ۔ نعرہ، جھنڈا کی ساز چلاؤ۔ مارو کاٹو، بم مارو۔ یہ ہے العجلہ۔</w:t>
      </w:r>
    </w:p>
    <w:p>
      <w:r>
        <w:rPr>
          <w:b/>
        </w:rPr>
        <w:t xml:space="preserve">[09:40] </w:t>
      </w:r>
      <w:r>
        <w:t>shaitani kaam hai. aur sochna, samajhna, thande tareeqay se faisla karna, woh hai al-tani.</w:t>
      </w:r>
    </w:p>
    <w:p>
      <w:pPr>
        <w:jc w:val="right"/>
      </w:pPr>
      <w:r>
        <w:t>شیطانی کام ہے۔ اور سوچنا، سمجھنا، ٹھنڈے طریقے سے فیصلہ کرنا، وہ ہے الطَّانِّی۔</w:t>
      </w:r>
    </w:p>
    <w:p>
      <w:r>
        <w:rPr>
          <w:b/>
        </w:rPr>
        <w:t xml:space="preserve">[09:51] </w:t>
      </w:r>
      <w:r>
        <w:t>saara jo hai, chahe family mein ho, chahe family ke bahar ho. jaise family mein kya hota hai?</w:t>
      </w:r>
    </w:p>
    <w:p>
      <w:pPr>
        <w:jc w:val="right"/>
      </w:pPr>
      <w:r>
        <w:t>سارا جو ہے، چاہے family میں ہو، چاہے family کے باہر ہو۔ جیسے family میں کیا ہوتا ہے؟</w:t>
      </w:r>
    </w:p>
    <w:p>
      <w:r>
        <w:rPr>
          <w:b/>
        </w:rPr>
        <w:t xml:space="preserve">[09:56] </w:t>
      </w:r>
      <w:r>
        <w:t>mere paas aksar telephone aate hain ke sahib, main ne talaq de diya. to kya karoon? hota kya hai? aapas mein koi kisi baat par ghussa ho gaya.</w:t>
      </w:r>
    </w:p>
    <w:p>
      <w:pPr>
        <w:jc w:val="right"/>
      </w:pPr>
      <w:r>
        <w:t>میرے پاس اکثر telephone آتے ہیں کہ صاحب، میں نے طلاق دے دیا۔ تو کیا کروں؟ ہوتا کیا ہے؟ آپس میں کوئی کسی بات پر غصہ ہو گیا۔</w:t>
      </w:r>
    </w:p>
    <w:p>
      <w:r>
        <w:rPr>
          <w:b/>
        </w:rPr>
        <w:t xml:space="preserve">[10:07] </w:t>
      </w:r>
      <w:r>
        <w:t>jaise abhi mere paas telephone aaya. UP se. ek sahib ki biwi jo hai, gayi doctor ke haan shaam ke waqt.</w:t>
      </w:r>
    </w:p>
    <w:p>
      <w:pPr>
        <w:jc w:val="right"/>
      </w:pPr>
      <w:r>
        <w:t>جیسے ابھی میرے پاس telephone آیا۔ یو پی سے۔ ایک صاحب کی بیوی جو ہے، گئی ڈاکٹر کے ہاں شام کے وقت۔</w:t>
      </w:r>
    </w:p>
    <w:p>
      <w:r>
        <w:rPr>
          <w:b/>
        </w:rPr>
        <w:t xml:space="preserve">[10:20] </w:t>
      </w:r>
      <w:r>
        <w:t>koi ilaaj ka masla tha. to wahan par mareezon ki bheed thi. der ho gayi.</w:t>
      </w:r>
    </w:p>
    <w:p>
      <w:pPr>
        <w:jc w:val="right"/>
      </w:pPr>
      <w:r>
        <w:t>کوئی علاج کا مسئلہ تھا۔ تو وہاں پر مریضوں کی بھیڑ تھی۔ دیر ہو گئی۔</w:t>
      </w:r>
    </w:p>
    <w:p>
      <w:r>
        <w:rPr>
          <w:b/>
        </w:rPr>
        <w:t xml:space="preserve">[10:26] </w:t>
      </w:r>
      <w:r>
        <w:t>wapas aayi to andhera ho gaya tha. yeh dekha, ghar mein dakhil hui. ab shohar sahib ghassay mein baithe thay. kahan thi?</w:t>
      </w:r>
    </w:p>
    <w:p>
      <w:pPr>
        <w:jc w:val="right"/>
      </w:pPr>
      <w:r>
        <w:t>واپس آئی تو اندھیرا ہو گیا تھا۔ یہ دیکھا، گھر میں داخل ہوئی۔ اب شوہر صاحب غصے میں بیٹھے تھے۔ کہاں تھی؟</w:t>
      </w:r>
    </w:p>
    <w:p>
      <w:r>
        <w:rPr>
          <w:b/>
        </w:rPr>
        <w:t xml:space="preserve">[10:35] </w:t>
      </w:r>
      <w:r>
        <w:t>ab yeh hai, woh dunya bhar ki baat hai. us ne bhi kuch bola, woh bhi kuch bole. aur wahan kaha, tum ko talaq, talaq, talaq. yeh hai al-ajalah.</w:t>
      </w:r>
    </w:p>
    <w:p>
      <w:pPr>
        <w:jc w:val="right"/>
      </w:pPr>
      <w:r>
        <w:t>اب یہ ہے، وہ دنیا بھر کی بات ہے۔ اس نے بھی کچھ بولا، وہ بھی کچھ بولے۔ اور وہاں کہا، تم کو طلاق، طلاق، طلاق۔ یہ ہے العجلہ۔</w:t>
      </w:r>
    </w:p>
    <w:p>
      <w:r>
        <w:rPr>
          <w:b/>
        </w:rPr>
        <w:t xml:space="preserve">[10:45] </w:t>
      </w:r>
      <w:r>
        <w:t>shaitani kaam. agar</w:t>
      </w:r>
    </w:p>
    <w:p>
      <w:pPr>
        <w:jc w:val="right"/>
      </w:pPr>
      <w:r>
        <w:t>شیطانی کام۔ اگر</w:t>
      </w:r>
    </w:p>
    <w:p>
      <w:r>
        <w:rPr>
          <w:b/>
        </w:rPr>
        <w:t xml:space="preserve">[10:47] </w:t>
      </w:r>
      <w:r>
        <w:t>woh baithate, kehte ke achha baitho, thanda pani pi lo pehle. jab dimagh thoda thanda ho to phir poochhenge tum se kya wajah thi?</w:t>
      </w:r>
    </w:p>
    <w:p>
      <w:pPr>
        <w:jc w:val="right"/>
      </w:pPr>
      <w:r>
        <w:t>وہ بیٹھاتے، کہتے کہ اچھا بیٹھو، ٹھنڈا پانی پی لو پہلے۔ جب دماغ تھوڑا ٹھنڈا ہو تو پھر پوچھیں گے تم سے کیا وجہ تھی؟</w:t>
      </w:r>
    </w:p>
    <w:p>
      <w:r>
        <w:rPr>
          <w:b/>
        </w:rPr>
        <w:t xml:space="preserve">[10:58] </w:t>
      </w:r>
      <w:r>
        <w:t>to koi baat na hoti. to tani ke bajaye ajalah yeh musalmanon ka tareeqa ban gaya hai.</w:t>
      </w:r>
    </w:p>
    <w:p>
      <w:pPr>
        <w:jc w:val="right"/>
      </w:pPr>
      <w:r>
        <w:t>تو کوئی بات نہ ہوتی۔ تو طانی کے بجائے عجلہ یہ مسلمانوں کا طریقہ بن گیا ہے۔</w:t>
      </w:r>
    </w:p>
    <w:p>
      <w:r>
        <w:rPr>
          <w:b/>
        </w:rPr>
        <w:t xml:space="preserve">[11:09] </w:t>
      </w:r>
      <w:r>
        <w:t>al-tani min allahi wal-ajalah min al-shaytan</w:t>
      </w:r>
    </w:p>
    <w:p>
      <w:pPr>
        <w:jc w:val="right"/>
      </w:pPr>
      <w:r>
        <w:t>الطَّانِّي مِنَ اللَّهِ وَالْعَجَلَةُ مِنَ الشَّيْطَانِ</w:t>
      </w:r>
    </w:p>
    <w:p>
      <w:r>
        <w:rPr>
          <w:b/>
        </w:rPr>
        <w:t xml:space="preserve">[11:14] </w:t>
      </w:r>
      <w:r>
        <w:t>al-tani ka matlab jaisa ke main ne arz kiya aap ko ke to proceed unhurriedly yeh hai tani. aur to proceed hurriedly yeh hai al-ajalah.</w:t>
      </w:r>
    </w:p>
    <w:p>
      <w:pPr>
        <w:jc w:val="right"/>
      </w:pPr>
      <w:r>
        <w:t>الطانی کا مطلب جیسا کہ میں نے عرض کیا آپ کو کہ to proceed unhurriedly یہ ہے طانی۔ اور to proceed hurriedly یہ ہے العجلہ۔</w:t>
      </w:r>
    </w:p>
    <w:p>
      <w:r>
        <w:rPr>
          <w:b/>
        </w:rPr>
        <w:t xml:space="preserve">[11:25] </w:t>
      </w:r>
      <w:r>
        <w:t>saari kahani chahe ghar mein ho, chahe ghar ke bahar. inhi do lafzon mein chupi hui hai. aaj kal aap dekhte honge jab musalman har jalsay mein kya hot</w:t>
      </w:r>
    </w:p>
    <w:p>
      <w:pPr>
        <w:jc w:val="right"/>
      </w:pPr>
      <w:r>
        <w:t>ساری کہانی چاہے گھر میں ہو، چاہے گھر کے باہر۔ انہی دو لفظوں میں چھپی ہوئی ہے۔ آج کل آپ دیکھتے ہوں گے جب مسلمان ہر جلسے میں کیا ہوت</w:t>
      </w:r>
    </w:p>
    <w:p>
      <w:r>
        <w:rPr>
          <w:b/>
        </w:rPr>
        <w:t xml:space="preserve">[11:35] </w:t>
      </w:r>
      <w:r>
        <w:t>a hai? zulm, zulm, zulm. ke hamare khilaf zulm ho raha hai, hamare khilaf sazish ho rahi hai. hum ko sataya ja raha hai, hum ko mehroom kiya ja raha hai. waghera.</w:t>
      </w:r>
    </w:p>
    <w:p>
      <w:pPr>
        <w:jc w:val="right"/>
      </w:pPr>
      <w:r>
        <w:t>ا ہے؟ ظلم، ظلم، ظلم۔ کہ ہمارے خلاف ظلم ہو رہا ہے، ہمارے خلاف سازش ہو رہی ہے۔ ہم کو ستایا جا رہا ہے، ہم کو محروم کیا جا رہا ہے۔ وغیرہ۔</w:t>
      </w:r>
    </w:p>
    <w:p>
      <w:r>
        <w:rPr>
          <w:b/>
        </w:rPr>
        <w:t xml:space="preserve">[11:43] </w:t>
      </w:r>
      <w:r>
        <w:t>yeh kya hai? yeh sab ajalah ka nateeja hai. yeh koi koi zulm nahi kar raha hai.</w:t>
      </w:r>
    </w:p>
    <w:p>
      <w:pPr>
        <w:jc w:val="right"/>
      </w:pPr>
      <w:r>
        <w:t>یہ کیا ہے؟ یہ سب العجلہ کا نتیجہ ہے۔ یہ کوئی کوئی ظلم نہیں کر رہا ہے۔</w:t>
      </w:r>
    </w:p>
    <w:p>
      <w:r>
        <w:rPr>
          <w:b/>
        </w:rPr>
        <w:t xml:space="preserve">[11:53] </w:t>
      </w:r>
      <w:r>
        <w:t>aap apne ajalah ki qeemat de rahe hain.</w:t>
      </w:r>
    </w:p>
    <w:p>
      <w:pPr>
        <w:jc w:val="right"/>
      </w:pPr>
      <w:r>
        <w:t>آپ اپنے العجلہ کی قیمت دے رہے ہیں۔</w:t>
      </w:r>
    </w:p>
    <w:p>
      <w:r>
        <w:rPr>
          <w:b/>
        </w:rPr>
        <w:t xml:space="preserve">[12:00] </w:t>
      </w:r>
      <w:r>
        <w:t>jald bazi mein jo usay jump karte hain, jald bazi mein kood padte hain, jald bazi mein hangama karte hain, jald bazi mein gun aur bomb ka jhatkate hain, us ki qeemat de rahe hain aap.</w:t>
      </w:r>
    </w:p>
    <w:p>
      <w:pPr>
        <w:jc w:val="right"/>
      </w:pPr>
      <w:r>
        <w:t>جلد بازی میں جو اسے جمپ کرتے ہیں، جلد بازی میں کود پڑتے ہیں، جلد بازی میں ہنگامہ کرتے ہیں، جلد بازی میں گن اور بم کا جھٹکاتے ہیں، اس کی قیمت دے رہے ہیں آپ۔</w:t>
      </w:r>
    </w:p>
    <w:p>
      <w:r>
        <w:rPr>
          <w:b/>
        </w:rPr>
        <w:t xml:space="preserve">[12:12] </w:t>
      </w:r>
      <w:r>
        <w:t>koi zalim nahi hai aap ka. to chahe ghar ki siyasat ho, family ke jhagde hon, shohar biwi ka mamla ho, ya millat ka masla ho.</w:t>
      </w:r>
    </w:p>
    <w:p>
      <w:pPr>
        <w:jc w:val="right"/>
      </w:pPr>
      <w:r>
        <w:t>کوئی ظالم نہیں ہے آپ کا۔ تو چاہے گھر کی سیاست ہو، family کے جھگڑے ہوں، شوہر بیوی کا معاملہ ہو، یا ملت کا مسئلہ ہو۔</w:t>
      </w:r>
    </w:p>
    <w:p>
      <w:r>
        <w:rPr>
          <w:b/>
        </w:rPr>
        <w:t xml:space="preserve">[12:27] </w:t>
      </w:r>
      <w:r>
        <w:t>jo bhi hai jis ko aap bohat barha charha kar samajhte hain ke kashmir ka masla, aur bosnia ka masla, falasteen ka masla, singh chang ka masla, aur burma ka masla, filipine ka masla, jitne bhi masle musalmanon ko samajhte hain ke woh sab zulm ho raha hai, zulm ho raha hai, zulm ho raha hai, woh sab</w:t>
      </w:r>
    </w:p>
    <w:p>
      <w:pPr>
        <w:jc w:val="right"/>
      </w:pPr>
      <w:r>
        <w:t>جو بھی ہے جس کو آپ بہت بڑھا چڑھا کر سمجھتے ہیں کہ کشمیر کا مسئلہ، اور بوسنیا کا مسئلہ، فلسطین کا مسئلہ، سنگھ چانگ کا مسئلہ، اور برما کا مسئلہ، فلپائن کا مسئلہ، جتنے بھی مسئلے مسلمانوں کو سمجھتے ہیں کہ وہ سب ظلم ہو رہا ہے، ظلم ہو رہا ہے، ظلم ہو رہا ہے، وہ سب</w:t>
      </w:r>
    </w:p>
    <w:p>
      <w:r>
        <w:rPr>
          <w:b/>
        </w:rPr>
        <w:t xml:space="preserve">[12:48] </w:t>
      </w:r>
      <w:r>
        <w:t>ajla par mabni aur cheez ka nateeja hai. kahin ek bhi misaal nahi hai poore do so saal mein.</w:t>
      </w:r>
    </w:p>
    <w:p>
      <w:pPr>
        <w:jc w:val="right"/>
      </w:pPr>
      <w:r>
        <w:t>عجلہ پر مبنی اور چیز کا نتیجہ ہے۔ کہیں ایک بھی مثال نہیں ہے پورے دو سو سال میں۔</w:t>
      </w:r>
    </w:p>
    <w:p>
      <w:r>
        <w:rPr>
          <w:b/>
        </w:rPr>
        <w:t xml:space="preserve">[12:56] </w:t>
      </w:r>
      <w:r>
        <w:t>koi ho to batao aadmi ke musalmanon ne altani se kaam liya, ek thande tareeqe se socha, cool mind ho kar ke socha, aur mashwara kiya, halaat ka jaiza liya, phir faisla kiya, aur phir oopar zulm ho raha hai.</w:t>
      </w:r>
    </w:p>
    <w:p>
      <w:pPr>
        <w:jc w:val="right"/>
      </w:pPr>
      <w:r>
        <w:t>کوئی ہو تو بتاؤ آدمی کہ مسلمانوں نے الطانی سے کام لیا، ایک ٹھنڈے طریقے سے سوچا، cool mind ہو کر کے سوچا، اور مشورہ کیا، حالات کا جائزہ لیا، پھر فیصلہ کیا، اور پھر اوپر ظلم ہو رہا ہو۔</w:t>
      </w:r>
    </w:p>
    <w:p>
      <w:r>
        <w:rPr>
          <w:b/>
        </w:rPr>
        <w:t xml:space="preserve">[13:15] </w:t>
      </w:r>
      <w:r>
        <w:t>do so saal mein koi ek misaal aisi nahi hai. koi kahe to woh jhoot bolta hai. koi dawah kare to misaal lao.</w:t>
      </w:r>
    </w:p>
    <w:p>
      <w:pPr>
        <w:jc w:val="right"/>
      </w:pPr>
      <w:r>
        <w:t>دو سو سال میں کوئی ایک مثال ایسی نہیں ہے۔ کوئی کہے تو وہ جھوٹ بولتا ہے۔ کوئی دعویٰ کرے تو مثال لاؤ۔</w:t>
      </w:r>
    </w:p>
    <w:p>
      <w:r>
        <w:rPr>
          <w:b/>
        </w:rPr>
        <w:t xml:space="preserve">[13:27] </w:t>
      </w:r>
      <w:r>
        <w:t>to in dono lafzon ko aap log apni diary mein likh lijiyey. aur subah sham is ko dekhiye. altani minallahi wal ajlatu minash shaitani</w:t>
      </w:r>
    </w:p>
    <w:p>
      <w:pPr>
        <w:jc w:val="right"/>
      </w:pPr>
      <w:r>
        <w:t>تو ان دونوں لفظوں کو آپ لوگ اپنی ڈائری میں لکھ لیجیے۔ اور صبح شام اس کو دیکھیے۔ الطَّانِّي مِنَ اللَّهِ وَالْعَجَلَةُ مِنَ الشَّيْطَانِ</w:t>
      </w:r>
    </w:p>
    <w:p>
      <w:r>
        <w:rPr>
          <w:b/>
        </w:rPr>
        <w:t xml:space="preserve">[13:39] </w:t>
      </w:r>
      <w:r>
        <w:t>yani samajh boojh kar amal karna, thande dil ke sath, soch samajh kar ke, yeh hai Allah ka tareeqa.</w:t>
      </w:r>
    </w:p>
    <w:p>
      <w:pPr>
        <w:jc w:val="right"/>
      </w:pPr>
      <w:r>
        <w:t>یعنی سمجھ بوجھ کر عمل کرنا، ٹھنڈے دل کے ساتھ، سوچ سمجھ کر کے، یہ ہے اللہ کا طریقہ۔</w:t>
      </w:r>
    </w:p>
    <w:p>
      <w:r>
        <w:rPr>
          <w:b/>
        </w:rPr>
        <w:t xml:space="preserve">[13:47] </w:t>
      </w:r>
      <w:r>
        <w:t>yani yani farishte ki counseling. aur agar jald bazi mein kood paden aap, ghusa ho jayen, mushtael ho jayen, bhark jayen, woh shaitan ka tareeqa hai.</w:t>
      </w:r>
    </w:p>
    <w:p>
      <w:pPr>
        <w:jc w:val="right"/>
      </w:pPr>
      <w:r>
        <w:t>یعنی یعنی فرشتے کی counseling۔ اور اگر جلد بازی میں کود پڑیں آپ، غصہ ہو جائیں، مشتعل ہو جائیں، بھڑک جائیں، وہ شیطان کا طریقہ ہے۔</w:t>
      </w:r>
    </w:p>
    <w:p>
      <w:r>
        <w:rPr>
          <w:b/>
        </w:rPr>
        <w:t xml:space="preserve">[13:58] </w:t>
      </w:r>
      <w:r>
        <w:t>to har waqt aap ko chaukana rehna hai. ke aap ke andar jo entry point maine bataya, woh chaubis ghante khula rahega.</w:t>
      </w:r>
    </w:p>
    <w:p>
      <w:pPr>
        <w:jc w:val="right"/>
      </w:pPr>
      <w:r>
        <w:t>تو ہر وقت آپ کو چوکنا رہنا ہے۔ کہ آپ کے اندر جو انٹری پوائنٹ میں نے بتایا، وہ چوبیس گھنٹے کھلا رہے گا۔</w:t>
      </w:r>
    </w:p>
    <w:p>
      <w:r>
        <w:rPr>
          <w:b/>
        </w:rPr>
        <w:t xml:space="preserve">[14:07] </w:t>
      </w:r>
      <w:r>
        <w:t>kisi market mein koi aisa lock nahi hai jis se aap band kar dein is ko. aap koi dua parhen, koi zikr karen, ya bazaar se koi lock khareed ke layen, to is entry point ko aap band nahi kar sakte.</w:t>
      </w:r>
    </w:p>
    <w:p>
      <w:pPr>
        <w:jc w:val="right"/>
      </w:pPr>
      <w:r>
        <w:t>کسی مارکیٹ میں کوئی ایسا لاک نہیں ہے جس سے آپ بند کر دیں اس کو۔ آپ کوئی دعا پڑھیں، کوئی ذکر کریں، یا بازار سے کوئی لاک خرید کے لائیں، تو اس انٹری پوائنٹ کو آپ بند نہیں کر سکتے۔</w:t>
      </w:r>
    </w:p>
    <w:p>
      <w:r>
        <w:rPr>
          <w:b/>
        </w:rPr>
        <w:t xml:space="preserve">[14:20] </w:t>
      </w:r>
      <w:r>
        <w:t>is window ko band nahi kar sakte aap. shaitan ki window bhi khuli rahegi. farishte ki window bhi khuli rahegi.</w:t>
      </w:r>
    </w:p>
    <w:p>
      <w:pPr>
        <w:jc w:val="right"/>
      </w:pPr>
      <w:r>
        <w:t>اس ونڈو کو بند نہیں کر سکتے آپ۔ شیطان کی ونڈو بھی کھلی رہے گی۔ فرشتے کی ونڈو بھی کھلی رہے گی۔</w:t>
      </w:r>
    </w:p>
    <w:p>
      <w:r>
        <w:rPr>
          <w:b/>
        </w:rPr>
        <w:t xml:space="preserve">[14:29] </w:t>
      </w:r>
      <w:r>
        <w:t>kyun ke yeh to test hai. isi ka to imtehan hai. agar</w:t>
      </w:r>
    </w:p>
    <w:p>
      <w:pPr>
        <w:jc w:val="right"/>
      </w:pPr>
      <w:r>
        <w:t>کیونکہ یہ تو ٹیسٹ ہے۔ اسی کا تو امتحان ہے۔ اگر</w:t>
      </w:r>
    </w:p>
    <w:p>
      <w:r>
        <w:rPr>
          <w:b/>
        </w:rPr>
        <w:t xml:space="preserve">[14:35] </w:t>
      </w:r>
      <w:r>
        <w:t>yeh khirkiyan band ho jayen to phir imtehan kis baat ka hoga?</w:t>
      </w:r>
    </w:p>
    <w:p>
      <w:pPr>
        <w:jc w:val="right"/>
      </w:pPr>
      <w:r>
        <w:t>یہ کھڑکیاں بند ہو جائیں تو پھر امتحان کس بات کا ہوگا؟</w:t>
      </w:r>
    </w:p>
    <w:p>
      <w:r>
        <w:rPr>
          <w:b/>
        </w:rPr>
        <w:t xml:space="preserve">[14:41] </w:t>
      </w:r>
      <w:r>
        <w:t>to dekhen dunya mein ka mamla kya hai. Allah taala ne banaya hai dunya ko is tarah ke har ek ko azadi de di hai.</w:t>
      </w:r>
    </w:p>
    <w:p>
      <w:pPr>
        <w:jc w:val="right"/>
      </w:pPr>
      <w:r>
        <w:t>تو دیکھیں دنیا میں کا معاملہ کیا ہے۔ اللہ تعالیٰ نے بنایا ہے دنیا کو اس طرح کہ ہر ایک کو آزادی دے دی ہے۔</w:t>
      </w:r>
    </w:p>
    <w:p>
      <w:r>
        <w:rPr>
          <w:b/>
        </w:rPr>
        <w:t xml:space="preserve">[14:52] </w:t>
      </w:r>
      <w:r>
        <w:t>sab ko azadi hai. aap ghor kijiye ke Hazrat Yahya ek paighambar the, un ko maar dala. kyun maar dala?</w:t>
      </w:r>
    </w:p>
    <w:p>
      <w:pPr>
        <w:jc w:val="right"/>
      </w:pPr>
      <w:r>
        <w:t>سب کو آزادی ہے۔ آپ غور کیجیے کہ حضرت یحییٰ ایک پیغمبر تھے، ان کو مار ڈالا۔ کیوں مار ڈالا؟</w:t>
      </w:r>
    </w:p>
    <w:p>
      <w:r>
        <w:rPr>
          <w:b/>
        </w:rPr>
        <w:t xml:space="preserve">[15:03] </w:t>
      </w:r>
      <w:r>
        <w:t>Allah taala azadi de di thi un ko.</w:t>
      </w:r>
    </w:p>
    <w:p>
      <w:pPr>
        <w:jc w:val="right"/>
      </w:pPr>
      <w:r>
        <w:t>اللہ تعالیٰ آزادی دے دی تھی ان کو۔</w:t>
      </w:r>
    </w:p>
    <w:p>
      <w:r>
        <w:rPr>
          <w:b/>
        </w:rPr>
        <w:t xml:space="preserve">[15:05] </w:t>
      </w:r>
      <w:r>
        <w:t>agar azadi na hoti to farishte un ka hath pakar letay. farishte pakar lete un ka hath. rasool Allah ko pathar mare, rasool Allah ka daant toot gaya.</w:t>
      </w:r>
    </w:p>
    <w:p>
      <w:pPr>
        <w:jc w:val="right"/>
      </w:pPr>
      <w:r>
        <w:t>اگر آزادی نہ ہوتی تو فرشتے ان کا ہاتھ پکڑ لیتے۔ فرشتے پکڑ لیتے ان کا ہاتھ۔ رسول اللہ کو پتھر مارے، رسول اللہ کا دانت ٹوٹ گیا۔</w:t>
      </w:r>
    </w:p>
    <w:p>
      <w:r>
        <w:rPr>
          <w:b/>
        </w:rPr>
        <w:t xml:space="preserve">[15:16] </w:t>
      </w:r>
      <w:r>
        <w:t>wahan bhi dekhen, farishte ne hath nahi pakra. pathar laga aur daant toot. khoon beh raha hai. shaitan khula hua hai. to yaad rakhiye, yeh mamla imtehan ka hai, test ka hai, azmaish ka hai.</w:t>
      </w:r>
    </w:p>
    <w:p>
      <w:pPr>
        <w:jc w:val="right"/>
      </w:pPr>
      <w:r>
        <w:t>وہاں بھی دیکھیں، فرشتے نے ہاتھ نہیں پکڑا۔ پتھر لگا اور دانت ٹوٹا۔ خون بہہ رہا ہے۔ شیطان کھلا ہوا ہے۔ تو یاد رکھیے، یہ معاملہ امتحان کا ہے، ٹیسٹ کا ہے، آزمائش کا ہے۔</w:t>
      </w:r>
    </w:p>
    <w:p>
      <w:r>
        <w:rPr>
          <w:b/>
        </w:rPr>
        <w:t xml:space="preserve">[15:32] </w:t>
      </w:r>
      <w:r>
        <w:t>is liye woh kabhi bhi khatam nahi kiya jayega.</w:t>
      </w:r>
    </w:p>
    <w:p>
      <w:pPr>
        <w:jc w:val="right"/>
      </w:pPr>
      <w:r>
        <w:t>اس لیے وہ کبھی بھی ختم نہیں کیا جائے گا۔</w:t>
      </w:r>
    </w:p>
    <w:p>
      <w:r>
        <w:rPr>
          <w:b/>
        </w:rPr>
        <w:t xml:space="preserve">[15:36] </w:t>
      </w:r>
      <w:r>
        <w:t>dono entry point jo hain, khule rahen gay. kabhi band nahi hon gay. koi tala aap ko kaam nahi dega jis se band ho jaye, ke shaitan na ghuse.</w:t>
      </w:r>
    </w:p>
    <w:p>
      <w:pPr>
        <w:jc w:val="right"/>
      </w:pPr>
      <w:r>
        <w:t>دونوں انٹری پوائنٹ جو ہیں، کھلے رہیں گے۔ کبھی بند نہیں ہوں گے۔ کوئی تالا آپ کو کام نہیں دے گا جس سے بند ہو جائے، کہ شیطان نہ گھسے۔</w:t>
      </w:r>
    </w:p>
    <w:p>
      <w:r>
        <w:rPr>
          <w:b/>
        </w:rPr>
        <w:t xml:space="preserve">[15:46] </w:t>
      </w:r>
      <w:r>
        <w:t>to chunke insaan ko azadi di gayi hai, to jab azadi milegi to museebat bhi ayega azadi ka.</w:t>
      </w:r>
    </w:p>
    <w:p>
      <w:pPr>
        <w:jc w:val="right"/>
      </w:pPr>
      <w:r>
        <w:t>تو چونکہ انسان کو آزادی دی گئی ہے، تو جب آزادی ملے گی تو مصیبت بھی آئے گا آزادی کا۔</w:t>
      </w:r>
    </w:p>
    <w:p>
      <w:r>
        <w:rPr>
          <w:b/>
        </w:rPr>
        <w:t xml:space="preserve">[15:58] </w:t>
      </w:r>
      <w:r>
        <w:t>azadi jab ayegi to azadi ka museebat bhi ayega. ghalat istemal. matlab zuban di hai azadi ke sath</w:t>
      </w:r>
    </w:p>
    <w:p>
      <w:pPr>
        <w:jc w:val="right"/>
      </w:pPr>
      <w:r>
        <w:t>آزادی جب آئے گی تو آزادی کا مصیبت بھی آئے گا۔ غلط استعمال۔ مطلب زبان دی ہے آزادی کے ساتھ</w:t>
      </w:r>
    </w:p>
    <w:p>
      <w:r>
        <w:rPr>
          <w:b/>
        </w:rPr>
        <w:t xml:space="preserve">[16:06] </w:t>
      </w:r>
      <w:r>
        <w:t>, to aadmi meethe bol bolay ga aur gaali bhi dega. dono ki azadi hai.</w:t>
      </w:r>
    </w:p>
    <w:p>
      <w:pPr>
        <w:jc w:val="right"/>
      </w:pPr>
      <w:r>
        <w:t>، تو آدمی میٹھی بول بولے گا اور گالی بھی دے گا۔ دونوں کی آزادی ہے۔</w:t>
      </w:r>
    </w:p>
    <w:p>
      <w:r>
        <w:rPr>
          <w:b/>
        </w:rPr>
        <w:t xml:space="preserve">[16:14] </w:t>
      </w:r>
      <w:r>
        <w:t>to dekhen, yeh jo dunya mein aap ko paish atay hain, mukhtalif qism ke nakhwahi halaat, jo masail hain, woh kisi ke zulm ki wajah se nahi hotay.</w:t>
      </w:r>
    </w:p>
    <w:p>
      <w:pPr>
        <w:jc w:val="right"/>
      </w:pPr>
      <w:r>
        <w:t>تو دیکھیں، یہ جو دنیا میں آپ کو پیش آتے ہیں، مختلف قسم کے ناخواہی حالات، جو مسائل ہیں، وہ کسی کے ظلم کی وجہ سے نہیں ہوتے۔</w:t>
      </w:r>
    </w:p>
    <w:p>
      <w:r>
        <w:rPr>
          <w:b/>
        </w:rPr>
        <w:t xml:space="preserve">[16:24] </w:t>
      </w:r>
      <w:r>
        <w:t>woh hotay hain azadi ki wajah se. agar aap zulm kahin is ko to Allah taala pe ilzam chala gaya.</w:t>
      </w:r>
    </w:p>
    <w:p>
      <w:pPr>
        <w:jc w:val="right"/>
      </w:pPr>
      <w:r>
        <w:t>وہ ہوتے ہیں آزادی کی وجہ سے۔ اگر آپ ظلم کہیں اس کو تو اللہ تعالیٰ پہ الزام چلا گیا۔</w:t>
      </w:r>
    </w:p>
    <w:p>
      <w:r>
        <w:rPr>
          <w:b/>
        </w:rPr>
        <w:t xml:space="preserve">[16:33] </w:t>
      </w:r>
      <w:r>
        <w:t>jis aadmi ne aap ko sataya, aap se gustakhi ki, aap ke jazbat ko majrooh kiya, to us aadmi se ladte hain aap.</w:t>
      </w:r>
    </w:p>
    <w:p>
      <w:pPr>
        <w:jc w:val="right"/>
      </w:pPr>
      <w:r>
        <w:t>جس آدمی نے آپ کو ستایا، آپ سے گستاخی کی، آپ کے جذبات کو مجروح کیا، تو اس آدمی سے لڑتے ہیں آپ۔</w:t>
      </w:r>
    </w:p>
    <w:p>
      <w:r>
        <w:rPr>
          <w:b/>
        </w:rPr>
        <w:t xml:space="preserve">[16:43] </w:t>
      </w:r>
      <w:r>
        <w:t>bhai, is aadmi ne to Allah ki di hui azadi ko istemal kiya. woh poochne nahi jayega ke main istemal kaise karoon? to yaad rakhiye, yeh sara musalmanon ki jo siyasat hai, shikayat ki siyasat aur ehtejaj ki siyasat, yeh sab bilkul be buniyad hai.</w:t>
      </w:r>
    </w:p>
    <w:p>
      <w:pPr>
        <w:jc w:val="right"/>
      </w:pPr>
      <w:r>
        <w:t>بھئی، اس آدمی نے تو اللہ کی دی ہوئی آزادی کو استعمال کیا۔ وہ پوچھنے نہیں جائے گا کہ میں استعمال کیسے کروں؟ تو یاد رکھیے، یہ سارا مسلمانوں کی جو سیاست ہے، شکایت کی سیاست اور احتجاج کی سیاست، یہ سب بالکل بے بنیاد ہے۔</w:t>
      </w:r>
    </w:p>
    <w:p>
      <w:r>
        <w:rPr>
          <w:b/>
        </w:rPr>
        <w:t xml:space="preserve">[17:01] </w:t>
      </w:r>
      <w:r>
        <w:t>kis ke khilaf aap ehtejaj kar rahe hain?</w:t>
      </w:r>
    </w:p>
    <w:p>
      <w:pPr>
        <w:jc w:val="right"/>
      </w:pPr>
      <w:r>
        <w:t>کس کے خلاف آپ احتجاج کر رہے ہیں؟</w:t>
      </w:r>
    </w:p>
    <w:p>
      <w:r>
        <w:rPr>
          <w:b/>
        </w:rPr>
        <w:t xml:space="preserve">[17:03] </w:t>
      </w:r>
      <w:r>
        <w:t>kis ke khilaf aap shikayat kar rahe hain? Khuda ke khilaf?</w:t>
      </w:r>
    </w:p>
    <w:p>
      <w:pPr>
        <w:jc w:val="right"/>
      </w:pPr>
      <w:r>
        <w:t>کس کے خلاف آپ شکایت کر رہے ہیں؟ خدا کے خلاف؟</w:t>
      </w:r>
    </w:p>
    <w:p>
      <w:r>
        <w:rPr>
          <w:b/>
        </w:rPr>
        <w:t xml:space="preserve">[17:08] </w:t>
      </w:r>
      <w:r>
        <w:t>Quran mein hai ke rzuyallahu anhum warazu anh, yani aap ko razi hona padega, tab Khuda aap se razi hoga. yeh aam para mein hai.</w:t>
      </w:r>
    </w:p>
    <w:p>
      <w:pPr>
        <w:jc w:val="right"/>
      </w:pPr>
      <w:r>
        <w:t>قرآن میں ہے کہ رَضِيَ اللَّهُ عَنْهُمْ وَرَضُوا عَنْهُ یعنی آپ کو راضی ہونا پڑے گا، تب خدا آپ سے راضی ہوگا۔ یہ عام پارہ میں ہے۔</w:t>
      </w:r>
    </w:p>
    <w:p>
      <w:r>
        <w:rPr>
          <w:b/>
        </w:rPr>
        <w:t xml:space="preserve">[17:20] </w:t>
      </w:r>
      <w:r>
        <w:t>waraziyallahu anhum warazu anh inhī ke liye jannat hai jo razi ho jaye. yeh aap Quran ki ayat hai ke woh razi ho gaye Allah par</w:t>
      </w:r>
    </w:p>
    <w:p>
      <w:pPr>
        <w:jc w:val="right"/>
      </w:pPr>
      <w:r>
        <w:t>وَرَضِيَ اللَّهُ عَنْهُمْ وَرَضُوا عَنْهُ انہی کے لئے جنت ہے جو راضی ہو جائے۔ یہ آپ قرآن کی آیت ہے کہ وہ راضی ہوگئے اللہ پر</w:t>
      </w:r>
    </w:p>
    <w:p>
      <w:r>
        <w:rPr>
          <w:b/>
        </w:rPr>
        <w:t xml:space="preserve">[17:31] </w:t>
      </w:r>
      <w:r>
        <w:t>, tab razi hua Allah un par. to razi hone ke maani kya hain? yahi matlab hai ke Allah ke takhleeqi mansoobe par razi hona.</w:t>
      </w:r>
    </w:p>
    <w:p>
      <w:pPr>
        <w:jc w:val="right"/>
      </w:pPr>
      <w:r>
        <w:t>، تب راضی ہوا اللہ ان پر۔ تو راضی ہونے کے معنی کیا ہیں؟ یہی مطلب ہے کہ اللہ کے تخلیقی منصوبے پر راضی ہونا۔</w:t>
      </w:r>
    </w:p>
    <w:p>
      <w:r>
        <w:rPr>
          <w:b/>
        </w:rPr>
        <w:t xml:space="preserve">[17:41] </w:t>
      </w:r>
      <w:r>
        <w:t>Allah ne insan ko azadi di hai, is par razi hona. Allah ne insan ko haq diya hai ke woh paighambar ko pathar maare, Hazrat Umar ko shaheed kare, is par razi hona.</w:t>
      </w:r>
    </w:p>
    <w:p>
      <w:pPr>
        <w:jc w:val="right"/>
      </w:pPr>
      <w:r>
        <w:t>اللہ نے انسان کو آزادی دی ہے، اس پر راضی ہونا۔ اللہ نے انسان کو حق دیا ہے کہ وہ پیغمبر کو پتھر مارے، حضرت عمر کو شہید کرے، اس پر راضی ہونا۔</w:t>
      </w:r>
    </w:p>
    <w:p>
      <w:r>
        <w:rPr>
          <w:b/>
        </w:rPr>
        <w:t xml:space="preserve">[17:56] </w:t>
      </w:r>
      <w:r>
        <w:t>tab Khuda aap se razi</w:t>
      </w:r>
    </w:p>
    <w:p>
      <w:pPr>
        <w:jc w:val="right"/>
      </w:pPr>
      <w:r>
        <w:t>تب خدا آپ سے راض</w:t>
      </w:r>
    </w:p>
    <w:p>
      <w:r>
        <w:rPr>
          <w:b/>
        </w:rPr>
        <w:t xml:space="preserve">[17:57] </w:t>
      </w:r>
      <w:r>
        <w:t>hoga. aur agar aap shikayat karein, ehtejaj karein, ladai chhidayein, bam maarein, to is ka matlab hai ke aap Khuda ke mansoobe par razi nahi hue.</w:t>
      </w:r>
    </w:p>
    <w:p>
      <w:pPr>
        <w:jc w:val="right"/>
      </w:pPr>
      <w:r>
        <w:t>ی ہوگا۔ اور اگر آپ شکایت کریں، احتجاج کریں، لڑائی چھڑائیں، بم ماریں، تو اس کا معنی ہے کہ آپ خدا کے منصوبے پر راضی نہیں ہوئے۔</w:t>
      </w:r>
    </w:p>
    <w:p>
      <w:r>
        <w:rPr>
          <w:b/>
        </w:rPr>
        <w:t xml:space="preserve">[18:07] </w:t>
      </w:r>
      <w:r>
        <w:t>aise log jannat ki khushbu bhi nahi payenge, yaad rakhiye, jo Allah ke mansoobe par razi na hon.</w:t>
      </w:r>
    </w:p>
    <w:p>
      <w:pPr>
        <w:jc w:val="right"/>
      </w:pPr>
      <w:r>
        <w:t>ایسے لوگ جنت کی خوشبو بھی نہیں پائیں گے، یاد رکھیے، جو اللہ کے منصوبے پر راضی نہ ہوں۔</w:t>
      </w:r>
    </w:p>
    <w:p>
      <w:r>
        <w:rPr>
          <w:b/>
        </w:rPr>
        <w:t xml:space="preserve">[18:15] </w:t>
      </w:r>
      <w:r>
        <w:t>bahut hi sangin baat hai, yaad rakhiye yeh.</w:t>
      </w:r>
    </w:p>
    <w:p>
      <w:pPr>
        <w:jc w:val="right"/>
      </w:pPr>
      <w:r>
        <w:t>بہت ہی سنگین بات ہے، یاد رکھیے یہ۔</w:t>
      </w:r>
    </w:p>
    <w:p>
      <w:r>
        <w:rPr>
          <w:b/>
        </w:rPr>
        <w:t xml:space="preserve">[18:20] </w:t>
      </w:r>
      <w:r>
        <w:t>aap ko Allah ke mansoobe par, Allah ke mansoobe par razi hona padega, ya to phir jannat ka rizq lena padega.</w:t>
      </w:r>
    </w:p>
    <w:p>
      <w:pPr>
        <w:jc w:val="right"/>
      </w:pPr>
      <w:r>
        <w:t>آپ کو اللہ کے منصوبے پر، اللہ کے منصوبے پر راضی ہونا پڑے گا، یا تو پھر جنت کا رزق لینا پڑے گا۔</w:t>
      </w:r>
    </w:p>
    <w:p>
      <w:r>
        <w:rPr>
          <w:b/>
        </w:rPr>
        <w:t xml:space="preserve">[18:32] </w:t>
      </w:r>
      <w:r>
        <w:t>yeh sare musalman, duniya bhar ke musalman, protestant community bane hue hain.</w:t>
      </w:r>
    </w:p>
    <w:p>
      <w:pPr>
        <w:jc w:val="right"/>
      </w:pPr>
      <w:r>
        <w:t>یہ سارے مسلمان، دنیا بھر کے مسلمان، پروٹیسٹنٹ کمیونٹی بنے ہوئے ہیں۔</w:t>
      </w:r>
    </w:p>
    <w:p>
      <w:r>
        <w:rPr>
          <w:b/>
        </w:rPr>
        <w:t xml:space="preserve">[18:40] </w:t>
      </w:r>
      <w:r>
        <w:t>duniya mein mein jahan bhi gaya, India mein ho, Pakistan mein ho, America mein ho, kahin bhi, sare musalman jo ek arab se zyada hain, sab kya hain?</w:t>
      </w:r>
    </w:p>
    <w:p>
      <w:pPr>
        <w:jc w:val="right"/>
      </w:pPr>
      <w:r>
        <w:t>دنیا میں میں جہاں بھی گیا، انڈیا میں ہو، پاکستان میں ہو، امریکہ میں ہو، کہیں بھی، سارے مسلمان جو ایک ارب سے زیادہ ہیں، سب کیا ہیں؟</w:t>
      </w:r>
    </w:p>
    <w:p>
      <w:r>
        <w:rPr>
          <w:b/>
        </w:rPr>
        <w:t xml:space="preserve">[18:51] </w:t>
      </w:r>
      <w:r>
        <w:t>protestant community bani hui hai. shikayat, ehtejaj kis ke khilaf? kahin Hindu ke khilaf, kahin Yahudi ke khilaf, kahin Isai ke khilaf, kahin America ke khilaf, kahin un ke khilaf, kahin un ke khilaf.</w:t>
      </w:r>
    </w:p>
    <w:p>
      <w:pPr>
        <w:jc w:val="right"/>
      </w:pPr>
      <w:r>
        <w:t>پروٹیسٹنٹ کمیونٹی بنی ہوئی ہے۔ شکایت، احتجاج کس کے خلاف؟ کہیں ہندو کے خلاف، کہیں یہودی کے خلاف، کہیں عیسائی کے خلاف، کہیں امریکہ کے خلاف، کہیں ان کے خلاف، کہیں ان کے خلاف۔</w:t>
      </w:r>
    </w:p>
    <w:p>
      <w:r>
        <w:rPr>
          <w:b/>
        </w:rPr>
        <w:t xml:space="preserve">[19:05] </w:t>
      </w:r>
      <w:r>
        <w:t>yeh shikayatein ya ehtejaj, yeh ehtej</w:t>
      </w:r>
    </w:p>
    <w:p>
      <w:pPr>
        <w:jc w:val="right"/>
      </w:pPr>
      <w:r>
        <w:t>یہ شکایتیں یا احتجاج، یہ احتج</w:t>
      </w:r>
    </w:p>
    <w:p>
      <w:r>
        <w:rPr>
          <w:b/>
        </w:rPr>
        <w:t xml:space="preserve">[19:08] </w:t>
      </w:r>
      <w:r>
        <w:t>aj, yaad rakhiye, kisi qaum ke khilaf nahi hai yeh. Khuda ke khilaf hai yeh.</w:t>
      </w:r>
    </w:p>
    <w:p>
      <w:pPr>
        <w:jc w:val="right"/>
      </w:pPr>
      <w:r>
        <w:t>اج، یاد رکھیے، کسی قوم کے خلاف نہیں ہے یہ۔ خدا کے خلاف ہے یہ۔</w:t>
      </w:r>
    </w:p>
    <w:p>
      <w:r>
        <w:rPr>
          <w:b/>
        </w:rPr>
        <w:t xml:space="preserve">[19:16] </w:t>
      </w:r>
      <w:r>
        <w:t>amli taur par is ka matlab kya hai? ke aap yeh keh rahe hain ke Khudaya tu ne logon ko azadi kyun di? ke kya hum ko satate hain woh?</w:t>
      </w:r>
    </w:p>
    <w:p>
      <w:pPr>
        <w:jc w:val="right"/>
      </w:pPr>
      <w:r>
        <w:t>عملی طور پر اس کا مطلب کیا ہے؟ کہ آپ یہ کہہ رہے ہیں کہ خدایا تو نے لوگوں کو آزادی کیوں دی؟ کہ کیا ہم کو ستاتے ہیں وہ؟</w:t>
      </w:r>
    </w:p>
    <w:p>
      <w:r>
        <w:rPr>
          <w:b/>
        </w:rPr>
        <w:t xml:space="preserve">[19:26] </w:t>
      </w:r>
      <w:r>
        <w:t>to Khuda kahega tu bhaad mein jao, hum to azadi denge is ko, kyunke humein imtehan lena hai is ka.</w:t>
      </w:r>
    </w:p>
    <w:p>
      <w:pPr>
        <w:jc w:val="right"/>
      </w:pPr>
      <w:r>
        <w:t>تو خدا کہے گا تو بھاڑ میں جاؤ، ہم تو آزادی دیں گے اس کو، کیونکہ ہمیں امتحان لینا ہے اس کا۔</w:t>
      </w:r>
    </w:p>
    <w:p>
      <w:r>
        <w:rPr>
          <w:b/>
        </w:rPr>
        <w:t xml:space="preserve">[19:35] </w:t>
      </w:r>
      <w:r>
        <w:t>kisi ki shikayat, kisi ka ehtejaj, kisi ka ehtejaj karna, yeh nahi ho sakta, nahi ho sakta ke Allah taala logon ki azadi ko khatam kar de.</w:t>
      </w:r>
    </w:p>
    <w:p>
      <w:pPr>
        <w:jc w:val="right"/>
      </w:pPr>
      <w:r>
        <w:t>کسی کی شکایت، کسی کا احتجاج، کسی کا احتجاج کرنا، یہ نہیں ہو سکتا، نہیں ہو سکتا کہ اللہ تعالیٰ لوگوں کی آزادی کو ختم کر دے۔</w:t>
      </w:r>
    </w:p>
    <w:p>
      <w:r>
        <w:rPr>
          <w:b/>
        </w:rPr>
        <w:t xml:space="preserve">[19:45] </w:t>
      </w:r>
      <w:r>
        <w:t>satane ki azadi, aap ke jazbat ko majrooh karne ki azadi, aap ke khilaf mansooba banane ki azadi, yeh Khuda nahi chheene ga.</w:t>
      </w:r>
    </w:p>
    <w:p>
      <w:pPr>
        <w:jc w:val="right"/>
      </w:pPr>
      <w:r>
        <w:t>ستانے کی آزادی، آپ کے جذبات کو مجروح کرنے کی آزادی، آپ کے خلاف منصوبہ بنانے کی آزادی، یہ خدا نہیں چھینے گا۔</w:t>
      </w:r>
    </w:p>
    <w:p>
      <w:r>
        <w:rPr>
          <w:b/>
        </w:rPr>
        <w:t xml:space="preserve">[19:57] </w:t>
      </w:r>
      <w:r>
        <w:t>yaad rakhiye, yeh sab hona hi hona hai. to aap ko kya karna hai? altani karna hai.</w:t>
      </w:r>
    </w:p>
    <w:p>
      <w:pPr>
        <w:jc w:val="right"/>
      </w:pPr>
      <w:r>
        <w:t>یاد رکھیے، یہ سب ہونا ہی ہونا ہے۔ تو آپ کو کیا کرنا ہے؟ الطانی کرنا ہے۔</w:t>
      </w:r>
    </w:p>
    <w:p>
      <w:r>
        <w:rPr>
          <w:b/>
        </w:rPr>
        <w:t xml:space="preserve">[20:04] </w:t>
      </w:r>
      <w:r>
        <w:t>alajla nahi karna hai. yani jab bhi koi soorat-e-haal pesh aaye to baith kar sochein, mashwara kijiye, behas kijiye, thande tareeqe se jaiza lijeye.</w:t>
      </w:r>
    </w:p>
    <w:p>
      <w:pPr>
        <w:jc w:val="right"/>
      </w:pPr>
      <w:r>
        <w:t>العجلہ نہیں کرنا ہے۔ یعنی جب بھی کوئی صورتحال پیش آئے تو بیٹھ کر سوچیے، مشورہ کیجیے، بحث کیجیے، ٹھنڈے طریقے سے جائزہ لیجیے۔</w:t>
      </w:r>
    </w:p>
    <w:p>
      <w:r>
        <w:rPr>
          <w:b/>
        </w:rPr>
        <w:t xml:space="preserve">[20:21] </w:t>
      </w:r>
      <w:r>
        <w:t>jaisa ke Rasool Allah Sal Allahu Alaihi Wasallam ne kiya.</w:t>
      </w:r>
    </w:p>
    <w:p>
      <w:pPr>
        <w:jc w:val="right"/>
      </w:pPr>
      <w:r>
        <w:t>جیسا کہ رسول اللہ صلی اللہ علیہ وسلم نے کیا۔</w:t>
      </w:r>
    </w:p>
    <w:p>
      <w:r>
        <w:rPr>
          <w:b/>
        </w:rPr>
        <w:t xml:space="preserve">[20:24] </w:t>
      </w:r>
      <w:r>
        <w:t>ab aap dekhiye, makka mein rasool Allah sal Allah alaihi wasallam, makka watan tha rasool Allah sal Allah alaihi wasallam ka. aur unhon ne itna pareshan kiya, itna pareshan kiya ke rasool Allah yaani majboor ho gaye makka chhodne ke liye.</w:t>
      </w:r>
    </w:p>
    <w:p>
      <w:pPr>
        <w:jc w:val="right"/>
      </w:pPr>
      <w:r>
        <w:t>اب آپ دیکھیے، مکہ میں رسول اللہ صلی اللہ علیہ وسلم، مکہ وطن تھا رسول اللہ صلی اللہ علیہ وسلم کا۔ اور انہوں نے اتنا پریشان کیا، اتنا پریشان کیا کہ رسول اللہ یعنی مجبور ہو گئے مکہ چھوڑنے کے لیے۔</w:t>
      </w:r>
    </w:p>
    <w:p>
      <w:r>
        <w:rPr>
          <w:b/>
        </w:rPr>
        <w:t xml:space="preserve">[20:42] </w:t>
      </w:r>
      <w:r>
        <w:t>boycott kar diya. boycott karne ka matlab jante hain kya tha?</w:t>
      </w:r>
    </w:p>
    <w:p>
      <w:pPr>
        <w:jc w:val="right"/>
      </w:pPr>
      <w:r>
        <w:t>بائیکاٹ کر دیا۔ بائیکاٹ کرنے کا مطلب جانتے ہیں کیا تھا؟</w:t>
      </w:r>
    </w:p>
    <w:p>
      <w:r>
        <w:rPr>
          <w:b/>
        </w:rPr>
        <w:t xml:space="preserve">[20:46] </w:t>
      </w:r>
      <w:r>
        <w:t>yaani makka ka shahar chhod kar log chale gaye is mein, ghaati mein, jis ko kehte hain shib abi talib.</w:t>
      </w:r>
    </w:p>
    <w:p>
      <w:pPr>
        <w:jc w:val="right"/>
      </w:pPr>
      <w:r>
        <w:t>یعنی مکہ کا شہر چھوڑ کر لوگ چلے گئے اس میں، گھاٹی میں، جس کو کہتے ہیں شیب ابی طالب۔</w:t>
      </w:r>
    </w:p>
    <w:p>
      <w:r>
        <w:rPr>
          <w:b/>
        </w:rPr>
        <w:t xml:space="preserve">[20:57] </w:t>
      </w:r>
      <w:r>
        <w:t>wahan kuch bhi nahi tha. patthar the, patthar bas. kuch khane ke liye nahi tha. darakhton ki jarrein khate the log. aur jante hain kya hua?</w:t>
      </w:r>
    </w:p>
    <w:p>
      <w:pPr>
        <w:jc w:val="right"/>
      </w:pPr>
      <w:r>
        <w:t>وہاں کچھ بھی نہیں تھا۔ پتھر تھے، پتھر بس۔ کچھ کھانے کے لیے نہیں تھا۔ درختوں کی جڑیں کھاتے تھے لوگ۔ اور جانتے ہیں کیا ہوا؟</w:t>
      </w:r>
    </w:p>
    <w:p>
      <w:r>
        <w:rPr>
          <w:b/>
        </w:rPr>
        <w:t xml:space="preserve">[21:10] </w:t>
      </w:r>
      <w:r>
        <w:t>rasool Allah ki ahliya mohtarma khadija aap ke sath theen.</w:t>
      </w:r>
    </w:p>
    <w:p>
      <w:pPr>
        <w:jc w:val="right"/>
      </w:pPr>
      <w:r>
        <w:t>رسول اللہ کی اہلیہ محترمہ خدیجہ آپ کے ساتھ تھیں۔</w:t>
      </w:r>
    </w:p>
    <w:p>
      <w:r>
        <w:rPr>
          <w:b/>
        </w:rPr>
        <w:t xml:space="preserve">[21:16] </w:t>
      </w:r>
      <w:r>
        <w:t>isi mein un ki wafat ho gayi, isi musibaton mein. kyunke woh bohat achhe ghar ki theen. woh aaram mein pali theen.</w:t>
      </w:r>
    </w:p>
    <w:p>
      <w:pPr>
        <w:jc w:val="right"/>
      </w:pPr>
      <w:r>
        <w:t>اسی میں ان کی وفات ہو گئی، اسی مصیبتوں میں۔ کیونکہ وہ بہت اچھے گھر کی تھیں۔ وہ آرام میں پلی تھیں۔</w:t>
      </w:r>
    </w:p>
    <w:p>
      <w:r>
        <w:rPr>
          <w:b/>
        </w:rPr>
        <w:t xml:space="preserve">[21:25] </w:t>
      </w:r>
      <w:r>
        <w:t>paise wali theen. ab rasool Allah se shadi ke baad un ko musibat pesh aayi aur jaana pada un ko. to kitabon mein aata hai ke Hazrat Khadija jo theen, woh saaf rang ki khatoon theen.</w:t>
      </w:r>
    </w:p>
    <w:p>
      <w:pPr>
        <w:jc w:val="right"/>
      </w:pPr>
      <w:r>
        <w:t>پیسے والی تھیں۔ اب رسول اللہ سے شادی کے بعد ان کو مصیبت پیش آئی اور جانا پڑا ان کو۔ تو کتابوں میں آتا ہے کہ حضرت خدیجہ جو تھیں، وہ صاف رنگ کی خاتون تھیں۔</w:t>
      </w:r>
    </w:p>
    <w:p>
      <w:r>
        <w:rPr>
          <w:b/>
        </w:rPr>
        <w:t xml:space="preserve">[21:37] </w:t>
      </w:r>
      <w:r>
        <w:t>yaani safed rang ki.</w:t>
      </w:r>
    </w:p>
    <w:p>
      <w:pPr>
        <w:jc w:val="right"/>
      </w:pPr>
      <w:r>
        <w:t>یعنی سفید رنگ کی۔</w:t>
      </w:r>
    </w:p>
    <w:p>
      <w:r>
        <w:rPr>
          <w:b/>
        </w:rPr>
        <w:t xml:space="preserve">[21:39] </w:t>
      </w:r>
      <w:r>
        <w:t>aur un ka rang kala ho gaya. kyunke jarrein khate the, patte khate the. un ka rang jo tha safed, woh kala rang ho gaya.</w:t>
      </w:r>
    </w:p>
    <w:p>
      <w:pPr>
        <w:jc w:val="right"/>
      </w:pPr>
      <w:r>
        <w:t>اور ان کا رنگ کالا ہو گیا۔ کیونکہ جڑیں کھاتی تھیں، پتے کھاتی تھیں۔ ان کا رنگ جو تھا سفید، وہ کالا رنگ ہو گیا۔</w:t>
      </w:r>
    </w:p>
    <w:p>
      <w:r>
        <w:rPr>
          <w:b/>
        </w:rPr>
        <w:t xml:space="preserve">[21:50] </w:t>
      </w:r>
      <w:r>
        <w:t>yahan tak aata hai ke jo woh the, yaani bathroom pe jati theen to jaise ke bhed bakri ki woh hoti hai, is tarike se hoti thi. yaani aisi musibaten padin.</w:t>
      </w:r>
    </w:p>
    <w:p>
      <w:pPr>
        <w:jc w:val="right"/>
      </w:pPr>
      <w:r>
        <w:t>یہاں تک آتا ہے کہ جو وہ تھے، یعنی باتھ روم پہ جاتی تھیں تو جیسے کہ بھیڑ بکری کی وہ ہوتی ہے، اس طریقے سے ہوتی تھی۔ یعنی ایسی مصیبتیں پڑی۔</w:t>
      </w:r>
    </w:p>
    <w:p>
      <w:r>
        <w:rPr>
          <w:b/>
        </w:rPr>
        <w:t xml:space="preserve">[22:04] </w:t>
      </w:r>
      <w:r>
        <w:t>kyunke aap koi saboot nahi de sakte ke rasool Allah ne shikayat ki ho, ihtijaj kiya ho, hungama khada kiya ho.</w:t>
      </w:r>
    </w:p>
    <w:p>
      <w:pPr>
        <w:jc w:val="right"/>
      </w:pPr>
      <w:r>
        <w:t>کیونکہ آپ کوئی ثبوت نہیں دے سکتے کہ رسول اللہ نے شکایت کی ہو، احتجاج کیا ہو، ہنگامہ کھڑا کیا ہو۔</w:t>
      </w:r>
    </w:p>
    <w:p>
      <w:r>
        <w:rPr>
          <w:b/>
        </w:rPr>
        <w:t xml:space="preserve">[22:13] </w:t>
      </w:r>
      <w:r>
        <w:t>bas sabr, sabr, sabr, sabr, sabr. aakhir mein kya hua? un logon ne faisla kiya ke aap ko qatl karwa lein. is waqt yaani terah saal ki tablegh ke nateeje mein kafi log makke ke andar aur makke ke bahar aap ke saathi ban chuke the.</w:t>
      </w:r>
    </w:p>
    <w:p>
      <w:pPr>
        <w:jc w:val="right"/>
      </w:pPr>
      <w:r>
        <w:t>بس صبر، صبر، صبر، صبر، صبر۔ آخر میں کیا ہوا؟ ان لوگوں نے فیصلہ کیا کہ آپ کو قتل کروا لیں۔ اس وقت یعنی تیرہ سال کی تبلیغ کے نتیجے میں کافی لوگ مکے کے اندر اور مکے کے باہر آپ کے ساتھی بن چکے تھے۔</w:t>
      </w:r>
    </w:p>
    <w:p>
      <w:r>
        <w:rPr>
          <w:b/>
        </w:rPr>
        <w:t xml:space="preserve">[22:35] </w:t>
      </w:r>
      <w:r>
        <w:t>aur woh log tayyar the jihad karne ke liye. woh log tayyar the jihad karne ke liye.</w:t>
      </w:r>
    </w:p>
    <w:p>
      <w:pPr>
        <w:jc w:val="right"/>
      </w:pPr>
      <w:r>
        <w:t>اور وہ لوگ تیار تھے جہاد کرنے کے لیے۔ وہ لوگ تیار تھے جہاد کرنے کے لیے۔</w:t>
      </w:r>
    </w:p>
    <w:p>
      <w:r>
        <w:rPr>
          <w:b/>
        </w:rPr>
        <w:t xml:space="preserve">[22:42] </w:t>
      </w:r>
      <w:r>
        <w:t>hamein ijazat di ke hum jihad karenge, un se ladenge.</w:t>
      </w:r>
    </w:p>
    <w:p>
      <w:pPr>
        <w:jc w:val="right"/>
      </w:pPr>
      <w:r>
        <w:t>ہمیں اجازت دی کہ ہم جہاد کریں گے، ان سے لڑیں گے۔</w:t>
      </w:r>
    </w:p>
    <w:p>
      <w:r>
        <w:rPr>
          <w:b/>
        </w:rPr>
        <w:t xml:space="preserve">[22:48] </w:t>
      </w:r>
      <w:r>
        <w:t>to aap ne farmaya ke nahi, kabhi nahi. inni lam amr bil qatal mujhe Allah ki taraf se ladne ka hukum nahi aaya hai.</w:t>
      </w:r>
    </w:p>
    <w:p>
      <w:pPr>
        <w:jc w:val="right"/>
      </w:pPr>
      <w:r>
        <w:t>تو آپ نے فرمایا کہ نہیں، کبھی نہیں۔ إِنِّي لَمْ أُمْرَ بِالْقَتَالِ مجھے اللہ کی طرف سے لڑنے کا حکم نہیں آیا ہے۔</w:t>
      </w:r>
    </w:p>
    <w:p>
      <w:r>
        <w:rPr>
          <w:b/>
        </w:rPr>
        <w:t xml:space="preserve">[23:00] </w:t>
      </w:r>
      <w:r>
        <w:t>sabr karne ka hukum aaya hai, sabr karna hai. yahan tak ke terahveen saal aisa hua ke un logon ne aap ke ghar ko gher liya.</w:t>
      </w:r>
    </w:p>
    <w:p>
      <w:pPr>
        <w:jc w:val="right"/>
      </w:pPr>
      <w:r>
        <w:t>صبر کرنے کا حکم آیا ہے، صبر کرنا ہے۔ یہاں تک کہ تیرہویں سال ایسا ہوا کہ ان لوگوں نے آپ کے گھر کو گھیر لیا۔</w:t>
      </w:r>
    </w:p>
    <w:p>
      <w:r>
        <w:rPr>
          <w:b/>
        </w:rPr>
        <w:t xml:space="preserve">[23:12] </w:t>
      </w:r>
      <w:r>
        <w:t>dekhein, arab ka kirdaar tha, ghar mein ghus kar nahi marte the woh. bohat kirdaar wale the log. un ka tareeqa aisa tha ke arab ghus kar nahi mar sakte the woh.</w:t>
      </w:r>
    </w:p>
    <w:p>
      <w:pPr>
        <w:jc w:val="right"/>
      </w:pPr>
      <w:r>
        <w:t>دیکھیں، عرب کا کردار تھا، گھر میں گھس کر نہیں مارتے تھے وہ۔ بہت کردار والے تھے لوگ۔ ان کا طریقہ ایسا تھا کہ عرب گھس کر نہیں مار سکتے تھے وہ۔</w:t>
      </w:r>
    </w:p>
    <w:p>
      <w:r>
        <w:rPr>
          <w:b/>
        </w:rPr>
        <w:t xml:space="preserve">[23:24] </w:t>
      </w:r>
      <w:r>
        <w:t>yeh jo aata hai kitabon mein ke ghar ke bahar talwar liye khade the, is ka raaz yeh hai ke woh ghus nahi sakte the woh.</w:t>
      </w:r>
    </w:p>
    <w:p>
      <w:pPr>
        <w:jc w:val="right"/>
      </w:pPr>
      <w:r>
        <w:t>یہ جو آتا ہے کتابوں میں کہ گھر کے باہر تلوار لیے کھڑے تھے، اس کا راز یہ ہے کہ وہ گھس نہیں سکتے تھے وہ۔</w:t>
      </w:r>
    </w:p>
    <w:p>
      <w:r>
        <w:rPr>
          <w:b/>
        </w:rPr>
        <w:t xml:space="preserve">[23:32] </w:t>
      </w:r>
      <w:r>
        <w:t>aise ajib ghareeb log the woh. ek khayme mein ek aurat thi, zevar pehni hui.</w:t>
      </w:r>
    </w:p>
    <w:p>
      <w:pPr>
        <w:jc w:val="right"/>
      </w:pPr>
      <w:r>
        <w:t>ایسے عجیب غریب لوگ تھے وہ۔ ایک خیمے میں ایک عورت تھی، زیور پہنی ہوئی۔</w:t>
      </w:r>
    </w:p>
    <w:p>
      <w:r>
        <w:rPr>
          <w:b/>
        </w:rPr>
        <w:t xml:space="preserve">[23:40] </w:t>
      </w:r>
      <w:r>
        <w:t>to ek daku wahan aa gaya aur kaha ke tum apna zevar utaro. to jante hain kya kiya kiya is ne?</w:t>
      </w:r>
    </w:p>
    <w:p>
      <w:pPr>
        <w:jc w:val="right"/>
      </w:pPr>
      <w:r>
        <w:t>تو ایک ڈاکو وہاں آ گیا اور کہا کہ تم اپنا زیور اتارو۔ تو جانتے ہیں کیا کیا کیا اس نے؟</w:t>
      </w:r>
    </w:p>
    <w:p>
      <w:r>
        <w:rPr>
          <w:b/>
        </w:rPr>
        <w:t xml:space="preserve">[23:49] </w:t>
      </w:r>
      <w:r>
        <w:t>is se hukum diya ke tum apna chehra idhar karo, peeth meri taraf karo. aur utar ke do mujhe zevar, nahi to maar dalunga. yeh ajib ghareeb kirdaar tha arbon ka.</w:t>
      </w:r>
    </w:p>
    <w:p>
      <w:pPr>
        <w:jc w:val="right"/>
      </w:pPr>
      <w:r>
        <w:t>اسے حکم دیا کہ تم اپنا چہرہ ادھر کرو، پیٹھ میری طرف کرو۔ اور اتار کے دو مجھے زیور، نہیں تو مار ڈالوں گا۔ یہ عجیب غریب کردار تھا عربوں کا۔</w:t>
      </w:r>
    </w:p>
    <w:p>
      <w:r>
        <w:rPr>
          <w:b/>
        </w:rPr>
        <w:t xml:space="preserve">[24:01] </w:t>
      </w:r>
      <w:r>
        <w:t>is ko al marwah kaha jata hai. al marwah. to woh log bahar khade the, ghar mein ghus nahi sakte the.</w:t>
      </w:r>
    </w:p>
    <w:p>
      <w:pPr>
        <w:jc w:val="right"/>
      </w:pPr>
      <w:r>
        <w:t>اس کو المروہ کہا جاتا ہے۔ المروہ۔ تو وہ لوگ باہر کھڑے تھے، گھر میں گھس نہیں سکتے تھے۔</w:t>
      </w:r>
    </w:p>
    <w:p>
      <w:r>
        <w:rPr>
          <w:b/>
        </w:rPr>
        <w:t xml:space="preserve">[24:10] </w:t>
      </w:r>
      <w:r>
        <w:t>to raat ko rasool Allah sal Allah alaihi wasallam isi darwaze se nikal kar chale gaye madina.</w:t>
      </w:r>
    </w:p>
    <w:p>
      <w:pPr>
        <w:jc w:val="right"/>
      </w:pPr>
      <w:r>
        <w:t>تو رات کو رسول اللہ صلی اللہ علیہ وسلم اسی دروازے سے نکل کر چلے گئے مدینہ۔</w:t>
      </w:r>
    </w:p>
    <w:p>
      <w:r>
        <w:rPr>
          <w:b/>
        </w:rPr>
        <w:t xml:space="preserve">[24:19] </w:t>
      </w:r>
      <w:r>
        <w:t>yeh kya cheez thi? yeh al taani thi. al taani. agar aap ajala ka tareeqa ikhtiyar karte, jald bazi ka, to pukarte apne sathiyon ko, daudo, daudo, in ko marna hai.</w:t>
      </w:r>
    </w:p>
    <w:p>
      <w:pPr>
        <w:jc w:val="right"/>
      </w:pPr>
      <w:r>
        <w:t>یہ کیا چیز تھی؟ یہ الطانی تھی۔ الطانی۔ اگر آپ عجلہ کا طریقہ اختیار کرتے، جلد بازی کا، تو پکارتے اپنے ساتھیوں کو، دوڑو، دوڑو، ان کو مارنا ہے۔</w:t>
      </w:r>
    </w:p>
    <w:p>
      <w:r>
        <w:rPr>
          <w:b/>
        </w:rPr>
        <w:t xml:space="preserve">[24:29] </w:t>
      </w:r>
      <w:r>
        <w:t>dekho, yeh bohat sarkash ho gaye hain. bohat saathi jama ho jaate hain. balke aap ne sab ko hukum de diya ke sab chale jayen makka chhod kar.</w:t>
      </w:r>
    </w:p>
    <w:p>
      <w:pPr>
        <w:jc w:val="right"/>
      </w:pPr>
      <w:r>
        <w:t>دیکھو، یہ بہت سرکش ہو گئے ہیں۔ بہت ساتھی جمع ہو جاتے ہیں۔ بلکہ آپ نے سب کو حکم دے دیا کہ سب چلے جائیں مکہ چھوڑ کر۔</w:t>
      </w:r>
    </w:p>
    <w:p>
      <w:r>
        <w:rPr>
          <w:b/>
        </w:rPr>
        <w:t xml:space="preserve">[24:41] </w:t>
      </w:r>
      <w:r>
        <w:t>to is waqt jab ke aap ko boycott kiya gaya, aap ko qatl karna chaha, aap ko jala watan karna chaha, to aap ne ajla wala tareeqa ikhtiyar nahi kiya, balkeh taani wala tareeqa ikhtiyar kiya.</w:t>
      </w:r>
    </w:p>
    <w:p>
      <w:pPr>
        <w:jc w:val="right"/>
      </w:pPr>
      <w:r>
        <w:t>تو اس وقت جب کہ آپ کو بائیکاٹ کیا گیا، آپ کو قتل کرنا چاہا، آپ کو جلا وطن کرنا چاہا، تو آپ نے عجلہ والا طریقہ اختیار نہیں کیا، بلکہ طانی والا طریقہ اختیار کیا۔</w:t>
      </w:r>
    </w:p>
    <w:p>
      <w:r>
        <w:rPr>
          <w:b/>
        </w:rPr>
        <w:t xml:space="preserve">[24:59] </w:t>
      </w:r>
      <w:r>
        <w:t>ajla yeh tha hota ke aap logon ko kehte ke dekho, ab waqt agaya hai larai karne ka. ab hum bardasht nahi kar sakte, hamein larna hai in se.</w:t>
      </w:r>
    </w:p>
    <w:p>
      <w:pPr>
        <w:jc w:val="right"/>
      </w:pPr>
      <w:r>
        <w:t>عجلہ یہ تھا ہوتا کہ آپ لوگوں کو کہتے کہ دیکھو، اب وقت آگیا ہے لڑائی کرنے کا۔ اب ہم برداشت نہیں کر سکتے، ہمیں لڑنا ہے ان سے۔</w:t>
      </w:r>
    </w:p>
    <w:p>
      <w:r>
        <w:rPr>
          <w:b/>
        </w:rPr>
        <w:t xml:space="preserve">[25:13] </w:t>
      </w:r>
      <w:r>
        <w:t>jo ek nazariya khud bana rakha hai logon ne, na?</w:t>
      </w:r>
    </w:p>
    <w:p>
      <w:pPr>
        <w:jc w:val="right"/>
      </w:pPr>
      <w:r>
        <w:t>جو ایک نظریہ خود بنا رکھا ہے لوگوں نے، نا؟</w:t>
      </w:r>
    </w:p>
    <w:p>
      <w:r>
        <w:rPr>
          <w:b/>
        </w:rPr>
        <w:t xml:space="preserve">[25:19] </w:t>
      </w:r>
      <w:r>
        <w:t>jihad ghazi marat shaheed yeh islam ka nazariya nahi hai, jhoota nazariya hai, jhoota. to rasool Allah sal Allah alaihi wasallam ne yeh mansooba nahi banaya ke in se larein, balkeh khamoshi se makkah hi chhod dein.</w:t>
      </w:r>
    </w:p>
    <w:p>
      <w:pPr>
        <w:jc w:val="right"/>
      </w:pPr>
      <w:r>
        <w:t>جِيَهْتُ غَازِيٌّ مَرَتُ شَهِيدٌ یہ اسلام کا نظریہ نہیں ہے، جھوٹا نظریہ ہے، جھوٹا۔ تو رسول اللہ صلی اللہ علیہ وسلم نے یہ منصوبہ نہیں بنایا کہ ان سے لڑیں، بلکہ خاموشی سے مکہ ہی چھوڑ دیں۔</w:t>
      </w:r>
    </w:p>
    <w:p>
      <w:r>
        <w:rPr>
          <w:b/>
        </w:rPr>
        <w:t xml:space="preserve">[25:35] </w:t>
      </w:r>
      <w:r>
        <w:t>yani work place ko badalna.</w:t>
      </w:r>
    </w:p>
    <w:p>
      <w:pPr>
        <w:jc w:val="right"/>
      </w:pPr>
      <w:r>
        <w:t>یعنی ورک پلیس کو بدلنا۔</w:t>
      </w:r>
    </w:p>
    <w:p>
      <w:r>
        <w:rPr>
          <w:b/>
        </w:rPr>
        <w:t xml:space="preserve">[25:39] </w:t>
      </w:r>
      <w:r>
        <w:t>aap ka work place jo tha, abhi tak makkah tha. to aap ne jab dekha ke makkah mein mawaqe nahi hain, to aap khamoshi se madine chale gaye.</w:t>
      </w:r>
    </w:p>
    <w:p>
      <w:pPr>
        <w:jc w:val="right"/>
      </w:pPr>
      <w:r>
        <w:t>آپ کا ورک پلیس جو تھا، ابھی تک مکہ تھا۔ تو آپ نے جب دیکھا کہ مکہ میں مواقع نہیں ہیں، تو آپ خاموشی سے مدینے چلے گئے۔</w:t>
      </w:r>
    </w:p>
    <w:p>
      <w:r>
        <w:rPr>
          <w:b/>
        </w:rPr>
        <w:t xml:space="preserve">[25:53] </w:t>
      </w:r>
      <w:r>
        <w:t>to aap dekhein ke kitni bari misaal hai taani ki. yani well considered response dena soorat-e-haal ka.</w:t>
      </w:r>
    </w:p>
    <w:p>
      <w:pPr>
        <w:jc w:val="right"/>
      </w:pPr>
      <w:r>
        <w:t>تو آپ دیکھیں کہ کتنی بڑی مثال ہے الطانی کی۔ یعنی ویل کنسیڈرڈ رسپانس دینا صورتحال کا۔</w:t>
      </w:r>
    </w:p>
    <w:p>
      <w:r>
        <w:rPr>
          <w:b/>
        </w:rPr>
        <w:t xml:space="preserve">[26:03] </w:t>
      </w:r>
      <w:r>
        <w:t>jo soorat-e-haal paida hui hai, to jald bazi mein ek hai response dena. ek hai soch samajh kar, thande tareeqe se is ka response dena.</w:t>
      </w:r>
    </w:p>
    <w:p>
      <w:pPr>
        <w:jc w:val="right"/>
      </w:pPr>
      <w:r>
        <w:t>جو صورتحال پیدا ہوئی ہے، تو جلد بازی میں ایک ہے رسپانس دینا۔ ایک ہے سوچ سمجھ کر، ٹھنڈے طریقے سے اس کا رسپانس دینا۔</w:t>
      </w:r>
    </w:p>
    <w:p>
      <w:r>
        <w:rPr>
          <w:b/>
        </w:rPr>
        <w:t xml:space="preserve">[26:14] </w:t>
      </w:r>
      <w:r>
        <w:t>to yeh ajla wala response nahi diya rasool Allah sal Allah alaihi wasallam ne. taani wala response diya.</w:t>
      </w:r>
    </w:p>
    <w:p>
      <w:pPr>
        <w:jc w:val="right"/>
      </w:pPr>
      <w:r>
        <w:t>تو یہ عجلہ والا رسپانس نہیں دیا رسول اللہ صلی اللہ علیہ وسلم نے۔ الطانی والا رسپانس دیا۔</w:t>
      </w:r>
    </w:p>
    <w:p>
      <w:r>
        <w:rPr>
          <w:b/>
        </w:rPr>
        <w:t xml:space="preserve">[26:23] </w:t>
      </w:r>
      <w:r>
        <w:t>taani min Allah wal ajla min al shaitan har soorat-e-haal mein kya hota hai?</w:t>
      </w:r>
    </w:p>
    <w:p>
      <w:pPr>
        <w:jc w:val="right"/>
      </w:pPr>
      <w:r>
        <w:t>الطانی من الله والعجلة من الشيطان ہر صورتحال میں کیا ہوتا ہے؟</w:t>
      </w:r>
    </w:p>
    <w:p>
      <w:r>
        <w:rPr>
          <w:b/>
        </w:rPr>
        <w:t xml:space="preserve">[26:28] </w:t>
      </w:r>
      <w:r>
        <w:t>jaise hi koi soorat-e-haal paida hui, foran ek taraf shaitan, ek taraf farishtay aa gaye.</w:t>
      </w:r>
    </w:p>
    <w:p>
      <w:pPr>
        <w:jc w:val="right"/>
      </w:pPr>
      <w:r>
        <w:t>جیسے ہی کوئی صورتحال پیدا ہوئی، فوراً ایک طرف شیطان، ایک طرف فرشتے آ گئے۔</w:t>
      </w:r>
    </w:p>
    <w:p>
      <w:r>
        <w:rPr>
          <w:b/>
        </w:rPr>
        <w:t xml:space="preserve">[26:37] </w:t>
      </w:r>
      <w:r>
        <w:t>ab shaitan kya kehta hai? ke kaise bardasht kiya jayega? yeh to hamari izzat ka mamla hai. yeh to agar hum aaj bardasht kar lein to kal yeh aur pata nahi kya karenge.</w:t>
      </w:r>
    </w:p>
    <w:p>
      <w:pPr>
        <w:jc w:val="right"/>
      </w:pPr>
      <w:r>
        <w:t>اب شیطان کیا کہتا ہے؟ کہ کیسے برداشت کیا جائے گا؟ یہ تو ہماری عزت کا معاملہ ہے۔ یہ تو اگر ہم آج برداشت کر لیں تو کل یہ اور پتہ نہیں کیا کریں گے۔</w:t>
      </w:r>
    </w:p>
    <w:p>
      <w:r>
        <w:rPr>
          <w:b/>
        </w:rPr>
        <w:t xml:space="preserve">[26:48] </w:t>
      </w:r>
      <w:r>
        <w:t>in ko sabak sikhana hai. waghera waghera. yeh shaitan mashwara deta hai. yani shaitan ki yeh mashawarat hoti hai.</w:t>
      </w:r>
    </w:p>
    <w:p>
      <w:pPr>
        <w:jc w:val="right"/>
      </w:pPr>
      <w:r>
        <w:t>ان کو سبق سکھانا ہے۔ وغیرہ وغیرہ۔ یہ شیطان مشورہ دیتا ہے۔ یعنی شیطان کی یہ مشاورت ہوتی ہے۔</w:t>
      </w:r>
    </w:p>
    <w:p>
      <w:r>
        <w:rPr>
          <w:b/>
        </w:rPr>
        <w:t xml:space="preserve">[26:57] </w:t>
      </w:r>
      <w:r>
        <w:t>farishtay kya kehte hain? ke nahi, sabr karo, socho, natije ko. tumhara action natije par markooz hona chahiye.</w:t>
      </w:r>
    </w:p>
    <w:p>
      <w:pPr>
        <w:jc w:val="right"/>
      </w:pPr>
      <w:r>
        <w:t>فرشتے کیا کہتے ہیں؟ کہ نہیں، صبر کرو، سوچو، نتیجے کو۔ تمہارا ایکشن نتیجہ پر مرکوز ہونا چاہیے۔</w:t>
      </w:r>
    </w:p>
    <w:p>
      <w:r>
        <w:rPr>
          <w:b/>
        </w:rPr>
        <w:t xml:space="preserve">[27:11] </w:t>
      </w:r>
      <w:r>
        <w:t>as repeat jo hai daawa work hai. mar mar ke kya? yeh thori kaho ke mar ke khatam ho jaye. hamein daawa work karna hai. yeh yeh farishtay batate hain. to rasool Allah ne farishton ki mashawarat ko mana aur shaitan ki mashawarat ko nahi mana.</w:t>
      </w:r>
    </w:p>
    <w:p>
      <w:pPr>
        <w:jc w:val="right"/>
      </w:pPr>
      <w:r>
        <w:t>As repeat جو ہے دعویٰ ورک ہے۔ مر مر کے کیا؟ یہ تھوڑی کہو کہ مر کے ختم ہو جائے۔ ہمیں دعویٰ ورک کرنا ہے۔ یہ یہ فرشتے بتاتے ہیں۔ تو رسول اللہ نے فرشتوں کی مشاورت کو مانا اور شیطان کی مشاورت کو نہیں مانا۔</w:t>
      </w:r>
    </w:p>
    <w:p>
      <w:r>
        <w:rPr>
          <w:b/>
        </w:rPr>
        <w:t xml:space="preserve">[27:26] </w:t>
      </w:r>
      <w:r>
        <w:t>hijrat kar ke chale gaye.</w:t>
      </w:r>
    </w:p>
    <w:p>
      <w:pPr>
        <w:jc w:val="right"/>
      </w:pPr>
      <w:r>
        <w:t>ہجرت کر کے چلے گئے۔</w:t>
      </w:r>
    </w:p>
    <w:p>
      <w:r>
        <w:rPr>
          <w:b/>
        </w:rPr>
        <w:t xml:space="preserve">[27:29] </w:t>
      </w:r>
      <w:r>
        <w:t>madine. madine mein bhi dekhein,</w:t>
      </w:r>
    </w:p>
    <w:p>
      <w:pPr>
        <w:jc w:val="right"/>
      </w:pPr>
      <w:r>
        <w:t>مدینہ۔ مدینے میں بھی دیکھیں،</w:t>
      </w:r>
    </w:p>
    <w:p>
      <w:r>
        <w:rPr>
          <w:b/>
        </w:rPr>
        <w:t xml:space="preserve">[27:34] </w:t>
      </w:r>
      <w:r>
        <w:t>unhon ne aap ko chhodha nahi. ab unhon ne foj bana kar hamla karna shuru kar diya madine ke upar. madine aur makkah ke beech mein teen sau mil ka faasla tha.</w:t>
      </w:r>
    </w:p>
    <w:p>
      <w:pPr>
        <w:jc w:val="right"/>
      </w:pPr>
      <w:r>
        <w:t>انہوں نے آپ کو چھوڑا نہیں۔ اب انہوں نے فوج بنا کر حملہ کرنا شروع کر دیا مدینہ کے اوپر۔ مدینہ اور مکہ کے بیچ میں تین سو میل کا فاصلہ تھا۔</w:t>
      </w:r>
    </w:p>
    <w:p>
      <w:r>
        <w:rPr>
          <w:b/>
        </w:rPr>
        <w:t xml:space="preserve">[27:47] </w:t>
      </w:r>
      <w:r>
        <w:t>unhon ne kaha ke hum wahan bhi in ko chhodenge nahi. in ko hamein khatam karna hai.</w:t>
      </w:r>
    </w:p>
    <w:p>
      <w:pPr>
        <w:jc w:val="right"/>
      </w:pPr>
      <w:r>
        <w:t>انہوں نے کہا کہ ہم وہاں بھی ان کو چھوڑیں گے نہیں۔ ان کو ہمیں ختم کرنا ہے۔</w:t>
      </w:r>
    </w:p>
    <w:p>
      <w:r>
        <w:rPr>
          <w:b/>
        </w:rPr>
        <w:t xml:space="preserve">[27:56] </w:t>
      </w:r>
      <w:r>
        <w:t>to ek do laraaiyan huin, jis ko mein kaha karta hoon ke yeh war nahi thi. woh jis ko kehte hain excavation. excavation yani jhadapain.</w:t>
      </w:r>
    </w:p>
    <w:p>
      <w:pPr>
        <w:jc w:val="right"/>
      </w:pPr>
      <w:r>
        <w:t>تو ایک دو لڑائیاں ہوئیں، جس کو میں کہا کرتا ہوں کہ یہ وار نہیں تھی۔ وہ جس کو کہتے ہیں excavation۔ excavation یعنی جھڑپیں۔</w:t>
      </w:r>
    </w:p>
    <w:p>
      <w:r>
        <w:rPr>
          <w:b/>
        </w:rPr>
        <w:t xml:space="preserve">[28:07] </w:t>
      </w:r>
      <w:r>
        <w:t>full-fledged war to ek bhi nahi hui. ek bhi nahi hui. yani jo larai dopahar ko shuru ho, sham ko khatam ho jaye.</w:t>
      </w:r>
    </w:p>
    <w:p>
      <w:pPr>
        <w:jc w:val="right"/>
      </w:pPr>
      <w:r>
        <w:t>Full-fledged war تو ایک بھی نہیں ہوئی۔ ایک بھی نہیں ہوئی۔ یعنی جو لڑائی دوپہر کو شروع ہو، شام کو ختم ہو جائے۔</w:t>
      </w:r>
    </w:p>
    <w:p>
      <w:r>
        <w:rPr>
          <w:b/>
        </w:rPr>
        <w:t xml:space="preserve">[28:19] </w:t>
      </w:r>
      <w:r>
        <w:t>to aisi chand laraaiyan huin. to excavations theen woh. jhadapain theen woh. larai nahi thi.</w:t>
      </w:r>
    </w:p>
    <w:p>
      <w:pPr>
        <w:jc w:val="right"/>
      </w:pPr>
      <w:r>
        <w:t>تو ایسی چند لڑائیاں ہوئیں۔ تو excavations تھیں وہ۔ جھڑپیں تھیں وہ۔ لڑائی نہیں تھی۔</w:t>
      </w:r>
    </w:p>
    <w:p>
      <w:r>
        <w:rPr>
          <w:b/>
        </w:rPr>
        <w:t xml:space="preserve">[28:25] </w:t>
      </w:r>
      <w:r>
        <w:t>kyun? rasool Allah sal Allah alaihi wasallam ki sari koshish yeh hoti thi ke kam se kam, yani minimum involvement ho is ke aur aur jaldi se khatam ho jaye mamla.</w:t>
      </w:r>
    </w:p>
    <w:p>
      <w:pPr>
        <w:jc w:val="right"/>
      </w:pPr>
      <w:r>
        <w:t>کیوں؟ رسول اللہ صلی اللہ علیہ وسلم کی ساری کوشش یہ ہوتی تھی کہ کم سے کم، یعنی minimum involvement ہو اس کے اور اور جلدی سے ختم ہو جائے معاملہ۔</w:t>
      </w:r>
    </w:p>
    <w:p>
      <w:r>
        <w:rPr>
          <w:b/>
        </w:rPr>
        <w:t xml:space="preserve">[28:37] </w:t>
      </w:r>
      <w:r>
        <w:t>minimum involvement.</w:t>
      </w:r>
    </w:p>
    <w:p>
      <w:pPr>
        <w:jc w:val="right"/>
      </w:pPr>
      <w:r>
        <w:t>minimum involvement۔</w:t>
      </w:r>
    </w:p>
    <w:p>
      <w:r>
        <w:rPr>
          <w:b/>
        </w:rPr>
        <w:t xml:space="preserve">[28:42] </w:t>
      </w:r>
      <w:r>
        <w:t>yahan tak ke dekhein, ab mein ek misaal deta hoon aap ko.</w:t>
      </w:r>
    </w:p>
    <w:p>
      <w:pPr>
        <w:jc w:val="right"/>
      </w:pPr>
      <w:r>
        <w:t>یہاں تک کہ دیکھیں، اب میں ایک مثال دیتا ہوں آپ کو۔</w:t>
      </w:r>
    </w:p>
    <w:p>
      <w:r>
        <w:rPr>
          <w:b/>
        </w:rPr>
        <w:t xml:space="preserve">[28:47] </w:t>
      </w:r>
      <w:r>
        <w:t>keh woh log makkah mein unhon ne fauj banai aur makkah se rawana ho kar ke madinah ki taraf chale.</w:t>
      </w:r>
    </w:p>
    <w:p>
      <w:pPr>
        <w:jc w:val="right"/>
      </w:pPr>
      <w:r>
        <w:t>کہ وہ لوگ مکہ میں انہوں نے فوج بنائی اور مکہ سے روانہ ہو کر کے مدینہ کی طرف چلے۔</w:t>
      </w:r>
    </w:p>
    <w:p>
      <w:r>
        <w:rPr>
          <w:b/>
        </w:rPr>
        <w:t xml:space="preserve">[28:57] </w:t>
      </w:r>
      <w:r>
        <w:t>to rasool allah salallaho alaihi wasallam jo hai pata karte rehte the un ki sargarmiyon ka. to pata chala keh woh log fauj bana kar madinah ki taraf march kar rahe hain.</w:t>
      </w:r>
    </w:p>
    <w:p>
      <w:pPr>
        <w:jc w:val="right"/>
      </w:pPr>
      <w:r>
        <w:t>تو رسول اللہ صلی اللہ علیہ وسلم جو ہے پتہ کرتے رہتے تھے ان کی سرگرمیوں کا۔ تو پتہ چلا کہ وہ لوگ فوج بنا کر مدینہ کی طرف مارچ کر رہے ہیں۔</w:t>
      </w:r>
    </w:p>
    <w:p>
      <w:r>
        <w:rPr>
          <w:b/>
        </w:rPr>
        <w:t xml:space="preserve">[29:08] </w:t>
      </w:r>
      <w:r>
        <w:t>yani makkah se chal kar madinah ki taraf aa rahe hain.</w:t>
      </w:r>
    </w:p>
    <w:p>
      <w:pPr>
        <w:jc w:val="right"/>
      </w:pPr>
      <w:r>
        <w:t>یعنی مکہ سے چل کر مدینہ کی طرف آ رہے ہیں۔</w:t>
      </w:r>
    </w:p>
    <w:p>
      <w:r>
        <w:rPr>
          <w:b/>
        </w:rPr>
        <w:t xml:space="preserve">[29:11] </w:t>
      </w:r>
      <w:r>
        <w:t>to aap ne apne logon se mashwara kiya. to un mein ek the salman farsi. to aap mashwara karte the keh bhai kya karein?</w:t>
      </w:r>
    </w:p>
    <w:p>
      <w:pPr>
        <w:jc w:val="right"/>
      </w:pPr>
      <w:r>
        <w:t>تو آپ نے اپنے لوگوں سے مشورہ کیا۔ تو ان میں ایک تھے سلمان فارسی۔ تو آپ مشورہ کرتے تھے کہ بھئی کیا کریں؟</w:t>
      </w:r>
    </w:p>
    <w:p>
      <w:r>
        <w:rPr>
          <w:b/>
        </w:rPr>
        <w:t xml:space="preserve">[29:22] </w:t>
      </w:r>
      <w:r>
        <w:t>yeh nahi keh bas bhadak kar ke khare ho jayein, jaise musalman karte hain aaj kal. yeh to bilkul shaitan ke mashware se hota hai yeh jo bhadak kar ke musalman khare hote hain.</w:t>
      </w:r>
    </w:p>
    <w:p>
      <w:pPr>
        <w:jc w:val="right"/>
      </w:pPr>
      <w:r>
        <w:t>یہ نہیں کہ بس بھڑک کر کے کھڑے ہو جائیں، جیسے مسلمان کرتے ہیں آج کل۔ یہ تو بالکل شیطان کے مشورے سے ہوتا ہے یہ جو بھڑک کر کے مسلمان کھڑے ہوتے ہیں۔</w:t>
      </w:r>
    </w:p>
    <w:p>
      <w:r>
        <w:rPr>
          <w:b/>
        </w:rPr>
        <w:t xml:space="preserve">[29:35] </w:t>
      </w:r>
      <w:r>
        <w:t>firishte ke mashware se nahi hota hai.</w:t>
      </w:r>
    </w:p>
    <w:p>
      <w:pPr>
        <w:jc w:val="right"/>
      </w:pPr>
      <w:r>
        <w:t>فرشتے کے مشورے سے نہیں ہوتا ہے۔</w:t>
      </w:r>
    </w:p>
    <w:p>
      <w:r>
        <w:rPr>
          <w:b/>
        </w:rPr>
        <w:t xml:space="preserve">[29:38] </w:t>
      </w:r>
      <w:r>
        <w:t>to aap ne kaha keh hamein ladna nahi, hamein ladne ko talna hai. batao kya kya jaye?</w:t>
      </w:r>
    </w:p>
    <w:p>
      <w:pPr>
        <w:jc w:val="right"/>
      </w:pPr>
      <w:r>
        <w:t>تو آپ نے کہا کہ ہمیں لڑنا نہیں، ہمیں لڑنے کو ٹالنا ہے۔ بتاؤ کیا کیا جائے؟</w:t>
      </w:r>
    </w:p>
    <w:p>
      <w:r>
        <w:rPr>
          <w:b/>
        </w:rPr>
        <w:t xml:space="preserve">[29:48] </w:t>
      </w:r>
      <w:r>
        <w:t>yani usool aap ne diya keh hamein ladna nahi hai. woh to ladne aa rahe hain lekin hamein ladna nahi hai. hamein talna hai. aisa koi formula batao.</w:t>
      </w:r>
    </w:p>
    <w:p>
      <w:pPr>
        <w:jc w:val="right"/>
      </w:pPr>
      <w:r>
        <w:t>یعنی اصول آپ نے دیا کہ ہمیں لڑنا نہیں ہے۔ وہ تو لڑنے آ رہے ہیں لیکن ہمیں لڑنا نہیں ہے۔ ہمیں ٹالنا ہے۔ ایسا کوئی فارمولا بتاؤ۔</w:t>
      </w:r>
    </w:p>
    <w:p>
      <w:r>
        <w:rPr>
          <w:b/>
        </w:rPr>
        <w:t xml:space="preserve">[29:58] </w:t>
      </w:r>
      <w:r>
        <w:t>to salman farsi jo the, woh farsi se aaye the.</w:t>
      </w:r>
    </w:p>
    <w:p>
      <w:pPr>
        <w:jc w:val="right"/>
      </w:pPr>
      <w:r>
        <w:t>تو سلمان فارسی جو تھے، وہ فارس سے آئے تھے۔</w:t>
      </w:r>
    </w:p>
    <w:p>
      <w:r>
        <w:rPr>
          <w:b/>
        </w:rPr>
        <w:t xml:space="preserve">[30:03] </w:t>
      </w:r>
      <w:r>
        <w:t>to unhon ne kaha keh dekhein, hamare jo badshah log hain, woh kya karte hain? jab ladai ko talna chahte hain to trench khodte hain.</w:t>
      </w:r>
    </w:p>
    <w:p>
      <w:pPr>
        <w:jc w:val="right"/>
      </w:pPr>
      <w:r>
        <w:t>تو انہوں نے کہا کہ دیکھیں، ہمارے جو بادشاہ لوگ ہیں، وہ کیا کرتے ہیں؟ جب لڑائی کو ٹالنا چاہتے ہیں تو ٹرینچ کھودتے ہیں۔</w:t>
      </w:r>
    </w:p>
    <w:p>
      <w:r>
        <w:rPr>
          <w:b/>
        </w:rPr>
        <w:t xml:space="preserve">[30:15] </w:t>
      </w:r>
      <w:r>
        <w:t>khandaq. trench jo hai, woh ek buffer qaim karte hain. trench yani buffer. yani apne aur dushman ke beech mein ek buffer khara kar dena.</w:t>
      </w:r>
    </w:p>
    <w:p>
      <w:pPr>
        <w:jc w:val="right"/>
      </w:pPr>
      <w:r>
        <w:t>خندق۔ ٹرینچ جو ہے، وہ ایک بفر قائم کرتے ہیں۔ ٹرینچ یعنی بفر۔ یعنی اپنے اور دشمن کے بیچ میں ایک بفر کھڑا کر دینا۔</w:t>
      </w:r>
    </w:p>
    <w:p>
      <w:r>
        <w:rPr>
          <w:b/>
        </w:rPr>
        <w:t xml:space="preserve">[30:28] </w:t>
      </w:r>
      <w:r>
        <w:t>That is trench.</w:t>
      </w:r>
    </w:p>
    <w:p>
      <w:pPr>
        <w:jc w:val="right"/>
      </w:pPr>
      <w:r>
        <w:t>That is trench.</w:t>
      </w:r>
    </w:p>
    <w:p>
      <w:r>
        <w:rPr>
          <w:b/>
        </w:rPr>
        <w:t xml:space="preserve">[30:31] </w:t>
      </w:r>
      <w:r>
        <w:t>to rasool allah ne kaha keh bada acha mashwara diya tum ne. aap khud aur sare sahaba jo madine mein the, raat din raat din lage khudai karne.</w:t>
      </w:r>
    </w:p>
    <w:p>
      <w:pPr>
        <w:jc w:val="right"/>
      </w:pPr>
      <w:r>
        <w:t>تو رسول اللہ نے کہا کہ بڑا اچھا مشورہ دیا تم نے۔ آپ خود اور سارے صحابہ جو مدینے میں تھے، رات دن رات دن لگے کھدائی کرنے۔</w:t>
      </w:r>
    </w:p>
    <w:p>
      <w:r>
        <w:rPr>
          <w:b/>
        </w:rPr>
        <w:t xml:space="preserve">[30:44] </w:t>
      </w:r>
      <w:r>
        <w:t>to madinah aisa tha keh madine mein teen taraf se penetration nahi ho sakta tha. sirf ek taraf ho sakta tha. pahadiyan thin aur ghane baghat the waghera.</w:t>
      </w:r>
    </w:p>
    <w:p>
      <w:pPr>
        <w:jc w:val="right"/>
      </w:pPr>
      <w:r>
        <w:t>تو مدینہ ایسا تھا کہ مدینے میں تین طرف سے پریٹیشن نہیں ہو سکتا تھا۔ صرف ایک طرف ہو سکتا تھا۔ پہاڑیاں تھیں اور گھنے باغات تھے وغیرہ۔</w:t>
      </w:r>
    </w:p>
    <w:p>
      <w:r>
        <w:rPr>
          <w:b/>
        </w:rPr>
        <w:t xml:space="preserve">[30:55] </w:t>
      </w:r>
      <w:r>
        <w:t>to teen taraf se penetration bohat mushkil tha. ek taraf khula hua tha.</w:t>
      </w:r>
    </w:p>
    <w:p>
      <w:pPr>
        <w:jc w:val="right"/>
      </w:pPr>
      <w:r>
        <w:t>تو تین طرف سے پریٹیشن بہت مشکل تھا۔ ایک طرف کھلا ہوا تھا۔</w:t>
      </w:r>
    </w:p>
    <w:p>
      <w:r>
        <w:rPr>
          <w:b/>
        </w:rPr>
        <w:t xml:space="preserve">[31:02] </w:t>
      </w:r>
      <w:r>
        <w:t>to jidhar khula hua tha, udhar aap ne khandaq khodi.</w:t>
      </w:r>
    </w:p>
    <w:p>
      <w:pPr>
        <w:jc w:val="right"/>
      </w:pPr>
      <w:r>
        <w:t>تو جدھر کھلا ہوا تھا، ادھر آپ نے خندق کھودی۔</w:t>
      </w:r>
    </w:p>
    <w:p>
      <w:r>
        <w:rPr>
          <w:b/>
        </w:rPr>
        <w:t xml:space="preserve">[31:08] </w:t>
      </w:r>
      <w:r>
        <w:t>jahan jahan woh log aaye, dekha keh khandaq yahan maujood hai. to</w:t>
      </w:r>
    </w:p>
    <w:p>
      <w:pPr>
        <w:jc w:val="right"/>
      </w:pPr>
      <w:r>
        <w:t>جہاں جہاں وہ لوگ آئے، دیکھا کہ خندق یہاں موجود ہے۔ تو</w:t>
      </w:r>
    </w:p>
    <w:p>
      <w:r>
        <w:rPr>
          <w:b/>
        </w:rPr>
        <w:t xml:space="preserve">[31:13] </w:t>
      </w:r>
      <w:r>
        <w:t>un ko rokna pada. un ko rokna pada keh un ki aur madinah ke beech mein ek buffer ban chuka tha, woh khandaq.</w:t>
      </w:r>
    </w:p>
    <w:p>
      <w:pPr>
        <w:jc w:val="right"/>
      </w:pPr>
      <w:r>
        <w:t>ان کو روکنا پڑا۔ ان کو روکنا پڑا کہ ان کی اور مدینہ کے بیچ میں ایک بفر بن چکا تھا، وہ خندق۔</w:t>
      </w:r>
    </w:p>
    <w:p>
      <w:r>
        <w:rPr>
          <w:b/>
        </w:rPr>
        <w:t xml:space="preserve">[31:25] </w:t>
      </w:r>
      <w:r>
        <w:t>to woh log wahan kai dinon tak pade rahe aur aur jang ki nobat hi nahi aai kyunke buffer wahan maujood tha, khandaq ki shakal mein.</w:t>
      </w:r>
    </w:p>
    <w:p>
      <w:pPr>
        <w:jc w:val="right"/>
      </w:pPr>
      <w:r>
        <w:t>تو وہ لوگ وہاں کئی دنوں تک پڑے رہے اور اور جنگ کی نوبت ہی نہیں آئی کیونکہ بفر وہاں موجود تھا، خندق کی شکل میں۔</w:t>
      </w:r>
    </w:p>
    <w:p>
      <w:r>
        <w:rPr>
          <w:b/>
        </w:rPr>
        <w:t xml:space="preserve">[31:37] </w:t>
      </w:r>
      <w:r>
        <w:t>to baghair ladai bhadai ke wapas chale gaye woh.</w:t>
      </w:r>
    </w:p>
    <w:p>
      <w:pPr>
        <w:jc w:val="right"/>
      </w:pPr>
      <w:r>
        <w:t>تو بغیر لڑائی بھڑائی کے واپس چلے گئے وہ۔</w:t>
      </w:r>
    </w:p>
    <w:p>
      <w:r>
        <w:rPr>
          <w:b/>
        </w:rPr>
        <w:t xml:space="preserve">[31:40] </w:t>
      </w:r>
      <w:r>
        <w:t>kyunke is zamane mein helicopter to tha nahi. ab to helicopter se aadmi fauj utar deta hai idhar. aaj kal ke zamane mein khandaq nahi kaam chalega kyunke helicopter se aap fauj utar denge idhar.</w:t>
      </w:r>
    </w:p>
    <w:p>
      <w:pPr>
        <w:jc w:val="right"/>
      </w:pPr>
      <w:r>
        <w:t>کیونکہ اس زمانے میں ہیلی کاپٹر تو تھا نہیں۔ اب تو ہیلی کاپٹر سے آدمی فوج اتار دیتا ہے ادھر۔ آج کل کے زمانے میں خندق نہیں کام چلے گا کیونکہ ہیلی کاپٹر سے آپ فوج اتار دیں گے ادھر۔</w:t>
      </w:r>
    </w:p>
    <w:p>
      <w:r>
        <w:rPr>
          <w:b/>
        </w:rPr>
        <w:t xml:space="preserve">[31:55] </w:t>
      </w:r>
      <w:r>
        <w:t>parachute se utar denge idhar. to rasool allah salallaho alaihi wasallam ne ka usool kaha tha jang ko talo.</w:t>
      </w:r>
    </w:p>
    <w:p>
      <w:pPr>
        <w:jc w:val="right"/>
      </w:pPr>
      <w:r>
        <w:t>پیراشوٹ سے اتار دیں گے ادھر۔ تو رسول اللہ صلی اللہ علیہ وسلم نے کا اصول کہا تھا جنگ کو ٹالو۔</w:t>
      </w:r>
    </w:p>
    <w:p>
      <w:r>
        <w:rPr>
          <w:b/>
        </w:rPr>
        <w:t xml:space="preserve">[32:05] </w:t>
      </w:r>
      <w:r>
        <w:t>agar majboori ho jaye to kam az kam mashawarat karo. kyun? taake asal kaam jo hai dawat ka, woh jari rahe.</w:t>
      </w:r>
    </w:p>
    <w:p>
      <w:pPr>
        <w:jc w:val="right"/>
      </w:pPr>
      <w:r>
        <w:t>اگر مجبوری ہو جائے تو کم از کم مشاورت کرو۔ کیوں؟ تاکہ اصل کام جو ہے دعوت کا، وہ جاری رہے۔</w:t>
      </w:r>
    </w:p>
    <w:p>
      <w:r>
        <w:rPr>
          <w:b/>
        </w:rPr>
        <w:t xml:space="preserve">[32:16] </w:t>
      </w:r>
      <w:r>
        <w:t>to jab bhi koi mauqa aaya to aap ne tanani ka tareeqa ikhtiyar kiya. ujla ka tareeqa nahi ikhtiyar kiya. hamesha.</w:t>
      </w:r>
    </w:p>
    <w:p>
      <w:pPr>
        <w:jc w:val="right"/>
      </w:pPr>
      <w:r>
        <w:t>تو جب بھی کوئی موقع آیا تو آپ نے طانی کا طریقہ اختیار کیا۔ عجلہ کا طریقہ نہیں اختیار کیا۔ ہمیشہ۔</w:t>
      </w:r>
    </w:p>
    <w:p>
      <w:r>
        <w:rPr>
          <w:b/>
        </w:rPr>
        <w:t xml:space="preserve">[32:29] </w:t>
      </w:r>
      <w:r>
        <w:t>tanani ka matlab yeh hai keh firishton ki jo mashawarat thi, us ko mana aap ne aur shaitan ki jo mashawarat thi, us ko aap ne radd kar diya.</w:t>
      </w:r>
    </w:p>
    <w:p>
      <w:pPr>
        <w:jc w:val="right"/>
      </w:pPr>
      <w:r>
        <w:t>طانی کا مطلب یہ ہے کہ فرشتوں کی جو مشاورت تھی، اس کو مانا آپ نے اور شیطان کی جو مشاورت تھی، اس کو آپ نے رد کر دیا۔</w:t>
      </w:r>
    </w:p>
    <w:p>
      <w:r>
        <w:rPr>
          <w:b/>
        </w:rPr>
        <w:t xml:space="preserve">[32:40] </w:t>
      </w:r>
      <w:r>
        <w:t>yahi tareeqa sahaba ka tha.</w:t>
      </w:r>
    </w:p>
    <w:p>
      <w:pPr>
        <w:jc w:val="right"/>
      </w:pPr>
      <w:r>
        <w:t>یہی طریقہ صحابہ کا تھا۔</w:t>
      </w:r>
    </w:p>
    <w:p>
      <w:r>
        <w:rPr>
          <w:b/>
        </w:rPr>
        <w:t xml:space="preserve">[32:43] </w:t>
      </w:r>
      <w:r>
        <w:t>rasool Allah sal Allah alaihi wasallam ko jo namoona mila tha, un ko isi ko pakray rahay, pakray rahay, pakray rahay sahaba. jaisay main chand aik misaal deta hoon aap ko.</w:t>
      </w:r>
    </w:p>
    <w:p>
      <w:pPr>
        <w:jc w:val="right"/>
      </w:pPr>
      <w:r>
        <w:t>رسول اللہ صلی اللہ علیہ وسلم کو جو نمونہ ملا تھا، ان کو اسی کو پکڑے رہے، پکڑے رہے، پکڑے رہے صحابہ۔ جیسے میں چند ایک مثال دیتا ہوں آپ کو۔</w:t>
      </w:r>
    </w:p>
    <w:p>
      <w:r>
        <w:rPr>
          <w:b/>
        </w:rPr>
        <w:t xml:space="preserve">[32:55] </w:t>
      </w:r>
      <w:r>
        <w:t>daikhain, aik baar aisa hua kay</w:t>
      </w:r>
    </w:p>
    <w:p>
      <w:pPr>
        <w:jc w:val="right"/>
      </w:pPr>
      <w:r>
        <w:t>دیکھیں، ایک بار ایسا ہوا کہ</w:t>
      </w:r>
    </w:p>
    <w:p>
      <w:r>
        <w:rPr>
          <w:b/>
        </w:rPr>
        <w:t xml:space="preserve">[33:02] </w:t>
      </w:r>
      <w:r>
        <w:t>rasool Allah kay senior sahabi thay, un ka naam abubakar siddiq tha. to aik shakhs jo hai, un ko bura bura kehna laga.</w:t>
      </w:r>
    </w:p>
    <w:p>
      <w:pPr>
        <w:jc w:val="right"/>
      </w:pPr>
      <w:r>
        <w:t>رسول اللہ کے سینئر صحابی تھے، ان کا نام ابوبکر صدیق تھا۔ تو ایک شخص جو ہے، ان کو برا برا کہنے لگا۔</w:t>
      </w:r>
    </w:p>
    <w:p>
      <w:r>
        <w:rPr>
          <w:b/>
        </w:rPr>
        <w:t xml:space="preserve">[33:12] </w:t>
      </w:r>
      <w:r>
        <w:t>kisi baat say woh ghussa ho gaya aur laga bura bura bura kehna. to rasool Allah bhi wahan thay. to hazrat abubakar chup chap thay, sun rahay thay, sun rahay thay, sun rahay thay.</w:t>
      </w:r>
    </w:p>
    <w:p>
      <w:pPr>
        <w:jc w:val="right"/>
      </w:pPr>
      <w:r>
        <w:t>کسی بات سے وہ غصہ ہو گیا اور لگا برا برا برا کہنے۔ تو رسول اللہ بھی وہاں تھے۔ تو حضرت ابوبکر چپ چاپ تھے، سن رہے تھے، سن رہے تھے، سن رہے تھے۔</w:t>
      </w:r>
    </w:p>
    <w:p>
      <w:r>
        <w:rPr>
          <w:b/>
        </w:rPr>
        <w:t xml:space="preserve">[33:24] </w:t>
      </w:r>
      <w:r>
        <w:t>yahan tak kay jab bohat ziyada us nay kaha to hazrat abubakar bhi kuch bol paray. woh jawab dainay lagay. jis ko kehtay hain retort karna.</w:t>
      </w:r>
    </w:p>
    <w:p>
      <w:pPr>
        <w:jc w:val="right"/>
      </w:pPr>
      <w:r>
        <w:t>یہاں تک کہ جب بہت زیادہ اس نے کہا تو حضرت ابوبکر بھی کچھ بول پڑے۔ وہ جواب دینے لگے۔ جس کو کہتے ہیں ریٹارٹ کرنا۔</w:t>
      </w:r>
    </w:p>
    <w:p>
      <w:r>
        <w:rPr>
          <w:b/>
        </w:rPr>
        <w:t xml:space="preserve">[33:34] </w:t>
      </w:r>
      <w:r>
        <w:t>to rasool Allah chupkay say wahan say, khamoshi say wahan say, rasool Allah khamoshi say wahan say chalay gaey.</w:t>
      </w:r>
    </w:p>
    <w:p>
      <w:pPr>
        <w:jc w:val="right"/>
      </w:pPr>
      <w:r>
        <w:t>تو رسول اللہ چپکے سے وہاں سے، خاموشی سے وہاں سے، رسول اللہ خاموشی سے وہاں سے چلے گئے۔</w:t>
      </w:r>
    </w:p>
    <w:p>
      <w:r>
        <w:rPr>
          <w:b/>
        </w:rPr>
        <w:t xml:space="preserve">[33:42] </w:t>
      </w:r>
      <w:r>
        <w:t>to phir abubakar siddiq jo thay, un kay peechay gaey. unhon nay kaha kay yeh kiya mamla hai? jab tak woh bol raha tha to aap khaday huay thay aur main bola to aap chalay gaey.</w:t>
      </w:r>
    </w:p>
    <w:p>
      <w:pPr>
        <w:jc w:val="right"/>
      </w:pPr>
      <w:r>
        <w:t>تو پھر ابوبکر صدیق جو تھے، ان کے پیچھے گئے۔ انہوں نے کہا کہ یہ کیا معاملہ ہے؟ جب تک وہ بول رہا تھا تو آپ کھڑے ہوئے تھے اور میں بولا تو آپ چلے گئے۔</w:t>
      </w:r>
    </w:p>
    <w:p>
      <w:r>
        <w:rPr>
          <w:b/>
        </w:rPr>
        <w:t xml:space="preserve">[33:54] </w:t>
      </w:r>
      <w:r>
        <w:t>to kitni zabardast baat ki rasool Allah sal Allah alaihi wasallam nay.</w:t>
      </w:r>
    </w:p>
    <w:p>
      <w:pPr>
        <w:jc w:val="right"/>
      </w:pPr>
      <w:r>
        <w:t>تو کتنی زبردست بات کی رسول اللہ صلی اللہ علیہ وسلم نے۔</w:t>
      </w:r>
    </w:p>
    <w:p>
      <w:r>
        <w:rPr>
          <w:b/>
        </w:rPr>
        <w:t xml:space="preserve">[34:00] </w:t>
      </w:r>
      <w:r>
        <w:t>is say aap samjhtay hain kay taani ka nuqsan, faida kiya hai aur ajla ka nuqsan kiya hai.</w:t>
      </w:r>
    </w:p>
    <w:p>
      <w:pPr>
        <w:jc w:val="right"/>
      </w:pPr>
      <w:r>
        <w:t>اس سے آپ سمجھتے ہیں کہ طانی کا نقصان، فائدہ کیا ہے اور عجلہ کا نقصان کیا ہے۔</w:t>
      </w:r>
    </w:p>
    <w:p>
      <w:r>
        <w:rPr>
          <w:b/>
        </w:rPr>
        <w:t xml:space="preserve">[34:07] </w:t>
      </w:r>
      <w:r>
        <w:t>aap nay farmaya kay jab tak woh bol raha tha tum ko aur tum khamosh thay, chup chup thay, to farishta tumhari taraf jawab day raha tha.</w:t>
      </w:r>
    </w:p>
    <w:p>
      <w:pPr>
        <w:jc w:val="right"/>
      </w:pPr>
      <w:r>
        <w:t>آپ نے فرمایا کہ جب تک وہ بول رہا تھا تم کو اور تم خاموش تھے، چپ چپ تھے، تو فرشتہ تمہاری طرف جواب دے رہا تھا۔</w:t>
      </w:r>
    </w:p>
    <w:p>
      <w:r>
        <w:rPr>
          <w:b/>
        </w:rPr>
        <w:t xml:space="preserve">[34:18] </w:t>
      </w:r>
      <w:r>
        <w:t>farishta tumhari taraf say bol raha tha. tumhara chup rehna jo hai, chup rehna nahi tha woh. farishtay ko dawat deni thi kay aap tumhari taraf say woh jawab dain.</w:t>
      </w:r>
    </w:p>
    <w:p>
      <w:pPr>
        <w:jc w:val="right"/>
      </w:pPr>
      <w:r>
        <w:t>فرشتہ تمہاری طرف سے بول رہا تھا۔ تمہارا چپ رہنا جو ہے، چپ رہنا نہیں تھا وہ۔ فرشتے کو دعوت دینی تھی کہ آپ تمہاری طرف سے وہ جواب دیں۔</w:t>
      </w:r>
    </w:p>
    <w:p>
      <w:r>
        <w:rPr>
          <w:b/>
        </w:rPr>
        <w:t xml:space="preserve">[34:33] </w:t>
      </w:r>
      <w:r>
        <w:t>aur jab tum bol paray to farishta loot gaya. to ab to wahan shaitan ka amal dakhal ho gaya. tumhein wapas chala aaya.</w:t>
      </w:r>
    </w:p>
    <w:p>
      <w:pPr>
        <w:jc w:val="right"/>
      </w:pPr>
      <w:r>
        <w:t>اور جب تم بول پڑے تو فرشتہ لوٹ گیا۔ تو اب تو وہاں شیطان کا عمل دخل ہو گیا۔ تمہیں واپس چلا آیا۔</w:t>
      </w:r>
    </w:p>
    <w:p>
      <w:r>
        <w:rPr>
          <w:b/>
        </w:rPr>
        <w:t xml:space="preserve">[34:44] </w:t>
      </w:r>
      <w:r>
        <w:t>is mein kitni bari misaal hai ji kay agar koi aap ko satata hai, koi aap ko takleef deta hai to aap agar mushtael ho gaey to wahan par shaitan ki fauj aa jaey gi.</w:t>
      </w:r>
    </w:p>
    <w:p>
      <w:pPr>
        <w:jc w:val="right"/>
      </w:pPr>
      <w:r>
        <w:t>اس میں کتنی بڑی مثال ہے جی کہ اگر کوئی آپ کو ستاتا ہے، کوئی آپ کو تکلیف دیتا ہے تو آپ اگر مشتعل ہو گئے تو وہاں پر شیطان کی فوج آ جائے گی۔</w:t>
      </w:r>
    </w:p>
    <w:p>
      <w:r>
        <w:rPr>
          <w:b/>
        </w:rPr>
        <w:t xml:space="preserve">[34:58] </w:t>
      </w:r>
      <w:r>
        <w:t>aur shaitan ki fauj jab aaye gi to bharkaye gi.</w:t>
      </w:r>
    </w:p>
    <w:p>
      <w:pPr>
        <w:jc w:val="right"/>
      </w:pPr>
      <w:r>
        <w:t>اور شیطان کی فوج جب آئے گی تو بھڑکائے گی۔</w:t>
      </w:r>
    </w:p>
    <w:p>
      <w:r>
        <w:rPr>
          <w:b/>
        </w:rPr>
        <w:t xml:space="preserve">[35:03] </w:t>
      </w:r>
      <w:r>
        <w:t>pehlay baat cheet hogi, phir gaali galoch hoga, phir pathar chalain gay, phir goli chalegi, phir khudkushi hogi. yeh sab hota rahega. aur agar aap nay sabr kar liya, tala to farishtoon ki fauj aa jaey gi.</w:t>
      </w:r>
    </w:p>
    <w:p>
      <w:pPr>
        <w:jc w:val="right"/>
      </w:pPr>
      <w:r>
        <w:t>پہلے بات چیت ہوگی، پھر گالی گلوچ ہوگا، پھر پتھر چلیں گے، پھر گولی چلے گی، پھر خودکشی ہوگی۔ یہ سب ہوتا رہے گا۔ اور اگر آپ نے صبر کر لیا، ٹالا تو فرشتوں کی فوج آ جائے گی۔</w:t>
      </w:r>
    </w:p>
    <w:p>
      <w:r>
        <w:rPr>
          <w:b/>
        </w:rPr>
        <w:t xml:space="preserve">[35:19] </w:t>
      </w:r>
      <w:r>
        <w:t>aur farishtoon ki fauj aaye gi to aap kay haq mein sara mamla chala jaey ga.</w:t>
      </w:r>
    </w:p>
    <w:p>
      <w:pPr>
        <w:jc w:val="right"/>
      </w:pPr>
      <w:r>
        <w:t>اور فرشتوں کی فوج آئے گی تو آپ کے حق میں سارا معاملہ چلا جائے گا۔</w:t>
      </w:r>
    </w:p>
    <w:p>
      <w:r>
        <w:rPr>
          <w:b/>
        </w:rPr>
        <w:t xml:space="preserve">[35:26] </w:t>
      </w:r>
      <w:r>
        <w:t>to musalman aaj kal kiya, woh farishtoon ko aanay nahi detay.</w:t>
      </w:r>
    </w:p>
    <w:p>
      <w:pPr>
        <w:jc w:val="right"/>
      </w:pPr>
      <w:r>
        <w:t>تو مسلمان آج کل کیا، وہ فرشتوں کو آنے نہیں دیتے۔</w:t>
      </w:r>
    </w:p>
    <w:p>
      <w:r>
        <w:rPr>
          <w:b/>
        </w:rPr>
        <w:t xml:space="preserve">[35:29] </w:t>
      </w:r>
      <w:r>
        <w:t>woh to shaitani ko mauqa detay hain. sara rastah kholay rehtay hain har waqt. koi bhi niza ho, chahay musalmanoon kay beech mein ho ya musalmanoon kay aur muslimon kay beech mein ho, hamesha woh rastah day detay hain shaitan ko.</w:t>
      </w:r>
    </w:p>
    <w:p>
      <w:pPr>
        <w:jc w:val="right"/>
      </w:pPr>
      <w:r>
        <w:t>وہ تو شیطانی کو موقع دیتے ہیں۔ سارا راستہ کھولے رہتے ہیں ہر وقت۔ کوئی بھی نزاع ہو، چاہے مسلمانوں کے بیچ میں ہو یا مسلمانوں کے اور مسلموں کے بیچ میں ہو، ہمیشہ وہ راستہ دے دیتے ہیں شیطان کو۔</w:t>
      </w:r>
    </w:p>
    <w:p>
      <w:r>
        <w:rPr>
          <w:b/>
        </w:rPr>
        <w:t xml:space="preserve">[35:43] </w:t>
      </w:r>
      <w:r>
        <w:t>isi liye aap daikhain, har jagah rozana khabrein aati hain. yahan bomb, wahan gun, wahan larai, wahan khoon kharaba rozana ho raha hai.</w:t>
      </w:r>
    </w:p>
    <w:p>
      <w:pPr>
        <w:jc w:val="right"/>
      </w:pPr>
      <w:r>
        <w:t>اسی لیے آپ دیکھیں، ہر جگہ روزانہ خبریں آتی ہیں۔ یہاں بم، وہاں گن، وہاں لڑائی، وہاں خون خرابہ روزانہ ہو رہا ہے۔</w:t>
      </w:r>
    </w:p>
    <w:p>
      <w:r>
        <w:rPr>
          <w:b/>
        </w:rPr>
        <w:t xml:space="preserve">[35:52] </w:t>
      </w:r>
      <w:r>
        <w:t>har jagah. kyun? jahan koi baat hui, baat ka matlab koi nagawar soorat-e-haal paida hui to foran woh aisa action laitay hain kay shaitan ko entry point mil jata hai.</w:t>
      </w:r>
    </w:p>
    <w:p>
      <w:pPr>
        <w:jc w:val="right"/>
      </w:pPr>
      <w:r>
        <w:t>ہر جگہ۔ کیوں؟ جہاں کوئی بات ہوئی، بات کا مطلب کوئی ناگوار صورتحال پیدا ہوئی تو فوراً وہ ایسا ایکشن لیتے ہیں کہ شیطان کو انٹری پوائنٹ مل جاتا ہے۔</w:t>
      </w:r>
    </w:p>
    <w:p>
      <w:r>
        <w:rPr>
          <w:b/>
        </w:rPr>
        <w:t xml:space="preserve">[36:10] </w:t>
      </w:r>
      <w:r>
        <w:t>woh kaam kartay hi nahi kabhi jahan farishtoon ko entry point milay.</w:t>
      </w:r>
    </w:p>
    <w:p>
      <w:pPr>
        <w:jc w:val="right"/>
      </w:pPr>
      <w:r>
        <w:t>وہ کام کرتے ہی نہیں کبھی جہاں فرشتوں کو انٹری پوائنٹ ملے۔</w:t>
      </w:r>
    </w:p>
    <w:p>
      <w:r>
        <w:rPr>
          <w:b/>
        </w:rPr>
        <w:t xml:space="preserve">[36:19] </w:t>
      </w:r>
      <w:r>
        <w:t>to yeh aik kitni bari misaal hai kay agar aik shakhs aap ko sata raha hai, aap chup rahen to chup rehna jo hai, bohat bara difaa hai.</w:t>
      </w:r>
    </w:p>
    <w:p>
      <w:pPr>
        <w:jc w:val="right"/>
      </w:pPr>
      <w:r>
        <w:t>تو یہ ایک کتنی بڑی مثال ہے کہ اگر ایک شخص آپ کو ستا رہا ہے، آپ چپ رہیں تو چپ رہنا جو ہے، بہت بڑا دفاع ہے۔</w:t>
      </w:r>
    </w:p>
    <w:p>
      <w:r>
        <w:rPr>
          <w:b/>
        </w:rPr>
        <w:t xml:space="preserve">[36:32] </w:t>
      </w:r>
      <w:r>
        <w:t>chup rehna bohat bara difaa hai kyun kay farishtay aa jaen gay aap ki taraf say jawab dainay kay liye. is say bari baat kiya ho sakti hai, bataiye.</w:t>
      </w:r>
    </w:p>
    <w:p>
      <w:pPr>
        <w:jc w:val="right"/>
      </w:pPr>
      <w:r>
        <w:t>چپ رہنا بہت بڑا دفاع ہے کیونکہ فرشتے آ جائیں گے آپ کی طرف سے جواب دینے کے لیے۔ اس سے بڑی بات کیا ہو سکتی ہے، بتائیے۔</w:t>
      </w:r>
    </w:p>
    <w:p>
      <w:r>
        <w:rPr>
          <w:b/>
        </w:rPr>
        <w:t xml:space="preserve">[36:41] </w:t>
      </w:r>
      <w:r>
        <w:t>main aik waqia arz karoon ga jo bas to poori insani tareekh mein aisa waqia meray ilm mein nahi hai.</w:t>
      </w:r>
    </w:p>
    <w:p>
      <w:pPr>
        <w:jc w:val="right"/>
      </w:pPr>
      <w:r>
        <w:t>میں ایک واقعہ عرض کروں گا جو بس تو پوری انسانی تاریخ میں ایسا واقعہ میرے علم میں نہیں ہے۔</w:t>
      </w:r>
    </w:p>
    <w:p>
      <w:r>
        <w:rPr>
          <w:b/>
        </w:rPr>
        <w:t xml:space="preserve">[36:48] </w:t>
      </w:r>
      <w:r>
        <w:t>puri insani tareekh mein anokha waqea sahaba ka. yeh waqea hai Hazrat Umar R.A. ke zamane ka.</w:t>
      </w:r>
    </w:p>
    <w:p>
      <w:pPr>
        <w:jc w:val="right"/>
      </w:pPr>
      <w:r>
        <w:t>پوری انسانی تاریخ میں انوکھا واقعہ صحابہ کا۔ یہ واقعہ ہے حضرت عمر رضی اللہ عنہ کے زمانے کا۔</w:t>
      </w:r>
    </w:p>
    <w:p>
      <w:r>
        <w:rPr>
          <w:b/>
        </w:rPr>
        <w:t xml:space="preserve">[36:57] </w:t>
      </w:r>
      <w:r>
        <w:t>yani Khalifa Sani, second Khalifa. aap jante hain ke second Khalifa yani Hazrat Umar ke zamane mein Iran se larai hui thi.</w:t>
      </w:r>
    </w:p>
    <w:p>
      <w:pPr>
        <w:jc w:val="right"/>
      </w:pPr>
      <w:r>
        <w:t>یعنی خلیفہ ثانی، سیکنڈ خلیفہ۔ آپ جانتے ہیں کہ سیکنڈ خلیفہ یعنی حضرت عمر کے زمانے میں ایران سے لڑائی ہوئی تھی۔</w:t>
      </w:r>
    </w:p>
    <w:p>
      <w:r>
        <w:rPr>
          <w:b/>
        </w:rPr>
        <w:t xml:space="preserve">[37:15] </w:t>
      </w:r>
      <w:r>
        <w:t>to is larai mein sahaba, us waqt sahaba sare maujood thay. to sahaba jo hai, woh unko yani jeet hone lagi.</w:t>
      </w:r>
    </w:p>
    <w:p>
      <w:pPr>
        <w:jc w:val="right"/>
      </w:pPr>
      <w:r>
        <w:t>تو اس لڑائی میں صحابہ، اس وقت صحابہ سارے موجود تھے۔ تو صحابہ جو ہے، وہ ان کو یعنی جیت ہونے لگی۔</w:t>
      </w:r>
    </w:p>
    <w:p>
      <w:r>
        <w:rPr>
          <w:b/>
        </w:rPr>
        <w:t xml:space="preserve">[37:28] </w:t>
      </w:r>
      <w:r>
        <w:t>woh woh peechay hatne lagay. woh yani Iranianon ki fauj jo hai, woh</w:t>
      </w:r>
    </w:p>
    <w:p>
      <w:pPr>
        <w:jc w:val="right"/>
      </w:pPr>
      <w:r>
        <w:t>وہ وہ پیچھے ہٹنے لگے۔ وہ یعنی ایرانیوں کی فوج جو ہے، وہ</w:t>
      </w:r>
    </w:p>
    <w:p>
      <w:r>
        <w:rPr>
          <w:b/>
        </w:rPr>
        <w:t xml:space="preserve">[37:36] </w:t>
      </w:r>
      <w:r>
        <w:t>difaa nahi kar pa rahi thi. aur yeh log barhtay ja rahay thay.</w:t>
      </w:r>
    </w:p>
    <w:p>
      <w:pPr>
        <w:jc w:val="right"/>
      </w:pPr>
      <w:r>
        <w:t>دفاع نہیں کر پا رہی تھی۔ اور یہ لوگ بڑھتے جا رہے تھے۔</w:t>
      </w:r>
    </w:p>
    <w:p>
      <w:r>
        <w:rPr>
          <w:b/>
        </w:rPr>
        <w:t xml:space="preserve">[37:41] </w:t>
      </w:r>
      <w:r>
        <w:t>to jo badshah tha wahan, uska naam tha Yezdajard.</w:t>
      </w:r>
    </w:p>
    <w:p>
      <w:pPr>
        <w:jc w:val="right"/>
      </w:pPr>
      <w:r>
        <w:t>تو جو بادشاہ تھا وہاں، اس کا نام تھا یزد جرد۔</w:t>
      </w:r>
    </w:p>
    <w:p>
      <w:r>
        <w:rPr>
          <w:b/>
        </w:rPr>
        <w:t xml:space="preserve">[37:49] </w:t>
      </w:r>
      <w:r>
        <w:t>jo badshah tha aur uska jo general tha, uska naam tha Rustam. unhon ne mashwara kiya.</w:t>
      </w:r>
    </w:p>
    <w:p>
      <w:pPr>
        <w:jc w:val="right"/>
      </w:pPr>
      <w:r>
        <w:t>جو بادشاہ تھا اور اس کا جو جنرل تھا، اس کا نام تھا رستم۔ انہوں نے مشورہ کیا۔</w:t>
      </w:r>
    </w:p>
    <w:p>
      <w:r>
        <w:rPr>
          <w:b/>
        </w:rPr>
        <w:t xml:space="preserve">[37:57] </w:t>
      </w:r>
      <w:r>
        <w:t>aur unhon ne tay kiya ke bhai inko hum larr kar to jeet nahi pa rahay hain. ab in se baat cheet karo. jo kehtay hain mukararat.</w:t>
      </w:r>
    </w:p>
    <w:p>
      <w:pPr>
        <w:jc w:val="right"/>
      </w:pPr>
      <w:r>
        <w:t>اور انہوں نے طے کیا کہ بھئی ان کو ہم لڑ کر تو جیت نہیں پا رہے ہیں۔ اب ان سے بات چیت کرو۔ جو کہتے ہیں مذاکرات۔</w:t>
      </w:r>
    </w:p>
    <w:p>
      <w:r>
        <w:rPr>
          <w:b/>
        </w:rPr>
        <w:t xml:space="preserve">[38:08] </w:t>
      </w:r>
      <w:r>
        <w:t>to Musalmanon ki taraf jo general thay, unka naam tha Saad bin Waqas. to unhon ne Saad bin Waqas ke paas paigham bheja ke hum baat cheet karna chahtay hain, aap apna waffad bhejiye.</w:t>
      </w:r>
    </w:p>
    <w:p>
      <w:pPr>
        <w:jc w:val="right"/>
      </w:pPr>
      <w:r>
        <w:t>تو مسلمانوں کی طرف جو جنرل تھے، ان کا نام تھا سعد بن وقاص۔ تو انہوں نے سعد بن وقاص کے پاس پیغام بھیجا کہ ہم بات چیت کرنا چاہتے ہیں، آپ اپنا وفد بھیجیے۔</w:t>
      </w:r>
    </w:p>
    <w:p>
      <w:r>
        <w:rPr>
          <w:b/>
        </w:rPr>
        <w:t xml:space="preserve">[38:23] </w:t>
      </w:r>
      <w:r>
        <w:t>to yeh raazi ho gaye ke theek hai, baat cheet ke liye.</w:t>
      </w:r>
    </w:p>
    <w:p>
      <w:pPr>
        <w:jc w:val="right"/>
      </w:pPr>
      <w:r>
        <w:t>تو یہ راضی ہو گئے کہ ٹھیک ہے، بات چیت کے لیے۔</w:t>
      </w:r>
    </w:p>
    <w:p>
      <w:r>
        <w:rPr>
          <w:b/>
        </w:rPr>
        <w:t xml:space="preserve">[38:31] </w:t>
      </w:r>
      <w:r>
        <w:t>to ek lamba, ek bohat lamba ek qissa hai yeh.</w:t>
      </w:r>
    </w:p>
    <w:p>
      <w:pPr>
        <w:jc w:val="right"/>
      </w:pPr>
      <w:r>
        <w:t>تو ایک لمبا، ایک بہت لمبا ایک قصہ ہے یہ۔</w:t>
      </w:r>
    </w:p>
    <w:p>
      <w:r>
        <w:rPr>
          <w:b/>
        </w:rPr>
        <w:t xml:space="preserve">[38:36] </w:t>
      </w:r>
      <w:r>
        <w:t>bohat bohat din tak chala yeh. main ek qissa arz kar raha hoon is mein se. to</w:t>
      </w:r>
    </w:p>
    <w:p>
      <w:pPr>
        <w:jc w:val="right"/>
      </w:pPr>
      <w:r>
        <w:t>بہت بہت دن تک چلا یہ۔ میں ایک قصہ عرض کر رہا ہوں اس میں سے۔ تو</w:t>
      </w:r>
    </w:p>
    <w:p>
      <w:r>
        <w:rPr>
          <w:b/>
        </w:rPr>
        <w:t xml:space="preserve">[38:45] </w:t>
      </w:r>
      <w:r>
        <w:t>ek sahabi gaye baat cheet karne ke liye.</w:t>
      </w:r>
    </w:p>
    <w:p>
      <w:pPr>
        <w:jc w:val="right"/>
      </w:pPr>
      <w:r>
        <w:t>ایک صحابی گئے بات چیت کرنے کے لیے۔</w:t>
      </w:r>
    </w:p>
    <w:p>
      <w:r>
        <w:rPr>
          <w:b/>
        </w:rPr>
        <w:t xml:space="preserve">[38:53] </w:t>
      </w:r>
      <w:r>
        <w:t>to woh is tarah gaye ke logon ke paas ghore hotay thay. chotay chotay ghore hotay thay. Iranianon ke paas baray baray ghore hua kartay thay.</w:t>
      </w:r>
    </w:p>
    <w:p>
      <w:pPr>
        <w:jc w:val="right"/>
      </w:pPr>
      <w:r>
        <w:t>تو وہ اس طرح گئے کہ لوگوں کے پاس گھوڑے ہوتے تھے۔ چھوٹے چھوٹے گھوڑے ہوتے تھے۔ ایرانیوں کے پاس بڑے بڑے گھوڑے ہوا کرتے تھے۔</w:t>
      </w:r>
    </w:p>
    <w:p>
      <w:r>
        <w:rPr>
          <w:b/>
        </w:rPr>
        <w:t xml:space="preserve">[39:03] </w:t>
      </w:r>
      <w:r>
        <w:t>Arbon ke paas chotay chotay ghore hua kartay thay.</w:t>
      </w:r>
    </w:p>
    <w:p>
      <w:pPr>
        <w:jc w:val="right"/>
      </w:pPr>
      <w:r>
        <w:t>عربوں کے پاس چھوٹے چھوٹے گھوڑے ہوا کرتے تھے۔</w:t>
      </w:r>
    </w:p>
    <w:p>
      <w:r>
        <w:rPr>
          <w:b/>
        </w:rPr>
        <w:t xml:space="preserve">[39:06] </w:t>
      </w:r>
      <w:r>
        <w:t>to apnay chotay ghore par gaye wahan par. aur wahan darbar laga hua tha. sab carpet bichay huay thay sab.</w:t>
      </w:r>
    </w:p>
    <w:p>
      <w:pPr>
        <w:jc w:val="right"/>
      </w:pPr>
      <w:r>
        <w:t>تو اپنے چھوٹے گھوڑے پر گئے وہاں پر۔ اور وہاں دربار لگا ہوا تھا۔ سب کارپٹ بچھے ہوئے تھے سب۔</w:t>
      </w:r>
    </w:p>
    <w:p>
      <w:r>
        <w:rPr>
          <w:b/>
        </w:rPr>
        <w:t xml:space="preserve">[39:15] </w:t>
      </w:r>
      <w:r>
        <w:t>to gate par unhon ne is mein utarnay ko kaha gaya ke utro. kaha main to nahi utroon ga. agar tum janay do to main isi se jaon</w:t>
      </w:r>
    </w:p>
    <w:p>
      <w:pPr>
        <w:jc w:val="right"/>
      </w:pPr>
      <w:r>
        <w:t>تو گیٹ پر انہوں نے اس میں اترنے کو کہا گیا کہ اترو۔ کہا میں تو نہیں اتروں گا۔ اگر تم جانے دو تو میں اسی سے جاؤ</w:t>
      </w:r>
    </w:p>
    <w:p>
      <w:r>
        <w:rPr>
          <w:b/>
        </w:rPr>
        <w:t xml:space="preserve">[39:27] </w:t>
      </w:r>
      <w:r>
        <w:t>ga. yani badshah jo tha aur yeh woh general jo tha uska Rustam, woh log baray baray is par bethay huay thay masnad laga kar ke takht par.</w:t>
      </w:r>
    </w:p>
    <w:p>
      <w:pPr>
        <w:jc w:val="right"/>
      </w:pPr>
      <w:r>
        <w:t>ں گا۔ یعنی بادشاہ جو تھا اور یہ وہ جنرل جو تھا اس کا رستم، وہ لوگ بڑے بڑے اس پر بیٹھے ہوئے تھے مسند لگا کر کے تخت پر۔</w:t>
      </w:r>
    </w:p>
    <w:p>
      <w:r>
        <w:rPr>
          <w:b/>
        </w:rPr>
        <w:t xml:space="preserve">[39:37] </w:t>
      </w:r>
      <w:r>
        <w:t>to kaha main to isi tarah jaon ga ghore par beth kar ke. tum janay do, janay do mujhe to main to main wahan loot jaon ga. to khair ijazat de di unhon ne ke aao.</w:t>
      </w:r>
    </w:p>
    <w:p>
      <w:pPr>
        <w:jc w:val="right"/>
      </w:pPr>
      <w:r>
        <w:t>تو کہا میں تو اسی طرح جاؤں گا گھوڑے پر بیٹھ کر کے۔ تم جانے دو، جانے دو مجھے تو میں تو میں وہاں لوٹ جاؤں گا۔ تو خیر اجازت دے دی انہوں نے کہ آؤ۔</w:t>
      </w:r>
    </w:p>
    <w:p>
      <w:r>
        <w:rPr>
          <w:b/>
        </w:rPr>
        <w:t xml:space="preserve">[39:51] </w:t>
      </w:r>
      <w:r>
        <w:t>to andar gaye yeh. isi ghore par bethay bethay woh puhanch gaye takht tak.</w:t>
      </w:r>
    </w:p>
    <w:p>
      <w:pPr>
        <w:jc w:val="right"/>
      </w:pPr>
      <w:r>
        <w:t>تو اندر گئے یہ۔ اسی گھوڑے پر بیٹھے بیٹھے وہ پہنچ گئے تخت تک۔</w:t>
      </w:r>
    </w:p>
    <w:p>
      <w:r>
        <w:rPr>
          <w:b/>
        </w:rPr>
        <w:t xml:space="preserve">[39:57] </w:t>
      </w:r>
      <w:r>
        <w:t>tak tak to badshah bohat ghussa ho gaya. Yezdajard jo tha bohat ghussa ho gaya ke aisi aisi aisi aisa tajurba kabhi is ko hua nahi tha.</w:t>
      </w:r>
    </w:p>
    <w:p>
      <w:pPr>
        <w:jc w:val="right"/>
      </w:pPr>
      <w:r>
        <w:t>تک تک تو بادشاہ بہت غصہ ہو گیا۔ یزد جرد جو تھا بہت غصہ ہو گیا کہ ایسی ایسی ایسی ایسا تجربہ کبھی اس کو ہوا نہیں تھا۔</w:t>
      </w:r>
    </w:p>
    <w:p>
      <w:r>
        <w:rPr>
          <w:b/>
        </w:rPr>
        <w:t xml:space="preserve">[40:08] </w:t>
      </w:r>
      <w:r>
        <w:t>ke koi is ke is ke carpet ko rotta hua apnay ghore par beth kar, ghore par beth kar is ke carpet ko rotta hua takht par puhanchay aur bilkul barabar ka moamla karay.</w:t>
      </w:r>
    </w:p>
    <w:p>
      <w:pPr>
        <w:jc w:val="right"/>
      </w:pPr>
      <w:r>
        <w:t>کہ کوئی اس کے اس کے کارپٹ کو روتا ہوا اپنے گھوڑے پر بیٹھ کر، گھوڑے پر بیٹھ کر اس کے کارپٹ کو روتا ہوا تخت پر پہنچے اور بالکل برابر کا معاملہ کرے۔</w:t>
      </w:r>
    </w:p>
    <w:p>
      <w:r>
        <w:rPr>
          <w:b/>
        </w:rPr>
        <w:t xml:space="preserve">[40:20] </w:t>
      </w:r>
      <w:r>
        <w:t>ke woh to jhukte thay log, jhuk kar ke adab baja latay thay. na jhukay na kuch.</w:t>
      </w:r>
    </w:p>
    <w:p>
      <w:pPr>
        <w:jc w:val="right"/>
      </w:pPr>
      <w:r>
        <w:t>کہ وہ تو جھکتے تھے لوگ، جھک کر کے آداب بجا لاتے تھے۔ نہ جھکے نہ کچھ۔</w:t>
      </w:r>
    </w:p>
    <w:p>
      <w:r>
        <w:rPr>
          <w:b/>
        </w:rPr>
        <w:t xml:space="preserve">[40:29] </w:t>
      </w:r>
      <w:r>
        <w:t>to woh ghussa ho gaya Yezdajard. baat hi nahi ki. itna ghussa ho gaya ke baat nahi ki. us ne kaha, hukum diya ke lao yeh mitti ka tukra le aao.</w:t>
      </w:r>
    </w:p>
    <w:p>
      <w:pPr>
        <w:jc w:val="right"/>
      </w:pPr>
      <w:r>
        <w:t>تو وہ غصہ ہو گیا یزد جرد۔ بات ہی نہیں کی۔ اتنا غصہ ہو گیا کہ بات نہیں کی۔ اس نے کہا، حکم دیا کہ لاؤ یہ مٹی کا ٹکڑا لے آؤ۔</w:t>
      </w:r>
    </w:p>
    <w:p>
      <w:r>
        <w:rPr>
          <w:b/>
        </w:rPr>
        <w:t xml:space="preserve">[40:43] </w:t>
      </w:r>
      <w:r>
        <w:t>aur rakh do in ke sar par. apnay sar par rakh kar ke in ko mahal se bhaga do. to waqatan mitti ka tukra laya gaya.</w:t>
      </w:r>
    </w:p>
    <w:p>
      <w:pPr>
        <w:jc w:val="right"/>
      </w:pPr>
      <w:r>
        <w:t>اور رکھ دو ان کے سر پر۔ اپنے سر پر رکھ کر کے ان کو محل سے بھگا دو۔ تو واقعتاً مٹی کا ٹکڑا لایا گیا۔</w:t>
      </w:r>
    </w:p>
    <w:p>
      <w:r>
        <w:rPr>
          <w:b/>
        </w:rPr>
        <w:t xml:space="preserve">[40:54] </w:t>
      </w:r>
      <w:r>
        <w:t>aur un ke sar par rakh diya gaya.</w:t>
      </w:r>
    </w:p>
    <w:p>
      <w:pPr>
        <w:jc w:val="right"/>
      </w:pPr>
      <w:r>
        <w:t>اور ان کے سر پر رکھ دیا گیا۔</w:t>
      </w:r>
    </w:p>
    <w:p>
      <w:r>
        <w:rPr>
          <w:b/>
        </w:rPr>
        <w:t xml:space="preserve">[40:58] </w:t>
      </w:r>
      <w:r>
        <w:t>to kuch bhi unhon ne rad-e-amal nahi kiya. jaise ke mithai ka tohfa ho, is sar par rakh diya aur sar par rakh kar ke bahar nikal aaye.</w:t>
      </w:r>
    </w:p>
    <w:p>
      <w:pPr>
        <w:jc w:val="right"/>
      </w:pPr>
      <w:r>
        <w:t>تو کچھ بھی انہوں نے ردعمل نہیں کیا۔ جیسے کہ مٹھائی کا تحفہ ہو، اس سر پر رکھ دیا اور سر پر رکھ کر کے باہر نکل آئے۔</w:t>
      </w:r>
    </w:p>
    <w:p>
      <w:r>
        <w:rPr>
          <w:b/>
        </w:rPr>
        <w:t xml:space="preserve">[41:10] </w:t>
      </w:r>
      <w:r>
        <w:t>aur phir apne ghoṛe par sawar hue aur chal kar ke Hazrat Saad ke pas pohnch gaye. Hazrat ghoor kijiye, aaj aisa mumkin hai hamara koi aadmi jaye woh ijazat mandi ke liye aur woh ijazat mandi ke sar par tukṛa rakhwa de mitti ka.</w:t>
      </w:r>
    </w:p>
    <w:p>
      <w:pPr>
        <w:jc w:val="right"/>
      </w:pPr>
      <w:r>
        <w:t>اور پھر اپنے گھوڑے پر سوار ہوئے اور چل کر کے حضرت سعد کے پاس پہنچ گئے۔ حضرت غور کیجیے، آج ایسا ممکن ہے ہمارا کوئی آدمی جائے وہ اجازت منڈی کے لیے اور وہ اجازت منڈی کے سر پر ٹکڑا رکھوا دے مٹی کا۔</w:t>
      </w:r>
    </w:p>
    <w:p>
      <w:r>
        <w:rPr>
          <w:b/>
        </w:rPr>
        <w:t xml:space="preserve">[41:25] </w:t>
      </w:r>
      <w:r>
        <w:t>to sari ummat ke musalman hangama khara ho jayega.</w:t>
      </w:r>
    </w:p>
    <w:p>
      <w:pPr>
        <w:jc w:val="right"/>
      </w:pPr>
      <w:r>
        <w:t>تو ساری امت کے مسلمان ہنگامہ کھڑا ہو جائے گا۔</w:t>
      </w:r>
    </w:p>
    <w:p>
      <w:r>
        <w:rPr>
          <w:b/>
        </w:rPr>
        <w:t xml:space="preserve">[41:32] </w:t>
      </w:r>
      <w:r>
        <w:t>to jab woh pohnche wahan, Hazrat Saad khayme mein thay, jo general thay jo.</w:t>
      </w:r>
    </w:p>
    <w:p>
      <w:pPr>
        <w:jc w:val="right"/>
      </w:pPr>
      <w:r>
        <w:t>تو جب وہ پہنچے وہاں، حضرت سعد خیمے میں تھے، جو جنرل تھے جو۔</w:t>
      </w:r>
    </w:p>
    <w:p>
      <w:r>
        <w:rPr>
          <w:b/>
        </w:rPr>
        <w:t xml:space="preserve">[41:41] </w:t>
      </w:r>
      <w:r>
        <w:t>wahan ja kar woh mitti ka tukṛa rakh diya. yahi badshah ne diya, irani badshah ne. to aap dekhiye zara, woh general jo thay, woh kehte hain ke kaise tum bewaqoof ho ke wahan se mitti le chale aa rahe ho.</w:t>
      </w:r>
    </w:p>
    <w:p>
      <w:pPr>
        <w:jc w:val="right"/>
      </w:pPr>
      <w:r>
        <w:t>وہاں جا کر وہ مٹی کا ٹکڑا رکھ دیا۔ یہی بادشاہ نے دیا، ایرانی بادشاہ نے۔ تو آپ دیکھیے ذرا، وہ جنرل جو تھے، وہ کہتے ہیں کہ کیسے تم بیوقوف ہو کہ وہاں سے مٹی لے چلے آ رہے ہو۔</w:t>
      </w:r>
    </w:p>
    <w:p>
      <w:r>
        <w:rPr>
          <w:b/>
        </w:rPr>
        <w:t xml:space="preserve">[41:58] </w:t>
      </w:r>
      <w:r>
        <w:t>koi is ke sar par phenk diya tum ne</w:t>
      </w:r>
    </w:p>
    <w:p>
      <w:pPr>
        <w:jc w:val="right"/>
      </w:pPr>
      <w:r>
        <w:t>کوئی اس کے سر پر پھینک دیا تم نے</w:t>
      </w:r>
    </w:p>
    <w:p>
      <w:r>
        <w:rPr>
          <w:b/>
        </w:rPr>
        <w:t xml:space="preserve">[42:00] </w:t>
      </w:r>
      <w:r>
        <w:t>. yeh jo mein bata raha hoon aap ko, koi novel ki baat nahi hai yeh. yeh sacha waqia hai. aap tareekh mein parh sakte hain is ko. yeh sacha waqia hai bilkul.</w:t>
      </w:r>
    </w:p>
    <w:p>
      <w:pPr>
        <w:jc w:val="right"/>
      </w:pPr>
      <w:r>
        <w:t>۔ یہ جو میں بتا رہا ہوں آپ کو، کوئی ناول کی بات نہیں ہے یہ۔ یہ سچا واقعہ ہے۔ آپ تاریخ میں پڑھ سکتے ہیں اس کو۔ یہ سچا واقعہ ہے بالکل۔</w:t>
      </w:r>
    </w:p>
    <w:p>
      <w:r>
        <w:rPr>
          <w:b/>
        </w:rPr>
        <w:t xml:space="preserve">[42:10] </w:t>
      </w:r>
      <w:r>
        <w:t>to unhon ne jab khayme mein rakha mitti ka tukṛa to Hazrat Saad ne yeh nahi kaha ke tum kaise bewakoof ho. ke mitti ki tokri unhon ne di hai tum ko to woh phenk dete ho unhi ke sar par.</w:t>
      </w:r>
    </w:p>
    <w:p>
      <w:pPr>
        <w:jc w:val="right"/>
      </w:pPr>
      <w:r>
        <w:t>تو انہوں نے جب خیمے میں رکھا مٹی کا ٹکڑا تو حضرت سعد نے یہ نہیں کہا کہ تم کیسے بیوقوف ہو۔ کہ مٹی کی ٹوکری انہوں نے دی ہے تم کو تو وہ پھینک دیتے ہو انہی کے سر پر۔</w:t>
      </w:r>
    </w:p>
    <w:p>
      <w:r>
        <w:rPr>
          <w:b/>
        </w:rPr>
        <w:t xml:space="preserve">[42:20] </w:t>
      </w:r>
      <w:r>
        <w:t>yeh le chale aa rahe ho kya matlab hai? kya sans hai le ke chale aane ka?</w:t>
      </w:r>
    </w:p>
    <w:p>
      <w:pPr>
        <w:jc w:val="right"/>
      </w:pPr>
      <w:r>
        <w:t>یہ لے چلے آ رہے ہو کیا مطلب ہے؟ کیا سنس ہے لے کے چلے آنے کا؟</w:t>
      </w:r>
    </w:p>
    <w:p>
      <w:r>
        <w:rPr>
          <w:b/>
        </w:rPr>
        <w:t xml:space="preserve">[42:26] </w:t>
      </w:r>
      <w:r>
        <w:t>unhon ne kaha ab shuru. tum ko khushkhabri ho. It's a good tiding. والله قد أعطانا الله أقارب الملك.</w:t>
      </w:r>
    </w:p>
    <w:p>
      <w:pPr>
        <w:jc w:val="right"/>
      </w:pPr>
      <w:r>
        <w:t>انہوں نے کہا اب شروع۔ تم کو خوشخبری ہو۔ It's a good tiding. والله قد أعطانا الله أقارب الملك.</w:t>
      </w:r>
    </w:p>
    <w:p>
      <w:r>
        <w:rPr>
          <w:b/>
        </w:rPr>
        <w:t xml:space="preserve">[42:35] </w:t>
      </w:r>
      <w:r>
        <w:t>Allah taala ne hamein un ke mulk ki kunjiyan de din. to rawi kehta hai ke وتفاعلوا بدالك أقرب لعادٍ.</w:t>
      </w:r>
    </w:p>
    <w:p>
      <w:pPr>
        <w:jc w:val="right"/>
      </w:pPr>
      <w:r>
        <w:t>اللہ تعالیٰ نے ہمیں ان کے ملک کی کنجیاں دے دیں۔ تو راوی کہتا ہے کہ وتفاعلوا بدالك أقرب لعادٍ.</w:t>
      </w:r>
    </w:p>
    <w:p>
      <w:r>
        <w:rPr>
          <w:b/>
        </w:rPr>
        <w:t xml:space="preserve">[42:44] </w:t>
      </w:r>
      <w:r>
        <w:t>is ko unhon ne faida naik liya is se. yani badshah khud jo mitti di thi, woh Iran ki mitti thi. mulk Iran ki mitti thi.</w:t>
      </w:r>
    </w:p>
    <w:p>
      <w:pPr>
        <w:jc w:val="right"/>
      </w:pPr>
      <w:r>
        <w:t>اس کو انہوں نے فائدہ نیک لیا اس سے۔ یعنی بادشاہ خود جو مٹی دی تھی، وہ ایران کی مٹی تھی۔ ملک ایران کی مٹی تھی۔</w:t>
      </w:r>
    </w:p>
    <w:p>
      <w:r>
        <w:rPr>
          <w:b/>
        </w:rPr>
        <w:t xml:space="preserve">[42:55] </w:t>
      </w:r>
      <w:r>
        <w:t>to badshah ne mulk Iran ki mitti di to is ko faida naik tor par liya. unhon ne kaha apne aap ne mulk khud hi de diya hamein. woh symbol tha mulk Iran ka.</w:t>
      </w:r>
    </w:p>
    <w:p>
      <w:pPr>
        <w:jc w:val="right"/>
      </w:pPr>
      <w:r>
        <w:t>تو بادشاہ نے ملک ایران کی مٹی دی تو اس کو فائدہ نیک طور پر لیا۔ انہوں نے کہا اپنے آپ نے ملک خود ہی دے دیا ہمیں۔ وہ سمبل تھا ملک ایران کا۔</w:t>
      </w:r>
    </w:p>
    <w:p>
      <w:r>
        <w:rPr>
          <w:b/>
        </w:rPr>
        <w:t xml:space="preserve">[43:08] </w:t>
      </w:r>
      <w:r>
        <w:t>woh jo mitti thi, mulk Iran ka koi koi koi koi koi koi koi koi koi koi koi koi koi koi koi symbolise kar rahi thi woh. to unhon ne kaha yeh to aap ne mulk khud hi de diya hamein.</w:t>
      </w:r>
    </w:p>
    <w:p>
      <w:pPr>
        <w:jc w:val="right"/>
      </w:pPr>
      <w:r>
        <w:t>وہ جو مٹی تھی، ملک ایران کا کوئی کوئی کوئی کوئی کوئی کوئی کوئی کوئی کوئی کوئی سمبلائز کر رہی تھی وہ۔ تو انہوں نے کہا یہ تو آپ نے ملک خود ہی دے دیا ہمیں۔</w:t>
      </w:r>
    </w:p>
    <w:p>
      <w:r>
        <w:rPr>
          <w:b/>
        </w:rPr>
        <w:t xml:space="preserve">[43:18] </w:t>
      </w:r>
      <w:r>
        <w:t>chalo ab aage barho.</w:t>
      </w:r>
    </w:p>
    <w:p>
      <w:pPr>
        <w:jc w:val="right"/>
      </w:pPr>
      <w:r>
        <w:t>چلو اب آگے بڑھو۔</w:t>
      </w:r>
    </w:p>
    <w:p>
      <w:r>
        <w:rPr>
          <w:b/>
        </w:rPr>
        <w:t xml:space="preserve">[43:23] </w:t>
      </w:r>
      <w:r>
        <w:t>ab aap ghoor kijiye, ab is ko aap mawazna kijiye. agar woh sahabi jo gaye thay wahan, woh ghussa hote aur wahin us ke sar par paṭak dete farz kijiye to kya hota?</w:t>
      </w:r>
    </w:p>
    <w:p>
      <w:pPr>
        <w:jc w:val="right"/>
      </w:pPr>
      <w:r>
        <w:t>اب آپ غور کیجیے، اب اس کو آپ موازنہ کیجیے۔ اگر وہ صحابی جو گئے تھے وہاں، وہ غصہ ہوتے اور وہیں اس کے سر پر پٹک دیتے فرض کیجیے تو کیا ہوتا؟</w:t>
      </w:r>
    </w:p>
    <w:p>
      <w:r>
        <w:rPr>
          <w:b/>
        </w:rPr>
        <w:t xml:space="preserve">[43:36] </w:t>
      </w:r>
      <w:r>
        <w:t>woh kehta hai ke maro in ko, qatal karo. to shayad woh lotte bhi na. tareekh mein yeh waqia namaloom bana rehta.</w:t>
      </w:r>
    </w:p>
    <w:p>
      <w:pPr>
        <w:jc w:val="right"/>
      </w:pPr>
      <w:r>
        <w:t>وہ کہتا ہے کہ مارو ان کو، قتل کرو۔ تو شاید وہ لوٹتے بھی نہ۔ تاریخ میں یہ واقعہ نامعلوم بنا رہتا۔</w:t>
      </w:r>
    </w:p>
    <w:p>
      <w:r>
        <w:rPr>
          <w:b/>
        </w:rPr>
        <w:t xml:space="preserve">[43:45] </w:t>
      </w:r>
      <w:r>
        <w:t>lekin jab woh le gaye, aa gaye to kyun aisa? yani yeh sochiye ke aisa kyun hua?</w:t>
      </w:r>
    </w:p>
    <w:p>
      <w:pPr>
        <w:jc w:val="right"/>
      </w:pPr>
      <w:r>
        <w:t>لیکن جب وہ لے گئے، آ گئے تو کیوں ایسا؟ یعنی یہ سوچیے کہ ایسا کیوں ہوا؟</w:t>
      </w:r>
    </w:p>
    <w:p>
      <w:r>
        <w:rPr>
          <w:b/>
        </w:rPr>
        <w:t xml:space="preserve">[43:51] </w:t>
      </w:r>
      <w:r>
        <w:t>us waqt bhi un ke sath ek shaitan tha, ek farishta. shaitan jo tha woh kehta tha ke yeh bohat bohat hi bohat hi beizzati ki baat hai.</w:t>
      </w:r>
    </w:p>
    <w:p>
      <w:pPr>
        <w:jc w:val="right"/>
      </w:pPr>
      <w:r>
        <w:t>اس وقت بھی ان کے ساتھ ایک شیطان تھا، ایک فرشتہ۔ شیطان جو تھا وہ کہتا تھا کہ یہ بہت بہت ہی بہت ہی بے عزتی کی بات ہے۔</w:t>
      </w:r>
    </w:p>
    <w:p>
      <w:r>
        <w:rPr>
          <w:b/>
        </w:rPr>
        <w:t xml:space="preserve">[44:06] </w:t>
      </w:r>
      <w:r>
        <w:t>dekhiye is ki is ki gustakh hota hai, dekho is ko.</w:t>
      </w:r>
    </w:p>
    <w:p>
      <w:pPr>
        <w:jc w:val="right"/>
      </w:pPr>
      <w:r>
        <w:t>دیکھیے اس کی اس کی گستاخ ہوتا ہے، دیکھو اس کو۔</w:t>
      </w:r>
    </w:p>
    <w:p>
      <w:r>
        <w:rPr>
          <w:b/>
        </w:rPr>
        <w:t xml:space="preserve">[44:11] </w:t>
      </w:r>
      <w:r>
        <w:t>us waqt to tum jo kuch karo sab jaiz hoga. yeh shaitan ka ki counseling.</w:t>
      </w:r>
    </w:p>
    <w:p>
      <w:pPr>
        <w:jc w:val="right"/>
      </w:pPr>
      <w:r>
        <w:t>اس وقت تو تم جو کچھ کرو سب جائز ہوگا۔ یہ شیطان کا کی کاؤنسلنگ۔</w:t>
      </w:r>
    </w:p>
    <w:p>
      <w:r>
        <w:rPr>
          <w:b/>
        </w:rPr>
        <w:t xml:space="preserve">[44:19] </w:t>
      </w:r>
      <w:r>
        <w:t>yeh shaitan ki counseling us waqt yeh rahi hogi ke kaise aadmi. ya dekho itna kharab aadmi hai tumhari beizzati kar raha hai. tumhari beizzati, Islam ki beizzati, har cheez ki beizzati kar raha hai yeh.</w:t>
      </w:r>
    </w:p>
    <w:p>
      <w:pPr>
        <w:jc w:val="right"/>
      </w:pPr>
      <w:r>
        <w:t>یہ شیطان کی کاؤنسلنگ اس وقت یہ رہی ہوگی کہ کیسے آدمی۔ یا دیکھو اتنا خراب آدمی ہے تمہاری بے عزتی کر رہا ہے۔ تمہاری بے عزتی، اسلام کی بے عزتی، ہر چیز کی بے عزتی کر رہا ہے یہ۔</w:t>
      </w:r>
    </w:p>
    <w:p>
      <w:r>
        <w:rPr>
          <w:b/>
        </w:rPr>
        <w:t xml:space="preserve">[44:33] </w:t>
      </w:r>
      <w:r>
        <w:t>jo kuch bhi kar sakte ho karo is ke liye. yeh thi shaitan ki counseling. lekin farishte counseling un ka is ka ulta thi.</w:t>
      </w:r>
    </w:p>
    <w:p>
      <w:pPr>
        <w:jc w:val="right"/>
      </w:pPr>
      <w:r>
        <w:t>جو کچھ بھی کر سکتے ہو کرو اس کے لیے۔ یہ تھی شیطان کی کاؤنسلنگ۔ لیکن فرشتے کاؤنسلنگ ان کا اس کا الٹا تھی۔</w:t>
      </w:r>
    </w:p>
    <w:p>
      <w:r>
        <w:rPr>
          <w:b/>
        </w:rPr>
        <w:t xml:space="preserve">[44:46] </w:t>
      </w:r>
      <w:r>
        <w:t>wohi un ki zuban se aada hui, Hazrat Saad ki zuban se. ke sabr kar lo aur sabr ka phal hamesha meetha nikle ga.</w:t>
      </w:r>
    </w:p>
    <w:p>
      <w:pPr>
        <w:jc w:val="right"/>
      </w:pPr>
      <w:r>
        <w:t>وہی ان کی زبان سے آدا ہوئی، حضرت سعد کی زبان سے۔ کہ صبر کر لو اور صبر کا پھل ہمیشہ میٹھا نکلے گا۔</w:t>
      </w:r>
    </w:p>
    <w:p>
      <w:r>
        <w:rPr>
          <w:b/>
        </w:rPr>
        <w:t xml:space="preserve">[44:57] </w:t>
      </w:r>
      <w:r>
        <w:t>yani woh jo kar raha hai to tum react mat karo. react mat karo. musbat radd-e-amal do. musbat radd-e-amal.</w:t>
      </w:r>
    </w:p>
    <w:p>
      <w:pPr>
        <w:jc w:val="right"/>
      </w:pPr>
      <w:r>
        <w:t>یعنی وہ جو کر رہا ہے تو تم ری ایکٹ مت کرو۔ ری ایکٹ مت کرو۔ مثبت ردعمل دو۔ مثبت ردعمل۔</w:t>
      </w:r>
    </w:p>
    <w:p>
      <w:r>
        <w:rPr>
          <w:b/>
        </w:rPr>
        <w:t xml:space="preserve">[45:05] </w:t>
      </w:r>
      <w:r>
        <w:t>to is ka nateeja bohat acha nikle ga tumhare liye. hadith mein aata hai aalam annal nasra ma'as sabr sabr ke sath Allah ki madad aati hai.</w:t>
      </w:r>
    </w:p>
    <w:p>
      <w:pPr>
        <w:jc w:val="right"/>
      </w:pPr>
      <w:r>
        <w:t>تو اس کا نتیجہ بہت اچھا نکلے گا تمہارے لیے۔ حدیث میں آتا ہے اعلم أن النصر مع الصبر صبر کے ساتھ اللہ کی مدد آتی ہے۔</w:t>
      </w:r>
    </w:p>
    <w:p>
      <w:r>
        <w:rPr>
          <w:b/>
        </w:rPr>
        <w:t xml:space="preserve">[45:16] </w:t>
      </w:r>
      <w:r>
        <w:t>aalam annal nasra ma'as sabr sabr ke sath, sabr ke sath Allah ki madad aati hai. to farishte ne counseling yeh ki ke bhai to sabr ka lamha hai, sabr kar lo Allah ki madad aye gi.</w:t>
      </w:r>
    </w:p>
    <w:p>
      <w:pPr>
        <w:jc w:val="right"/>
      </w:pPr>
      <w:r>
        <w:t>اعلم أن النصر مع الصبر صبر کے ساتھ، صبر کے ساتھ اللہ کی مدد آتی ہے۔ تو فرشتے نے کاؤنسل یہ کی کہ بھئی تو صبر کا لمحہ ہے، صبر کر لو اللہ کی مدد آئے گی۔</w:t>
      </w:r>
    </w:p>
    <w:p>
      <w:r>
        <w:rPr>
          <w:b/>
        </w:rPr>
        <w:t xml:space="preserve">[45:32] </w:t>
      </w:r>
      <w:r>
        <w:t>ghabranay ki baat kya hai?</w:t>
      </w:r>
    </w:p>
    <w:p>
      <w:pPr>
        <w:jc w:val="right"/>
      </w:pPr>
      <w:r>
        <w:t>گھبرانے کی بات کیا ہے؟</w:t>
      </w:r>
    </w:p>
    <w:p>
      <w:r>
        <w:rPr>
          <w:b/>
        </w:rPr>
        <w:t xml:space="preserve">[45:36] </w:t>
      </w:r>
      <w:r>
        <w:t>to ab jab Saad ke pas pohnche to maloom hua ke yeh to bohat hi bara waqia tha. badshah ne apne mulk ko khud hi hamare hawale kar diya.</w:t>
      </w:r>
    </w:p>
    <w:p>
      <w:pPr>
        <w:jc w:val="right"/>
      </w:pPr>
      <w:r>
        <w:t>تو اب جب سعد کے پاس پہنچے تو معلوم ہوا کہ یہ تو بہت ہی بڑا واقعہ تھا۔ بادشاہ نے اپنے ملک کو خود ہی ہمارے حوالے کر دیا۔</w:t>
      </w:r>
    </w:p>
    <w:p>
      <w:r>
        <w:rPr>
          <w:b/>
        </w:rPr>
        <w:t xml:space="preserve">[45:47] </w:t>
      </w:r>
      <w:r>
        <w:t>wa tafaa'aloo bidalik aqrab li 'adin ab aap ghor kijiye ke agar woh lad jate badshah se to wohin khatam ho jati kahani, wohin khatam ho jati.</w:t>
      </w:r>
    </w:p>
    <w:p>
      <w:pPr>
        <w:jc w:val="right"/>
      </w:pPr>
      <w:r>
        <w:t>وتفاعلوا بدالك أقرب لعادٍ اب آپ غور کیجیے کہ اگر وہ لڑ جاتے بادشاہ سے تو وہیں ختم ہو جاتی کہانی، وہیں ختم ہو جاتی۔</w:t>
      </w:r>
    </w:p>
    <w:p>
      <w:r>
        <w:rPr>
          <w:b/>
        </w:rPr>
        <w:t xml:space="preserve">[46:03] </w:t>
      </w:r>
      <w:r>
        <w:t>lekin jab woh lade nahi, wapas aaye aur us ki yeh wazahat diya, itna shandar, super wazahat ke yeh to us ne apna mulk khud hi de diya humein.</w:t>
      </w:r>
    </w:p>
    <w:p>
      <w:pPr>
        <w:jc w:val="right"/>
      </w:pPr>
      <w:r>
        <w:t>لیکن جب وہ لڑے نہیں، واپس آئے اور اس کی یہ وضاحت دیا، اتنا شاندار، سپر وضاحت کہ یہ تو اس نے اپنا ملک خود ہی دے دیا ہمیں۔</w:t>
      </w:r>
    </w:p>
    <w:p>
      <w:r>
        <w:rPr>
          <w:b/>
        </w:rPr>
        <w:t xml:space="preserve">[46:17] </w:t>
      </w:r>
      <w:r>
        <w:t>to un ka naya hosla jaaga, naya yaqeen paida hua. Allah ki madad par ek naya bharosa un ke dimagh mein aa gaya.</w:t>
      </w:r>
    </w:p>
    <w:p>
      <w:pPr>
        <w:jc w:val="right"/>
      </w:pPr>
      <w:r>
        <w:t>تو ان کا نیا حوصلہ جاگا، نیا یقین پیدا ہوا۔ اللہ کی مدد پر ایک نیا بھروسہ ان کے دماغ میں آ گیا۔</w:t>
      </w:r>
    </w:p>
    <w:p>
      <w:r>
        <w:rPr>
          <w:b/>
        </w:rPr>
        <w:t xml:space="preserve">[46:27] </w:t>
      </w:r>
      <w:r>
        <w:t>yani pehli shakal mein manfi shakhsiyat banti hai un ke andar, ab musbat shakhsiyat bani. ab jo aage barhe woh jis hosle ke sath, to jaisa ke hadith baat riwayat mein aata hai ke log itne zabardast the ke aage barhe ke unhone kaha ke dewan aamadn, dewa</w:t>
      </w:r>
    </w:p>
    <w:p>
      <w:pPr>
        <w:jc w:val="right"/>
      </w:pPr>
      <w:r>
        <w:t>یعنی پہلی شکل میں منفی شخصیت بنتی ہے ان کے اندر، اب مثبت شخصیت بنی۔ اب جو آگے بڑھے وہ جس حوصلے کے ساتھ، تو جیسا کہ حدیث بات روایت میں آتا ہے کہ لوگ اتنے زبردست تھے کہ آگے بڑھے کہ انہوں نے کہا کہ دیواں آمدن، دیوا</w:t>
      </w:r>
    </w:p>
    <w:p>
      <w:r>
        <w:rPr>
          <w:b/>
        </w:rPr>
        <w:t xml:space="preserve">[46:46] </w:t>
      </w:r>
      <w:r>
        <w:t>n aamadn yeh to dev aa gaye hain, hum is se lad nahi sakte.</w:t>
      </w:r>
    </w:p>
    <w:p>
      <w:pPr>
        <w:jc w:val="right"/>
      </w:pPr>
      <w:r>
        <w:t>ں آمدن یہ تو دیو آ گئے ہیں، ہم اس سے لڑ نہیں سکتے۔</w:t>
      </w:r>
    </w:p>
    <w:p>
      <w:r>
        <w:rPr>
          <w:b/>
        </w:rPr>
        <w:t xml:space="preserve">[46:53] </w:t>
      </w:r>
      <w:r>
        <w:t>aap ghor kijiye ke agar shaitan ki counseling par jate woh to kitna bura anjam nikalta. lekin jab farishte ki counseling par aaye to us ne un ko hosla diya, yaqeen diya,</w:t>
      </w:r>
    </w:p>
    <w:p>
      <w:pPr>
        <w:jc w:val="right"/>
      </w:pPr>
      <w:r>
        <w:t>آپ غور کیجیے کہ اگر شیطان کی کاؤنسلنگ پر جاتے وہ تو کتنا برا انجام نکلتا۔ لیکن جب فرشتے کی کاؤنسلنگ پر آئے تو اس نے ان کو حوصلہ دیا، یقین دیا،</w:t>
      </w:r>
    </w:p>
    <w:p>
      <w:r>
        <w:rPr>
          <w:b/>
        </w:rPr>
        <w:t xml:space="preserve">[47:09] </w:t>
      </w:r>
      <w:r>
        <w:t>fatah di. Allah ki madad par un ko bharosa aa gaya aur phir kamyab hue woh.</w:t>
      </w:r>
    </w:p>
    <w:p>
      <w:pPr>
        <w:jc w:val="right"/>
      </w:pPr>
      <w:r>
        <w:t>فتح دی۔ اللہ کی مدد پر ان کو بھروسہ آ گیا اور پھر کامیاب ہوئے وہ۔</w:t>
      </w:r>
    </w:p>
    <w:p>
      <w:r>
        <w:rPr>
          <w:b/>
        </w:rPr>
        <w:t xml:space="preserve">[47:18] </w:t>
      </w:r>
      <w:r>
        <w:t>yeh hai al-ta'anni min Allah wal-ijalat min al-shaitan.</w:t>
      </w:r>
    </w:p>
    <w:p>
      <w:pPr>
        <w:jc w:val="right"/>
      </w:pPr>
      <w:r>
        <w:t>یہ ہے التاني من الله والاجلت من الشیطان ۔</w:t>
      </w:r>
    </w:p>
    <w:p>
      <w:r>
        <w:rPr>
          <w:b/>
        </w:rPr>
        <w:t xml:space="preserve">[47:25] </w:t>
      </w:r>
      <w:r>
        <w:t>kitna zabardast in logon mein tabdili aayi thi, ghor kijiye. ke itne bare bare waqiat mein bhi woh bhadak rahe the, woh yeh to bohat hi bara waqia hai na.</w:t>
      </w:r>
    </w:p>
    <w:p>
      <w:pPr>
        <w:jc w:val="right"/>
      </w:pPr>
      <w:r>
        <w:t>کتنا زبردست ان لوگوں میں تبدیلی آئی تھی، غور کیجیے۔ کہ اتنے بڑے بڑے واقعات میں بھی وہ بھڑک رہے تھے، وہ یہ تو بہت ہی بڑا واقعہ ہے نا۔</w:t>
      </w:r>
    </w:p>
    <w:p>
      <w:r>
        <w:rPr>
          <w:b/>
        </w:rPr>
        <w:t xml:space="preserve">[47:41] </w:t>
      </w:r>
      <w:r>
        <w:t>ke koi bulaye aap ko muzakarat ke liye aur rakh de sar par mitti, to yeh to bohat hi bara waqia hai. be izzati hai, gustakhi hai.</w:t>
      </w:r>
    </w:p>
    <w:p>
      <w:pPr>
        <w:jc w:val="right"/>
      </w:pPr>
      <w:r>
        <w:t>کہ کوئی بلائے آپ کو مذاکرات کے لیے اور رکھ دے سر پر مٹی، تو یہ تو بہت ہی بڑا واقعہ ہے۔ بے عزتی ہے، گستاخی ہے۔</w:t>
      </w:r>
    </w:p>
    <w:p>
      <w:r>
        <w:rPr>
          <w:b/>
        </w:rPr>
        <w:t xml:space="preserve">[47:52] </w:t>
      </w:r>
      <w:r>
        <w:t>lekin is ke bawajood woh thande ke thande rahe.</w:t>
      </w:r>
    </w:p>
    <w:p>
      <w:pPr>
        <w:jc w:val="right"/>
      </w:pPr>
      <w:r>
        <w:t>لیکن اس کے باوجود وہ ٹھنڈے کے ٹھنڈے رہے۔</w:t>
      </w:r>
    </w:p>
    <w:p>
      <w:r>
        <w:rPr>
          <w:b/>
        </w:rPr>
        <w:t xml:space="preserve">[47:57] </w:t>
      </w:r>
      <w:r>
        <w:t>to kitna bara faida hua ke woh un ke andar yaqeen paida ho gaya, hosla paida ho gaya, Allah par bharosa paida ho gaya. aur phir jeete woh, ek tareekh badal dali unhon</w:t>
      </w:r>
    </w:p>
    <w:p>
      <w:pPr>
        <w:jc w:val="right"/>
      </w:pPr>
      <w:r>
        <w:t>تو کتنا بڑا فائدہ ہوا کہ وہ ان کے اندر یقین پیدا ہو گیا، حوصلہ پیدا ہو گیا، اللہ پر بھروسہ پیدا ہو گیا۔ اور پھر جیتے وہ، ایک تاریخ بدل ڈالی انہوں</w:t>
      </w:r>
    </w:p>
    <w:p>
      <w:r>
        <w:rPr>
          <w:b/>
        </w:rPr>
        <w:t xml:space="preserve">[48:10] </w:t>
      </w:r>
      <w:r>
        <w:t>ne. is tarah ke waqiat</w:t>
      </w:r>
    </w:p>
    <w:p>
      <w:pPr>
        <w:jc w:val="right"/>
      </w:pPr>
      <w:r>
        <w:t>نے۔ اس طرح کے واقعات</w:t>
      </w:r>
    </w:p>
    <w:p>
      <w:r>
        <w:rPr>
          <w:b/>
        </w:rPr>
        <w:t xml:space="preserve">[48:14] </w:t>
      </w:r>
      <w:r>
        <w:t>bohat zyada hain Islam ki ibtidai tareekh mein. ab to nahi, ab to musalman jo hain aaj kal ke, un ki ulti misalein un ke haan hain. ulti misalein.</w:t>
      </w:r>
    </w:p>
    <w:p>
      <w:pPr>
        <w:jc w:val="right"/>
      </w:pPr>
      <w:r>
        <w:t>بہت زیادہ ہیں اسلام کی ابتدائی تاریخ میں۔ اب تو نہیں، اب تو مسلمان جو ہیں آج کل کے، ان کی الٹی مثالیں ان کے ہاں ہیں۔ الٹی مثالیں۔</w:t>
      </w:r>
    </w:p>
    <w:p>
      <w:r>
        <w:rPr>
          <w:b/>
        </w:rPr>
        <w:t xml:space="preserve">[48:24] </w:t>
      </w:r>
      <w:r>
        <w:t>aaj kal jo musalman hain woh to nasl badalne ne un ko wahan pohncha diya hai ke sirf shaitan hi un ka counselor bana hua hai. sari dunya mein, India se le kar America tak, musalmanon ki jo counseling jo kar raha hai na, woh shaitan kar raha hai.</w:t>
      </w:r>
    </w:p>
    <w:p>
      <w:pPr>
        <w:jc w:val="right"/>
      </w:pPr>
      <w:r>
        <w:t>آج کل جو مسلمان ہیں وہ تو نسل بدلنے نے ان کو وہاں پہنچا دیا ہے کہ صرف شیطان ہی ان کا کاؤنسلر بنا ہوا ہے۔ ساری دنیا میں، انڈیا سے لے کر امریکہ تک، مسلمانوں کی جو کاؤنسلنگ جو کر رہا ہے نا، وہ شیطان کر رہا ہے۔</w:t>
      </w:r>
    </w:p>
    <w:p>
      <w:r>
        <w:rPr>
          <w:b/>
        </w:rPr>
        <w:t xml:space="preserve">[48:41] </w:t>
      </w:r>
      <w:r>
        <w:t>farishton ko ijazat nahi karte woh. woh farishton ko ijazat nahi karte woh.</w:t>
      </w:r>
    </w:p>
    <w:p>
      <w:pPr>
        <w:jc w:val="right"/>
      </w:pPr>
      <w:r>
        <w:t>فرشتوں کو اجازت نہیں کرتے وہ۔ وہ فرشتوں کو اجازت نہیں کرتے وہ۔</w:t>
      </w:r>
    </w:p>
    <w:p>
      <w:r>
        <w:rPr>
          <w:b/>
        </w:rPr>
        <w:t xml:space="preserve">[48:49] </w:t>
      </w:r>
      <w:r>
        <w:t>is sari dunya ke jo Muslim leaders hain, Muslim leaders, woh shaitan ko apna counselor banaye hue hain. aur farishton ko unhone hata diya hai ke nahi, tumhari counseling hamein nahi chahiye.</w:t>
      </w:r>
    </w:p>
    <w:p>
      <w:pPr>
        <w:jc w:val="right"/>
      </w:pPr>
      <w:r>
        <w:t>اس ساری دنیا کے جو مسلم لیڈرز ہیں، مسلم لیڈرز، وہ شیطان کو اپنا کاؤنسلر بنائے ہوئے ہیں۔ اور فرشتوں کو انہوں نے ہٹا دیا ہے کہ نہیں، تمہاری کاؤنسلنگ ہمیں نہیں چاہیے۔</w:t>
      </w:r>
    </w:p>
    <w:p>
      <w:r>
        <w:rPr>
          <w:b/>
        </w:rPr>
        <w:t xml:space="preserve">[49:03] </w:t>
      </w:r>
      <w:r>
        <w:t>ab mein ek misal aur arz karta hoon aap ko.</w:t>
      </w:r>
    </w:p>
    <w:p>
      <w:pPr>
        <w:jc w:val="right"/>
      </w:pPr>
      <w:r>
        <w:t>اب میں ایک مثال اور عرض کرتا ہوں آپ کو۔</w:t>
      </w:r>
    </w:p>
    <w:p>
      <w:r>
        <w:rPr>
          <w:b/>
        </w:rPr>
        <w:t xml:space="preserve">[49:08] </w:t>
      </w:r>
      <w:r>
        <w:t>Abbasi daur ke aakhir mein aisa hua ke tatariyon ne hamla kardiya. tatari jo the, pahadi ilaqon mein rehte the.</w:t>
      </w:r>
    </w:p>
    <w:p>
      <w:pPr>
        <w:jc w:val="right"/>
      </w:pPr>
      <w:r>
        <w:t>عباسی دور کے آخر میں ایسا ہوا کہ تاتاریوں نے حملہ کر دیا۔ تاتاری جو تھے، پہاڑی علاقوں میں رہتے تھے۔</w:t>
      </w:r>
    </w:p>
    <w:p>
      <w:r>
        <w:rPr>
          <w:b/>
        </w:rPr>
        <w:t xml:space="preserve">[49:22] </w:t>
      </w:r>
      <w:r>
        <w:t>Turkistan ka jo ilaaqa hai, woh bohat hi khokhhaar log the woh.</w:t>
      </w:r>
    </w:p>
    <w:p>
      <w:pPr>
        <w:jc w:val="right"/>
      </w:pPr>
      <w:r>
        <w:t>ترکستان کا جو علاقہ ہے، وہ بہت ہی خوخار لوگ تھے وہ۔</w:t>
      </w:r>
    </w:p>
    <w:p>
      <w:r>
        <w:rPr>
          <w:b/>
        </w:rPr>
        <w:t xml:space="preserve">[49:28] </w:t>
      </w:r>
      <w:r>
        <w:t>to barah hazar ka lashkar le kar ke chengiz khan ne is ke baad hilaku ne hamla kar diya. aur samarqand se le kar halab tak sab masjidain tod dein, buildingein tod dein, mara peeta sab.</w:t>
      </w:r>
    </w:p>
    <w:p>
      <w:pPr>
        <w:jc w:val="right"/>
      </w:pPr>
      <w:r>
        <w:t>تو بارہ ہزار کا لشکر لے کر کے چنگیز خان نے اس کے بعد ہلاکو نے حملہ کر دیا۔ اور سمرقند سے لے کر حلب تک سب مسجدیں توڑ دیں، بلڈنگیں توڑ دیں، مارا پیٹا سب۔</w:t>
      </w:r>
    </w:p>
    <w:p>
      <w:r>
        <w:rPr>
          <w:b/>
        </w:rPr>
        <w:t xml:space="preserve">[49:45] </w:t>
      </w:r>
      <w:r>
        <w:t>khud badshah ko maar dala.</w:t>
      </w:r>
    </w:p>
    <w:p>
      <w:pPr>
        <w:jc w:val="right"/>
      </w:pPr>
      <w:r>
        <w:t>خود بادشاہ کو مار ڈالا۔</w:t>
      </w:r>
    </w:p>
    <w:p>
      <w:r>
        <w:rPr>
          <w:b/>
        </w:rPr>
        <w:t xml:space="preserve">[49:50] </w:t>
      </w:r>
      <w:r>
        <w:t>to is ki lambi kahani hai, bohat tafseel se likha hai unhon ne.</w:t>
      </w:r>
    </w:p>
    <w:p>
      <w:pPr>
        <w:jc w:val="right"/>
      </w:pPr>
      <w:r>
        <w:t>تو اس کی لمبی کہانی ہے، بہت تفصیل سے لکھا ہے انہوں نے۔</w:t>
      </w:r>
    </w:p>
    <w:p>
      <w:r>
        <w:rPr>
          <w:b/>
        </w:rPr>
        <w:t xml:space="preserve">[49:55] </w:t>
      </w:r>
      <w:r>
        <w:t>wo jo kitab hai un ki, professor andal ki kitab hai "Preaching of Islam". hamare se bhi chhipi hai wo, "Spirit of Islam" ke naam se.</w:t>
      </w:r>
    </w:p>
    <w:p>
      <w:pPr>
        <w:jc w:val="right"/>
      </w:pPr>
      <w:r>
        <w:t>وہ جو کتاب ہے ان کی، پروفیسر آندل کی کتاب ہے "Preaching of Islam"۔ ہمارے سے بھی چھپی ہے وہ، "Spirit of Islam" کے نام سے۔</w:t>
      </w:r>
    </w:p>
    <w:p>
      <w:r>
        <w:rPr>
          <w:b/>
        </w:rPr>
        <w:t xml:space="preserve">[50:08] </w:t>
      </w:r>
      <w:r>
        <w:t>is ko aap parhiye, bohat lambi kahani hai ye. main ek waqia arz karta hoon. ke tatari shehzada jo tha, us zamane mein shikar hua karta tha.</w:t>
      </w:r>
    </w:p>
    <w:p>
      <w:pPr>
        <w:jc w:val="right"/>
      </w:pPr>
      <w:r>
        <w:t>اس کو آپ پڑھیے، بہت لمبی کہانی ہے یہ۔ میں ایک واقعہ عرض کرتا ہوں۔ کہ تاتاری شہزادہ جو تھا، اس زمانے میں شکار ہوا کرتا تھا۔</w:t>
      </w:r>
    </w:p>
    <w:p>
      <w:r>
        <w:rPr>
          <w:b/>
        </w:rPr>
        <w:t xml:space="preserve">[50:22] </w:t>
      </w:r>
      <w:r>
        <w:t>ab to shikar ka daur khatam ho gaya,</w:t>
      </w:r>
    </w:p>
    <w:p>
      <w:pPr>
        <w:jc w:val="right"/>
      </w:pPr>
      <w:r>
        <w:t>اب تو شکار کا دور ختم ہو گیا،</w:t>
      </w:r>
    </w:p>
    <w:p>
      <w:r>
        <w:rPr>
          <w:b/>
        </w:rPr>
        <w:t xml:space="preserve">[50:25] </w:t>
      </w:r>
      <w:r>
        <w:t>ab doosre tafreehi kaam hote hain. wahan par tafreehi kaam jo tha, wo shikar tha. janglon mein jate they aur wahan teer se marte they, ye sab karte they.</w:t>
      </w:r>
    </w:p>
    <w:p>
      <w:pPr>
        <w:jc w:val="right"/>
      </w:pPr>
      <w:r>
        <w:t>اب دوسرے تفریحی کام ہوتے ہیں۔ وہاں پر تفریحی کام جو تھا، وہ شکار تھا۔ جنگل میں جاتے تھے اور وہاں تیر سے مارتے تھے، یہ سب کرتے تھے۔</w:t>
      </w:r>
    </w:p>
    <w:p>
      <w:r>
        <w:rPr>
          <w:b/>
        </w:rPr>
        <w:t xml:space="preserve">[50:37] </w:t>
      </w:r>
      <w:r>
        <w:t>to ek tatari shehzada</w:t>
      </w:r>
    </w:p>
    <w:p>
      <w:pPr>
        <w:jc w:val="right"/>
      </w:pPr>
      <w:r>
        <w:t>تو ایک تاتاری شہزادہ</w:t>
      </w:r>
    </w:p>
    <w:p>
      <w:r>
        <w:rPr>
          <w:b/>
        </w:rPr>
        <w:t xml:space="preserve">[50:42] </w:t>
      </w:r>
      <w:r>
        <w:t>shikar ke liye gaya hua tha. aur wo janglon mein, is ke aur jo is ka fauji log is ke sath they, sab pure saaz o saman ke sath</w:t>
      </w:r>
    </w:p>
    <w:p>
      <w:pPr>
        <w:jc w:val="right"/>
      </w:pPr>
      <w:r>
        <w:t>شکار کے لیے گیا ہوا تھا۔ اور وہ جنگل میں، اس کے اور جو اس کا فوجی لوگ اس کے ساتھ تھے، سب پورے ساز و سامان کے ساتھ</w:t>
      </w:r>
    </w:p>
    <w:p>
      <w:r>
        <w:rPr>
          <w:b/>
        </w:rPr>
        <w:t xml:space="preserve">[50:55] </w:t>
      </w:r>
      <w:r>
        <w:t>. to ek ek bare aalim wahan par aa gaye.</w:t>
      </w:r>
    </w:p>
    <w:p>
      <w:pPr>
        <w:jc w:val="right"/>
      </w:pPr>
      <w:r>
        <w:t>۔ تو ایک ایک بڑے عالم وہاں پر آ گئے۔</w:t>
      </w:r>
    </w:p>
    <w:p>
      <w:r>
        <w:rPr>
          <w:b/>
        </w:rPr>
        <w:t xml:space="preserve">[51:04] </w:t>
      </w:r>
      <w:r>
        <w:t>to wo ghussa ho gaya kyunke is ko is ne ek bara faida liya. ye kahani ki wajah se hamara shikar gadbad ho jayega. is ko is ne ek jo kehte hain, wo bas shugun nahi lena.</w:t>
      </w:r>
    </w:p>
    <w:p>
      <w:pPr>
        <w:jc w:val="right"/>
      </w:pPr>
      <w:r>
        <w:t>تو وہ غصہ ہو گیا کیونکہ اس کو اس نے ایک بڑا فائدہ لیا۔ یہ کہانی کی وجہ سے ہمارا شکار گڑبڑ ہو جائے گا۔ اس کو اس نے ایک جو کہتے ہیں، وہ بس شگون نہیں لینا۔</w:t>
      </w:r>
    </w:p>
    <w:p>
      <w:r>
        <w:rPr>
          <w:b/>
        </w:rPr>
        <w:t xml:space="preserve">[51:21] </w:t>
      </w:r>
      <w:r>
        <w:t>ke ye aa gaye to hamara shikar gadbad ho jayega.</w:t>
      </w:r>
    </w:p>
    <w:p>
      <w:pPr>
        <w:jc w:val="right"/>
      </w:pPr>
      <w:r>
        <w:t>کہ یہ آ گئے تو ہمارا شکار گڑبڑ ہو جائے گا۔</w:t>
      </w:r>
    </w:p>
    <w:p>
      <w:r>
        <w:rPr>
          <w:b/>
        </w:rPr>
        <w:t xml:space="preserve">[51:26] </w:t>
      </w:r>
      <w:r>
        <w:t>to un logon par kutte hua karte they, shikari kutte. to wo ghore par sawar tha aur uska kutta wahan par tha neeche. sheikh jamaluddin, buzurg they, aalim they.</w:t>
      </w:r>
    </w:p>
    <w:p>
      <w:pPr>
        <w:jc w:val="right"/>
      </w:pPr>
      <w:r>
        <w:t>تو ان لوگوں پر کتے ہوا کرتے تھے، شکاری کتے۔ تو وہ گھوڑے پر سوار تھا اور اس کا کتا وہاں پر تھا نیچے۔ شیخ جمال الدین، بزرگ تھے، عالم تھے۔</w:t>
      </w:r>
    </w:p>
    <w:p>
      <w:r>
        <w:rPr>
          <w:b/>
        </w:rPr>
        <w:t xml:space="preserve">[51:41] </w:t>
      </w:r>
      <w:r>
        <w:t>to un par ghussa ho gaya wo, sheikh jamaluddin par. to ghusse mein us ne kaha, "tum achhe ho, mera kutta achha."</w:t>
      </w:r>
    </w:p>
    <w:p>
      <w:pPr>
        <w:jc w:val="right"/>
      </w:pPr>
      <w:r>
        <w:t>تو ان پر غصہ ہو گیا وہ، شیخ جمال الدین پر۔ تو غصے میں اس نے کہا، "تم اچھے ہو، میرا کتا اچھا۔"</w:t>
      </w:r>
    </w:p>
    <w:p>
      <w:r>
        <w:rPr>
          <w:b/>
        </w:rPr>
        <w:t xml:space="preserve">[51:53] </w:t>
      </w:r>
      <w:r>
        <w:t>yani ghore par baitha hua hai, neeche kutta hai, idhar sheikh jamaluddin hai. to ghusse mein kehta hai ke "tum achhe ho, mera kutta achha." matlab ye zahir tha ke "tum achhe ho, tumhara kutta hai."</w:t>
      </w:r>
    </w:p>
    <w:p>
      <w:pPr>
        <w:jc w:val="right"/>
      </w:pPr>
      <w:r>
        <w:t>یعنی گھوڑے پر بیٹھا ہوا ہے، نیچے کتا ہے، ادھر شیخ جمال الدین ہے۔ تو غصے میں کہتا ہے کہ "تم اچھے ہو، میرا کتا اچھا۔" مطلب یہ ظاہر تھا کہ "تم اچھے ہو، تمہارا کتا ہے۔"</w:t>
      </w:r>
    </w:p>
    <w:p>
      <w:r>
        <w:rPr>
          <w:b/>
        </w:rPr>
        <w:t xml:space="preserve">[52:12] </w:t>
      </w:r>
      <w:r>
        <w:t>ab kitna bhadkane wali baat thi. aaj kal kisi musalman se koi aisa kahe to bhadak kar ke pata nahi kya kar dalega.</w:t>
      </w:r>
    </w:p>
    <w:p>
      <w:pPr>
        <w:jc w:val="right"/>
      </w:pPr>
      <w:r>
        <w:t>اب کتنا بھڑکانے والی بات تھی۔ آج کل کسی مسلمان سے کوئی ایسا کہے تو بھڑک کر کے پتہ نہیں کیا کر ڈالے گا۔</w:t>
      </w:r>
    </w:p>
    <w:p>
      <w:r>
        <w:rPr>
          <w:b/>
        </w:rPr>
        <w:t xml:space="preserve">[52:23] </w:t>
      </w:r>
      <w:r>
        <w:t>ab to holi ka rang agar kahin pad jaye, chheenta to bhadak kar ke aasman zameen ek kar dete hain musalman. zara si koi baat ho jaye, koi cartoon chhap jaye ya kuch bhi ho jaye to hungama khada kar dete hain.</w:t>
      </w:r>
    </w:p>
    <w:p>
      <w:pPr>
        <w:jc w:val="right"/>
      </w:pPr>
      <w:r>
        <w:t>اب تو ہولی کا رنگ اگر کہیں پڑ جائے، چھینٹا تو بھڑک کر کے آسمان زمین ایک کر دیتے ہیں مسلمان۔ ذرا سی کوئی بات ہو جائے، کوئی کارٹون چھپ جائے یا کچھ بھی ہو جائے تو ہنگامہ کھڑا کر دیتے ہیں۔</w:t>
      </w:r>
    </w:p>
    <w:p>
      <w:r>
        <w:rPr>
          <w:b/>
        </w:rPr>
        <w:t xml:space="preserve">[52:39] </w:t>
      </w:r>
      <w:r>
        <w:t>wo itni bari baat ye keh di us ne ke "tum achhe ho, mera kutta achha." matlab mera kutta tum se behtar hai.</w:t>
      </w:r>
    </w:p>
    <w:p>
      <w:pPr>
        <w:jc w:val="right"/>
      </w:pPr>
      <w:r>
        <w:t>وہ اتنی بڑی بات یہ کہہ دی اس نے کہ "تم اچھے ہو، میرا کتا اچھا۔" مطلب میرا کتا تم سے بہتر ہے۔</w:t>
      </w:r>
    </w:p>
    <w:p>
      <w:r>
        <w:rPr>
          <w:b/>
        </w:rPr>
        <w:t xml:space="preserve">[52:48] </w:t>
      </w:r>
      <w:r>
        <w:t>to dekhiye unhon ne jo jawab diya wo kya tha.</w:t>
      </w:r>
    </w:p>
    <w:p>
      <w:pPr>
        <w:jc w:val="right"/>
      </w:pPr>
      <w:r>
        <w:t>تو دیکھیے انہوں نے جو جواب دیا وہ کیا تھا۔</w:t>
      </w:r>
    </w:p>
    <w:p>
      <w:r>
        <w:rPr>
          <w:b/>
        </w:rPr>
        <w:t xml:space="preserve">[52:52] </w:t>
      </w:r>
      <w:r>
        <w:t>us ne kaha ke "iman billah par agar mera khatma hua to main achha hoon." yani tumhara kutta achha hai.</w:t>
      </w:r>
    </w:p>
    <w:p>
      <w:pPr>
        <w:jc w:val="right"/>
      </w:pPr>
      <w:r>
        <w:t>اس نے کہا کہ "ایمان باللہ پر اگر میرا خاتمہ ہوا تو میں اچھا ہوں۔" یعنی تمہارا کتا اچھا ہے۔</w:t>
      </w:r>
    </w:p>
    <w:p>
      <w:r>
        <w:rPr>
          <w:b/>
        </w:rPr>
        <w:t xml:space="preserve">[53:02] </w:t>
      </w:r>
      <w:r>
        <w:t>us cheez ne is ko hila diya, is shehzade ko hila diya.</w:t>
      </w:r>
    </w:p>
    <w:p>
      <w:pPr>
        <w:jc w:val="right"/>
      </w:pPr>
      <w:r>
        <w:t>اس چیز نے اس کو ہلا دیا، اس شہزادے کو ہلا دیا۔</w:t>
      </w:r>
    </w:p>
    <w:p>
      <w:r>
        <w:rPr>
          <w:b/>
        </w:rPr>
        <w:t xml:space="preserve">[53:11] </w:t>
      </w:r>
      <w:r>
        <w:t>unhon ne kaha ke "agar iman billah par mera khatma ho to main achha hoon." aur agar mera khatma iman billah par na ho to tumhara kutta hi achha hai.</w:t>
      </w:r>
    </w:p>
    <w:p>
      <w:pPr>
        <w:jc w:val="right"/>
      </w:pPr>
      <w:r>
        <w:t>انہوں نے کہا کہ "اگر ایمان باللہ پر میرا خاتمہ ہو تو میں اچھا ہوں۔" اور اگر میرا خاتمہ ایمان باللہ پر نہ ہو تو تمہارا کتا ہی اچھا ہے۔</w:t>
      </w:r>
    </w:p>
    <w:p>
      <w:r>
        <w:rPr>
          <w:b/>
        </w:rPr>
        <w:t xml:space="preserve">[53:22] </w:t>
      </w:r>
      <w:r>
        <w:t>to is ke ek khul gaya ke kya cheez hai iman. kya cheez hai iman jo aadmi ko itna utha deti hai. wo na hota to neeche gira deti hai.</w:t>
      </w:r>
    </w:p>
    <w:p>
      <w:pPr>
        <w:jc w:val="right"/>
      </w:pPr>
      <w:r>
        <w:t>تو اس کے ایک کھل گیا کہ کیا چیز ہے ایمان۔ کیا چیز ہے ایمان جو آدمی کو اتنا اٹھا دیتی ہے۔ وہ نہ ہوتا تو نیچے گرا دیتی ہے۔</w:t>
      </w:r>
    </w:p>
    <w:p>
      <w:r>
        <w:rPr>
          <w:b/>
        </w:rPr>
        <w:t xml:space="preserve">[53:35] </w:t>
      </w:r>
      <w:r>
        <w:t>phir ye lambi kahani hai, aakhir mein is ko, aakhir mein is ko dawat di ke "batao hum ko ke iman kya cheez hai." is ki kahani ko aap parhna chahein to aap kitab mein parh li jiye.</w:t>
      </w:r>
    </w:p>
    <w:p>
      <w:pPr>
        <w:jc w:val="right"/>
      </w:pPr>
      <w:r>
        <w:t>پھر یہ لمبی کہانی ہے، آخر میں اس کو، آخر میں اس کو دعوت دی کہ "بتاؤ ہم کو کہ ایمان کیا چیز ہے۔" اس کی کہانی کو آپ پڑھنا چاہیں تو آپ کتاب میں پڑھ لیجیے۔</w:t>
      </w:r>
    </w:p>
    <w:p>
      <w:r>
        <w:rPr>
          <w:b/>
        </w:rPr>
        <w:t xml:space="preserve">[53:50] </w:t>
      </w:r>
      <w:r>
        <w:t>apne jahan wo jahan rehta tha, wo wahan bulaya us ne ke "hum ko batao ke aakhir iman kya cheez hai ye." jo insaan kehta hai upar utha deta hai aur na ho jata hai, gir jata hai neeche.</w:t>
      </w:r>
    </w:p>
    <w:p>
      <w:pPr>
        <w:jc w:val="right"/>
      </w:pPr>
      <w:r>
        <w:t>اپنے جہاں وہ جہاں رہتا تھا، وہ وہاں بلایا اس نے کہ "ہم کو بتاؤ کہ آخر ایمان کیا چیز ہے یہ۔" جو انسان کہتا ہے اوپر اٹھا دیتا ہے اور نہ ہو جاتا ہے، گر جاتا ہے نیچے۔</w:t>
      </w:r>
    </w:p>
    <w:p>
      <w:r>
        <w:rPr>
          <w:b/>
        </w:rPr>
        <w:t xml:space="preserve">[54:05] </w:t>
      </w:r>
      <w:r>
        <w:t>to unhon ne bataya. to woh itna zabardast awaz se parha ke us ne iman qabool kar liya. achha is zamane mein tha, naas wala deen malokin ka zamana tha woh.</w:t>
      </w:r>
    </w:p>
    <w:p>
      <w:pPr>
        <w:jc w:val="right"/>
      </w:pPr>
      <w:r>
        <w:t>تو انہوں نے بتایا۔ تو وہ اتنا زبردست آواز سے پڑھا کہ اس نے ایمان قبول کر لیا۔ اچھا اس زمانے میں تھا، الناس والا دین ملوکین کا زمانہ تھا وہ۔</w:t>
      </w:r>
    </w:p>
    <w:p>
      <w:r>
        <w:rPr>
          <w:b/>
        </w:rPr>
        <w:t xml:space="preserve">[54:19] </w:t>
      </w:r>
      <w:r>
        <w:t>ke badshah ka jo mazhab, wahi wahi awam ka mazhab. naas wala deen malokin par yeh zamana bhi yahi hua karta tha. ke jo badshah ka mazhab, wahi riaya ka mazhab.</w:t>
      </w:r>
    </w:p>
    <w:p>
      <w:pPr>
        <w:jc w:val="right"/>
      </w:pPr>
      <w:r>
        <w:t>کہ بادشاہ کا جو مذہب، وہی وہی عوام کا مذہب۔ الناس والا دین ملوکین پر یہ زمانہ بھی یہی ہوا کرتا تھا۔ کہ جو بادشاہ کا مذہب، وہی رعایا کا مذہب۔</w:t>
      </w:r>
    </w:p>
    <w:p>
      <w:r>
        <w:rPr>
          <w:b/>
        </w:rPr>
        <w:t xml:space="preserve">[54:31] </w:t>
      </w:r>
      <w:r>
        <w:t>to badshah ne jab islam qabool kar liya to sare tatari musalman ho gaye. un ki aksariyat.</w:t>
      </w:r>
    </w:p>
    <w:p>
      <w:pPr>
        <w:jc w:val="right"/>
      </w:pPr>
      <w:r>
        <w:t>تو بادشاہ نے جب اسلام قبول کر لیا تو سارے تاتاری مسلمان ہو گئے۔ ان کی اکثریت۔</w:t>
      </w:r>
    </w:p>
    <w:p>
      <w:r>
        <w:rPr>
          <w:b/>
        </w:rPr>
        <w:t xml:space="preserve">[54:40] </w:t>
      </w:r>
      <w:r>
        <w:t>isi ko iqbal ne kaha hai ke "hai aya fitna tatar ke afsane se paswan mil gaye kaba ko sanam khane se." lekin is ki jo hikmat hai, us ko samjhiye.</w:t>
      </w:r>
    </w:p>
    <w:p>
      <w:pPr>
        <w:jc w:val="right"/>
      </w:pPr>
      <w:r>
        <w:t>اسی کو اقبال نے کہا ہے کہ "ہے آیا فتنہ تاتار کے افسانے سے پاسواں مل گئے کعبہ کو صنم خانے سے۔" لیکن اس کی جو حکمت ہے، اس کو سمجھیے۔</w:t>
      </w:r>
    </w:p>
    <w:p>
      <w:r>
        <w:rPr>
          <w:b/>
        </w:rPr>
        <w:t xml:space="preserve">[54:54] </w:t>
      </w:r>
      <w:r>
        <w:t>is ke jo raaz hain, us ko samjhiye. woh raaz kya hai? altani.</w:t>
      </w:r>
    </w:p>
    <w:p>
      <w:pPr>
        <w:jc w:val="right"/>
      </w:pPr>
      <w:r>
        <w:t>اس کے جو راز ہیں، اس کو سمجھیے۔ وہ راز کیا ہے؟ التانی۔</w:t>
      </w:r>
    </w:p>
    <w:p>
      <w:r>
        <w:rPr>
          <w:b/>
        </w:rPr>
        <w:t xml:space="preserve">[55:00] </w:t>
      </w:r>
      <w:r>
        <w:t>lekin is surat-e-haal ka jawab agar ajala ki shakal mein diya jaye to woh kya hai? tabahi, tabahi, tabahi. kisi surat-e-haal ka jawab agar altani ke sath diya jaye to phir kamyabi, kamyabi, kamyabi.</w:t>
      </w:r>
    </w:p>
    <w:p>
      <w:pPr>
        <w:jc w:val="right"/>
      </w:pPr>
      <w:r>
        <w:t>لیکن اس صورتحال کا جواب اگر عجلہ کی شکل میں دیا جائے تو وہ کیا ہے؟ تباہی، تباہی، تباہی۔ کسی صورتحال کا جواب اگر التانی کے ساتھ دیا جائے تو پھر کامیابی، کامیابی، کامیابی۔</w:t>
      </w:r>
    </w:p>
    <w:p>
      <w:r>
        <w:rPr>
          <w:b/>
        </w:rPr>
        <w:t xml:space="preserve">[55:16] </w:t>
      </w:r>
      <w:r>
        <w:t>dunya se le kar akhirat tak. to khulasa dekhiye yeh hai. hum mein se har shakhs har lamha do taqaton ke beech mein hai. ek taraf shaitan hai, ek taraf farishta hai.</w:t>
      </w:r>
    </w:p>
    <w:p>
      <w:pPr>
        <w:jc w:val="right"/>
      </w:pPr>
      <w:r>
        <w:t>دنیا سے لے کر آخرت تک۔ تو خلاصہ دیکھیے یہ ہے۔ ہم میں سے ہر شخص ہر لمحہ دو طاقتوں کے بیچ میں ہے۔ ایک طرف شیطان ہے، ایک طرف فرشتہ ہے۔</w:t>
      </w:r>
    </w:p>
    <w:p>
      <w:r>
        <w:rPr>
          <w:b/>
        </w:rPr>
        <w:t xml:space="preserve">[55:30] </w:t>
      </w:r>
      <w:r>
        <w:t>koi is se bacha hua nahi hai. aap koi tasbeeh parhein, tehajjud parhein, roza rakhein to is se bachenge nahi aap. phir bhi woh dono ke dono maujood rahenge.</w:t>
      </w:r>
    </w:p>
    <w:p>
      <w:pPr>
        <w:jc w:val="right"/>
      </w:pPr>
      <w:r>
        <w:t>کوئی اس سے بچا ہوا نہیں ہے۔ آپ کوئی تسبیح پڑھیں، تہجد پڑھیں، روزہ رکھیں تو اس سے بچیں گے نہیں آپ۔ پھر بھی وہ دونوں کے دونوں موجود رہیں گے۔</w:t>
      </w:r>
    </w:p>
    <w:p>
      <w:r>
        <w:rPr>
          <w:b/>
        </w:rPr>
        <w:t xml:space="preserve">[55:42] </w:t>
      </w:r>
      <w:r>
        <w:t>aur dono ke liye entry point hai aap ki shakhsiyat ke andar. ek entry point hai ego. is aadmi bhadak uthta hai, mushtael ho jata hai.</w:t>
      </w:r>
    </w:p>
    <w:p>
      <w:pPr>
        <w:jc w:val="right"/>
      </w:pPr>
      <w:r>
        <w:t>اور دونوں کے لیے انٹری پوائنٹ ہے آپ کی شخصیت کے اندر۔ ایک انٹری پوائنٹ ہے ایگو۔ اس آدمی بھڑک اٹھتا ہے، مشتعل ہو جاتا ہے۔</w:t>
      </w:r>
    </w:p>
    <w:p>
      <w:r>
        <w:rPr>
          <w:b/>
        </w:rPr>
        <w:t xml:space="preserve">[55:52] </w:t>
      </w:r>
      <w:r>
        <w:t>wahan se shaitan ghus parta hai. aur doosra jo hai shaoor hai.</w:t>
      </w:r>
    </w:p>
    <w:p>
      <w:pPr>
        <w:jc w:val="right"/>
      </w:pPr>
      <w:r>
        <w:t>وہاں سے شیطان گھس پڑتا ہے۔ اور دوسرا جو ہے شعور ہے۔</w:t>
      </w:r>
    </w:p>
    <w:p>
      <w:r>
        <w:rPr>
          <w:b/>
        </w:rPr>
        <w:t xml:space="preserve">[55:59] </w:t>
      </w:r>
      <w:r>
        <w:t>yani sochna, samajhna, thande tareeqe se mamle ko ghor karna. ghor se rad-e-amal dena surat-e-haal ka. yahan par yeh entry point jo hai, yahan se shaitan nahi aa sakta, yahan se farishta aata hai.</w:t>
      </w:r>
    </w:p>
    <w:p>
      <w:pPr>
        <w:jc w:val="right"/>
      </w:pPr>
      <w:r>
        <w:t>یعنی سوچنا، سمجھنا، ٹھنڈے طریقے سے معاملے کو غور کرنا۔ غور سے ردعمل دینا صورتحال کا۔ یہاں پر یہ انٹری پوائنٹ جو ہے، یہاں سے شیطان نہیں آ سکتا، یہاں سے فرشتہ آتا ہے۔</w:t>
      </w:r>
    </w:p>
    <w:p>
      <w:r>
        <w:rPr>
          <w:b/>
        </w:rPr>
        <w:t xml:space="preserve">[56:14] </w:t>
      </w:r>
      <w:r>
        <w:t>to ek hi formula mein aap ko deta hoon jo aap likh lein. ke aap agar altani ka tareeqa ikhtiyar karenge to aap ko dunya aur akhirat ki kamyabi hai.</w:t>
      </w:r>
    </w:p>
    <w:p>
      <w:pPr>
        <w:jc w:val="right"/>
      </w:pPr>
      <w:r>
        <w:t>تو ایک ہی فارمولا میں آپ کو دیتا ہوں جو آپ لکھ لیں۔ کہ آپ اگر التانی کا طریقہ اختیار کریں گے تو آپ کو دنیا اور آخرت کی کامیابی ہے۔</w:t>
      </w:r>
    </w:p>
    <w:p>
      <w:r>
        <w:rPr>
          <w:b/>
        </w:rPr>
        <w:t xml:space="preserve">[56:24] </w:t>
      </w:r>
      <w:r>
        <w:t>aur ajala ka tareeqa ikhtiyar karenge to yahan bhi nakaam, wahan bhi nakaam.</w:t>
      </w:r>
    </w:p>
    <w:p>
      <w:pPr>
        <w:jc w:val="right"/>
      </w:pPr>
      <w:r>
        <w:t>اور عجلہ کا طریقہ اختیار کریں گے تو یہاں بھی ناکام، وہاں بھی ناکام۔</w:t>
      </w:r>
    </w:p>
    <w:p>
      <w:r>
        <w:rPr>
          <w:b/>
        </w:rPr>
        <w:t xml:space="preserve">[56:31] </w:t>
      </w:r>
      <w:r>
        <w:t>yani ek hota hai, altani ka matlab hai surat-e-haal ka ghor se rad-e-amal dena. soch samajh kar ke, bohat hi misbat andaaz.</w:t>
      </w:r>
    </w:p>
    <w:p>
      <w:pPr>
        <w:jc w:val="right"/>
      </w:pPr>
      <w:r>
        <w:t>یعنی ایک ہوتا ہے، التانی کا مطلب ہے صورتحال کا غور سے ردعمل دینا۔ سوچ سمجھ کر کے، بہت ہی مثبت انداز۔</w:t>
      </w:r>
    </w:p>
    <w:p>
      <w:r>
        <w:rPr>
          <w:b/>
        </w:rPr>
        <w:t xml:space="preserve">[56:41] </w:t>
      </w:r>
      <w:r>
        <w:t>misbat tareeqe se sochna. nateeje ko le kar sochna. mashwara karna. aur phir bohat socha samjha faisla lena ek.</w:t>
      </w:r>
    </w:p>
    <w:p>
      <w:pPr>
        <w:jc w:val="right"/>
      </w:pPr>
      <w:r>
        <w:t>مثبت طریقے سے سوچنا۔ نتیجے کو لے کر سوچنا۔ مشورہ کرنا۔ اور پھر بہت سوچا سمجھا فیصلہ لینا ایک۔</w:t>
      </w:r>
    </w:p>
    <w:p>
      <w:r>
        <w:rPr>
          <w:b/>
        </w:rPr>
        <w:t xml:space="preserve">[56:51] </w:t>
      </w:r>
      <w:r>
        <w:t>yeh hai altani. aur yeh bhadak kar ke ulajh jana, mushtael ho kar ladne lagna. yeh ajala hai. aur yeh shaitan ka tareeqa hai.</w:t>
      </w:r>
    </w:p>
    <w:p>
      <w:pPr>
        <w:jc w:val="right"/>
      </w:pPr>
      <w:r>
        <w:t>یہ ہے التانی۔ اور یہ بھڑک کر کے الجھ جانا، مشتعل ہو کر لڑنے لگنا۔ یہ عجلہ ہے۔ اور یہ شیطان کا طریقہ ہے۔</w:t>
      </w:r>
    </w:p>
    <w:p>
      <w:r>
        <w:rPr>
          <w:b/>
        </w:rPr>
        <w:t xml:space="preserve">[57:02] </w:t>
      </w:r>
      <w:r>
        <w:t>isi mein poori kahani chupi hui hai. fard ki bhi hai aur ملت ki bhi. gharon mein jhagde jo hote hain, gharon mein jhagde. woh isi liye hote hain ke aap shaitan ko mauqa de dete hain.</w:t>
      </w:r>
    </w:p>
    <w:p>
      <w:pPr>
        <w:jc w:val="right"/>
      </w:pPr>
      <w:r>
        <w:t>اسی میں پوری کہانی چھپی ہوئی ہے۔ فرد کی بھی ہے اور ملت کی بھی۔ گھروں میں جھگڑے جو ہوتے ہیں، گھروں میں جھگڑے۔ وہ اسی لیے ہوتے ہیں کہ آپ شیطان کو موقع دے دیتے ہیں۔</w:t>
      </w:r>
    </w:p>
    <w:p>
      <w:r>
        <w:rPr>
          <w:b/>
        </w:rPr>
        <w:t xml:space="preserve">[57:14] </w:t>
      </w:r>
      <w:r>
        <w:t>aur qom mein jhagde hote hain, idhar udhar jo jhagde hote hain. jo musalman uljhe hue hain, har jagah musalman lad rahe hain logon se. woh kya hai? woh shaitani mashware par chal rahe hain.</w:t>
      </w:r>
    </w:p>
    <w:p>
      <w:pPr>
        <w:jc w:val="right"/>
      </w:pPr>
      <w:r>
        <w:t>اور قوم میں جھگڑے ہوتے ہیں، ادھر ادھر جو جھگڑے ہوتے ہیں۔ جو مسلمان الجھے ہوئے ہیں، ہر جگہ مسلمان لڑ رہے ہیں لوگوں سے۔ وہ کیا ہے؟ وہ شیطانی مشورے پر چل رہے ہیں۔</w:t>
      </w:r>
    </w:p>
    <w:p>
      <w:r>
        <w:rPr>
          <w:b/>
        </w:rPr>
        <w:t xml:space="preserve">[57:25] </w:t>
      </w:r>
      <w:r>
        <w:t>jo tabahi, tabahi ho rahi hai. koi faida nahi mil raha.</w:t>
      </w:r>
    </w:p>
    <w:p>
      <w:pPr>
        <w:jc w:val="right"/>
      </w:pPr>
      <w:r>
        <w:t>جو تباہی، تباہی ہو رہی ہے۔ کوئی فائدہ نہیں مل رہا۔</w:t>
      </w:r>
    </w:p>
    <w:p>
      <w:r>
        <w:rPr>
          <w:b/>
        </w:rPr>
        <w:t xml:space="preserve">[57:31] </w:t>
      </w:r>
      <w:r>
        <w:t>to hum jo dawat ka kaam karein, is mein bhi is ki bohat ahmiyat hai. kyun ke dawat mein dekhiye, bar bar aisa hoga ke koi aap ko sataye, yani aisi baat kahe ke jis se aap ka dil majrooh ho.</w:t>
      </w:r>
    </w:p>
    <w:p>
      <w:pPr>
        <w:jc w:val="right"/>
      </w:pPr>
      <w:r>
        <w:t>تو ہم جو دعوتی کام کریں، اس میں بھی اس کی بہت اہمیت ہے۔ کیونکہ دعوت میں دیکھیے، بار بار ایسا ہوگا کہ کوئی آپ کو ستائے، یعنی ایسی بات کہے کہ جس سے آپ کا کل آپ کا دل مجروح ہو۔</w:t>
      </w:r>
    </w:p>
    <w:p>
      <w:r>
        <w:rPr>
          <w:b/>
        </w:rPr>
        <w:t xml:space="preserve">[57:44] </w:t>
      </w:r>
      <w:r>
        <w:t>aisi baat kahega jis se aap ko ishtial paida ho jaye. to dawat mein bhi dekhiye, bohat zaroori hai is ka lihaaz rakhna. dawat mein kamyab jab aap honge, jab aap farishton ki mashware par chalenge.</w:t>
      </w:r>
    </w:p>
    <w:p>
      <w:pPr>
        <w:jc w:val="right"/>
      </w:pPr>
      <w:r>
        <w:t>ایسی بات کہے گا جس سے آپ کو اشتعال پیدا ہو جائے۔ تو دعوت میں بھی دیکھیے، بہت ضروری ہے اس کا لحاظ رکھنا۔ دعوت میں کامیاب جب آپ ہوں گے، جب آپ فرشتوں کی مشورے پر چلیں گے۔</w:t>
      </w:r>
    </w:p>
    <w:p>
      <w:r>
        <w:rPr>
          <w:b/>
        </w:rPr>
        <w:t xml:space="preserve">[57:57] </w:t>
      </w:r>
      <w:r>
        <w:t>agar aap dawat mein shaitan ke rastay par chalenge to nakaami hi nakaami hai. meri dua hai ke Allah taala hum sab ko is se bachaye ke hum shaitan ke rastay par chalne.</w:t>
      </w:r>
    </w:p>
    <w:p>
      <w:pPr>
        <w:jc w:val="right"/>
      </w:pPr>
      <w:r>
        <w:t>اگر آپ دعوت میں شیطان کے راستے پر چلیں گے تو ناکامی ہی ناکامی ہے۔ میری دعا ہے کہ اللہ تعالیٰ ہم سب کو اس سے بچائے کہ ہم شیطان کے راستے پر چلیں۔</w:t>
      </w:r>
    </w:p>
    <w:p>
      <w:r>
        <w:rPr>
          <w:b/>
        </w:rPr>
        <w:t xml:space="preserve">[58:10] </w:t>
      </w:r>
      <w:r>
        <w:t>aur Allah taala hamein farishton ka rafeeq banaye. aqool qawli haza wastaghfirullaha li walakum ajmaeen.</w:t>
      </w:r>
    </w:p>
    <w:p>
      <w:pPr>
        <w:jc w:val="right"/>
      </w:pPr>
      <w:r>
        <w:t>اور اللہ تعالیٰ ہمیں فرشتوں کا رفیق بنائے۔ أقول قولي هذا واستغفرالله لي ولكم أجمعين.</w:t>
      </w:r>
    </w:p>
    <w:p>
      <w:r>
        <w:rPr>
          <w:b/>
        </w:rPr>
        <w:t xml:space="preserve">[58:31] </w:t>
      </w:r>
      <w:r>
        <w:t>farida khanum from Delhi, yesterday you said that doomsday will not come until and unless we have conveyed the message of God to man.</w:t>
      </w:r>
    </w:p>
    <w:p>
      <w:pPr>
        <w:jc w:val="right"/>
      </w:pPr>
      <w:r>
        <w:t>فریدہ خانم from Delhi, yesterday you said that doomsday will not come until and unless we have conveyed the message of God to man.</w:t>
      </w:r>
    </w:p>
    <w:p>
      <w:r>
        <w:rPr>
          <w:b/>
        </w:rPr>
        <w:t xml:space="preserve">[58:44] </w:t>
      </w:r>
      <w:r>
        <w:t>please explain it once again. dekhiye, yeh bohat hi zyada serious baat hai.</w:t>
      </w:r>
    </w:p>
    <w:p>
      <w:pPr>
        <w:jc w:val="right"/>
      </w:pPr>
      <w:r>
        <w:t>Please explain it once again. دیکھیے، یہ بہت ہی زیادہ serious بات ہے۔</w:t>
      </w:r>
    </w:p>
    <w:p>
      <w:r>
        <w:rPr>
          <w:b/>
        </w:rPr>
        <w:t xml:space="preserve">[58:54] </w:t>
      </w:r>
      <w:r>
        <w:t>bohat ziyada serious baat hai.</w:t>
      </w:r>
    </w:p>
    <w:p>
      <w:pPr>
        <w:jc w:val="right"/>
      </w:pPr>
      <w:r>
        <w:t>بہت زیادہ serious بات ہے۔</w:t>
      </w:r>
    </w:p>
    <w:p>
      <w:r>
        <w:rPr>
          <w:b/>
        </w:rPr>
        <w:t xml:space="preserve">[58:59] </w:t>
      </w:r>
      <w:r>
        <w:t>qayamat is waqt aayegi jab ke logon ko bata diya gaya ho.</w:t>
      </w:r>
    </w:p>
    <w:p>
      <w:pPr>
        <w:jc w:val="right"/>
      </w:pPr>
      <w:r>
        <w:t>قیامت اس وقت آئے گی جب کہ لوگوں کو بتا دیا گیا ہو۔</w:t>
      </w:r>
    </w:p>
    <w:p>
      <w:r>
        <w:rPr>
          <w:b/>
        </w:rPr>
        <w:t xml:space="preserve">[59:09] </w:t>
      </w:r>
      <w:r>
        <w:t>quran mein bohat hi wazeh tor par yeh usool bataya gaya hai ke</w:t>
      </w:r>
    </w:p>
    <w:p>
      <w:pPr>
        <w:jc w:val="right"/>
      </w:pPr>
      <w:r>
        <w:t>قرآن میں بہت ہی واضح طور پر یہ اصول بتایا گیا ہے کہ</w:t>
      </w:r>
    </w:p>
    <w:p>
      <w:r>
        <w:rPr>
          <w:b/>
        </w:rPr>
        <w:t xml:space="preserve">[59:22] </w:t>
      </w:r>
      <w:r>
        <w:t>ma kan allahu liyuhlikra qaryatn bizulmin wa ahlu ghafilun</w:t>
      </w:r>
    </w:p>
    <w:p>
      <w:pPr>
        <w:jc w:val="right"/>
      </w:pPr>
      <w:r>
        <w:t>ما کان اللہ لیہ لکر قراء بظلم والہ غافلون</w:t>
      </w:r>
    </w:p>
    <w:p>
      <w:r>
        <w:rPr>
          <w:b/>
        </w:rPr>
        <w:t xml:space="preserve">[59:29] </w:t>
      </w:r>
      <w:r>
        <w:t>allah ka yeh tareeqa nahi ke insano ko halak kare jab ke woh bekhabar hon.</w:t>
      </w:r>
    </w:p>
    <w:p>
      <w:pPr>
        <w:jc w:val="right"/>
      </w:pPr>
      <w:r>
        <w:t>اللہ کا یہ طریقہ نہیں کہ انسانوں کو ہلاک کرے جب کہ وہ بے خبر ہوں۔</w:t>
      </w:r>
    </w:p>
    <w:p>
      <w:r>
        <w:rPr>
          <w:b/>
        </w:rPr>
        <w:t xml:space="preserve">[59:41] </w:t>
      </w:r>
      <w:r>
        <w:t>to allah qayamat kya hai? ek universal harkat hai yeh.</w:t>
      </w:r>
    </w:p>
    <w:p>
      <w:pPr>
        <w:jc w:val="right"/>
      </w:pPr>
      <w:r>
        <w:t>تو اللہ قیامت کیا ہے؟ ایک universal حرکت ہے یہ۔</w:t>
      </w:r>
    </w:p>
    <w:p>
      <w:r>
        <w:rPr>
          <w:b/>
        </w:rPr>
        <w:t xml:space="preserve">[59:49] </w:t>
      </w:r>
      <w:r>
        <w:t>to yeh kab aayegi? jab logon ko unawareness tod diya gaya ho. allah ka creation plan ne bata diya gaya ho.</w:t>
      </w:r>
    </w:p>
    <w:p>
      <w:pPr>
        <w:jc w:val="right"/>
      </w:pPr>
      <w:r>
        <w:t>تو یہ کب آئے گی؟ جب لوگوں کو unawareness توڑ دیا گیا ہو۔ اللہ کا creation plan نے بتا دیا گیا ہو۔</w:t>
      </w:r>
    </w:p>
    <w:p>
      <w:r>
        <w:rPr>
          <w:b/>
        </w:rPr>
        <w:t xml:space="preserve">[1:00:01] </w:t>
      </w:r>
      <w:r>
        <w:t>qayamat kyun aa rahi hai? yeh is se inko ba-khabar kar diya gaya ho. woh nahi ruki rahegi. dekhiye, aaj kal jo global warming hai, saare log mante hain ke man-made problem hai.</w:t>
      </w:r>
    </w:p>
    <w:p>
      <w:pPr>
        <w:jc w:val="right"/>
      </w:pPr>
      <w:r>
        <w:t>قیامت کیوں آ رہی ہے؟ یہ اس سے ان کو باخبر کر دیا گیا ہو۔ وہ نہیں رکی رہے گی۔ دیکھیے، آج کل جو global warming ہے، سارے لوگ مانتے ہیں کہ man-made problem ہے۔</w:t>
      </w:r>
    </w:p>
    <w:p>
      <w:r>
        <w:rPr>
          <w:b/>
        </w:rPr>
        <w:t xml:space="preserve">[1:00:16] </w:t>
      </w:r>
      <w:r>
        <w:t>tamam scientists, yaani hamari factories se, hamari industry se carbon emission hota hai. is ki wajah se yeh global warming hai.</w:t>
      </w:r>
    </w:p>
    <w:p>
      <w:pPr>
        <w:jc w:val="right"/>
      </w:pPr>
      <w:r>
        <w:t>تمام scientists، یعنی ہماری factories سے، ہماری industry سے کاربن emission ہوتا ہے۔ اس کی وجہ سے یہ global warming ہے۔</w:t>
      </w:r>
    </w:p>
    <w:p>
      <w:r>
        <w:rPr>
          <w:b/>
        </w:rPr>
        <w:t xml:space="preserve">[1:00:27] </w:t>
      </w:r>
      <w:r>
        <w:t>yeh saare scientists mante hain. achha, is ki wajah se kya ho raha hai? ke dunya se pani khatam ho raha hai.</w:t>
      </w:r>
    </w:p>
    <w:p>
      <w:pPr>
        <w:jc w:val="right"/>
      </w:pPr>
      <w:r>
        <w:t>یہ سارے scientists مانتے ہیں۔ اچھا، اس کی وجہ سے کیا ہو رہا ہے؟ کہ دنیا سے پانی ختم ہو رہا ہے۔</w:t>
      </w:r>
    </w:p>
    <w:p>
      <w:r>
        <w:rPr>
          <w:b/>
        </w:rPr>
        <w:t xml:space="preserve">[1:00:34] </w:t>
      </w:r>
      <w:r>
        <w:t>glaciers pighal rahe hain. icebergs pighal rahi hain.</w:t>
      </w:r>
    </w:p>
    <w:p>
      <w:pPr>
        <w:jc w:val="right"/>
      </w:pPr>
      <w:r>
        <w:t>گلیشیئر پگھل رہے ہیں۔ آئس برگ پگھل رہی ہے۔</w:t>
      </w:r>
    </w:p>
    <w:p>
      <w:r>
        <w:rPr>
          <w:b/>
        </w:rPr>
        <w:t xml:space="preserve">[1:00:41] </w:t>
      </w:r>
      <w:r>
        <w:t>aur jo</w:t>
      </w:r>
    </w:p>
    <w:p>
      <w:pPr>
        <w:jc w:val="right"/>
      </w:pPr>
      <w:r>
        <w:t>اور جو</w:t>
      </w:r>
    </w:p>
    <w:p>
      <w:r>
        <w:rPr>
          <w:b/>
        </w:rPr>
        <w:t xml:space="preserve">[1:00:47] </w:t>
      </w:r>
      <w:r>
        <w:t>is par pole par, south pole, north pole par jo barf hai, woh pighal rahi hai.</w:t>
      </w:r>
    </w:p>
    <w:p>
      <w:pPr>
        <w:jc w:val="right"/>
      </w:pPr>
      <w:r>
        <w:t>اس پر پول پر، ساؤتھ پول، نارتھ پول پر جو برف ہے، وہ پگھل رہی ہے۔</w:t>
      </w:r>
    </w:p>
    <w:p>
      <w:r>
        <w:rPr>
          <w:b/>
        </w:rPr>
        <w:t xml:space="preserve">[1:00:57] </w:t>
      </w:r>
      <w:r>
        <w:t>to yeh sab pani, yeh yeh tha, yeh jo tha pani, yeh fresh water ka store tha. yeh pighal pighal woh kahan ja raha hai?</w:t>
      </w:r>
    </w:p>
    <w:p>
      <w:pPr>
        <w:jc w:val="right"/>
      </w:pPr>
      <w:r>
        <w:t>تو یہ سب پانی، یہ یہ تھا، یہ جو تھا پانی، یہ fresh water کا store تھا۔ یہ پگھل پگھل وہ کہاں جا رہا ہے؟</w:t>
      </w:r>
    </w:p>
    <w:p>
      <w:r>
        <w:rPr>
          <w:b/>
        </w:rPr>
        <w:t xml:space="preserve">[1:01:07] </w:t>
      </w:r>
      <w:r>
        <w:t>samundaron mein ja raha hai. yaani phir woh salty water ban raha hai. khuda ne is salty water ko barish ke zariye se alag kiya aur fresh water, meetha water banakar is ko store kar diya bade bade barf ke pahad ki shakal mein</w:t>
      </w:r>
    </w:p>
    <w:p>
      <w:pPr>
        <w:jc w:val="right"/>
      </w:pPr>
      <w:r>
        <w:t>سمندروں میں جا رہا ہے۔ یعنی پھر وہ salty water بن رہا ہے۔ خدا نے اس salty water کو بارش کے ذریعے سے الگ کیا اور fresh water، میٹھا water بنا کر اس کو store کر دیا بڑے بڑے برف کے پہاڑ کی شکل میں</w:t>
      </w:r>
    </w:p>
    <w:p>
      <w:r>
        <w:rPr>
          <w:b/>
        </w:rPr>
        <w:t xml:space="preserve">[1:01:25] </w:t>
      </w:r>
      <w:r>
        <w:t>. aur global warming ka sab pighal raha hai, pighal pighal sab. kitni nadiyaan sookh gayeen, ganga, jamna ka pani bohat kam ho gaya.</w:t>
      </w:r>
    </w:p>
    <w:p>
      <w:pPr>
        <w:jc w:val="right"/>
      </w:pPr>
      <w:r>
        <w:t>۔ اور global warming کا سب پگھل رہا ہے، پگھل پگھل سب۔ کتنی ندیاں سوکھ گئیں، گنگا، جمنا کا پانی بہت کم ہو گیا۔</w:t>
      </w:r>
    </w:p>
    <w:p>
      <w:r>
        <w:rPr>
          <w:b/>
        </w:rPr>
        <w:t xml:space="preserve">[1:01:34] </w:t>
      </w:r>
      <w:r>
        <w:t>har taraf yahi ho raha hai. fresh water khatam ho raha hai aur samundar jo salty water hai, is ka level badh raha hai.</w:t>
      </w:r>
    </w:p>
    <w:p>
      <w:pPr>
        <w:jc w:val="right"/>
      </w:pPr>
      <w:r>
        <w:t>ہر طرف یہی ہو رہا ہے۔ fresh water ختم ہو رہا ہے اور سمندر جو salty water ہے، اس کا level بڑھ رہا ہے۔</w:t>
      </w:r>
    </w:p>
    <w:p>
      <w:r>
        <w:rPr>
          <w:b/>
        </w:rPr>
        <w:t xml:space="preserve">[1:01:45] </w:t>
      </w:r>
      <w:r>
        <w:t>to yeh man-made problem hai.</w:t>
      </w:r>
    </w:p>
    <w:p>
      <w:pPr>
        <w:jc w:val="right"/>
      </w:pPr>
      <w:r>
        <w:t>تو یہ man-made problem ہے۔</w:t>
      </w:r>
    </w:p>
    <w:p>
      <w:r>
        <w:rPr>
          <w:b/>
        </w:rPr>
        <w:t xml:space="preserve">[1:01:48] </w:t>
      </w:r>
      <w:r>
        <w:t>to mera manna yeh hai ke insan apne ko museebaton mein dale to khuda ko is ki parwah nahi hai.</w:t>
      </w:r>
    </w:p>
    <w:p>
      <w:pPr>
        <w:jc w:val="right"/>
      </w:pPr>
      <w:r>
        <w:t>تو میرا ماننا یہ ہے کہ انسان اپنے کو مصیبتوں میں ڈالے تو خدا کو اس کی پرواہ نہیں ہے۔</w:t>
      </w:r>
    </w:p>
    <w:p>
      <w:r>
        <w:rPr>
          <w:b/>
        </w:rPr>
        <w:t xml:space="preserve">[1:02:00] </w:t>
      </w:r>
      <w:r>
        <w:t>khuda ko parwah yeh hai ke woh insan ko bata de. woh to yeh jo pani ki jo itni badi kami ho gayi hai dunya bhar mein, woh man-made problem hai.</w:t>
      </w:r>
    </w:p>
    <w:p>
      <w:pPr>
        <w:jc w:val="right"/>
      </w:pPr>
      <w:r>
        <w:t>خدا کو پرواہ یہ ہے کہ وہ انسان کو بتا دے۔ وہ تو یہ جو پانی کی جو اتنی بڑی کمی ہو گئی ہے دنیا بھر میں، وہ man-made problem ہے۔</w:t>
      </w:r>
    </w:p>
    <w:p>
      <w:r>
        <w:rPr>
          <w:b/>
        </w:rPr>
        <w:t xml:space="preserve">[1:02:14] </w:t>
      </w:r>
      <w:r>
        <w:t>global warming ko saare scientists man-made kehte hain.</w:t>
      </w:r>
    </w:p>
    <w:p>
      <w:pPr>
        <w:jc w:val="right"/>
      </w:pPr>
      <w:r>
        <w:t>global warming کو سارے scientists man-made کہتے ہیں۔</w:t>
      </w:r>
    </w:p>
    <w:p>
      <w:r>
        <w:rPr>
          <w:b/>
        </w:rPr>
        <w:t xml:space="preserve">[1:02:19] </w:t>
      </w:r>
      <w:r>
        <w:t>to khuda ko, khudaye khuda, concern nahi hai ke aap apne problem create karke pani ka muhti ziyada kami ho jaye, zameenein banjar ho jayen.</w:t>
      </w:r>
    </w:p>
    <w:p>
      <w:pPr>
        <w:jc w:val="right"/>
      </w:pPr>
      <w:r>
        <w:t>تو خدا کو، خدائے خدا، concern نہیں ہے کہ آپ اپنے problem create کر کے پانی کا محتی زیادہ کمی ہو جائے، زمینیں بنجر ہو جائیں۔</w:t>
      </w:r>
    </w:p>
    <w:p>
      <w:r>
        <w:rPr>
          <w:b/>
        </w:rPr>
        <w:t xml:space="preserve">[1:02:33] </w:t>
      </w:r>
      <w:r>
        <w:t>yeh khuda ka problem nahi hai.</w:t>
      </w:r>
    </w:p>
    <w:p>
      <w:pPr>
        <w:jc w:val="right"/>
      </w:pPr>
      <w:r>
        <w:t>یہ خدا کا problem نہیں ہے۔</w:t>
      </w:r>
    </w:p>
    <w:p>
      <w:r>
        <w:rPr>
          <w:b/>
        </w:rPr>
        <w:t xml:space="preserve">[1:02:36] </w:t>
      </w:r>
      <w:r>
        <w:t>yeh aap janiye. khuda jo doomsday lane wala hai, is se pehle khuda yeh zaroor chahega, chahta hai ke yeh idkhal kalma ho jaye.</w:t>
      </w:r>
    </w:p>
    <w:p>
      <w:pPr>
        <w:jc w:val="right"/>
      </w:pPr>
      <w:r>
        <w:t>یہ آپ جانیے۔ خدا جو doomsday لانے والا ہے، اس سے پہلے خدا یہ ضرور چاہے گا، چاہتا ہے کہ یہ ادخال کلمہ ہو جائے۔</w:t>
      </w:r>
    </w:p>
    <w:p>
      <w:r>
        <w:rPr>
          <w:b/>
        </w:rPr>
        <w:t xml:space="preserve">[1:02:48] </w:t>
      </w:r>
      <w:r>
        <w:t>yaani allah ka paigham creation plan of god se logon ko ba-khabar kar diya jaye. ma kan allahu liyuhlikra qaryatn bizulmin wa ahlu ghafilun is ke baad do do char ke sath sabit hoti hai.</w:t>
      </w:r>
    </w:p>
    <w:p>
      <w:pPr>
        <w:jc w:val="right"/>
      </w:pPr>
      <w:r>
        <w:t>یعنی اللہ کا پیغام creation plan of God سے لوگوں کو باخبر کر دیا جائے۔ ما کان اللہ لیہ لکر قراء بظلم والہ غافلون اس کے بعد دو دو چار کے ساتھ ثابت ہوتی ہے۔</w:t>
      </w:r>
    </w:p>
    <w:p>
      <w:r>
        <w:rPr>
          <w:b/>
        </w:rPr>
        <w:t xml:space="preserve">[1:03:04] </w:t>
      </w:r>
      <w:r>
        <w:t>to kitni sangin baat hai, yaad rakhiye. yani ain mumkin hai ke hum pani ke baghair tadap rahe hon, phir bhi qayamat ruki rahe.</w:t>
      </w:r>
    </w:p>
    <w:p>
      <w:pPr>
        <w:jc w:val="right"/>
      </w:pPr>
      <w:r>
        <w:t>تو کتنی سنگین بات ہے، یاد رکھیے۔ یعنی عین ممکن ہے کہ ہم پانی کے بغیر تڑپ رہے ہوں، پھر بھی قیامت رکی رہے۔</w:t>
      </w:r>
    </w:p>
    <w:p>
      <w:r>
        <w:rPr>
          <w:b/>
        </w:rPr>
        <w:t xml:space="preserve">[1:03:14] </w:t>
      </w:r>
      <w:r>
        <w:t>kyunke abhi yeh logon tak baat pohnchi nahi hai. achha, ghor kijiye, hum machhli ke tadap rahe hain, machhli ki tarah se pani ke baghair. lekin khuda qayamat ko roke rahega, roke rahega is waqt tak jab tak ke logon ki unawareness ko tod na diya jaye.</w:t>
      </w:r>
    </w:p>
    <w:p>
      <w:pPr>
        <w:jc w:val="right"/>
      </w:pPr>
      <w:r>
        <w:t>کیونکہ ابھی یہ لوگوں تک بات پہنچی نہیں ہے۔ اچھا، غور کیجیے، ہم مچھلی کے تڑپ رہے ہیں، مچھلی کی طرح سے پانی کے بغیر۔ لیکن خدا قیامت کو روکے رہے گا، روکے رہے گا اس وقت تک جب تک کہ لوگوں کی unawareness کو توڑ نہ دیا جائے۔</w:t>
      </w:r>
    </w:p>
    <w:p>
      <w:r>
        <w:rPr>
          <w:b/>
        </w:rPr>
        <w:t xml:space="preserve">[1:03:32] </w:t>
      </w:r>
      <w:r>
        <w:t>allah ke creation plan se logon ko ba-khabar na kar diya jaye. isi liye main kehta hoon ke aap log jo jo is is baat ko jante hain, unka koi doosra concern nahi hona chahiye is hawale se ke idkhaal e kalma aaj kal kya</w:t>
      </w:r>
    </w:p>
    <w:p>
      <w:pPr>
        <w:jc w:val="right"/>
      </w:pPr>
      <w:r>
        <w:t>اللہ کے creation plan سے لوگوں کو باخبر نہ کر دیا جائے۔ اسی لیے میں کہتا ہوں کہ آپ لوگ جو جو اس اس بات کو جانتے ہیں، ان کا کوئی دوسرا concern نہیں ہونا چاہیے اس حوالے سے کہ ادخال کلمہ آج کل کیا</w:t>
      </w:r>
    </w:p>
    <w:p>
      <w:r>
        <w:rPr>
          <w:b/>
        </w:rPr>
        <w:t xml:space="preserve">[1:03:50] </w:t>
      </w:r>
      <w:r>
        <w:t>hai. koi family ka ab but banaya gaya hai, family par apna sara kharcha, sari kamai kharch kar raha hai. koi apne business mein laga hua hai, koi apne bachhon ki taraqqi mein laga hua hai.</w:t>
      </w:r>
    </w:p>
    <w:p>
      <w:pPr>
        <w:jc w:val="right"/>
      </w:pPr>
      <w:r>
        <w:t>ہے۔ کوئی فیملی کا اب بت بنایا گیا ہے، فیملی پر اپنا سارا خرچہ، ساری کمائی خرچ کر رہا ہے۔ کوئی اپنے بزنس میں لگا ہوا ہے، کوئی اپنے بچوں کی ترقی میں لگا ہوا ہے۔</w:t>
      </w:r>
    </w:p>
    <w:p>
      <w:r>
        <w:rPr>
          <w:b/>
        </w:rPr>
        <w:t xml:space="preserve">[1:04:01] </w:t>
      </w:r>
      <w:r>
        <w:t>yeh sab ab haraam ho chuka hai, yaad rakhiye. kyunke insaniyat khatre mein hai. insaniyat is khatre mein hai ke log pani ke baghair tadepein aur qayamat ruki bhi rahe, qayamat bhi na ho.</w:t>
      </w:r>
    </w:p>
    <w:p>
      <w:pPr>
        <w:jc w:val="right"/>
      </w:pPr>
      <w:r>
        <w:t>یہ سب اب حرام ہو چکا ہے، یاد رکھیے۔ کیونکہ انسانیت خطرے میں ہے۔ انسانیت اس خطرے میں ہے کہ لوگ پانی کے بغیر تڑپیں اور قیامت رکی بھی رہے، قیامت بھی نہ ہوئے۔</w:t>
      </w:r>
    </w:p>
    <w:p>
      <w:r>
        <w:rPr>
          <w:b/>
        </w:rPr>
        <w:t xml:space="preserve">[1:04:15] </w:t>
      </w:r>
      <w:r>
        <w:t>kya karenge aap?</w:t>
      </w:r>
    </w:p>
    <w:p>
      <w:pPr>
        <w:jc w:val="right"/>
      </w:pPr>
      <w:r>
        <w:t>کیا کریں گے آپ؟</w:t>
      </w:r>
    </w:p>
    <w:p>
      <w:r>
        <w:rPr>
          <w:b/>
        </w:rPr>
        <w:t xml:space="preserve">[1:04:17] </w:t>
      </w:r>
      <w:r>
        <w:t>woh waqt aa gaya ke log kahenge meri family bhaad mein jaye, mera business bhaad mein jaye, mere bete bhaad mein jayein, mujhe toh idkhaal e kalma karna hai. nahi toh saare log pakde jayenge, yaad rakhiye.</w:t>
      </w:r>
    </w:p>
    <w:p>
      <w:pPr>
        <w:jc w:val="right"/>
      </w:pPr>
      <w:r>
        <w:t>وہ وقت آ گیا کہ لوگ کہیں گے میری فیملی بھاڑ میں جائے، میرا بزنس بھاڑ میں جائے، میرے بیٹے بھاڑ میں جائیں، مجھے تو ادخال کلمہ کرنا ہے۔ نہیں تو سارے لوگ پکڑے جائیں گے، یاد رکھیے۔</w:t>
      </w:r>
    </w:p>
    <w:p>
      <w:r>
        <w:rPr>
          <w:b/>
        </w:rPr>
        <w:t xml:space="preserve">[1:04:31] </w:t>
      </w:r>
      <w:r>
        <w:t>bahut hi serious baat hai yeh, bahut serious baat hai.</w:t>
      </w:r>
    </w:p>
    <w:p>
      <w:pPr>
        <w:jc w:val="right"/>
      </w:pPr>
      <w:r>
        <w:t>بہت ہی serious بات ہے یہ، بہت serious بات ہے۔</w:t>
      </w:r>
    </w:p>
    <w:p>
      <w:r>
        <w:rPr>
          <w:b/>
        </w:rPr>
        <w:t xml:space="preserve">[1:04:36] </w:t>
      </w:r>
      <w:r>
        <w:t>ab sara dekhiye, life system kharab ho raha hai. life support system jo hai, life support system kharab ho raha hai.</w:t>
      </w:r>
    </w:p>
    <w:p>
      <w:pPr>
        <w:jc w:val="right"/>
      </w:pPr>
      <w:r>
        <w:t>اب سارا دیکھیے، لائف سسٹم خراب ہو رہا ہے۔ لائف سپورٹ سسٹم جو ہے، لائف سپورٹ سسٹم خراب ہو رہا ہے۔</w:t>
      </w:r>
    </w:p>
    <w:p>
      <w:r>
        <w:rPr>
          <w:b/>
        </w:rPr>
        <w:t xml:space="preserve">[1:04:46] </w:t>
      </w:r>
      <w:r>
        <w:t>fresh water hum ko milta tha, hum ko oxygen milta tha, hum ko hawayein mili hui thi, hum ko sun light mili hui thi, zameenon se fasal ug rahi thi, woh sab tabaah ho raha hai.</w:t>
      </w:r>
    </w:p>
    <w:p>
      <w:pPr>
        <w:jc w:val="right"/>
      </w:pPr>
      <w:r>
        <w:t>فریش واٹر ہم کو ملتا تھا، ہم کو اکسیجن ملتا تھا، ہم کو ہوائیں ملی ہوئی تھیں، ہم کو سن لائٹ ملی ہوئی تھی، زمینیں سے فصل اگ رہی تھیں، وہ سب تباہ ہو رہا ہے۔</w:t>
      </w:r>
    </w:p>
    <w:p>
      <w:r>
        <w:rPr>
          <w:b/>
        </w:rPr>
        <w:t xml:space="preserve">[1:05:00] </w:t>
      </w:r>
      <w:r>
        <w:t>lekin kitni tabaah ho jaye, insaan kitni tadepe, insaan par kitni museebat aayein, qayamat ruki rahe is waqt tak jab tak idkhaal e kalma na ho jaye.</w:t>
      </w:r>
    </w:p>
    <w:p>
      <w:pPr>
        <w:jc w:val="right"/>
      </w:pPr>
      <w:r>
        <w:t>لیکن کتنی تباہ ہو جائے، انسان کتنی تڑپے، انسان پر کتنی مصیبت آئیں، قیامت رکی رہے اس وقت تک جب تک ادخال کلمہ نہ ہو جائے۔</w:t>
      </w:r>
    </w:p>
    <w:p>
      <w:r>
        <w:rPr>
          <w:b/>
        </w:rPr>
        <w:t xml:space="preserve">[1:05:10] </w:t>
      </w:r>
      <w:r>
        <w:t>toh main saaf kehta hoon ke family ko bhaad mein daliye, beton ko bhaad mein daliye, business ko bhaad mein daliye, apne material interest ko bhaad mein daliye.</w:t>
      </w:r>
    </w:p>
    <w:p>
      <w:pPr>
        <w:jc w:val="right"/>
      </w:pPr>
      <w:r>
        <w:t>تو میں صاف کہتا ہوں کہ فیملی کو بھاڑ میں ڈالیے، بیٹوں کو بھاڑ میں ڈالیے، بزنس کو بھاڑ میں ڈالیے، اپنے مٹیریل انٹرسٹ کو بھاڑ میں ڈالیے۔</w:t>
      </w:r>
    </w:p>
    <w:p>
      <w:r>
        <w:rPr>
          <w:b/>
        </w:rPr>
        <w:t xml:space="preserve">[1:05:23] </w:t>
      </w:r>
      <w:r>
        <w:t>aap ki sari kamai jo hai, idkhaal e kalma mein lagaiye. nahi lagayenge toh phir face kijiye jahannum ka. jahannum ka masla hai, yeh jahannum ka masla hai.</w:t>
      </w:r>
    </w:p>
    <w:p>
      <w:pPr>
        <w:jc w:val="right"/>
      </w:pPr>
      <w:r>
        <w:t>آپ کی ساری کمائی جو ہے، ادخال کلمہ میں لگائیے۔ نہیں لگائیں گے تو پھر فیس کیجیے جہنم کا۔ جہنم کا مسئلہ ہے، یہ جہنم کا مسئلہ ہے۔</w:t>
      </w:r>
    </w:p>
    <w:p>
      <w:r>
        <w:rPr>
          <w:b/>
        </w:rPr>
        <w:t xml:space="preserve">[1:05:35] </w:t>
      </w:r>
      <w:r>
        <w:t>is se kam ka khatra nahi hai, yeh</w:t>
      </w:r>
    </w:p>
    <w:p>
      <w:pPr>
        <w:jc w:val="right"/>
      </w:pPr>
      <w:r>
        <w:t>اس سے کم کا خطرہ نہیں ہے، یہ</w:t>
      </w:r>
    </w:p>
    <w:p>
      <w:r>
        <w:rPr>
          <w:b/>
        </w:rPr>
        <w:t xml:space="preserve">[1:05:38] </w:t>
      </w:r>
      <w:r>
        <w:t>jisko jannat mein jana hai, usko idkhaal e kalma karna hai. nahi toh phir jahannum ke darwaze khule hue hain. Maulana Sheikh, an other question: is man an emotional or impulsive creature by birth?</w:t>
      </w:r>
    </w:p>
    <w:p>
      <w:pPr>
        <w:jc w:val="right"/>
      </w:pPr>
      <w:r>
        <w:t>جس کو جنت میں جانا ہے، اس کو ادخال کلمہ کرنا ہے۔ نہیں تو پھر جہنم کے دروازے کھلے ہوئے ہیں۔ مولانا شیخ، این ادر کوئسچن: از مین اینڈ ایموشنل اور امپلسو کریچر بائی برتھ؟</w:t>
      </w:r>
    </w:p>
    <w:p>
      <w:r>
        <w:rPr>
          <w:b/>
        </w:rPr>
        <w:t xml:space="preserve">[1:05:55] </w:t>
      </w:r>
      <w:r>
        <w:t>how can we control our emotions so that we may give well considered response as desired by god? dekhiye, yahi toh test hai.</w:t>
      </w:r>
    </w:p>
    <w:p>
      <w:pPr>
        <w:jc w:val="right"/>
      </w:pPr>
      <w:r>
        <w:t>ہاؤ کین وی کنٹرول اور ایموشنز سو دیٹ وی می گیو ویل کنسیڈرڈ رسپانس ایز ڈیزائرڈ بائی گاڈ؟ دیکھیں، یہی تو ٹیسٹ ہے۔</w:t>
      </w:r>
    </w:p>
    <w:p>
      <w:r>
        <w:rPr>
          <w:b/>
        </w:rPr>
        <w:t xml:space="preserve">[1:06:07] </w:t>
      </w:r>
      <w:r>
        <w:t>agar insaan ko jazbaat khatm kar diye jayein, sentiment na rahein toh test kis baat ka?</w:t>
      </w:r>
    </w:p>
    <w:p>
      <w:pPr>
        <w:jc w:val="right"/>
      </w:pPr>
      <w:r>
        <w:t>اگر انسان کو جذبات ختم کر دیے جائیں، سینٹیمنٹ نہ رہیں تو ٹیسٹ کس بات کا؟</w:t>
      </w:r>
    </w:p>
    <w:p>
      <w:r>
        <w:rPr>
          <w:b/>
        </w:rPr>
        <w:t xml:space="preserve">[1:06:19] </w:t>
      </w:r>
      <w:r>
        <w:t>logon ke andar apne bete ki tarah bahut zyada mohabbat hoti hai. bete se mohabbat na rahe toh kis kis baat ka imkaan hoga? logon ko apne bete se mohabbat hoti hai, family se mohabbat hoti hai, apne khandan se mohabbat hoti hai.</w:t>
      </w:r>
    </w:p>
    <w:p>
      <w:pPr>
        <w:jc w:val="right"/>
      </w:pPr>
      <w:r>
        <w:t>لوگوں کے اندر اپنے بیٹے کی طرح بہت زیادہ محبت ہوتی ہے۔ بیٹے سے محبت نہ رہے تو کس کس بات کا امکان ہوگا؟ لوگوں کو اپنے بیٹے سے محبت ہوتی ہے، فیملی سے محبت ہوتی ہے، اپنے خاندان سے محبت ہوتی ہے۔</w:t>
      </w:r>
    </w:p>
    <w:p>
      <w:r>
        <w:rPr>
          <w:b/>
        </w:rPr>
        <w:t xml:space="preserve">[1:06:31] </w:t>
      </w:r>
      <w:r>
        <w:t>wahi toh test hai.</w:t>
      </w:r>
    </w:p>
    <w:p>
      <w:pPr>
        <w:jc w:val="right"/>
      </w:pPr>
      <w:r>
        <w:t>وہی تو ٹیسٹ ہے۔</w:t>
      </w:r>
    </w:p>
    <w:p>
      <w:r>
        <w:rPr>
          <w:b/>
        </w:rPr>
        <w:t xml:space="preserve">[1:06:33] </w:t>
      </w:r>
      <w:r>
        <w:t>agar logon ke darmiyan pathar rakh diya jaye, kis baat ki jaanch hogi? unki yahi toh jaanch hai. aap yaad rakhiye, insaan ne allah taala ne insaan ke andar bahut zabardast tareeqe par jazba e mohabbat rakha hai.</w:t>
      </w:r>
    </w:p>
    <w:p>
      <w:pPr>
        <w:jc w:val="right"/>
      </w:pPr>
      <w:r>
        <w:t>اگر لوگوں کے درمیان پتھر رکھ دیا جائے، کس بات کی جانچ ہوگی؟ ان کی یہی تو جانچ ہے۔ آپ یاد رکھیے، انسان نے اللہ تعالیٰ نے انسان کے اندر بہت زبردست طریقے پر جذبہ محبت رکھا ہے۔</w:t>
      </w:r>
    </w:p>
    <w:p>
      <w:r>
        <w:rPr>
          <w:b/>
        </w:rPr>
        <w:t xml:space="preserve">[1:06:49] </w:t>
      </w:r>
      <w:r>
        <w:t>woh kis ke liye? khuda ke liye, family ke liye nahi hai. family ke liye harghiz nahi hai. woh</w:t>
      </w:r>
    </w:p>
    <w:p>
      <w:pPr>
        <w:jc w:val="right"/>
      </w:pPr>
      <w:r>
        <w:t>وہ کس کے لیے؟ خدا کے لیے، فیملی کے لیے نہیں ہے۔ فیملی کے لیے ہرگز نہیں ہے۔ وہ</w:t>
      </w:r>
    </w:p>
    <w:p>
      <w:r>
        <w:rPr>
          <w:b/>
        </w:rPr>
        <w:t xml:space="preserve">[1:07:00] </w:t>
      </w:r>
      <w:r>
        <w:t>allazina amanu ashadd huban lillah jo log jazba e mohabbat ko laga dete hain beton ke liye, family ke liye aur business ke liye, dunyavi faide ke liye, woh shirk mein mubtala hain.</w:t>
      </w:r>
    </w:p>
    <w:p>
      <w:pPr>
        <w:jc w:val="right"/>
      </w:pPr>
      <w:r>
        <w:t>الذین آمنوا أشد حبا لله جو لوگ جذبہ محبت کو لگا دیتے ہیں بیٹوں کے لیے، فیملی کے لیے اور بزنس کے لیے، دنیاوی فائدے کے لیے، وہ شرک میں مبتلا ہیں۔</w:t>
      </w:r>
    </w:p>
    <w:p>
      <w:r>
        <w:rPr>
          <w:b/>
        </w:rPr>
        <w:t xml:space="preserve">[1:07:16] </w:t>
      </w:r>
      <w:r>
        <w:t>isko isko saada taur par mat lijiye. isko aap aap ke jazba, jazba e mohabbat jo hai, woh khuda ke liye hai, woh insaan ke liye nahi hai. woh agar aap aisa nahi karte hain toh phir theek hai, mushrikeen ke saf mein</w:t>
      </w:r>
    </w:p>
    <w:p>
      <w:pPr>
        <w:jc w:val="right"/>
      </w:pPr>
      <w:r>
        <w:t>اس کو اس کو سادہ طور پر مت لیجئے۔ اس کو آپ آپ کے جذبہ، جذبہ محبت جو ہے، وہ خدا کے لیے ہے، وہ انسان کے لیے نہیں ہے۔ وہ اگر آپ ایسا نہیں کرتے ہیں تو پھر ٹھیک ہے، مشرکین کے صف میں</w:t>
      </w:r>
    </w:p>
    <w:p>
      <w:r>
        <w:rPr>
          <w:b/>
        </w:rPr>
        <w:t xml:space="preserve">[1:07:30] </w:t>
      </w:r>
      <w:r>
        <w:t>aap ko likhe jayenge ke is ko tayyar ho jayein is ke liye ke jo anjaam mushrikeen ka, wahi anjaam aap ka. log bahut badi galatfehmi mein hain ke pathar ka pathar ka but pooja toh us ko samajhte hain ke yeh toh shirk hai.</w:t>
      </w:r>
    </w:p>
    <w:p>
      <w:pPr>
        <w:jc w:val="right"/>
      </w:pPr>
      <w:r>
        <w:t>آپ کو لکھے جائیں کہ اس کو تیار ہو جائیں اس کے لیے کہ جو انجام مشرکین کا، وہی انجام آپ کا۔ لوگ بہت بڑی غلط فہمی میں ہیں کہ پتھر کا پتھر کا بت پوجا تو اس کو سمجھتے ہیں کہ یہ تو شرک ہے۔</w:t>
      </w:r>
    </w:p>
    <w:p>
      <w:r>
        <w:rPr>
          <w:b/>
        </w:rPr>
        <w:t xml:space="preserve">[1:07:42] </w:t>
      </w:r>
      <w:r>
        <w:t>baqi sab theek hai. yeh bahut bada baghalta hai, bahut bada baghalta hai. dekhiye, shirk ki tareef kya hai?</w:t>
      </w:r>
    </w:p>
    <w:p>
      <w:pPr>
        <w:jc w:val="right"/>
      </w:pPr>
      <w:r>
        <w:t>باقی سب ٹھیک ہے۔ یہ بہت بڑا بغالتہ ہے، بہت بڑا بغالتہ ہے۔ دیکھیں، شرک کی تعریف کیا ہے؟</w:t>
      </w:r>
    </w:p>
    <w:p>
      <w:r>
        <w:rPr>
          <w:b/>
        </w:rPr>
        <w:t xml:space="preserve">[1:07:54] </w:t>
      </w:r>
      <w:r>
        <w:t>allah ne jo aala jazba insan ke andar rakha hai,</w:t>
      </w:r>
    </w:p>
    <w:p>
      <w:pPr>
        <w:jc w:val="right"/>
      </w:pPr>
      <w:r>
        <w:t>اللہ نے جو اعلیٰ جذبہ انسان کے اندر رکھا ہے،</w:t>
      </w:r>
    </w:p>
    <w:p>
      <w:r>
        <w:rPr>
          <w:b/>
        </w:rPr>
        <w:t xml:space="preserve">[1:08:01] </w:t>
      </w:r>
      <w:r>
        <w:t>aala jazba, woh sirf allah ke liye khaas ho jaye. yeh do bade jazbe hain: khauf aur mohabbat. khauf aur mohabbat do bade bade do bade jazbe hain.</w:t>
      </w:r>
    </w:p>
    <w:p>
      <w:pPr>
        <w:jc w:val="right"/>
      </w:pPr>
      <w:r>
        <w:t>اعلیٰ جذبہ، وہ صرف اللہ کے لیے خاص ہو جائے۔ یہ دو بڑے جذبے ہیں: خوف اور محبت۔ خوف اور محبت دو بڑے بڑے دو بڑے جذبے ہیں۔</w:t>
      </w:r>
    </w:p>
    <w:p>
      <w:r>
        <w:rPr>
          <w:b/>
        </w:rPr>
        <w:t xml:space="preserve">[1:08:13] </w:t>
      </w:r>
      <w:r>
        <w:t>donon jazbaat jo hain, woh allah ke liye khaas hone chahiye. quran mein saaf saaf hai, dekhiye: wal-ladheena aamanoo ashadd hubban lillah jo imaan wale hain, un ki mohabbatain allah ke liye ho jati hain.</w:t>
      </w:r>
    </w:p>
    <w:p>
      <w:pPr>
        <w:jc w:val="right"/>
      </w:pPr>
      <w:r>
        <w:t>دونوں جذبات جو ہیں، وہ اللہ کے لیے خاص ہونے چاہیے۔ قرآن میں صاف صاف ہے، دیکھیے: والذین آمنوا أشد حبا لله جو ایمان والے ہیں، ان کی محبتیں اللہ کے لیے ہو جاتی ہیں۔</w:t>
      </w:r>
    </w:p>
    <w:p>
      <w:r>
        <w:rPr>
          <w:b/>
        </w:rPr>
        <w:t xml:space="preserve">[1:08:27] </w:t>
      </w:r>
      <w:r>
        <w:t>doosra hai: wa lam yakhsha illa allah</w:t>
      </w:r>
    </w:p>
    <w:p>
      <w:pPr>
        <w:jc w:val="right"/>
      </w:pPr>
      <w:r>
        <w:t>دوسرا ہے: ولم يخشَ إلا الله</w:t>
      </w:r>
    </w:p>
    <w:p>
      <w:r>
        <w:rPr>
          <w:b/>
        </w:rPr>
        <w:t xml:space="preserve">[1:08:29] </w:t>
      </w:r>
      <w:r>
        <w:t>jo imaan wale hain, un ka dar allah ke liye ho jata hai. toh jis aadmi ki mohabbat allah ke liye na bani ho, jis aadmi ka khauf allah ke liye na khaas hua ho, toh woh toh shirk mein mubtala hai.</w:t>
      </w:r>
    </w:p>
    <w:p>
      <w:pPr>
        <w:jc w:val="right"/>
      </w:pPr>
      <w:r>
        <w:t>جو ایمان والے ہیں، ان کا ڈر اللہ کے لیے ہو جاتا ہے۔ تو جس آدمی کی محبت اللہ کے لیے نہ بنی ہو، جس آدمی کا خوف اللہ کے لیے نہ خاص ہوا ہو، تو وہ تو شرک میں مبتلا ہے۔</w:t>
      </w:r>
    </w:p>
    <w:p>
      <w:r>
        <w:rPr>
          <w:b/>
        </w:rPr>
        <w:t xml:space="preserve">[1:08:44] </w:t>
      </w:r>
      <w:r>
        <w:t>toh bohat hi zyada serious muamla hai. yaad rakhiye, maine dekha bohat logon ke ke hum toh alhamdulillah mushrik nahi hain, kyunke hum but nahi poojte.</w:t>
      </w:r>
    </w:p>
    <w:p>
      <w:pPr>
        <w:jc w:val="right"/>
      </w:pPr>
      <w:r>
        <w:t>تو بہت ہی زیادہ serious معاملہ ہے۔ یاد رکھیے، میں نے دیکھا بہت لوگوں کے کہ ہم تو الحمدللہ مشرک نہیں ہیں، کیونکہ ہم بت نہیں پوجتے۔</w:t>
      </w:r>
    </w:p>
    <w:p>
      <w:r>
        <w:rPr>
          <w:b/>
        </w:rPr>
        <w:t xml:space="preserve">[1:08:52] </w:t>
      </w:r>
      <w:r>
        <w:t>is se bada baghalta aur koi nahi, is se badi bhool aur koi nahi hai.</w:t>
      </w:r>
    </w:p>
    <w:p>
      <w:pPr>
        <w:jc w:val="right"/>
      </w:pPr>
      <w:r>
        <w:t>اس سے بڑا بغالتہ اور کوئی نہیں، اس سے بڑی بھول اور کوئی نہیں ہے۔</w:t>
      </w:r>
    </w:p>
    <w:p>
      <w:r>
        <w:rPr>
          <w:b/>
        </w:rPr>
        <w:t xml:space="preserve">[1:08:58] </w:t>
      </w:r>
      <w:r>
        <w:t>This question is from Miss Aisha from Delhi. Maulana, does ego have any positive aspect or is it a complete negative quality?</w:t>
      </w:r>
    </w:p>
    <w:p>
      <w:pPr>
        <w:jc w:val="right"/>
      </w:pPr>
      <w:r>
        <w:t>This question is from Miss Aisha from Delhi. مولانا، does ego have any positive aspect or is it a complete negative quality?</w:t>
      </w:r>
    </w:p>
    <w:p>
      <w:r>
        <w:rPr>
          <w:b/>
        </w:rPr>
        <w:t xml:space="preserve">[1:09:11] </w:t>
      </w:r>
      <w:r>
        <w:t>nahi, nahi, donon par aspect hai, positive aur negative donon hain. ego ka press point kya hai? determination, firmness.</w:t>
      </w:r>
    </w:p>
    <w:p>
      <w:pPr>
        <w:jc w:val="right"/>
      </w:pPr>
      <w:r>
        <w:t>نہیں، نہیں، دونوں پر aspect ہے، positive اور negative دونوں ہیں۔ Ego کا press point کیا ہے؟ Determination, firmness۔</w:t>
      </w:r>
    </w:p>
    <w:p>
      <w:r>
        <w:rPr>
          <w:b/>
        </w:rPr>
        <w:t xml:space="preserve">[1:09:22] </w:t>
      </w:r>
      <w:r>
        <w:t>agar ego na ho toh aap bilkul mom ki tarah ho jayein, jo chahe aap ko exploit kar de. toh ego aap ko woh deta hai, yaani hausla deta hai, firmness deta hai,</w:t>
      </w:r>
    </w:p>
    <w:p>
      <w:pPr>
        <w:jc w:val="right"/>
      </w:pPr>
      <w:r>
        <w:t>اگر ego نہ ہو تو آپ بالکل موم کی طرح ہو جائیں، جو چاہے آپ کو exploit کرے۔ تو ego آپ کو وہ دیتا ہے، یعنی حوصلہ دیتا ہے، firmness دیتا ہے،</w:t>
      </w:r>
    </w:p>
    <w:p>
      <w:r>
        <w:rPr>
          <w:b/>
        </w:rPr>
        <w:t xml:space="preserve">[1:09:38] </w:t>
      </w:r>
      <w:r>
        <w:t>determination deta hai. lekin yeh is ka press point hai. aur negative point kya hai? woh hai gharoor paida hota hai, ghamand paida hota hai, aur nafrat paida ho</w:t>
      </w:r>
    </w:p>
    <w:p>
      <w:pPr>
        <w:jc w:val="right"/>
      </w:pPr>
      <w:r>
        <w:t>determination دیتا ہے۔ لیکن یہ اس کا press point ہے۔ اور negative point کیا ہے؟ وہ ہے غرور پیدا ہوتا ہے، گھمنڈ پیدا ہوتا ہے، اور نفرت پیدا ہو</w:t>
      </w:r>
    </w:p>
    <w:p>
      <w:r>
        <w:rPr>
          <w:b/>
        </w:rPr>
        <w:t xml:space="preserve">[1:09:50] </w:t>
      </w:r>
      <w:r>
        <w:t>jati hai. doosre ko sabak dene ka mazah aa jata hai ke in ka humein marna aaye, sabak. We have to teach him a lesson. yeh sab is ka negative aspect hai ya minus point hai ego ka.</w:t>
      </w:r>
    </w:p>
    <w:p>
      <w:pPr>
        <w:jc w:val="right"/>
      </w:pPr>
      <w:r>
        <w:t>جاتی ہے۔ دوسرے کو سبق دینے کا مزہ آ جاتا ہے کہ ان کا ہمیں مارنا آئے، سبق۔ We have to teach him a lesson. یہ سب اس کا negative aspect ہے یا minus point ہے ego کا۔</w:t>
      </w:r>
    </w:p>
    <w:p>
      <w:r>
        <w:rPr>
          <w:b/>
        </w:rPr>
        <w:t xml:space="preserve">[1:10:03] </w:t>
      </w:r>
      <w:r>
        <w:t>toh yeh fifty-fifty ka muamla hai. fifty percent plus hai, fifty percent minus hai.</w:t>
      </w:r>
    </w:p>
    <w:p>
      <w:pPr>
        <w:jc w:val="right"/>
      </w:pPr>
      <w:r>
        <w:t>تو یہ fifty-fifty کا معاملہ ہے۔ Fifty percent plus ہے، fifty percent minus ہے۔</w:t>
      </w:r>
    </w:p>
    <w:p>
      <w:r>
        <w:rPr>
          <w:b/>
        </w:rPr>
        <w:t xml:space="preserve">[1:10:13] </w:t>
      </w:r>
      <w:r>
        <w:t>This question is from Mr. Mazar from Delhi.</w:t>
      </w:r>
    </w:p>
    <w:p>
      <w:pPr>
        <w:jc w:val="right"/>
      </w:pPr>
      <w:r>
        <w:t>This question is from Mr. Mazar from Delhi.</w:t>
      </w:r>
    </w:p>
    <w:p>
      <w:r>
        <w:rPr>
          <w:b/>
        </w:rPr>
        <w:t xml:space="preserve">[1:10:19] </w:t>
      </w:r>
      <w:r>
        <w:t>kya ek muslim ke liye haqeeqa karana zaroori hai ya nahi? kya karana hai? haqeeqa. haqeeqa.</w:t>
      </w:r>
    </w:p>
    <w:p>
      <w:pPr>
        <w:jc w:val="right"/>
      </w:pPr>
      <w:r>
        <w:t>کیا ایک مسلم کے لیے حقیقہ کرانا ضروری ہے یا نہیں؟ کیا کرانا ہے؟ حقیقہ۔ حقیقہ۔</w:t>
      </w:r>
    </w:p>
    <w:p>
      <w:r>
        <w:rPr>
          <w:b/>
        </w:rPr>
        <w:t xml:space="preserve">[1:10:27] </w:t>
      </w:r>
      <w:r>
        <w:t>ain. kya ek muslim ke liye? haqeeqat nahi, kuch bhi nahi hai. aaj kal musalmanon mein dhoom machi hui hai. koi haqeeqat, koi haqeeqat nahi hai. koi haqeeqat is ki nahi hai.</w:t>
      </w:r>
    </w:p>
    <w:p>
      <w:pPr>
        <w:jc w:val="right"/>
      </w:pPr>
      <w:r>
        <w:t>عین۔ کیا ایک مسلم کے لیے؟ حقیقت نہیں، کچھ بھی نہیں ہے۔ آج کل مسلمانوں میں دھوم مچی ہوئی ہے۔ کوئی حقیقت، کوئی حقیقت نہیں ہے۔ کوئی حقیقت اس کی نہیں ہے۔</w:t>
      </w:r>
    </w:p>
    <w:p>
      <w:r>
        <w:rPr>
          <w:b/>
        </w:rPr>
        <w:t xml:space="preserve">[1:10:40] </w:t>
      </w:r>
      <w:r>
        <w:t>bas yeh ek hai, woh ek tareeqa. bohat se bohat aap mustahab keh sakte hain, woh sunnat bhi nahi hai. farz toh door ki baat</w:t>
      </w:r>
    </w:p>
    <w:p>
      <w:pPr>
        <w:jc w:val="right"/>
      </w:pPr>
      <w:r>
        <w:t>بس یہ ایک ہے، وہ ایک طریقہ۔ بہت سے بہت آپ مستحب کہہ سکتے ہیں، وہ سنت بھی نہیں ہے۔ فرض تو دور کی بات</w:t>
      </w:r>
    </w:p>
    <w:p>
      <w:r>
        <w:rPr>
          <w:b/>
        </w:rPr>
        <w:t xml:space="preserve">[1:10:46] </w:t>
      </w:r>
      <w:r>
        <w:t>hai, na farz hai, na sunnat muakkadah hai, na sunnat hai. bas mustahab hai. main is mani mein, main is mani mein toh samajhta hoon ke aap kahein karana hi nahi chahiye.</w:t>
      </w:r>
    </w:p>
    <w:p>
      <w:pPr>
        <w:jc w:val="right"/>
      </w:pPr>
      <w:r>
        <w:t>ہے، نہ فرض ہے، نہ سنت موکدہ ہے، نہ سنت ہے۔ بس مستحب ہے۔ میں اس معنی میں، میں اس معنی میں تو سمجھتا ہوں کہ آپ کہیں کرانا ہی نہیں چاہیے۔</w:t>
      </w:r>
    </w:p>
    <w:p>
      <w:r>
        <w:rPr>
          <w:b/>
        </w:rPr>
        <w:t xml:space="preserve">[1:10:57] </w:t>
      </w:r>
      <w:r>
        <w:t>kyunke inhi cheezon ko le kar ke samajhte hain ke hum musalman hain. yaani islam ki nishani ban gayi hai. halanke islam ki nishani nahi hai, woh. woh toh khane peene ki nishani hai.</w:t>
      </w:r>
    </w:p>
    <w:p>
      <w:pPr>
        <w:jc w:val="right"/>
      </w:pPr>
      <w:r>
        <w:t>کیونکہ انہی چیزوں کو لے کر کے سمجھتے ہیں کہ ہم مسلمان ہیں۔ یعنی اسلام کی نشانی بن گئی ہے۔ حالانکہ اسلام کی نشانی نہیں ہے، وہ۔ وہ تو کھانے پینے کی نشانی ہے۔</w:t>
      </w:r>
    </w:p>
    <w:p>
      <w:r>
        <w:rPr>
          <w:b/>
        </w:rPr>
        <w:t xml:space="preserve">[1:11:06] </w:t>
      </w:r>
      <w:r>
        <w:t>aur karao, khoob khao piyo. lekin main toh is ka qail nahi hoon ke is zamane mein haqeeqa kiya jaye. maine toh apne bachon mein kisi ka haqeeqa nahi kiya.</w:t>
      </w:r>
    </w:p>
    <w:p>
      <w:pPr>
        <w:jc w:val="right"/>
      </w:pPr>
      <w:r>
        <w:t>اور کراؤ، خوب کھاؤ پیو۔ لیکن میں تو اس کا قائل نہیں ہوں کہ اس زمانے میں حقیقہ کیا جائے۔ میں نے تو اپنے بچوں میں کسی کا حقیقہ نہیں کیا۔</w:t>
      </w:r>
    </w:p>
    <w:p>
      <w:r>
        <w:rPr>
          <w:b/>
        </w:rPr>
        <w:t xml:space="preserve">[1:11:21] </w:t>
      </w:r>
      <w:r>
        <w:t>This question is from Mr. Mujahid Karim from Delhi. How can I make myself a strong dai and also eliminate my hesitation while talking to a non-Muslim?</w:t>
      </w:r>
    </w:p>
    <w:p>
      <w:pPr>
        <w:jc w:val="right"/>
      </w:pPr>
      <w:r>
        <w:t>This question is from Mr. Mujahid Karim from Delhi. How can I make myself a strong dai and also eliminate my hesitation while talking to a non-Muslim?</w:t>
      </w:r>
    </w:p>
    <w:p>
      <w:r>
        <w:rPr>
          <w:b/>
        </w:rPr>
        <w:t xml:space="preserve">[1:11:36] </w:t>
      </w:r>
      <w:r>
        <w:t>Maulana, also tell me how should we start, how should the start of the da'wah work be done for non-Muslims so as to get his maximum interest?</w:t>
      </w:r>
    </w:p>
    <w:p>
      <w:pPr>
        <w:jc w:val="right"/>
      </w:pPr>
      <w:r>
        <w:t>مولانا، also tell me how should we start, how should the start of the da'wah work be done for non-Muslims so as to get his maximum interest?</w:t>
      </w:r>
    </w:p>
    <w:p>
      <w:r>
        <w:rPr>
          <w:b/>
        </w:rPr>
        <w:t xml:space="preserve">[1:11:49] </w:t>
      </w:r>
      <w:r>
        <w:t>dekhein, is ka koi hard and fast rule nahi hai.</w:t>
      </w:r>
    </w:p>
    <w:p>
      <w:pPr>
        <w:jc w:val="right"/>
      </w:pPr>
      <w:r>
        <w:t>دیکھیں، اس کا کوئی hard and fast rule نہیں ہے۔</w:t>
      </w:r>
    </w:p>
    <w:p>
      <w:r>
        <w:rPr>
          <w:b/>
        </w:rPr>
        <w:t xml:space="preserve">[1:11:54] </w:t>
      </w:r>
      <w:r>
        <w:t>aap ka concern ban jaye da'wah work toh khud hi aap samajh lete hain. aap dekhein, duniya ke mamlaat mein dekhein, logon ko duniya ke mamlaat mein dekhein, jab un ka concern ho jata hai ke mujhe yeh imtehan pass karna hai, yeh job mujhe lena hai toh kitna hero ban jate hain.</w:t>
      </w:r>
    </w:p>
    <w:p>
      <w:pPr>
        <w:jc w:val="right"/>
      </w:pPr>
      <w:r>
        <w:t>آپ کا concern بن جائے da'wah work تو خود ہی آپ سمجھ لیتے ہیں۔ آپ دیکھیں، دنیا کے معاملات میں دیکھیں، لوگوں کو دنیا کے معاملات میں دیکھیں، جب ان کا concern ہو جاتا ہے کہ مجھے یہ امتحان پاس کرنا ہے، یہ جاب مجھے لینا ہے تو کتنا ہیرو بن جاتے ہیں۔</w:t>
      </w:r>
    </w:p>
    <w:p>
      <w:r>
        <w:rPr>
          <w:b/>
        </w:rPr>
        <w:t xml:space="preserve">[1:12:14] </w:t>
      </w:r>
      <w:r>
        <w:t>maine dekha logon ko ke fresh zaban seekhte hain, angrezi zaban seekhte hain, aur course karte hain, raat din ek kar ke degree lete hain.</w:t>
      </w:r>
    </w:p>
    <w:p>
      <w:pPr>
        <w:jc w:val="right"/>
      </w:pPr>
      <w:r>
        <w:t>میں نے دیکھا لوگوں کو کہ fresh زبان سیکھتے ہیں، انگریزی زبان سیکھتے ہیں، اور کورس کرتے ہیں، رات دن ایک کر کے ڈگری لیتے ہیں۔</w:t>
      </w:r>
    </w:p>
    <w:p>
      <w:r>
        <w:rPr>
          <w:b/>
        </w:rPr>
        <w:t xml:space="preserve">[1:12:23] </w:t>
      </w:r>
      <w:r>
        <w:t>wohan koi masla nahi ke karne jata ho, kab kaise karein. kyunke un ka concern ban gaya. un ka concern ban gaya ke mujhe yeh job lena hai, mujhe yeh taraqqi karni hai.</w:t>
      </w:r>
    </w:p>
    <w:p>
      <w:pPr>
        <w:jc w:val="right"/>
      </w:pPr>
      <w:r>
        <w:t>وہاں کوئی مسئلہ نہیں کہ کرنے جاتا ہو، کب کیسے کریں۔ کیونکہ ان کا concern بن گیا۔ ان کا concern بن گیا کہ مجھے یہ جاب لینا ہے، مجھے یہ ترقی کرنی ہے۔</w:t>
      </w:r>
    </w:p>
    <w:p>
      <w:r>
        <w:rPr>
          <w:b/>
        </w:rPr>
        <w:t xml:space="preserve">[1:12:35] </w:t>
      </w:r>
      <w:r>
        <w:t>jaise misaal ke taur par arabi madarse ke log sirf arabi jante the pehle, ab bohat se angrezi janne wale paida ho</w:t>
      </w:r>
    </w:p>
    <w:p>
      <w:pPr>
        <w:jc w:val="right"/>
      </w:pPr>
      <w:r>
        <w:t>جیسے مثال کے طور پر عربی مدرسے کے لوگ صرف عربی جانتے تھے پہلے، اب بہت سے انگریزی جاننے والے پیدا ہو</w:t>
      </w:r>
    </w:p>
    <w:p>
      <w:r>
        <w:rPr>
          <w:b/>
        </w:rPr>
        <w:t xml:space="preserve">[1:12:42] </w:t>
      </w:r>
      <w:r>
        <w:t>gaye hain. kaise? unhon ne dekha ke sirf angrezi ka dunya mein chalan hai. sirf arabi se koi bara un ko job milne wala nahi hai.</w:t>
      </w:r>
    </w:p>
    <w:p>
      <w:pPr>
        <w:jc w:val="right"/>
      </w:pPr>
      <w:r>
        <w:t>گئے ہیں۔ کیسے؟ انہوں نے دیکھا کہ صرف انگریزی کا دنیا میں چلن ہے۔ صرف عربی سے کوئی بڑا ان کو جاب ملنے والا نہیں ہے۔</w:t>
      </w:r>
    </w:p>
    <w:p>
      <w:r>
        <w:rPr>
          <w:b/>
        </w:rPr>
        <w:t xml:space="preserve">[1:12:51] </w:t>
      </w:r>
      <w:r>
        <w:t>to dhoom machaye hue hain angrezi seekhne ki arabi madarse ke log. aisi arabi wale pehle bol bolna nahi jante the.</w:t>
      </w:r>
    </w:p>
    <w:p>
      <w:pPr>
        <w:jc w:val="right"/>
      </w:pPr>
      <w:r>
        <w:t>تو دھوم مچائے ہوئے ہیں انگریزی سیکھنے کی عربی مدرسے کے لوگ۔ ایسی عربی والے پہلے بول بولنا نہیں جانتے تھے۔</w:t>
      </w:r>
    </w:p>
    <w:p>
      <w:r>
        <w:rPr>
          <w:b/>
        </w:rPr>
        <w:t xml:space="preserve">[1:12:59] </w:t>
      </w:r>
      <w:r>
        <w:t>wo arabi madarse jo hamare hain na, wahan bol chaal nahi hua karti thi. kitaab parhna jante the saleh. ab jo hai khoob mashq ho rahi hai arabi bolne ki.</w:t>
      </w:r>
    </w:p>
    <w:p>
      <w:pPr>
        <w:jc w:val="right"/>
      </w:pPr>
      <w:r>
        <w:t>وہ عربی مدرسے جو ہمارے ہیں نا، وہاں بول چال نہیں ہوا کرتی تھی۔ کتاب پڑھنا جانتے تھے صالح۔ اب جو ہے خوب مشق ہو رہی ہے عربی بولنے کی۔</w:t>
      </w:r>
    </w:p>
    <w:p>
      <w:r>
        <w:rPr>
          <w:b/>
        </w:rPr>
        <w:t xml:space="preserve">[1:13:09] </w:t>
      </w:r>
      <w:r>
        <w:t>kyunke samajhte hain ke arabi bolenge to dhara dhar ja ke wahan arab mein hamein koi kaam mil jayega. angrezi ko janenge to ab waise bhi kaam mil jayega. to asal cheez hai ke logon ko concern nahi hai da'wah work.</w:t>
      </w:r>
    </w:p>
    <w:p>
      <w:pPr>
        <w:jc w:val="right"/>
      </w:pPr>
      <w:r>
        <w:t>کیونکہ سمجھتے ہیں کہ عربی بولیں گے تو دھڑا دھڑ جا کے وہاں عرب میں ہمیں کوئی کام مل جائے گا۔ انگریزی کو جانیں گے تو اب ویسے بھی کام مل جائے گا۔ تو اصل چیز ہے کہ لوگوں کو concern نہیں ہے da'wah work۔</w:t>
      </w:r>
    </w:p>
    <w:p>
      <w:r>
        <w:rPr>
          <w:b/>
        </w:rPr>
        <w:t xml:space="preserve">[1:13:21] </w:t>
      </w:r>
      <w:r>
        <w:t>is liye is sawal aata tha is tarah ke. agar aap yeh jaan lein ke hamara musalman hona mujtaba hai jab tak hum dai na banein. sirf namaz ada kar ke aap ko musalman pakka nahi hua.</w:t>
      </w:r>
    </w:p>
    <w:p>
      <w:pPr>
        <w:jc w:val="right"/>
      </w:pPr>
      <w:r>
        <w:t>اس لیے اس سوال آتا تھا اس طرح کے۔ اگر آپ یہ جان لیں کہ ہمارا مسلمان ہونا مجتبیٰ ہے جب تک ہم دائی نہ بنیں۔ صرف نماز ادا کر کے آپ کو مسلمان پکا نہیں ہوا۔</w:t>
      </w:r>
    </w:p>
    <w:p>
      <w:r>
        <w:rPr>
          <w:b/>
        </w:rPr>
        <w:t xml:space="preserve">[1:13:33] </w:t>
      </w:r>
      <w:r>
        <w:t>yaad rakhiye, achhe tarike se. agar aap samjhein ke namaz roza hum kar rahe hain to hum musalman pakke ho gaye. yeh bilkul galat soch hai. jab tak aap da'wati kaam na karein, aap ka islam pakka nahi ho sakta hai.</w:t>
      </w:r>
    </w:p>
    <w:p>
      <w:pPr>
        <w:jc w:val="right"/>
      </w:pPr>
      <w:r>
        <w:t>یاد رکھیے، اچھے طریقے سے۔ اگر آپ سمجھیں کہ نماز روزہ ہم کر رہے ہیں تو ہم مسلمان پکے ہو گئے۔ یہ بالکل غلط سوچ ہے۔ جب تک آپ دعوتی کام نہ کریں، آپ کا اسلام پکا نہیں ہو سکتا ہے۔</w:t>
      </w:r>
    </w:p>
    <w:p>
      <w:r>
        <w:rPr>
          <w:b/>
        </w:rPr>
        <w:t xml:space="preserve">[1:13:48] </w:t>
      </w:r>
      <w:r>
        <w:t>to ek taraf aap ko ibadat karna hai Allah taala ki, doosri taraf insaan ke sath dawat dena hai. ibadat aur dawat dono sath sath chalega. Allah ki ibadat aur insaan ke liye dawat.</w:t>
      </w:r>
    </w:p>
    <w:p>
      <w:pPr>
        <w:jc w:val="right"/>
      </w:pPr>
      <w:r>
        <w:t>تو ایک طرف آپ کو عبادت کرنا ہے اللہ تعالیٰ کی، دوسری طرف انسان کے ساتھ دعوت دینا ہے۔ عبادت اور دعوت دونوں ساتھ ساتھ چلے گا۔ اللہ کی عبادت اور انسان کے لیے دعوت۔</w:t>
      </w:r>
    </w:p>
    <w:p>
      <w:r>
        <w:rPr>
          <w:b/>
        </w:rPr>
        <w:t xml:space="preserve">[1:14:00] </w:t>
      </w:r>
      <w:r>
        <w:t>yaad rakhiye, achhe tarike se. kisi ibadat ada kar ke aap sachhe musalman nahi ban sakte. aap ko dawat bhi karni padegi.</w:t>
      </w:r>
    </w:p>
    <w:p>
      <w:pPr>
        <w:jc w:val="right"/>
      </w:pPr>
      <w:r>
        <w:t>یاد رکھیے، اچھے طریقے سے۔ کسی عبادت ادا کر کے آپ سچے مسلمان نہیں بن سکتے۔ آپ کو دعوت بھی کرنی پڑے گی۔</w:t>
      </w:r>
    </w:p>
    <w:p>
      <w:r>
        <w:rPr>
          <w:b/>
        </w:rPr>
        <w:t xml:space="preserve">[1:14:10] </w:t>
      </w:r>
      <w:r>
        <w:t>to agar is tarah se soch agar logon mein paida ho jaye, yeh soch ke meri mera to islam hi namukammal hai agar main dawat na doon. to aap dekhein ke kahin se kahin se poochne bhi nahi jayenge.</w:t>
      </w:r>
    </w:p>
    <w:p>
      <w:pPr>
        <w:jc w:val="right"/>
      </w:pPr>
      <w:r>
        <w:t>تو اگر اس طرح سے سوچ اگر لوگوں میں پیدا ہو جائے، یہ سوچ کہ میری میرا تو اسلام ہی نامکمل ہے اگر میں دعوت نہ دوں۔ تو آپ دیکھیں کہ کہیں سے کہیں سے پوچھنے بھی نہیں جائیں گے۔</w:t>
      </w:r>
    </w:p>
    <w:p>
      <w:r>
        <w:rPr>
          <w:b/>
        </w:rPr>
        <w:t xml:space="preserve">[1:14:21] </w:t>
      </w:r>
      <w:r>
        <w:t>wo khud maloom ho jayega ke hum kaise dawat dein. to basic baat yeh hai ke dawat ko apna concern banaiye. phir baqi baatein apne aap aap ka zehan jo hai nikalta rahega.</w:t>
      </w:r>
    </w:p>
    <w:p>
      <w:pPr>
        <w:jc w:val="right"/>
      </w:pPr>
      <w:r>
        <w:t>وہ خود معلوم ہو جائے گا کہ ہم کیسے دعوت دیں۔ تو basic بات یہ ہے کہ دعوت کو اپنا concern بنائیے۔ پھر باقی باتیں اپنے آپ آپ کا ذہن جو ہے نکالتا رہے گا۔</w:t>
      </w:r>
    </w:p>
    <w:p>
      <w:r>
        <w:rPr>
          <w:b/>
        </w:rPr>
        <w:t xml:space="preserve">[1:14:35] </w:t>
      </w:r>
      <w:r>
        <w:t>This question is from Maulana Zikwan Nadvi from New Delhi.</w:t>
      </w:r>
    </w:p>
    <w:p>
      <w:pPr>
        <w:jc w:val="right"/>
      </w:pPr>
      <w:r>
        <w:t>This question is from مولانا زکوان ندوی from New Delhi.</w:t>
      </w:r>
    </w:p>
    <w:p>
      <w:r>
        <w:rPr>
          <w:b/>
        </w:rPr>
        <w:t xml:space="preserve">[1:14:41] </w:t>
      </w:r>
      <w:r>
        <w:t>In Chapter Four, Verse Number Eight, Quran says: "If other relatives, orphans, or needy people are present at the time of the division, then provide for them out of it and speak kindly to them." Maulana, kindly explain this verse.</w:t>
      </w:r>
    </w:p>
    <w:p>
      <w:pPr>
        <w:jc w:val="right"/>
      </w:pPr>
      <w:r>
        <w:t>In Chapter Four, Verse Number Eight, قرآن says: "If other relatives, orphans, or needy people are present at the time of the division, then provide for them out of it and speak kindly to them." مولانا، kindly explain this verse.</w:t>
      </w:r>
    </w:p>
    <w:p>
      <w:r>
        <w:rPr>
          <w:b/>
        </w:rPr>
        <w:t xml:space="preserve">[1:15:03] </w:t>
      </w:r>
      <w:r>
        <w:t>haan, dekhein yeh bari ajeeb ayat hai Quran majeed mein.</w:t>
      </w:r>
    </w:p>
    <w:p>
      <w:pPr>
        <w:jc w:val="right"/>
      </w:pPr>
      <w:r>
        <w:t>ہاں، دیکھیں یہ بڑی عجیب آیت ہے قرآن مجید میں۔</w:t>
      </w:r>
    </w:p>
    <w:p>
      <w:r>
        <w:rPr>
          <w:b/>
        </w:rPr>
        <w:t xml:space="preserve">[1:15:09] </w:t>
      </w:r>
      <w:r>
        <w:t>is ayat mein yeh kaha gaya hai ke ek shakhs mar gaya, uska tarka hai, uska tarke ko bantna hai. ab zimmedar log ikhatta hue ke bhai tarka jo hai, jiska jo haq hai, usko de diya jaye.</w:t>
      </w:r>
    </w:p>
    <w:p>
      <w:pPr>
        <w:jc w:val="right"/>
      </w:pPr>
      <w:r>
        <w:t>اس آیت میں یہ کہا گیا ہے کہ ایک شخص مر گیا، اس کا ترکہ ہے، اس ترکے کو بانٹنا ہے۔ اب ذمہ دار لوگ اکٹھا ہوئے کہ بھئی ترکہ جو ہے، جس کا جو حق ہے، اس کو دے دیا جائے۔</w:t>
      </w:r>
    </w:p>
    <w:p>
      <w:r>
        <w:rPr>
          <w:b/>
        </w:rPr>
        <w:t xml:space="preserve">[1:15:25] </w:t>
      </w:r>
      <w:r>
        <w:t>to aap jante hain ke tarka jo hai, miras sab ko haq nahi hota, honi rishtedaron ko haq hota hai.</w:t>
      </w:r>
    </w:p>
    <w:p>
      <w:pPr>
        <w:jc w:val="right"/>
      </w:pPr>
      <w:r>
        <w:t>تو آپ جانتے ہیں کہ ترکہ جو ہے، میراث سب کو حق نہیں ہوتا، ہونی رشتہ داروں کو حق ہوتا ہے۔</w:t>
      </w:r>
    </w:p>
    <w:p>
      <w:r>
        <w:rPr>
          <w:b/>
        </w:rPr>
        <w:t xml:space="preserve">[1:15:34] </w:t>
      </w:r>
      <w:r>
        <w:t>to aap ko kuch aur log wahan khade ho jayein, jo door ke rishtedar hain, un ko ke sharai qanoon ke mutabiq miras mein haq nahi milta.</w:t>
      </w:r>
    </w:p>
    <w:p>
      <w:pPr>
        <w:jc w:val="right"/>
      </w:pPr>
      <w:r>
        <w:t>تو آپ کو کچھ اور لوگ وہاں کھڑے ہو جائیں، جو دور کے رشتہ دار ہیں، ان کو کہ شرعی قانون کے مطابق میراث میں حق نہیں ملتا۔</w:t>
      </w:r>
    </w:p>
    <w:p>
      <w:r>
        <w:rPr>
          <w:b/>
        </w:rPr>
        <w:t xml:space="preserve">[1:15:47] </w:t>
      </w:r>
      <w:r>
        <w:t>wo wahan aage aa gaye, wo to farmaya ke unhein bhi kuch de do.</w:t>
      </w:r>
    </w:p>
    <w:p>
      <w:pPr>
        <w:jc w:val="right"/>
      </w:pPr>
      <w:r>
        <w:t>وہ وہاں آگے آگئے، وہ تو فرمایا کہ انہیں بھی کچھ دے دو۔</w:t>
      </w:r>
    </w:p>
    <w:p>
      <w:r>
        <w:rPr>
          <w:b/>
        </w:rPr>
        <w:t xml:space="preserve">[1:15:53] </w:t>
      </w:r>
      <w:r>
        <w:t>is se ma'ni ek ajeeb o ghareeb cheez aayi hai ke koi ghair ghair mustahiq sawali ke liye, ghair mustahiq sawali ke liye bhi ka ek darja Allah taala ka rakha hai.</w:t>
      </w:r>
    </w:p>
    <w:p>
      <w:pPr>
        <w:jc w:val="right"/>
      </w:pPr>
      <w:r>
        <w:t>اس سے معنی ایک عجیب و غریب چیز آئی ہے کہ کوئی غیر غیر مستحق سوالی کے لیے، غیر مستحق سوالی کے لیے بھی کا ایک درجہ اللہ تعالیٰ کا رکھا ہے۔</w:t>
      </w:r>
    </w:p>
    <w:p>
      <w:r>
        <w:rPr>
          <w:b/>
        </w:rPr>
        <w:t xml:space="preserve">[1:16:10] </w:t>
      </w:r>
      <w:r>
        <w:t>yani wo insaan jo aa gaya hai, wo ghair mustahiq hai, wo deserve nahi karta legally ke usko kuch diya jaye.</w:t>
      </w:r>
    </w:p>
    <w:p>
      <w:pPr>
        <w:jc w:val="right"/>
      </w:pPr>
      <w:r>
        <w:t>یعنی وہ انسان جو آگیا ہے، وہ غیر مستحق ہے، وہ ڈیزرو نہیں کرتا لیگلی کہ اس کو کچھ دیا جائے۔</w:t>
      </w:r>
    </w:p>
    <w:p>
      <w:r>
        <w:rPr>
          <w:b/>
        </w:rPr>
        <w:t xml:space="preserve">[1:16:21] </w:t>
      </w:r>
      <w:r>
        <w:t>lekin jab aa gaya hai, wo to use bhi kuch de do. is se hamein ek point of reference milta hai Allah taala se dua karne ke liye</w:t>
      </w:r>
    </w:p>
    <w:p>
      <w:pPr>
        <w:jc w:val="right"/>
      </w:pPr>
      <w:r>
        <w:t>لیکن جب آگیا ہے، وہ تو اسے بھی کچھ دے دو۔ اس سے ہمیں ایک پوائنٹ آف ریفرنس ملتا ہے اللہ تعالیٰ سے دعا کرنے کے لیے</w:t>
      </w:r>
    </w:p>
    <w:p>
      <w:r>
        <w:rPr>
          <w:b/>
        </w:rPr>
        <w:t xml:space="preserve">[1:16:34] </w:t>
      </w:r>
      <w:r>
        <w:t>ke khuda ya! aakhirat mein jab taqseem maujood hogi, yani logon ko inaamaat baante jayenge to amileen ke liye honge, yani jo amal karne wale log hain, un ke liye taqseem inaamaat ho</w:t>
      </w:r>
    </w:p>
    <w:p>
      <w:pPr>
        <w:jc w:val="right"/>
      </w:pPr>
      <w:r>
        <w:t>کہ خدایا! آخرت میں جب تقسیم موجود ہوگی، یعنی لوگوں کو انعامات بانٹے جائیں گے تو عاملین کے لیے ہوں گے، یعنی جو عمل کرنے والے لوگ ہیں، ان کے لیے تقسیم انعامات ہو</w:t>
      </w:r>
    </w:p>
    <w:p>
      <w:r>
        <w:rPr>
          <w:b/>
        </w:rPr>
        <w:t xml:space="preserve">[1:16:51] </w:t>
      </w:r>
      <w:r>
        <w:t>ga. to mere jaisa insaan bhi wahan ek khada ho jayega aur yeh le kar ke ke Allah taala ne jab dunya mein yeh yeh qanoon rakha tha ke ghair mustahiq bhi aa jaye to use bhi kuch de do.</w:t>
      </w:r>
    </w:p>
    <w:p>
      <w:pPr>
        <w:jc w:val="right"/>
      </w:pPr>
      <w:r>
        <w:t>گا۔ تو میرے جیسا انسان بھی وہاں ایک کھڑا ہو جائے گا اور یہ لے کر کے کہ اللہ تعالیٰ نے جب دنیا میں یہ یہ قانون رکھا تھا کہ غیر مستحق بھی آ جائے تو اسے بھی کچھ دے دو۔</w:t>
      </w:r>
    </w:p>
    <w:p>
      <w:r>
        <w:rPr>
          <w:b/>
        </w:rPr>
        <w:t xml:space="preserve">[1:17:07] </w:t>
      </w:r>
      <w:r>
        <w:t>to yeh ek point of reference hai ke khuda ya! jab inaamaat ki taqseem ho amal karne walon ke liye to mere jaise ek ghair mustahiq insaan bhi wahan khada ho jayega to mujhe bhi kuch hissa de de is mein se.</w:t>
      </w:r>
    </w:p>
    <w:p>
      <w:pPr>
        <w:jc w:val="right"/>
      </w:pPr>
      <w:r>
        <w:t>تو یہ ایک پوائنٹ آف ریفرنس ہے کہ خدایا! جب انعامات کی تقسیم ہو عمل کرنے والوں کے لیے تو میرے جیسے ایک غیر مستحق انسان بھی وہاں کھڑا ہو جائے گا تو مجھے بھی کچھ حصہ دے دے اس میں سے۔</w:t>
      </w:r>
    </w:p>
    <w:p>
      <w:r>
        <w:rPr>
          <w:b/>
        </w:rPr>
        <w:t xml:space="preserve">[1:17:22] </w:t>
      </w:r>
      <w:r>
        <w:t>yeh hai point of reference dua karne ke liye. yeh bohat bari baat hai. yeh</w:t>
      </w:r>
    </w:p>
    <w:p>
      <w:pPr>
        <w:jc w:val="right"/>
      </w:pPr>
      <w:r>
        <w:t>یہ ہے پوائنٹ آف ریفرنس دعا کرنے کے لیے۔ یہ بہت بڑی بات ہے۔ یہ</w:t>
      </w:r>
    </w:p>
    <w:p>
      <w:r>
        <w:rPr>
          <w:b/>
        </w:rPr>
        <w:t xml:space="preserve">[1:17:29] </w:t>
      </w:r>
      <w:r>
        <w:t>is se yeh baat nikalti hai ke ke na sirf woh log haqdar hain jinho ne amal kiya, jinho ne bare bare kaam kiye Allah ke raste mein, jinho ne qurbani di,</w:t>
      </w:r>
    </w:p>
    <w:p>
      <w:pPr>
        <w:jc w:val="right"/>
      </w:pPr>
      <w:r>
        <w:t>اس سے یہ بات نکلتی ہے کہ کہ نہ صرف وہ لوگ حقدار ہیں جنہوں نے عمل کیا، جنہوں نے بڑے بڑے کام کیے اللہ کے راستے میں، جنہوں نے قربانی دی،</w:t>
      </w:r>
    </w:p>
    <w:p>
      <w:r>
        <w:rPr>
          <w:b/>
        </w:rPr>
        <w:t xml:space="preserve">[1:17:44] </w:t>
      </w:r>
      <w:r>
        <w:t>woh log bhi Allah ki inayyat ke haqdar hain</w:t>
      </w:r>
    </w:p>
    <w:p>
      <w:pPr>
        <w:jc w:val="right"/>
      </w:pPr>
      <w:r>
        <w:t>وہ لوگ بھی اللہ کی عنایت کے حقدار ہیں</w:t>
      </w:r>
    </w:p>
    <w:p>
      <w:r>
        <w:rPr>
          <w:b/>
        </w:rPr>
        <w:t xml:space="preserve">[1:17:48] </w:t>
      </w:r>
      <w:r>
        <w:t>jo taqseem huzoor ke waqt wahan khare ho jayein aur yeh yeh ehsas le kar ke ke khuda ya!</w:t>
      </w:r>
    </w:p>
    <w:p>
      <w:pPr>
        <w:jc w:val="right"/>
      </w:pPr>
      <w:r>
        <w:t>جو تقسیم حضور کے وقت وہاں کھڑے ہو جائیں اور یہ یہ احساس لے کر کے کہ خدایا!</w:t>
      </w:r>
    </w:p>
    <w:p>
      <w:r>
        <w:rPr>
          <w:b/>
        </w:rPr>
        <w:t xml:space="preserve">[1:17:58] </w:t>
      </w:r>
      <w:r>
        <w:t>ghair mustahiq sawali ke liye bhi to ne darja rakha tha dunya mein to yahan bhi ek ghair mustahiq sawali ke liye kuch mera bhi hissa laga de is mein.</w:t>
      </w:r>
    </w:p>
    <w:p>
      <w:pPr>
        <w:jc w:val="right"/>
      </w:pPr>
      <w:r>
        <w:t>غیر مستحق سوالی کے لیے بھی تو نے درجہ رکھا تھا دنیا میں تو یہاں بھی ایک غیر مستحق سوالی کے لیے کچھ میرا بھی حصہ لگا دے اس میں۔</w:t>
      </w:r>
    </w:p>
    <w:p>
      <w:r>
        <w:rPr>
          <w:b/>
        </w:rPr>
        <w:t xml:space="preserve">[1:18:09] </w:t>
      </w:r>
      <w:r>
        <w:t>yeh hai point of reference. main samajhta hoon ke yeh bohat bari cheez hai. is par aap logo ko sochna chahiye</w:t>
      </w:r>
    </w:p>
    <w:p>
      <w:pPr>
        <w:jc w:val="right"/>
      </w:pPr>
      <w:r>
        <w:t>یہ ہے پوائنٹ آف ریفرنس۔ میں سمجھتا ہوں کہ یہ بہت بڑی چیز ہے۔ اس پر آپ لوگوں کو سوچنا چاہیے</w:t>
      </w:r>
    </w:p>
    <w:p>
      <w:r>
        <w:rPr>
          <w:b/>
        </w:rPr>
        <w:t xml:space="preserve">[1:18:17] </w:t>
      </w:r>
      <w:r>
        <w:t>kyun ke dekhiye,</w:t>
      </w:r>
    </w:p>
    <w:p>
      <w:pPr>
        <w:jc w:val="right"/>
      </w:pPr>
      <w:r>
        <w:t>کیونکہ دیکھیے،</w:t>
      </w:r>
    </w:p>
    <w:p>
      <w:r>
        <w:rPr>
          <w:b/>
        </w:rPr>
        <w:t xml:space="preserve">[1:18:21] </w:t>
      </w:r>
      <w:r>
        <w:t>bare bare top ke log jo hain woh ehsas majeed the ke main ne kuch nahi kiya. apne ko yeh samajh lena ke main to bara kaam kar dala hai, main to bara mustahiq hoon, yeh gumrahi ki baat hai.</w:t>
      </w:r>
    </w:p>
    <w:p>
      <w:pPr>
        <w:jc w:val="right"/>
      </w:pPr>
      <w:r>
        <w:t>بڑے بڑے ٹاپ کے لوگ جو ہیں وہ احساس مجید تھے کہ میں نے کچھ نہیں کیا۔ اپنے کو یہ سمجھ لینا کہ میں تو بڑا کام کر ڈالا ہے، میں تو بڑا مستحق ہوں، یہ گمراہی کی بات ہے۔</w:t>
      </w:r>
    </w:p>
    <w:p>
      <w:r>
        <w:rPr>
          <w:b/>
        </w:rPr>
        <w:t xml:space="preserve">[1:18:36] </w:t>
      </w:r>
      <w:r>
        <w:t>yeh gumrahi ki baat hai ke koi samajh le ke main to bohat mustahiq aadmi hoon, main ne bare bare karnamay anjam de diye hain, bohat kuch kar ke aadmi samajhta hai ke main ne to kuch bhi nahi kiya.</w:t>
      </w:r>
    </w:p>
    <w:p>
      <w:pPr>
        <w:jc w:val="right"/>
      </w:pPr>
      <w:r>
        <w:t>یہ گمراہی کی بات ہے کہ کوئی سمجھ لے کہ میں تو بہت مستحق آدمی ہوں، میں نے بڑے بڑے کارنامے انجام دے دیے ہیں، بہت کچھ کر کے آدمی سمجھتا ہے کہ میں نے تو کچھ بھی نہیں کیا۔</w:t>
      </w:r>
    </w:p>
    <w:p>
      <w:r>
        <w:rPr>
          <w:b/>
        </w:rPr>
        <w:t xml:space="preserve">[1:18:49] </w:t>
      </w:r>
      <w:r>
        <w:t>to ghair mustahiq hone ka ehsas hamesha aap ko peecha karta rehta hai. to yeh ayat aap ko solas deti hai. solas is ko ek point of point of reference bana kar ke aap dua kar sakte hain.</w:t>
      </w:r>
    </w:p>
    <w:p>
      <w:pPr>
        <w:jc w:val="right"/>
      </w:pPr>
      <w:r>
        <w:t>تو غیر مستحق ہونے کا احساس ہمیشہ آپ کو پیچھا کرتا رہتا ہے۔ تو یہ آیت آپ کو سولس دیتی ہے۔ سولس اس کو ایک پوائنٹ آف پوائنٹ آف ریفرنس بنا کر کے آپ دعا کر سکتے ہیں۔</w:t>
      </w:r>
    </w:p>
    <w:p>
      <w:r>
        <w:rPr>
          <w:b/>
        </w:rPr>
        <w:t xml:space="preserve">[1:19:06] </w:t>
      </w:r>
      <w:r>
        <w:t>This question is from Maulana Abdul Halim Nadvi from Himachal Pradesh</w:t>
      </w:r>
    </w:p>
    <w:p>
      <w:pPr>
        <w:jc w:val="right"/>
      </w:pPr>
      <w:r>
        <w:t>This question is from مولانا عبدالحلیم ندوی from ہماچل پردیش</w:t>
      </w:r>
    </w:p>
    <w:p>
      <w:r>
        <w:rPr>
          <w:b/>
        </w:rPr>
        <w:t xml:space="preserve">[1:19:13] </w:t>
      </w:r>
      <w:r>
        <w:t>agar koi hindu bhai apne dono hath jod kar hamein wish karta hai aur return mein hum se bhi yahi chahta hai to aisi halat mein ek dai ka tareeqa kya hona chahiye?</w:t>
      </w:r>
    </w:p>
    <w:p>
      <w:pPr>
        <w:jc w:val="right"/>
      </w:pPr>
      <w:r>
        <w:t>۔ اگر کوئی ہندو بھائی اپنے دونوں ہاتھ جوڑ کر ہمیں wish کرتا ہے اور return میں ہم سے بھی یہی چاہتا ہے تو ایسی حالت میں ایک دائی کا طریقہ کیا ہونا چاہیے؟</w:t>
      </w:r>
    </w:p>
    <w:p>
      <w:r>
        <w:rPr>
          <w:b/>
        </w:rPr>
        <w:t xml:space="preserve">[1:19:27] </w:t>
      </w:r>
      <w:r>
        <w:t>bilkul use dono hath jodna chahiye.</w:t>
      </w:r>
    </w:p>
    <w:p>
      <w:pPr>
        <w:jc w:val="right"/>
      </w:pPr>
      <w:r>
        <w:t>بالکل اسے دونوں ہاتھ جوڑنا چاہیے۔</w:t>
      </w:r>
    </w:p>
    <w:p>
      <w:r>
        <w:rPr>
          <w:b/>
        </w:rPr>
        <w:t xml:space="preserve">[1:19:32] </w:t>
      </w:r>
      <w:r>
        <w:t>yeh talif e qalb hai.</w:t>
      </w:r>
    </w:p>
    <w:p>
      <w:pPr>
        <w:jc w:val="right"/>
      </w:pPr>
      <w:r>
        <w:t>یہ تالیف قلب ہے۔</w:t>
      </w:r>
    </w:p>
    <w:p>
      <w:r>
        <w:rPr>
          <w:b/>
        </w:rPr>
        <w:t xml:space="preserve">[1:19:37] </w:t>
      </w:r>
      <w:r>
        <w:t>dekhiye, arab mein log jab salam kehte the to hath nahi uthate the.</w:t>
      </w:r>
    </w:p>
    <w:p>
      <w:pPr>
        <w:jc w:val="right"/>
      </w:pPr>
      <w:r>
        <w:t>دیکھیے، عرب میں لوگ جب سلام کہتے تھے تو ہاتھ نہیں اٹھاتے تھے۔</w:t>
      </w:r>
    </w:p>
    <w:p>
      <w:r>
        <w:rPr>
          <w:b/>
        </w:rPr>
        <w:t xml:space="preserve">[1:19:48] </w:t>
      </w:r>
      <w:r>
        <w:t>hath uthane ka riwaj arab mein nahi tha.</w:t>
      </w:r>
    </w:p>
    <w:p>
      <w:pPr>
        <w:jc w:val="right"/>
      </w:pPr>
      <w:r>
        <w:t>ہاتھ اٹھانے کا رواج عرب میں نہیں تھا۔</w:t>
      </w:r>
    </w:p>
    <w:p>
      <w:r>
        <w:rPr>
          <w:b/>
        </w:rPr>
        <w:t xml:space="preserve">[1:19:53] </w:t>
      </w:r>
      <w:r>
        <w:t>musalman jab iran mein gaye to iran mein hath uthane ka riwaj tha lekin ek hath uthate the.</w:t>
      </w:r>
    </w:p>
    <w:p>
      <w:pPr>
        <w:jc w:val="right"/>
      </w:pPr>
      <w:r>
        <w:t>مسلمان جب ایران میں گئے تو ایران میں ہاتھ اٹھانے کا رواج تھا لیکن ایک ہاتھ اٹھاتے تھے۔</w:t>
      </w:r>
    </w:p>
    <w:p>
      <w:r>
        <w:rPr>
          <w:b/>
        </w:rPr>
        <w:t xml:space="preserve">[1:20:01] </w:t>
      </w:r>
      <w:r>
        <w:t>iran mein ek hath uthate the to musalmano ne bhi is ko ikhtiyar kar liya. tareeqa woh india mein bhi aaya to main kehta hoon ke agar ek hath hath uthana jaiz hai to do hath uthana kyun nahi jaiz hai?</w:t>
      </w:r>
    </w:p>
    <w:p>
      <w:pPr>
        <w:jc w:val="right"/>
      </w:pPr>
      <w:r>
        <w:t>ایران میں ایک ہاتھ اٹھاتے تھے تو مسلمانوں نے بھی اس کو اختیار کر لیا۔ طریقہ وہ انڈیا میں بھی آیا تو میں کہتا ہوں کہ اگر ایک ہاتھ ہاتھ اٹھانا جائز ہے تو دو ہاتھ اٹھانا کیوں نہیں جائز ہے؟</w:t>
      </w:r>
    </w:p>
    <w:p>
      <w:r>
        <w:rPr>
          <w:b/>
        </w:rPr>
        <w:t xml:space="preserve">[1:20:13] </w:t>
      </w:r>
      <w:r>
        <w:t>yeh do, yeh, yeh, yeh jo do aur hindu log dono hath uthate hain to iran mein musalmano ne dono ek hath uthaya, india mein agar dono hath uthaye to phir is mein is mein haram halal kya masla hai?</w:t>
      </w:r>
    </w:p>
    <w:p>
      <w:pPr>
        <w:jc w:val="right"/>
      </w:pPr>
      <w:r>
        <w:t>یہ دو، یہ، یہ، یہ جو دو اور ہندو لوگ دونوں ہاتھ اٹھاتے ہیں تو ایران میں مسلمانوں نے دونوں ایک ہاتھ اٹھایا، انڈیا میں اگر دونوں ہاتھ اٹھائے تو پھر اس میں اس میں حرام حلال کیا مسئلہ ہے؟</w:t>
      </w:r>
    </w:p>
    <w:p>
      <w:r>
        <w:rPr>
          <w:b/>
        </w:rPr>
        <w:t xml:space="preserve">[1:20:25] </w:t>
      </w:r>
      <w:r>
        <w:t>yeh to culture hai, yeh to culture hai.</w:t>
      </w:r>
    </w:p>
    <w:p>
      <w:pPr>
        <w:jc w:val="right"/>
      </w:pPr>
      <w:r>
        <w:t>یہ تو کلچر ہے، یہ تو کلچر ہے۔</w:t>
      </w:r>
    </w:p>
    <w:p>
      <w:r>
        <w:rPr>
          <w:b/>
        </w:rPr>
        <w:t xml:space="preserve">[1:20:31] </w:t>
      </w:r>
      <w:r>
        <w:t>dekhein, talif e qalb ka ek bohat bara, yani bari taleem islam mein di gayi hai. talif e qalb ka itni ahmiyat hai, itni ahmiyat hai, itni ahmiyat hai ke rasool Allah salallahu alaihi wasallam ne dekhe jis ko hum kehte hain Ashura ka roza, woh kya hai?</w:t>
      </w:r>
    </w:p>
    <w:p>
      <w:pPr>
        <w:jc w:val="right"/>
      </w:pPr>
      <w:r>
        <w:t>دیکھیں، تالیف قلب کا ایک بہت بڑا، یعنی بڑی تعلیم اسلام میں دی گئی ہے۔ تالیف قلب کا اتنی اہمیت ہے، اتنی اہمیت ہے، اتنی اہمیت ہے کہ رسول اللہ صلی اللہ علیہ وسلم نے دیکھے جس کو ہم کہتے ہیں عاشورہ کا روزہ، وہ کیا ہے؟</w:t>
      </w:r>
    </w:p>
    <w:p>
      <w:r>
        <w:rPr>
          <w:b/>
        </w:rPr>
        <w:t xml:space="preserve">[1:20:47] </w:t>
      </w:r>
      <w:r>
        <w:t>woh talif e qalb ke liye tha. yahood chuna ke rakhte the yeh roza Ashura wala to jab madina mein agar rasool Allah salallahu alaihi wasallam gaye to aap bhi rakhne lage is ko.</w:t>
      </w:r>
    </w:p>
    <w:p>
      <w:pPr>
        <w:jc w:val="right"/>
      </w:pPr>
      <w:r>
        <w:t>وہ تالیف قلب کے لیے تھا۔ یہود چونکہ رکھتے تھے یہ روزہ عاشورہ والا تو جب مدینہ میں اگر رسول اللہ صلی اللہ علیہ وسلم گئے تو آپ بھی رکھنے لگے اس کو۔</w:t>
      </w:r>
    </w:p>
    <w:p>
      <w:r>
        <w:rPr>
          <w:b/>
        </w:rPr>
        <w:t xml:space="preserve">[1:21:00] </w:t>
      </w:r>
      <w:r>
        <w:t>aise hi dekhiye, yahood log jo the, un ka jo qibla tha ibadat ka, woh Qubbat al-Sakhrah tha. aap ne inhi qible ko apna qibla bana liya.</w:t>
      </w:r>
    </w:p>
    <w:p>
      <w:pPr>
        <w:jc w:val="right"/>
      </w:pPr>
      <w:r>
        <w:t>ایسے ہی دیکھیے، یہود لوگ جو تھے، ان کا جو قبلہ تھا عبادت کا، وہ قبت الصخرہ تھا۔ آپ نے انہی قبلے کو اپنا قبلہ بنا لیا۔</w:t>
      </w:r>
    </w:p>
    <w:p>
      <w:r>
        <w:rPr>
          <w:b/>
        </w:rPr>
        <w:t xml:space="preserve">[1:21:12] </w:t>
      </w:r>
      <w:r>
        <w:t>is ko aap padh lijiye quran ke jo surah woh hai para sayaqool al-nas ma wallah an qibla tihim al-irtiqan to is tarah ke bohat sare waqiat hain ke rasool Allah salallahu alaihi wasallam ne out of the way ja kar ke talif e qalb ki.</w:t>
      </w:r>
    </w:p>
    <w:p>
      <w:pPr>
        <w:jc w:val="right"/>
      </w:pPr>
      <w:r>
        <w:t>اس کو آپ پڑھ لیجئے قرآن کے جو سورہ وہ ہے پارہ سيقول الصفا من الناس ما واللہ عن قبلتهم الارتقان تو اس طرح کے بہت سارے واقعات ہیں کہ رسول اللہ صلی اللہ علیہ وسلم نے آؤٹ آف دا وے جا کر کے تالیف قلب کی۔</w:t>
      </w:r>
    </w:p>
    <w:p>
      <w:r>
        <w:rPr>
          <w:b/>
        </w:rPr>
        <w:t xml:space="preserve">[1:21:29] </w:t>
      </w:r>
      <w:r>
        <w:t>yeh jo aap ne qibla bana liya yahoodi qible ko apna qibla, yeh out of the way ja kar ke aap ne aisa kiya</w:t>
      </w:r>
    </w:p>
    <w:p>
      <w:pPr>
        <w:jc w:val="right"/>
      </w:pPr>
      <w:r>
        <w:t>یہ جو آپ نے قبلہ بنا لیا یہودی قبلے کو اپنا قبلہ، یہ آؤٹ آف دا وے جا کر کے آپ نے ایسا کیا</w:t>
      </w:r>
    </w:p>
    <w:p>
      <w:r>
        <w:rPr>
          <w:b/>
        </w:rPr>
        <w:t xml:space="preserve">[1:21:36] </w:t>
      </w:r>
      <w:r>
        <w:t>tu talif qalb tu bohat wasee cheez hai.</w:t>
      </w:r>
    </w:p>
    <w:p>
      <w:pPr>
        <w:jc w:val="right"/>
      </w:pPr>
      <w:r>
        <w:t>تو تالیف قلب تو بہت وسیع چیز ہے۔</w:t>
      </w:r>
    </w:p>
    <w:p>
      <w:r>
        <w:rPr>
          <w:b/>
        </w:rPr>
        <w:t xml:space="preserve">[1:21:41] </w:t>
      </w:r>
      <w:r>
        <w:t>aam halaat mein aap do hath tareeqa amal ikhtiyar kijiye lekin ek hindu jab do hath uthata hai, aap ke sath do hath uthati hai. yeh yeh samajh ke ke mein talif qalb kar raha hoon, us ki us ke baghair dawat ka kaam nahi ho sakta hai.</w:t>
      </w:r>
    </w:p>
    <w:p>
      <w:pPr>
        <w:jc w:val="right"/>
      </w:pPr>
      <w:r>
        <w:t>عام حالات میں آپ دو ہاتھ طریقہ عمل اختیار کیجئے لیکن ایک ہندو جب دو ہاتھ اٹھاتا ہے، آپ کے ساتھ دو ہاتھ اٹھاتی ہے۔ یہ یہ سمجھ کے کہ میں تالیف قلب کر رہا ہوں، اس کی اس کے بغیر دعوت کا کام نہیں ہو سکتا ہے۔</w:t>
      </w:r>
    </w:p>
    <w:p>
      <w:r>
        <w:rPr>
          <w:b/>
        </w:rPr>
        <w:t xml:space="preserve">[1:21:57] </w:t>
      </w:r>
      <w:r>
        <w:t>dawat ka kaam is ke baghair nahi ho sakta hai. woh</w:t>
      </w:r>
    </w:p>
    <w:p>
      <w:pPr>
        <w:jc w:val="right"/>
      </w:pPr>
      <w:r>
        <w:t>دعوت کا کام اس کے بغیر نہیں ہو سکتا ہے۔ وہ</w:t>
      </w:r>
    </w:p>
    <w:p>
      <w:r>
        <w:rPr>
          <w:b/>
        </w:rPr>
        <w:t xml:space="preserve">[1:21:59] </w:t>
      </w:r>
      <w:r>
        <w:t>lekin chounke musalmanon mein dawat ka jazba nahi, ma'dood ke liye mohabbat nahi, talif ka jo talif ka jo tareeqa hai, woh is se bekhabar hain bilkul.</w:t>
      </w:r>
    </w:p>
    <w:p>
      <w:pPr>
        <w:jc w:val="right"/>
      </w:pPr>
      <w:r>
        <w:t>لیکن چونکہ مسلمانوں میں دعوت کا جذبہ نہیں، معدو کے لیے محبت نہیں، تالیف کا جو تالیف کا جو طریقہ ہے، وہ اس سے بے خبر ہیں بالکل۔</w:t>
      </w:r>
    </w:p>
    <w:p>
      <w:r>
        <w:rPr>
          <w:b/>
        </w:rPr>
        <w:t xml:space="preserve">[1:22:12] </w:t>
      </w:r>
      <w:r>
        <w:t>is wajah se bharkte hain un cheezon ko. yani is bharkne ki wajah yeh nahi ke Islam ne aisa talif diye, harghiz nahi, harghiz nahi, harghiz nahi.</w:t>
      </w:r>
    </w:p>
    <w:p>
      <w:pPr>
        <w:jc w:val="right"/>
      </w:pPr>
      <w:r>
        <w:t>اس وجہ سے بھڑکتے ہیں ان چیزوں کو۔ یعنی اس بھڑکنے کی وجہ یہ نہیں کہ اسلام نے ایسا تالیف دیے، ہرگز نہیں، ہرگز نہیں، ہرگز نہیں۔</w:t>
      </w:r>
    </w:p>
    <w:p>
      <w:r>
        <w:rPr>
          <w:b/>
        </w:rPr>
        <w:t xml:space="preserve">[1:22:23] </w:t>
      </w:r>
      <w:r>
        <w:t>jab yahood ke qible ko qibla bana sakta hai to yeh to bohat mamooli si baat hai,</w:t>
      </w:r>
    </w:p>
    <w:p>
      <w:pPr>
        <w:jc w:val="right"/>
      </w:pPr>
      <w:r>
        <w:t>جب یہود کے قبلے کو قبلہ بنا سکتا ہے تو یہ تو بہت معمولی سی بات ہے،</w:t>
      </w:r>
    </w:p>
    <w:p>
      <w:r>
        <w:rPr>
          <w:b/>
        </w:rPr>
        <w:t xml:space="preserve">[1:22:29] </w:t>
      </w:r>
      <w:r>
        <w:t>bohat choti si baat hai. yeh jis ibadat par, jis namaz par is ka inhisaar hai, yani akhirat ke nijat ka, kyunke Quran mein dekhein ke woh qalu lam nukammil hum namaz parhne wale bhi na the ke namaz nahi parhne wale the to jahannum mein gaye.</w:t>
      </w:r>
    </w:p>
    <w:p>
      <w:pPr>
        <w:jc w:val="right"/>
      </w:pPr>
      <w:r>
        <w:t>بہت چھوٹی سی بات ہے۔ یہ جس عبادت پر، جس نماز پر اس کا انحصار ہے، یعنی آخرت کے نجات کا، کیونکہ قرآن میں دیکھیں کہ وہ قالوا لم نکمل ہم نماز پڑھنے والے بھی نہ تھے کہ نماز نہیں پڑھنے والے تھے تو جہنم میں گئے۔</w:t>
      </w:r>
    </w:p>
    <w:p>
      <w:r>
        <w:rPr>
          <w:b/>
        </w:rPr>
        <w:t xml:space="preserve">[1:22:50] </w:t>
      </w:r>
      <w:r>
        <w:t>woh to jis ibadat ki itni ahmiyat ho, us ibadat mein qibla bana liya yahood ka 16 mahine tak.</w:t>
      </w:r>
    </w:p>
    <w:p>
      <w:pPr>
        <w:jc w:val="right"/>
      </w:pPr>
      <w:r>
        <w:t>وہ تو جس عبادت کی اتنی اہمیت ہو، اس عبادت میں قبلہ بنا لیا یہود کا 16 مہینے تک۔</w:t>
      </w:r>
    </w:p>
    <w:p>
      <w:r>
        <w:rPr>
          <w:b/>
        </w:rPr>
        <w:t xml:space="preserve">[1:23:01] </w:t>
      </w:r>
      <w:r>
        <w:t>to agar ibadat ka qibla banaya ja sakta hai talif qalb ke taur par to yeh to bohat choti si baat hai. mein is ko bilkul jaiz samajhta hoon.</w:t>
      </w:r>
    </w:p>
    <w:p>
      <w:pPr>
        <w:jc w:val="right"/>
      </w:pPr>
      <w:r>
        <w:t>تو اگر عبادت کا قبلہ بنایا جا سکتا ہے تالیف قلب کے طور پر تو یہ تو بہت چھوٹی سی بات ہے۔ میں اس کو بالکل جائز سمجھتا ہوں۔</w:t>
      </w:r>
    </w:p>
    <w:p>
      <w:r>
        <w:rPr>
          <w:b/>
        </w:rPr>
        <w:t xml:space="preserve">[1:23:11] </w:t>
      </w:r>
      <w:r>
        <w:t>jaiz kahan? mein is ko samajhta hoon ke sawab hoga jo log aisa karein kyunke woh niyat un ki dawat hogi.</w:t>
      </w:r>
    </w:p>
    <w:p>
      <w:pPr>
        <w:jc w:val="right"/>
      </w:pPr>
      <w:r>
        <w:t>جائز کہاں؟ میں اس کو سمجھتا ہوں کہ ثواب ہوگا جو لوگ ایسا کریں کیونکہ وہ نیت ان کی دعوت ہوگی۔</w:t>
      </w:r>
    </w:p>
    <w:p>
      <w:r>
        <w:rPr>
          <w:b/>
        </w:rPr>
        <w:t xml:space="preserve">[1:23:22] </w:t>
      </w:r>
      <w:r>
        <w:t>This question is from Mr. Naeem Hasan from Ghaziabad.</w:t>
      </w:r>
    </w:p>
    <w:p>
      <w:pPr>
        <w:jc w:val="right"/>
      </w:pPr>
      <w:r>
        <w:t>This question is from مسٹر نعیم حسن from गाजियाबाद।</w:t>
      </w:r>
    </w:p>
    <w:p>
      <w:r>
        <w:rPr>
          <w:b/>
        </w:rPr>
        <w:t xml:space="preserve">[1:23:28] </w:t>
      </w:r>
      <w:r>
        <w:t>Quran ki ek ayat mein Allah ki pindli shabd aaya hai. logon ko is shabd ka matlab kaise samjhaya ja sakta hai jabke Allah ek noor hai?</w:t>
      </w:r>
    </w:p>
    <w:p>
      <w:pPr>
        <w:jc w:val="right"/>
      </w:pPr>
      <w:r>
        <w:t>قرآن کی ایک آیت میں اللہ کی پنڈلی शब्द آیا ہے۔ لوگوں کو اس शब्द کا مطلب کیسے سمجھایا جا سکتا ہے جبکہ اللہ ایک نور ہے؟</w:t>
      </w:r>
    </w:p>
    <w:p>
      <w:r>
        <w:rPr>
          <w:b/>
        </w:rPr>
        <w:t xml:space="preserve">[1:23:42] </w:t>
      </w:r>
      <w:r>
        <w:t>dekhein, yom yakshif ansaar jo hai, woh literal ma'ne mein nahi hai, woh ishtihar hai. Arabi zaban jo log jante honge, un ko shakk nahi hoga is mein.</w:t>
      </w:r>
    </w:p>
    <w:p>
      <w:pPr>
        <w:jc w:val="right"/>
      </w:pPr>
      <w:r>
        <w:t>دیکھیں، یوم یکشف انصار جو ہے، وہ literal معنی میں نہیں ہے، وہ اشتہار ہے۔ عربی زبان جو لوگ جانتے ہوں گے، ان کو شک نہیں ہوگا اس میں۔</w:t>
      </w:r>
    </w:p>
    <w:p>
      <w:r>
        <w:rPr>
          <w:b/>
        </w:rPr>
        <w:t xml:space="preserve">[1:23:52] </w:t>
      </w:r>
      <w:r>
        <w:t>un ko shakk nahi hoga. jo nahi jante Arabi, unhi ko shakk ho sakta hai.</w:t>
      </w:r>
    </w:p>
    <w:p>
      <w:pPr>
        <w:jc w:val="right"/>
      </w:pPr>
      <w:r>
        <w:t>ان کو شک نہیں ہوگا۔ جو نہیں جانتے عربی، انہی کو شک ہو سکتا ہے۔</w:t>
      </w:r>
    </w:p>
    <w:p>
      <w:r>
        <w:rPr>
          <w:b/>
        </w:rPr>
        <w:t xml:space="preserve">[1:23:57] </w:t>
      </w:r>
      <w:r>
        <w:t>yom yakshif ansaar ke ma'ne hain jab haqiqaten khul jayengi. ab yeh dekhiye, sab cheez unseen bani hui hai, sab ghaib mein hai.</w:t>
      </w:r>
    </w:p>
    <w:p>
      <w:pPr>
        <w:jc w:val="right"/>
      </w:pPr>
      <w:r>
        <w:t>یوم یکشف انصار کے معنی ہیں جب حقیقتیں کھل جائیں گی۔ اب یہ دیکھیے، سب چیز unseen بنی ہوئی ہے، سب غیب میں ہے۔</w:t>
      </w:r>
    </w:p>
    <w:p>
      <w:r>
        <w:rPr>
          <w:b/>
        </w:rPr>
        <w:t xml:space="preserve">[1:24:07] </w:t>
      </w:r>
      <w:r>
        <w:t>sab kuch ghaib mein hai. hum farishton ko nahi dekhte, hum jannat dozakh ko nahi dekhte. Allah taala hamare samne nahi hai. to sari haqiqaten hain, woh ghaib mein hain.</w:t>
      </w:r>
    </w:p>
    <w:p>
      <w:pPr>
        <w:jc w:val="right"/>
      </w:pPr>
      <w:r>
        <w:t>سب کچھ غیب میں ہے۔ ہم فرشتوں کو نہیں دیکھتے، ہم جان دوزخ کو نہیں دیکھتے۔ اللہ تعالیٰ ہمارے سامنے نہیں ہے۔ تو ساری حقیقتیں ہیں، وہ غیب میں ہیں۔</w:t>
      </w:r>
    </w:p>
    <w:p>
      <w:r>
        <w:rPr>
          <w:b/>
        </w:rPr>
        <w:t xml:space="preserve">[1:24:18] </w:t>
      </w:r>
      <w:r>
        <w:t>to qayamat mein sab haqiqaten khul jayengi. yom yakshif ansaar ka matlab yeh hai.</w:t>
      </w:r>
    </w:p>
    <w:p>
      <w:pPr>
        <w:jc w:val="right"/>
      </w:pPr>
      <w:r>
        <w:t>تو قیامت میں سب حقیقتیں کھل جائیں گی۔ یوم یکشف انصار کا مطلب یہ ہے۔</w:t>
      </w:r>
    </w:p>
    <w:p>
      <w:r>
        <w:rPr>
          <w:b/>
        </w:rPr>
        <w:t xml:space="preserve">[1:24:25] </w:t>
      </w:r>
      <w:r>
        <w:t>aap hamari tafsir padh lijiye, tazkir ul Quran. is mein is ki padh sakte hain, is ko aap tafsir mil jayegi. is ko aap Maulana yeh hai another question.</w:t>
      </w:r>
    </w:p>
    <w:p>
      <w:pPr>
        <w:jc w:val="right"/>
      </w:pPr>
      <w:r>
        <w:t>آپ ہماری تفسیر پڑھ لیجئے، تذکر القرآن۔ اس میں اس کی پڑھ سکتے ہیں، اس کو آپ تفسیر مل جائے گی۔ اس کو آپ Maulana یہ ہے another question ۔</w:t>
      </w:r>
    </w:p>
    <w:p>
      <w:r>
        <w:rPr>
          <w:b/>
        </w:rPr>
        <w:t xml:space="preserve">[1:24:38] </w:t>
      </w:r>
      <w:r>
        <w:t>ek sharabi ek bar tauba karta hai aur phir shaitani behkawe mein aa kar phir sharab peeta hai aur hosh hosh mein aa kar phir se tauba kar leta hai.</w:t>
      </w:r>
    </w:p>
    <w:p>
      <w:pPr>
        <w:jc w:val="right"/>
      </w:pPr>
      <w:r>
        <w:t>ایک شرابی ایک بار توبہ کرتا ہے اور پھر شیطانی بہکاوے میں آ کر پھر شراب پیتا ہے اور ہوش ہوش میں آ کر پھر سے توبہ کر لیتا ہے۔</w:t>
      </w:r>
    </w:p>
    <w:p>
      <w:r>
        <w:rPr>
          <w:b/>
        </w:rPr>
        <w:t xml:space="preserve">[1:24:51] </w:t>
      </w:r>
      <w:r>
        <w:t>agar yeh silsila jari rahe to is ki tauba kis waqt tak qabool hogi? dekhein, yeh to Allah taala se.</w:t>
      </w:r>
    </w:p>
    <w:p>
      <w:pPr>
        <w:jc w:val="right"/>
      </w:pPr>
      <w:r>
        <w:t>اگر یہ سلسلہ جاری رہے تو اس کی توبہ کس وقت تک قبول ہوگی؟ دیکھیں، یہ تو اللہ تعالیٰ سے۔</w:t>
      </w:r>
    </w:p>
    <w:p>
      <w:r>
        <w:rPr>
          <w:b/>
        </w:rPr>
        <w:t xml:space="preserve">[1:25:00] </w:t>
      </w:r>
      <w:r>
        <w:t>agar phir telephone aap ke paas ho to telephone kar ke poochhiye.</w:t>
      </w:r>
    </w:p>
    <w:p>
      <w:pPr>
        <w:jc w:val="right"/>
      </w:pPr>
      <w:r>
        <w:t>اگر پھر ٹیلفون آپ کے پاس ہو تو ٹیلفون کر کے پوچھیے۔</w:t>
      </w:r>
    </w:p>
    <w:p>
      <w:r>
        <w:rPr>
          <w:b/>
        </w:rPr>
        <w:t xml:space="preserve">[1:25:05] </w:t>
      </w:r>
      <w:r>
        <w:t>mere nazdeek to sachi tauba agar karta hai, sachi tauba to jitni bar bhi ghalti kare, agar sachi tauba kare to maaf hota rahega. kyunke hadith mein aata hai ke in Allah yaqbal ut tauba ba'da maghfirar.</w:t>
      </w:r>
    </w:p>
    <w:p>
      <w:pPr>
        <w:jc w:val="right"/>
      </w:pPr>
      <w:r>
        <w:t>میرے نزدیک تو سچی توبہ اگر کرتا ہے، سچی توبہ تو جتنی بار بھی غلطی کرے، اگر سچی توبہ کرے تو معاف ہوتا رہے گا۔ کیونکہ حدیث میں آتا ہے کہ إن الله يقبل التوبة بعد مغرفر ۔</w:t>
      </w:r>
    </w:p>
    <w:p>
      <w:r>
        <w:rPr>
          <w:b/>
        </w:rPr>
        <w:t xml:space="preserve">[1:25:21] </w:t>
      </w:r>
      <w:r>
        <w:t>in Allah yaqbal ut tauba ba'da maghfirar. gharghara kehte hain jo marne ke waqt ek awaz nikalti hai gale se. to us waqt tak tauba qabool hota hai Allah taala.</w:t>
      </w:r>
    </w:p>
    <w:p>
      <w:pPr>
        <w:jc w:val="right"/>
      </w:pPr>
      <w:r>
        <w:t>إن الله يقبل التوبة بعد مغرفر ۔ غرغرہ کہتے ہیں جو مرنے کے وقت ایک آواز نکلتی ہے گلے سے۔ تو اس وقت تک توبہ قبول ہوتا ہے اللہ تعالیٰ۔</w:t>
      </w:r>
    </w:p>
    <w:p>
      <w:r>
        <w:rPr>
          <w:b/>
        </w:rPr>
        <w:t xml:space="preserve">[1:25:32] </w:t>
      </w:r>
      <w:r>
        <w:t>to kaun hai jo tauba ka darwaza band kare?</w:t>
      </w:r>
    </w:p>
    <w:p>
      <w:pPr>
        <w:jc w:val="right"/>
      </w:pPr>
      <w:r>
        <w:t>تو کون ہے جو توبہ کا دروازہ بند کرے؟</w:t>
      </w:r>
    </w:p>
    <w:p>
      <w:r>
        <w:rPr>
          <w:b/>
        </w:rPr>
        <w:t xml:space="preserve">[1:25:36] </w:t>
      </w:r>
      <w:r>
        <w:t>lekin tauba nasuh, tauba, taubatan nasuha honi chahiye. yeh sache dil ki tauba, yani lip service nahi. lip service jo hai, woh qabool nahi hogi.</w:t>
      </w:r>
    </w:p>
    <w:p>
      <w:pPr>
        <w:jc w:val="right"/>
      </w:pPr>
      <w:r>
        <w:t>لیکن توبہ نصوح، توبہ، توبۃ النصوحہ ہونی چاہیے۔ یہ سچے دل کی توبہ، یعنی lip service نہیں۔ Lip service جو ہے، وہ قبول نہیں ہوگی۔</w:t>
      </w:r>
    </w:p>
    <w:p>
      <w:r>
        <w:rPr>
          <w:b/>
        </w:rPr>
        <w:t xml:space="preserve">[1:25:48] </w:t>
      </w:r>
      <w:r>
        <w:t>lekin sachay dil ki toba qabool hogi. lekin sachay dil ki toba ka ilm hum ko, aap ko nahi hai. yeh to Allah taala ko pata hai. Allah ko pata hai.</w:t>
      </w:r>
    </w:p>
    <w:p>
      <w:pPr>
        <w:jc w:val="right"/>
      </w:pPr>
      <w:r>
        <w:t>لیکن سچے دل کی توبہ قبول ہوگی۔ لیکن سچے دل کی توبہ کا علم ہم کو، آپ کو نہیں ہے۔ یہ تو اللہ تعالیٰ کو پتہ ہے۔ اللہ کو پتہ ہے۔</w:t>
      </w:r>
    </w:p>
    <w:p>
      <w:r>
        <w:rPr>
          <w:b/>
        </w:rPr>
        <w:t xml:space="preserve">[1:26:02] </w:t>
      </w:r>
      <w:r>
        <w:t>This question is from</w:t>
      </w:r>
    </w:p>
    <w:p>
      <w:pPr>
        <w:jc w:val="right"/>
      </w:pPr>
      <w:r>
        <w:t>This question is from</w:t>
      </w:r>
    </w:p>
    <w:p>
      <w:r>
        <w:rPr>
          <w:b/>
        </w:rPr>
        <w:t xml:space="preserve">[1:26:04] </w:t>
      </w:r>
      <w:r>
        <w:t>Mr Ehtesham Hasnain. I would like to suggest that there should be active involvement of youth and teenagers in CPS or Al-Risala Mission so that they can get the true al-Hikmah of Islam instead of getting diverted to the modern culture.</w:t>
      </w:r>
    </w:p>
    <w:p>
      <w:pPr>
        <w:jc w:val="right"/>
      </w:pPr>
      <w:r>
        <w:t>مسٹر احتشام حسنین۔ I would like to suggest that there should be active involvement of youth and teenagers in CPS or Al-Risala Mission so that they can get the true al-Hikmah of Islam instead of getting diverted to the modern culture.</w:t>
      </w:r>
    </w:p>
    <w:p>
      <w:r>
        <w:rPr>
          <w:b/>
        </w:rPr>
        <w:t xml:space="preserve">[1:26:24] </w:t>
      </w:r>
      <w:r>
        <w:t>bhai, yeh to yeh suggestion ki to baatein hain. yeh to karne ki baat aap kijiye. kis ko suggestion de rahe hain aap? kis se keh rahe hain?</w:t>
      </w:r>
    </w:p>
    <w:p>
      <w:pPr>
        <w:jc w:val="right"/>
      </w:pPr>
      <w:r>
        <w:t>بھئی، یہ تو یہ suggestion کی تو باتیں ہیں۔ یہ تو کرنے کی بات آپ کیجیے۔ کس کو suggestion دے رہے ہیں آپ؟ کس سے کہہ رہے ہیں؟</w:t>
      </w:r>
    </w:p>
    <w:p>
      <w:r>
        <w:rPr>
          <w:b/>
        </w:rPr>
        <w:t xml:space="preserve">[1:26:34] </w:t>
      </w:r>
      <w:r>
        <w:t>You have to address yourself. kood padiye aap maidan mein aur naujawanon ko kahiye ke kahan to bhaag rahe ho.</w:t>
      </w:r>
    </w:p>
    <w:p>
      <w:pPr>
        <w:jc w:val="right"/>
      </w:pPr>
      <w:r>
        <w:t>You have to address yourself. کود پڑیے آپ میدان میں اور نوجوانوں کو کہیے کہ کہاں تو بھاگ رہے ہو۔</w:t>
      </w:r>
    </w:p>
    <w:p>
      <w:r>
        <w:rPr>
          <w:b/>
        </w:rPr>
        <w:t xml:space="preserve">[1:26:44] </w:t>
      </w:r>
      <w:r>
        <w:t>yeh sab baatein dekhiye, suggestion ke nahi hua karti hain. khud apne aap ko involve karne ki hoti hain. to aap apne aap ko involve kar dijiye. bahut achha hai. hum to already involve kiye hue hain apne aap ko.</w:t>
      </w:r>
    </w:p>
    <w:p>
      <w:pPr>
        <w:jc w:val="right"/>
      </w:pPr>
      <w:r>
        <w:t>یہ سب باتیں دیکھیے، suggestion کے نہیں ہوا کرتی ہیں۔ خود اپنے آپ کو involve کرنے کی ہوتی ہیں۔ تو آپ اپنے آپ کو involve کر دیجیے۔ بہت اچھا ہے۔ ہم تو already involve کیے ہوئے ہیں اپنے آپ کو۔</w:t>
      </w:r>
    </w:p>
    <w:p>
      <w:r>
        <w:rPr>
          <w:b/>
        </w:rPr>
        <w:t xml:space="preserve">[1:26:56] </w:t>
      </w:r>
      <w:r>
        <w:t>yeh dekhen, yahan jo log aate hain, woh zyada tar naujawan tabqa hota hai. aap bhi apne aap ko involve kar di</w:t>
      </w:r>
    </w:p>
    <w:p>
      <w:pPr>
        <w:jc w:val="right"/>
      </w:pPr>
      <w:r>
        <w:t>یہ دیکھیں، یہاں جو لوگ آتے ہیں، وہ زیادہ تر نوجوان طبقہ ہوتا ہے۔ آپ بھی اپنے آپ کو involve کر دی</w:t>
      </w:r>
    </w:p>
    <w:p>
      <w:r>
        <w:rPr>
          <w:b/>
        </w:rPr>
        <w:t xml:space="preserve">[1:27:01] </w:t>
      </w:r>
      <w:r>
        <w:t>jiye. is ko mission ke taur par shuru kar dijiye.</w:t>
      </w:r>
    </w:p>
    <w:p>
      <w:pPr>
        <w:jc w:val="right"/>
      </w:pPr>
      <w:r>
        <w:t>جیے۔ اس کو mission کے طور پر شروع کر دیجیے۔</w:t>
      </w:r>
    </w:p>
    <w:p>
      <w:r>
        <w:rPr>
          <w:b/>
        </w:rPr>
        <w:t xml:space="preserve">[1:27:10] </w:t>
      </w:r>
      <w:r>
        <w:t>This question is from Miss Sadia Khan from Delhi. Maulana, is there a parameter or a yardstick of which we can differentiate between an angelic thought and a satanic thought?</w:t>
      </w:r>
    </w:p>
    <w:p>
      <w:pPr>
        <w:jc w:val="right"/>
      </w:pPr>
      <w:r>
        <w:t>This question is from مس سعدیہ خان from Delhi۔ Maulana, is there a parameter or a yardstick of which we can differentiate between an angelic thought and a satanic thought?</w:t>
      </w:r>
    </w:p>
    <w:p>
      <w:r>
        <w:rPr>
          <w:b/>
        </w:rPr>
        <w:t xml:space="preserve">[1:27:34] </w:t>
      </w:r>
      <w:r>
        <w:t>main samajhta hoon ke hai.</w:t>
      </w:r>
    </w:p>
    <w:p>
      <w:pPr>
        <w:jc w:val="right"/>
      </w:pPr>
      <w:r>
        <w:t>میں سمجھتا ہوں کہ ہے۔</w:t>
      </w:r>
    </w:p>
    <w:p>
      <w:r>
        <w:rPr>
          <w:b/>
        </w:rPr>
        <w:t xml:space="preserve">[1:27:41] </w:t>
      </w:r>
      <w:r>
        <w:t>lekin is haq ko janne ke liye aap ko objective banna padega. Unbiased thinking lani padegi apne andar.</w:t>
      </w:r>
    </w:p>
    <w:p>
      <w:pPr>
        <w:jc w:val="right"/>
      </w:pPr>
      <w:r>
        <w:t>لیکن اس حق کو جاننے کے لیے آپ کو objective بننا پڑے گا۔ Unbiased thinking لانی پڑے گی اپنے اندر۔</w:t>
      </w:r>
    </w:p>
    <w:p>
      <w:r>
        <w:rPr>
          <w:b/>
        </w:rPr>
        <w:t xml:space="preserve">[1:27:53] </w:t>
      </w:r>
      <w:r>
        <w:t>jab bhi ho. lekin jo counseling hogi, ya to is mein hate hoga ya love hoga.</w:t>
      </w:r>
    </w:p>
    <w:p>
      <w:pPr>
        <w:jc w:val="right"/>
      </w:pPr>
      <w:r>
        <w:t>جب بھی ہو۔ لیکن جو counseling ہوگی، یا تو اس میں hate ہوگا یا love ہوگا۔</w:t>
      </w:r>
    </w:p>
    <w:p>
      <w:r>
        <w:rPr>
          <w:b/>
        </w:rPr>
        <w:t xml:space="preserve">[1:28:03] </w:t>
      </w:r>
      <w:r>
        <w:t>Hate hai to subject shaitan ki counseling hai. Love hai to farishte ki counseling hai. ya to ghussa hoga ya bardasht hoga.</w:t>
      </w:r>
    </w:p>
    <w:p>
      <w:pPr>
        <w:jc w:val="right"/>
      </w:pPr>
      <w:r>
        <w:t>Hate ہے تو subject شیطان کی counseling ہے۔ Love ہے تو فرشتے کی counseling ہے۔ یا تو غصہ ہوگا یا برداشت ہوگا۔</w:t>
      </w:r>
    </w:p>
    <w:p>
      <w:r>
        <w:rPr>
          <w:b/>
        </w:rPr>
        <w:t xml:space="preserve">[1:28:12] </w:t>
      </w:r>
      <w:r>
        <w:t>ghussa hai to satanic counseling hai. bardasht hai to farishte ki counseling hai. to ek lafz yeh hai ke agar negative counseling hai to woh shaitan ki taraf se hai.</w:t>
      </w:r>
    </w:p>
    <w:p>
      <w:pPr>
        <w:jc w:val="right"/>
      </w:pPr>
      <w:r>
        <w:t>غصہ ہے تو satanic counseling ہے۔ برداشت ہے تو فرشتے کی counseling ہے۔ تو ایک لفظ یہ ہے کہ اگر negative counseling ہے تو وہ شیطان کی طرف سے ہے۔</w:t>
      </w:r>
    </w:p>
    <w:p>
      <w:r>
        <w:rPr>
          <w:b/>
        </w:rPr>
        <w:t xml:space="preserve">[1:28:25] </w:t>
      </w:r>
      <w:r>
        <w:t>Positive counseling hai to farishte ki taraf se hai.</w:t>
      </w:r>
    </w:p>
    <w:p>
      <w:pPr>
        <w:jc w:val="right"/>
      </w:pPr>
      <w:r>
        <w:t>Positive counseling ہے تو فرشتے کی طرف سے ہے۔</w:t>
      </w:r>
    </w:p>
    <w:p>
      <w:r>
        <w:rPr>
          <w:b/>
        </w:rPr>
        <w:t xml:space="preserve">[1:28:29] </w:t>
      </w:r>
      <w:r>
        <w:t>bahut aasan hai yeh janna. lekin aap ko subjective, subjectivity se bahar aana padega. Objective banna padega.</w:t>
      </w:r>
    </w:p>
    <w:p>
      <w:pPr>
        <w:jc w:val="right"/>
      </w:pPr>
      <w:r>
        <w:t>بہت آسان ہے یہ جاننا۔ لیکن آپ کو subjective، subjectivity سے باہر آنا پڑے گا۔ Objective بننا پڑے گا۔</w:t>
      </w:r>
    </w:p>
    <w:p>
      <w:r>
        <w:rPr>
          <w:b/>
        </w:rPr>
        <w:t xml:space="preserve">[1:28:38] </w:t>
      </w:r>
      <w:r>
        <w:t>to bahut aasan hai yeh janna. kyunke hamesha shaitan ki jo jo bhi counseling hoti hai, woh negative side mein hoti hai.</w:t>
      </w:r>
    </w:p>
    <w:p>
      <w:pPr>
        <w:jc w:val="right"/>
      </w:pPr>
      <w:r>
        <w:t>تو بہت آسان ہے یہ جاننا۔ کیونکہ ہمیشہ شیطان کی جو جو بھی counseling ہوتی ہے، وہ negative side میں ہوتی ہے۔</w:t>
      </w:r>
    </w:p>
    <w:p>
      <w:r>
        <w:rPr>
          <w:b/>
        </w:rPr>
        <w:t xml:space="preserve">[1:28:50] </w:t>
      </w:r>
      <w:r>
        <w:t>aur farishte ki jo hoti hai, woh positive side mein hoti hai. is wajah se pehchanna bahut aasan hai. Provided you are positive.</w:t>
      </w:r>
    </w:p>
    <w:p>
      <w:pPr>
        <w:jc w:val="right"/>
      </w:pPr>
      <w:r>
        <w:t>اور فرشتے کی جو ہوتی ہے، وہ positive side میں ہوتی ہے۔ اس وجہ سے پہچاننا بہت آسان ہے۔ Provided you are positive.</w:t>
      </w:r>
    </w:p>
    <w:p>
      <w:r>
        <w:rPr>
          <w:b/>
        </w:rPr>
        <w:t xml:space="preserve">[1:29:02] </w:t>
      </w:r>
      <w:r>
        <w:t>This question is from Miss Razia from New Delhi. You mentioned that angels do not take the first step. We must do our fifty percent first.</w:t>
      </w:r>
    </w:p>
    <w:p>
      <w:pPr>
        <w:jc w:val="right"/>
      </w:pPr>
      <w:r>
        <w:t>This question is from مس راضیہ from New Delhi۔ You mentioned that angels do not take the first step. We must do our fifty percent first.</w:t>
      </w:r>
    </w:p>
    <w:p>
      <w:r>
        <w:rPr>
          <w:b/>
        </w:rPr>
        <w:t xml:space="preserve">[1:29:15] </w:t>
      </w:r>
      <w:r>
        <w:t>Maulana, my question is, what is that fifty percent that makes a man eligible for the help of angels? haste na karen.</w:t>
      </w:r>
    </w:p>
    <w:p>
      <w:pPr>
        <w:jc w:val="right"/>
      </w:pPr>
      <w:r>
        <w:t>Maulana, my question is, what is that fifty percent that makes a man eligible for the help of angels? Haste نہ کریں۔</w:t>
      </w:r>
    </w:p>
    <w:p>
      <w:r>
        <w:rPr>
          <w:b/>
        </w:rPr>
        <w:t xml:space="preserve">[1:29:27] </w:t>
      </w:r>
      <w:r>
        <w:t>ajila na karen. ajila maani haste.</w:t>
      </w:r>
    </w:p>
    <w:p>
      <w:pPr>
        <w:jc w:val="right"/>
      </w:pPr>
      <w:r>
        <w:t>عاجلہ نہ کریں۔ عاجلہ معنی haste۔</w:t>
      </w:r>
    </w:p>
    <w:p>
      <w:r>
        <w:rPr>
          <w:b/>
        </w:rPr>
        <w:t xml:space="preserve">[1:29:31] </w:t>
      </w:r>
      <w:r>
        <w:t>jab haste kar diya to aap ne angel ko invite nahi kiya. sabr karen. ruken. chup ho jayen. jaise main hoon, mujhe mein bahut zyada ghussa bahut zyada pe rehta hai.</w:t>
      </w:r>
    </w:p>
    <w:p>
      <w:pPr>
        <w:jc w:val="right"/>
      </w:pPr>
      <w:r>
        <w:t>جب haste کر دیا تو آپ نے angel کو invite نہیں کیا۔ صبر کریں۔ رکیں۔ چپ ہو جائیں۔ جیسے میں ہوں، مجھے میں بہت زیادہ غصہ بہت زیادہ پہ رہتا ہے۔</w:t>
      </w:r>
    </w:p>
    <w:p>
      <w:r>
        <w:rPr>
          <w:b/>
        </w:rPr>
        <w:t xml:space="preserve">[1:29:43] </w:t>
      </w:r>
      <w:r>
        <w:t>ghussa aaye to chup ho jata hoon. main jab bhi ghussa aaye to main chup ho jaunga. chup ho jaunga to main angel ko invite kar raha hoon.</w:t>
      </w:r>
    </w:p>
    <w:p>
      <w:pPr>
        <w:jc w:val="right"/>
      </w:pPr>
      <w:r>
        <w:t>غصہ آئے تو چپ ہو جاتا ہوں۔ میں جب بھی غصہ آئے تو میں چپ ہو جاؤں گا۔ چپ ہو جاؤں گا تو میں angel کو invite کر رہا ہوں۔</w:t>
      </w:r>
    </w:p>
    <w:p>
      <w:r>
        <w:rPr>
          <w:b/>
        </w:rPr>
        <w:t xml:space="preserve">[1:29:53] </w:t>
      </w:r>
      <w:r>
        <w:t>agar bolne lagoon, bolne lagoon, bolunga to main shaitan ko invite kar diya.</w:t>
      </w:r>
    </w:p>
    <w:p>
      <w:pPr>
        <w:jc w:val="right"/>
      </w:pPr>
      <w:r>
        <w:t>اگر بولنے لگوں، بولنے لگوں، بولوں گا تو میں شیطان کو invite کر دیا۔</w:t>
      </w:r>
    </w:p>
    <w:p>
      <w:r>
        <w:rPr>
          <w:b/>
        </w:rPr>
        <w:t xml:space="preserve">[1:29:58] </w:t>
      </w:r>
      <w:r>
        <w:t>sab se aasan tareeqa hai farishton ko invite karne ka chup ho jana.</w:t>
      </w:r>
    </w:p>
    <w:p>
      <w:pPr>
        <w:jc w:val="right"/>
      </w:pPr>
      <w:r>
        <w:t>سب سے آسان طریقہ ہے فرشتوں کو invite کرنے کا چپ ہو جانا۔</w:t>
      </w:r>
    </w:p>
    <w:p>
      <w:r>
        <w:rPr>
          <w:b/>
        </w:rPr>
        <w:t xml:space="preserve">[1:30:07] </w:t>
      </w:r>
      <w:r>
        <w:t>Temporary tor par. Jab bhi koi unpleasant situation create hoti hai, kuch bhi hoti hai, kuch bhi hoti hai, to aap haste mein koi action na lijie.</w:t>
      </w:r>
    </w:p>
    <w:p>
      <w:pPr>
        <w:jc w:val="right"/>
      </w:pPr>
      <w:r>
        <w:t>Temporary طور پر۔ جب بھی کوئی unpleasant situation create ہوتی ہے، کچھ بھی ہوتی ہے، کچھ بھی ہوتی ہے، تو آپ haste میں کوئی action نہ لیجیے۔</w:t>
      </w:r>
    </w:p>
    <w:p>
      <w:r>
        <w:rPr>
          <w:b/>
        </w:rPr>
        <w:t xml:space="preserve">[1:30:19] </w:t>
      </w:r>
      <w:r>
        <w:t>Chup ho jaiye. Sochiye. To</w:t>
      </w:r>
    </w:p>
    <w:p>
      <w:pPr>
        <w:jc w:val="right"/>
      </w:pPr>
      <w:r>
        <w:t>چپ ہو جائیے۔ سوچیے۔ تو</w:t>
      </w:r>
    </w:p>
    <w:p>
      <w:r>
        <w:rPr>
          <w:b/>
        </w:rPr>
        <w:t xml:space="preserve">[1:30:24] </w:t>
      </w:r>
      <w:r>
        <w:t>Aap shaitan ko bhaga denge aur farishte ko invite karenge. Bahut hi, yani mera to tajurba yahi hai ke bahut hi aasan hai.</w:t>
      </w:r>
    </w:p>
    <w:p>
      <w:pPr>
        <w:jc w:val="right"/>
      </w:pPr>
      <w:r>
        <w:t>آپ شیطان کو بھگا دیں گے اور فرشتے کو invite کریں گے۔ بہت ہی، یعنی میرا تو تجربہ یہی ہے کہ بہت ہی آسان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