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a Complaint free life | July 28, 2018</w:t>
      </w:r>
    </w:p>
    <w:p>
      <w:r>
        <w:t>https://www.youtube.com/watch?v=NBtOW5lVxQQ</w:t>
      </w:r>
    </w:p>
    <w:p>
      <w:r>
        <w:rPr>
          <w:b/>
        </w:rPr>
        <w:t xml:space="preserve">[00:14] </w:t>
      </w:r>
      <w:r>
        <w:t>bismillah rahman rahim, wasallallah ala nabiyyil karim.</w:t>
      </w:r>
    </w:p>
    <w:p>
      <w:pPr>
        <w:jc w:val="right"/>
      </w:pPr>
      <w:r>
        <w:t>بسم اللہ الرحمن الرحیم، وصلی اللہ علی النبی الکریم۔</w:t>
      </w:r>
    </w:p>
    <w:p>
      <w:r>
        <w:rPr>
          <w:b/>
        </w:rPr>
        <w:t xml:space="preserve">[00:25] </w:t>
      </w:r>
      <w:r>
        <w:t>28 julaai 2018.</w:t>
      </w:r>
    </w:p>
    <w:p>
      <w:pPr>
        <w:jc w:val="right"/>
      </w:pPr>
      <w:r>
        <w:t>28 جولائی 2018۔</w:t>
      </w:r>
    </w:p>
    <w:p>
      <w:r>
        <w:rPr>
          <w:b/>
        </w:rPr>
        <w:t xml:space="preserve">[00:36] </w:t>
      </w:r>
      <w:r>
        <w:t>aaj ke is program mein ek hadith</w:t>
      </w:r>
    </w:p>
    <w:p>
      <w:pPr>
        <w:jc w:val="right"/>
      </w:pPr>
      <w:r>
        <w:t>آج کے اس پروگرام میں ایک حدیث</w:t>
      </w:r>
    </w:p>
    <w:p>
      <w:r>
        <w:rPr>
          <w:b/>
        </w:rPr>
        <w:t xml:space="preserve">[00:47] </w:t>
      </w:r>
      <w:r>
        <w:t>ka dars diya jata hai, ek hadith jo bohat hi zyada sabak amoz hai.</w:t>
      </w:r>
    </w:p>
    <w:p>
      <w:pPr>
        <w:jc w:val="right"/>
      </w:pPr>
      <w:r>
        <w:t>کا درس دیا جاتا ہے، ایک حدیث جو بہت ہی زیادہ سبق آموز ہے۔</w:t>
      </w:r>
    </w:p>
    <w:p>
      <w:r>
        <w:rPr>
          <w:b/>
        </w:rPr>
        <w:t xml:space="preserve">[00:53] </w:t>
      </w:r>
      <w:r>
        <w:t>aaj ke dars mein wohi hadith shamil hogi.</w:t>
      </w:r>
    </w:p>
    <w:p>
      <w:pPr>
        <w:jc w:val="right"/>
      </w:pPr>
      <w:r>
        <w:t>آج کے درس میں وہی حدیث شامل ہوگی۔</w:t>
      </w:r>
    </w:p>
    <w:p>
      <w:r>
        <w:rPr>
          <w:b/>
        </w:rPr>
        <w:t xml:space="preserve">[00:59] </w:t>
      </w:r>
      <w:r>
        <w:t>pehlay aap hadith suniye.</w:t>
      </w:r>
    </w:p>
    <w:p>
      <w:pPr>
        <w:jc w:val="right"/>
      </w:pPr>
      <w:r>
        <w:t>پہلے آپ حدیث سنیے۔</w:t>
      </w:r>
    </w:p>
    <w:p>
      <w:r>
        <w:rPr>
          <w:b/>
        </w:rPr>
        <w:t xml:space="preserve">[01:05] </w:t>
      </w:r>
      <w:r>
        <w:t>bismillah rahman rahim.</w:t>
      </w:r>
    </w:p>
    <w:p>
      <w:pPr>
        <w:jc w:val="right"/>
      </w:pPr>
      <w:r>
        <w:t>بسم اللہ الرحمن الرحیم۔</w:t>
      </w:r>
    </w:p>
    <w:p>
      <w:r>
        <w:rPr>
          <w:b/>
        </w:rPr>
        <w:t xml:space="preserve">[01:11] </w:t>
      </w:r>
      <w:r>
        <w:t>an abdullah ibn masood qala: qala rasool allah sallallah alaihi wasallam: "in abd</w:t>
      </w:r>
    </w:p>
    <w:p>
      <w:pPr>
        <w:jc w:val="right"/>
      </w:pPr>
      <w:r>
        <w:t>عن عبداللہ ابن مسعود قال: قال رسول اللہ صلی اللہ علیہ وسلم: "إن عبد</w:t>
      </w:r>
    </w:p>
    <w:p>
      <w:r>
        <w:rPr>
          <w:b/>
        </w:rPr>
        <w:t xml:space="preserve">[01:17] </w:t>
      </w:r>
      <w:r>
        <w:t>an min ibad allah ba'asahu allah azzwajal ila qaumihi fa kadzabuhu wa shajahu, fa ja'ala yamsahu ad-dam an jabinihi wa yaqul: rabbi aghfir</w:t>
      </w:r>
    </w:p>
    <w:p>
      <w:pPr>
        <w:jc w:val="right"/>
      </w:pPr>
      <w:r>
        <w:t>اً من عباد اللہ بعثہ اللہ عزوجل إلى قومه فکذبوہ وشجوہ، فجعلیمسخ الدم عن جبینہ ويقول: رب اغفر</w:t>
      </w:r>
    </w:p>
    <w:p>
      <w:r>
        <w:rPr>
          <w:b/>
        </w:rPr>
        <w:t xml:space="preserve">[01:25] </w:t>
      </w:r>
      <w:r>
        <w:t>li qaumi fa innahum la ya'lamun." qala: qala abdullah: "fa ka'anni anzur ila rasool allah sallallah alaihi wasallam yamsahu jabahatahu yahkuru</w:t>
      </w:r>
    </w:p>
    <w:p>
      <w:pPr>
        <w:jc w:val="right"/>
      </w:pPr>
      <w:r>
        <w:t>لقومی فإنهم لا يعلمون." قال: قال عبداللہ: "فکأنی أنظر إلى رسول الله صلی اللہ علیہ وسلمیمسح جبہتہ یحکر</w:t>
      </w:r>
    </w:p>
    <w:p>
      <w:r>
        <w:rPr>
          <w:b/>
        </w:rPr>
        <w:t xml:space="preserve">[01:33] </w:t>
      </w:r>
      <w:r>
        <w:t>rajulan." musnad ahmad hadith number 4057.</w:t>
      </w:r>
    </w:p>
    <w:p>
      <w:pPr>
        <w:jc w:val="right"/>
      </w:pPr>
      <w:r>
        <w:t>رجلاً." مسند احمد حدیث نمبر 4057۔</w:t>
      </w:r>
    </w:p>
    <w:p>
      <w:r>
        <w:rPr>
          <w:b/>
        </w:rPr>
        <w:t xml:space="preserve">[01:40] </w:t>
      </w:r>
      <w:r>
        <w:t>abdullah bin masood</w:t>
      </w:r>
    </w:p>
    <w:p>
      <w:pPr>
        <w:jc w:val="right"/>
      </w:pPr>
      <w:r>
        <w:t>عبداللہ بن مسعود</w:t>
      </w:r>
    </w:p>
    <w:p>
      <w:r>
        <w:rPr>
          <w:b/>
        </w:rPr>
        <w:t xml:space="preserve">[01:48] </w:t>
      </w:r>
      <w:r>
        <w:t>riwayat karte hain keh Rasool Allah salla Allahu alaihi wa sallam ne kaha keh Allah ne apne bandoon mein se aik bande ko us ki qom ki taraf mab'oos kiya, to us qom ne us bande ko jhutlaya aur us ko zakmi kar diya. woh banda apni peshani se khoon pochta tha aur kehta tha: "rab</w:t>
      </w:r>
    </w:p>
    <w:p>
      <w:pPr>
        <w:jc w:val="right"/>
      </w:pPr>
      <w:r>
        <w:t>روایت کرتے ہیں کہ رسول اللہ صلی اللہ علیہ وسلم نے کہا کہ اللہ نے اپنے بندوں میں سے ایک بندے کو اس کی قوم کی طرف مبعوث کیا، تو اس قوم نے اس بندے کو جھٹلایا اور اس کو زخمی کر دیا۔ وہ بندہ اپنی پیشانی سے خون پوچھتا تھا اور کہتا تھا: "رب ا</w:t>
      </w:r>
    </w:p>
    <w:p>
      <w:r>
        <w:rPr>
          <w:b/>
        </w:rPr>
        <w:t xml:space="preserve">[02:18] </w:t>
      </w:r>
      <w:r>
        <w:t>ighfir li qawmi fa innahum la ya'lamoon." aye mere Rab! meri qom ko maghfirat farma, meri qom ki maghfirat farma, kyunkeh woh nahi jante hain. Abdullah kehte hain keh goya main dekh raha hoon Rasool Allah salla Allahu alaihi wa sallam apni peshani se pochhte hain jab woh hikayat bayan kar rahe hain us aadmi ki. musannaf ibn Abi Shaybah ki maqtū' riwayat ke mutabiq woh Nuh alaihis salam thay. maqtū' riwayat ka matlab</w:t>
      </w:r>
    </w:p>
    <w:p>
      <w:pPr>
        <w:jc w:val="right"/>
      </w:pPr>
      <w:r>
        <w:t>غفر لقومی فإنہم لا يعلمون." اے میرے رب! میری قوم کو مغفرت فرما، میری قوم کی مغفرت فرما، کیونکہ وہ نہیں جانتے ہیں۔ عبداللہ کہتے ہیں کہ گویا میں دیکھ رہا ہوں رسول اللہ صلی اللہ علیہ وسلم اپنی پیشانی سے پوچھتے ہیں جب وہ حکایت بیان کر رہے ہیں اس آدمی کی۔ مصنف ابن ابی شیبہ کی مخطوع روایت کے مطابق وہ نوح علیہ السلام تھے۔ مخطوع روایت کا مطلب</w:t>
      </w:r>
    </w:p>
    <w:p>
      <w:r>
        <w:rPr>
          <w:b/>
        </w:rPr>
        <w:t xml:space="preserve">[02:48] </w:t>
      </w:r>
      <w:r>
        <w:t>jisko tabi'i riwayat karein.</w:t>
      </w:r>
    </w:p>
    <w:p>
      <w:pPr>
        <w:jc w:val="right"/>
      </w:pPr>
      <w:r>
        <w:t>جس کو تابعی روایت کریں۔</w:t>
      </w:r>
    </w:p>
    <w:p>
      <w:r>
        <w:rPr>
          <w:b/>
        </w:rPr>
        <w:t xml:space="preserve">[02:58] </w:t>
      </w:r>
      <w:r>
        <w:t>is hadith par mein bohat dinon se sochta raha hoon.</w:t>
      </w:r>
    </w:p>
    <w:p>
      <w:pPr>
        <w:jc w:val="right"/>
      </w:pPr>
      <w:r>
        <w:t>اس حدیث پر میں بہت دنوں سے سوچتا رہا ہوں۔</w:t>
      </w:r>
    </w:p>
    <w:p>
      <w:r>
        <w:rPr>
          <w:b/>
        </w:rPr>
        <w:t xml:space="preserve">[03:08] </w:t>
      </w:r>
      <w:r>
        <w:t>haqeeqat yeh hai ke is hadith mein jo waqea bataya gaya hai woh aala akhlaq, high</w:t>
      </w:r>
    </w:p>
    <w:p>
      <w:pPr>
        <w:jc w:val="right"/>
      </w:pPr>
      <w:r>
        <w:t>حقیقت یہ ہے کہ اس حدیث میں جو واقعہ بتایا گیا ہے وہ اعلیٰ اخلاق، ہائی</w:t>
      </w:r>
    </w:p>
    <w:p>
      <w:r>
        <w:rPr>
          <w:b/>
        </w:rPr>
        <w:t xml:space="preserve">[03:18] </w:t>
      </w:r>
      <w:r>
        <w:t>standard ke model ki aakhri misaal hai.</w:t>
      </w:r>
    </w:p>
    <w:p>
      <w:pPr>
        <w:jc w:val="right"/>
      </w:pPr>
      <w:r>
        <w:t>سٹینڈرڈ کے ماڈل کی آخری مثال ہے۔</w:t>
      </w:r>
    </w:p>
    <w:p>
      <w:r>
        <w:rPr>
          <w:b/>
        </w:rPr>
        <w:t xml:space="preserve">[03:28] </w:t>
      </w:r>
      <w:r>
        <w:t>paighambar ne Allah ki taraf se Allah ka paigham pohanchaya aur qaum ne jo response diya woh yeh</w:t>
      </w:r>
    </w:p>
    <w:p>
      <w:pPr>
        <w:jc w:val="right"/>
      </w:pPr>
      <w:r>
        <w:t>پیغمبر نے اللہ کی طرف سے اللہ کا پیغام پہنچایا اور قوم نے جو رسپانس دیا وہ یہ</w:t>
      </w:r>
    </w:p>
    <w:p>
      <w:r>
        <w:rPr>
          <w:b/>
        </w:rPr>
        <w:t xml:space="preserve">[03:39] </w:t>
      </w:r>
      <w:r>
        <w:t>tha ke un ko pathar maarne lage, yahan tak ke paighambar ki</w:t>
      </w:r>
    </w:p>
    <w:p>
      <w:pPr>
        <w:jc w:val="right"/>
      </w:pPr>
      <w:r>
        <w:t>تھا کہ ان کو پتھر مارنے لگے، یہاں تک کہ پیغمبر کی</w:t>
      </w:r>
    </w:p>
    <w:p>
      <w:r>
        <w:rPr>
          <w:b/>
        </w:rPr>
        <w:t xml:space="preserve">[03:49] </w:t>
      </w:r>
      <w:r>
        <w:t>peshani se khoon behne laga.</w:t>
      </w:r>
    </w:p>
    <w:p>
      <w:pPr>
        <w:jc w:val="right"/>
      </w:pPr>
      <w:r>
        <w:t>پیشانی سے خون بہنے لگا۔</w:t>
      </w:r>
    </w:p>
    <w:p>
      <w:r>
        <w:rPr>
          <w:b/>
        </w:rPr>
        <w:t xml:space="preserve">[04:00] </w:t>
      </w:r>
      <w:r>
        <w:t>is waqt paighambar apne haath se khoon pooch raha hai aur keh raha hai ke: "Ae Allah!</w:t>
      </w:r>
    </w:p>
    <w:p>
      <w:pPr>
        <w:jc w:val="right"/>
      </w:pPr>
      <w:r>
        <w:t>اس وقت پیغمبر اپنے ہاتھ سے خون پوچھ رہا ہے اور کہہ رہا ہے کہ: "اے اللہ!</w:t>
      </w:r>
    </w:p>
    <w:p>
      <w:r>
        <w:rPr>
          <w:b/>
        </w:rPr>
        <w:t xml:space="preserve">[04:11] </w:t>
      </w:r>
      <w:r>
        <w:t>in logon ko maaf kar de, kyunke woh jante nahin."</w:t>
      </w:r>
    </w:p>
    <w:p>
      <w:pPr>
        <w:jc w:val="right"/>
      </w:pPr>
      <w:r>
        <w:t>ان لوگوں کو معاف کر دے، کیونکہ وہ جانتے نہیں۔"</w:t>
      </w:r>
    </w:p>
    <w:p>
      <w:r>
        <w:rPr>
          <w:b/>
        </w:rPr>
        <w:t xml:space="preserve">[04:22] </w:t>
      </w:r>
      <w:r>
        <w:t>they don't know. yeh bohat hi ajeeb o ghareeb response hai. is ko main aik lafz mein kahoon ga keh self explained justification. kaisi ajeeb baat hai keh jo v</w:t>
      </w:r>
    </w:p>
    <w:p>
      <w:pPr>
        <w:jc w:val="right"/>
      </w:pPr>
      <w:r>
        <w:t>دے ڈونٹ نو۔ یہ بہت ہی عجیب و غریب رسپانس ہے۔ اس کو میں ایک لفظ میں کہوں گا کہ سیلف ایکسپلینڈ جسٹیفیکیشن۔ کیسی عجیب بات ہے کہ جو و</w:t>
      </w:r>
    </w:p>
    <w:p>
      <w:r>
        <w:rPr>
          <w:b/>
        </w:rPr>
        <w:t xml:space="preserve">[04:52] </w:t>
      </w:r>
      <w:r>
        <w:t>ictim hai, victim, victim khud apni taraf se aik justification talash kare, yani shikayat ke bajaye, shikayat ke bajaye self</w:t>
      </w:r>
    </w:p>
    <w:p>
      <w:pPr>
        <w:jc w:val="right"/>
      </w:pPr>
      <w:r>
        <w:t>کٹم ہے، وکٹم، وکٹم خود اپنی طرف سے ایک جسٹیفیکیشن تلاش کرے، یعنی شکایت کے بجائے، شکایت کے بجائے سیلف</w:t>
      </w:r>
    </w:p>
    <w:p>
      <w:r>
        <w:rPr>
          <w:b/>
        </w:rPr>
        <w:t xml:space="preserve">[05:23] </w:t>
      </w:r>
      <w:r>
        <w:t>explained justification.</w:t>
      </w:r>
    </w:p>
    <w:p>
      <w:pPr>
        <w:jc w:val="right"/>
      </w:pPr>
      <w:r>
        <w:t>ایکسپلینڈ جسٹیفیکیشن۔</w:t>
      </w:r>
    </w:p>
    <w:p>
      <w:r>
        <w:rPr>
          <w:b/>
        </w:rPr>
        <w:t xml:space="preserve">[05:34] </w:t>
      </w:r>
      <w:r>
        <w:t>yeh high morality ka bohat hi bara example hai.</w:t>
      </w:r>
    </w:p>
    <w:p>
      <w:pPr>
        <w:jc w:val="right"/>
      </w:pPr>
      <w:r>
        <w:t>یہ ہائی موریلٹی کا بہت ہی بڑا ایگزامپل ہے۔</w:t>
      </w:r>
    </w:p>
    <w:p>
      <w:r>
        <w:rPr>
          <w:b/>
        </w:rPr>
        <w:t xml:space="preserve">[05:46] </w:t>
      </w:r>
      <w:r>
        <w:t>is par maine ghor kiya</w:t>
      </w:r>
    </w:p>
    <w:p>
      <w:pPr>
        <w:jc w:val="right"/>
      </w:pPr>
      <w:r>
        <w:t>اس پر میں نے غور کیا</w:t>
      </w:r>
    </w:p>
    <w:p>
      <w:r>
        <w:rPr>
          <w:b/>
        </w:rPr>
        <w:t xml:space="preserve">[05:57] </w:t>
      </w:r>
      <w:r>
        <w:t>to is mein mujhe ek anokhi wisdom mili, ek anokhi wisdom.</w:t>
      </w:r>
    </w:p>
    <w:p>
      <w:pPr>
        <w:jc w:val="right"/>
      </w:pPr>
      <w:r>
        <w:t>تو اس میں مجھے ایک انوکھی وزڈم ملی، ایک انوکھی وزڈم۔</w:t>
      </w:r>
    </w:p>
    <w:p>
      <w:r>
        <w:rPr>
          <w:b/>
        </w:rPr>
        <w:t xml:space="preserve">[06:13] </w:t>
      </w:r>
      <w:r>
        <w:t>yani shikayat ki dunya mein, aisi dunya jahan log pathar maar rahe hain ya bura bhala kahein,</w:t>
      </w:r>
    </w:p>
    <w:p>
      <w:pPr>
        <w:jc w:val="right"/>
      </w:pPr>
      <w:r>
        <w:t>یعنی شکایت کی دنیا میں، ایسی دنیا جہاں لوگ پتھر مار رہے ہیں یا برا بھلا کہیں،</w:t>
      </w:r>
    </w:p>
    <w:p>
      <w:r>
        <w:rPr>
          <w:b/>
        </w:rPr>
        <w:t xml:space="preserve">[06:28] </w:t>
      </w:r>
      <w:r>
        <w:t>aisi dunya mein aadmi kis tarah complaint free ho kar reh sake? Kaisi ajeeb baat hai ke woh</w:t>
      </w:r>
    </w:p>
    <w:p>
      <w:pPr>
        <w:jc w:val="right"/>
      </w:pPr>
      <w:r>
        <w:t>ایسی دنیا میں آدمی کس طرح کمپلینٹ فری ہو کر رہ سکے؟ کیسی عجیب بات ہے کہ وہ</w:t>
      </w:r>
    </w:p>
    <w:p>
      <w:r>
        <w:rPr>
          <w:b/>
        </w:rPr>
        <w:t xml:space="preserve">[06:39] </w:t>
      </w:r>
      <w:r>
        <w:t>mahol, jis mahol mein hai aadmi, woh mahol to aisa hai ke us ko kisi wajah ke baghair,</w:t>
      </w:r>
    </w:p>
    <w:p>
      <w:pPr>
        <w:jc w:val="right"/>
      </w:pPr>
      <w:r>
        <w:t>ماحول، جس ماحول میں ہے آدمی، وہ ماحول تو ایسا ہے کہ اس کو کسی وجہ کے بغیر،</w:t>
      </w:r>
    </w:p>
    <w:p>
      <w:r>
        <w:rPr>
          <w:b/>
        </w:rPr>
        <w:t xml:space="preserve">[06:50] </w:t>
      </w:r>
      <w:r>
        <w:t>yani without any justification, pathar maar rahe hain,</w:t>
      </w:r>
    </w:p>
    <w:p>
      <w:pPr>
        <w:jc w:val="right"/>
      </w:pPr>
      <w:r>
        <w:t>یعنی ودا آؤٹ اینی جسٹیفیکیشن، پتھر مار رہے ہیں،</w:t>
      </w:r>
    </w:p>
    <w:p>
      <w:r>
        <w:rPr>
          <w:b/>
        </w:rPr>
        <w:t xml:space="preserve">[07:00] </w:t>
      </w:r>
      <w:r>
        <w:t>pathar maar rahe hain.</w:t>
      </w:r>
    </w:p>
    <w:p>
      <w:pPr>
        <w:jc w:val="right"/>
      </w:pPr>
      <w:r>
        <w:t>پتھر مار رہے ہیں۔</w:t>
      </w:r>
    </w:p>
    <w:p>
      <w:r>
        <w:rPr>
          <w:b/>
        </w:rPr>
        <w:t xml:space="preserve">[07:09] </w:t>
      </w:r>
      <w:r>
        <w:t>lekin jis ko pathar lage, woh ajeeb o ghareeb tor par khud se is ka ek justification talash kar de.</w:t>
      </w:r>
    </w:p>
    <w:p>
      <w:pPr>
        <w:jc w:val="right"/>
      </w:pPr>
      <w:r>
        <w:t>لیکن جس کو پتھر لگے، وہ عجیب و غریب طور پر خود سے اس کا ایک جسٹیفیکیشن تلاش کر دے۔</w:t>
      </w:r>
    </w:p>
    <w:p>
      <w:r>
        <w:rPr>
          <w:b/>
        </w:rPr>
        <w:t xml:space="preserve">[07:17] </w:t>
      </w:r>
      <w:r>
        <w:t>kaisi anokhi baat hai!</w:t>
      </w:r>
    </w:p>
    <w:p>
      <w:pPr>
        <w:jc w:val="right"/>
      </w:pPr>
      <w:r>
        <w:t>کیسی انوکھی بات ہے!</w:t>
      </w:r>
    </w:p>
    <w:p>
      <w:r>
        <w:rPr>
          <w:b/>
        </w:rPr>
        <w:t xml:space="preserve">[07:25] </w:t>
      </w:r>
      <w:r>
        <w:t>woh idhar justification kya hai? Woh yeh hai</w:t>
      </w:r>
    </w:p>
    <w:p>
      <w:pPr>
        <w:jc w:val="right"/>
      </w:pPr>
      <w:r>
        <w:t>وہ ادھر جسٹیفیکیشن کیا ہے؟ وہ یہ ہے</w:t>
      </w:r>
    </w:p>
    <w:p>
      <w:r>
        <w:rPr>
          <w:b/>
        </w:rPr>
        <w:t xml:space="preserve">[07:34] </w:t>
      </w:r>
      <w:r>
        <w:t>ke woh, yani victim, yeh kahe, yeh dua kare: "Ae Allah!</w:t>
      </w:r>
    </w:p>
    <w:p>
      <w:pPr>
        <w:jc w:val="right"/>
      </w:pPr>
      <w:r>
        <w:t>کہ وہ، یعنی وکٹم، یہ کہے، یہ دعا کرے: "اے اللہ!</w:t>
      </w:r>
    </w:p>
    <w:p>
      <w:r>
        <w:rPr>
          <w:b/>
        </w:rPr>
        <w:t xml:space="preserve">[07:45] </w:t>
      </w:r>
      <w:r>
        <w:t>ان لوگوں کو معاف کرو، معاف کر دے، کیونکہ وہ جانتے نہیں۔" They are in their inner what</w:t>
      </w:r>
    </w:p>
    <w:p>
      <w:pPr>
        <w:jc w:val="right"/>
      </w:pPr>
      <w:r>
        <w:t>ان لوگوں کو معاف کرو، معاف کر دے، کیونکہ وہ جانتے نہیں۔" دیر ان دیر ان ایور واٹ</w:t>
      </w:r>
    </w:p>
    <w:p>
      <w:r>
        <w:rPr>
          <w:b/>
        </w:rPr>
        <w:t xml:space="preserve">[07:57] </w:t>
      </w:r>
      <w:r>
        <w:t>they are doing.</w:t>
      </w:r>
    </w:p>
    <w:p>
      <w:pPr>
        <w:jc w:val="right"/>
      </w:pPr>
      <w:r>
        <w:t>دے آر ڈوئنگ۔</w:t>
      </w:r>
    </w:p>
    <w:p>
      <w:r>
        <w:rPr>
          <w:b/>
        </w:rPr>
        <w:t xml:space="preserve">[08:09] </w:t>
      </w:r>
      <w:r>
        <w:t>main samajhta hoon ke is se ooncha koi model ya standard ikhlaq ka nahin ho sakta.</w:t>
      </w:r>
    </w:p>
    <w:p>
      <w:pPr>
        <w:jc w:val="right"/>
      </w:pPr>
      <w:r>
        <w:t>میں سمجھتا ہوں کہ اس سے اونچا کوئی ماڈل یا اسٹینڈرڈ اخلاق کا نہیں ہو سکتا۔</w:t>
      </w:r>
    </w:p>
    <w:p>
      <w:r>
        <w:rPr>
          <w:b/>
        </w:rPr>
        <w:t xml:space="preserve">[08:24] </w:t>
      </w:r>
      <w:r>
        <w:t>phir maine socha, aap aisa model agar banayein jo</w:t>
      </w:r>
    </w:p>
    <w:p>
      <w:pPr>
        <w:jc w:val="right"/>
      </w:pPr>
      <w:r>
        <w:t>پھر میں نے سوچا، آپ ایسا ماڈل اگر بنائیں جو</w:t>
      </w:r>
    </w:p>
    <w:p>
      <w:r>
        <w:rPr>
          <w:b/>
        </w:rPr>
        <w:t xml:space="preserve">[08:39] </w:t>
      </w:r>
      <w:r>
        <w:t>khud aap ne banaya ho, nature par based karta ho, to us ki koi value nahin hoti.</w:t>
      </w:r>
    </w:p>
    <w:p>
      <w:pPr>
        <w:jc w:val="right"/>
      </w:pPr>
      <w:r>
        <w:t>خود آپ نے بنایا ہو، نیچر پر بیسڈ کرتا ہو، تو اس کی کوئی ویلیو نہیں ہوتی۔</w:t>
      </w:r>
    </w:p>
    <w:p>
      <w:r>
        <w:rPr>
          <w:b/>
        </w:rPr>
        <w:t xml:space="preserve">[08:49] </w:t>
      </w:r>
      <w:r>
        <w:t>aur jab aisa model, aisa justification aap daryaft karein jo ek reality pe based karta ho, tab woh</w:t>
      </w:r>
    </w:p>
    <w:p>
      <w:pPr>
        <w:jc w:val="right"/>
      </w:pPr>
      <w:r>
        <w:t>اور جب ایسا ماڈل، ایسا جسٹیفیکیشن آپ دریافت کریں جو ایک ریلیٹی پہ بیس کرتا ہو، تب وہ</w:t>
      </w:r>
    </w:p>
    <w:p>
      <w:r>
        <w:rPr>
          <w:b/>
        </w:rPr>
        <w:t xml:space="preserve">[09:00] </w:t>
      </w:r>
      <w:r>
        <w:t>aap ko mutmaeen kar deta hai. Aap</w:t>
      </w:r>
    </w:p>
    <w:p>
      <w:pPr>
        <w:jc w:val="right"/>
      </w:pPr>
      <w:r>
        <w:t>آپ کو مطمئن کر دیتا ہے۔ آپ</w:t>
      </w:r>
    </w:p>
    <w:p>
      <w:r>
        <w:rPr>
          <w:b/>
        </w:rPr>
        <w:t xml:space="preserve">[09:10] </w:t>
      </w:r>
      <w:r>
        <w:t>is qabil ho jate hain ke sach much, sach much, shikayat free ban kar reh sakein is dunya mein.</w:t>
      </w:r>
    </w:p>
    <w:p>
      <w:pPr>
        <w:jc w:val="right"/>
      </w:pPr>
      <w:r>
        <w:t>اس قابل ہو جاتے ہیں کہ سچ مچ، سچ مچ، شکایت فری بن کر رہ سکیں اس دنیا میں۔</w:t>
      </w:r>
    </w:p>
    <w:p>
      <w:r>
        <w:rPr>
          <w:b/>
        </w:rPr>
        <w:t xml:space="preserve">[09:19] </w:t>
      </w:r>
      <w:r>
        <w:t>woh kaise? nabi ne kaha ke: "ae khuda!</w:t>
      </w:r>
    </w:p>
    <w:p>
      <w:pPr>
        <w:jc w:val="right"/>
      </w:pPr>
      <w:r>
        <w:t>وہ کیسے؟ نبی نے کہا کہ: "اے خدا!</w:t>
      </w:r>
    </w:p>
    <w:p>
      <w:r>
        <w:rPr>
          <w:b/>
        </w:rPr>
        <w:t xml:space="preserve">[09:28] </w:t>
      </w:r>
      <w:r>
        <w:t>in logon ko maaf kar de, kyunke woh jante nahin." yeh jante nahin ki baat jo hai, yeh</w:t>
      </w:r>
    </w:p>
    <w:p>
      <w:pPr>
        <w:jc w:val="right"/>
      </w:pPr>
      <w:r>
        <w:t>ان لوگوں کو معاف کر دے، کیونکہ وہ جانتے نہیں۔" یہ جانتے نہیں کی بات جو ہے، یہ</w:t>
      </w:r>
    </w:p>
    <w:p>
      <w:r>
        <w:rPr>
          <w:b/>
        </w:rPr>
        <w:t xml:space="preserve">[09:38] </w:t>
      </w:r>
      <w:r>
        <w:t>saada baat nahin hai.</w:t>
      </w:r>
    </w:p>
    <w:p>
      <w:pPr>
        <w:jc w:val="right"/>
      </w:pPr>
      <w:r>
        <w:t>سادہ بات نہیں ہے۔</w:t>
      </w:r>
    </w:p>
    <w:p>
      <w:r>
        <w:rPr>
          <w:b/>
        </w:rPr>
        <w:t xml:space="preserve">[09:47] </w:t>
      </w:r>
      <w:r>
        <w:t>is par ghhor karte hue mujhe ek aur hadith yaad aayi: "kal mauloodi yulad al-fitra" yaani har paida</w:t>
      </w:r>
    </w:p>
    <w:p>
      <w:pPr>
        <w:jc w:val="right"/>
      </w:pPr>
      <w:r>
        <w:t>اس پر غور کرتے ہوئے مجھے ایک اور حدیث یاد آئی: "کل مولودی یولد الفطرہ" یعنی ہر پیدا</w:t>
      </w:r>
    </w:p>
    <w:p>
      <w:r>
        <w:rPr>
          <w:b/>
        </w:rPr>
        <w:t xml:space="preserve">[09:58] </w:t>
      </w:r>
      <w:r>
        <w:t>hone wala right nature par paida hota hai.</w:t>
      </w:r>
    </w:p>
    <w:p>
      <w:pPr>
        <w:jc w:val="right"/>
      </w:pPr>
      <w:r>
        <w:t>ہونے والا رائٹ نیچر پر پیدا ہوتا ہے۔</w:t>
      </w:r>
    </w:p>
    <w:p>
      <w:r>
        <w:rPr>
          <w:b/>
        </w:rPr>
        <w:t xml:space="preserve">[10:09] </w:t>
      </w:r>
      <w:r>
        <w:t>har paida hone wala, is mein kisi ka ek exception nahin.</w:t>
      </w:r>
    </w:p>
    <w:p>
      <w:pPr>
        <w:jc w:val="right"/>
      </w:pPr>
      <w:r>
        <w:t>ہر پیدا ہونے والا، اس میں کسی کا ایک ایکسیپشن نہیں۔</w:t>
      </w:r>
    </w:p>
    <w:p>
      <w:r>
        <w:rPr>
          <w:b/>
        </w:rPr>
        <w:t xml:space="preserve">[10:20] </w:t>
      </w:r>
      <w:r>
        <w:t>toh jab woh khuda ne, creator ne, us ko right nature par paida kiya hai, fitrat sahi, sahi</w:t>
      </w:r>
    </w:p>
    <w:p>
      <w:pPr>
        <w:jc w:val="right"/>
      </w:pPr>
      <w:r>
        <w:t>تو جب وہ خدا نے، کریٹر نے، اس کو رائٹ نیچر پر پیدا کیا ہے، فطرت صحیح، صحیح</w:t>
      </w:r>
    </w:p>
    <w:p>
      <w:r>
        <w:rPr>
          <w:b/>
        </w:rPr>
        <w:t xml:space="preserve">[10:30] </w:t>
      </w:r>
      <w:r>
        <w:t>fitrat par paida kiya hai, toh phir kyun aisa kar kar raha hai ke woh apne naseeh ko</w:t>
      </w:r>
    </w:p>
    <w:p>
      <w:pPr>
        <w:jc w:val="right"/>
      </w:pPr>
      <w:r>
        <w:t>فطرت پر پیدا کیا ہے، تو پھر کیوں ایسا کر کر رہا ہے کہ وہ اپنے ناصح کو</w:t>
      </w:r>
    </w:p>
    <w:p>
      <w:r>
        <w:rPr>
          <w:b/>
        </w:rPr>
        <w:t xml:space="preserve">[10:40] </w:t>
      </w:r>
      <w:r>
        <w:t>patthar maar raha hai? yeh yeh due to unawareness, bekhabari ki bina par.</w:t>
      </w:r>
    </w:p>
    <w:p>
      <w:pPr>
        <w:jc w:val="right"/>
      </w:pPr>
      <w:r>
        <w:t>پتھر مار رہا ہے؟ یہ یہ ڈیو ٹو ان اویرنس، بے خبری کی بنا پر۔</w:t>
      </w:r>
    </w:p>
    <w:p>
      <w:r>
        <w:rPr>
          <w:b/>
        </w:rPr>
        <w:t xml:space="preserve">[10:50] </w:t>
      </w:r>
      <w:r>
        <w:t>yaani victim ne khud yeh daryaft kiya, victim ne khud yeh daryaft kiya ke yeh bechara kya kare?</w:t>
      </w:r>
    </w:p>
    <w:p>
      <w:pPr>
        <w:jc w:val="right"/>
      </w:pPr>
      <w:r>
        <w:t>یعنی وکٹم نے خود یہ دریافت کیا، وکٹم نے خود یہ دریافت کیا کہ یہ بیچارہ کیا کرے؟</w:t>
      </w:r>
    </w:p>
    <w:p>
      <w:r>
        <w:rPr>
          <w:b/>
        </w:rPr>
        <w:t xml:space="preserve">[10:58] </w:t>
      </w:r>
      <w:r>
        <w:t>woh khud apni nature ko nahin janta.</w:t>
      </w:r>
    </w:p>
    <w:p>
      <w:pPr>
        <w:jc w:val="right"/>
      </w:pPr>
      <w:r>
        <w:t>وہ خود اپنی نیچر کو نہیں جانتا۔</w:t>
      </w:r>
    </w:p>
    <w:p>
      <w:r>
        <w:rPr>
          <w:b/>
        </w:rPr>
        <w:t xml:space="preserve">[11:06] </w:t>
      </w:r>
      <w:r>
        <w:t>yaani aise mahol mein woh us ki parvarish hui hai jahan logon ko pata hi nahin hai ke</w:t>
      </w:r>
    </w:p>
    <w:p>
      <w:pPr>
        <w:jc w:val="right"/>
      </w:pPr>
      <w:r>
        <w:t>یعنی ایسے ماحول میں وہ اس کی پرورش ہوئی ہے جہاں لوگوں کو پتہ ہی نہیں ہے کہ</w:t>
      </w:r>
    </w:p>
    <w:p>
      <w:r>
        <w:rPr>
          <w:b/>
        </w:rPr>
        <w:t xml:space="preserve">[11:15] </w:t>
      </w:r>
      <w:r>
        <w:t>nature kya hoti hai, fitrat kya hoti hai,</w:t>
      </w:r>
    </w:p>
    <w:p>
      <w:pPr>
        <w:jc w:val="right"/>
      </w:pPr>
      <w:r>
        <w:t>نیچر کیا ہوتی ہے، فطرت کیا ہوتی ہے،</w:t>
      </w:r>
    </w:p>
    <w:p>
      <w:r>
        <w:rPr>
          <w:b/>
        </w:rPr>
        <w:t xml:space="preserve">[11:23] </w:t>
      </w:r>
      <w:r>
        <w:t>insani akhlaq kya hota hai.</w:t>
      </w:r>
    </w:p>
    <w:p>
      <w:pPr>
        <w:jc w:val="right"/>
      </w:pPr>
      <w:r>
        <w:t>انسانی اخلاق کیا ہوتا ہے۔</w:t>
      </w:r>
    </w:p>
    <w:p>
      <w:r>
        <w:rPr>
          <w:b/>
        </w:rPr>
        <w:t xml:space="preserve">[11:30] </w:t>
      </w:r>
      <w:r>
        <w:t>sab se badh ke yeh ke khud mere liye, yaani khud mere liye, kya cheez good hai, kya</w:t>
      </w:r>
    </w:p>
    <w:p>
      <w:pPr>
        <w:jc w:val="right"/>
      </w:pPr>
      <w:r>
        <w:t>سب سے بڑھ کے یہ کہ خود میرے لیے، یعنی خود میرے لیے، کیا چیز گڈ ہے، کیا</w:t>
      </w:r>
    </w:p>
    <w:p>
      <w:r>
        <w:rPr>
          <w:b/>
        </w:rPr>
        <w:t xml:space="preserve">[11:38] </w:t>
      </w:r>
      <w:r>
        <w:t>cheez bad hai, kya cheez achhi hai, kya cheez buri hai.</w:t>
      </w:r>
    </w:p>
    <w:p>
      <w:pPr>
        <w:jc w:val="right"/>
      </w:pPr>
      <w:r>
        <w:t>چیز بیڈ ہے، کیا چیز اچھی ہے، کیا چیز بری ہے۔</w:t>
      </w:r>
    </w:p>
    <w:p>
      <w:r>
        <w:rPr>
          <w:b/>
        </w:rPr>
        <w:t xml:space="preserve">[11:46] </w:t>
      </w:r>
      <w:r>
        <w:t>woh unaware baaton se aap ghhor kijiye ke jis insaan ka, jo</w:t>
      </w:r>
    </w:p>
    <w:p>
      <w:pPr>
        <w:jc w:val="right"/>
      </w:pPr>
      <w:r>
        <w:t>وہ ان اویرنٹ باتوں سے آپ غور کیجئے کہ جس انسان کا، جو</w:t>
      </w:r>
    </w:p>
    <w:p>
      <w:r>
        <w:rPr>
          <w:b/>
        </w:rPr>
        <w:t xml:space="preserve">[11:53] </w:t>
      </w:r>
      <w:r>
        <w:t>insaan victim hote hue is satah ka, is level ka response de sake, toh us ko toh dekh</w:t>
      </w:r>
    </w:p>
    <w:p>
      <w:pPr>
        <w:jc w:val="right"/>
      </w:pPr>
      <w:r>
        <w:t>انسان وکٹم ہوتے ہوئے اس سطح کا، اس لیول کا رسپانس دے سکے، تو اس کو تو دیکھ</w:t>
      </w:r>
    </w:p>
    <w:p>
      <w:r>
        <w:rPr>
          <w:b/>
        </w:rPr>
        <w:t xml:space="preserve">[12:09] </w:t>
      </w:r>
      <w:r>
        <w:t>kar ke shayad farishte keh uthein ge ke khuda yeh toh qabil-e-rashk hai, hatta ke</w:t>
      </w:r>
    </w:p>
    <w:p>
      <w:pPr>
        <w:jc w:val="right"/>
      </w:pPr>
      <w:r>
        <w:t>کر کہ شاید فرشتے کہہ اٹھیں گے کہ خدا یہ تو قابل رشک ہے، حتی کہ</w:t>
      </w:r>
    </w:p>
    <w:p>
      <w:r>
        <w:rPr>
          <w:b/>
        </w:rPr>
        <w:t xml:space="preserve">[12:25] </w:t>
      </w:r>
      <w:r>
        <w:t>shayad, shayad khud creator Allah rab-ul-alameen shayad kahe farishton se ke dekho mere is bande ko, is</w:t>
      </w:r>
    </w:p>
    <w:p>
      <w:pPr>
        <w:jc w:val="right"/>
      </w:pPr>
      <w:r>
        <w:t>شاید، شاید خود کریٹر اللہ رب العالمین شاید کہے فرشتوں سے کہ دیکھو میرے اس بندے کو، اس</w:t>
      </w:r>
    </w:p>
    <w:p>
      <w:r>
        <w:rPr>
          <w:b/>
        </w:rPr>
        <w:t xml:space="preserve">[12:40] </w:t>
      </w:r>
      <w:r>
        <w:t>bande ko dekho ke yeh yeh woh victim hai ke yeh kisi just, kisi justification</w:t>
      </w:r>
    </w:p>
    <w:p>
      <w:pPr>
        <w:jc w:val="right"/>
      </w:pPr>
      <w:r>
        <w:t>بندے کو دیکھو کہ یہ یہ وہ وکٹم ہے کہ یہ کسی جسٹ، کسی جسٹیفیکیشن</w:t>
      </w:r>
    </w:p>
    <w:p>
      <w:r>
        <w:rPr>
          <w:b/>
        </w:rPr>
        <w:t xml:space="preserve">[12:55] </w:t>
      </w:r>
      <w:r>
        <w:t>, justification ke baghair us ko patthar maara ja raha hai, phir bhi woh positive response de raha hai.</w:t>
      </w:r>
    </w:p>
    <w:p>
      <w:pPr>
        <w:jc w:val="right"/>
      </w:pPr>
      <w:r>
        <w:t>، جسٹیفیکیشن کے بغیر اس کو پتھر مارا جا رہا ہے، پھر بھی وہ پازیٹیو رسپانس دے رہا ہے۔</w:t>
      </w:r>
    </w:p>
    <w:p>
      <w:r>
        <w:rPr>
          <w:b/>
        </w:rPr>
        <w:t xml:space="preserve">[13:05] </w:t>
      </w:r>
      <w:r>
        <w:t>toh main samajhta hoon ke yeh is se bada formula positive thinking ka nahin ho sakta.</w:t>
      </w:r>
    </w:p>
    <w:p>
      <w:pPr>
        <w:jc w:val="right"/>
      </w:pPr>
      <w:r>
        <w:t>تو میں سمجھتا ہوں کہ یہ اس سے بڑا فارمولا پازیٹیو تھنکنگ کا نہیں ہو سکتا۔</w:t>
      </w:r>
    </w:p>
    <w:p>
      <w:r>
        <w:rPr>
          <w:b/>
        </w:rPr>
        <w:t xml:space="preserve">[13:15] </w:t>
      </w:r>
      <w:r>
        <w:t>is se bada formula</w:t>
      </w:r>
    </w:p>
    <w:p>
      <w:pPr>
        <w:jc w:val="right"/>
      </w:pPr>
      <w:r>
        <w:t>اس سے بڑا فارمولا</w:t>
      </w:r>
    </w:p>
    <w:p>
      <w:r>
        <w:rPr>
          <w:b/>
        </w:rPr>
        <w:t xml:space="preserve">[13:25] </w:t>
      </w:r>
      <w:r>
        <w:t>positive thinking ka nahin ho sakta.</w:t>
      </w:r>
    </w:p>
    <w:p>
      <w:pPr>
        <w:jc w:val="right"/>
      </w:pPr>
      <w:r>
        <w:t>پازیٹیو تھنکنگ کا نہیں ہو سکتا۔</w:t>
      </w:r>
    </w:p>
    <w:p>
      <w:r>
        <w:rPr>
          <w:b/>
        </w:rPr>
        <w:t xml:space="preserve">[13:36] </w:t>
      </w:r>
      <w:r>
        <w:t>kyunke dekhiye, hum jis society mein rehte hain, jis society mein hum rehte hain, woh hamesha, chahe Nuh</w:t>
      </w:r>
    </w:p>
    <w:p>
      <w:pPr>
        <w:jc w:val="right"/>
      </w:pPr>
      <w:r>
        <w:t>کیونکہ دیکھیے، ہم جس سوسائٹی میں رہتے ہیں، جس سوسائٹی میں ہم رہتے ہیں، وہ ہمیشہ، چاہے نوح</w:t>
      </w:r>
    </w:p>
    <w:p>
      <w:r>
        <w:rPr>
          <w:b/>
        </w:rPr>
        <w:t xml:space="preserve">[13:47] </w:t>
      </w:r>
      <w:r>
        <w:t>ke zamane ki society ho ya aaj ki society, woh jaanti hi nahin</w:t>
      </w:r>
    </w:p>
    <w:p>
      <w:pPr>
        <w:jc w:val="right"/>
      </w:pPr>
      <w:r>
        <w:t>کے زمانے کی سوسائٹی ہو یا آج کی سوسائٹی، وہ جانتی ہی نہیں</w:t>
      </w:r>
    </w:p>
    <w:p>
      <w:r>
        <w:rPr>
          <w:b/>
        </w:rPr>
        <w:t xml:space="preserve">[13:57] </w:t>
      </w:r>
      <w:r>
        <w:t>What to do and what not to do, kya karna hai aur kya nahi karna hai.</w:t>
      </w:r>
    </w:p>
    <w:p>
      <w:pPr>
        <w:jc w:val="right"/>
      </w:pPr>
      <w:r>
        <w:t>واٹ ٹو ڈو اینڈ واٹ ناٹ ٹو ڈو، کیا کرنا ہے اور کیا نہیں کرنا ہے۔</w:t>
      </w:r>
    </w:p>
    <w:p>
      <w:r>
        <w:rPr>
          <w:b/>
        </w:rPr>
        <w:t xml:space="preserve">[14:08] </w:t>
      </w:r>
      <w:r>
        <w:t>woh Hazrat Nuh ke zamane mein bhi nahin jaanti thi, Rasool Allah ke zamane mein bhi nahin jaanti</w:t>
      </w:r>
    </w:p>
    <w:p>
      <w:pPr>
        <w:jc w:val="right"/>
      </w:pPr>
      <w:r>
        <w:t>وہ حضرت نوح کے زمانے میں بھی نہیں جانتی تھی، رسول اللہ کے زمانے میں بھی نہیں جانتی</w:t>
      </w:r>
    </w:p>
    <w:p>
      <w:r>
        <w:rPr>
          <w:b/>
        </w:rPr>
        <w:t xml:space="preserve">[14:18] </w:t>
      </w:r>
      <w:r>
        <w:t>thi, aur aaj bhi nahin jaanti, education ke bawajood ke main kya karoon aur main kya na karoon.</w:t>
      </w:r>
    </w:p>
    <w:p>
      <w:pPr>
        <w:jc w:val="right"/>
      </w:pPr>
      <w:r>
        <w:t>تھی، اور آج بھی نہیں جانتی، ایجوکیشن کے باوجود کہ میں کیا کروں اور میں کیا نہ کروں۔</w:t>
      </w:r>
    </w:p>
    <w:p>
      <w:r>
        <w:rPr>
          <w:b/>
        </w:rPr>
        <w:t xml:space="preserve">[14:28] </w:t>
      </w:r>
      <w:r>
        <w:t>aap parosi nahi janta, aap ke ghar wale nahi jante, koi nahi janta. kyunke dekhiye, is ki wajah kya hai? is ki wajah yeh hai ke apne khilaf sochna, apne khilaf sochna, yeh kaun janta</w:t>
      </w:r>
    </w:p>
    <w:p>
      <w:pPr>
        <w:jc w:val="right"/>
      </w:pPr>
      <w:r>
        <w:t>آپ پڑوسی نہیں جانتا، آپ کے گھر والے نہیں جانتے، کوئی نہیں جانتا۔ کیونکہ دیکھیے، اس کی وجہ کیا ہے؟ اس کی وجہ یہ ہے کہ اپنے خلاف سوچنا، اپنے خلاف سوچنا، یہ کون جانتا</w:t>
      </w:r>
    </w:p>
    <w:p>
      <w:r>
        <w:rPr>
          <w:b/>
        </w:rPr>
        <w:t xml:space="preserve">[14:58] </w:t>
      </w:r>
      <w:r>
        <w:t>hai ke agarche us ko pathar laga, agar us se us ke chehre se khoon bahar aaya, lekin</w:t>
      </w:r>
    </w:p>
    <w:p>
      <w:pPr>
        <w:jc w:val="right"/>
      </w:pPr>
      <w:r>
        <w:t>ہے کہ اگرچہ اس کو پتھر لگا، اگر اس سے اس کے چہرے سے خون باہر آیا، لیکن</w:t>
      </w:r>
    </w:p>
    <w:p>
      <w:r>
        <w:rPr>
          <w:b/>
        </w:rPr>
        <w:t xml:space="preserve">[15:13] </w:t>
      </w:r>
      <w:r>
        <w:t>phir bhi woh us ko bhulata hai, phir bhi woh us ko bhula kar apne ko shikayat f</w:t>
      </w:r>
    </w:p>
    <w:p>
      <w:pPr>
        <w:jc w:val="right"/>
      </w:pPr>
      <w:r>
        <w:t>پھر بھی وہ اس کو بھلاتا ہے، پھر بھی وہ اس کو بھلا کر اپنے کو شکایت ف</w:t>
      </w:r>
    </w:p>
    <w:p>
      <w:r>
        <w:rPr>
          <w:b/>
        </w:rPr>
        <w:t xml:space="preserve">[15:28] </w:t>
      </w:r>
      <w:r>
        <w:t>banata hai, tab woh soch payega ke yeh toh bechara kya kare? Woh toh unaware</w:t>
      </w:r>
    </w:p>
    <w:p>
      <w:pPr>
        <w:jc w:val="right"/>
      </w:pPr>
      <w:r>
        <w:t>ری بناتا ہے، تب وہ سوچ پائے گا کہ یہ تو بیچارہ کیا کرے؟ وہ تو ان اویر</w:t>
      </w:r>
    </w:p>
    <w:p>
      <w:r>
        <w:rPr>
          <w:b/>
        </w:rPr>
        <w:t xml:space="preserve">[15:39] </w:t>
      </w:r>
      <w:r>
        <w:t>hai, woh na toh sahih baat ka yeh jaanta aur na yeh jaanta ke nature kya cheez hai,</w:t>
      </w:r>
    </w:p>
    <w:p>
      <w:pPr>
        <w:jc w:val="right"/>
      </w:pPr>
      <w:r>
        <w:t>ہے، وہ نہ تو صحیح بات کا یہ جانتا اور نہ یہ جانتا کہ نیچر کیا چیز ہے،</w:t>
      </w:r>
    </w:p>
    <w:p>
      <w:r>
        <w:rPr>
          <w:b/>
        </w:rPr>
        <w:t xml:space="preserve">[15:49] </w:t>
      </w:r>
      <w:r>
        <w:t>fitrat kya cheez hai.</w:t>
      </w:r>
    </w:p>
    <w:p>
      <w:pPr>
        <w:jc w:val="right"/>
      </w:pPr>
      <w:r>
        <w:t>فطرت کیا چیز ہے۔</w:t>
      </w:r>
    </w:p>
    <w:p>
      <w:r>
        <w:rPr>
          <w:b/>
        </w:rPr>
        <w:t xml:space="preserve">[16:00] </w:t>
      </w:r>
      <w:r>
        <w:t>to us waqt sochte sochte mujhe ek ayat yaad aayi.</w:t>
      </w:r>
    </w:p>
    <w:p>
      <w:pPr>
        <w:jc w:val="right"/>
      </w:pPr>
      <w:r>
        <w:t>تو اس وقت سوچتے سوچتے مجھے ایک آیت یاد آئی۔</w:t>
      </w:r>
    </w:p>
    <w:p>
      <w:r>
        <w:rPr>
          <w:b/>
        </w:rPr>
        <w:t xml:space="preserve">[16:16] </w:t>
      </w:r>
      <w:r>
        <w:t>Allah ne farmaya hai: "khalaqahu biyadayh" insaan ke bare mein kahan yeh ayat hai?</w:t>
      </w:r>
    </w:p>
    <w:p>
      <w:pPr>
        <w:jc w:val="right"/>
      </w:pPr>
      <w:r>
        <w:t>اللہ نے فرمایا ہے: "خلقہ بیادیہ" انسان کے بارے میں کہاں یہ آیت ہے؟</w:t>
      </w:r>
    </w:p>
    <w:p>
      <w:r>
        <w:rPr>
          <w:b/>
        </w:rPr>
        <w:t xml:space="preserve">[16:33] </w:t>
      </w:r>
      <w:r>
        <w:t>Surah Saad mein, Surah Saad, ayat number 75.</w:t>
      </w:r>
    </w:p>
    <w:p>
      <w:pPr>
        <w:jc w:val="right"/>
      </w:pPr>
      <w:r>
        <w:t>سورہ سعد میں، سورہ سعد، آیت نمبر 75۔</w:t>
      </w:r>
    </w:p>
    <w:p>
      <w:r>
        <w:rPr>
          <w:b/>
        </w:rPr>
        <w:t xml:space="preserve">[16:39] </w:t>
      </w:r>
      <w:r>
        <w:t>aap padhiye poora, poori ayat: "Qala ya Iblis!</w:t>
      </w:r>
    </w:p>
    <w:p>
      <w:pPr>
        <w:jc w:val="right"/>
      </w:pPr>
      <w:r>
        <w:t>آپ پڑھیے پورا، پوری آیت: "قال یا ابلیس!</w:t>
      </w:r>
    </w:p>
    <w:p>
      <w:r>
        <w:rPr>
          <w:b/>
        </w:rPr>
        <w:t xml:space="preserve">[16:45] </w:t>
      </w:r>
      <w:r>
        <w:t>Ma mana'aka an tasjuda lima khalaqt bidaiya? Istakbarta am kunta minal a'aleen?" Allah ne kaha: "Ae Iblis!</w:t>
      </w:r>
    </w:p>
    <w:p>
      <w:pPr>
        <w:jc w:val="right"/>
      </w:pPr>
      <w:r>
        <w:t>ما منعک ان تسجد لما خلقت بیدیہ؟ استکبرت ام کنت من العالین؟" اللہ نے کہا: "اے ابلیس!</w:t>
      </w:r>
    </w:p>
    <w:p>
      <w:r>
        <w:rPr>
          <w:b/>
        </w:rPr>
        <w:t xml:space="preserve">[16:52] </w:t>
      </w:r>
      <w:r>
        <w:t>kis cheez ne tum ko roka ke tum sajda na karo us ko jis ko maine apne</w:t>
      </w:r>
    </w:p>
    <w:p>
      <w:pPr>
        <w:jc w:val="right"/>
      </w:pPr>
      <w:r>
        <w:t>کس چیز نے تم کو روکا کہ تم سجدہ نہ کرو اس کو جس کو میں نے اپنے</w:t>
      </w:r>
    </w:p>
    <w:p>
      <w:r>
        <w:rPr>
          <w:b/>
        </w:rPr>
        <w:t xml:space="preserve">[16:58] </w:t>
      </w:r>
      <w:r>
        <w:t>dono hathon se banaya? Kya tum takabbur karte ho ya tum oonche ho gaye ho?" Haan,</w:t>
      </w:r>
    </w:p>
    <w:p>
      <w:pPr>
        <w:jc w:val="right"/>
      </w:pPr>
      <w:r>
        <w:t>دونوں ہاتھوں سے بنایا؟ کیا تم تکبر کرتے ہو یا تم اونچے ہو گئے ہو؟" ہاں،</w:t>
      </w:r>
    </w:p>
    <w:p>
      <w:r>
        <w:rPr>
          <w:b/>
        </w:rPr>
        <w:t xml:space="preserve">[17:04] </w:t>
      </w:r>
      <w:r>
        <w:t>yaani Allah ne khud farmaya Iblis se ke Khuda ke insaan ko to bane apne dono hathon se banaya hai.</w:t>
      </w:r>
    </w:p>
    <w:p>
      <w:pPr>
        <w:jc w:val="right"/>
      </w:pPr>
      <w:r>
        <w:t>یعنی اللہ نے خود فرمایا ابلیس سے کہ خدا کہ انسان کو تو بنے اپنے دونوں ہاتھوں سے بنایا ہے۔</w:t>
      </w:r>
    </w:p>
    <w:p>
      <w:r>
        <w:rPr>
          <w:b/>
        </w:rPr>
        <w:t xml:space="preserve">[17:14] </w:t>
      </w:r>
      <w:r>
        <w:t>"khalaqahu biyadayh" to insaan agar jaane is baat ko, insaan agar jaane is baat ko ke Allah ne,</w:t>
      </w:r>
    </w:p>
    <w:p>
      <w:pPr>
        <w:jc w:val="right"/>
      </w:pPr>
      <w:r>
        <w:t>"خلقہ بیادیہ" تو انسان اگر جانے اس بات کو، انسان اگر جانے اس بات کو کہ اللہ نے،</w:t>
      </w:r>
    </w:p>
    <w:p>
      <w:r>
        <w:rPr>
          <w:b/>
        </w:rPr>
        <w:t xml:space="preserve">[17:25] </w:t>
      </w:r>
      <w:r>
        <w:t>Rabbul Aalameen ne,</w:t>
      </w:r>
    </w:p>
    <w:p>
      <w:pPr>
        <w:jc w:val="right"/>
      </w:pPr>
      <w:r>
        <w:t>رب العالمین نے،</w:t>
      </w:r>
    </w:p>
    <w:p>
      <w:r>
        <w:rPr>
          <w:b/>
        </w:rPr>
        <w:t xml:space="preserve">[17:35] </w:t>
      </w:r>
      <w:r>
        <w:t>Khaliq-e-Kainat ne mujh ko apne dono hathon se banaya hai, to bande ko sharm aayegi ke</w:t>
      </w:r>
    </w:p>
    <w:p>
      <w:pPr>
        <w:jc w:val="right"/>
      </w:pPr>
      <w:r>
        <w:t>خالق کائنات نے مجھ کو اپنے دونوں ہاتھوں سے بنایا ہے، تو بندے کو شرم آئے گی کہ</w:t>
      </w:r>
    </w:p>
    <w:p>
      <w:r>
        <w:rPr>
          <w:b/>
        </w:rPr>
        <w:t xml:space="preserve">[17:45] </w:t>
      </w:r>
      <w:r>
        <w:t>Khaliq ne to us ko banaya itne ehtimam ke sath, aur main Iblis ko, is Iblis ke muqable</w:t>
      </w:r>
    </w:p>
    <w:p>
      <w:pPr>
        <w:jc w:val="right"/>
      </w:pPr>
      <w:r>
        <w:t>خالق نے تو اس کو بنایا اتنے اہتمام کے ساتھ، اور میں ابلیس کو، اس ابلیس کے مقابلے</w:t>
      </w:r>
    </w:p>
    <w:p>
      <w:r>
        <w:rPr>
          <w:b/>
        </w:rPr>
        <w:t xml:space="preserve">[17:55] </w:t>
      </w:r>
      <w:r>
        <w:t>mein, woh just woh kar raha hai, woh</w:t>
      </w:r>
    </w:p>
    <w:p>
      <w:pPr>
        <w:jc w:val="right"/>
      </w:pPr>
      <w:r>
        <w:t>میں، وہ جسٹ وہ کر رہا ہے، وہ</w:t>
      </w:r>
    </w:p>
    <w:p>
      <w:r>
        <w:rPr>
          <w:b/>
        </w:rPr>
        <w:t xml:space="preserve">[18:05] </w:t>
      </w:r>
      <w:r>
        <w:t>mein bhi karoon.</w:t>
      </w:r>
    </w:p>
    <w:p>
      <w:pPr>
        <w:jc w:val="right"/>
      </w:pPr>
      <w:r>
        <w:t>میں بھی کروں۔</w:t>
      </w:r>
    </w:p>
    <w:p>
      <w:r>
        <w:rPr>
          <w:b/>
        </w:rPr>
        <w:t xml:space="preserve">[18:11] </w:t>
      </w:r>
      <w:r>
        <w:t>yaani woh gaali de raha hai to main bhi gaali doon, woh pathar maar raha hai to main</w:t>
      </w:r>
    </w:p>
    <w:p>
      <w:pPr>
        <w:jc w:val="right"/>
      </w:pPr>
      <w:r>
        <w:t>یعنی وہ گالی دے رہا ہے تو میں بھی گالی دوں، وہ پتھر مار رہا ہے تو میں</w:t>
      </w:r>
    </w:p>
    <w:p>
      <w:r>
        <w:rPr>
          <w:b/>
        </w:rPr>
        <w:t xml:space="preserve">[18:17] </w:t>
      </w:r>
      <w:r>
        <w:t>bhi pathar maroon, woh shikayat kar raha hai to main bhi shikayat karoon.</w:t>
      </w:r>
    </w:p>
    <w:p>
      <w:pPr>
        <w:jc w:val="right"/>
      </w:pPr>
      <w:r>
        <w:t>بھی پتھر ماروں، وہ شکایت کر رہا ہے تو میں بھی شکایت کروں۔</w:t>
      </w:r>
    </w:p>
    <w:p>
      <w:r>
        <w:rPr>
          <w:b/>
        </w:rPr>
        <w:t xml:space="preserve">[18:23] </w:t>
      </w:r>
      <w:r>
        <w:t>اس کو حدیث میں ہے کہ "ام ماں بن جاؤں" جس کو کہتے ہیں "tit for tat"۔</w:t>
      </w:r>
    </w:p>
    <w:p>
      <w:pPr>
        <w:jc w:val="right"/>
      </w:pPr>
      <w:r>
        <w:t>اس کو حدیث میں ہے کہ "ام ماں بن جاؤں" جس کو کہتے ہیں "ٹٹ فار ٹریٹ"۔</w:t>
      </w:r>
    </w:p>
    <w:p>
      <w:r>
        <w:rPr>
          <w:b/>
        </w:rPr>
        <w:t xml:space="preserve">[18:29] </w:t>
      </w:r>
      <w:r>
        <w:t>to main samajh</w:t>
      </w:r>
    </w:p>
    <w:p>
      <w:pPr>
        <w:jc w:val="right"/>
      </w:pPr>
      <w:r>
        <w:t>تو میں سمجھ</w:t>
      </w:r>
    </w:p>
    <w:p>
      <w:r>
        <w:rPr>
          <w:b/>
        </w:rPr>
        <w:t xml:space="preserve">[18:35] </w:t>
      </w:r>
      <w:r>
        <w:t>ta hoon ke jo banda takhleeq ke iradon ko jaanta ho, jis bande ko pata ho ke Khaliq</w:t>
      </w:r>
    </w:p>
    <w:p>
      <w:pPr>
        <w:jc w:val="right"/>
      </w:pPr>
      <w:r>
        <w:t>تا ہوں کہ جو بندہ تخلیق کے ارادوں کو جانتا ہو، جس بندے کو پتہ ہو کہ خالق</w:t>
      </w:r>
    </w:p>
    <w:p>
      <w:r>
        <w:rPr>
          <w:b/>
        </w:rPr>
        <w:t xml:space="preserve">[18:45] </w:t>
      </w:r>
      <w:r>
        <w:t>ne is ki itni bara darja diya hai ke apne dono hathon se banaya hai, dono hathon ka</w:t>
      </w:r>
    </w:p>
    <w:p>
      <w:pPr>
        <w:jc w:val="right"/>
      </w:pPr>
      <w:r>
        <w:t>نے اس کی اتنی بڑا درجہ دیا ہے کہ اپنے دونوں ہاتھوں سے بنایا ہے، دونوں ہاتھوں کا</w:t>
      </w:r>
    </w:p>
    <w:p>
      <w:r>
        <w:rPr>
          <w:b/>
        </w:rPr>
        <w:t xml:space="preserve">[18:55] </w:t>
      </w:r>
      <w:r>
        <w:t>matlab yeh hai ke is sari takh</w:t>
      </w:r>
    </w:p>
    <w:p>
      <w:pPr>
        <w:jc w:val="right"/>
      </w:pPr>
      <w:r>
        <w:t>مطلب یہ ہے کہ اس ساری تخ</w:t>
      </w:r>
    </w:p>
    <w:p>
      <w:r>
        <w:rPr>
          <w:b/>
        </w:rPr>
        <w:t xml:space="preserve">[19:05] </w:t>
      </w:r>
      <w:r>
        <w:t>leeq ka sara jo sara capital jo hai, woh is par is ke liye kharch kar diya. to jis bande ko, jo banda yeh jaan le, jo banda yeh jaan le, to us ko sharam aaye gi "tit</w:t>
      </w:r>
    </w:p>
    <w:p>
      <w:pPr>
        <w:jc w:val="right"/>
      </w:pPr>
      <w:r>
        <w:t>لیق کا سارا جو سارا کیپیٹل جو ہے، وہ اس پر اس کے لیے خرچ کر دیا۔ تو جس بندے کو، جو بندہ یہ جان لے، جو بندہ یہ جان لے، تو اس کو شرم آئے گی "ٹ</w:t>
      </w:r>
    </w:p>
    <w:p>
      <w:r>
        <w:rPr>
          <w:b/>
        </w:rPr>
        <w:t xml:space="preserve">[19:35] </w:t>
      </w:r>
      <w:r>
        <w:t>"tit for tat" ka kirdar ikhtiyar karne mein.</w:t>
      </w:r>
    </w:p>
    <w:p>
      <w:pPr>
        <w:jc w:val="right"/>
      </w:pPr>
      <w:r>
        <w:t>ٹ فار ٹریٹ" کا کردار اختیار کرنے میں۔</w:t>
      </w:r>
    </w:p>
    <w:p>
      <w:r>
        <w:rPr>
          <w:b/>
        </w:rPr>
        <w:t xml:space="preserve">[19:43] </w:t>
      </w:r>
      <w:r>
        <w:t>to zahir hai ke peghambar jo hote the, woh is se aala akhlaq par hote the, peghambar jante</w:t>
      </w:r>
    </w:p>
    <w:p>
      <w:pPr>
        <w:jc w:val="right"/>
      </w:pPr>
      <w:r>
        <w:t>تو ظاہر ہے کہ پیغمبر جو ہوتے تھے، وہ اس سے اعلیٰ اخلاق پر ہوتے تھے، پیغمبر جانتے</w:t>
      </w:r>
    </w:p>
    <w:p>
      <w:r>
        <w:rPr>
          <w:b/>
        </w:rPr>
        <w:t xml:space="preserve">[19:50] </w:t>
      </w:r>
      <w:r>
        <w:t>the ke Allah rab ul alameen ne is ko apne dono hathon se banaya, to woh, woh, woh itna</w:t>
      </w:r>
    </w:p>
    <w:p>
      <w:pPr>
        <w:jc w:val="right"/>
      </w:pPr>
      <w:r>
        <w:t>تھے کہ اللہ رب العالمین نے اس کو اپنے دونوں ہاتھوں سے بنایا، تو وہ، وہ، وہ اتنا</w:t>
      </w:r>
    </w:p>
    <w:p>
      <w:r>
        <w:rPr>
          <w:b/>
        </w:rPr>
        <w:t xml:space="preserve">[19:58] </w:t>
      </w:r>
      <w:r>
        <w:t>zyada barhte the ke</w:t>
      </w:r>
    </w:p>
    <w:p>
      <w:pPr>
        <w:jc w:val="right"/>
      </w:pPr>
      <w:r>
        <w:t>زیادہ بڑھتے تھے کہ</w:t>
      </w:r>
    </w:p>
    <w:p>
      <w:r>
        <w:rPr>
          <w:b/>
        </w:rPr>
        <w:t xml:space="preserve">[20:06] </w:t>
      </w:r>
      <w:r>
        <w:t>khud se soch kar justification nikalte the, yani self discovered justification par khare hote the.</w:t>
      </w:r>
    </w:p>
    <w:p>
      <w:pPr>
        <w:jc w:val="right"/>
      </w:pPr>
      <w:r>
        <w:t>خود سے سوچ کر جسٹیفیکیشن نکالتے تھے، یعنی سیلف ڈسکورڈ جسٹیفیکیشن پر کھڑے ہوتے تھے۔</w:t>
      </w:r>
    </w:p>
    <w:p>
      <w:r>
        <w:rPr>
          <w:b/>
        </w:rPr>
        <w:t xml:space="preserve">[20:16] </w:t>
      </w:r>
      <w:r>
        <w:t>woh yeh hai namona peghambaron ka, yeh hai namona rasool Allah sal Allah alaihi wasallam ka, aur yeh</w:t>
      </w:r>
    </w:p>
    <w:p>
      <w:pPr>
        <w:jc w:val="right"/>
      </w:pPr>
      <w:r>
        <w:t>وہ یہ ہے نمونہ پیغمبروں کا، یہ ہے نمونہ رسول اللہ صلی اللہ علیہ وسلم کا، اور یہ</w:t>
      </w:r>
    </w:p>
    <w:p>
      <w:r>
        <w:rPr>
          <w:b/>
        </w:rPr>
        <w:t xml:space="preserve">[20:26] </w:t>
      </w:r>
      <w:r>
        <w:t>hai woh namona akhlaq ka jis ke baad shayad Khuda yeh keh de ga</w:t>
      </w:r>
    </w:p>
    <w:p>
      <w:pPr>
        <w:jc w:val="right"/>
      </w:pPr>
      <w:r>
        <w:t>ہے وہ نمونہ اخلاق کا جس کے بعد شاید خدا یہ کہہ دے گا</w:t>
      </w:r>
    </w:p>
    <w:p>
      <w:r>
        <w:rPr>
          <w:b/>
        </w:rPr>
        <w:t xml:space="preserve">[20:37] </w:t>
      </w:r>
      <w:r>
        <w:t>ke farishton se ke aye farishton!</w:t>
      </w:r>
    </w:p>
    <w:p>
      <w:pPr>
        <w:jc w:val="right"/>
      </w:pPr>
      <w:r>
        <w:t>کہ فرشتوں سے کہ اے فرشتو!</w:t>
      </w:r>
    </w:p>
    <w:p>
      <w:r>
        <w:rPr>
          <w:b/>
        </w:rPr>
        <w:t xml:space="preserve">[20:44] </w:t>
      </w:r>
      <w:r>
        <w:t>is bande ko paradise ke register mein likh do, balke kahoge shayad woh kahe ga ke is</w:t>
      </w:r>
    </w:p>
    <w:p>
      <w:pPr>
        <w:jc w:val="right"/>
      </w:pPr>
      <w:r>
        <w:t>اس بندے کو پارڈائز کے رجسٹر میں لکھ دو، بلکہ کہو گے شاید وہ کہے گا کہ اس</w:t>
      </w:r>
    </w:p>
    <w:p>
      <w:r>
        <w:rPr>
          <w:b/>
        </w:rPr>
        <w:t xml:space="preserve">[20:52] </w:t>
      </w:r>
      <w:r>
        <w:t>bande ko paradise ke dor dor ki kunjiyaan de do.</w:t>
      </w:r>
    </w:p>
    <w:p>
      <w:pPr>
        <w:jc w:val="right"/>
      </w:pPr>
      <w:r>
        <w:t>بندے کو پارڈائز کے ڈور ڈور کی کنجیاں دے دو۔</w:t>
      </w:r>
    </w:p>
    <w:p>
      <w:r>
        <w:rPr>
          <w:b/>
        </w:rPr>
        <w:t xml:space="preserve">[20:59] </w:t>
      </w:r>
      <w:r>
        <w:t>jaisa ke aata hai ke jo is se kaha jaye ga ke jis</w:t>
      </w:r>
    </w:p>
    <w:p>
      <w:pPr>
        <w:jc w:val="right"/>
      </w:pPr>
      <w:r>
        <w:t>جیسا کہ آتا ہے کہ جو اس سے کہا جائے گا کہ جس</w:t>
      </w:r>
    </w:p>
    <w:p>
      <w:r>
        <w:rPr>
          <w:b/>
        </w:rPr>
        <w:t xml:space="preserve">[21:07] </w:t>
      </w:r>
      <w:r>
        <w:t>darwaze se aaye, dakhil ho jao.</w:t>
      </w:r>
    </w:p>
    <w:p>
      <w:pPr>
        <w:jc w:val="right"/>
      </w:pPr>
      <w:r>
        <w:t>دروازے سے آئے، داخل ہو جاؤ۔</w:t>
      </w:r>
    </w:p>
    <w:p>
      <w:r>
        <w:rPr>
          <w:b/>
        </w:rPr>
        <w:t xml:space="preserve">[21:17] </w:t>
      </w:r>
      <w:r>
        <w:t>hadith mein aaya hai ji, yani yeh woh amal hai, yeh woh qaul hai jo itna ooncha hai,</w:t>
      </w:r>
    </w:p>
    <w:p>
      <w:pPr>
        <w:jc w:val="right"/>
      </w:pPr>
      <w:r>
        <w:t>حدیث میں آیا ہے جی، یعنی یہ وہ عمل ہے، یہ وہ قول ہے جو اتنا اونچا ہے،</w:t>
      </w:r>
    </w:p>
    <w:p>
      <w:r>
        <w:rPr>
          <w:b/>
        </w:rPr>
        <w:t xml:space="preserve">[21:27] </w:t>
      </w:r>
      <w:r>
        <w:t>itna ooncha hai, itna ooncha hai ke Allah rab ul alameen farishton se kahe ga ke is bande ko</w:t>
      </w:r>
    </w:p>
    <w:p>
      <w:pPr>
        <w:jc w:val="right"/>
      </w:pPr>
      <w:r>
        <w:t>اتنا اونچا ہے، اتنا اونچا ہے کہ اللہ رب العالمین فرشتوں سے کہے گا کہ اس بندے کو</w:t>
      </w:r>
    </w:p>
    <w:p>
      <w:r>
        <w:rPr>
          <w:b/>
        </w:rPr>
        <w:t xml:space="preserve">[21:37] </w:t>
      </w:r>
      <w:r>
        <w:t>jannati kunjiyaan de do, use keh do ke jis dor se woh chahe dakhil ho jaye.</w:t>
      </w:r>
    </w:p>
    <w:p>
      <w:pPr>
        <w:jc w:val="right"/>
      </w:pPr>
      <w:r>
        <w:t>جنتی کنجیاں دے دو، اسے کہہ دو کہ جس ڈور سے وہ چاہے داخل ہو جائے۔</w:t>
      </w:r>
    </w:p>
    <w:p>
      <w:r>
        <w:rPr>
          <w:b/>
        </w:rPr>
        <w:t xml:space="preserve">[21:47] </w:t>
      </w:r>
      <w:r>
        <w:t>ab dekhiye, ab compare kijiye ke ek taraf yeh kirdar hai, yeh character hai, yeh aala character ke</w:t>
      </w:r>
    </w:p>
    <w:p>
      <w:pPr>
        <w:jc w:val="right"/>
      </w:pPr>
      <w:r>
        <w:t>اب دیکھیے، اب کمپیئر کیجئے کہ ایک طرف یہ کردار ہے، یہ کریکٹر ہے، یہ اعلیٰ کریکٹر کہ</w:t>
      </w:r>
    </w:p>
    <w:p>
      <w:r>
        <w:rPr>
          <w:b/>
        </w:rPr>
        <w:t xml:space="preserve">[22:02] </w:t>
      </w:r>
      <w:r>
        <w:t>victim khud justification nikal kar karta hai ke woh ma'zoor hai, us ko chhod do, mujhe is se</w:t>
      </w:r>
    </w:p>
    <w:p>
      <w:pPr>
        <w:jc w:val="right"/>
      </w:pPr>
      <w:r>
        <w:t>وکٹم خود جسٹیفیکیشن نکال کر کرتا ہے کہ وہ معذور ہے، اس کو چھوڑ دو، مجھے اس سے</w:t>
      </w:r>
    </w:p>
    <w:p>
      <w:r>
        <w:rPr>
          <w:b/>
        </w:rPr>
        <w:t xml:space="preserve">[22:17] </w:t>
      </w:r>
      <w:r>
        <w:t>koi shikayat nahin.</w:t>
      </w:r>
    </w:p>
    <w:p>
      <w:pPr>
        <w:jc w:val="right"/>
      </w:pPr>
      <w:r>
        <w:t>کوئی شکایت نہیں۔</w:t>
      </w:r>
    </w:p>
    <w:p>
      <w:r>
        <w:rPr>
          <w:b/>
        </w:rPr>
        <w:t xml:space="preserve">[22:27] </w:t>
      </w:r>
      <w:r>
        <w:t>kyun? kyunke woh janta nahin, woh janta nahin ke khaliq ki, khaliq ka kaise plan kiya hai, khaliq</w:t>
      </w:r>
    </w:p>
    <w:p>
      <w:pPr>
        <w:jc w:val="right"/>
      </w:pPr>
      <w:r>
        <w:t>کیوں؟ کیونکہ وہ جانتا نہیں، وہ جانتا نہیں کہ خالق کی، خالق کا کیسے پلان کیا ہے، خالق</w:t>
      </w:r>
    </w:p>
    <w:p>
      <w:r>
        <w:rPr>
          <w:b/>
        </w:rPr>
        <w:t xml:space="preserve">[22:37] </w:t>
      </w:r>
      <w:r>
        <w:t>ne insan ko kaise banaya hai, khaliq ke nazdeek</w:t>
      </w:r>
    </w:p>
    <w:p>
      <w:pPr>
        <w:jc w:val="right"/>
      </w:pPr>
      <w:r>
        <w:t>نے انسان کو کیسے بنایا ہے، خالق کے نزدیک</w:t>
      </w:r>
    </w:p>
    <w:p>
      <w:r>
        <w:rPr>
          <w:b/>
        </w:rPr>
        <w:t xml:space="preserve">[22:47] </w:t>
      </w:r>
      <w:r>
        <w:t>insan ka darja kya hai.</w:t>
      </w:r>
    </w:p>
    <w:p>
      <w:pPr>
        <w:jc w:val="right"/>
      </w:pPr>
      <w:r>
        <w:t>انسان کا درجہ کیا ہے۔</w:t>
      </w:r>
    </w:p>
    <w:p>
      <w:r>
        <w:rPr>
          <w:b/>
        </w:rPr>
        <w:t xml:space="preserve">[23:03] </w:t>
      </w:r>
      <w:r>
        <w:t>ab ghaur kijiye ke jab muamla aisa ho, is ke bawajood aap shikayatein karein, is ke bawajood aap</w:t>
      </w:r>
    </w:p>
    <w:p>
      <w:pPr>
        <w:jc w:val="right"/>
      </w:pPr>
      <w:r>
        <w:t>اب غور کیجئے کہ جب معاملہ ایسا ہو، اس کے باوجود آپ شکایتیں کریں، اس کے باوجود آپ</w:t>
      </w:r>
    </w:p>
    <w:p>
      <w:r>
        <w:rPr>
          <w:b/>
        </w:rPr>
        <w:t xml:space="preserve">[23:18] </w:t>
      </w:r>
      <w:r>
        <w:t>"Tit for tat" ka namoona ikhtiyar karein, iske bawajood aap kahein ki main kaise maaf karoon? Itna</w:t>
      </w:r>
    </w:p>
    <w:p>
      <w:pPr>
        <w:jc w:val="right"/>
      </w:pPr>
      <w:r>
        <w:t>"ٹٹ فار ٹریٹ" کا نمونہ اختیار کریں، اس کے باوجود آپ کہیں کہ میں کیسے معاف کروں؟ اتنا</w:t>
      </w:r>
    </w:p>
    <w:p>
      <w:r>
        <w:rPr>
          <w:b/>
        </w:rPr>
        <w:t xml:space="preserve">[23:25] </w:t>
      </w:r>
      <w:r>
        <w:t>to aisa kya hai, itna waisa kya hai, itne pe zulm kiya hai, itne mere khilaf conspiracy ki</w:t>
      </w:r>
    </w:p>
    <w:p>
      <w:pPr>
        <w:jc w:val="right"/>
      </w:pPr>
      <w:r>
        <w:t>تو ایسا کیا ہے، اتنا ویسا کیا ہے، اتنے پہ ظلم کیا ہے، اتنے میرے خلاف کانسپریسی کی</w:t>
      </w:r>
    </w:p>
    <w:p>
      <w:r>
        <w:rPr>
          <w:b/>
        </w:rPr>
        <w:t xml:space="preserve">[23:33] </w:t>
      </w:r>
      <w:r>
        <w:t>hai, is ne meri zameen chheen li hai.</w:t>
      </w:r>
    </w:p>
    <w:p>
      <w:pPr>
        <w:jc w:val="right"/>
      </w:pPr>
      <w:r>
        <w:t>ہے، اس نے میری زمین چھین لی ہے۔</w:t>
      </w:r>
    </w:p>
    <w:p>
      <w:r>
        <w:rPr>
          <w:b/>
        </w:rPr>
        <w:t xml:space="preserve">[23:41] </w:t>
      </w:r>
      <w:r>
        <w:t>log zameen ka ek tukra chheen</w:t>
      </w:r>
    </w:p>
    <w:p>
      <w:pPr>
        <w:jc w:val="right"/>
      </w:pPr>
      <w:r>
        <w:t>لوگ زمین کا ایک ٹکڑا چھین</w:t>
      </w:r>
    </w:p>
    <w:p>
      <w:r>
        <w:rPr>
          <w:b/>
        </w:rPr>
        <w:t xml:space="preserve">[23:48] </w:t>
      </w:r>
      <w:r>
        <w:t>ne par shikait karte hain.</w:t>
      </w:r>
    </w:p>
    <w:p>
      <w:pPr>
        <w:jc w:val="right"/>
      </w:pPr>
      <w:r>
        <w:t>نے پر شکایت کرتے ہیں۔</w:t>
      </w:r>
    </w:p>
    <w:p>
      <w:r>
        <w:rPr>
          <w:b/>
        </w:rPr>
        <w:t xml:space="preserve">[23:56] </w:t>
      </w:r>
      <w:r>
        <w:t>mein to kehta hoon ke agar insaan ko is ka ehsaas ho to koi sari kainat hi chheen</w:t>
      </w:r>
    </w:p>
    <w:p>
      <w:pPr>
        <w:jc w:val="right"/>
      </w:pPr>
      <w:r>
        <w:t>میں تو کہتا ہوں کہ اگر انسان کو اس کا احساس ہو تو کوئی ساری کائنات ہی چھین</w:t>
      </w:r>
    </w:p>
    <w:p>
      <w:r>
        <w:rPr>
          <w:b/>
        </w:rPr>
        <w:t xml:space="preserve">[24:04] </w:t>
      </w:r>
      <w:r>
        <w:t>le is se, to woh kahega ke jo chahe chheen lo, mein to apne rab ke side</w:t>
      </w:r>
    </w:p>
    <w:p>
      <w:pPr>
        <w:jc w:val="right"/>
      </w:pPr>
      <w:r>
        <w:t>لے اس سے، تو وہ کہے گا کہ جو چاہے چھین لو، میں تو اپنے رب کے سائیڈ</w:t>
      </w:r>
    </w:p>
    <w:p>
      <w:r>
        <w:rPr>
          <w:b/>
        </w:rPr>
        <w:t xml:space="preserve">[24:12] </w:t>
      </w:r>
      <w:r>
        <w:t>mein hoon, mein apne rab ke side mein rahoon ga, mujhe kisi aur side pe jana nahi hai.</w:t>
      </w:r>
    </w:p>
    <w:p>
      <w:pPr>
        <w:jc w:val="right"/>
      </w:pPr>
      <w:r>
        <w:t>میں ہوں، میں اپنے رب کے سائیڈ میں رہوں گا، مجھے کسی اور سائیڈ پہ جانا نہیں ہے۔</w:t>
      </w:r>
    </w:p>
    <w:p>
      <w:r>
        <w:rPr>
          <w:b/>
        </w:rPr>
        <w:t xml:space="preserve">[24:21] </w:t>
      </w:r>
      <w:r>
        <w:t>itni bari baat hai jo is hadith mein aai hai.</w:t>
      </w:r>
    </w:p>
    <w:p>
      <w:pPr>
        <w:jc w:val="right"/>
      </w:pPr>
      <w:r>
        <w:t>اتنی بڑی بات ہے جو اس حدیث میں آئی ہے۔</w:t>
      </w:r>
    </w:p>
    <w:p>
      <w:r>
        <w:rPr>
          <w:b/>
        </w:rPr>
        <w:t xml:space="preserve">[24:29] </w:t>
      </w:r>
      <w:r>
        <w:t>mein dua karta hoon ke Allah taala mujh ko aur aap ko tofeeq de ke hum nabiyon ke</w:t>
      </w:r>
    </w:p>
    <w:p>
      <w:pPr>
        <w:jc w:val="right"/>
      </w:pPr>
      <w:r>
        <w:t>میں دعا کرتا ہوں کہ اللہ تعالیٰ مجھ کو اور آپ کو توفیق دے کہ ہم نبیوں کے</w:t>
      </w:r>
    </w:p>
    <w:p>
      <w:r>
        <w:rPr>
          <w:b/>
        </w:rPr>
        <w:t xml:space="preserve">[24:37] </w:t>
      </w:r>
      <w:r>
        <w:t>is model ko ikhtiyar karein.</w:t>
      </w:r>
    </w:p>
    <w:p>
      <w:pPr>
        <w:jc w:val="right"/>
      </w:pPr>
      <w:r>
        <w:t>اس ماڈل کو اختیار کریں۔</w:t>
      </w:r>
    </w:p>
    <w:p>
      <w:r>
        <w:rPr>
          <w:b/>
        </w:rPr>
        <w:t xml:space="preserve">[24:45] </w:t>
      </w:r>
      <w:r>
        <w:t>aap yeh bhi ghor kijiye ke rasool Allah salla Allahu alaihi wasallam jab ne jab yeh qissa bataya</w:t>
      </w:r>
    </w:p>
    <w:p>
      <w:pPr>
        <w:jc w:val="right"/>
      </w:pPr>
      <w:r>
        <w:t>آپ یہ بھی غور کیجئے کہ رسول اللہ صلی اللہ علیہ وسلم جب نے جب یہ قصہ بتایا</w:t>
      </w:r>
    </w:p>
    <w:p>
      <w:r>
        <w:rPr>
          <w:b/>
        </w:rPr>
        <w:t xml:space="preserve">[24:53] </w:t>
      </w:r>
      <w:r>
        <w:t>to qissa bata rahe the kisi aur nabi ka aur apni peshi peshani par pooch rahe the.</w:t>
      </w:r>
    </w:p>
    <w:p>
      <w:pPr>
        <w:jc w:val="right"/>
      </w:pPr>
      <w:r>
        <w:t>تو قصہ بتا رہے تھے کسی اور نبی کا اور اپنی پیشی پیشانی پر پوچھ رہے تھے۔</w:t>
      </w:r>
    </w:p>
    <w:p>
      <w:r>
        <w:rPr>
          <w:b/>
        </w:rPr>
        <w:t xml:space="preserve">[25:03] </w:t>
      </w:r>
      <w:r>
        <w:t>shayad rasool Allah salla Allahu alaihi wasallam ki peshani par paseena aa gaya ho ya baat kehna, is</w:t>
      </w:r>
    </w:p>
    <w:p>
      <w:pPr>
        <w:jc w:val="right"/>
      </w:pPr>
      <w:r>
        <w:t>شاید رسول اللہ صلی اللہ علیہ وسلم کی پیشانی پر پسینہ آ گیا ہو یا بات کہنا، اس</w:t>
      </w:r>
    </w:p>
    <w:p>
      <w:r>
        <w:rPr>
          <w:b/>
        </w:rPr>
        <w:t xml:space="preserve">[25:13] </w:t>
      </w:r>
      <w:r>
        <w:t>قصے کو بیان کرنا ایک ایسا experience تھا، ایسا experience کہ خود رسول اللہ</w:t>
      </w:r>
    </w:p>
    <w:p>
      <w:pPr>
        <w:jc w:val="right"/>
      </w:pPr>
      <w:r>
        <w:t>قصے کو بیان کرنا ایک ایسا ایکسپیرینس تھا، ایسا ایکسپیرینس کہ خود رسول اللہ</w:t>
      </w:r>
    </w:p>
    <w:p>
      <w:r>
        <w:rPr>
          <w:b/>
        </w:rPr>
        <w:t xml:space="preserve">[25:23] </w:t>
      </w:r>
      <w:r>
        <w:t>ki peshani par paseena aa gaya ho.</w:t>
      </w:r>
    </w:p>
    <w:p>
      <w:pPr>
        <w:jc w:val="right"/>
      </w:pPr>
      <w:r>
        <w:t>کی پیشانی پر پسینہ آ گیا ہو۔</w:t>
      </w:r>
    </w:p>
    <w:p>
      <w:r>
        <w:rPr>
          <w:b/>
        </w:rPr>
        <w:t xml:space="preserve">[25:31] </w:t>
      </w:r>
      <w:r>
        <w:t>to yeh hai rasta sache insaan ka, yeh yeh hai rasta paradise ka, yeh hai woh rasta jis</w:t>
      </w:r>
    </w:p>
    <w:p>
      <w:pPr>
        <w:jc w:val="right"/>
      </w:pPr>
      <w:r>
        <w:t>تو یہ ہے راستہ سچے انسان کا، یہ یہ ہے راستہ پارڈائز کا، یہ ہے وہ راستہ جس</w:t>
      </w:r>
    </w:p>
    <w:p>
      <w:r>
        <w:rPr>
          <w:b/>
        </w:rPr>
        <w:t xml:space="preserve">[25:39] </w:t>
      </w:r>
      <w:r>
        <w:t>ka bare mein quran mein aaya hai ke.</w:t>
      </w:r>
    </w:p>
    <w:p>
      <w:pPr>
        <w:jc w:val="right"/>
      </w:pPr>
      <w:r>
        <w:t>کا بارے میں قرآن میں آیا ہے کہ۔</w:t>
      </w:r>
    </w:p>
    <w:p>
      <w:r>
        <w:rPr>
          <w:b/>
        </w:rPr>
        <w:t xml:space="preserve">[25:47] </w:t>
      </w:r>
      <w:r>
        <w:t>razi Allahu anhum biridwan</w:t>
      </w:r>
    </w:p>
    <w:p>
      <w:pPr>
        <w:jc w:val="right"/>
      </w:pPr>
      <w:r>
        <w:t>رضی اللہ عنہم برضوان</w:t>
      </w:r>
    </w:p>
    <w:p>
      <w:r>
        <w:rPr>
          <w:b/>
        </w:rPr>
        <w:t xml:space="preserve">[25:55] </w:t>
      </w:r>
      <w:r>
        <w:t>to meri dua hai ke Allah taala hum sab ko tofeeq de.</w:t>
      </w:r>
    </w:p>
    <w:p>
      <w:pPr>
        <w:jc w:val="right"/>
      </w:pPr>
      <w:r>
        <w:t>تو میری دعا ہے کہ اللہ تعالیٰ ہم سب کو توفیق دے۔</w:t>
      </w:r>
    </w:p>
    <w:p>
      <w:r>
        <w:rPr>
          <w:b/>
        </w:rPr>
        <w:t xml:space="preserve">[26:03] </w:t>
      </w:r>
      <w:r>
        <w:t>assalam o alaikum wa rehmatullah.</w:t>
      </w:r>
    </w:p>
    <w:p>
      <w:pPr>
        <w:jc w:val="right"/>
      </w:pPr>
      <w:r>
        <w:t>السلام علیکم ورحمۃ اللہ۔</w:t>
      </w:r>
    </w:p>
    <w:p>
      <w:r>
        <w:rPr>
          <w:b/>
        </w:rPr>
        <w:t xml:space="preserve">[26:11] </w:t>
      </w:r>
      <w:r>
        <w:t>ek molana sawal aaya hai, ek sahab hain, un ka naam hai Muhammad wasf rehan.</w:t>
      </w:r>
    </w:p>
    <w:p>
      <w:pPr>
        <w:jc w:val="right"/>
      </w:pPr>
      <w:r>
        <w:t>ایک مولانا سوال آیا ہے، ایک صاحب ہیں، ان کا نام ہے محمد وصف ریحان۔</w:t>
      </w:r>
    </w:p>
    <w:p>
      <w:r>
        <w:rPr>
          <w:b/>
        </w:rPr>
        <w:t xml:space="preserve">[26:18] </w:t>
      </w:r>
      <w:r>
        <w:t>unhon ne aap se sawal kiya hai ke agar</w:t>
      </w:r>
    </w:p>
    <w:p>
      <w:pPr>
        <w:jc w:val="right"/>
      </w:pPr>
      <w:r>
        <w:t>انہوں نے آپ سے سوال کیا ہے کہ اگر</w:t>
      </w:r>
    </w:p>
    <w:p>
      <w:r>
        <w:rPr>
          <w:b/>
        </w:rPr>
        <w:t xml:space="preserve">[26:26] </w:t>
      </w:r>
      <w:r>
        <w:t>kisi ko namaz arabi mein nahin aati aur woh apni zabaan mein padhkar namaz ko ada karta hai to kya namaz qubool ho jayegi? zaroor qubool hogi. yani bahut bade aalim the, woh yani woh Imam Abu Hanifa ne bhi yeh fatwa diya hai aur Shah</w:t>
      </w:r>
    </w:p>
    <w:p>
      <w:pPr>
        <w:jc w:val="right"/>
      </w:pPr>
      <w:r>
        <w:t>کسی کو نماز عربی میں نہیں آتی اور وہ اپنی زبان میں پڑھ کر نماز کو ادا کرتا ہے تو کیا نماز قبول ہو جائے گی؟ ضرور قبول ہوگی۔ یعنی بہت بڑے عالم تھے، وہ یعنی وہ امام ابو حنیفہ نے بھی یہ فتویٰ دیا ہے اور شاہ</w:t>
      </w:r>
    </w:p>
    <w:p>
      <w:r>
        <w:rPr>
          <w:b/>
        </w:rPr>
        <w:t xml:space="preserve">[26:56] </w:t>
      </w:r>
      <w:r>
        <w:t>Abdullah sahab bhi is ko mante the kyunke aisa masla paida hua tha.</w:t>
      </w:r>
    </w:p>
    <w:p>
      <w:pPr>
        <w:jc w:val="right"/>
      </w:pPr>
      <w:r>
        <w:t>عبداللہ صاحب بھی اس کو مانتے تھے کیونکہ ایسا مسئلہ پیدا ہوا تھا۔</w:t>
      </w:r>
    </w:p>
    <w:p>
      <w:r>
        <w:rPr>
          <w:b/>
        </w:rPr>
        <w:t xml:space="preserve">[27:02] </w:t>
      </w:r>
      <w:r>
        <w:t>kuch aise log Islam mein dakhil hue jo Persian jante the, Arabi nahi jante the.</w:t>
      </w:r>
    </w:p>
    <w:p>
      <w:pPr>
        <w:jc w:val="right"/>
      </w:pPr>
      <w:r>
        <w:t>کچھ ایسے لوگ اسلام میں داخل ہوئے جو پرشین جانتے تھے، عربی نہیں جانتے تھے۔</w:t>
      </w:r>
    </w:p>
    <w:p>
      <w:r>
        <w:rPr>
          <w:b/>
        </w:rPr>
        <w:t xml:space="preserve">[27:08] </w:t>
      </w:r>
      <w:r>
        <w:t>to unhon ne poocha ke hum Persian mein agar namaz padh lein to kya woh qabool hogi? yani</w:t>
      </w:r>
    </w:p>
    <w:p>
      <w:pPr>
        <w:jc w:val="right"/>
      </w:pPr>
      <w:r>
        <w:t>تو انہوں نے پوچھا کہ ہم پرشین میں اگر نماز پڑھ لیں تو کیا وہ قبول ہوگی؟ یعنی</w:t>
      </w:r>
    </w:p>
    <w:p>
      <w:r>
        <w:rPr>
          <w:b/>
        </w:rPr>
        <w:t xml:space="preserve">[27:15] </w:t>
      </w:r>
      <w:r>
        <w:t>aadha ho jayegi.</w:t>
      </w:r>
    </w:p>
    <w:p>
      <w:pPr>
        <w:jc w:val="right"/>
      </w:pPr>
      <w:r>
        <w:t>آدھا ہو جائے گی۔</w:t>
      </w:r>
    </w:p>
    <w:p>
      <w:r>
        <w:rPr>
          <w:b/>
        </w:rPr>
        <w:t xml:space="preserve">[27:21] </w:t>
      </w:r>
      <w:r>
        <w:t>to unhon ne is ka is ka fatwa diya tha. to</w:t>
      </w:r>
    </w:p>
    <w:p>
      <w:pPr>
        <w:jc w:val="right"/>
      </w:pPr>
      <w:r>
        <w:t>تو انہوں نے اس کا اس کا فتویٰ دیا تھا۔ تو</w:t>
      </w:r>
    </w:p>
    <w:p>
      <w:r>
        <w:rPr>
          <w:b/>
        </w:rPr>
        <w:t xml:space="preserve">[27:27] </w:t>
      </w:r>
      <w:r>
        <w:t>is mani ke adar deen Arabic har zaban mein Allah qabool farmata hai.</w:t>
      </w:r>
    </w:p>
    <w:p>
      <w:pPr>
        <w:jc w:val="right"/>
      </w:pPr>
      <w:r>
        <w:t>اس معنی کہ ادر دین عربک ہر زبان میں اللہ قبول فرماتا ہے۔</w:t>
      </w:r>
    </w:p>
    <w:p>
      <w:r>
        <w:rPr>
          <w:b/>
        </w:rPr>
        <w:t xml:space="preserve">[27:35] </w:t>
      </w:r>
      <w:r>
        <w:t>lekin aap ghore kijiye, koi yeh sawal karega to yeh ulta sawal hai.</w:t>
      </w:r>
    </w:p>
    <w:p>
      <w:pPr>
        <w:jc w:val="right"/>
      </w:pPr>
      <w:r>
        <w:t>لیکن آپ غور کیجئے، کوئی یہ سوال کرے گا تو یہ الٹا سوال ہے۔</w:t>
      </w:r>
    </w:p>
    <w:p>
      <w:r>
        <w:rPr>
          <w:b/>
        </w:rPr>
        <w:t xml:space="preserve">[27:43] </w:t>
      </w:r>
      <w:r>
        <w:t>phir arabi ka kya hoga? kuch aise ulti sawal.</w:t>
      </w:r>
    </w:p>
    <w:p>
      <w:pPr>
        <w:jc w:val="right"/>
      </w:pPr>
      <w:r>
        <w:t>پھر عربی کا کیا ہوگا؟ کچھ ایسے الٹی سوال۔</w:t>
      </w:r>
    </w:p>
    <w:p>
      <w:r>
        <w:rPr>
          <w:b/>
        </w:rPr>
        <w:t xml:space="preserve">[27:50] </w:t>
      </w:r>
      <w:r>
        <w:t>main yeh kehta hoon ke yeh sawal hi galat hai, bohat hi past sawal hi hai.</w:t>
      </w:r>
    </w:p>
    <w:p>
      <w:pPr>
        <w:jc w:val="right"/>
      </w:pPr>
      <w:r>
        <w:t>میں یہ کہتا ہوں کہ یہ سوال ہی غلط ہے، بہت ہی پست سوال ہی ہے۔</w:t>
      </w:r>
    </w:p>
    <w:p>
      <w:r>
        <w:rPr>
          <w:b/>
        </w:rPr>
        <w:t xml:space="preserve">[27:58] </w:t>
      </w:r>
      <w:r>
        <w:t>is liye ke jis din aadmi pooch raha hai, idhar bechare ki madad ting jo hai, parshian hai</w:t>
      </w:r>
    </w:p>
    <w:p>
      <w:pPr>
        <w:jc w:val="right"/>
      </w:pPr>
      <w:r>
        <w:t>اس لیے کہ جس دن آدمی پوچھ رہا ہے، ادھر بیچارے کی مدد ٹنگ جو ہے، پرشین ہے</w:t>
      </w:r>
    </w:p>
    <w:p>
      <w:r>
        <w:rPr>
          <w:b/>
        </w:rPr>
        <w:t xml:space="preserve">[28:04] </w:t>
      </w:r>
      <w:r>
        <w:t>ya english hai, kuch hai.</w:t>
      </w:r>
    </w:p>
    <w:p>
      <w:pPr>
        <w:jc w:val="right"/>
      </w:pPr>
      <w:r>
        <w:t>یا انگلش ہے، کچھ ہے۔</w:t>
      </w:r>
    </w:p>
    <w:p>
      <w:r>
        <w:rPr>
          <w:b/>
        </w:rPr>
        <w:t xml:space="preserve">[28:10] </w:t>
      </w:r>
      <w:r>
        <w:t>lekin kya samajhte hain ke wahein ruka ruke ga? woh ek sachai ka, ek aadmi sachai ka talash</w:t>
      </w:r>
    </w:p>
    <w:p>
      <w:pPr>
        <w:jc w:val="right"/>
      </w:pPr>
      <w:r>
        <w:t>لیکن کیا سمجھتے ہیں کہ وہیں رکا رکے گا؟ وہ ایک سچائی کا، ایک آدمی سچائی کا تلاش</w:t>
      </w:r>
    </w:p>
    <w:p>
      <w:r>
        <w:rPr>
          <w:b/>
        </w:rPr>
        <w:t xml:space="preserve">[28:17] </w:t>
      </w:r>
      <w:r>
        <w:t>kar raha tha, us ko sachai mil gayi aur apne mazhab ko us ne chhod diya.</w:t>
      </w:r>
    </w:p>
    <w:p>
      <w:pPr>
        <w:jc w:val="right"/>
      </w:pPr>
      <w:r>
        <w:t>کر رہا تھا، اس کو سچائی مل گئی اور اپنے مذہب کو اس نے چھوڑا۔</w:t>
      </w:r>
    </w:p>
    <w:p>
      <w:r>
        <w:rPr>
          <w:b/>
        </w:rPr>
        <w:t xml:space="preserve">[28:23] </w:t>
      </w:r>
      <w:r>
        <w:t>to mamooli baat hai, jo mazhab ko chhod de, woh sab kuch chhod chuka,</w:t>
      </w:r>
    </w:p>
    <w:p>
      <w:pPr>
        <w:jc w:val="right"/>
      </w:pPr>
      <w:r>
        <w:t>تو معمولی بات ہے، جو مذہب کو چھوڑ دے، وہ سب کچھ چھوڑ چکا،</w:t>
      </w:r>
    </w:p>
    <w:p>
      <w:r>
        <w:rPr>
          <w:b/>
        </w:rPr>
        <w:t xml:space="preserve">[28:29] </w:t>
      </w:r>
      <w:r>
        <w:t>sab kuch chhod chuka.</w:t>
      </w:r>
    </w:p>
    <w:p>
      <w:pPr>
        <w:jc w:val="right"/>
      </w:pPr>
      <w:r>
        <w:t>سب کچھ چھوڑ چکا۔</w:t>
      </w:r>
    </w:p>
    <w:p>
      <w:r>
        <w:rPr>
          <w:b/>
        </w:rPr>
        <w:t xml:space="preserve">[28:34] </w:t>
      </w:r>
      <w:r>
        <w:t>to zaroor woh koshish karega ke main arabi zaban mein namaz padhoon.</w:t>
      </w:r>
    </w:p>
    <w:p>
      <w:pPr>
        <w:jc w:val="right"/>
      </w:pPr>
      <w:r>
        <w:t>تو ضرور وہ کوشش کرے گا کہ میں عربک زبان میں نماز پڑھوں۔</w:t>
      </w:r>
    </w:p>
    <w:p>
      <w:r>
        <w:rPr>
          <w:b/>
        </w:rPr>
        <w:t xml:space="preserve">[28:39] </w:t>
      </w:r>
      <w:r>
        <w:t>aap se kahe baghair, aap chahe fatwa dein ya na dein, aap fatwa dein ya na dein, woh</w:t>
      </w:r>
    </w:p>
    <w:p>
      <w:pPr>
        <w:jc w:val="right"/>
      </w:pPr>
      <w:r>
        <w:t>آپ سے کہے بغیر، آپ چاہے فتویٰ دیں یا نہ دیں، آپ فتویٰ دیں یا نہ دیں، وہ</w:t>
      </w:r>
    </w:p>
    <w:p>
      <w:r>
        <w:rPr>
          <w:b/>
        </w:rPr>
        <w:t xml:space="preserve">[28:45] </w:t>
      </w:r>
      <w:r>
        <w:t>koi uska nature kahega, uski fitrat kahegi ke jab islam qabool kar liya to</w:t>
      </w:r>
    </w:p>
    <w:p>
      <w:pPr>
        <w:jc w:val="right"/>
      </w:pPr>
      <w:r>
        <w:t>کوئی اس کا نیچر کہے گا، اس کی فطرت کہے گی کہ جب اسلام قبول کر لیا تو</w:t>
      </w:r>
    </w:p>
    <w:p>
      <w:r>
        <w:rPr>
          <w:b/>
        </w:rPr>
        <w:t xml:space="preserve">[28:50] </w:t>
      </w:r>
      <w:r>
        <w:t>arabi mein namaz padhna bhi seekho.</w:t>
      </w:r>
    </w:p>
    <w:p>
      <w:pPr>
        <w:jc w:val="right"/>
      </w:pPr>
      <w:r>
        <w:t>عربک میں نماز پڑھنا بھی سیکھو۔</w:t>
      </w:r>
    </w:p>
    <w:p>
      <w:r>
        <w:rPr>
          <w:b/>
        </w:rPr>
        <w:t xml:space="preserve">[28:55] </w:t>
      </w:r>
      <w:r>
        <w:t>yeh kehne ki zaroorat nahi hai. agar aap</w:t>
      </w:r>
    </w:p>
    <w:p>
      <w:pPr>
        <w:jc w:val="right"/>
      </w:pPr>
      <w:r>
        <w:t>یہ کہنے کی ضرورت نہیں ہے۔ اگر آپ</w:t>
      </w:r>
    </w:p>
    <w:p>
      <w:r>
        <w:rPr>
          <w:b/>
        </w:rPr>
        <w:t xml:space="preserve">[29:00] </w:t>
      </w:r>
      <w:r>
        <w:t>kahein to aap ne yani uske uske islam ki qadar nahi ki.</w:t>
      </w:r>
    </w:p>
    <w:p>
      <w:pPr>
        <w:jc w:val="right"/>
      </w:pPr>
      <w:r>
        <w:t>کہیں تو آپ نے یعنی اس کے اس کے اسلام کی قدر نہیں کی۔</w:t>
      </w:r>
    </w:p>
    <w:p>
      <w:r>
        <w:rPr>
          <w:b/>
        </w:rPr>
        <w:t xml:space="preserve">[29:16] </w:t>
      </w:r>
      <w:r>
        <w:t>mujhe ek qissa yaad aata hai bombay ka, ek angrez aaya tha bombay mein british period mein to</w:t>
      </w:r>
    </w:p>
    <w:p>
      <w:pPr>
        <w:jc w:val="right"/>
      </w:pPr>
      <w:r>
        <w:t>مجھے ایک قصہ یاد آتا ہے بمبئی کا، ایک انگریز آیا تھا بمبئی میں برٹش پیریڈ میں تو</w:t>
      </w:r>
    </w:p>
    <w:p>
      <w:r>
        <w:rPr>
          <w:b/>
        </w:rPr>
        <w:t xml:space="preserve">[29:32] </w:t>
      </w:r>
      <w:r>
        <w:t>us ne islam qabool kar liya.</w:t>
      </w:r>
    </w:p>
    <w:p>
      <w:pPr>
        <w:jc w:val="right"/>
      </w:pPr>
      <w:r>
        <w:t>اس نے اسلام قبول کر لیا۔</w:t>
      </w:r>
    </w:p>
    <w:p>
      <w:r>
        <w:rPr>
          <w:b/>
        </w:rPr>
        <w:t xml:space="preserve">[29:38] </w:t>
      </w:r>
      <w:r>
        <w:t>kuch musalmanon se uska taluqat hue to logon ne us ko yeh nahi bataya ke islam mein</w:t>
      </w:r>
    </w:p>
    <w:p>
      <w:pPr>
        <w:jc w:val="right"/>
      </w:pPr>
      <w:r>
        <w:t>کچھ مسلمانوں سے اس کا تعلقات ہوئے تو لوگوں نے اس کو یہ نہیں بتایا کہ اسلام میں</w:t>
      </w:r>
    </w:p>
    <w:p>
      <w:r>
        <w:rPr>
          <w:b/>
        </w:rPr>
        <w:t xml:space="preserve">[29:43] </w:t>
      </w:r>
      <w:r>
        <w:t>dua rakhna bhi hai.</w:t>
      </w:r>
    </w:p>
    <w:p>
      <w:pPr>
        <w:jc w:val="right"/>
      </w:pPr>
      <w:r>
        <w:t>دعا رکھنا بھی ہے۔</w:t>
      </w:r>
    </w:p>
    <w:p>
      <w:r>
        <w:rPr>
          <w:b/>
        </w:rPr>
        <w:t xml:space="preserve">[29:49] </w:t>
      </w:r>
      <w:r>
        <w:t>to kuch dinon ke baad us ko pata chala to us ne kaha ke kuch chhupaya aap logon ne.</w:t>
      </w:r>
    </w:p>
    <w:p>
      <w:pPr>
        <w:jc w:val="right"/>
      </w:pPr>
      <w:r>
        <w:t>تو کچھ دنوں کے بعد اس کو پتہ چلا تو اس نے کہا کہ کچھ چھپایا آپ لوگوں نے۔</w:t>
      </w:r>
    </w:p>
    <w:p>
      <w:r>
        <w:rPr>
          <w:b/>
        </w:rPr>
        <w:t xml:space="preserve">[29:54] </w:t>
      </w:r>
      <w:r>
        <w:t>jab maine apna mazhab chhod kar doosra mazhab ikhtiyar kar liya to ab dadi kya cheez hai?</w:t>
      </w:r>
    </w:p>
    <w:p>
      <w:pPr>
        <w:jc w:val="right"/>
      </w:pPr>
      <w:r>
        <w:t>جب میں نے اپنا مذہب چھوڑ کر دوسرا مذہب اختیار کر لیا تو اب داڑھی کیا چیز ہے؟</w:t>
      </w:r>
    </w:p>
    <w:p>
      <w:r>
        <w:rPr>
          <w:b/>
        </w:rPr>
        <w:t xml:space="preserve">[30:00] </w:t>
      </w:r>
      <w:r>
        <w:t>to jin logon ne us ko masla bana rakha hai,</w:t>
      </w:r>
    </w:p>
    <w:p>
      <w:pPr>
        <w:jc w:val="right"/>
      </w:pPr>
      <w:r>
        <w:t>تو جن لوگوں نے اس کو مسئلہ بنا رکھا ہے،</w:t>
      </w:r>
    </w:p>
    <w:p>
      <w:r>
        <w:rPr>
          <w:b/>
        </w:rPr>
        <w:t xml:space="preserve">[30:05] </w:t>
      </w:r>
      <w:r>
        <w:t>woh un insaan ki value nahi jante, insaan ki value nahi jante.</w:t>
      </w:r>
    </w:p>
    <w:p>
      <w:pPr>
        <w:jc w:val="right"/>
      </w:pPr>
      <w:r>
        <w:t>وہ ان انسان کی ویلیو نہیں جانتے، انسان کی ویلیو نہیں جانتے۔</w:t>
      </w:r>
    </w:p>
    <w:p>
      <w:r>
        <w:rPr>
          <w:b/>
        </w:rPr>
        <w:t xml:space="preserve">[30:13] </w:t>
      </w:r>
      <w:r>
        <w:t>balkeh main yeh kahunga ke Allah ne jo fitrat insaan ke andar rakhi hai, sachai ko appreciate</w:t>
      </w:r>
    </w:p>
    <w:p>
      <w:pPr>
        <w:jc w:val="right"/>
      </w:pPr>
      <w:r>
        <w:t>بلکہ میں یہ کہوں گا کہ اللہ نے جو فطرت انسان کے اندر رکھی ہے، سچائی کو اپریشیٹ</w:t>
      </w:r>
    </w:p>
    <w:p>
      <w:r>
        <w:rPr>
          <w:b/>
        </w:rPr>
        <w:t xml:space="preserve">[30:21] </w:t>
      </w:r>
      <w:r>
        <w:t>karne wali, us ko nahi jante.</w:t>
      </w:r>
    </w:p>
    <w:p>
      <w:pPr>
        <w:jc w:val="right"/>
      </w:pPr>
      <w:r>
        <w:t>کرنے والی، اس کو نہیں جانتے۔</w:t>
      </w:r>
    </w:p>
    <w:p>
      <w:r>
        <w:rPr>
          <w:b/>
        </w:rPr>
        <w:t xml:space="preserve">[30:29] </w:t>
      </w:r>
      <w:r>
        <w:t>har insan ke andar bohat hi gehrai ke sath ye uske nature mein inter moon hai</w:t>
      </w:r>
    </w:p>
    <w:p>
      <w:pPr>
        <w:jc w:val="right"/>
      </w:pPr>
      <w:r>
        <w:t>ہر انسان کے اندر بہت ہی گہرائی کے ساتھ یہ اس کے نیچر میں انٹر موون ہے</w:t>
      </w:r>
    </w:p>
    <w:p>
      <w:r>
        <w:rPr>
          <w:b/>
        </w:rPr>
        <w:t xml:space="preserve">[30:37] </w:t>
      </w:r>
      <w:r>
        <w:t>ke sachai ko appreciate karna.</w:t>
      </w:r>
    </w:p>
    <w:p>
      <w:pPr>
        <w:jc w:val="right"/>
      </w:pPr>
      <w:r>
        <w:t>کہ سچائی کو اپریشیٹ کرنا۔</w:t>
      </w:r>
    </w:p>
    <w:p>
      <w:r>
        <w:rPr>
          <w:b/>
        </w:rPr>
        <w:t xml:space="preserve">[30:46] </w:t>
      </w:r>
      <w:r>
        <w:t>to aisa aadmi jab sachai ke is mein dakhil ho jaye to kahin rukega nahin.</w:t>
      </w:r>
    </w:p>
    <w:p>
      <w:pPr>
        <w:jc w:val="right"/>
      </w:pPr>
      <w:r>
        <w:t>تو ایسا آدمی جب سچائی کے اس میں داخل ہو جائے تو کہیں رکے گا نہیں۔</w:t>
      </w:r>
    </w:p>
    <w:p>
      <w:r>
        <w:rPr>
          <w:b/>
        </w:rPr>
        <w:t xml:space="preserve">[30:56] </w:t>
      </w:r>
      <w:r>
        <w:t>wo jis ko jo log fatwa dete hain aur ajeeb o ghareeb qism ke masail paida karte hain,</w:t>
      </w:r>
    </w:p>
    <w:p>
      <w:pPr>
        <w:jc w:val="right"/>
      </w:pPr>
      <w:r>
        <w:t>وہ جس کو جو لوگ فتویٰ دیتے ہیں اور عجیب و غریب قسم کے مسائل پیدا کرتے ہیں،</w:t>
      </w:r>
    </w:p>
    <w:p>
      <w:r>
        <w:rPr>
          <w:b/>
        </w:rPr>
        <w:t xml:space="preserve">[31:05] </w:t>
      </w:r>
      <w:r>
        <w:t>wo insan ko nahin jante, balke creator ko bhi nahin jante. wo</w:t>
      </w:r>
    </w:p>
    <w:p>
      <w:pPr>
        <w:jc w:val="right"/>
      </w:pPr>
      <w:r>
        <w:t>وہ انسان کو نہیں جانتے، بلکہ کریٹر کو بھی نہیں جانتے۔ وہ</w:t>
      </w:r>
    </w:p>
    <w:p>
      <w:r>
        <w:rPr>
          <w:b/>
        </w:rPr>
        <w:t xml:space="preserve">[31:15] </w:t>
      </w:r>
      <w:r>
        <w:t>maulana, mera ek sawal hai aur wo mere khud ke upar guzarne wale tajrube ki buniyad par hai</w:t>
      </w:r>
    </w:p>
    <w:p>
      <w:pPr>
        <w:jc w:val="right"/>
      </w:pPr>
      <w:r>
        <w:t>مولانا، میرا ایک سوال ہے اور وہ میرے خود کے اوپر گزرنے والے تجربے کی بنیاد پر ہے</w:t>
      </w:r>
    </w:p>
    <w:p>
      <w:r>
        <w:rPr>
          <w:b/>
        </w:rPr>
        <w:t xml:space="preserve">[31:21] </w:t>
      </w:r>
      <w:r>
        <w:t>کہ آپ کے پاس آنے سے پہلے میں بہت ہی impatient تھا۔</w:t>
      </w:r>
    </w:p>
    <w:p>
      <w:pPr>
        <w:jc w:val="right"/>
      </w:pPr>
      <w:r>
        <w:t>کہ آپ کے پاس آنے سے پہلے میں بہت ہی امپیشنس تھا۔</w:t>
      </w:r>
    </w:p>
    <w:p>
      <w:r>
        <w:rPr>
          <w:b/>
        </w:rPr>
        <w:t xml:space="preserve">[31:27] </w:t>
      </w:r>
      <w:r>
        <w:t>بار بار پر غصہ ہو جانا، بہت ہی impatient, impatience, impatiens, impatient, patient, patient. ہمم، ہمم۔</w:t>
      </w:r>
    </w:p>
    <w:p>
      <w:pPr>
        <w:jc w:val="right"/>
      </w:pPr>
      <w:r>
        <w:t>بار بار پر غصہ ہو جانا، بہت ہی امپیشن، امپیشنس، امپیشن، امپیشنٹ، پیشنٹ، پیشنٹ۔ ہمم، ہمم۔</w:t>
      </w:r>
    </w:p>
    <w:p>
      <w:r>
        <w:rPr>
          <w:b/>
        </w:rPr>
        <w:t xml:space="preserve">[31:33] </w:t>
      </w:r>
      <w:r>
        <w:t>baat baat par ghusa ho jana, yahan tak ke hamare saathi bhi bohat, mujhe bohat bolte the ke</w:t>
      </w:r>
    </w:p>
    <w:p>
      <w:pPr>
        <w:jc w:val="right"/>
      </w:pPr>
      <w:r>
        <w:t>بات بات پر غصہ ہو جانا، یہاں تک کہ ہمارے ساتھی بھی بہت، مجھے بہت بولتے تھے کہ</w:t>
      </w:r>
    </w:p>
    <w:p>
      <w:r>
        <w:rPr>
          <w:b/>
        </w:rPr>
        <w:t xml:space="preserve">[31:39] </w:t>
      </w:r>
      <w:r>
        <w:t>aap itna ghusa mat hoiya</w:t>
      </w:r>
    </w:p>
    <w:p>
      <w:pPr>
        <w:jc w:val="right"/>
      </w:pPr>
      <w:r>
        <w:t>آپ اتنا غصہ مت ہویا</w:t>
      </w:r>
    </w:p>
    <w:p>
      <w:r>
        <w:rPr>
          <w:b/>
        </w:rPr>
        <w:t xml:space="preserve">[31:45] </w:t>
      </w:r>
      <w:r>
        <w:t>karen.</w:t>
      </w:r>
    </w:p>
    <w:p>
      <w:pPr>
        <w:jc w:val="right"/>
      </w:pPr>
      <w:r>
        <w:t>کریں۔</w:t>
      </w:r>
    </w:p>
    <w:p>
      <w:r>
        <w:rPr>
          <w:b/>
        </w:rPr>
        <w:t xml:space="preserve">[31:50] </w:t>
      </w:r>
      <w:r>
        <w:t>lekin yahan aane ke baad jab aap ne bataya aur Allah taala ne bajbar wo mahol create kiya</w:t>
      </w:r>
    </w:p>
    <w:p>
      <w:pPr>
        <w:jc w:val="right"/>
      </w:pPr>
      <w:r>
        <w:t>لیکن یہاں آنے کے بعد جب آپ نے بتایا اور اللہ تعالیٰ نے بجبر وہ ماحول کریٹ کیا</w:t>
      </w:r>
    </w:p>
    <w:p>
      <w:r>
        <w:rPr>
          <w:b/>
        </w:rPr>
        <w:t xml:space="preserve">[31:55] </w:t>
      </w:r>
      <w:r>
        <w:t>jis ki wajah se main bohat pareshan ho gaya, to ab dheere dheere mujhe sabr kaise karna chahiye,</w:t>
      </w:r>
    </w:p>
    <w:p>
      <w:pPr>
        <w:jc w:val="right"/>
      </w:pPr>
      <w:r>
        <w:t>جس کی وجہ سے میں بہت پریشان ہو گیا، تو اب دھیرے دھیرے مجھے صبر کیسے کرنا چاہیے،</w:t>
      </w:r>
    </w:p>
    <w:p>
      <w:r>
        <w:rPr>
          <w:b/>
        </w:rPr>
        <w:t xml:space="preserve">[32:00] </w:t>
      </w:r>
      <w:r>
        <w:t>iska tajruba hua aur maine sabr karna seekh liya.</w:t>
      </w:r>
    </w:p>
    <w:p>
      <w:pPr>
        <w:jc w:val="right"/>
      </w:pPr>
      <w:r>
        <w:t>اس کا تجربہ ہوا اور میں نے صبر کرنا سیکھ لیا۔</w:t>
      </w:r>
    </w:p>
    <w:p>
      <w:r>
        <w:rPr>
          <w:b/>
        </w:rPr>
        <w:t xml:space="preserve">[32:06] </w:t>
      </w:r>
      <w:r>
        <w:t>to ab mujhe yeh tajruba ho raha hai ke jo kaam main be sabri ki buniyad par kharab</w:t>
      </w:r>
    </w:p>
    <w:p>
      <w:pPr>
        <w:jc w:val="right"/>
      </w:pPr>
      <w:r>
        <w:t>تو اب مجھے یہ تجربہ ہو رہا ہے کہ جو کام میں بے صبری کی بنیاد پر خراب</w:t>
      </w:r>
    </w:p>
    <w:p>
      <w:r>
        <w:rPr>
          <w:b/>
        </w:rPr>
        <w:t xml:space="preserve">[32:11] </w:t>
      </w:r>
      <w:r>
        <w:t>kar diya karta tha, usko bohat hi achhe tareeke se sabr ke sath main aaj kar sakta hoon.</w:t>
      </w:r>
    </w:p>
    <w:p>
      <w:pPr>
        <w:jc w:val="right"/>
      </w:pPr>
      <w:r>
        <w:t>کر دیا کرتا تھا، اس کو بہت ہی اچھے طریقے سے صبر کے ساتھ میں آج کر سکتا ہوں۔</w:t>
      </w:r>
    </w:p>
    <w:p>
      <w:r>
        <w:rPr>
          <w:b/>
        </w:rPr>
        <w:t xml:space="preserve">[32:16] </w:t>
      </w:r>
      <w:r>
        <w:t>aur aaj jo aap ne explanation diya hadith ki buniyad par, to us se ek aur naya darwaza</w:t>
      </w:r>
    </w:p>
    <w:p>
      <w:pPr>
        <w:jc w:val="right"/>
      </w:pPr>
      <w:r>
        <w:t>اور آج جو آپ نے ایکسپلینیشن دیا حدیث کی بنیاد پر، تو اس سے ایک اور نیا دروازہ</w:t>
      </w:r>
    </w:p>
    <w:p>
      <w:r>
        <w:rPr>
          <w:b/>
        </w:rPr>
        <w:t xml:space="preserve">[32:22] </w:t>
      </w:r>
      <w:r>
        <w:t>mujhe khula ke us ke liye self justification dena hai.</w:t>
      </w:r>
    </w:p>
    <w:p>
      <w:pPr>
        <w:jc w:val="right"/>
      </w:pPr>
      <w:r>
        <w:t>مجھے کھلا کہ اس کے لیے سیلف جسٹیفیکیشن دینا ہے۔</w:t>
      </w:r>
    </w:p>
    <w:p>
      <w:r>
        <w:rPr>
          <w:b/>
        </w:rPr>
        <w:t xml:space="preserve">[32:28] </w:t>
      </w:r>
      <w:r>
        <w:t>ab mera sawal yahan par yeh hai ke rasool Allah sallallahu alaihi wasallam aur aap ke sahaba</w:t>
      </w:r>
    </w:p>
    <w:p>
      <w:pPr>
        <w:jc w:val="right"/>
      </w:pPr>
      <w:r>
        <w:t>اب میرا سوال یہاں پر یہ ہے کہ رسول اللہ صلی اللہ علیہ وسلم اور آپ کے صحابہ</w:t>
      </w:r>
    </w:p>
    <w:p>
      <w:r>
        <w:rPr>
          <w:b/>
        </w:rPr>
        <w:t xml:space="preserve">[32:34] </w:t>
      </w:r>
      <w:r>
        <w:t>jo bohat hi zyada sabr karne wale the aur aap kehte hain ke zinda aadmi the, to mera</w:t>
      </w:r>
    </w:p>
    <w:p>
      <w:pPr>
        <w:jc w:val="right"/>
      </w:pPr>
      <w:r>
        <w:t>جو بہت ہی زیادہ صبر کرنے والے تھے اور آپ کہتے ہیں کہ زندہ آدمی تھے، تو میرا</w:t>
      </w:r>
    </w:p>
    <w:p>
      <w:r>
        <w:rPr>
          <w:b/>
        </w:rPr>
        <w:t xml:space="preserve">[32:40] </w:t>
      </w:r>
      <w:r>
        <w:t>sawal is mein yeh hai ke zinda aadmi hone ke liye hone ka ek buniyadi point sabr karna hai kya</w:t>
      </w:r>
    </w:p>
    <w:p>
      <w:pPr>
        <w:jc w:val="right"/>
      </w:pPr>
      <w:r>
        <w:t>سوال اس میں یہ ہے کہ زندہ آدمی ہونے کے لیے ہونے کا ایک بنیادی پوائنٹ صبر کرنا ہے کیا</w:t>
      </w:r>
    </w:p>
    <w:p>
      <w:r>
        <w:rPr>
          <w:b/>
        </w:rPr>
        <w:t xml:space="preserve">[32:46] </w:t>
      </w:r>
      <w:r>
        <w:t>? dekhiye, yeh bohat dinon ke study ke baad mujhe samajh aayi hai ke Islam ki tareekh mein</w:t>
      </w:r>
    </w:p>
    <w:p>
      <w:pPr>
        <w:jc w:val="right"/>
      </w:pPr>
      <w:r>
        <w:t>؟ دیکھیے، یہ بہت دنوں کے اسٹڈی کے بعد مجھے سمجھ آئی ہے کہ اسلام کی تاریخ میں</w:t>
      </w:r>
    </w:p>
    <w:p>
      <w:r>
        <w:rPr>
          <w:b/>
        </w:rPr>
        <w:t xml:space="preserve">[32:54] </w:t>
      </w:r>
      <w:r>
        <w:t>ek cheez leak kar rahi thi, usi ki qeemat usay hum dekhte hain.</w:t>
      </w:r>
    </w:p>
    <w:p>
      <w:pPr>
        <w:jc w:val="right"/>
      </w:pPr>
      <w:r>
        <w:t>ایک چیز لیک کر رہی تھی، اسی کی قیمت اسے ہم دیکھتے ہیں۔</w:t>
      </w:r>
    </w:p>
    <w:p>
      <w:r>
        <w:rPr>
          <w:b/>
        </w:rPr>
        <w:t xml:space="preserve">[33:01] </w:t>
      </w:r>
      <w:r>
        <w:t>wo hai practical wisdom.</w:t>
      </w:r>
    </w:p>
    <w:p>
      <w:pPr>
        <w:jc w:val="right"/>
      </w:pPr>
      <w:r>
        <w:t>وہ ہے پریکٹیکل وزڈم۔</w:t>
      </w:r>
    </w:p>
    <w:p>
      <w:r>
        <w:rPr>
          <w:b/>
        </w:rPr>
        <w:t xml:space="preserve">[33:09] </w:t>
      </w:r>
      <w:r>
        <w:t>practical wisdom bohat hi meaningful term hai</w:t>
      </w:r>
    </w:p>
    <w:p>
      <w:pPr>
        <w:jc w:val="right"/>
      </w:pPr>
      <w:r>
        <w:t>پریکٹیکل وزڈم بہت ہی میننگ فل ٹرم ہے</w:t>
      </w:r>
    </w:p>
    <w:p>
      <w:r>
        <w:rPr>
          <w:b/>
        </w:rPr>
        <w:t xml:space="preserve">[33:16] </w:t>
      </w:r>
      <w:r>
        <w:t>English mein, lekin agar arabi mein is ka is ka koi equivalent nahin.</w:t>
      </w:r>
    </w:p>
    <w:p>
      <w:pPr>
        <w:jc w:val="right"/>
      </w:pPr>
      <w:r>
        <w:t>انگلش میں، لیکن اگر عربی میں اس کا اس کا کوئی ایکولنٹ نہیں۔</w:t>
      </w:r>
    </w:p>
    <w:p>
      <w:r>
        <w:rPr>
          <w:b/>
        </w:rPr>
        <w:t xml:space="preserve">[33:24] </w:t>
      </w:r>
      <w:r>
        <w:t>Urdu mein jo equivalent ho bola jata hai, wo hikmat e amli, wo bilkul wo gharaat kar deta hai.</w:t>
      </w:r>
    </w:p>
    <w:p>
      <w:pPr>
        <w:jc w:val="right"/>
      </w:pPr>
      <w:r>
        <w:t>اردو میں جو ایکولنٹ ہو بولا جاتا ہے، وہ حکمت عملی، وہ بالکل وہ غارت کر دیتا ہے۔</w:t>
      </w:r>
    </w:p>
    <w:p>
      <w:r>
        <w:rPr>
          <w:b/>
        </w:rPr>
        <w:t xml:space="preserve">[33:32] </w:t>
      </w:r>
      <w:r>
        <w:t>woh practical wisdom ke wisdom hi ko khatam kar deta hai.</w:t>
      </w:r>
    </w:p>
    <w:p>
      <w:pPr>
        <w:jc w:val="right"/>
      </w:pPr>
      <w:r>
        <w:t>وہ پریکٹیکل وزڈم کے وزڈم ہی کو ختم کر دیتا ہے۔</w:t>
      </w:r>
    </w:p>
    <w:p>
      <w:r>
        <w:rPr>
          <w:b/>
        </w:rPr>
        <w:t xml:space="preserve">[33:40] </w:t>
      </w:r>
      <w:r>
        <w:t>yani urdu ka jo hikmat e amli hai, woh practical wisdom ki wisdom hi ko khatam kar deta hai.</w:t>
      </w:r>
    </w:p>
    <w:p>
      <w:pPr>
        <w:jc w:val="right"/>
      </w:pPr>
      <w:r>
        <w:t>یعنی اردو کا جو حکمت عملی ہے، وہ پریکٹیکل وزڈم کی وزڈم ہی کو ختم کر دیتا ہے۔</w:t>
      </w:r>
    </w:p>
    <w:p>
      <w:r>
        <w:rPr>
          <w:b/>
        </w:rPr>
        <w:t xml:space="preserve">[33:47] </w:t>
      </w:r>
      <w:r>
        <w:t>to yeh main samajhta hoon ke yeh silsila khud us zamane se chal raha hai jis zamane mein Siffin aur Jamal ki ladaiyan huin. Siffin ki Jamal ki ladaiyan mere nazdeek sirf is liye huin ke arabi zabaan mein practical wisdom ka koi equivalent nahin tha. woh explain kar sakte, woh chahte the explain karna ideal wisdom se. agar un ke paas practical wisdom ka</w:t>
      </w:r>
    </w:p>
    <w:p>
      <w:pPr>
        <w:jc w:val="right"/>
      </w:pPr>
      <w:r>
        <w:t>تو یہ میں سمجھتا ہوں کہ یہ سلسلہ خود اس زمانے سے چل رہا ہے جس زمانے میں صفین اور جمل کی لڑائیاں ہوئیں۔ صفین کی جمل کی لڑائیاں میرے نزدیک صرف اس لیے ہوئیں کہ عربی زبان میں پریکٹیکل وزڈم کا کوئی ایکولنٹ نہیں تھا۔ وہ ایکسپلین کر سکتے، وہ چاہتے تھے ایکسپلین کرنا آئیڈیل وزڈم سے۔ اگر ان کے پاس پریکٹیکل وزڈم کا</w:t>
      </w:r>
    </w:p>
    <w:p>
      <w:r>
        <w:rPr>
          <w:b/>
        </w:rPr>
        <w:t xml:space="preserve">[34:17] </w:t>
      </w:r>
      <w:r>
        <w:t>lafz hota to na safain hoti na jammal hoti.</w:t>
      </w:r>
    </w:p>
    <w:p>
      <w:pPr>
        <w:jc w:val="right"/>
      </w:pPr>
      <w:r>
        <w:t>لفظ ہوتا تو نہ صفین ہوتی نہ جمل ہوتی۔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