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Media Activism September 11, 2006</w:t>
      </w:r>
    </w:p>
    <w:p>
      <w:r>
        <w:t>https://www.youtube.com/watch?v=xCHUoDvxfho</w:t>
      </w:r>
    </w:p>
    <w:p>
      <w:r>
        <w:rPr>
          <w:b/>
        </w:rPr>
        <w:t xml:space="preserve">[00:13] </w:t>
      </w:r>
      <w:r>
        <w:t>bismillah-ir-rehman-ir-rahim, wa salla-llahu ala-n-nabiyyi l-karim. rab-ish-rah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uqdata-m-mil-lisani yafqahu qawli.</w:t>
      </w:r>
    </w:p>
    <w:p>
      <w:pPr>
        <w:jc w:val="right"/>
      </w:pPr>
      <w:r>
        <w:t>واحل العقدۃ من لسانی یفقہ قولی۔</w:t>
      </w:r>
    </w:p>
    <w:p>
      <w:r>
        <w:rPr>
          <w:b/>
        </w:rPr>
        <w:t xml:space="preserve">[00:39] </w:t>
      </w:r>
      <w:r>
        <w:t>aaj ka topic woh news hai jo aap sab logon ne akhbaron mein parhi hogi aur tv mein dekha hoga.</w:t>
      </w:r>
    </w:p>
    <w:p>
      <w:pPr>
        <w:jc w:val="right"/>
      </w:pPr>
      <w:r>
        <w:t>آج کا ٹاپک وہ نیوز ہے جو آپ سب لوگوں نے اخباروں میں پڑھی ہوگی اور ٹی وی میں دیکھا ہوگا۔</w:t>
      </w:r>
    </w:p>
    <w:p>
      <w:r>
        <w:rPr>
          <w:b/>
        </w:rPr>
        <w:t xml:space="preserve">[00:52] </w:t>
      </w:r>
      <w:r>
        <w:t>yani</w:t>
      </w:r>
    </w:p>
    <w:p>
      <w:pPr>
        <w:jc w:val="right"/>
      </w:pPr>
      <w:r>
        <w:t>یعنی</w:t>
      </w:r>
    </w:p>
    <w:p>
      <w:r>
        <w:rPr>
          <w:b/>
        </w:rPr>
        <w:t xml:space="preserve">[00:57] </w:t>
      </w:r>
      <w:r>
        <w:t>christian pope,</w:t>
      </w:r>
    </w:p>
    <w:p>
      <w:pPr>
        <w:jc w:val="right"/>
      </w:pPr>
      <w:r>
        <w:t>کرسچن پوپ،</w:t>
      </w:r>
    </w:p>
    <w:p>
      <w:r>
        <w:rPr>
          <w:b/>
        </w:rPr>
        <w:t xml:space="preserve">[01:02] </w:t>
      </w:r>
      <w:r>
        <w:t>pope benedict ka woh statement jo sare media mein aaya hai.</w:t>
      </w:r>
    </w:p>
    <w:p>
      <w:pPr>
        <w:jc w:val="right"/>
      </w:pPr>
      <w:r>
        <w:t>پوپ بینڈٹ کا وہ اسٹیٹمنٹ جو سارے میڈیا میں آیا ہے۔</w:t>
      </w:r>
    </w:p>
    <w:p>
      <w:r>
        <w:rPr>
          <w:b/>
        </w:rPr>
        <w:t xml:space="preserve">[01:14] </w:t>
      </w:r>
      <w:r>
        <w:t>aap jante hain ke unhon ne germany mein ek speech di, woh media mein aai aur har jagah is ka charcha ho gaya.</w:t>
      </w:r>
    </w:p>
    <w:p>
      <w:pPr>
        <w:jc w:val="right"/>
      </w:pPr>
      <w:r>
        <w:t>آپ جانتے ہیں کہ انہوں نے جرمنی میں ایک اسپیچ دی، وہ میڈیا میں آئی اور ہر جگہ اس کا چرچا ہو گیا۔</w:t>
      </w:r>
    </w:p>
    <w:p>
      <w:r>
        <w:rPr>
          <w:b/>
        </w:rPr>
        <w:t xml:space="preserve">[01:32] </w:t>
      </w:r>
      <w:r>
        <w:t>media mein jo news aai hai, is se lagta hai ke woh koi anti islamic speech thi.</w:t>
      </w:r>
    </w:p>
    <w:p>
      <w:pPr>
        <w:jc w:val="right"/>
      </w:pPr>
      <w:r>
        <w:t>میڈیا میں جو نیوز آئی ہے، اس سے لگتا ہے کہ وہ کوئی اینٹی اسلامک اسپیچ تھی۔</w:t>
      </w:r>
    </w:p>
    <w:p>
      <w:r>
        <w:rPr>
          <w:b/>
        </w:rPr>
        <w:t xml:space="preserve">[01:43] </w:t>
      </w:r>
      <w:r>
        <w:t>halankey aisa kehna mushkil hai. yeh sahi hai ke is mein kuch anti islamic references hain, lekin poori speech jo hai, us ko aap nahi keh sakte ke woh islam ke khilaf bolna hi un ka topic tha.</w:t>
      </w:r>
    </w:p>
    <w:p>
      <w:pPr>
        <w:jc w:val="right"/>
      </w:pPr>
      <w:r>
        <w:t>حالانکہ ایسا کہنا مشکل ہے۔ یہ صحیح ہے کہ اس میں کچھ اینٹی اسلامک ریفرنسز ہیں، لیکن پوری اسپیچ جو ہے، اس کو آپ نہیں کہہ سکتے کہ وہ اسلام کے خلاف بولنا ہی ان کا ٹاپک تھا۔</w:t>
      </w:r>
    </w:p>
    <w:p>
      <w:r>
        <w:rPr>
          <w:b/>
        </w:rPr>
        <w:t xml:space="preserve">[02:05] </w:t>
      </w:r>
      <w:r>
        <w:t>media mein to zahir hai ke yeh news bohat hi short mein aai hai, lekin maine is ko</w:t>
      </w:r>
    </w:p>
    <w:p>
      <w:pPr>
        <w:jc w:val="right"/>
      </w:pPr>
      <w:r>
        <w:t>میڈیا میں تو ظاہر ہے کہ یہ نیوز بہت ہی شارٹ میں آئی ہے، لیکن میں نے اس کو</w:t>
      </w:r>
    </w:p>
    <w:p>
      <w:r>
        <w:rPr>
          <w:b/>
        </w:rPr>
        <w:t xml:space="preserve">[02:15] </w:t>
      </w:r>
      <w:r>
        <w:t>internet se niklwaya, is ka text, full text. to is ka jo full text hai, woh seven pages par aaya hai.</w:t>
      </w:r>
    </w:p>
    <w:p>
      <w:pPr>
        <w:jc w:val="right"/>
      </w:pPr>
      <w:r>
        <w:t>انٹرنیٹ سے نکلوایا، اس کا ٹیکسٹ، فل ٹیکسٹ۔ تو اس کا جو فل ٹیکسٹ ہے، وہ سیون پیجز پر آیا ہے۔</w:t>
      </w:r>
    </w:p>
    <w:p>
      <w:r>
        <w:rPr>
          <w:b/>
        </w:rPr>
        <w:t xml:space="preserve">[02:30] </w:t>
      </w:r>
      <w:r>
        <w:t>is se maloom hua ke jo topic tha pope ka, woh tha faith and reason.</w:t>
      </w:r>
    </w:p>
    <w:p>
      <w:pPr>
        <w:jc w:val="right"/>
      </w:pPr>
      <w:r>
        <w:t>اس سے معلوم ہوا کہ جو ٹاپک تھا پوپ کا، وہ تھا فیتھ اینڈ ریزن۔</w:t>
      </w:r>
    </w:p>
    <w:p>
      <w:r>
        <w:rPr>
          <w:b/>
        </w:rPr>
        <w:t xml:space="preserve">[02:40] </w:t>
      </w:r>
      <w:r>
        <w:t>faith and reason. basically woh jis cheez ko deal kar rahe the, woh yeh baat thi ke is zamane mein aadmi rational way mein sochta hai.</w:t>
      </w:r>
    </w:p>
    <w:p>
      <w:pPr>
        <w:jc w:val="right"/>
      </w:pPr>
      <w:r>
        <w:t>فیتھ اینڈ ریزن۔ بیسکلی وہ جس چیز کو ڈیل کر رہے تھے، وہ یہ بات تھی کہ اس زمانے میں آدمی ریشنل وے میں سوچتا ہے۔</w:t>
      </w:r>
    </w:p>
    <w:p>
      <w:r>
        <w:rPr>
          <w:b/>
        </w:rPr>
        <w:t xml:space="preserve">[03:01] </w:t>
      </w:r>
      <w:r>
        <w:t>to aaj mazhab logon ke liye isi waqt effective hoga jab ke mazhab ko</w:t>
      </w:r>
    </w:p>
    <w:p>
      <w:pPr>
        <w:jc w:val="right"/>
      </w:pPr>
      <w:r>
        <w:t>تو آج مذہب لوگوں کے لیے اسی وقت ایفیکٹیو ہوگا جب کہ مذہب کو</w:t>
      </w:r>
    </w:p>
    <w:p>
      <w:r>
        <w:rPr>
          <w:b/>
        </w:rPr>
        <w:t xml:space="preserve">[03:13] </w:t>
      </w:r>
      <w:r>
        <w:t>rational way mein pesh kiya jaye. yahan tak ke unhon ne yeh baat bhi kahi jo main is se pehle keh chuka hoon ke aaj kal ke zamane mein logon mein jo mazhab se doori paida hui hai,</w:t>
      </w:r>
    </w:p>
    <w:p>
      <w:pPr>
        <w:jc w:val="right"/>
      </w:pPr>
      <w:r>
        <w:t>ریشنل وے میں پیش کیا جائے۔ یہاں تک کہ انہوں نے یہ بات بھی کہی جو میں اس سے پہلے کہہ چکا ہوں کہ آج کل کے زمانے میں لوگوں میں جو مذہب سے دوری پیدا ہوئی ہے،</w:t>
      </w:r>
    </w:p>
    <w:p>
      <w:r>
        <w:rPr>
          <w:b/>
        </w:rPr>
        <w:t xml:space="preserve">[03:31] </w:t>
      </w:r>
      <w:r>
        <w:t>to is ka sabab kya hai? is ka sabab yeh nahi hai ke khud mazhab aisi cheez hai jis mein logon ke liye appeal na ho.</w:t>
      </w:r>
    </w:p>
    <w:p>
      <w:pPr>
        <w:jc w:val="right"/>
      </w:pPr>
      <w:r>
        <w:t>تو اس کا سبب کیا ہے؟ اس کا سبب یہ نہیں ہے کہ خود مذہب ایسی چیز ہے جس میں لوگوں کے لیے اپیل نہ ہو۔</w:t>
      </w:r>
    </w:p>
    <w:p>
      <w:r>
        <w:rPr>
          <w:b/>
        </w:rPr>
        <w:t xml:space="preserve">[03:42] </w:t>
      </w:r>
      <w:r>
        <w:t>asal cheez yeh hai ke</w:t>
      </w:r>
    </w:p>
    <w:p>
      <w:pPr>
        <w:jc w:val="right"/>
      </w:pPr>
      <w:r>
        <w:t>اصل چیز یہ ہے کہ</w:t>
      </w:r>
    </w:p>
    <w:p>
      <w:r>
        <w:rPr>
          <w:b/>
        </w:rPr>
        <w:t xml:space="preserve">[03:49] </w:t>
      </w:r>
      <w:r>
        <w:t>aaj ka jo aaj ki jo soch hai,</w:t>
      </w:r>
    </w:p>
    <w:p>
      <w:pPr>
        <w:jc w:val="right"/>
      </w:pPr>
      <w:r>
        <w:t>آج کا جو آج کی جو سوچ ہے،</w:t>
      </w:r>
    </w:p>
    <w:p>
      <w:r>
        <w:rPr>
          <w:b/>
        </w:rPr>
        <w:t xml:space="preserve">[03:56] </w:t>
      </w:r>
      <w:r>
        <w:t>aaj ka jo idiom hai, is mein religion ko pesh nahi kiya gaya. yeh baat main bhi kehta raha hoon, is mein bhi yeh baat aai hai.</w:t>
      </w:r>
    </w:p>
    <w:p>
      <w:pPr>
        <w:jc w:val="right"/>
      </w:pPr>
      <w:r>
        <w:t>آج کا جو ایڈیم ہے، اس میں ریلیجن کو پیش نہیں کیا گیا۔ یہ بات میں بھی کہتا رہا ہوں، اس میں بھی یہ بات آئی ہے۔</w:t>
      </w:r>
    </w:p>
    <w:p>
      <w:r>
        <w:rPr>
          <w:b/>
        </w:rPr>
        <w:t xml:space="preserve">[04:10] </w:t>
      </w:r>
      <w:r>
        <w:t>to jis andaaz se,</w:t>
      </w:r>
    </w:p>
    <w:p>
      <w:pPr>
        <w:jc w:val="right"/>
      </w:pPr>
      <w:r>
        <w:t>تو جس انداز سے،</w:t>
      </w:r>
    </w:p>
    <w:p>
      <w:r>
        <w:rPr>
          <w:b/>
        </w:rPr>
        <w:t xml:space="preserve">[04:17] </w:t>
      </w:r>
      <w:r>
        <w:t>jis traditional andaaz se log mazhab ko pesh karte aa rahe hain, woh aaj ke aaj ke mind ko address nahi karta.</w:t>
      </w:r>
    </w:p>
    <w:p>
      <w:pPr>
        <w:jc w:val="right"/>
      </w:pPr>
      <w:r>
        <w:t>جس ٹریڈیشنل انداز سے لوگ مذہب کو پیش کرتے آ رہے ہیں، وہ آج کے آج کے مائنڈ کو ایڈریس نہیں کرتا۔</w:t>
      </w:r>
    </w:p>
    <w:p>
      <w:r>
        <w:rPr>
          <w:b/>
        </w:rPr>
        <w:t xml:space="preserve">[04:35] </w:t>
      </w:r>
      <w:r>
        <w:t>to unhon ne yeh baat kahi, main samajhta hoon ke yeh bohat important baat hai. yeh christian ke liye bhi hai, muslims ke liye bhi hai, aur har religion ke liye hai.</w:t>
      </w:r>
    </w:p>
    <w:p>
      <w:pPr>
        <w:jc w:val="right"/>
      </w:pPr>
      <w:r>
        <w:t>تو انہوں نے یہ بات کہی، میں سمجھتا ہوں کہ یہ بہت امپورٹنٹ بات ہے۔ یہ کرسچن کے لیے بھی ہے، مسلمز کے لیے بھی ہے، اور ہر ریلیجن کے لیے ہے۔</w:t>
      </w:r>
    </w:p>
    <w:p>
      <w:r>
        <w:rPr>
          <w:b/>
        </w:rPr>
        <w:t xml:space="preserve">[04:48] </w:t>
      </w:r>
      <w:r>
        <w:t>lekin isi ke sath unhon ne speech ke taqreeban shuru hi mein ek aisi baat keh di jo controversial ban gai.</w:t>
      </w:r>
    </w:p>
    <w:p>
      <w:pPr>
        <w:jc w:val="right"/>
      </w:pPr>
      <w:r>
        <w:t>لیکن اسی کے ساتھ انہوں نے اسپیچ کے تقریباً شروع ہی میں ایک ایسی بات کہہ دی جو کنٹروورشل بن گئی۔</w:t>
      </w:r>
    </w:p>
    <w:p>
      <w:r>
        <w:rPr>
          <w:b/>
        </w:rPr>
        <w:t xml:space="preserve">[05:00] </w:t>
      </w:r>
      <w:r>
        <w:t>chhe sau saal pehle ek european king, ek christian king guzra hai, to us ne</w:t>
      </w:r>
    </w:p>
    <w:p>
      <w:pPr>
        <w:jc w:val="right"/>
      </w:pPr>
      <w:r>
        <w:t>چھ سو سال پہلے ایک یورپین کنگ، ایک کرسچن کنگ گزرا ہے، تو اس نے</w:t>
      </w:r>
    </w:p>
    <w:p>
      <w:r>
        <w:rPr>
          <w:b/>
        </w:rPr>
        <w:t xml:space="preserve">[05:14] </w:t>
      </w:r>
      <w:r>
        <w:t>kisi mauqa par kaha tha ke</w:t>
      </w:r>
    </w:p>
    <w:p>
      <w:pPr>
        <w:jc w:val="right"/>
      </w:pPr>
      <w:r>
        <w:t>کسی موقع پر کہا تھا کہ</w:t>
      </w:r>
    </w:p>
    <w:p>
      <w:r>
        <w:rPr>
          <w:b/>
        </w:rPr>
        <w:t xml:space="preserve">[05:21] </w:t>
      </w:r>
      <w:r>
        <w:t>islam ne koi nai cheez pesh nahi ki hai.</w:t>
      </w:r>
    </w:p>
    <w:p>
      <w:pPr>
        <w:jc w:val="right"/>
      </w:pPr>
      <w:r>
        <w:t>اسلام نے کوئی نئی چیز پیش نہیں کی۔</w:t>
      </w:r>
    </w:p>
    <w:p>
      <w:r>
        <w:rPr>
          <w:b/>
        </w:rPr>
        <w:t xml:space="preserve">[05:28] </w:t>
      </w:r>
      <w:r>
        <w:t>jo cheez pesh ki hai islam ne, woh evil hai aur inhuman hai. phir unhon ne kaha ke muhammad commanded his followers,</w:t>
      </w:r>
    </w:p>
    <w:p>
      <w:pPr>
        <w:jc w:val="right"/>
      </w:pPr>
      <w:r>
        <w:t>جو چیز پیش کی ہے اسلام نے، وہ ایول ہے اور ان ہیومن ہے۔ پھر انہوں نے کہا کہ محمد کمانڈڈ ہز فالوورز،</w:t>
      </w:r>
    </w:p>
    <w:p>
      <w:r>
        <w:rPr>
          <w:b/>
        </w:rPr>
        <w:t xml:space="preserve">[05:42] </w:t>
      </w:r>
      <w:r>
        <w:t>we spread islam by the power of sword. yeh unhon ne kaha. agarchay yeh aik casual reference hai bazahir, lekin zahir hai ke yeh provocative hai aur yeh sahi nahi hai.</w:t>
      </w:r>
    </w:p>
    <w:p>
      <w:pPr>
        <w:jc w:val="right"/>
      </w:pPr>
      <w:r>
        <w:t>وی سپریڈ اسلام بائی دا پاور آف سورڈ۔ یہ انہوں نے کہا۔ اگرچہ یہ ایک کیژول ریفرنس ہے بظاہر، لیکن ظاہر ہے کہ یہ پرووکیٹیو ہے اور یہ صحیح نہیں ہے۔</w:t>
      </w:r>
    </w:p>
    <w:p>
      <w:r>
        <w:rPr>
          <w:b/>
        </w:rPr>
        <w:t xml:space="preserve">[06:01] </w:t>
      </w:r>
      <w:r>
        <w:t>to is ko le kar ke jagah jagah log ghussa ho rahe hain aur demonstration ho rahe hain, jaisa ke aap jante hain.</w:t>
      </w:r>
    </w:p>
    <w:p>
      <w:pPr>
        <w:jc w:val="right"/>
      </w:pPr>
      <w:r>
        <w:t>تو اس کو لے کر کے جگہ جگہ لوگ غصہ ہو رہے ہیں اور ڈیمونسٹریشن ہو رہے ہیں، جیسا کہ آپ جانتے ہیں۔</w:t>
      </w:r>
    </w:p>
    <w:p>
      <w:r>
        <w:rPr>
          <w:b/>
        </w:rPr>
        <w:t xml:space="preserve">[06:12] </w:t>
      </w:r>
      <w:r>
        <w:t>to main is ke baray mein aur is se related cheezon hain, is ke baray mein kuch kehna chahunga.</w:t>
      </w:r>
    </w:p>
    <w:p>
      <w:pPr>
        <w:jc w:val="right"/>
      </w:pPr>
      <w:r>
        <w:t>تو میں اس کے بارے میں اور اس سے جو ریلیٹڈ چیزیں ہیں، اس کے بارے میں کچھ کہنا چاہوں گا۔</w:t>
      </w:r>
    </w:p>
    <w:p>
      <w:r>
        <w:rPr>
          <w:b/>
        </w:rPr>
        <w:t xml:space="preserve">[06:27] </w:t>
      </w:r>
      <w:r>
        <w:t>sab se pehli baat jo main kehna chahunga, woh yeh hai ke first of all, you have to know what is the creation plan of god.</w:t>
      </w:r>
    </w:p>
    <w:p>
      <w:pPr>
        <w:jc w:val="right"/>
      </w:pPr>
      <w:r>
        <w:t>سب سے پہلی بات جو میں کہنا چاہوں گا، وہ یہ ہے کہ فرسٹ آف آل، یو ہیو ٹو نو واٹ از دا کریشن پلان آف گاڈ۔</w:t>
      </w:r>
    </w:p>
    <w:p>
      <w:r>
        <w:rPr>
          <w:b/>
        </w:rPr>
        <w:t xml:space="preserve">[06:40] </w:t>
      </w:r>
      <w:r>
        <w:t>yani jis dunya mein aap hain, woh zahir hai ke aap ne nahi banai hai, is ko khuda ne banaya hai.</w:t>
      </w:r>
    </w:p>
    <w:p>
      <w:pPr>
        <w:jc w:val="right"/>
      </w:pPr>
      <w:r>
        <w:t>یعنی جس دنیا میں آپ ہیں، وہ ظاہر ہے کہ آپ نے نہیں بنائی ہے، اس کو خدا نے بنایا ہے۔</w:t>
      </w:r>
    </w:p>
    <w:p>
      <w:r>
        <w:rPr>
          <w:b/>
        </w:rPr>
        <w:t xml:space="preserve">[06:52] </w:t>
      </w:r>
      <w:r>
        <w:t>hum se rai liye bana banaya hai, koi hum se discuss kar ke khuda ne nahi banaya hai is ko. to humein janna paray ga ke jis dunya mein, jis khuda ki banai hui dunya mein hum apne aap ko paate hain, woh kya hai ta ke hum is ke sath adjust kar saken.</w:t>
      </w:r>
    </w:p>
    <w:p>
      <w:pPr>
        <w:jc w:val="right"/>
      </w:pPr>
      <w:r>
        <w:t>ہم سے رائے لیے بنا بنایا ہے، کوئی ہم سے ڈسکس کر کے خدا نے نہیں بنایا ہے اس کو۔ تو ہمیں جاننا پڑے گا کہ جس دنیا میں، جس خدا کی بنائی ہوئی دنیا میں ہم اپنے آپ کو پاتے ہیں، وہ کیا ہے تاکہ ہم اس کے ساتھ ایڈجسٹ کر سکیں۔</w:t>
      </w:r>
    </w:p>
    <w:p>
      <w:r>
        <w:rPr>
          <w:b/>
        </w:rPr>
        <w:t xml:space="preserve">[07:18] </w:t>
      </w:r>
      <w:r>
        <w:t>dekhen, quran mein aik se ziyada jagah par yeh baat aai hai ke jab allah taala ne, yani insan ko zameen par basaya,</w:t>
      </w:r>
    </w:p>
    <w:p>
      <w:pPr>
        <w:jc w:val="right"/>
      </w:pPr>
      <w:r>
        <w:t>دیکھیں، قرآن میں ایک سے زیادہ جگہ پر یہ بات آئی ہے کہ جب اللہ تعالیٰ نے، یعنی انسان کو زمین پر بسایا،</w:t>
      </w:r>
    </w:p>
    <w:p>
      <w:r>
        <w:rPr>
          <w:b/>
        </w:rPr>
        <w:t xml:space="preserve">[07:36] </w:t>
      </w:r>
      <w:r>
        <w:t>to aap ne to is se kaha ke tum zameen par baso aur ba'azukum li ba'azin 'aduwwun aur tum aik doosre ke dushman ho gaye.</w:t>
      </w:r>
    </w:p>
    <w:p>
      <w:pPr>
        <w:jc w:val="right"/>
      </w:pPr>
      <w:r>
        <w:t>تو آپ نے تو اس سے کہا کہ تم زمین پر بسو اور بعضکم لبعض عدو اور تم ایک دوسرے کے دشمن ہو گئے۔</w:t>
      </w:r>
    </w:p>
    <w:p>
      <w:r>
        <w:rPr>
          <w:b/>
        </w:rPr>
        <w:t xml:space="preserve">[07:51] </w:t>
      </w:r>
      <w:r>
        <w:t>ab ghor kijiye ke yeh khud creation plan hi mein shamil hai khuda ke ke logon mein dushmniyan hon.</w:t>
      </w:r>
    </w:p>
    <w:p>
      <w:pPr>
        <w:jc w:val="right"/>
      </w:pPr>
      <w:r>
        <w:t>اب غور کیجئے کہ یہ خود کریشن پلان ہی میں شامل ہے خدا کے کہ لوگوں میں دشمنیاں ہوں۔</w:t>
      </w:r>
    </w:p>
    <w:p>
      <w:r>
        <w:rPr>
          <w:b/>
        </w:rPr>
        <w:t xml:space="preserve">[08:01] </w:t>
      </w:r>
      <w:r>
        <w:t>ab kya karen ge jab creation planning mein yeh baat ho ke phool ke sath kanta rahe ga to aap kya karen ge?</w:t>
      </w:r>
    </w:p>
    <w:p>
      <w:pPr>
        <w:jc w:val="right"/>
      </w:pPr>
      <w:r>
        <w:t>اب کیا کریں گے جب کریشن پلاننگ میں یہ بات ہو کہ پھول کے ساتھ کانٹا رہے گا تو آپ کیا کریں گے؟</w:t>
      </w:r>
    </w:p>
    <w:p>
      <w:r>
        <w:rPr>
          <w:b/>
        </w:rPr>
        <w:t xml:space="preserve">[08:13] </w:t>
      </w:r>
      <w:r>
        <w:t>to ba'azukum li ba'azin 'aduwwun ke tum jis dunya mein, tum ko jis dunya mein basaya gaya hai, wahan tumhara sabqa</w:t>
      </w:r>
    </w:p>
    <w:p>
      <w:pPr>
        <w:jc w:val="right"/>
      </w:pPr>
      <w:r>
        <w:t>تو بعضکم لبعض عدو کہ تم جس دنیا میں، تم کو جس دنیا میں بسایا گیا ہے، وہاں تمہارا سابقہ</w:t>
      </w:r>
    </w:p>
    <w:p>
      <w:r>
        <w:rPr>
          <w:b/>
        </w:rPr>
        <w:t xml:space="preserve">[08:28] </w:t>
      </w:r>
      <w:r>
        <w:t>apne dushmano se pesh aaye ga. dekhen, dushmani ka matlab kya hai? dushmani ka matlab yeh hai jahan tak maine samjha hai ke zindagi ko khuda ne banaya competition based.</w:t>
      </w:r>
    </w:p>
    <w:p>
      <w:pPr>
        <w:jc w:val="right"/>
      </w:pPr>
      <w:r>
        <w:t>اپنے دشمنوں سے پیش آئے گا۔ دیکھیں، دشمنی کا مطلب کیا ہے؟ دشمنی کا مطلب یہ ہے جہاں تک میں نے سمجھا ہے کہ زندگی کو خدا نے بنایا کمپیٹیشن بیسڈ۔</w:t>
      </w:r>
    </w:p>
    <w:p>
      <w:r>
        <w:rPr>
          <w:b/>
        </w:rPr>
        <w:t xml:space="preserve">[08:47] </w:t>
      </w:r>
      <w:r>
        <w:t>yahan par jo activities hain, woh competition based hain.</w:t>
      </w:r>
    </w:p>
    <w:p>
      <w:pPr>
        <w:jc w:val="right"/>
      </w:pPr>
      <w:r>
        <w:t>یہاں پر جو ایکٹیویٹیز ہیں، وہ کمپیٹیشن بیسڈ ہیں۔</w:t>
      </w:r>
    </w:p>
    <w:p>
      <w:r>
        <w:rPr>
          <w:b/>
        </w:rPr>
        <w:t xml:space="preserve">[08:54] </w:t>
      </w:r>
      <w:r>
        <w:t>yani nature is tarah se hai, nature ka jo law hai, jo khuda ne jo is dunya mein jo system banaya hai, woh is tarah se hai ke logon ke darmiyan competition paida hota hai,</w:t>
      </w:r>
    </w:p>
    <w:p>
      <w:pPr>
        <w:jc w:val="right"/>
      </w:pPr>
      <w:r>
        <w:t>یعنی نیچر اس طرح سے ہے، نیچر کا جو لاء ہے، جو خدا نے جو اس دنیا میں جو سسٹم بنایا ہے، وہ اس طرح سے ہے کہ لوگوں کے درمیان کمپیٹیشن پیدا ہوتا ہے،</w:t>
      </w:r>
    </w:p>
    <w:p>
      <w:r>
        <w:rPr>
          <w:b/>
        </w:rPr>
        <w:t xml:space="preserve">[09:07] </w:t>
      </w:r>
      <w:r>
        <w:t>musabqat paida hoti hai, challenge paida hote hain. yahi challenge barhte barhte kabhi dushmani ban jate hain.</w:t>
      </w:r>
    </w:p>
    <w:p>
      <w:pPr>
        <w:jc w:val="right"/>
      </w:pPr>
      <w:r>
        <w:t>مسابقت پیدا ہوتی ہے، چیلنج پیدا ہوتے ہیں۔ یہی چیلنج بڑھتے بڑھتے کبھی دشمنی بن جاتے ہیں۔</w:t>
      </w:r>
    </w:p>
    <w:p>
      <w:r>
        <w:rPr>
          <w:b/>
        </w:rPr>
        <w:t xml:space="preserve">[09:19] </w:t>
      </w:r>
      <w:r>
        <w:t>to quran mein jo kaha gaya ke tum aik doosre ke dushman ho gaye, woh aakhri ma'ano mein hai. aakhri ma'ano mein yani tum logon mein challenges paida hon ge, tum logon ke darmiyan jo barh kar ke dushmani tak pohnch jayen ge.</w:t>
      </w:r>
    </w:p>
    <w:p>
      <w:pPr>
        <w:jc w:val="right"/>
      </w:pPr>
      <w:r>
        <w:t>تو قرآن میں جو کہا گیا کہ تم ایک دوسرے کے دشمن ہو گئے، وہ آخری معنی میں ہے۔ آخری معنی میں یعنی تم لوگوں میں چیلنجز پیدا ہوں گے، تم لوگوں کے درمیان جو بڑھ کر کے دشمنی تک پہنچ جائیں گے۔</w:t>
      </w:r>
    </w:p>
    <w:p>
      <w:r>
        <w:rPr>
          <w:b/>
        </w:rPr>
        <w:t xml:space="preserve">[09:40] </w:t>
      </w:r>
      <w:r>
        <w:t>isi liye hazrat maseeh ne, jo hamare nazdeek khuda ke sachay prophet the, yeh kaha tha ke "love your enemy".</w:t>
      </w:r>
    </w:p>
    <w:p>
      <w:pPr>
        <w:jc w:val="right"/>
      </w:pPr>
      <w:r>
        <w:t>اسی لیے حضرت مسیح نے، جو ہمارے نزدیک خدا کے سچے پرافٹ تھے، یہ کہا تھا کہ "لو یور اینمی"۔</w:t>
      </w:r>
    </w:p>
    <w:p>
      <w:r>
        <w:rPr>
          <w:b/>
        </w:rPr>
        <w:t xml:space="preserve">[09:51] </w:t>
      </w:r>
      <w:r>
        <w:t>is ka matlab kya tha? is ka matlab yeh tha ke dunya mein khuda ke creation plan ke mutabiq tum ko jab dushmano se sabqa pesh aaye to yeh na samajh lo ke yeh bas dushman hain, inhein marna kaatna hai,</w:t>
      </w:r>
    </w:p>
    <w:p>
      <w:pPr>
        <w:jc w:val="right"/>
      </w:pPr>
      <w:r>
        <w:t>اس کا مطلب کیا تھا؟ اس کا مطلب یہ تھا کہ دنیا میں خدا کے کریشن پلان کے مطابق تم کو جب دشمنوں سے سابقہ پیش آئے تو یہ نہ سمجھ لو کہ یہ بس دشمن ہیں، انہیں مارنا کاٹنا ہے،</w:t>
      </w:r>
    </w:p>
    <w:p>
      <w:r>
        <w:rPr>
          <w:b/>
        </w:rPr>
        <w:t xml:space="preserve">[10:13] </w:t>
      </w:r>
      <w:r>
        <w:t>balkay tum ko chahiye ke in se normal taluq qaim karo. "love your enemy" ka matlab hai dushmano se normal relationship qaim karo, kyunke is ke baghair tum dunya mein apna kaam smoothly kar nahi sakte.</w:t>
      </w:r>
    </w:p>
    <w:p>
      <w:pPr>
        <w:jc w:val="right"/>
      </w:pPr>
      <w:r>
        <w:t>بلکہ تم کو چاہیے کہ ان سے نارمل تعلق قائم کرو۔ "لو یور اینمی" کا مطلب ہے دشمنوں سے نارمل ریلیشن شپ قائم کرو، کیونکہ اس کے بغیر تم دنیا میں اپنا کام سموتھلی کر نہیں سکتے۔</w:t>
      </w:r>
    </w:p>
    <w:p>
      <w:r>
        <w:rPr>
          <w:b/>
        </w:rPr>
        <w:t xml:space="preserve">[10:35] </w:t>
      </w:r>
      <w:r>
        <w:t>yeh bohat bari teaching thi aur yahi islam mein bhi hai. quran mein hai ke "faddh alladhi bainaka wa bainahu 'aduwwun kaana waliyyan hameem".</w:t>
      </w:r>
    </w:p>
    <w:p>
      <w:pPr>
        <w:jc w:val="right"/>
      </w:pPr>
      <w:r>
        <w:t>یہ بہت بڑی ٹیچنگ تھی اور یہی اسلام میں بھی ہے۔ قرآن میں ہے کہ "فید الذی بینکون عداوہ کان ولی حمیم"۔</w:t>
      </w:r>
    </w:p>
    <w:p>
      <w:r>
        <w:rPr>
          <w:b/>
        </w:rPr>
        <w:t xml:space="preserve">[10:48] </w:t>
      </w:r>
      <w:r>
        <w:t>yani agar tum ko sabqa pesh aa jaye aisay logon se jo tum ko dushman dikhai dete hon to un ke sath tum acha sulook karo,</w:t>
      </w:r>
    </w:p>
    <w:p>
      <w:pPr>
        <w:jc w:val="right"/>
      </w:pPr>
      <w:r>
        <w:t>یعنی اگر تم کو سابقہ پیش آ جائے ایسے لوگوں سے جو تم کو دشمن دکھائی دیتے ہوں تو ان کے ساتھ تم اچھا سلوک کرو،</w:t>
      </w:r>
    </w:p>
    <w:p>
      <w:r>
        <w:rPr>
          <w:b/>
        </w:rPr>
        <w:t xml:space="preserve">[11:03] </w:t>
      </w:r>
      <w:r>
        <w:t>un ke buray sulook ke jawab mein acha sulook. yeh kaisi ajeeb baat hai?</w:t>
      </w:r>
    </w:p>
    <w:p>
      <w:pPr>
        <w:jc w:val="right"/>
      </w:pPr>
      <w:r>
        <w:t>ان کے برے سلوک کے جواب میں اچھا سلوک۔ یہ کیسی عجیب بات ہے؟</w:t>
      </w:r>
    </w:p>
    <w:p>
      <w:r>
        <w:rPr>
          <w:b/>
        </w:rPr>
        <w:t xml:space="preserve">[11:15] </w:t>
      </w:r>
      <w:r>
        <w:t>un ke bure suluk ke jawab mein acha suluk karo to kya hoga? jo tum ko dushman dikhai deta tha, woh tumhara dost ban jayega.</w:t>
      </w:r>
    </w:p>
    <w:p>
      <w:pPr>
        <w:jc w:val="right"/>
      </w:pPr>
      <w:r>
        <w:t>ان کے برے سلوک کے جواب میں اچھا سلوک کرو تو کیا ہوگا؟ جو تم کو دشمن دکھائی دیتا تھا، وہ تمہارا دوست بن جائے گا۔</w:t>
      </w:r>
    </w:p>
    <w:p>
      <w:r>
        <w:rPr>
          <w:b/>
        </w:rPr>
        <w:t xml:space="preserve">[11:29] </w:t>
      </w:r>
      <w:r>
        <w:t>is ka matlab kya hua? ke "every enemy is your potential friend". so you have to turn this potential into actual.</w:t>
      </w:r>
    </w:p>
    <w:p>
      <w:pPr>
        <w:jc w:val="right"/>
      </w:pPr>
      <w:r>
        <w:t>اس کا مطلب کیا ہوا؟ کہ "ایوری اینمی از یور پوٹینشل فرینڈ"۔ سو یو ہیو ٹو ٹرن دس پوٹینشل انٹو ایکچول۔</w:t>
      </w:r>
    </w:p>
    <w:p>
      <w:r>
        <w:rPr>
          <w:b/>
        </w:rPr>
        <w:t xml:space="preserve">[11:46] </w:t>
      </w:r>
      <w:r>
        <w:t>yeh hai Khuda ka creation plan. to aap kya karenge? kya aap Khuda se lad sakte hain?</w:t>
      </w:r>
    </w:p>
    <w:p>
      <w:pPr>
        <w:jc w:val="right"/>
      </w:pPr>
      <w:r>
        <w:t>یہ ہے خدا کا کریشن پلان۔ تو آپ کیا کریں گے؟ کیا آپ خدا سے لڑ سکتے ہیں؟</w:t>
      </w:r>
    </w:p>
    <w:p>
      <w:r>
        <w:rPr>
          <w:b/>
        </w:rPr>
        <w:t xml:space="preserve">[11:58] </w:t>
      </w:r>
      <w:r>
        <w:t>aap Khuda se lad sakte hain? agar aap ek aisi duniya mein jeena chahein jahan adawaten na hon to is ka matlab yeh hai ke aap Khuda ke creation plan ko ultana chahte hain.</w:t>
      </w:r>
    </w:p>
    <w:p>
      <w:pPr>
        <w:jc w:val="right"/>
      </w:pPr>
      <w:r>
        <w:t>آپ خدا سے لڑ سکتے ہیں؟ اگر آپ ایک ایسی دنیا میں جینا چاہیں جہاں عداوتیں نہ ہوں تو اس کا مطلب یہ ہے کہ آپ خدا کے کریشن پلان کو الٹنا چاہتے ہیں۔</w:t>
      </w:r>
    </w:p>
    <w:p>
      <w:r>
        <w:rPr>
          <w:b/>
        </w:rPr>
        <w:t xml:space="preserve">[12:13] </w:t>
      </w:r>
      <w:r>
        <w:t>kaise ultayenge aap? kya aap ke paas power hai? Quran mein hai ke "walsar al insaan fi khusr".</w:t>
      </w:r>
    </w:p>
    <w:p>
      <w:pPr>
        <w:jc w:val="right"/>
      </w:pPr>
      <w:r>
        <w:t>کیسے الٹیں گے آپ؟ کیا آپ کے پاس پاور ہے؟ قرآن میں ہے کہ "ولسر ان الانسان فی خسر"۔</w:t>
      </w:r>
    </w:p>
    <w:p>
      <w:r>
        <w:rPr>
          <w:b/>
        </w:rPr>
        <w:t xml:space="preserve">[12:24] </w:t>
      </w:r>
      <w:r>
        <w:t>history is a witness that man is in loss. goya loss hamara maqdar hai.</w:t>
      </w:r>
    </w:p>
    <w:p>
      <w:pPr>
        <w:jc w:val="right"/>
      </w:pPr>
      <w:r>
        <w:t>ہسٹری از ا وٹنس دیٹ مین از ان لاس۔ گویا لاس ہمارا مقدر ہے۔</w:t>
      </w:r>
    </w:p>
    <w:p>
      <w:r>
        <w:rPr>
          <w:b/>
        </w:rPr>
        <w:t xml:space="preserve">[12:35] </w:t>
      </w:r>
      <w:r>
        <w:t>illa allazi aamano amilus salihat. is ke baad loss rule hai aur</w:t>
      </w:r>
    </w:p>
    <w:p>
      <w:pPr>
        <w:jc w:val="right"/>
      </w:pPr>
      <w:r>
        <w:t>الا الذی نام عمل الصالحات۔ اس کے بعد لاس رول ہے اور</w:t>
      </w:r>
    </w:p>
    <w:p>
      <w:r>
        <w:rPr>
          <w:b/>
        </w:rPr>
        <w:t xml:space="preserve">[12:43] </w:t>
      </w:r>
      <w:r>
        <w:t>aur kamyab zindagi exception hai. kaisi ajeeb baat hai yeh? yani Quran ki ek surah hai "walasr", us mein yeh baat kahi gayi hai ke "history is a witness that man is loss".</w:t>
      </w:r>
    </w:p>
    <w:p>
      <w:pPr>
        <w:jc w:val="right"/>
      </w:pPr>
      <w:r>
        <w:t>اور کامیاب زندگی ایکسیپشن ہے۔ کیسی عجیب بات ہے یہ؟ یعنی قرآن کی ایک سورہ ہے "والعصر"، اس میں یہ بات کہی گئی ہے کہ "ہسٹری از ا وٹنس دیٹ مین از لاس"۔</w:t>
      </w:r>
    </w:p>
    <w:p>
      <w:r>
        <w:rPr>
          <w:b/>
        </w:rPr>
        <w:t xml:space="preserve">[12:58] </w:t>
      </w:r>
      <w:r>
        <w:t>except those who accept those who are true believers in God.</w:t>
      </w:r>
    </w:p>
    <w:p>
      <w:pPr>
        <w:jc w:val="right"/>
      </w:pPr>
      <w:r>
        <w:t>ایکسیپٹ دوز جو ایکسیپٹ دوز ہو آر ٹرو بیلیورز ان گاڈ۔</w:t>
      </w:r>
    </w:p>
    <w:p>
      <w:r>
        <w:rPr>
          <w:b/>
        </w:rPr>
        <w:t xml:space="preserve">[13:09] </w:t>
      </w:r>
      <w:r>
        <w:t>is mein kya nikla? bataiye ke is duniya mein loss rule hai aur gain exception hai. kaisi ajeeb baat hai yeh?</w:t>
      </w:r>
    </w:p>
    <w:p>
      <w:pPr>
        <w:jc w:val="right"/>
      </w:pPr>
      <w:r>
        <w:t>اس میں کیا نکلا؟ بتائیے کہ اس دنیا میں لاس رول ہے اور گین ایکسیپشن ہے۔ کیسی عجیب بات ہے یہ؟</w:t>
      </w:r>
    </w:p>
    <w:p>
      <w:r>
        <w:rPr>
          <w:b/>
        </w:rPr>
        <w:t xml:space="preserve">[13:22] </w:t>
      </w:r>
      <w:r>
        <w:t>lekin yahi hai, yahi Khuda ka creation plan hai.</w:t>
      </w:r>
    </w:p>
    <w:p>
      <w:pPr>
        <w:jc w:val="right"/>
      </w:pPr>
      <w:r>
        <w:t>لیکن یہی ہے، یہی خدا کا کریشن پلان ہے۔</w:t>
      </w:r>
    </w:p>
    <w:p>
      <w:r>
        <w:rPr>
          <w:b/>
        </w:rPr>
        <w:t xml:space="preserve">[13:28] </w:t>
      </w:r>
      <w:r>
        <w:t>aap ko yahi karna padega ke Khuda ke creation plan ko accept karen. koi option aap ke liye nahi, doosra aap ke liye koi doosra option nahi hai.</w:t>
      </w:r>
    </w:p>
    <w:p>
      <w:pPr>
        <w:jc w:val="right"/>
      </w:pPr>
      <w:r>
        <w:t>آپ کو یہی کرنا پڑے گا کہ خدا کے کریشن پلان کو ایکسیپٹ کریں۔ کوئی آپشن آپ کے لیے نہیں، دوسرا آپ کے لیے کوئی دوسرا آپشن نہیں ہے۔</w:t>
      </w:r>
    </w:p>
    <w:p>
      <w:r>
        <w:rPr>
          <w:b/>
        </w:rPr>
        <w:t xml:space="preserve">[13:44] </w:t>
      </w:r>
      <w:r>
        <w:t>Quran mein likhi hai ke bataya gaya hai ke Khuda ne duniya mein asr paida kiya. laqad khalaqnal insana fi qubat. hum ne paida kiya insan ko mushkilon mein,</w:t>
      </w:r>
    </w:p>
    <w:p>
      <w:pPr>
        <w:jc w:val="right"/>
      </w:pPr>
      <w:r>
        <w:t>قرآن میں لکھی ہے کہ بتایا گیا ہے کہ خدا نے دنیا میں عصر پیدا کیا۔ لقد خلقنا الانسان فی قبت۔ ہم نے پیدا کیا انسان کو مشکلوں میں،</w:t>
      </w:r>
    </w:p>
    <w:p>
      <w:r>
        <w:rPr>
          <w:b/>
        </w:rPr>
        <w:t xml:space="preserve">[13:58] </w:t>
      </w:r>
      <w:r>
        <w:t>hardship mein. we created man in hardship. laqad khalaqnal insana fi qubat.</w:t>
      </w:r>
    </w:p>
    <w:p>
      <w:pPr>
        <w:jc w:val="right"/>
      </w:pPr>
      <w:r>
        <w:t>ہارڈ شپ میں۔ وی کریٹڈ مین ان ہارڈ شپ۔ لقد خلقنا الانسان فی قبت۔</w:t>
      </w:r>
    </w:p>
    <w:p>
      <w:r>
        <w:rPr>
          <w:b/>
        </w:rPr>
        <w:t xml:space="preserve">[14:07] </w:t>
      </w:r>
      <w:r>
        <w:t>to aap kya karenge? kaise aap is ko khatam karenge? to Quran mein doosri jagah bataya gaya hai, is ka solution ke "inna ma'al usri yusra".</w:t>
      </w:r>
    </w:p>
    <w:p>
      <w:pPr>
        <w:jc w:val="right"/>
      </w:pPr>
      <w:r>
        <w:t>تو آپ کیا کریں گے؟ کیسے آپ اس کو ختم کریں گے؟ تو قرآن میں دوسری جگہ بتایا گیا ہے، اس کا سلوشن کہ "انا مال عسر یسرا"۔</w:t>
      </w:r>
    </w:p>
    <w:p>
      <w:r>
        <w:rPr>
          <w:b/>
        </w:rPr>
        <w:t xml:space="preserve">[14:20] </w:t>
      </w:r>
      <w:r>
        <w:t>"inna ma'al usri yusra". with every hardship, there is ease. with every hardship, there is ease.</w:t>
      </w:r>
    </w:p>
    <w:p>
      <w:pPr>
        <w:jc w:val="right"/>
      </w:pPr>
      <w:r>
        <w:t>"انا مال عسر یسرا"۔ ود ایوری ہارڈ شپ، دیر از ایز۔ ود ایوری ہارڈ شپ، دیر از ایز۔</w:t>
      </w:r>
    </w:p>
    <w:p>
      <w:r>
        <w:rPr>
          <w:b/>
        </w:rPr>
        <w:t xml:space="preserve">[14:29] </w:t>
      </w:r>
      <w:r>
        <w:t>is ka matlab kya hua? with every problem, there is a solution. aur is ko aap wazeh kiye to aap yeh kahenge ke is duniya mein kamyabi ka raaz kya hai?</w:t>
      </w:r>
    </w:p>
    <w:p>
      <w:pPr>
        <w:jc w:val="right"/>
      </w:pPr>
      <w:r>
        <w:t>اس کا مطلب کیا ہوا؟ ود ایوری پرابلم، دیر از ا سلوشن۔ اور اس کو آپ واضح کیے تو آپ یہ کہیں گے کہ اس دنیا میں کامیابی کا راز کیا ہے؟</w:t>
      </w:r>
    </w:p>
    <w:p>
      <w:r>
        <w:rPr>
          <w:b/>
        </w:rPr>
        <w:t xml:space="preserve">[14:46] </w:t>
      </w:r>
      <w:r>
        <w:t>ek aisi duniya jahan hardship hai, jahan mushkilen hain, jahan challenge hai, wahan par kamyabi ka raaz kya hai?</w:t>
      </w:r>
    </w:p>
    <w:p>
      <w:pPr>
        <w:jc w:val="right"/>
      </w:pPr>
      <w:r>
        <w:t>ایک ایسی دنیا جہاں ہارڈ شپ ہے، جہاں مشکلیں ہیں، جہاں چیلنج ہے، وہاں پر کامیابی کا راز کیا ہے؟</w:t>
      </w:r>
    </w:p>
    <w:p>
      <w:r>
        <w:rPr>
          <w:b/>
        </w:rPr>
        <w:t xml:space="preserve">[14:56] </w:t>
      </w:r>
      <w:r>
        <w:t>woh sirf ek hai.</w:t>
      </w:r>
    </w:p>
    <w:p>
      <w:pPr>
        <w:jc w:val="right"/>
      </w:pPr>
      <w:r>
        <w:t>وہ صرف ایک ہے۔</w:t>
      </w:r>
    </w:p>
    <w:p>
      <w:r>
        <w:rPr>
          <w:b/>
        </w:rPr>
        <w:t xml:space="preserve">[15:01] </w:t>
      </w:r>
      <w:r>
        <w:t>woh hai</w:t>
      </w:r>
    </w:p>
    <w:p>
      <w:pPr>
        <w:jc w:val="right"/>
      </w:pPr>
      <w:r>
        <w:t>وہ ہے</w:t>
      </w:r>
    </w:p>
    <w:p>
      <w:r>
        <w:rPr>
          <w:b/>
        </w:rPr>
        <w:t xml:space="preserve">[15:06] </w:t>
      </w:r>
      <w:r>
        <w:t>is ayat mein yeh milti hai yeh baat ke har har mushkil ke sath aasani hai. aasani ke ma'ne kya hue?</w:t>
      </w:r>
    </w:p>
    <w:p>
      <w:pPr>
        <w:jc w:val="right"/>
      </w:pPr>
      <w:r>
        <w:t>اس آیت میں یہ ملتی ہے یہ بات کہ ہر ہر مشکل کے ساتھ آسانی ہے۔ آسانی کے معنی کیا ہوئے؟</w:t>
      </w:r>
    </w:p>
    <w:p>
      <w:r>
        <w:rPr>
          <w:b/>
        </w:rPr>
        <w:t xml:space="preserve">[15:15] </w:t>
      </w:r>
      <w:r>
        <w:t>opportunity. yahan par aasani ke ma'ne hain opportunity. yani jahan par problem hai, wohin par opportunity hai.</w:t>
      </w:r>
    </w:p>
    <w:p>
      <w:pPr>
        <w:jc w:val="right"/>
      </w:pPr>
      <w:r>
        <w:t>اپرچونیٹی۔ یہاں پر آسانی کے معنی ہیں اپرچونیٹی۔ یعنی جہاں پر پرابلم ہے، وہیں پر اپرچونیٹی ہے۔</w:t>
      </w:r>
    </w:p>
    <w:p>
      <w:r>
        <w:rPr>
          <w:b/>
        </w:rPr>
        <w:t xml:space="preserve">[15:29] </w:t>
      </w:r>
      <w:r>
        <w:t>yeh jo Quran ke mein jo bataya gaya hai, is ka matlab hai ke agerche Khuda ne duniya mein, agerche Khuda ne duniya ko is tarah banaya hai ke yahan par hardship hai, yahan par mushkil hai,</w:t>
      </w:r>
    </w:p>
    <w:p>
      <w:pPr>
        <w:jc w:val="right"/>
      </w:pPr>
      <w:r>
        <w:t>یہ جو قرآن کے میں جو بتایا گیا ہے، اس کا مطلب ہے کہ اگرچہ خدا نے دنیا میں، اگرچہ خدا نے دنیا کو اس طرح بنایا ہے کہ یہاں پر ہارڈ شپ ہے، یہاں پر مشکل ہے،</w:t>
      </w:r>
    </w:p>
    <w:p>
      <w:r>
        <w:rPr>
          <w:b/>
        </w:rPr>
        <w:t xml:space="preserve">[15:46] </w:t>
      </w:r>
      <w:r>
        <w:t>yahan par difficulties hain, lekin har mushkil ke sath, lekin har opportunity, har har problem ke sath opportunity rakh di gayi hai.</w:t>
      </w:r>
    </w:p>
    <w:p>
      <w:pPr>
        <w:jc w:val="right"/>
      </w:pPr>
      <w:r>
        <w:t>یہاں پر ڈیفیکلٹیز ہیں، لیکن ہر مشکل کے ساتھ، لیکن ہر اپرچونیٹی، ہر ہر پرابلم کے ساتھ اپرچونیٹی رکھ دی گئی ہے۔</w:t>
      </w:r>
    </w:p>
    <w:p>
      <w:r>
        <w:rPr>
          <w:b/>
        </w:rPr>
        <w:t xml:space="preserve">[16:00] </w:t>
      </w:r>
      <w:r>
        <w:t>har problem ke sath opportunity rakh di gayi hai. to aap ko kya karna hai? opportunity ko avail kijiye. yani khud problem ke sath hi jo lagi chali aa rahi hai, opportunity, us ko avail kijiye.</w:t>
      </w:r>
    </w:p>
    <w:p>
      <w:pPr>
        <w:jc w:val="right"/>
      </w:pPr>
      <w:r>
        <w:t>ہر پرابلم کے ساتھ اپرچونیٹی رکھ دی گئی ہے۔ تو آپ کو کیا کرنا ہے؟ اپرچونیٹی کو اویل کیجئے۔ یعنی خود پرابلم کے ساتھ ہی جو لگی چلی آ رہی ہے، اپرچونیٹی، اس کو اویل کیجئے۔</w:t>
      </w:r>
    </w:p>
    <w:p>
      <w:r>
        <w:rPr>
          <w:b/>
        </w:rPr>
        <w:t xml:space="preserve">[16:19] </w:t>
      </w:r>
      <w:r>
        <w:t>is ko avail keejiye.</w:t>
      </w:r>
    </w:p>
    <w:p>
      <w:pPr>
        <w:jc w:val="right"/>
      </w:pPr>
      <w:r>
        <w:t>اس کو اویل کیجئے۔</w:t>
      </w:r>
    </w:p>
    <w:p>
      <w:r>
        <w:rPr>
          <w:b/>
        </w:rPr>
        <w:t xml:space="preserve">[16:24] </w:t>
      </w:r>
      <w:r>
        <w:t>jab aap is ko avail karein ge to aap apne masle ko hal kar lein ge.</w:t>
      </w:r>
    </w:p>
    <w:p>
      <w:pPr>
        <w:jc w:val="right"/>
      </w:pPr>
      <w:r>
        <w:t>جب آپ اس کو اویل کریں گے تو آپ اپنے مسئلے کو حل کر لیں گے۔</w:t>
      </w:r>
    </w:p>
    <w:p>
      <w:r>
        <w:rPr>
          <w:b/>
        </w:rPr>
        <w:t xml:space="preserve">[16:33] </w:t>
      </w:r>
      <w:r>
        <w:t>yeh kitni bari teaching hai yeh. is ko aap is tarah bhi kar sakte hain ke "turn the problem into opportunities".</w:t>
      </w:r>
    </w:p>
    <w:p>
      <w:pPr>
        <w:jc w:val="right"/>
      </w:pPr>
      <w:r>
        <w:t>یہ کتنی بڑی ٹیچنگ ہے یہ۔ اس کو آپ اس طرح بھی کر سکتے ہیں کہ "ٹرن دا پرابلم انٹو اپرچونیٹیز"۔</w:t>
      </w:r>
    </w:p>
    <w:p>
      <w:r>
        <w:rPr>
          <w:b/>
        </w:rPr>
        <w:t xml:space="preserve">[16:44] </w:t>
      </w:r>
      <w:r>
        <w:t>"turn the problem into opportunities". jab aap dekhein ke problem ka samna aap ko pesh aa raha hai to pehle hi in advance yaqeen kar lijiye, in advance ke is problem ke sath wohin ke wohin opportunity hogi.</w:t>
      </w:r>
    </w:p>
    <w:p>
      <w:pPr>
        <w:jc w:val="right"/>
      </w:pPr>
      <w:r>
        <w:t>"ٹرن دا پرابلم انٹو اپرچونیٹیز"۔ جب آپ دیکھیں کہ پرابلم کا سامنا آپ کو پیش آ رہا ہے تو پہلے ہی ان ایڈوانس یقین کر لیجئے، ان ایڈوانس کہ اس پرابلم کے ساتھ وہیں کہ وہیں اپرچونیٹی ہوگی۔</w:t>
      </w:r>
    </w:p>
    <w:p>
      <w:r>
        <w:rPr>
          <w:b/>
        </w:rPr>
        <w:t xml:space="preserve">[17:09] </w:t>
      </w:r>
      <w:r>
        <w:t>to kiya aap ko yahi karna hai? to you have so, you have to turn the problem into opportunities. phir avail keejiye, is ko avail keejiye aur kamyab ho jaiye.</w:t>
      </w:r>
    </w:p>
    <w:p>
      <w:pPr>
        <w:jc w:val="right"/>
      </w:pPr>
      <w:r>
        <w:t>تو کیا آپ کو یہی کرنا ہے؟ تو یو ہیو سو، یو ہیو ٹو ٹرن دا پرابلم انٹو اپرچونیٹیز۔ پھر اویل کیجئے، اس کو اویل کیجئے اور کامیاب ہو جائیے۔</w:t>
      </w:r>
    </w:p>
    <w:p>
      <w:r>
        <w:rPr>
          <w:b/>
        </w:rPr>
        <w:t xml:space="preserve">[17:26] </w:t>
      </w:r>
      <w:r>
        <w:t>ek english ka ek mein ne parha tha, kisi ka ek woh hai, us ki line ke "two men saw out of the prison bars".</w:t>
      </w:r>
    </w:p>
    <w:p>
      <w:pPr>
        <w:jc w:val="right"/>
      </w:pPr>
      <w:r>
        <w:t>ایک انگلش کا ایک میں نے پڑھا تھا، کسی کا ایک وہ ہے، اس کی لائن کہ "ٹو مین سا آؤٹ آف دا پریزن بارز"۔</w:t>
      </w:r>
    </w:p>
    <w:p>
      <w:r>
        <w:rPr>
          <w:b/>
        </w:rPr>
        <w:t xml:space="preserve">[17:38] </w:t>
      </w:r>
      <w:r>
        <w:t>"one saw the mud, the other saw the stars".</w:t>
      </w:r>
    </w:p>
    <w:p>
      <w:pPr>
        <w:jc w:val="right"/>
      </w:pPr>
      <w:r>
        <w:t>"ون سا دا مڈ، دی ادر سا دا اسٹارز"۔</w:t>
      </w:r>
    </w:p>
    <w:p>
      <w:r>
        <w:rPr>
          <w:b/>
        </w:rPr>
        <w:t xml:space="preserve">[17:44] </w:t>
      </w:r>
      <w:r>
        <w:t>"two men saw out of the prison bars". "one saw the mud, the other saw the stars". kyunke jahan mud tha, wohin par</w:t>
      </w:r>
    </w:p>
    <w:p>
      <w:pPr>
        <w:jc w:val="right"/>
      </w:pPr>
      <w:r>
        <w:t>"ٹو مین سا آؤٹ آف دا پریزن بارز"۔ "ون سا دا مڈ، دی ادر سا دا اسٹارز"۔ کیونکہ جہاں مڈ تھا، وہیں پر</w:t>
      </w:r>
    </w:p>
    <w:p>
      <w:r>
        <w:rPr>
          <w:b/>
        </w:rPr>
        <w:t xml:space="preserve">[17:58] </w:t>
      </w:r>
      <w:r>
        <w:t>wohin par sitaron ki jagmagahat bhi thi. aap jante hain ke mud jahan hota hai, wahan pani hota hai. jahan pani hota hai to wahan sitaron ki parchhain aayengi, jagmagayenge sitare is ke andar.</w:t>
      </w:r>
    </w:p>
    <w:p>
      <w:pPr>
        <w:jc w:val="right"/>
      </w:pPr>
      <w:r>
        <w:t>وہیں پر ستاروں کی جگمگاہٹ بھی تھی۔ آپ جانتے ہیں کہ مڈ جہاں ہوتا ہے، وہاں پانی ہوتا ہے۔ جہاں پانی ہوتا ہے تو وہاں ستاروں کی پرچھائیں آئیں گی، جگمگائیں گے ستارے اس کے اندر۔</w:t>
      </w:r>
    </w:p>
    <w:p>
      <w:r>
        <w:rPr>
          <w:b/>
        </w:rPr>
        <w:t xml:space="preserve">[18:13] </w:t>
      </w:r>
      <w:r>
        <w:t>to ek ne kaha ke dekho, mud hai. kaha ke dekho. doosre ne kaha ke dekho, to star jagmaga rahe hain. yeh hai zindagi ke agar aap mud ke beech mein star dekh sakein to aap kamyab ho gaye.</w:t>
      </w:r>
    </w:p>
    <w:p>
      <w:pPr>
        <w:jc w:val="right"/>
      </w:pPr>
      <w:r>
        <w:t>تو ایک نے کہا کہ دیکھو، مڈ ہے۔ کہا کہ دیکھو۔ دوسرے نے کہا کہ دیکھو، تو اسٹار جگمگا رہے ہیں۔ یہ ہے زندگی کہ اگر آپ مڈ کے بیچ میں اسٹار دیکھ سکیں تو آپ کامیاب ہو گئے۔</w:t>
      </w:r>
    </w:p>
    <w:p>
      <w:r>
        <w:rPr>
          <w:b/>
        </w:rPr>
        <w:t xml:space="preserve">[18:28] </w:t>
      </w:r>
      <w:r>
        <w:t>aur agar mud, aur agar aap star, agar agar aap mud hi mud dikhai diya sirf to phir aap fail ho gaye.</w:t>
      </w:r>
    </w:p>
    <w:p>
      <w:pPr>
        <w:jc w:val="right"/>
      </w:pPr>
      <w:r>
        <w:t>اور اگر مڈ، اور اگر آپ اسٹار، اگر اگر آپ مڈ ہی مڈ دکھائی دیا صرف تو پھر آپ فیل ہو گئے۔</w:t>
      </w:r>
    </w:p>
    <w:p>
      <w:r>
        <w:rPr>
          <w:b/>
        </w:rPr>
        <w:t xml:space="preserve">[18:40] </w:t>
      </w:r>
      <w:r>
        <w:t>yeh hai principle. is shair mein jis cheez ko as a law of nature bataya gaya hai, usi ko quran mein as a law of sharia bataya gaya hai.</w:t>
      </w:r>
    </w:p>
    <w:p>
      <w:pPr>
        <w:jc w:val="right"/>
      </w:pPr>
      <w:r>
        <w:t>یہ ہے پرنسپل۔ اس شعر میں جس چیز کو ایز اے لاء آف نیچر بتایا گیا ہے، اسی کو قرآن میں ایز اے لاء آف شریعہ بتایا گیا ہے۔</w:t>
      </w:r>
    </w:p>
    <w:p>
      <w:r>
        <w:rPr>
          <w:b/>
        </w:rPr>
        <w:t xml:space="preserve">[18:58] </w:t>
      </w:r>
      <w:r>
        <w:t>ab aaiye is problem, is is is problem par jo abhi pesh aaya ke pope ne ek christian king ko refer karte hue yeh baat kahi.</w:t>
      </w:r>
    </w:p>
    <w:p>
      <w:pPr>
        <w:jc w:val="right"/>
      </w:pPr>
      <w:r>
        <w:t>اب آئیے اس پرابلم، اس اس اس پرابلم پر جو ابھی پیش آیا کہ پوپ نے ایک کرسچن کنگ کو ریفر کرتے ہوئے یہ بات کہی۔</w:t>
      </w:r>
    </w:p>
    <w:p>
      <w:r>
        <w:rPr>
          <w:b/>
        </w:rPr>
        <w:t xml:space="preserve">[19:14] </w:t>
      </w:r>
      <w:r>
        <w:t>yani pope ne khud direct tor par agarchay nahi kaha, lekin christian king ke ki jis saying ko us ne refer kiya, us ko us ne condemn bhi nahi kiya, balkeh us ko base bana kar apne aage ki ke theme ko develop kiya.</w:t>
      </w:r>
    </w:p>
    <w:p>
      <w:pPr>
        <w:jc w:val="right"/>
      </w:pPr>
      <w:r>
        <w:t>یعنی پوپ نے خود ڈائریکٹ طور پر اگرچہ نہیں کہا، لیکن کرسچن کنگ کے کی جس سینگ کو اس نے ریفر کیا، اس کو اس نے کنڈیم بھی نہیں کیا، بلکہ اس کو بیس بنا کر اپنے آگے کی کے تھیم کو ڈیولپ کیا۔</w:t>
      </w:r>
    </w:p>
    <w:p>
      <w:r>
        <w:rPr>
          <w:b/>
        </w:rPr>
        <w:t xml:space="preserve">[19:29] </w:t>
      </w:r>
      <w:r>
        <w:t>us ne to us ko goya ke unhon ne own kar liya. us ko kisi ki baat ko agar aap disown na karein, balkeh us ko own karein to aap bhi is mein responsible ho jate hain.</w:t>
      </w:r>
    </w:p>
    <w:p>
      <w:pPr>
        <w:jc w:val="right"/>
      </w:pPr>
      <w:r>
        <w:t>اس نے تو اس کو گویا کہ انہوں نے اون کر لیا۔ اس کو کسی کی بات کو اگر آپ ڈس اون نہ کریں، بلکہ اس کو اون کریں تو آپ بھی اس میں ریسپانسبل ہو جاتے ہیں۔</w:t>
      </w:r>
    </w:p>
    <w:p>
      <w:r>
        <w:rPr>
          <w:b/>
        </w:rPr>
        <w:t xml:space="preserve">[19:43] </w:t>
      </w:r>
      <w:r>
        <w:t>is lihaz se pope bhi is mein responsible hain, is baat mein jo christian king ne kahi thi. ab dekhein, christian king ne kiya kaha tha?</w:t>
      </w:r>
    </w:p>
    <w:p>
      <w:pPr>
        <w:jc w:val="right"/>
      </w:pPr>
      <w:r>
        <w:t>اس لحاظ سے پوپ بھی اس میں ریسپانسبل ہیں، اس بات میں جو کرسچن کنگ نے کہی تھی۔ اب دیکھیں، کرسچن کنگ نے کیا کہا تھا؟</w:t>
      </w:r>
    </w:p>
    <w:p>
      <w:r>
        <w:rPr>
          <w:b/>
        </w:rPr>
        <w:t xml:space="preserve">[19:55] </w:t>
      </w:r>
      <w:r>
        <w:t>unhon ne yeh kaha tha ke Muhammad koi nai cheez nahi laye,</w:t>
      </w:r>
    </w:p>
    <w:p>
      <w:pPr>
        <w:jc w:val="right"/>
      </w:pPr>
      <w:r>
        <w:t>انہوں نے یہ کہا تھا کہ محمد کوئی نئی چیز نہیں لائے،</w:t>
      </w:r>
    </w:p>
    <w:p>
      <w:r>
        <w:rPr>
          <w:b/>
        </w:rPr>
        <w:t xml:space="preserve">[20:02] </w:t>
      </w:r>
      <w:r>
        <w:t>aur jo cheez woh laye hain, woh kiya hai? woh evil hai aur inhuman hai.</w:t>
      </w:r>
    </w:p>
    <w:p>
      <w:pPr>
        <w:jc w:val="right"/>
      </w:pPr>
      <w:r>
        <w:t>اور جو چیز وہ لائے ہیں، وہ کیا ہے؟ وہ ایول ہے اور ان ہیومن ہے۔</w:t>
      </w:r>
    </w:p>
    <w:p>
      <w:r>
        <w:rPr>
          <w:b/>
        </w:rPr>
        <w:t xml:space="preserve">[20:13] </w:t>
      </w:r>
      <w:r>
        <w:t>ab is ko lijiye, aap nai cheez nahi laye. ke do aspect hain.</w:t>
      </w:r>
    </w:p>
    <w:p>
      <w:pPr>
        <w:jc w:val="right"/>
      </w:pPr>
      <w:r>
        <w:t>اب اس کو لیجئے، آپ نئی چیز نہیں لائے۔ کے دو اسپیکٹ ہیں۔</w:t>
      </w:r>
    </w:p>
    <w:p>
      <w:r>
        <w:rPr>
          <w:b/>
        </w:rPr>
        <w:t xml:space="preserve">[20:23] </w:t>
      </w:r>
      <w:r>
        <w:t>pehla yeh hai</w:t>
      </w:r>
    </w:p>
    <w:p>
      <w:pPr>
        <w:jc w:val="right"/>
      </w:pPr>
      <w:r>
        <w:t>پہلا یہ ہے</w:t>
      </w:r>
    </w:p>
    <w:p>
      <w:r>
        <w:rPr>
          <w:b/>
        </w:rPr>
        <w:t xml:space="preserve">[20:27] </w:t>
      </w:r>
      <w:r>
        <w:t>ke prophet of Islam ne kabhi yeh claim nahi kiya ke mein koi naya religion laya hoon.</w:t>
      </w:r>
    </w:p>
    <w:p>
      <w:pPr>
        <w:jc w:val="right"/>
      </w:pPr>
      <w:r>
        <w:t>کہ پرافٹ آف اسلام نے کبھی یہ کلیم نہیں کیا کہ میں کوئی نیا ریلیجن لایا ہوں۔</w:t>
      </w:r>
    </w:p>
    <w:p>
      <w:r>
        <w:rPr>
          <w:b/>
        </w:rPr>
        <w:t xml:space="preserve">[20:37] </w:t>
      </w:r>
      <w:r>
        <w:t>ma kunt bid'a ar-rusuli shar'un ma ja'alnahu ilayka. to prophet of Islam ne khud kabhi yeh claim nahi kiya ke woh naya religion layein.</w:t>
      </w:r>
    </w:p>
    <w:p>
      <w:pPr>
        <w:jc w:val="right"/>
      </w:pPr>
      <w:r>
        <w:t>ما کنت بدعا الرسل شرعکم من الدین ما وسع الذی الیک۔ تو پرافٹ آف اسلام نے خود کبھی یہ کلیم نہیں کیا کہ وہ نیا ریلیجن لائیں۔</w:t>
      </w:r>
    </w:p>
    <w:p>
      <w:r>
        <w:rPr>
          <w:b/>
        </w:rPr>
        <w:t xml:space="preserve">[20:52] </w:t>
      </w:r>
      <w:r>
        <w:t>jis cheez ko unhon ne claim kiya, woh sirf yeh hai ke pichhle jo religion the, jo prophet laye pichhle zamane ke, us mein milawat ho gayi thi.</w:t>
      </w:r>
    </w:p>
    <w:p>
      <w:pPr>
        <w:jc w:val="right"/>
      </w:pPr>
      <w:r>
        <w:t>جس چیز کو انہوں نے کلیم کیا، وہ صرف یہ ہے کہ پچھلے جو ریلیجن تھے، جو پرافٹ لائے پچھلے زمانے کے، اس میں ملاوٹ ہو گئی تھی۔</w:t>
      </w:r>
    </w:p>
    <w:p>
      <w:r>
        <w:rPr>
          <w:b/>
        </w:rPr>
        <w:t xml:space="preserve">[21:05] </w:t>
      </w:r>
      <w:r>
        <w:t>to ab Khuda ne mujhe isi hi pichhle isi religion ko, jo sare prophet ka religion tha, isi religion ko milawaton se pak kar ke mujhe diya hai taake mein use us ki pure surat mein duniya ke samne pesh karoon.</w:t>
      </w:r>
    </w:p>
    <w:p>
      <w:pPr>
        <w:jc w:val="right"/>
      </w:pPr>
      <w:r>
        <w:t>تو اب خدا نے مجھے اسی ہی پچھلے اسی ریلیجن کو، جو سارے پرافٹ کا ریلیجن تھا، اسی ریلیجن کو ملاوٹوں سے پاک کر کے مجھے دیا ہے تاکہ میں اسے اس کی پیور صورت میں دنیا کے سامنے پیش کروں۔</w:t>
      </w:r>
    </w:p>
    <w:p>
      <w:r>
        <w:rPr>
          <w:b/>
        </w:rPr>
        <w:t xml:space="preserve">[21:27] </w:t>
      </w:r>
      <w:r>
        <w:t>aur phir Khuda ne is deen ko preserve kar diya. to ab Islam ki jo special specialty hai, woh yeh nahi ke woh koi naya religion hai, woh yeh hai ke woh apni original shakal mein maujood hai, aur woh preserved halat mein maujood hai.</w:t>
      </w:r>
    </w:p>
    <w:p>
      <w:pPr>
        <w:jc w:val="right"/>
      </w:pPr>
      <w:r>
        <w:t>اور پھر خدا نے اس دین کو پریزرو کر دیا۔ تو اب اسلام کی جو اسپیشل اسپیشلٹی ہے، وہ یہ نہیں کہ وہ کوئی نیا ریلیجن ہے، وہ یہ ہے کہ وہ اپنی اوریجنل شکل میں موجود ہے، اور وہ پریزروڈ حالت میں موجود ہے۔</w:t>
      </w:r>
    </w:p>
    <w:p>
      <w:r>
        <w:rPr>
          <w:b/>
        </w:rPr>
        <w:t xml:space="preserve">[21:51] </w:t>
      </w:r>
      <w:r>
        <w:t>yani khuda ka deen, khuda ka religion hamesha aik hi raha hai, har paighambar ke zamane mein. Isi ko iski original surat mein, iski original form mein,</w:t>
      </w:r>
    </w:p>
    <w:p>
      <w:pPr>
        <w:jc w:val="right"/>
      </w:pPr>
      <w:r>
        <w:t>یعنی خدا کا دین، خدا کا ریلیجن ہمیشہ ایک ہی رہا ہے، ہر پیغمبر کے زمانے میں۔ اسی کو اس کی اوریجنل صورت میں، اس کی اوریجنل فارم میں،</w:t>
      </w:r>
    </w:p>
    <w:p>
      <w:r>
        <w:rPr>
          <w:b/>
        </w:rPr>
        <w:t xml:space="preserve">[22:06] </w:t>
      </w:r>
      <w:r>
        <w:t>prophet of islam ko khuda ne diya quran ki surat mein, aur aap ne isko pesh kiya dunya ke samne. Aur phir khuda ki khususi madad ke zariye isko yeh sifat mil gayi ke woh preserve ho gaya.</w:t>
      </w:r>
    </w:p>
    <w:p>
      <w:pPr>
        <w:jc w:val="right"/>
      </w:pPr>
      <w:r>
        <w:t>پرافٹ آف اسلام کو خدا نے دیا قرآن کی صورت میں، اور آپ نے اس کو پیش کیا دنیا کے سامنے۔ اور پھر خدا کی خصوصی مدد کے ذریعے اس کو یہ صفت مل گئی کہ وہ پریزرو ہو گیا۔</w:t>
      </w:r>
    </w:p>
    <w:p>
      <w:r>
        <w:rPr>
          <w:b/>
        </w:rPr>
        <w:t xml:space="preserve">[22:24] </w:t>
      </w:r>
      <w:r>
        <w:t>chouda sau saal beet gaye hain, aur ab koi is mein tabdeeli nahi hui, koi alteration nahi hua, koi milawat nahi hui. To yeh yeh aik aspect hai ke jab unhon ne yeh kaha na ho ke mein naya religion laya hoon, to yeh kehne ka koi mani nahi hai ke woh koi naya mazhab nahi laye.</w:t>
      </w:r>
    </w:p>
    <w:p>
      <w:pPr>
        <w:jc w:val="right"/>
      </w:pPr>
      <w:r>
        <w:t>چودہ سو سال بیت گئے ہیں، اور اب کوئی اس میں تبدیلی نہیں ہوئی، کوئی الٹریشن نہیں ہوا، کوئی ملاوٹ نہیں ہوئی۔ تو یہ یہ ایک اسپیکٹ ہے کہ جب انہوں نے یہ کہا نہ ہو کہ میں نیا ریلیجن لایا ہوں، تو یہ کہنے کا کوئی معنی نہیں ہے کہ وہ کوئی نیا مذہب نہیں لائے۔</w:t>
      </w:r>
    </w:p>
    <w:p>
      <w:r>
        <w:rPr>
          <w:b/>
        </w:rPr>
        <w:t xml:space="preserve">[22:44] </w:t>
      </w:r>
      <w:r>
        <w:t>bhai, yeh to unka claim hi nahi hai, woh to yeh kehte hi nahi hain. Doosri baat mein yeh kahunga ke aik pehlu se phir bhi woh naya religion hai.</w:t>
      </w:r>
    </w:p>
    <w:p>
      <w:pPr>
        <w:jc w:val="right"/>
      </w:pPr>
      <w:r>
        <w:t>بھئی، یہ تو ان کا کلیم ہی نہیں ہے، وہ تو یہ کہتے ہی نہیں ہیں۔ دوسری بات میں یہ کہوں گا کہ ایک پہلو سے پھر بھی وہ نیا ریلیجن ہے۔</w:t>
      </w:r>
    </w:p>
    <w:p>
      <w:r>
        <w:rPr>
          <w:b/>
        </w:rPr>
        <w:t xml:space="preserve">[22:57] </w:t>
      </w:r>
      <w:r>
        <w:t>woh kya? pichle mazhabon mein khuda ne jo bohat si wisdom ki baatein, bohat si achaiyan di thiin,</w:t>
      </w:r>
    </w:p>
    <w:p>
      <w:pPr>
        <w:jc w:val="right"/>
      </w:pPr>
      <w:r>
        <w:t>وہ کیا؟ پچھلے مذہبوں میں خدا نے جو بہت سی وزڈم کی باتیں، بہت سی اچھائیاں دی تھیں،</w:t>
      </w:r>
    </w:p>
    <w:p>
      <w:r>
        <w:rPr>
          <w:b/>
        </w:rPr>
        <w:t xml:space="preserve">[23:11] </w:t>
      </w:r>
      <w:r>
        <w:t>woh baad ke zamane mein jab woh mazhab preserve na reh saka to woh khoi gayeen, is mein baqi nahi raheen. To in sab wisdom ki baaton ko, in sab sachaiyon ko rasool Allah ne quran mein aur hadith mein jama kar diya.</w:t>
      </w:r>
    </w:p>
    <w:p>
      <w:pPr>
        <w:jc w:val="right"/>
      </w:pPr>
      <w:r>
        <w:t>وہ بعد کے زمانے میں جب وہ مذہب پریزرو نہ رہ سکا تو وہ کھوئی گئیں، اس میں باقی نہیں رہیں۔ تو ان سب وزڈم کی باتوں کو، ان سب سچائیوں کو رسول اللہ نے قرآن میں اور حدیث میں جمع کر دیا۔</w:t>
      </w:r>
    </w:p>
    <w:p>
      <w:r>
        <w:rPr>
          <w:b/>
        </w:rPr>
        <w:t xml:space="preserve">[23:32] </w:t>
      </w:r>
      <w:r>
        <w:t>inhi mein se aik baat yeh hai jo mein kehne ja raha hoon:</w:t>
      </w:r>
    </w:p>
    <w:p>
      <w:pPr>
        <w:jc w:val="right"/>
      </w:pPr>
      <w:r>
        <w:t>انہی میں سے ایک بات یہ ہے جو میں کہنے جا رہا ہوں:</w:t>
      </w:r>
    </w:p>
    <w:p>
      <w:r>
        <w:rPr>
          <w:b/>
        </w:rPr>
        <w:t xml:space="preserve">[23:38] </w:t>
      </w:r>
      <w:r>
        <w:t>puri history ko aap parhiye. Puri history mein jitne philosophers hain, jitne reformers hain, jitne thinkers hain, sab ka opposition kya raha hai?</w:t>
      </w:r>
    </w:p>
    <w:p>
      <w:pPr>
        <w:jc w:val="right"/>
      </w:pPr>
      <w:r>
        <w:t>پوری ہسٹری کو آپ پڑھیے۔ پوری ہسٹری میں جتنے فلاسفرز ہیں، جتنے ریفارمرز ہیں، جتنے تھنکرز ہیں، سب کا اپوزیشن کیا رہا ہے؟</w:t>
      </w:r>
    </w:p>
    <w:p>
      <w:r>
        <w:rPr>
          <w:b/>
        </w:rPr>
        <w:t xml:space="preserve">[23:50] </w:t>
      </w:r>
      <w:r>
        <w:t>zindagi ko unhon ne problem ke roop mein dekha.</w:t>
      </w:r>
    </w:p>
    <w:p>
      <w:pPr>
        <w:jc w:val="right"/>
      </w:pPr>
      <w:r>
        <w:t>زندگی کو انہوں نے پرابلم کے روپ میں دیکھا۔</w:t>
      </w:r>
    </w:p>
    <w:p>
      <w:r>
        <w:rPr>
          <w:b/>
        </w:rPr>
        <w:t xml:space="preserve">[23:57] </w:t>
      </w:r>
      <w:r>
        <w:t>zindagi ko unhon ne problem ke roop mein dekha. Ghareebi, inequality,</w:t>
      </w:r>
    </w:p>
    <w:p>
      <w:pPr>
        <w:jc w:val="right"/>
      </w:pPr>
      <w:r>
        <w:t>زندگی کو انہوں نے پرابلم کے روپ میں دیکھا۔ غریبی، ان ایکولٹی،</w:t>
      </w:r>
    </w:p>
    <w:p>
      <w:r>
        <w:rPr>
          <w:b/>
        </w:rPr>
        <w:t xml:space="preserve">[24:06] </w:t>
      </w:r>
      <w:r>
        <w:t>tarah tarah ke jo problem unke samne aaye the, wahi unka opposition bane rahe. Unki soch kya rahi?</w:t>
      </w:r>
    </w:p>
    <w:p>
      <w:pPr>
        <w:jc w:val="right"/>
      </w:pPr>
      <w:r>
        <w:t>طرح طرح کے جو پرابلم ان کے سامنے آئے تھے، وہی ان کا اپوزیشن بنے رہے۔ ان کی سوچ کیا رہی؟</w:t>
      </w:r>
    </w:p>
    <w:p>
      <w:r>
        <w:rPr>
          <w:b/>
        </w:rPr>
        <w:t xml:space="preserve">[24:18] </w:t>
      </w:r>
      <w:r>
        <w:t>ke pehle problem ko khatam karo, pehle injustice ko khatam karo, pehle poverty ko khatam karo, pehle inequality ko khatam karo.</w:t>
      </w:r>
    </w:p>
    <w:p>
      <w:pPr>
        <w:jc w:val="right"/>
      </w:pPr>
      <w:r>
        <w:t>کہ پہلے پرابلم کو ختم کرو، پہلے انجسٹس کو ختم کرو، پہلے پاورٹی کو ختم کرو، پہلے ان ایکولٹی کو ختم کرو۔</w:t>
      </w:r>
    </w:p>
    <w:p>
      <w:r>
        <w:rPr>
          <w:b/>
        </w:rPr>
        <w:t xml:space="preserve">[24:32] </w:t>
      </w:r>
      <w:r>
        <w:t>is ke baad yeh possible hoga ke hum apna pasand ka system, pasand ka social system hum dunya mein la sakenge.</w:t>
      </w:r>
    </w:p>
    <w:p>
      <w:pPr>
        <w:jc w:val="right"/>
      </w:pPr>
      <w:r>
        <w:t>اس کے بعد یہ پاسیبل ہوگا کہ ہم اپنا پسند کا سسٹم، پسند کا سوشل سسٹم ہم دنیا میں لا سکیں گے۔</w:t>
      </w:r>
    </w:p>
    <w:p>
      <w:r>
        <w:rPr>
          <w:b/>
        </w:rPr>
        <w:t xml:space="preserve">[24:42] </w:t>
      </w:r>
      <w:r>
        <w:t>to unka kya raha kehna? ke eliminate karo problem ko. First of all, you have to eliminate the problems, then you will be able to establish a just society.</w:t>
      </w:r>
    </w:p>
    <w:p>
      <w:pPr>
        <w:jc w:val="right"/>
      </w:pPr>
      <w:r>
        <w:t>تو ان کا کیا رہا کہنا؟ کہ ایلیمینیٹ کرو پرابلم کو۔ فرسٹ آف آل، یو ہیو ٹو ایلیمینیٹ دا پرابلمز، دین یو ویل بی ایبل ٹو اسٹیبلش ا جسٹ سوسائٹی۔</w:t>
      </w:r>
    </w:p>
    <w:p>
      <w:r>
        <w:rPr>
          <w:b/>
        </w:rPr>
        <w:t xml:space="preserve">[25:01] </w:t>
      </w:r>
      <w:r>
        <w:t>yeh reformers ka aur thinkers ka yeh opposition raha hai. Lekin khuda ke deen mein, jo ke fitrat ko batata hai, law of nature ko batata hai, aik aur baat thi jo chhuop gayi thi, usko prophet of islam ne zinda kiya.</w:t>
      </w:r>
    </w:p>
    <w:p>
      <w:pPr>
        <w:jc w:val="right"/>
      </w:pPr>
      <w:r>
        <w:t>یہ ریفارمرز کا اور تھنکرز کا یہ اپوزیشن رہا ہے۔ لیکن خدا کے دین میں، جو کہ فطرت کو بتاتا ہے، لاء آف نیچر کو بتاتا ہے، ایک اور بات تھی جو چھپ گئی تھی، اس کو پرافٹ آف اسلام نے زندہ کیا۔</w:t>
      </w:r>
    </w:p>
    <w:p>
      <w:r>
        <w:rPr>
          <w:b/>
        </w:rPr>
        <w:t xml:space="preserve">[25:17] </w:t>
      </w:r>
      <w:r>
        <w:t>woh yahi jo mein ne abhi kaha</w:t>
      </w:r>
    </w:p>
    <w:p>
      <w:pPr>
        <w:jc w:val="right"/>
      </w:pPr>
      <w:r>
        <w:t>وہ یہی جو میں نے ابھی کہا</w:t>
      </w:r>
    </w:p>
    <w:p>
      <w:r>
        <w:rPr>
          <w:b/>
        </w:rPr>
        <w:t xml:space="preserve">[25:22] </w:t>
      </w:r>
      <w:r>
        <w:t>ke problem ko tum problem ke roop mein na dekho, woh potential opportunity hai tumhare liye.</w:t>
      </w:r>
    </w:p>
    <w:p>
      <w:pPr>
        <w:jc w:val="right"/>
      </w:pPr>
      <w:r>
        <w:t>کہ پرابلم کو تم پرابلم کے روپ میں نہ دیکھو، وہ پوٹینشل اپرچونیٹی ہے تمہارے لیے۔</w:t>
      </w:r>
    </w:p>
    <w:p>
      <w:r>
        <w:rPr>
          <w:b/>
        </w:rPr>
        <w:t xml:space="preserve">[25:33] </w:t>
      </w:r>
      <w:r>
        <w:t>jaise barish hoti hai to aap jante hain ke keechad ho jata hai, kahin kai problem aa jate hain, lekin barish ka problem aik opportunity le kar aata hai.</w:t>
      </w:r>
    </w:p>
    <w:p>
      <w:pPr>
        <w:jc w:val="right"/>
      </w:pPr>
      <w:r>
        <w:t>جیسے بارش ہوتی ہے تو آپ جانتے ہیں کہ کیچڑ ہو جاتا ہے، کہیں کئی پرابلم آ جاتے ہیں، لیکن بارش کا پرابلم ایک اپرچونیٹی لے کر آتا ہے۔</w:t>
      </w:r>
    </w:p>
    <w:p>
      <w:r>
        <w:rPr>
          <w:b/>
        </w:rPr>
        <w:t xml:space="preserve">[25:49] </w:t>
      </w:r>
      <w:r>
        <w:t>woh kya hai? kisan ke liye aik good tiding. Ab tum khet ko jo to khet ko bo'o aur hari bhari fasal is mein se nikalo.</w:t>
      </w:r>
    </w:p>
    <w:p>
      <w:pPr>
        <w:jc w:val="right"/>
      </w:pPr>
      <w:r>
        <w:t>وہ کیا ہے؟ کسان کے لیے ایک گڈ ٹائیڈنگ۔ اب تم کھیت کو جو تو کھیت کو بوؤ اور ہری بھری فصل اس میں سے نکالو۔</w:t>
      </w:r>
    </w:p>
    <w:p>
      <w:r>
        <w:rPr>
          <w:b/>
        </w:rPr>
        <w:t xml:space="preserve">[26:01] </w:t>
      </w:r>
      <w:r>
        <w:t>to agarchay barish apparently kuch problem le kar aati hai, lekin potentially woh sirf blessing le kar aati hai.</w:t>
      </w:r>
    </w:p>
    <w:p>
      <w:pPr>
        <w:jc w:val="right"/>
      </w:pPr>
      <w:r>
        <w:t>تو اگرچہ بارش اپیرنٹلی کچھ پرابلم لے کر آتی ہے، لیکن پوٹینشلی وہ صرف بلیسنگ لے کر آتی ہے۔</w:t>
      </w:r>
    </w:p>
    <w:p>
      <w:r>
        <w:rPr>
          <w:b/>
        </w:rPr>
        <w:t xml:space="preserve">[26:14] </w:t>
      </w:r>
      <w:r>
        <w:t>to yeh yeh baat khuda ke qanoon mein thi, pichle paighambaron ne isko bataya bhi tha, lekin deen jo pichle zamane ke paighambaron ne pesh kiya tha, woh sab badalte badalte kuch ka kuch ho gaya tha.</w:t>
      </w:r>
    </w:p>
    <w:p>
      <w:pPr>
        <w:jc w:val="right"/>
      </w:pPr>
      <w:r>
        <w:t>تو یہ یہ بات خدا کے قانون میں تھی، پچھلے پیغمبروں نے اس کو بتایا بھی تھا، لیکن دین جو پچھلے زمانے کے پیغمبروں نے پیش کیا تھا، وہ سب بدلتے بدلتے کچھ کا کچھ ہو گیا تھا۔</w:t>
      </w:r>
    </w:p>
    <w:p>
      <w:r>
        <w:rPr>
          <w:b/>
        </w:rPr>
        <w:t xml:space="preserve">[26:31] </w:t>
      </w:r>
      <w:r>
        <w:t>yeh haqeeqat chhuop gayi thi. Is sense mein rasool Allah ne kai nai baatein dunya ke samne rakheen. Woh nai is sense mein nahi the ke woh bilkul hi nai, balkay jo cheez chhuop gayi thi, jis par cover pad gaya tha,</w:t>
      </w:r>
    </w:p>
    <w:p>
      <w:pPr>
        <w:jc w:val="right"/>
      </w:pPr>
      <w:r>
        <w:t>یہ حقیقت چھپ گئی تھی۔ اس سینس میں رسول اللہ نے کئی نئی باتیں دنیا کے سامنے رکھیں۔ وہ نئی اس سینس میں نہیں تھے کہ وہ بالکل ہی نئی، بلکہ جو چیز چھپ گئی تھی، جس پر کور پڑ گیا تھا،</w:t>
      </w:r>
    </w:p>
    <w:p>
      <w:r>
        <w:rPr>
          <w:b/>
        </w:rPr>
        <w:t xml:space="preserve">[26:47] </w:t>
      </w:r>
      <w:r>
        <w:t>usko khola, phir se insan ko bataya. Is sense mein woh nai thi, aur sirf bataye nahi, aap ne iska dunya mein example qaim kar diya, practical example, aik model ki surat mein aap khare ho gaye dunya ke samne.</w:t>
      </w:r>
    </w:p>
    <w:p>
      <w:pPr>
        <w:jc w:val="right"/>
      </w:pPr>
      <w:r>
        <w:t>اس کو کھولا، پھر سے انسان کو بتایا۔ اس سینس میں وہ نئی تھی، اور صرف بتائے نہیں، آپ نے اس کا دنیا میں ایگزیمپل قائم کر دیا، پریکٹیکل ایگزیمپل، ایک ماڈل کی صورت میں آپ کھڑے ہو گئے دنیا کے سامنے۔</w:t>
      </w:r>
    </w:p>
    <w:p>
      <w:r>
        <w:rPr>
          <w:b/>
        </w:rPr>
        <w:t xml:space="preserve">[27:09] </w:t>
      </w:r>
      <w:r>
        <w:t>ab dekhiye, isi ko lijiye aap</w:t>
      </w:r>
    </w:p>
    <w:p>
      <w:pPr>
        <w:jc w:val="right"/>
      </w:pPr>
      <w:r>
        <w:t>اب دیکھیے، اسی کو لیجئے آپ</w:t>
      </w:r>
    </w:p>
    <w:p>
      <w:r>
        <w:rPr>
          <w:b/>
        </w:rPr>
        <w:t xml:space="preserve">[27:14] </w:t>
      </w:r>
      <w:r>
        <w:t>ke aaj kal log kya karte hain? Salman Rushdie ki kitab "Satanic Verses chhapi" jo sari dunya mein shorgul shuru ho gaya, Denmark ke paper mein cartoon chhaapa,</w:t>
      </w:r>
    </w:p>
    <w:p>
      <w:pPr>
        <w:jc w:val="right"/>
      </w:pPr>
      <w:r>
        <w:t>کہ آج کل لوگ کیا کرتے ہیں؟ سلمان رشدی کی کتاب "سیٹک ورسز چھپی" جو ساری دنیا میں شورگول شروع ہو گیا، ڈنمارک کے پیپر میں کارٹون چھپا،</w:t>
      </w:r>
    </w:p>
    <w:p>
      <w:r>
        <w:rPr>
          <w:b/>
        </w:rPr>
        <w:t xml:space="preserve">[27:29] </w:t>
      </w:r>
      <w:r>
        <w:t>sari dunya mein shorgol paida ho gaya. logon ne is is baat ko sirf problem ke roop mein dekha, sirf problem ke roop mein.</w:t>
      </w:r>
    </w:p>
    <w:p>
      <w:pPr>
        <w:jc w:val="right"/>
      </w:pPr>
      <w:r>
        <w:t>ساری دنیا میں شورگول پیدا ہو گیا۔ لوگوں نے اس اس بات کو صرف پرابلم کے روپ میں دیکھا، صرف پرابلم کے روپ میں۔</w:t>
      </w:r>
    </w:p>
    <w:p>
      <w:r>
        <w:rPr>
          <w:b/>
        </w:rPr>
        <w:t xml:space="preserve">[27:42] </w:t>
      </w:r>
      <w:r>
        <w:t>lekin aap quran mein dekhiye, yaani yeh baatein jo huin is zamane mein ke rasool allah ko badnaam kiya gaya, rasool allah ko yaani character association kiya gaya,</w:t>
      </w:r>
    </w:p>
    <w:p>
      <w:pPr>
        <w:jc w:val="right"/>
      </w:pPr>
      <w:r>
        <w:t>لیکن آپ قرآن میں دیکھیے، یعنی یہ باتیں جو ہوئیں اس زمانے میں کہ رسول اللہ کو بدنام کیا گیا، رسول اللہ کو یعنی کریکٹر ایسوسی ایشن کیا گیا،</w:t>
      </w:r>
    </w:p>
    <w:p>
      <w:r>
        <w:rPr>
          <w:b/>
        </w:rPr>
        <w:t xml:space="preserve">[27:57] </w:t>
      </w:r>
      <w:r>
        <w:t>rasool allah ki image bigadi gayi, yeh sab hua. quran mein dekhiye, likha hua hai ke unhon ne kaha: "ya ayyuhal rasool, innakal majnoon".</w:t>
      </w:r>
    </w:p>
    <w:p>
      <w:pPr>
        <w:jc w:val="right"/>
      </w:pPr>
      <w:r>
        <w:t>رسول اللہ کی امیج بگاڑی گئی، یہ سب ہوا۔ قرآن میں دیکھیے، لکھا ہوا ہے کہ انہوں نے کہا: "یا ایہا الرسول، انک المجنون"۔</w:t>
      </w:r>
    </w:p>
    <w:p>
      <w:r>
        <w:rPr>
          <w:b/>
        </w:rPr>
        <w:t xml:space="preserve">[28:09] </w:t>
      </w:r>
      <w:r>
        <w:t>ae rasool, tum to hamare nazdeek deewane ho.</w:t>
      </w:r>
    </w:p>
    <w:p>
      <w:pPr>
        <w:jc w:val="right"/>
      </w:pPr>
      <w:r>
        <w:t>اے رسول، تم تو ہمارے نزدیک دیوانے ہو۔</w:t>
      </w:r>
    </w:p>
    <w:p>
      <w:r>
        <w:rPr>
          <w:b/>
        </w:rPr>
        <w:t xml:space="preserve">[28:16] </w:t>
      </w:r>
      <w:r>
        <w:t>makkah mein log aap ko direct taur par munh par kehte the ke "mushammim nabina". aap to mushammim hain, hum aap ko nahi manenge.</w:t>
      </w:r>
    </w:p>
    <w:p>
      <w:pPr>
        <w:jc w:val="right"/>
      </w:pPr>
      <w:r>
        <w:t>مکہ میں لوگ آپ کو ڈائریکٹ طور پر منہ پر کہتے تھے کہ "مضمم نبینا"۔ آپ تو مضمم ہیں، ہم آپ کو نہیں مانیں گے۔</w:t>
      </w:r>
    </w:p>
    <w:p>
      <w:r>
        <w:rPr>
          <w:b/>
        </w:rPr>
        <w:t xml:space="preserve">[28:26] </w:t>
      </w:r>
      <w:r>
        <w:t>unhein condemn karte the munh par aa kar ke aur is tarah ki baatein. lekin quran mein isi cheez ke bare mein kya kaha gaya?</w:t>
      </w:r>
    </w:p>
    <w:p>
      <w:pPr>
        <w:jc w:val="right"/>
      </w:pPr>
      <w:r>
        <w:t>انہیں کنڈم کرتے تھے منہ پر آ کر کے اور اس طرح کی باتیں۔ لیکن قرآن میں اسی چیز کے بارے میں کیا کہا گیا؟</w:t>
      </w:r>
    </w:p>
    <w:p>
      <w:r>
        <w:rPr>
          <w:b/>
        </w:rPr>
        <w:t xml:space="preserve">[28:36] </w:t>
      </w:r>
      <w:r>
        <w:t>"warafa'na 'alaka zikrak". yaani aap ke khilaf jo negative propaganda ho raha tha, us ko quran mein positive bana diya ke hum ne aap ka charcha har taraf phaila diya.</w:t>
      </w:r>
    </w:p>
    <w:p>
      <w:pPr>
        <w:jc w:val="right"/>
      </w:pPr>
      <w:r>
        <w:t>"ورفانا علیک ذکرک"۔ یعنی آپ کے خلاف جو نیگیٹیو پروپگنڈا ہو رہا تھا، اس کو قرآن میں پازیٹیو بنا دیا کہ ہم نے آپ کا چرچہ ہر طرف پھیلا دیا۔</w:t>
      </w:r>
    </w:p>
    <w:p>
      <w:r>
        <w:rPr>
          <w:b/>
        </w:rPr>
        <w:t xml:space="preserve">[28:50] </w:t>
      </w:r>
      <w:r>
        <w:t>"warafa'na 'alaka zikrak". aap jante hain, charcha yaani positive,</w:t>
      </w:r>
    </w:p>
    <w:p>
      <w:pPr>
        <w:jc w:val="right"/>
      </w:pPr>
      <w:r>
        <w:t>"ورفانا علیک ذکرک"۔ آپ جانتے ہیں، چرچہ یعنی پازیٹیو،</w:t>
      </w:r>
    </w:p>
    <w:p>
      <w:r>
        <w:rPr>
          <w:b/>
        </w:rPr>
        <w:t xml:space="preserve">[28:58] </w:t>
      </w:r>
      <w:r>
        <w:t>ek positive word hai. to ab log to aap ko badnaam kar rahe the, character association kar rahe the, har taraf aap ki image bigad rahe the.</w:t>
      </w:r>
    </w:p>
    <w:p>
      <w:pPr>
        <w:jc w:val="right"/>
      </w:pPr>
      <w:r>
        <w:t>ایک پازیٹیو ورڈ ہے۔ تو اب لوگ تو آپ کو بدنام کر رہے تھے، کریکٹر ایسوسی ایشن کر رہے تھے، ہر طرف آپ کی امیج بگاڑ رہے تھے۔</w:t>
      </w:r>
    </w:p>
    <w:p>
      <w:r>
        <w:rPr>
          <w:b/>
        </w:rPr>
        <w:t xml:space="preserve">[29:11] </w:t>
      </w:r>
      <w:r>
        <w:t>isi cheez ko jo dekhne mein ek negative propaganda tha, quran ne kya kaha? ke tum us ko chhod do ke woh negative hai ya kya hai.</w:t>
      </w:r>
    </w:p>
    <w:p>
      <w:pPr>
        <w:jc w:val="right"/>
      </w:pPr>
      <w:r>
        <w:t>اسی چیز کو جو دیکھنے میں ایک نیگیٹیو پروپگنڈا تھا، قرآن نے کیا کہا؟ کہ تم اس کو چھوڑ دو کہ وہ نیگیٹیو ہے یا کیا ہے۔</w:t>
      </w:r>
    </w:p>
    <w:p>
      <w:r>
        <w:rPr>
          <w:b/>
        </w:rPr>
        <w:t xml:space="preserve">[29:25] </w:t>
      </w:r>
      <w:r>
        <w:t>yeh dekho ke is ki wajah se aap ka naam har jagah pahunch raha hai. naam pahunchne ke ma'ne hain kya? jab bhi naam pahunchega to saath saath kya rahega?</w:t>
      </w:r>
    </w:p>
    <w:p>
      <w:pPr>
        <w:jc w:val="right"/>
      </w:pPr>
      <w:r>
        <w:t>یہ دیکھو کہ اس کی وجہ سے آپ کا نام ہر جگہ پہنچ رہا ہے۔ نام پہنچنے کے معنی ہیں کیا؟ جب بھی نام پہنچے گا تو ساتھ ساتھ کیا رہے گا؟</w:t>
      </w:r>
    </w:p>
    <w:p>
      <w:r>
        <w:rPr>
          <w:b/>
        </w:rPr>
        <w:t xml:space="preserve">[29:35] </w:t>
      </w:r>
      <w:r>
        <w:t>curiosity, jis ko urdu mein kehte hain tajassus. curiosity: are bhai, yeh muhammad kaun hain? yeh quran kya hai?</w:t>
      </w:r>
    </w:p>
    <w:p>
      <w:pPr>
        <w:jc w:val="right"/>
      </w:pPr>
      <w:r>
        <w:t>کیوریاسٹی، جس کو اردو میں کہتے ہیں تجسس۔ کیوریاسٹی: ارے بھئی، یہ محمد کون ہیں؟ یہ قرآن کیا ہے؟</w:t>
      </w:r>
    </w:p>
    <w:p>
      <w:r>
        <w:rPr>
          <w:b/>
        </w:rPr>
        <w:t xml:space="preserve">[29:46] </w:t>
      </w:r>
      <w:r>
        <w:t>kya un ka message hai? to chunancha unhon ne to phailaya negative propaganda, woh ban gaya aap ke liye positive isha'at.</w:t>
      </w:r>
    </w:p>
    <w:p>
      <w:pPr>
        <w:jc w:val="right"/>
      </w:pPr>
      <w:r>
        <w:t>کیا ان کا میسج ہے؟ تو چنانچہ انہوں نے تو پھیلایا نیگیٹیو پروپگنڈا، وہ بن گیا آپ کے لیے پازیٹیو اشاعت۔</w:t>
      </w:r>
    </w:p>
    <w:p>
      <w:r>
        <w:rPr>
          <w:b/>
        </w:rPr>
        <w:t xml:space="preserve">[30:01] </w:t>
      </w:r>
      <w:r>
        <w:t>chunancha arab ke mukhtalif hisse mein, jahan aap ne pahunche bhi nahi the abhi tak, lekin aap ka negative propaganda wahan pahunch gaya tha. aap to makkah mein the, lekin negative propaganda jo hai, sare arab mein phaila diya gaya.</w:t>
      </w:r>
    </w:p>
    <w:p>
      <w:pPr>
        <w:jc w:val="right"/>
      </w:pPr>
      <w:r>
        <w:t>چنانچہ عرب کے مختلف حصے میں، جہاں آپ نے پہنچے بھی نہیں تھے اب ابھی تک، لیکن آپ کا نیگیٹیو پروپگنڈا وہاں پہنچ گیا تھا۔ آپ تو مکہ میں تھے، لیکن نیگیٹیو پروپگنڈا جو ہے، سارے عرب میں پھیلا دیا گیا۔</w:t>
      </w:r>
    </w:p>
    <w:p>
      <w:r>
        <w:rPr>
          <w:b/>
        </w:rPr>
        <w:t xml:space="preserve">[30:19] </w:t>
      </w:r>
      <w:r>
        <w:t>is ke ma'ne ke logon ke andar zabardasti curiosity paida kar di gayi. kya ma'mla hai? us ko samjho.</w:t>
      </w:r>
    </w:p>
    <w:p>
      <w:pPr>
        <w:jc w:val="right"/>
      </w:pPr>
      <w:r>
        <w:t>اس کے معنی کہ لوگوں کے اندر زبردستی کیوریاسٹی پیدا کی کر دی گئی۔ کیا معاملہ ہے؟ اس کو سمجھو۔</w:t>
      </w:r>
    </w:p>
    <w:p>
      <w:r>
        <w:rPr>
          <w:b/>
        </w:rPr>
        <w:t xml:space="preserve">[30:29] </w:t>
      </w:r>
      <w:r>
        <w:t>to is tarah ke bahut se waqiat aate hain kitabon mein. mislan ek sahab doosre ek tribe se aaye makkah, yeh janne ke liye ke bhai yeh kya hai jis ko log kehte hain ke majnoon hai, jo kehte hain ke woh mushammim hai,</w:t>
      </w:r>
    </w:p>
    <w:p>
      <w:pPr>
        <w:jc w:val="right"/>
      </w:pPr>
      <w:r>
        <w:t>تو اس طرح کے بہت سے واقعات آتے ہیں کتابوں میں۔ مثلاً ایک صاحب دوسرے ایک ٹرائب سے آئے مکہ، یہ جاننے کے لیے کہ بھئی یہ کیا ہے جس کو لوگ کہتے ہیں کہ مجنون ہے، جو کہتے ہیں کہ وہ مضمم ہے،</w:t>
      </w:r>
    </w:p>
    <w:p>
      <w:r>
        <w:rPr>
          <w:b/>
        </w:rPr>
        <w:t xml:space="preserve">[30:47] </w:t>
      </w:r>
      <w:r>
        <w:t>to aaye yahan par. to us waqt makkah mein aap jante hain ke aap ke mukhalifeen ka woh garh tha, woh woh chhaye hue the.</w:t>
      </w:r>
    </w:p>
    <w:p>
      <w:pPr>
        <w:jc w:val="right"/>
      </w:pPr>
      <w:r>
        <w:t>تو آئے یہاں پر۔ تو اس وقت مکہ میں آپ جانتے ہیں کہ آپ کے مخالفین کا وہ گڑھ تھا، وہ وہ چھائے ہوئے تھے۔</w:t>
      </w:r>
    </w:p>
    <w:p>
      <w:r>
        <w:rPr>
          <w:b/>
        </w:rPr>
        <w:t xml:space="preserve">[30:59] </w:t>
      </w:r>
      <w:r>
        <w:t>to jab aaye wahan, woh woh woh sahab aaye, woh sardar the apne qabile ke. to wahan un logon ne kaha, yaani aap ke mukhalifeen ne</w:t>
      </w:r>
    </w:p>
    <w:p>
      <w:pPr>
        <w:jc w:val="right"/>
      </w:pPr>
      <w:r>
        <w:t>تو جب آئے وہاں، وہ وہ وہ صاحب آئے، وہ سردار تھے اپنے قبیلے کے۔ تو وہاں ان لوگوں نے کہا، یعنی آپ کے مخالفین نے</w:t>
      </w:r>
    </w:p>
    <w:p>
      <w:r>
        <w:rPr>
          <w:b/>
        </w:rPr>
        <w:t xml:space="preserve">[31:14] </w:t>
      </w:r>
      <w:r>
        <w:t>ke dekho, Muhammad to kahin hai, Muhammad to jadoogar hai, un ki baat mat suno, tum ko behka denge, woh he is a great deceiver.</w:t>
      </w:r>
    </w:p>
    <w:p>
      <w:pPr>
        <w:jc w:val="right"/>
      </w:pPr>
      <w:r>
        <w:t>کہ دیکھو، محمد تو کاہن ہے، محمد تو جادوگر ہے، ان کی بات مت سننا، تم کو بہکا دیں گے، وہ ہی از ا گریٹ ریسیور۔</w:t>
      </w:r>
    </w:p>
    <w:p>
      <w:r>
        <w:rPr>
          <w:b/>
        </w:rPr>
        <w:t xml:space="preserve">[31:28] </w:t>
      </w:r>
      <w:r>
        <w:t>chunancha woh kehte hain ke main ne apne kaan mein rooi daal li, yaani kaan mein rooi, kyunke unhein ka'aba to jaana tha, un ko ka'aba ki ziyarat to karni thi,</w:t>
      </w:r>
    </w:p>
    <w:p>
      <w:pPr>
        <w:jc w:val="right"/>
      </w:pPr>
      <w:r>
        <w:t>چنانچہ وہ کہتے ہیں کہ میں نے اپنے کان میں روئی ڈال لی، یعنی کان میں روئی، کیونکہ انہیں کعبہ تو جانا تھا، ان کو کعبہ کی زیارت تو کرنی تھی،</w:t>
      </w:r>
    </w:p>
    <w:p>
      <w:r>
        <w:rPr>
          <w:b/>
        </w:rPr>
        <w:t xml:space="preserve">[31:41] </w:t>
      </w:r>
      <w:r>
        <w:t>ka'aba mein ja kar unhon ne unhein ibadat to karna tha, lekin rasool allah ka'aba mein barabar aate jaate the. to unhon ne kaan mein ungli woh daal li, rooi daal li, cotton, cotton bhar liya ke muhammad ki awaz mujhe sunai na de.</w:t>
      </w:r>
    </w:p>
    <w:p>
      <w:pPr>
        <w:jc w:val="right"/>
      </w:pPr>
      <w:r>
        <w:t>کعبہ میں جا کر انہوں نے انہیں عبادت تو کرنا تھا، لیکن رسول اللہ کعبہ میں برابر آتے جاتے تھے۔ تو انہوں نے کان میں انگلی وہ ڈال لی، روئی ڈال لی، کاٹن، کاٹن بھر لیا کہ محمد کی آواز مجھے سنائی نہ دے۔</w:t>
      </w:r>
    </w:p>
    <w:p>
      <w:r>
        <w:rPr>
          <w:b/>
        </w:rPr>
        <w:t xml:space="preserve">[32:00] </w:t>
      </w:r>
      <w:r>
        <w:t>phir kya hua? ek do din aise guzre, phir unhon ne kaha ke tum kaise bewakoof ho? apne aap ne jis introspection kiya, unhon ne tum kaise bewakoof ho?</w:t>
      </w:r>
    </w:p>
    <w:p>
      <w:pPr>
        <w:jc w:val="right"/>
      </w:pPr>
      <w:r>
        <w:t>پھر کیا ہوا؟ ایک دو دن ایسے گزرے، پھر انہوں نے کہا کہ تم کیسے بیوقوف ہو؟ اپنے آپ نے جس انٹروسپیکشن کیا، انہوں نے تم کیسے بیوقوف ہو؟</w:t>
      </w:r>
    </w:p>
    <w:p>
      <w:r>
        <w:rPr>
          <w:b/>
        </w:rPr>
        <w:t xml:space="preserve">[32:13] </w:t>
      </w:r>
      <w:r>
        <w:t>tum samajhdar ho, tum intelligent ho, tum wise ho, tum apne tribe ke sardar ho, to tum ko khud samajh hai, badi hai, to cotton daalne ki kya zaroorat hai?</w:t>
      </w:r>
    </w:p>
    <w:p>
      <w:pPr>
        <w:jc w:val="right"/>
      </w:pPr>
      <w:r>
        <w:t>تم سمجھدار ہو، تم انٹیلیجنٹ ہو، تم وائز ہو، تم اپنے ٹرائب کے سردار ہو، تو تم کو خود سمجھ ہے، بدی ہے، تو کاٹن ڈالنے کی کیا ضرورت ہے؟</w:t>
      </w:r>
    </w:p>
    <w:p>
      <w:r>
        <w:rPr>
          <w:b/>
        </w:rPr>
        <w:t xml:space="preserve">[32:25] </w:t>
      </w:r>
      <w:r>
        <w:t>chalo sunte hain ke kya kehte hain woh. hum ab hum apni badi se samjhenge us ko, apne reason se dekhenge us ko. to woh gaye, us ko nikal ke phenk diya, cotton ko,</w:t>
      </w:r>
    </w:p>
    <w:p>
      <w:pPr>
        <w:jc w:val="right"/>
      </w:pPr>
      <w:r>
        <w:t>چلو سنتے ہیں کہ کیا کہتے ہیں وہ۔ ہم اب ہم اپنی بدی سے سمجھیں گے اس کو، اپنے ریزن سے دیکھیں گے اس کو۔ تو وہ گئے، اس کو نکال کے پھینک دیا، کاٹن کو،</w:t>
      </w:r>
    </w:p>
    <w:p>
      <w:r>
        <w:rPr>
          <w:b/>
        </w:rPr>
        <w:t xml:space="preserve">[32:41] </w:t>
      </w:r>
      <w:r>
        <w:t>us ko nikal kar phenk diya.</w:t>
      </w:r>
    </w:p>
    <w:p>
      <w:pPr>
        <w:jc w:val="right"/>
      </w:pPr>
      <w:r>
        <w:t>اس کو نکال کر پھینک دیا۔</w:t>
      </w:r>
    </w:p>
    <w:p>
      <w:r>
        <w:rPr>
          <w:b/>
        </w:rPr>
        <w:t xml:space="preserve">[32:50] </w:t>
      </w:r>
      <w:r>
        <w:t>aur rasool Allah ke paas gaye, kaha ke Muhammad, kya aap ka message hai? Kya log aap ko bohat bura bhala kehte hain? Hum sunein to aakhir kya cheez hai?</w:t>
      </w:r>
    </w:p>
    <w:p>
      <w:pPr>
        <w:jc w:val="right"/>
      </w:pPr>
      <w:r>
        <w:t>اور رسول اللہ کے پاس گئے، کہا کہ محمد، کیا آپ کا میسج ہے؟ کیا لوگ آپ کو بہت برا بھلا کہتے ہیں؟ ہم سنیں تو آخر کیا چیز ہے؟</w:t>
      </w:r>
    </w:p>
    <w:p>
      <w:r>
        <w:rPr>
          <w:b/>
        </w:rPr>
        <w:t xml:space="preserve">[32:58] </w:t>
      </w:r>
      <w:r>
        <w:t>woh aap ne kuch aur nahi kiya, sirf Quran ko parh kar sunaya. Aap Quran ko parh kar sunaya, ab jab suna unhone Quran ko to ek dum woh specialist ho gaye.</w:t>
      </w:r>
    </w:p>
    <w:p>
      <w:pPr>
        <w:jc w:val="right"/>
      </w:pPr>
      <w:r>
        <w:t>وہ آپ نے کچھ اور نہیں کیا، صرف قرآن کو پڑھ کر سنایا۔ آپ قرآن کو پڑھ کر سنایا، اب جب سنا انہوں نے قرآن کو تو ایک دم وہ اسپیشلسٹ ہو گئے۔</w:t>
      </w:r>
    </w:p>
    <w:p>
      <w:r>
        <w:rPr>
          <w:b/>
        </w:rPr>
        <w:t xml:space="preserve">[33:12] </w:t>
      </w:r>
      <w:r>
        <w:t>woh kyunke aap jante hain, Quran mein wisdom ki baatein hain, nature ko touch karne wali baatein hain, yaani yeh jo world hai, yeh jo kainat hai, is ko explain karne wali baatein hain,</w:t>
      </w:r>
    </w:p>
    <w:p>
      <w:pPr>
        <w:jc w:val="right"/>
      </w:pPr>
      <w:r>
        <w:t>وہ کیونکہ آپ جانتے ہیں، قرآن میں وزڈم کی باتیں ہیں، نیچر کو ٹچ کرنے والی باتیں ہیں، یعنی یہ جو ورلڈ ہے، یہ جو کائنات ہے، اس کو ایکسپلین کرنے والی باتیں ہیں،</w:t>
      </w:r>
    </w:p>
    <w:p>
      <w:r>
        <w:rPr>
          <w:b/>
        </w:rPr>
        <w:t xml:space="preserve">[33:27] </w:t>
      </w:r>
      <w:r>
        <w:t>Khuda ka creation plan batane wali baatein hain, logon ko jo sachai ki talash hai, uska jawab is ke andar hai. Ab jab unhone suna Quran ko to kya hua?</w:t>
      </w:r>
    </w:p>
    <w:p>
      <w:pPr>
        <w:jc w:val="right"/>
      </w:pPr>
      <w:r>
        <w:t>خدا کا کریشن پلان بتانے والی باتیں ہیں، لوگوں کو جو سچائی کی تلاش ہے، اس کا جواب اس کے اندر ہے۔ اب جب انہوں نے سنا قرآن کو تو کیا ہوا؟</w:t>
      </w:r>
    </w:p>
    <w:p>
      <w:r>
        <w:rPr>
          <w:b/>
        </w:rPr>
        <w:t xml:space="preserve">[33:41] </w:t>
      </w:r>
      <w:r>
        <w:t>ek dum dher gaye. Woh usi waqt aap ke haath pe Islam accept kar liya unhone. Ab yeh dekhiye, ek aadmi negative propaganda ka surkh karata hai aur result kya nikalta hai?</w:t>
      </w:r>
    </w:p>
    <w:p>
      <w:pPr>
        <w:jc w:val="right"/>
      </w:pPr>
      <w:r>
        <w:t>ایک دم ڈھر گئے۔ وہ اسی وقت آپ کے ہاتھ پہ اسلام ایکسیپٹ کر لیا انہوں نے۔ اب یہ دیکھیے، ایک آدمی نیگیٹیو پروپگنڈے کا سرخ کراتا ہے اور رزلٹ کیا نکلتا ہے؟</w:t>
      </w:r>
    </w:p>
    <w:p>
      <w:r>
        <w:rPr>
          <w:b/>
        </w:rPr>
        <w:t xml:space="preserve">[33:54] </w:t>
      </w:r>
      <w:r>
        <w:t>positive ke aap ka saathi ban jata hai. Isi Quran mein kaha gaya ke "wa rafa'na laka zikrak". Un ke negative propaganda ko hum ne tumhare liye ek positive asset bana diya.</w:t>
      </w:r>
    </w:p>
    <w:p>
      <w:pPr>
        <w:jc w:val="right"/>
      </w:pPr>
      <w:r>
        <w:t>پازیٹیو کہ آپ کا ساتھی بن جاتا ہے۔ اسی قرآن میں کہا گیا کہ "ورفانا علیک ذکرک"۔ ان کے نیگیٹیو پروپگنڈے کو ہم نے تمہارے لیے ایک پازیٹیو ایسٹ بنا دیا۔</w:t>
      </w:r>
    </w:p>
    <w:p>
      <w:r>
        <w:rPr>
          <w:b/>
        </w:rPr>
        <w:t xml:space="preserve">[34:09] </w:t>
      </w:r>
      <w:r>
        <w:t>yeh kitni bari baat hai? Yeh to unhone kaha ke Islam ne nayi cheez kya di hai? To hum yeh keh sakte hain ke dekho, yeh nayi cheez hai, batao history mein kaun hai jis ne yeh idea diya ho?</w:t>
      </w:r>
    </w:p>
    <w:p>
      <w:pPr>
        <w:jc w:val="right"/>
      </w:pPr>
      <w:r>
        <w:t>یہ کتنی بڑی بات ہے؟ یہ تو انہوں نے کہا کہ اسلام نے نئی چیز کیا دی ہے؟ تو ہم یہ کہہ سکتے ہیں کہ دیکھو، یہ نئی چیز ہے، بتاؤ ہسٹری میں کون ہے جس نے یہ آئیڈیا دیا ہو؟</w:t>
      </w:r>
    </w:p>
    <w:p>
      <w:r>
        <w:rPr>
          <w:b/>
        </w:rPr>
        <w:t xml:space="preserve">[34:25] </w:t>
      </w:r>
      <w:r>
        <w:t>ab puri history mein batao, kaun philosopher hai, kaun thinker hai, kaun reformer hai, kaun leader hai jis ne yeh idea diya ho?</w:t>
      </w:r>
    </w:p>
    <w:p>
      <w:pPr>
        <w:jc w:val="right"/>
      </w:pPr>
      <w:r>
        <w:t>اب پوری ہسٹری میں بتاؤ، کون فلاسفر ہے، کون تھنکر ہے، کون ریفارمر ہے، کون لیڈر ہے جس نے یہ آئیڈیا دیا ہو؟</w:t>
      </w:r>
    </w:p>
    <w:p>
      <w:r>
        <w:rPr>
          <w:b/>
        </w:rPr>
        <w:t xml:space="preserve">[34:37] </w:t>
      </w:r>
      <w:r>
        <w:t>kisi ne nahi diya hai. Ab aap dekhiye, kyunke hum log khud Islam ki is teaching se bekhabar ho gaye.</w:t>
      </w:r>
    </w:p>
    <w:p>
      <w:pPr>
        <w:jc w:val="right"/>
      </w:pPr>
      <w:r>
        <w:t>کسی نے نہیں دیا ہے۔ اب آپ دیکھیے، کیونکہ ہم لوگ خود اسلام کی اس ٹیچنگ سے بے خبر ہو گئے۔</w:t>
      </w:r>
    </w:p>
    <w:p>
      <w:r>
        <w:rPr>
          <w:b/>
        </w:rPr>
        <w:t xml:space="preserve">[34:51] </w:t>
      </w:r>
      <w:r>
        <w:t>woh kitabon mein to likhi hui hai, lekin hum consciously is ko jante nahi. Is wajah se hum is ko avail bhi nahi kar paate.</w:t>
      </w:r>
    </w:p>
    <w:p>
      <w:pPr>
        <w:jc w:val="right"/>
      </w:pPr>
      <w:r>
        <w:t>وہ کتابوں میں تو لکھی ہوئی ہے، لیکن ہم کانشیسلی اس کو جانتے نہیں۔ اس وجہ سے ہم اس کو اویل بھی نہیں کر پاتے۔</w:t>
      </w:r>
    </w:p>
    <w:p>
      <w:r>
        <w:rPr>
          <w:b/>
        </w:rPr>
        <w:t xml:space="preserve">[35:03] </w:t>
      </w:r>
      <w:r>
        <w:t>agarche apne aap is ka muzahira ho raha hai, apne aap woh idhar udhar waqea ban raha hai, woh tab bhi hamari aankh nahi khulti.</w:t>
      </w:r>
    </w:p>
    <w:p>
      <w:pPr>
        <w:jc w:val="right"/>
      </w:pPr>
      <w:r>
        <w:t>اگرچہ اپنے آپ اس کا مظاہرہ ہو رہا ہے، اپنے آپ وہ ادھر ادھر واقعہ بن رہا ہے، وہ تب بھی ہماری آنکھ نہیں کھلتی۔</w:t>
      </w:r>
    </w:p>
    <w:p>
      <w:r>
        <w:rPr>
          <w:b/>
        </w:rPr>
        <w:t xml:space="preserve">[35:14] </w:t>
      </w:r>
      <w:r>
        <w:t>main aap ko chand ek misaal deta hoon</w:t>
      </w:r>
    </w:p>
    <w:p>
      <w:pPr>
        <w:jc w:val="right"/>
      </w:pPr>
      <w:r>
        <w:t>میں آپ کو چند ایک مثال دیتا ہوں</w:t>
      </w:r>
    </w:p>
    <w:p>
      <w:r>
        <w:rPr>
          <w:b/>
        </w:rPr>
        <w:t xml:space="preserve">[35:19] </w:t>
      </w:r>
      <w:r>
        <w:t>ke Salman Rushdie ka jo qissa tha, Salman Rushdie ne ek bari hi kharab kitaab chhapi, uska naam tha "Satanic Verses".</w:t>
      </w:r>
    </w:p>
    <w:p>
      <w:pPr>
        <w:jc w:val="right"/>
      </w:pPr>
      <w:r>
        <w:t>کہ سلمان رشدی کا جو قصہ تھا، سلمان رشدی نے ایک بڑی ہی خراب کتاب چھاپی، اس کا نام تھا "سیٹینک ورسز"۔</w:t>
      </w:r>
    </w:p>
    <w:p>
      <w:r>
        <w:rPr>
          <w:b/>
        </w:rPr>
        <w:t xml:space="preserve">[35:30] </w:t>
      </w:r>
      <w:r>
        <w:t>naam hi is ka bohat hi kharab tha. Ab Musalman bhadak uthe, bara is par hungama hua, yahan tak ke Iran ke mufti sahib ne fatwa de diya ke un ko maar dalo, un ko qatal kar dalo.</w:t>
      </w:r>
    </w:p>
    <w:p>
      <w:pPr>
        <w:jc w:val="right"/>
      </w:pPr>
      <w:r>
        <w:t>نام ہی اس کا بہت ہی خراب تھا۔ اب مسلمان بھڑک اٹھے، بڑا اس پر ہنگامہ ہوا، یہاں تک کہ ایران کے مفتی صاحب نے فتویٰ دے دیا کہ ان کو مار ڈالو، ان کو قتل کر ڈالو۔</w:t>
      </w:r>
    </w:p>
    <w:p>
      <w:r>
        <w:rPr>
          <w:b/>
        </w:rPr>
        <w:t xml:space="preserve">[35:48] </w:t>
      </w:r>
      <w:r>
        <w:t>ab zahir hai ke aap jante hain ke yeh media ka zamana hai, yeh pehle ki tarah to hai nahi ke aap kuch boliye to aas paas ke log sunein ge, baqi log jannein ge bhi nahi.</w:t>
      </w:r>
    </w:p>
    <w:p>
      <w:pPr>
        <w:jc w:val="right"/>
      </w:pPr>
      <w:r>
        <w:t>اب ظاہر ہے کہ آپ جانتے ہیں کہ یہ میڈیا کا زمانہ ہے، یہ پہلے کی طرح تو ہے نہیں کہ آپ کچھ بولیے تو آس پاس کے لوگ سنیں گے، باقی لوگ جانیں گے بھی نہیں۔</w:t>
      </w:r>
    </w:p>
    <w:p>
      <w:r>
        <w:rPr>
          <w:b/>
        </w:rPr>
        <w:t xml:space="preserve">[35:58] </w:t>
      </w:r>
      <w:r>
        <w:t>woh zamana to khatam ho gaya, ab woh zamana kahan hai? To media mein woh cheez phaili</w:t>
      </w:r>
    </w:p>
    <w:p>
      <w:pPr>
        <w:jc w:val="right"/>
      </w:pPr>
      <w:r>
        <w:t>وہ زمانہ تو ختم ہو گیا، اب وہ زمانہ کہاں ہے؟ تو میڈیا میں وہ چیز پھیلی</w:t>
      </w:r>
    </w:p>
    <w:p>
      <w:r>
        <w:rPr>
          <w:b/>
        </w:rPr>
        <w:t xml:space="preserve">[36:10] </w:t>
      </w:r>
      <w:r>
        <w:t>aur phir sari duniya mein yeh logon ne jaan liya ke ke Salman Rushdie ne koi kitaab likhi hai aur is kitaab par fatwa lag gaya hai ke is ko is ke author ko maar dalo.</w:t>
      </w:r>
    </w:p>
    <w:p>
      <w:pPr>
        <w:jc w:val="right"/>
      </w:pPr>
      <w:r>
        <w:t>اور پھر ساری دنیا میں یہ لوگوں نے جان لیا کہ کہ سلمان رشدی نے کوئی کتاب لکھی ہے اور اس کتاب پر فتویٰ لگ گیا ہے کہ اس کو اس کے اتھر کو مار ڈالو۔</w:t>
      </w:r>
    </w:p>
    <w:p>
      <w:r>
        <w:rPr>
          <w:b/>
        </w:rPr>
        <w:t xml:space="preserve">[36:31] </w:t>
      </w:r>
      <w:r>
        <w:t>woh kitaab likhi hai Quran ke khilaf, kyunke Satanic Verses ka matlab tha ke Quran mein kuch verses aisi hain jo Satan ki wajah se aa gayi hain, yaani kuch verses Khuda ki hain, kuch verses is mein Satan ki bhi hain.</w:t>
      </w:r>
    </w:p>
    <w:p>
      <w:pPr>
        <w:jc w:val="right"/>
      </w:pPr>
      <w:r>
        <w:t>وہ کتاب لکھی ہے قرآن کے خلاف، کیونکہ سیٹنک ورسز کا مطلب تھا کہ قرآن میں کچھ ورسز ایسی ہیں جو سیٹن کی وجہ سے آ گئی ہیں، یعنی کچھ ورسز خدا کی ہیں، کچھ ورسز اس میں سیٹن کی بھی ہیں۔</w:t>
      </w:r>
    </w:p>
    <w:p>
      <w:r>
        <w:rPr>
          <w:b/>
        </w:rPr>
        <w:t xml:space="preserve">[36:49] </w:t>
      </w:r>
      <w:r>
        <w:t>ab zahir hai ke jo negative propaganda hua,</w:t>
      </w:r>
    </w:p>
    <w:p>
      <w:pPr>
        <w:jc w:val="right"/>
      </w:pPr>
      <w:r>
        <w:t>اب ظاہر ہے کہ جو نیگیٹیو پروپگنڈا ہوا،</w:t>
      </w:r>
    </w:p>
    <w:p>
      <w:r>
        <w:rPr>
          <w:b/>
        </w:rPr>
        <w:t xml:space="preserve">[36:55] </w:t>
      </w:r>
      <w:r>
        <w:t>sari duniya mein propaganda hua ke dekho bhai, Islam ko yeh kehte hain ke author ko maar dalo. Aaj kal ke zamane mein to freedom of speech ka zamana hai,</w:t>
      </w:r>
    </w:p>
    <w:p>
      <w:pPr>
        <w:jc w:val="right"/>
      </w:pPr>
      <w:r>
        <w:t>ساری دنیا میں پروپگنڈا ہوا کہ دیکھو بھئی، اسلام کو یہ کہتے ہیں کہ اتھر کو مار ڈالو۔ آج کل کے زمانے میں تو فریڈم آف اسپیچ کا زمانہ ہے،</w:t>
      </w:r>
    </w:p>
    <w:p>
      <w:r>
        <w:rPr>
          <w:b/>
        </w:rPr>
        <w:t xml:space="preserve">[37:09] </w:t>
      </w:r>
      <w:r>
        <w:t>har aadmi ko freedom hai ke jo chahe bole, jo chahe likhe. Lekin ek aisa mazhab hai jo kehta hai ke nahi, is ko maar dalo.</w:t>
      </w:r>
    </w:p>
    <w:p>
      <w:pPr>
        <w:jc w:val="right"/>
      </w:pPr>
      <w:r>
        <w:t>ہر آدمی کو فریڈم ہے کہ جو چاہے بولے، جو چاہے لکھے۔ لیکن ایک ایسا مذہب ہے جو کہتا ہے کہ نہیں، اس کو مار ڈالو۔</w:t>
      </w:r>
    </w:p>
    <w:p>
      <w:r>
        <w:rPr>
          <w:b/>
        </w:rPr>
        <w:t xml:space="preserve">[37:21] </w:t>
      </w:r>
      <w:r>
        <w:t>to jo log freedom of speech ko summum bonum mante chale aa rahe the, un ko yeh baat bari anokhi lagi ke koi aisa hi mazhab duniya mein hai jo yeh kahe ke sirf kitaab ke likhne par bhi kisi ko maar dala, maar dalna chahiye.</w:t>
      </w:r>
    </w:p>
    <w:p>
      <w:pPr>
        <w:jc w:val="right"/>
      </w:pPr>
      <w:r>
        <w:t>تو جو لوگ فریڈم آف اسپیچ کو سمم بونم مانتے چلے آ رہے تھے، ان کو یہ بات بڑی انوکھی لگی کہ کوئی ایسا ہی مذہب دنیا میں ہے جو یہ کہے کہ صرف کتاب کے لکھنے پر بھی کسی کو مار ڈالا، مار ڈالنا چاہیے۔</w:t>
      </w:r>
    </w:p>
    <w:p>
      <w:r>
        <w:rPr>
          <w:b/>
        </w:rPr>
        <w:t xml:space="preserve">[37:42] </w:t>
      </w:r>
      <w:r>
        <w:t>to is ka kya hua? Logon ke andar ek nayi curiosity aa gayi ke dekho to yeh Quran hai kya? Unhone kya negative propaganda, yaani media ne ya jis ne bhi negative propaganda kiya,</w:t>
      </w:r>
    </w:p>
    <w:p>
      <w:pPr>
        <w:jc w:val="right"/>
      </w:pPr>
      <w:r>
        <w:t>تو اس کا کیا ہوا؟ لوگوں کے اندر ایک نئی کیوریاسٹی آ گئی کہ دیکھو تو یہ قرآن ہے کیا؟ انہوں نے کیا نیگیٹیو پروپگنڈا، یعنی میڈیا نے یا جس نے بھی نیگیٹیو پروپگنڈا کیا،</w:t>
      </w:r>
    </w:p>
    <w:p>
      <w:r>
        <w:rPr>
          <w:b/>
        </w:rPr>
        <w:t xml:space="preserve">[37:59] </w:t>
      </w:r>
      <w:r>
        <w:t>result kya nikla? Positive, yaani tajassus ya ya curiosity.</w:t>
      </w:r>
    </w:p>
    <w:p>
      <w:pPr>
        <w:jc w:val="right"/>
      </w:pPr>
      <w:r>
        <w:t>رزلٹ کیا نکلا؟ پازیٹیو، یعنی تجسس یا یا کیوریاسٹی۔</w:t>
      </w:r>
    </w:p>
    <w:p>
      <w:r>
        <w:rPr>
          <w:b/>
        </w:rPr>
        <w:t xml:space="preserve">[38:09] </w:t>
      </w:r>
      <w:r>
        <w:t>main khud aap ko waqea batata hoon, Chicago mein</w:t>
      </w:r>
    </w:p>
    <w:p>
      <w:pPr>
        <w:jc w:val="right"/>
      </w:pPr>
      <w:r>
        <w:t>میں خود آپ کو واقعہ بتاتا ہوں، شکاگو میں</w:t>
      </w:r>
    </w:p>
    <w:p>
      <w:r>
        <w:rPr>
          <w:b/>
        </w:rPr>
        <w:t xml:space="preserve">[38:15] </w:t>
      </w:r>
      <w:r>
        <w:t>aik aik aik book shop, bohat bari book shop thi, is se poocha gaya ke aaj aap ke yahan se satanic verses ki kitni copy biki hai?</w:t>
      </w:r>
    </w:p>
    <w:p>
      <w:pPr>
        <w:jc w:val="right"/>
      </w:pPr>
      <w:r>
        <w:t>ایک ایک ایک بک شاپ، بہت بڑی بک شاپ تھی، اس سے پوچھا گیا کہ آج آپ کے یہاں سے سیٹنک ورسز کی کتنی کاپی بکی ہے؟</w:t>
      </w:r>
    </w:p>
    <w:p>
      <w:r>
        <w:rPr>
          <w:b/>
        </w:rPr>
        <w:t xml:space="preserve">[38:31] </w:t>
      </w:r>
      <w:r>
        <w:t>aaj aap ke yahan se satanic verses ki kitni copy biki hai? to unhon ne kaha ke teen copy, teen copy.</w:t>
      </w:r>
    </w:p>
    <w:p>
      <w:pPr>
        <w:jc w:val="right"/>
      </w:pPr>
      <w:r>
        <w:t>آج آپ کے یہاں سے سیٹنک ورسز کی کتنی کاپی بکی ہے؟ تو انہوں نے کہا کہ تین کاپی، تین کاپی۔</w:t>
      </w:r>
    </w:p>
    <w:p>
      <w:r>
        <w:rPr>
          <w:b/>
        </w:rPr>
        <w:t xml:space="preserve">[38:42] </w:t>
      </w:r>
      <w:r>
        <w:t>phir un se poocha ke aaj ke din quran ki kitni copy logon ne aap ke haan se li hai?</w:t>
      </w:r>
    </w:p>
    <w:p>
      <w:pPr>
        <w:jc w:val="right"/>
      </w:pPr>
      <w:r>
        <w:t>پھر ان سے پوچھا کہ آج کے دن قرآن کی کتنی کاپی لوگوں نے آپ کے ہاں سے لی ہے؟</w:t>
      </w:r>
    </w:p>
    <w:p>
      <w:r>
        <w:rPr>
          <w:b/>
        </w:rPr>
        <w:t xml:space="preserve">[38:52] </w:t>
      </w:r>
      <w:r>
        <w:t>unhon ne kaha seventy. yeh hai karishma "warfana alaika zikrak" ka ke log tumhare baray mein burai batayenge, negative propaganda karenge, lekin result kya niklega?</w:t>
      </w:r>
    </w:p>
    <w:p>
      <w:pPr>
        <w:jc w:val="right"/>
      </w:pPr>
      <w:r>
        <w:t>انہوں نے کہا سیونٹی۔ یہ ہے کرشمہ "ورفانا علیک ذکرک" کا کہ لوگ تمہارے بارے میں برائی بتائیں گے، نیگیٹیو پروپگنڈا کریں گے، لیکن رزلٹ کیا نکلے گا؟</w:t>
      </w:r>
    </w:p>
    <w:p>
      <w:r>
        <w:rPr>
          <w:b/>
        </w:rPr>
        <w:t xml:space="preserve">[39:09] </w:t>
      </w:r>
      <w:r>
        <w:t>result niklega ke log tum ko jaan lenge, tum logon ke nazdeek well known figure ban jaoge, well known figure, yani jo pehle nahi jante the, woh aap jaan lenge.</w:t>
      </w:r>
    </w:p>
    <w:p>
      <w:pPr>
        <w:jc w:val="right"/>
      </w:pPr>
      <w:r>
        <w:t>رزلٹ نکلے گا کہ لوگ تم کو جان لیں گے، تم لوگوں کے نزدیک ویل نون فگر بن جاؤ گے، ویل نون فگر، یعنی جو پہلے نہیں جانتے تھے، وہ آپ جان لیں گے۔</w:t>
      </w:r>
    </w:p>
    <w:p>
      <w:r>
        <w:rPr>
          <w:b/>
        </w:rPr>
        <w:t xml:space="preserve">[39:25] </w:t>
      </w:r>
      <w:r>
        <w:t>woh phir un ko kya hoga? tajassus, yani curiosity paida hogi. yeh janna chahenge jab bhi aap aik, aap aik principle ko samjhiye,</w:t>
      </w:r>
    </w:p>
    <w:p>
      <w:pPr>
        <w:jc w:val="right"/>
      </w:pPr>
      <w:r>
        <w:t>وہ پھر ان کو کیا ہوگا؟ تجسس، یعنی کیوریاسٹی پیدا ہوگی۔ یہ جاننا چاہیں گے جب بھی آپ ایک، آپ ایک پرنسپل کو سمجھئے،</w:t>
      </w:r>
    </w:p>
    <w:p>
      <w:r>
        <w:rPr>
          <w:b/>
        </w:rPr>
        <w:t xml:space="preserve">[39:39] </w:t>
      </w:r>
      <w:r>
        <w:t>aik law of nature ko.</w:t>
      </w:r>
    </w:p>
    <w:p>
      <w:pPr>
        <w:jc w:val="right"/>
      </w:pPr>
      <w:r>
        <w:t>ایک لاء آف نیچر کو۔</w:t>
      </w:r>
    </w:p>
    <w:p>
      <w:r>
        <w:rPr>
          <w:b/>
        </w:rPr>
        <w:t xml:space="preserve">[39:50] </w:t>
      </w:r>
      <w:r>
        <w:t>insan jo hai, woh pathar nahi hai, statue nahi hai.</w:t>
      </w:r>
    </w:p>
    <w:p>
      <w:pPr>
        <w:jc w:val="right"/>
      </w:pPr>
      <w:r>
        <w:t>انسان جو ہے، وہ پتھر نہیں ہے، اسٹیچو نہیں ہے۔</w:t>
      </w:r>
    </w:p>
    <w:p>
      <w:r>
        <w:rPr>
          <w:b/>
        </w:rPr>
        <w:t xml:space="preserve">[39:57] </w:t>
      </w:r>
      <w:r>
        <w:t>insan koi statue nahi hai. insan aik aik thinking animal hai, woh sochta hai.</w:t>
      </w:r>
    </w:p>
    <w:p>
      <w:pPr>
        <w:jc w:val="right"/>
      </w:pPr>
      <w:r>
        <w:t>انسان کوئی اسٹیچو نہیں ہے۔ انسان ایک ایک تھنکنگ اینیمل ہے، وہ سوچتا ہے۔</w:t>
      </w:r>
    </w:p>
    <w:p>
      <w:r>
        <w:rPr>
          <w:b/>
        </w:rPr>
        <w:t xml:space="preserve">[40:12] </w:t>
      </w:r>
      <w:r>
        <w:t>to kya hota hai?</w:t>
      </w:r>
    </w:p>
    <w:p>
      <w:pPr>
        <w:jc w:val="right"/>
      </w:pPr>
      <w:r>
        <w:t>تو کیا ہوتا ہے؟</w:t>
      </w:r>
    </w:p>
    <w:p>
      <w:r>
        <w:rPr>
          <w:b/>
        </w:rPr>
        <w:t xml:space="preserve">[40:17] </w:t>
      </w:r>
      <w:r>
        <w:t>agar aap aik statues ka aik koi duniya ho, koi island ho, use kuch bhi kahiye, us ki taraf se koi response nahi aayega, woh reaction koi nahi aayega,</w:t>
      </w:r>
    </w:p>
    <w:p>
      <w:pPr>
        <w:jc w:val="right"/>
      </w:pPr>
      <w:r>
        <w:t>اگر آپ ایک اسٹیچوز کا ایک کوئی دنیا ہو، کوئی آئی لینڈ ہو، اسے کچھ بھی کہیے، اس کی طرف سے کوئی رسپانس نہیں آئے گا، وہ ری ایکشن کوئی نہیں آئے گا،</w:t>
      </w:r>
    </w:p>
    <w:p>
      <w:r>
        <w:rPr>
          <w:b/>
        </w:rPr>
        <w:t xml:space="preserve">[40:36] </w:t>
      </w:r>
      <w:r>
        <w:t>kyun ke unhon ne na to suna, na jana. akele aap hi ki awaz wahan goonjti rahegi, bas no reaction.</w:t>
      </w:r>
    </w:p>
    <w:p>
      <w:pPr>
        <w:jc w:val="right"/>
      </w:pPr>
      <w:r>
        <w:t>کیونکہ انہوں نے نہ تو سنا، نہ جانا۔ اکیلے آپ ہی کی آواز وہاں گونجتی رہے گی، بس نو ری ایکشن۔</w:t>
      </w:r>
    </w:p>
    <w:p>
      <w:r>
        <w:rPr>
          <w:b/>
        </w:rPr>
        <w:t xml:space="preserve">[40:48] </w:t>
      </w:r>
      <w:r>
        <w:t>lekin yaad rakhiye, jab aap insan ke baray mein kuch bolen to yeh samajh lijiye ke insan jo hai, pathar nahi hai.</w:t>
      </w:r>
    </w:p>
    <w:p>
      <w:pPr>
        <w:jc w:val="right"/>
      </w:pPr>
      <w:r>
        <w:t>لیکن یاد رکھیے، جب آپ انسان کے بارے میں کچھ بولیں تو یہ سمجھ لیجئے کہ انسان جو ہے، پتھر نہیں ہے۔</w:t>
      </w:r>
    </w:p>
    <w:p>
      <w:r>
        <w:rPr>
          <w:b/>
        </w:rPr>
        <w:t xml:space="preserve">[40:58] </w:t>
      </w:r>
      <w:r>
        <w:t>yani aap agar negative propaganda karen to sunne wala kya machine hai? jo aap ne sun, jo aap ne kaha, wahi sun lega, bas baat khatam ho jayegi.</w:t>
      </w:r>
    </w:p>
    <w:p>
      <w:pPr>
        <w:jc w:val="right"/>
      </w:pPr>
      <w:r>
        <w:t>یعنی آپ اگر نیگیٹیو پروپگنڈا کریں تو سننے والا کیا مشین ہے؟ جو آپ نے سن، جو آپ نے کہا، وہی سن لے گا، بس بات ختم ہو جائے گی۔</w:t>
      </w:r>
    </w:p>
    <w:p>
      <w:r>
        <w:rPr>
          <w:b/>
        </w:rPr>
        <w:t xml:space="preserve">[41:13] </w:t>
      </w:r>
      <w:r>
        <w:t>woh wahi karega jo makkah ka qissa mein ne bataya aap ko.</w:t>
      </w:r>
    </w:p>
    <w:p>
      <w:pPr>
        <w:jc w:val="right"/>
      </w:pPr>
      <w:r>
        <w:t>وہ وہی کرے گا جو مکے کا قصہ میں نے بتایا آپ کو۔</w:t>
      </w:r>
    </w:p>
    <w:p>
      <w:r>
        <w:rPr>
          <w:b/>
        </w:rPr>
        <w:t xml:space="preserve">[41:20] </w:t>
      </w:r>
      <w:r>
        <w:t>woh sochega ke bhai, mere paas bhi mind hai, mere paas bhi samajh hai, mein kyun na jano ke aakhir qissa kya hai? yani yeh samajh lijiye, sab se bohat important baat: curiosity is a part of nature.</w:t>
      </w:r>
    </w:p>
    <w:p>
      <w:pPr>
        <w:jc w:val="right"/>
      </w:pPr>
      <w:r>
        <w:t>وہ سوچے گا کہ بھئی، میرے پاس بھی مائنڈ ہے، میرے پاس بھی سمجھ ہے، میں کیوں نہ جانوں کہ آخر قصہ کیا ہے؟ یعنی یہ سمجھ لیجئے، سب سے بہت امپورٹنٹ بات: کیوریاسٹی از ا پارٹ آف نیچر۔</w:t>
      </w:r>
    </w:p>
    <w:p>
      <w:r>
        <w:rPr>
          <w:b/>
        </w:rPr>
        <w:t xml:space="preserve">[41:39] </w:t>
      </w:r>
      <w:r>
        <w:t>curiosity is a part of human nature. koi bhi insan itna powerful nahi ke insan se curiosity ko chheen le.</w:t>
      </w:r>
    </w:p>
    <w:p>
      <w:pPr>
        <w:jc w:val="right"/>
      </w:pPr>
      <w:r>
        <w:t>کیوریاسٹی از ا پارٹ آف ہیومن نیچر۔ کوئی بھی انسان اتنا پاورفل نہیں کہ انسان سے کیوریاسٹی کو چھین لے۔</w:t>
      </w:r>
    </w:p>
    <w:p>
      <w:r>
        <w:rPr>
          <w:b/>
        </w:rPr>
        <w:t xml:space="preserve">[41:55] </w:t>
      </w:r>
      <w:r>
        <w:t>yeh bohat hi important baat hai.</w:t>
      </w:r>
    </w:p>
    <w:p>
      <w:pPr>
        <w:jc w:val="right"/>
      </w:pPr>
      <w:r>
        <w:t>یہ بہت ہی امپورٹنٹ بات ہے۔</w:t>
      </w:r>
    </w:p>
    <w:p>
      <w:r>
        <w:rPr>
          <w:b/>
        </w:rPr>
        <w:t xml:space="preserve">[42:00] </w:t>
      </w:r>
      <w:r>
        <w:t>aap koi bhi propaganda kijiye, woh kitna hi negative ho, kitna hi negative ho, lekin phir bhi jis insan tak woh pahunch raha hai,</w:t>
      </w:r>
    </w:p>
    <w:p>
      <w:pPr>
        <w:jc w:val="right"/>
      </w:pPr>
      <w:r>
        <w:t>آپ کوئی بھی پروپگنڈا کیجئے، وہ کتنا ہی نیگیٹیو ہو، کتنا ہی نیگیٹیو ہو، لیکن پھر بھی جس انسان تک وہ پہنچ رہا ہے،</w:t>
      </w:r>
    </w:p>
    <w:p>
      <w:r>
        <w:rPr>
          <w:b/>
        </w:rPr>
        <w:t xml:space="preserve">[42:11] </w:t>
      </w:r>
      <w:r>
        <w:t>woh to apne andar curiosity rakhta hai. to out of curiosity, woh zaroor aur mazeed janna chahega.</w:t>
      </w:r>
    </w:p>
    <w:p>
      <w:pPr>
        <w:jc w:val="right"/>
      </w:pPr>
      <w:r>
        <w:t>وہ تو اپنے اندر کیوریاسٹی رکھتا ہے۔ تو آؤٹ آف کیوریاسٹی، وہ ضرور اور مزید جاننا چاہے گا۔</w:t>
      </w:r>
    </w:p>
    <w:p>
      <w:r>
        <w:rPr>
          <w:b/>
        </w:rPr>
        <w:t xml:space="preserve">[42:22] </w:t>
      </w:r>
      <w:r>
        <w:t>mein, mere apne baray mein, mein bohat se aise baat, aise qisse bar bar hue hain ke logon ne mere khilaf propaganda kiya aur woh hamare muafiq ban gaya.</w:t>
      </w:r>
    </w:p>
    <w:p>
      <w:pPr>
        <w:jc w:val="right"/>
      </w:pPr>
      <w:r>
        <w:t>میں، میرے اپنے بارے میں، میں بہت سے ایسے بات، ایسے قصے بار بار ہوئے ہیں کہ لوگوں نے میرے خلاف پروپگنڈا کیا اور وہ ہمارے موافق بن گیا۔</w:t>
      </w:r>
    </w:p>
    <w:p>
      <w:r>
        <w:rPr>
          <w:b/>
        </w:rPr>
        <w:t xml:space="preserve">[42:40] </w:t>
      </w:r>
      <w:r>
        <w:t>aik sahib ne mujh se bataya ke masjid mein aik sahib aaye aur unhon ne hamare khilaf wahan par speech di.</w:t>
      </w:r>
    </w:p>
    <w:p>
      <w:pPr>
        <w:jc w:val="right"/>
      </w:pPr>
      <w:r>
        <w:t>ایک صاحب نے مجھ سے بتایا کہ مسجد میں ایک صاحب آئے اور انہوں نے ہمارے خلاف وہاں پر اسپیچ دی۔</w:t>
      </w:r>
    </w:p>
    <w:p>
      <w:r>
        <w:rPr>
          <w:b/>
        </w:rPr>
        <w:t xml:space="preserve">[42:51] </w:t>
      </w:r>
      <w:r>
        <w:t>yani masjid mein sari speech un ki jo thi, woh mere khilaf thi ke un ka magazine mat parho, un ki book mat parho, warna tum bhatak jaoge.</w:t>
      </w:r>
    </w:p>
    <w:p>
      <w:pPr>
        <w:jc w:val="right"/>
      </w:pPr>
      <w:r>
        <w:t>یعنی مسجد میں ساری اسپیچ ان کی جو تھی، وہ میرے خلاف تھی کہ ان کا میگزین مت پڑھو، ان کی بک مت پڑھو، ورنہ تم بھٹک جاؤ گے۔</w:t>
      </w:r>
    </w:p>
    <w:p>
      <w:r>
        <w:rPr>
          <w:b/>
        </w:rPr>
        <w:t xml:space="preserve">[43:05] </w:t>
      </w:r>
      <w:r>
        <w:t>woh sunta raha, sunta raha, sunta raha.</w:t>
      </w:r>
    </w:p>
    <w:p>
      <w:pPr>
        <w:jc w:val="right"/>
      </w:pPr>
      <w:r>
        <w:t>وہ سنتا رہا، سنتا رہا، سنتا رہا۔</w:t>
      </w:r>
    </w:p>
    <w:p>
      <w:r>
        <w:rPr>
          <w:b/>
        </w:rPr>
        <w:t xml:space="preserve">[43:10] </w:t>
      </w:r>
      <w:r>
        <w:t>woh mujh ko pehle kuch janta nahi tha, mein naam is ne suna nahi tha, jaisa ke us ne bataya. ab pehla kaam kya hua ke is speaker ne mere against mein speech de kar mujh ko is ke liye known person bana diya,</w:t>
      </w:r>
    </w:p>
    <w:p>
      <w:pPr>
        <w:jc w:val="right"/>
      </w:pPr>
      <w:r>
        <w:t>وہ مجھ کو پہلے کچھ جانتا نہیں تھا، میں نام اس نے سنا نہیں تھا، جیسا کہ اس نے بتایا۔ اب پہلا کام کیا ہوا کہ اس اسپیکر نے میرے اگینسٹ میں اسپیچ دے کر مجھ کو اس کے لیے نون پرسن بنا دیا،</w:t>
      </w:r>
    </w:p>
    <w:p>
      <w:r>
        <w:rPr>
          <w:b/>
        </w:rPr>
        <w:t xml:space="preserve">[43:30] </w:t>
      </w:r>
      <w:r>
        <w:t>jab ke is se pehle mein is ke liye noon person nahi tha.</w:t>
      </w:r>
    </w:p>
    <w:p>
      <w:pPr>
        <w:jc w:val="right"/>
      </w:pPr>
      <w:r>
        <w:t>جب کہ اس سے پہلے میں اس کے لیے نون پرسن نہیں تھا۔</w:t>
      </w:r>
    </w:p>
    <w:p>
      <w:r>
        <w:rPr>
          <w:b/>
        </w:rPr>
        <w:t xml:space="preserve">[43:36] </w:t>
      </w:r>
      <w:r>
        <w:t>ab bataiye, kitna bara contribution in ka hai ke jin logon ke liye mein noon nahi tha, un ke liye unhon ne mujh ko noon bana diya.</w:t>
      </w:r>
    </w:p>
    <w:p>
      <w:pPr>
        <w:jc w:val="right"/>
      </w:pPr>
      <w:r>
        <w:t>اب بتائیے، کتنا بڑا کنٹریبیوشن ان کا ہے کہ جن لوگوں کے لیے میں نون نہیں تھا، ان کے لیے انہوں نے مجھ کو نون بنا دیا۔</w:t>
      </w:r>
    </w:p>
    <w:p>
      <w:r>
        <w:rPr>
          <w:b/>
        </w:rPr>
        <w:t xml:space="preserve">[43:47] </w:t>
      </w:r>
      <w:r>
        <w:t>yeh kitna bara positive contribution hai yeh is insaan ka jo aap ke khilaaf bol raha hai. yeh hai quran ke, yeh quran ki soch hai</w:t>
      </w:r>
    </w:p>
    <w:p>
      <w:pPr>
        <w:jc w:val="right"/>
      </w:pPr>
      <w:r>
        <w:t>یہ کتنا بڑا پازیٹیو کنٹریبیوشن ہے یہ اس انسان کا جو آپ کے خلاف بول رہا ہے۔ یہ ہے قرآن کے، یہ قرآن کی سوچ ہے</w:t>
      </w:r>
    </w:p>
    <w:p>
      <w:r>
        <w:rPr>
          <w:b/>
        </w:rPr>
        <w:t xml:space="preserve">[44:00] </w:t>
      </w:r>
      <w:r>
        <w:t>ke negative mein positive ko dekho, har negative mein aik positive maujood hoga. khuda ne duniya ko jis dhang par banaya hai, woh is dhang par hai ke kabhi bhi koi negative aisa nahi ho sakta jo positive se khaali ho.</w:t>
      </w:r>
    </w:p>
    <w:p>
      <w:pPr>
        <w:jc w:val="right"/>
      </w:pPr>
      <w:r>
        <w:t>کہ نیگیٹیو میں پازیٹیو کو دیکھو، ہر نیگیٹیو میں ایک پازیٹیو موجود ہوگا۔ خدا نے دنیا کو جس ڈھنگ پر بنایا ہے، وہ اس ڈھنگ پر ہے کہ کبھی بھی کوئی نیگیٹیو ایسا نہیں ہو سکتا جو پازیٹیو سے خالی ہو۔</w:t>
      </w:r>
    </w:p>
    <w:p>
      <w:r>
        <w:rPr>
          <w:b/>
        </w:rPr>
        <w:t xml:space="preserve">[44:21] </w:t>
      </w:r>
      <w:r>
        <w:t>to kya hua ke unhon ne jo mere khilaaf bole, woh to is aadmi ne kaha ke mein to aap ko jaanta bhi nahi tha, lekin un ki speech sun kar mein ne aap ko jaan liya ke is naam ka koi aadmi kahin maujood hai.</w:t>
      </w:r>
    </w:p>
    <w:p>
      <w:pPr>
        <w:jc w:val="right"/>
      </w:pPr>
      <w:r>
        <w:t>تو کیا ہوا کہ انہوں نے جو میرے خلاف بولے، وہ تو اس آدمی نے کہا کہ میں تو آپ کو جانتا بھی نہیں تھا، لیکن ان کی اسپیچ سن کر میں نے آپ کو جان لیا کہ اس نام کا کوئی آدمی کہیں موجود ہے۔</w:t>
      </w:r>
    </w:p>
    <w:p>
      <w:r>
        <w:rPr>
          <w:b/>
        </w:rPr>
        <w:t xml:space="preserve">[44:37] </w:t>
      </w:r>
      <w:r>
        <w:t>aik baat, is ke baad kya hua?</w:t>
      </w:r>
    </w:p>
    <w:p>
      <w:pPr>
        <w:jc w:val="right"/>
      </w:pPr>
      <w:r>
        <w:t>ایک بات، اس کے بعد کیا ہوا؟</w:t>
      </w:r>
    </w:p>
    <w:p>
      <w:r>
        <w:rPr>
          <w:b/>
        </w:rPr>
        <w:t xml:space="preserve">[44:47] </w:t>
      </w:r>
      <w:r>
        <w:t>unhon ne kaha tha ke in ka magazine mat parho, in ki books mat parho. is tarah unhon ne yeh bhi bataya ke mein aik aisa insaan hoon jo writer hai, jo magazine chhapta hai, jo kitaab chhapta hai.</w:t>
      </w:r>
    </w:p>
    <w:p>
      <w:pPr>
        <w:jc w:val="right"/>
      </w:pPr>
      <w:r>
        <w:t>انہوں نے کہا تھا کہ ان کا میگزین مت پڑھو، ان کی بکس مت پڑھو۔ اس طرح انہوں نے یہ بھی بتایا کہ میں ایک ایسا انسان ہوں جو رائٹر ہے، جو میگزین چھاپتا ہے، جو کتاب چھاپتا ہے۔</w:t>
      </w:r>
    </w:p>
    <w:p>
      <w:r>
        <w:rPr>
          <w:b/>
        </w:rPr>
        <w:t xml:space="preserve">[45:01] </w:t>
      </w:r>
      <w:r>
        <w:t>yeh bhi unhon ne bataya. to yahan bhi dekhiye,</w:t>
      </w:r>
    </w:p>
    <w:p>
      <w:pPr>
        <w:jc w:val="right"/>
      </w:pPr>
      <w:r>
        <w:t>یہ بھی انہوں نے بتایا۔ تو یہاں بھی دیکھیے،</w:t>
      </w:r>
    </w:p>
    <w:p>
      <w:r>
        <w:rPr>
          <w:b/>
        </w:rPr>
        <w:t xml:space="preserve">[45:09] </w:t>
      </w:r>
      <w:r>
        <w:t>jo cheez is is insaan ke liye un known thi, us ko unhon ne known banaya. ab kya hua? woh aadmi jab nikla masjid se, jante hain kya hua?</w:t>
      </w:r>
    </w:p>
    <w:p>
      <w:pPr>
        <w:jc w:val="right"/>
      </w:pPr>
      <w:r>
        <w:t>جو چیز اس اس انسان کے لیے ان نون تھی، اس کو انہوں نے نون بنایا۔ اب کیا ہوا؟ وہ آدمی جب نکلا مسجد سے، جانتے ہیں کیا ہوا؟</w:t>
      </w:r>
    </w:p>
    <w:p>
      <w:r>
        <w:rPr>
          <w:b/>
        </w:rPr>
        <w:t xml:space="preserve">[45:20] </w:t>
      </w:r>
      <w:r>
        <w:t>sab se pehle woh gaya book seller ke haan.</w:t>
      </w:r>
    </w:p>
    <w:p>
      <w:pPr>
        <w:jc w:val="right"/>
      </w:pPr>
      <w:r>
        <w:t>سب سے پہلے وہ گیا بک سیلر کے ہاں۔</w:t>
      </w:r>
    </w:p>
    <w:p>
      <w:r>
        <w:rPr>
          <w:b/>
        </w:rPr>
        <w:t xml:space="preserve">[45:26] </w:t>
      </w:r>
      <w:r>
        <w:t>is ki curiosity jo thi, woh us ko le gayi, le gayi book seller ke haan. to wahan ittefaq se hamari kitabein maujood theen, hamara magazine bhi tha wahan par.</w:t>
      </w:r>
    </w:p>
    <w:p>
      <w:pPr>
        <w:jc w:val="right"/>
      </w:pPr>
      <w:r>
        <w:t>اس کی کیوریاسٹی جو تھی، وہ اس کو لے گئی، لے گئی بک سیلر کے ہاں۔ تو وہاں اتفاق سے ہماری کتابیں موجود تھیں، ہمارا میگزین بھی تھا وہاں پر۔</w:t>
      </w:r>
    </w:p>
    <w:p>
      <w:r>
        <w:rPr>
          <w:b/>
        </w:rPr>
        <w:t xml:space="preserve">[45:37] </w:t>
      </w:r>
      <w:r>
        <w:t>us ne un ko khareeda aur parha. is ke baad woh aadmi ne khud mujhe bataya ke mein ne aap ke magazine ke 25 copy mangaana shuru kiye har mahine.</w:t>
      </w:r>
    </w:p>
    <w:p>
      <w:pPr>
        <w:jc w:val="right"/>
      </w:pPr>
      <w:r>
        <w:t>اس نے ان کو خریدا اور پڑھا۔ اس کے بعد وہ آدمی نے خود مجھے بتایا کہ میں نے آپ کے میگزین کے 25 کاپی منگانا شروع کیے ہر مہینے۔</w:t>
      </w:r>
    </w:p>
    <w:p>
      <w:r>
        <w:rPr>
          <w:b/>
        </w:rPr>
        <w:t xml:space="preserve">[45:49] </w:t>
      </w:r>
      <w:r>
        <w:t>mera magazine jo hai, monthly magazine hai, har mahine 25 copy ke aik copy apne paas rakhun aur 24 copy mein logon ko baantun.</w:t>
      </w:r>
    </w:p>
    <w:p>
      <w:pPr>
        <w:jc w:val="right"/>
      </w:pPr>
      <w:r>
        <w:t>میرا میگزین جو ہے، منتھلی میگزین ہے، ہر مہینے 25 کاپی کہ ایک کاپی اپنے پاس رکھوں اور 24 کاپی میں لوگوں کو بانٹوں۔</w:t>
      </w:r>
    </w:p>
    <w:p>
      <w:r>
        <w:rPr>
          <w:b/>
        </w:rPr>
        <w:t xml:space="preserve">[46:01] </w:t>
      </w:r>
      <w:r>
        <w:t>aur kitabein khareed kar parhna shuru kiya. ab dekhiye, yeh woh cheez hai jis ko hamein jaanna chahiye. yeh hai law of nature.</w:t>
      </w:r>
    </w:p>
    <w:p>
      <w:pPr>
        <w:jc w:val="right"/>
      </w:pPr>
      <w:r>
        <w:t>اور کتابیں خرید کر پڑھنا شروع کیا۔ اب دیکھیے، یہ وہ چیز ہے جس کو ہمیں جاننا چاہیے۔ یہ ہے لاء آف نیچر۔</w:t>
      </w:r>
    </w:p>
    <w:p>
      <w:r>
        <w:rPr>
          <w:b/>
        </w:rPr>
        <w:t xml:space="preserve">[46:12] </w:t>
      </w:r>
      <w:r>
        <w:t>is law of nature ko quran mein bataya gaya hai aur prophet of islam ne is ka demonstration diya hai apni zindagi mein. to teen cheezein huin</w:t>
      </w:r>
    </w:p>
    <w:p>
      <w:pPr>
        <w:jc w:val="right"/>
      </w:pPr>
      <w:r>
        <w:t>اس لاء آف نیچر کو قرآن میں بتایا گیا ہے اور پرافٹ آف اسلام نے اس کا ڈیمونسٹریشن دیا ہے اپنی زندگی میں۔ تو تین چیزیں ہوئیں</w:t>
      </w:r>
    </w:p>
    <w:p>
      <w:r>
        <w:rPr>
          <w:b/>
        </w:rPr>
        <w:t xml:space="preserve">[46:28] </w:t>
      </w:r>
      <w:r>
        <w:t>ke nature mein is ka maujood hona, quran mein khuda ki taraf se is ka reveal kiya jaana, aur prophet ka apni zindagi mein is ko demonstration, demonstrate karna ke har negative mein positive hota hai,</w:t>
      </w:r>
    </w:p>
    <w:p>
      <w:pPr>
        <w:jc w:val="right"/>
      </w:pPr>
      <w:r>
        <w:t>کہ نیچر میں اس کا موجود ہونا، قرآن میں خدا کی طرف سے اس کا ریویل کیا جانا، اور پرافٹ کا اپنی زندگی میں اس کو ڈیمونسٹریشن، ڈیمونسٹریٹ کرنا کہ ہر نیگیٹیو میں پازیٹیو ہوتا ہے،</w:t>
      </w:r>
    </w:p>
    <w:p>
      <w:r>
        <w:rPr>
          <w:b/>
        </w:rPr>
        <w:t xml:space="preserve">[46:48] </w:t>
      </w:r>
      <w:r>
        <w:t>har disadvantage mein advantage hota hai, har problem ke saath is ka solution hota hai. to formula kya bana?</w:t>
      </w:r>
    </w:p>
    <w:p>
      <w:pPr>
        <w:jc w:val="right"/>
      </w:pPr>
      <w:r>
        <w:t>ہر ڈس ایڈوانٹیج میں ایڈوانٹیج ہوتا ہے، ہر پرابلم کے ساتھ اس کا سلویوشن ہوتا ہے۔ تو فارمولا کیا بنا؟</w:t>
      </w:r>
    </w:p>
    <w:p>
      <w:r>
        <w:rPr>
          <w:b/>
        </w:rPr>
        <w:t xml:space="preserve">[47:00] </w:t>
      </w:r>
      <w:r>
        <w:t>ke sab se pehle aap ko yeh karna chahiye ke problem ko bulldoze karne ki fikr na karein. aam taur par kya karte rahe log?</w:t>
      </w:r>
    </w:p>
    <w:p>
      <w:pPr>
        <w:jc w:val="right"/>
      </w:pPr>
      <w:r>
        <w:t>کہ سب سے پہلے آپ کو یہ کرنا چاہیے کہ پرابلم کو بلڈوز کرنے کی فکر نہ کریں۔ عام طور پر کیا کرتے رہے لوگ؟</w:t>
      </w:r>
    </w:p>
    <w:p>
      <w:r>
        <w:rPr>
          <w:b/>
        </w:rPr>
        <w:t xml:space="preserve">[47:09] </w:t>
      </w:r>
      <w:r>
        <w:t>poori history mein, poori poori history mein kya karte rahe? yaani bulldoze these problems. yeh poori history ka yeh statement hai: first of all, you have to bulldoze all the problems.</w:t>
      </w:r>
    </w:p>
    <w:p>
      <w:pPr>
        <w:jc w:val="right"/>
      </w:pPr>
      <w:r>
        <w:t>پوری ہسٹری میں، پوری پوری ہسٹری میں کیا کرتے رہے؟ یعنی بلڈوز دیز پرابلمز۔ یہ پوری ہسٹری کا یہ سٹیٹمنٹ ہے: فرسٹ آف آل، یو ہیو ٹو بلڈوز آل دا پرابلمز۔</w:t>
      </w:r>
    </w:p>
    <w:p>
      <w:r>
        <w:rPr>
          <w:b/>
        </w:rPr>
        <w:t xml:space="preserve">[47:27] </w:t>
      </w:r>
      <w:r>
        <w:t>if you want to establish a a better society, then you have to bulldoze all these problems.</w:t>
      </w:r>
    </w:p>
    <w:p>
      <w:pPr>
        <w:jc w:val="right"/>
      </w:pPr>
      <w:r>
        <w:t>اف یو وانٹ ٹو اسٹیبلش ا ا بٹر سوسائٹی، دین یو ہیو ٹو بلڈوز آل دیز پرابلمز۔</w:t>
      </w:r>
    </w:p>
    <w:p>
      <w:r>
        <w:rPr>
          <w:b/>
        </w:rPr>
        <w:t xml:space="preserve">[47:37] </w:t>
      </w:r>
      <w:r>
        <w:t>yeh formula tha, is pe duniya chal rahi thi.</w:t>
      </w:r>
    </w:p>
    <w:p>
      <w:pPr>
        <w:jc w:val="right"/>
      </w:pPr>
      <w:r>
        <w:t>یہ فارمولا تھا، اس پہ دنیا چل رہی تھی۔</w:t>
      </w:r>
    </w:p>
    <w:p>
      <w:r>
        <w:rPr>
          <w:b/>
        </w:rPr>
        <w:t xml:space="preserve">[47:42] </w:t>
      </w:r>
      <w:r>
        <w:t>isi liye kaha jata hai ke tamam revolution fail ho gaye, except Muhammad. yeh aik history hai ke duniya mein bohat se aaye log, aaye jinhon ne revolution barpa kiya,</w:t>
      </w:r>
    </w:p>
    <w:p>
      <w:pPr>
        <w:jc w:val="right"/>
      </w:pPr>
      <w:r>
        <w:t>اسی لیے کہا جاتا ہے کہ تمام ریولوشن فیل ہو گئے، ایکسیپٹ محمد۔ یہ ایک ہسٹری ہے کہ دنیا میں بہت سے آئے لوگ، آئے جنہوں نے ریولوشن برپا کیا،</w:t>
      </w:r>
    </w:p>
    <w:p>
      <w:r>
        <w:rPr>
          <w:b/>
        </w:rPr>
        <w:t xml:space="preserve">[47:57] </w:t>
      </w:r>
      <w:r>
        <w:t>revolution, lekin saare hi revolution fail ho gaye, except woh revolution jo Muhammad (SAW) ke zariye aaya. kyun?</w:t>
      </w:r>
    </w:p>
    <w:p>
      <w:pPr>
        <w:jc w:val="right"/>
      </w:pPr>
      <w:r>
        <w:t>ریولوشن، لیکن سارے ہی ریولوشن فیل ہو گئے، ایکسیپٹ وہ ریولوشن جو محمد صلی اللہ علیہ وسلم کے ذریعے آیا۔ کیوں؟</w:t>
      </w:r>
    </w:p>
    <w:p>
      <w:r>
        <w:rPr>
          <w:b/>
        </w:rPr>
        <w:t xml:space="preserve">[48:07] </w:t>
      </w:r>
      <w:r>
        <w:t>is ki wajah yahi thi. to doosre tamam revolution jo the, woh ku the. ku yani kuch rulers jo the, un ko hata diya gaya, doosre rulers ko bithha diya gaya.</w:t>
      </w:r>
    </w:p>
    <w:p>
      <w:pPr>
        <w:jc w:val="right"/>
      </w:pPr>
      <w:r>
        <w:t>اس کی وجہ یہی تھی۔ تو دوسرے تمام ریولوشن جو تھے، وہ کو تھے۔ کو یعنی کچھ رولرز جو تھے، ان کو ہٹا دیا گیا، دوسرے رولرز کو بٹھا دیا گیا۔</w:t>
      </w:r>
    </w:p>
    <w:p>
      <w:r>
        <w:rPr>
          <w:b/>
        </w:rPr>
        <w:t xml:space="preserve">[48:21] </w:t>
      </w:r>
      <w:r>
        <w:t>society waisi rahi, system waisi hi raha, zindagi waisi ki waisi rahi. to unhon ne starting point kahan se liya?</w:t>
      </w:r>
    </w:p>
    <w:p>
      <w:pPr>
        <w:jc w:val="right"/>
      </w:pPr>
      <w:r>
        <w:t>سوسائٹی ویسی رہی، سسٹم ویسی ہی رہا، زندگی ویسی کی ویسی رہی۔ تو انہوں نے اسٹارٹنگ پوائنٹ کہاں سے لیا؟</w:t>
      </w:r>
    </w:p>
    <w:p>
      <w:r>
        <w:rPr>
          <w:b/>
        </w:rPr>
        <w:t xml:space="preserve">[48:31] </w:t>
      </w:r>
      <w:r>
        <w:t>problem ko bilduz karne se. aur profit ne kahan se starting point liya? profit ne problem hi ko badla opportunity mein, aur opportunity ko avail kar ke phir better society banai.</w:t>
      </w:r>
    </w:p>
    <w:p>
      <w:pPr>
        <w:jc w:val="right"/>
      </w:pPr>
      <w:r>
        <w:t>پرابلم کو بلڈوز کرنے سے۔ اور پرافٹ نے کہاں سے سٹارٹنگ پوائنٹ لیا؟ پرافٹ نے پرابلم ہی کو بدلا اپرچونیٹی میں، اور اپرچونیٹی کو اویل کر کے پھر بٹر سوسائٹی بنائی۔</w:t>
      </w:r>
    </w:p>
    <w:p>
      <w:r>
        <w:rPr>
          <w:b/>
        </w:rPr>
        <w:t xml:space="preserve">[48:49] </w:t>
      </w:r>
      <w:r>
        <w:t>kitna, kitna bara message yeh hai.</w:t>
      </w:r>
    </w:p>
    <w:p>
      <w:pPr>
        <w:jc w:val="right"/>
      </w:pPr>
      <w:r>
        <w:t>کتنا، کتنا بڑا میسج یہ ہے۔</w:t>
      </w:r>
    </w:p>
    <w:p>
      <w:r>
        <w:rPr>
          <w:b/>
        </w:rPr>
        <w:t xml:space="preserve">[48:55] </w:t>
      </w:r>
      <w:r>
        <w:t>yani unhon ne jo yeh challenge diya ke lao koi nai cheez jo Muhammad ne di ho, to bajaye is ke ke hum kahein ke sahib, tum hamare rasool ki toheen kar rahe ho, yeh kehne ki koi zaroorat hi nahi hai.</w:t>
      </w:r>
    </w:p>
    <w:p>
      <w:pPr>
        <w:jc w:val="right"/>
      </w:pPr>
      <w:r>
        <w:t>یعنی انہوں نے جو یہ چیلنج دیا کہ لاؤ کوئی نئی چیز جو محمد نے دی ہو، تو بجائے اس کے کہ ہم کہیں کہ صاحب، تم ہمارے رسول کی توہین کر رہے ہو، یہ کہنے کی کوئی ضرورت ہی نہیں ہے۔</w:t>
      </w:r>
    </w:p>
    <w:p>
      <w:r>
        <w:rPr>
          <w:b/>
        </w:rPr>
        <w:t xml:space="preserve">[49:07] </w:t>
      </w:r>
      <w:r>
        <w:t>hum kahein ke dekho, yeh hai, dekho, yeh hai. is history mein pehli bar rasool Allah salallahu alaihi wasallam ne peace ka formula pesh kiya ke peace kaise hum establish karein society mein.</w:t>
      </w:r>
    </w:p>
    <w:p>
      <w:pPr>
        <w:jc w:val="right"/>
      </w:pPr>
      <w:r>
        <w:t>ہم کہیں کہ دیکھو، یہ ہے، دیکھو، یہ ہے۔ اس ہسٹری میں پہلی بار رسول اللہ صلی اللہ علیہ وسلم نے پیس کا فارمولا پیش کیا کہ پیس کیسے ہم اسٹیبلش کریں سوسائٹی میں۔</w:t>
      </w:r>
    </w:p>
    <w:p>
      <w:r>
        <w:rPr>
          <w:b/>
        </w:rPr>
        <w:t xml:space="preserve">[49:26] </w:t>
      </w:r>
      <w:r>
        <w:t>peace ka formula pehli bar yeh bataya ke problem ko kaise hum turn karein opportunity mein. yani problem ke hote hue kaise hum aik better society bana sakte hain.</w:t>
      </w:r>
    </w:p>
    <w:p>
      <w:pPr>
        <w:jc w:val="right"/>
      </w:pPr>
      <w:r>
        <w:t>پیس کا فارمولا پہلی بار یہ بتایا کہ پرابلم کو کیسے ہم ٹرن کریں اپرچونیٹی میں۔ یعنی پرابلم کے ہوتے ہوئے کیسے ہم ایک بٹر سوسائٹی بنا سکتے ہیں۔</w:t>
      </w:r>
    </w:p>
    <w:p>
      <w:r>
        <w:rPr>
          <w:b/>
        </w:rPr>
        <w:t xml:space="preserve">[49:41] </w:t>
      </w:r>
      <w:r>
        <w:t>is tarah ki bohat si cheezein hain. to jab Christian king ne yeh kaha ke Muhammad koi nai cheez nahi laye, to hum ko, hum ko bajaye is ke ke yeh kehna chahiye ke tum toheen kar rahe ho,</w:t>
      </w:r>
    </w:p>
    <w:p>
      <w:pPr>
        <w:jc w:val="right"/>
      </w:pPr>
      <w:r>
        <w:t>اس طرح کی بہت سی چیزیں ہیں۔ تو جب کرسچن کنگ نے یہ کہا کہ محمد کوئی نئی چیز نہیں لائے، تو ہم کو، ہم کو بجائے اس کے کہ یہ کہنا چاہیے کہ تم توہین کر رہے ہو،</w:t>
      </w:r>
    </w:p>
    <w:p>
      <w:r>
        <w:rPr>
          <w:b/>
        </w:rPr>
        <w:t xml:space="preserve">[49:55] </w:t>
      </w:r>
      <w:r>
        <w:t>humein book likhna chahiye, humein article likhna chahiye, humein TV mein bayan dena chahiye, humein is se mulaqat karna chahiye Pope se ke dekho, yeh yeh nai cheezein di hain unhon ne.</w:t>
      </w:r>
    </w:p>
    <w:p>
      <w:pPr>
        <w:jc w:val="right"/>
      </w:pPr>
      <w:r>
        <w:t>ہمیں بک لکھنا چاہیے، ہمیں آرٹیکل لکھنا چاہیے، ہمیں ٹی وی میں بیان دینا چاہیے، ہمیں اس سے ملاقات کرنا چاہیے پوپ سے کہ دیکھو، یہ یہ نئی چیزیں دی ہیں انہوں نے۔</w:t>
      </w:r>
    </w:p>
    <w:p>
      <w:r>
        <w:rPr>
          <w:b/>
        </w:rPr>
        <w:t xml:space="preserve">[50:11] </w:t>
      </w:r>
      <w:r>
        <w:t>to is ko achi tarah samajh lijiye ke maine khud bhi is ka aik tajurba kiya hai, aur history mein main dekh raha hoon ke hamesha aisa hua hai Islam ki poori history mein ke minus point plus point bana.</w:t>
      </w:r>
    </w:p>
    <w:p>
      <w:pPr>
        <w:jc w:val="right"/>
      </w:pPr>
      <w:r>
        <w:t>تو اس کو اچھی طرح سمجھ لیجئے کہ میں نے خود بھی اس کا ایک تجربہ کیا ہے، اور ہسٹری میں میں دیکھ رہا ہوں کہ ہمیشہ ایسا ہوا ہے اسلام کی پوری ہسٹری میں کہ مائنس پوائنٹ پلس پوائنٹ بن گیا۔</w:t>
      </w:r>
    </w:p>
    <w:p>
      <w:r>
        <w:rPr>
          <w:b/>
        </w:rPr>
        <w:t xml:space="preserve">[50:31] </w:t>
      </w:r>
      <w:r>
        <w:t>jaise Tatari they, unhon ne attack kiya aur Samarkand se Bukhara tak sara rond dala.</w:t>
      </w:r>
    </w:p>
    <w:p>
      <w:pPr>
        <w:jc w:val="right"/>
      </w:pPr>
      <w:r>
        <w:t>جیسے تاتاری تھے، انہوں نے اٹیک کیا اور سمرقند سے بخارا تک سارا روند ڈالا۔</w:t>
      </w:r>
    </w:p>
    <w:p>
      <w:r>
        <w:rPr>
          <w:b/>
        </w:rPr>
        <w:t xml:space="preserve">[50:41] </w:t>
      </w:r>
      <w:r>
        <w:t>lekin yahi Tatari jo hain, kya hua? Islam ke dost ban gaye aur Islam ka jhanda le kar ke buland kiya.</w:t>
      </w:r>
    </w:p>
    <w:p>
      <w:pPr>
        <w:jc w:val="right"/>
      </w:pPr>
      <w:r>
        <w:t>لیکن یہی تاتاری جو ہیں، کیا ہوا؟ اسلام کے دوست بن گئے اور اسلام کا جھنڈا لے کر کے بلند کیا۔</w:t>
      </w:r>
    </w:p>
    <w:p>
      <w:r>
        <w:rPr>
          <w:b/>
        </w:rPr>
        <w:t xml:space="preserve">[50:52] </w:t>
      </w:r>
      <w:r>
        <w:t>unhon ne jaisa ke Iqbal ne kaha hai ke: "hai aya fitna Tatari ke afsane se pasban mil gaye Kaba ko sanam khane se."</w:t>
      </w:r>
    </w:p>
    <w:p>
      <w:pPr>
        <w:jc w:val="right"/>
      </w:pPr>
      <w:r>
        <w:t>انہوں نے جیسا کہ اقبال نے کہا ہے کہ: "ہے ایا فتنہ تاتار کے افسانے سے پاسباں مل گئے کعبہ کو صنم خانے سے۔"</w:t>
      </w:r>
    </w:p>
    <w:p>
      <w:r>
        <w:rPr>
          <w:b/>
        </w:rPr>
        <w:t xml:space="preserve">[51:05] </w:t>
      </w:r>
      <w:r>
        <w:t>"hai aya fitna Tatari ke afsane se pasban mil gaye Kaba ko sanam khane se." ab dekhiye, yeh waqia kaise hua? yeh isi ka demonstration tha jo Quran mein bataya gaya hai: "la tastab al-husna wa al-sayyi'a, irtadd bi allati hi ahsan fa idha alladhi baynak wa baynahu 'adawatun ka'annahu waliyyun hamim." yeh jo principle bataya gaya tha Quran majeed mein, isi ka demonstration tha Tatariyon ka mamla.</w:t>
      </w:r>
    </w:p>
    <w:p>
      <w:pPr>
        <w:jc w:val="right"/>
      </w:pPr>
      <w:r>
        <w:t>"ہے ایا فتنہ تاتار کے افسانے سے پاسباں مل گئے کعبہ کو صنم خانے سے۔" اب دیکھیے، یہ واقعہ کیسے ہوا؟ یہ اسی کا ڈیمونسٹریشن تھا جو قرآن میں بتایا گیا ہے: "لا تستب الحسنت والسیہ اتفاء بالتی حسن فیض الذی بینک ودعویٰ ولی الحمیم۔" یہ جو پرنسپل بتایا گیا تھا قرآن مجید میں، اسی کا ڈیمونسٹریشن تھا تاتاریوں کا معاملہ۔</w:t>
      </w:r>
    </w:p>
    <w:p>
      <w:r>
        <w:rPr>
          <w:b/>
        </w:rPr>
        <w:t xml:space="preserve">[51:34] </w:t>
      </w:r>
      <w:r>
        <w:t>yani Quran mein bataya gaya tha ke: "do good deed in return for bad deed." "do good deed in return for bad deed and you will see that your enemy has become your dearest friend." to yeh hua, dekhiye,</w:t>
      </w:r>
    </w:p>
    <w:p>
      <w:pPr>
        <w:jc w:val="right"/>
      </w:pPr>
      <w:r>
        <w:t>یعنی قرآن میں بتایا گیا تھا کہ: "ڈو گڈ ڈیڈ ان ریٹرن فار بیڈ ڈیڈ۔" "ڈو گڈ ڈیڈ ان ریٹرن فار بیڈ ڈیڈ اینڈ یو ویل سی دیٹ یور اینمی ہیز بیکم یور ڈیئرسٹ فرینڈ۔" تو یہ ہوا، دیکھیے،</w:t>
      </w:r>
    </w:p>
    <w:p>
      <w:r>
        <w:rPr>
          <w:b/>
        </w:rPr>
        <w:t xml:space="preserve">[52:00] </w:t>
      </w:r>
      <w:r>
        <w:t>Tatari enemy they aur wahi itne zabardast friend ban gaye ke unhon ne Islam ka jhanda buland kiya 800 saal tak. acha, 600 saal tak Tatariyon ne 600 saal tak Islam ka jhanda buland kiye rakha.</w:t>
      </w:r>
    </w:p>
    <w:p>
      <w:pPr>
        <w:jc w:val="right"/>
      </w:pPr>
      <w:r>
        <w:t>تاتاری اینمی تھے اور وہی اتنے زبردست فرینڈ بن گئے کہ انہوں نے اسلام کا جھنڈا بلند کیا 800 سال تک۔ اچھا، 600 سال تک تاتاریوں نے 600 سال تک اسلام کا جھنڈا بلند کیے رکھا۔</w:t>
      </w:r>
    </w:p>
    <w:p>
      <w:r>
        <w:rPr>
          <w:b/>
        </w:rPr>
        <w:t xml:space="preserve">[52:14] </w:t>
      </w:r>
      <w:r>
        <w:t>to is ayat ka aap demonstration dekh sakte hain Tatariyon ki zindagi mein.</w:t>
      </w:r>
    </w:p>
    <w:p>
      <w:pPr>
        <w:jc w:val="right"/>
      </w:pPr>
      <w:r>
        <w:t>تو اس آیت کا آپ ڈیمونسٹریشن دیکھ سکتے ہیں تاتاریوں کی زندگی میں۔</w:t>
      </w:r>
    </w:p>
    <w:p>
      <w:r>
        <w:rPr>
          <w:b/>
        </w:rPr>
        <w:t xml:space="preserve">[52:22] </w:t>
      </w:r>
      <w:r>
        <w:t>to bajaye is ke ke hum kehne wale ko kahein ke tum toheen karte ho hamare paygambar ki aur is se ladhe jhagde hain, nahi,</w:t>
      </w:r>
    </w:p>
    <w:p>
      <w:pPr>
        <w:jc w:val="right"/>
      </w:pPr>
      <w:r>
        <w:t>تو بجائے اس کے کہ ہم کہنے والے کو کہیں کہ تم توہین کرتے ہو ہمارے پیغمبر کی اور اس سے لڑے جھگڑے ہیں، نہیں،</w:t>
      </w:r>
    </w:p>
    <w:p>
      <w:r>
        <w:rPr>
          <w:b/>
        </w:rPr>
        <w:t xml:space="preserve">[52:31] </w:t>
      </w:r>
      <w:r>
        <w:t>is ke challenge ko accept karein.</w:t>
      </w:r>
    </w:p>
    <w:p>
      <w:pPr>
        <w:jc w:val="right"/>
      </w:pPr>
      <w:r>
        <w:t>اس کے چیلنج کو ایکسیپٹ کریں۔</w:t>
      </w:r>
    </w:p>
    <w:p>
      <w:r>
        <w:rPr>
          <w:b/>
        </w:rPr>
        <w:t xml:space="preserve">[52:36] </w:t>
      </w:r>
      <w:r>
        <w:t>is ke challenge ko accept karein ke tum kehte ho ke nai cheez kya laye? dekho, nai cheez laye.</w:t>
      </w:r>
    </w:p>
    <w:p>
      <w:pPr>
        <w:jc w:val="right"/>
      </w:pPr>
      <w:r>
        <w:t>اس کے چیلنج کو ایکسیپٹ کریں کہ تم کہتے ہو کہ نئی چیز کیا لائے؟ دیکھو، نئی چیز لائے۔</w:t>
      </w:r>
    </w:p>
    <w:p>
      <w:r>
        <w:rPr>
          <w:b/>
        </w:rPr>
        <w:t xml:space="preserve">[52:42] </w:t>
      </w:r>
      <w:r>
        <w:t>is tareeqe se meri kitab jo hai "Islam: The Creator of Modern World", is mein aap dekhein ke sari duniya mein hazaron saal se kya ho raha tha?</w:t>
      </w:r>
    </w:p>
    <w:p>
      <w:pPr>
        <w:jc w:val="right"/>
      </w:pPr>
      <w:r>
        <w:t>اس طریقے سے میری کتاب جو ہے "اسلام: دا کریٹر آف ماڈرن ورلڈ"، اس میں آپ دیکھیں کہ ساری دنیا میں ہزاروں سال سے کیا ہو رہا تھا؟</w:t>
      </w:r>
    </w:p>
    <w:p>
      <w:r>
        <w:rPr>
          <w:b/>
        </w:rPr>
        <w:t xml:space="preserve">[52:54] </w:t>
      </w:r>
      <w:r>
        <w:t>nature ko pooja ja raha tha. poori poori tareekh mein nature worship chal rahi thi.</w:t>
      </w:r>
    </w:p>
    <w:p>
      <w:pPr>
        <w:jc w:val="right"/>
      </w:pPr>
      <w:r>
        <w:t>نیچر کو پوجا جا رہا تھا۔ پوری پوری تاریخ میں نیچر ورشپ چل رہی تھی۔</w:t>
      </w:r>
    </w:p>
    <w:p>
      <w:r>
        <w:rPr>
          <w:b/>
        </w:rPr>
        <w:t xml:space="preserve">[53:04] </w:t>
      </w:r>
      <w:r>
        <w:t>aur aap samajh sakte hain ke jis cheez ko aap object of worship bana lein, usi ko aap object of investigation nahi bana sakte.</w:t>
      </w:r>
    </w:p>
    <w:p>
      <w:pPr>
        <w:jc w:val="right"/>
      </w:pPr>
      <w:r>
        <w:t>اور آپ سمجھ سکتے ہیں کہ جس چیز کو آپ ابجیکٹ آف ورشپ بنا لیں، اسی کو آپ ابجیکٹ آف انویسٹیگیشن نہیں بنا سکتے۔</w:t>
      </w:r>
    </w:p>
    <w:p>
      <w:r>
        <w:rPr>
          <w:b/>
        </w:rPr>
        <w:t xml:space="preserve">[53:17] </w:t>
      </w:r>
      <w:r>
        <w:t>ab sari jo cheezein hain, woh nature mein chupi hui theen. aap ka mobile, aap ka car, aap ka hawai jahaz, woh sare consumer goods sab isi nature mein to chhupe hue they,</w:t>
      </w:r>
    </w:p>
    <w:p>
      <w:pPr>
        <w:jc w:val="right"/>
      </w:pPr>
      <w:r>
        <w:t>اب ساری جو چیزیں ہیں، وہ نیچر میں چھپی ہوئی تھیں۔ آپ کا موبائل، آپ کا کار، آپ کا ہوائی جہاز، وہ سارے کنزیومر گڈز سب اسی نیچر میں تو چھپے ہوئے تھے،</w:t>
      </w:r>
    </w:p>
    <w:p>
      <w:r>
        <w:rPr>
          <w:b/>
        </w:rPr>
        <w:t xml:space="preserve">[53:31] </w:t>
      </w:r>
      <w:r>
        <w:t>lekin aap us ko pooj rahe they. insan pooj raha tha un ko. to prophet of Islam ne pehli bar yeh kiya ke nature ko,</w:t>
      </w:r>
    </w:p>
    <w:p>
      <w:pPr>
        <w:jc w:val="right"/>
      </w:pPr>
      <w:r>
        <w:t>لیکن آپ اس کو پوج رہے تھے۔ انسان پوج رہا تھا ان کو۔ تو پرافٹ آف اسلام نے پہلی بار یہ کیا کہ نیچر کو،</w:t>
      </w:r>
    </w:p>
    <w:p>
      <w:r>
        <w:rPr>
          <w:b/>
        </w:rPr>
        <w:t xml:space="preserve">[53:43] </w:t>
      </w:r>
      <w:r>
        <w:t>yani is khudaai ke maqam se hataya, aur yeh duniya ko yeh message diya ke yeh to tumhari maskhar ki gayi hain.</w:t>
      </w:r>
    </w:p>
    <w:p>
      <w:pPr>
        <w:jc w:val="right"/>
      </w:pPr>
      <w:r>
        <w:t>یعنی اس خدائی کے مقام سے ہٹایا، اور یہ دنیا کو یہ میسج دیا کہ یہ تو تمہاری مسخر کی گئی ہیں۔</w:t>
      </w:r>
    </w:p>
    <w:p>
      <w:r>
        <w:rPr>
          <w:b/>
        </w:rPr>
        <w:t xml:space="preserve">[53:55] </w:t>
      </w:r>
      <w:r>
        <w:t>"sakhkharakum al-samawati wal-ardi" yeh sab cheez tumhare liye paida ki gayi hai. tum ko explore karo, tum ko exploit karo, tum is ko capture karo, tum is ko control karo, aur phir hawai jahaz bana lo,</w:t>
      </w:r>
    </w:p>
    <w:p>
      <w:pPr>
        <w:jc w:val="right"/>
      </w:pPr>
      <w:r>
        <w:t>"سخرکم سماوات والارض" یہ سب چیز تمہارے لیے پیدا کی گئی ہے۔ تم کو ایکسپلور کرو، تم کو ایکسپلائٹ کرو، تم اس کو کیپچر کرو، تم اس کو کنٹرول کرو، اور پھر ہوائی جہاز بنا لو،</w:t>
      </w:r>
    </w:p>
    <w:p>
      <w:r>
        <w:rPr>
          <w:b/>
        </w:rPr>
        <w:t xml:space="preserve">[54:11] </w:t>
      </w:r>
      <w:r>
        <w:t>rail banao, mobile banao, aur hazaron lakhon karoron cheezen banate chale jao. to yeh profit of islam ke baad hi to yeh hua.</w:t>
      </w:r>
    </w:p>
    <w:p>
      <w:pPr>
        <w:jc w:val="right"/>
      </w:pPr>
      <w:r>
        <w:t>ریل بناؤ، موبائل بناؤ، اور ہزاروں لاکھوں کروڑوں چیزیں بناتے چلے جاؤ۔ تو یہ پرافٹ آف اسلام کے بعد ہی تو یہ ہوا۔</w:t>
      </w:r>
    </w:p>
    <w:p>
      <w:r>
        <w:rPr>
          <w:b/>
        </w:rPr>
        <w:t xml:space="preserve">[54:23] </w:t>
      </w:r>
      <w:r>
        <w:t>ek aadmi ne mujh se kaha, ghaliban 1965 mein baat karte hue ke agar muhammad ko history se nikal liya jaye, history mein kya kami reh jaye gi?</w:t>
      </w:r>
    </w:p>
    <w:p>
      <w:pPr>
        <w:jc w:val="right"/>
      </w:pPr>
      <w:r>
        <w:t>ایک آدمی نے مجھ سے کہا، غالباً 1965 میں بات کرتے ہوئے کہ اگر محمد کو ہسٹری سے نکال لیا جائے، ہسٹری میں کیا کمی رہ جائے گی؟</w:t>
      </w:r>
    </w:p>
    <w:p>
      <w:r>
        <w:rPr>
          <w:b/>
        </w:rPr>
        <w:t xml:space="preserve">[54:38] </w:t>
      </w:r>
      <w:r>
        <w:t>to maine kaha ke wohi kami jo muhammad se pehle history mein thi. is par ghor kijiye aap ke us ne kaha ke muhammad ko agar history se nikal diya jaye to history mein kya kami reh jaye gi?</w:t>
      </w:r>
    </w:p>
    <w:p>
      <w:pPr>
        <w:jc w:val="right"/>
      </w:pPr>
      <w:r>
        <w:t>تو میں نے کہا کہ وہی کمی جو محمد سے پہلے ہسٹری میں تھی۔ اس پر غور کیجئے آپ کہ اس نے کہا کہ محمد کو اگر ہسٹری سے نکال دیا جائے تو ہسٹری میں کیا کمی رہ جائے گی؟</w:t>
      </w:r>
    </w:p>
    <w:p>
      <w:r>
        <w:rPr>
          <w:b/>
        </w:rPr>
        <w:t xml:space="preserve">[54:55] </w:t>
      </w:r>
      <w:r>
        <w:t>to maine kaha wohi history jo muhammad se pehle tareekh mein thi. yani muhammad se pehle kya tha? bijli bhi nahi thi, hawai jahaz bhi nahi the, motor car bhi nahi the, mobile bhi nahi the.</w:t>
      </w:r>
    </w:p>
    <w:p>
      <w:pPr>
        <w:jc w:val="right"/>
      </w:pPr>
      <w:r>
        <w:t>تو میں نے کہا وہی ہسٹری جو محمد سے پہلے تاریخ میں تھی۔ یعنی محمد سے پہلے کیا تھا؟ بجلی بھی نہیں تھی، ہوائی جہاز بھی نہیں تھے، موٹر کار بھی نہیں تھے، موبائل بھی نہیں تھے۔</w:t>
      </w:r>
    </w:p>
    <w:p>
      <w:r>
        <w:rPr>
          <w:b/>
        </w:rPr>
        <w:t xml:space="preserve">[55:08] </w:t>
      </w:r>
      <w:r>
        <w:t>woh sari cheezen nahi thi jo baad ko aap dekhte hain. to kya hai? rasool allah ke zamane mein ek process jari kiya gaya. dekhiye, yeh sab cheezen aisa nahi thi ke ek din mein ho jati hon.</w:t>
      </w:r>
    </w:p>
    <w:p>
      <w:pPr>
        <w:jc w:val="right"/>
      </w:pPr>
      <w:r>
        <w:t>وہ ساری چیزیں نہیں تھیں جو بعد کو آپ دیکھتے ہیں۔ تو کیا ہے؟ رسول اللہ کے زمانے میں ایک پروسیس جاری کیا گیا۔ دیکھیے، یہ سب چیزیں ایسا نہیں تھیں کہ ایک دن میں ہو جاتی ہوں۔</w:t>
      </w:r>
    </w:p>
    <w:p>
      <w:r>
        <w:rPr>
          <w:b/>
        </w:rPr>
        <w:t xml:space="preserve">[55:18] </w:t>
      </w:r>
      <w:r>
        <w:t>mera matlab yeh nahi kehne ka ke idhar rasool allah paida hue, idhar motor carain dorne lagin. aisa nahi hoti, yeh koi aisa kabhi nahi hota.</w:t>
      </w:r>
    </w:p>
    <w:p>
      <w:pPr>
        <w:jc w:val="right"/>
      </w:pPr>
      <w:r>
        <w:t>میرا مطلب یہ نہیں کہنے کا کہ ادھر رسول اللہ پیدا ہوئے، ادھر موٹر کاریں دوڑنے لگیں۔ ایسا نہیں ہوتی، یہ کوئی ایسا کبھی نہیں ہوتا۔</w:t>
      </w:r>
    </w:p>
    <w:p>
      <w:r>
        <w:rPr>
          <w:b/>
        </w:rPr>
        <w:t xml:space="preserve">[55:29] </w:t>
      </w:r>
      <w:r>
        <w:t>aap ne nature ko worship ke maqam se hataya, nature ko sirf khuda ki makhlooq bataya, na ke khuda.</w:t>
      </w:r>
    </w:p>
    <w:p>
      <w:pPr>
        <w:jc w:val="right"/>
      </w:pPr>
      <w:r>
        <w:t>آپ نے نیچر کو ورشپ کے مقام سے ہٹایا، نیچر کو صرف خدا کی مخلوق بتایا، نہ کہ خدا۔</w:t>
      </w:r>
    </w:p>
    <w:p>
      <w:r>
        <w:rPr>
          <w:b/>
        </w:rPr>
        <w:t xml:space="preserve">[55:41] </w:t>
      </w:r>
      <w:r>
        <w:t>is tarah ek process chala, ek process chala. is process ka culmination hai, woh ab jo dekh rahe hain duniya mein aap.</w:t>
      </w:r>
    </w:p>
    <w:p>
      <w:pPr>
        <w:jc w:val="right"/>
      </w:pPr>
      <w:r>
        <w:t>اس طرح ایک پروسیس چلا، ایک پروسیس چلا۔ اس پروسیس کا کلمیشن ہے، وہ اب جو دیکھ رہے ہیں دنیا میں آپ۔</w:t>
      </w:r>
    </w:p>
    <w:p>
      <w:r>
        <w:rPr>
          <w:b/>
        </w:rPr>
        <w:t xml:space="preserve">[55:51] </w:t>
      </w:r>
      <w:r>
        <w:t>to main yeh keh raha tha ke agar koi yeh kehta hai ke muhammad nai cheez kon si laye to aap ghussa kyun hote hain? jabke sach mein bhi nai cheezen laye, bohat bari bari nai cheezen.</w:t>
      </w:r>
    </w:p>
    <w:p>
      <w:pPr>
        <w:jc w:val="right"/>
      </w:pPr>
      <w:r>
        <w:t>تو میں یہ کہہ رہا تھا کہ اگر کوئی یہ کہتا ہے کہ محمد نئی چیز کون سی لائے تو آپ غصہ کیوں ہوتے ہیں؟ جبکہ سچ میں بھی نئی چیزیں لائے، بہت بڑی بڑی نئی چیزیں۔</w:t>
      </w:r>
    </w:p>
    <w:p>
      <w:r>
        <w:rPr>
          <w:b/>
        </w:rPr>
        <w:t xml:space="preserve">[56:06] </w:t>
      </w:r>
      <w:r>
        <w:t>aisi halat mein ghussa hona aisa hi hai ke kisi ke paas bomb ho aur apne mukhalif par woh kankri phenke. ab dekhiye ke ghussa, ghussa jis aadmi ke paas itni powerful cheez hai, ek powerful argument hai,</w:t>
      </w:r>
    </w:p>
    <w:p>
      <w:pPr>
        <w:jc w:val="right"/>
      </w:pPr>
      <w:r>
        <w:t>ایسی حالت میں غصہ ہونا ایسا ہی ہے کہ کسی کے پاس بم ہو اور اپنے مخالف پر وہ کنکری پھینکے۔ اب دیکھیے کہ غصہ، غصہ جس آدمی کے پاس اتنی پاور فل چیز ہے، ایک پاور فل ارگیومنٹ ہے،</w:t>
      </w:r>
    </w:p>
    <w:p>
      <w:r>
        <w:rPr>
          <w:b/>
        </w:rPr>
        <w:t xml:space="preserve">[56:25] </w:t>
      </w:r>
      <w:r>
        <w:t>ek powerful reason hai, to us ko ghussa hone ki zarorat hi kya hai? us ko pesh karo aur us ko speechless bana do.</w:t>
      </w:r>
    </w:p>
    <w:p>
      <w:pPr>
        <w:jc w:val="right"/>
      </w:pPr>
      <w:r>
        <w:t>ایک پاور فل ریزن ہے، تو اس کو غصہ ہونے کی ضرورت ہی کیا ہے؟ اس کو پیش کرو اور اس کو اسپیچ لیس بنا دو۔</w:t>
      </w:r>
    </w:p>
    <w:p>
      <w:r>
        <w:rPr>
          <w:b/>
        </w:rPr>
        <w:t xml:space="preserve">[56:35] </w:t>
      </w:r>
      <w:r>
        <w:t>yaad rakhiye, kisi ko kill karna zyada bari baat nahi hai. zyada bari baat yeh hai ke aap us ko logically speechless bana dein.</w:t>
      </w:r>
    </w:p>
    <w:p>
      <w:pPr>
        <w:jc w:val="right"/>
      </w:pPr>
      <w:r>
        <w:t>یاد رکھیے، کسی کو کل کرنا زیادہ بڑی بات نہیں ہے۔ زیادہ بڑی بات یہ ہے کہ آپ اس کو لاجیکلی اسپیچ لیس بنا دیں۔</w:t>
      </w:r>
    </w:p>
    <w:p>
      <w:r>
        <w:rPr>
          <w:b/>
        </w:rPr>
        <w:t xml:space="preserve">[56:49] </w:t>
      </w:r>
      <w:r>
        <w:t>main repeat karunga ke kisi ko kill karna zyada bari baat nahi hai. zyada bari baat yeh hai ke aap us ko logically speechless bana dein.</w:t>
      </w:r>
    </w:p>
    <w:p>
      <w:pPr>
        <w:jc w:val="right"/>
      </w:pPr>
      <w:r>
        <w:t>میں ریپیٹ کروں گا کہ کسی کو کل کرنا زیادہ بڑی بات نہیں ہے۔ زیادہ بڑی بات یہ ہے کہ آپ اس کو لاجیکلی اسپیچ لیس بنا دیں۔</w:t>
      </w:r>
    </w:p>
    <w:p>
      <w:r>
        <w:rPr>
          <w:b/>
        </w:rPr>
        <w:t xml:space="preserve">[57:04] </w:t>
      </w:r>
      <w:r>
        <w:t>aur yahan bilkul possible hai aisa karna,</w:t>
      </w:r>
    </w:p>
    <w:p>
      <w:pPr>
        <w:jc w:val="right"/>
      </w:pPr>
      <w:r>
        <w:t>اور یہاں بالکل پاسیبل ہے ایسا کرنا،</w:t>
      </w:r>
    </w:p>
    <w:p>
      <w:r>
        <w:rPr>
          <w:b/>
        </w:rPr>
        <w:t xml:space="preserve">[57:09] </w:t>
      </w:r>
      <w:r>
        <w:t>puri tarah possible hai aisa karna ke jo insan yeh keh raha hai ke muhammad nai cheez kya laye, to hum ek poora ek ek bohat sari cheezen de sakte hain ke dekho, yeh nai cheez laye, aur woh deny nahi kar sakta.</w:t>
      </w:r>
    </w:p>
    <w:p>
      <w:pPr>
        <w:jc w:val="right"/>
      </w:pPr>
      <w:r>
        <w:t>پوری طرح پاسیبل ہے ایسا کرنا کہ جو انسان یہ کہہ رہا ہے کہ محمد نئی چیز کیا لائے، تو ہم ایک پورا ایک ایک بہت ساری چیزیں دے سکتے ہیں کہ دیکھو، یہ نئی چیز لائے، اور وہ ڈینائی نہیں کر سکتا۔</w:t>
      </w:r>
    </w:p>
    <w:p>
      <w:r>
        <w:rPr>
          <w:b/>
        </w:rPr>
        <w:t xml:space="preserve">[57:26] </w:t>
      </w:r>
      <w:r>
        <w:t>woh to yeh ek aspect hua.</w:t>
      </w:r>
    </w:p>
    <w:p>
      <w:pPr>
        <w:jc w:val="right"/>
      </w:pPr>
      <w:r>
        <w:t>وہ تو یہ ایک اسپیکٹ ہوا۔</w:t>
      </w:r>
    </w:p>
    <w:p>
      <w:r>
        <w:rPr>
          <w:b/>
        </w:rPr>
        <w:t xml:space="preserve">[57:36] </w:t>
      </w:r>
      <w:r>
        <w:t>doosra dekhiye, jo baat unhon ne kahi hai,</w:t>
      </w:r>
    </w:p>
    <w:p>
      <w:pPr>
        <w:jc w:val="right"/>
      </w:pPr>
      <w:r>
        <w:t>دوسرا دیکھیے، جو بات انہوں نے کہی ہے،</w:t>
      </w:r>
    </w:p>
    <w:p>
      <w:r>
        <w:rPr>
          <w:b/>
        </w:rPr>
        <w:t xml:space="preserve">[57:41] </w:t>
      </w:r>
      <w:r>
        <w:t>pope sahib ne, yani pope sahib ka jo akhbar mein chapa hai, woh bhi maine parha.</w:t>
      </w:r>
    </w:p>
    <w:p>
      <w:pPr>
        <w:jc w:val="right"/>
      </w:pPr>
      <w:r>
        <w:t>پوپ صاحب نے، یعنی پوپ صاحب کا جو اخبار میں چھپا ہے، وہ بھی میں نے پڑھا۔</w:t>
      </w:r>
    </w:p>
    <w:p>
      <w:r>
        <w:rPr>
          <w:b/>
        </w:rPr>
        <w:t xml:space="preserve">[57:52] </w:t>
      </w:r>
      <w:r>
        <w:t>aap jante hain ke woh aksar akhbaron mein chapa hai, mislan times of india mein aur pioneer mein, indian express mein waghera, aur</w:t>
      </w:r>
    </w:p>
    <w:p>
      <w:pPr>
        <w:jc w:val="right"/>
      </w:pPr>
      <w:r>
        <w:t>آپ جانتے ہیں کہ وہ اکثر اخباروں میں چھپا ہے، مثلاً ٹائمز آف انڈیا میں اور پانیئر میں، انڈین ایکسپریس میں وغیرہ، اور</w:t>
      </w:r>
    </w:p>
    <w:p>
      <w:r>
        <w:rPr>
          <w:b/>
        </w:rPr>
        <w:t xml:space="preserve">[58:06] </w:t>
      </w:r>
      <w:r>
        <w:t>tv mein barabar aata raha hai. aur maine internet se niklwaya. internet se main khud to internet ka kaam nahi janta, lekin meri grand daughter sadia, jo internet ko janti hai, usay maine kaha,</w:t>
      </w:r>
    </w:p>
    <w:p>
      <w:pPr>
        <w:jc w:val="right"/>
      </w:pPr>
      <w:r>
        <w:t>ٹی وی میں برابر آتا رہا ہے۔ اور میں نے انٹرنیٹ سے نکلوایا۔ انٹرنیٹ سے میں خود تو انٹرنیٹ کا کا کام نہیں جانتا، لیکن میری گرینڈ ڈاٹر سعدیہ، جو انٹرنیٹ کو جانتی ہے، اسے میں نے کہا،</w:t>
      </w:r>
    </w:p>
    <w:p>
      <w:r>
        <w:rPr>
          <w:b/>
        </w:rPr>
        <w:t xml:space="preserve">[58:26] </w:t>
      </w:r>
      <w:r>
        <w:t>aur us ne dhoond kar nikala us ko seven pages ka text un ki speech ka. us ko maine parha.</w:t>
      </w:r>
    </w:p>
    <w:p>
      <w:pPr>
        <w:jc w:val="right"/>
      </w:pPr>
      <w:r>
        <w:t>اور اس نے ڈھونڈ کر نکالا اس کو سیون پیجز کا ٹیکسٹ ان کی سپیچ کا۔ اس کو میں نے پڑھا۔</w:t>
      </w:r>
    </w:p>
    <w:p>
      <w:r>
        <w:rPr>
          <w:b/>
        </w:rPr>
        <w:t xml:space="preserve">[58:40] </w:t>
      </w:r>
      <w:r>
        <w:t>to doosri cheez jo kahi hai unhon ne, woh yeh hai ke muhammad jo cheez laye, woh kya tha? violence.</w:t>
      </w:r>
    </w:p>
    <w:p>
      <w:pPr>
        <w:jc w:val="right"/>
      </w:pPr>
      <w:r>
        <w:t>تو دوسری چیز جو کہی ہے انہوں نے، وہ یہ ہے کہ محمد جو چیز لائے، وہ کیا تھا؟ وائلنس۔</w:t>
      </w:r>
    </w:p>
    <w:p>
      <w:r>
        <w:rPr>
          <w:b/>
        </w:rPr>
        <w:t xml:space="preserve">[58:49] </w:t>
      </w:r>
      <w:r>
        <w:t>violence.</w:t>
      </w:r>
    </w:p>
    <w:p>
      <w:pPr>
        <w:jc w:val="right"/>
      </w:pPr>
      <w:r>
        <w:t>وائلنس۔</w:t>
      </w:r>
    </w:p>
    <w:p>
      <w:r>
        <w:rPr>
          <w:b/>
        </w:rPr>
        <w:t xml:space="preserve">[58:56] </w:t>
      </w:r>
      <w:r>
        <w:t>lekin is ke liye unhon ne koi reference nahi diya. us zamane mein aap jante hain ke freedom of speech ka zamana hai, lekin yeh zamana to nahi hai ke aap reason na pesh karein aur baaten karte chale jayein.</w:t>
      </w:r>
    </w:p>
    <w:p>
      <w:pPr>
        <w:jc w:val="right"/>
      </w:pPr>
      <w:r>
        <w:t>لیکن اس کے لیے انہوں نے کوئی ریفرنس نہیں دیا۔ اس زمانے میں آپ جانتے ہیں کہ فریڈم آف اسپیچ کا زمانہ ہے، لیکن یہ زمانہ تو نہیں ہے کہ آپ ریزن نہ پیش کریں اور باتیں کرتے چلے جائیں۔</w:t>
      </w:r>
    </w:p>
    <w:p>
      <w:r>
        <w:rPr>
          <w:b/>
        </w:rPr>
        <w:t xml:space="preserve">[59:12] </w:t>
      </w:r>
      <w:r>
        <w:t>jis tarah yeh zamana freedom of speech ka zamana hai, usi tarah yeh zamana rationalism ka zamana hai. aap ko reason pesh karna hoga, aap ko logic pesh karni hogi.</w:t>
      </w:r>
    </w:p>
    <w:p>
      <w:pPr>
        <w:jc w:val="right"/>
      </w:pPr>
      <w:r>
        <w:t>جس طرح یہ زمانہ فریڈم آف اسپیچ کا زمانہ ہے، اسی طرح یہ زمانہ ریشنلزم کا زمانہ ہے۔ آپ کو ریزن پیش کرنا ہوگا، آپ کو لاجک پیش کرنی ہوگی۔</w:t>
      </w:r>
    </w:p>
    <w:p>
      <w:r>
        <w:rPr>
          <w:b/>
        </w:rPr>
        <w:t xml:space="preserve">[59:31] </w:t>
      </w:r>
      <w:r>
        <w:t>mein yahan par chand ek references doonga. pehli baat thi, yaani basic baat jo quran mein hai, woh yeh hai ke "la ikraha fid-deen".</w:t>
      </w:r>
    </w:p>
    <w:p>
      <w:pPr>
        <w:jc w:val="right"/>
      </w:pPr>
      <w:r>
        <w:t>میں یہاں پر چند ایک ریفرنسز دوں گا۔ پہلی بہت تھی، یعنی بیسک بات جو قرآن میں ہے، وہ یہ ہے کہ "لا اکراہ فی الدین"۔</w:t>
      </w:r>
    </w:p>
    <w:p>
      <w:r>
        <w:rPr>
          <w:b/>
        </w:rPr>
        <w:t xml:space="preserve">[59:49] </w:t>
      </w:r>
      <w:r>
        <w:t>"la ikraha fid-deen". "there is no compulsion in religion". "there is no compulsion in religion".</w:t>
      </w:r>
    </w:p>
    <w:p>
      <w:pPr>
        <w:jc w:val="right"/>
      </w:pPr>
      <w:r>
        <w:t>"لا اکراہ فی الدین"۔ "دیر از نو کمپلشن ان ریلیجن"۔ "دیر از نو کمپلشن ان ریلیجن"۔</w:t>
      </w:r>
    </w:p>
    <w:p>
      <w:r>
        <w:rPr>
          <w:b/>
        </w:rPr>
        <w:t xml:space="preserve">[1:00:01] </w:t>
      </w:r>
      <w:r>
        <w:t>is ka matlab yeh hai ke islam ko by force phailana, islam ko by force spread karna, yeh islam ki scheme hi nahi hai.</w:t>
      </w:r>
    </w:p>
    <w:p>
      <w:pPr>
        <w:jc w:val="right"/>
      </w:pPr>
      <w:r>
        <w:t>اس کا مطلب یہ ہے کہ اسلام کو بائی فورس پھیلانا، اسلام کو بائی فورس سپریڈ کرنا، یہ اسلام کی سکیم ہی نہیں ہے۔</w:t>
      </w:r>
    </w:p>
    <w:p>
      <w:r>
        <w:rPr>
          <w:b/>
        </w:rPr>
        <w:t xml:space="preserve">[1:00:15] </w:t>
      </w:r>
      <w:r>
        <w:t>yeh islam ki scheme nahi hai. islam ka maqsad hai logon ke dil badle, logon ki soch badle, logon ka mind badle. to kya aap gun aur bomb se aisa kar sakte hain?</w:t>
      </w:r>
    </w:p>
    <w:p>
      <w:pPr>
        <w:jc w:val="right"/>
      </w:pPr>
      <w:r>
        <w:t>یہ اسلام کی سکیم نہیں ہے۔ اسلام کا مقصد ہے لوگوں کے دل بدلے، لوگوں کی سوچ بدلے، لوگوں کا مائنڈ بدلے۔ تو کیا آپ گن اور بم سے ایسا کر سکتے ہیں؟</w:t>
      </w:r>
    </w:p>
    <w:p>
      <w:r>
        <w:rPr>
          <w:b/>
        </w:rPr>
        <w:t xml:space="preserve">[1:00:30] </w:t>
      </w:r>
      <w:r>
        <w:t>impossible hai.</w:t>
      </w:r>
    </w:p>
    <w:p>
      <w:pPr>
        <w:jc w:val="right"/>
      </w:pPr>
      <w:r>
        <w:t>امپاسیبل ہے۔</w:t>
      </w:r>
    </w:p>
    <w:p>
      <w:r>
        <w:rPr>
          <w:b/>
        </w:rPr>
        <w:t xml:space="preserve">[1:00:36] </w:t>
      </w:r>
      <w:r>
        <w:t>diloon ko badalna aur mind ko badalna hamesha hota hai through persuasion, through preaching, through dialogue, through discussion.</w:t>
      </w:r>
    </w:p>
    <w:p>
      <w:pPr>
        <w:jc w:val="right"/>
      </w:pPr>
      <w:r>
        <w:t>دلوں کو بدلنا اور مائنڈ کو بدلنا ہمیشہ ہوتا ہے تھرو پرسویشن، تھرو پریچنگ، تھرو ڈائیلاگ، تھرو ڈسکشن۔</w:t>
      </w:r>
    </w:p>
    <w:p>
      <w:r>
        <w:rPr>
          <w:b/>
        </w:rPr>
        <w:t xml:space="preserve">[1:00:47] </w:t>
      </w:r>
      <w:r>
        <w:t>woh hai islam ka tareeqa. islam bilashuba apni baat logon ke samne lana chahta hai. islam bilashuba yeh chahta hai ke is ki sachai logon ke dil mein utre.</w:t>
      </w:r>
    </w:p>
    <w:p>
      <w:pPr>
        <w:jc w:val="right"/>
      </w:pPr>
      <w:r>
        <w:t>وہ ہے اسلام کا طریقہ۔ اسلام بلاشبہ اپنی بات لوگوں کے سامنے لانا چاہتا ہے۔ اسلام بلاشبہ یہ چاہتا ہے کہ اس کی سچائی لوگوں کے دل میں اترے۔</w:t>
      </w:r>
    </w:p>
    <w:p>
      <w:r>
        <w:rPr>
          <w:b/>
        </w:rPr>
        <w:t xml:space="preserve">[1:00:58] </w:t>
      </w:r>
      <w:r>
        <w:t>lekin yeh kaam talwar se hoga? yeh kaam bomb se hoga? gun se hoga?</w:t>
      </w:r>
    </w:p>
    <w:p>
      <w:pPr>
        <w:jc w:val="right"/>
      </w:pPr>
      <w:r>
        <w:t>لیکن یہ کام تلوار سے ہوگا؟ یہ کام بم سے ہوگا؟ گن سے ہوگا؟</w:t>
      </w:r>
    </w:p>
    <w:p>
      <w:r>
        <w:rPr>
          <w:b/>
        </w:rPr>
        <w:t xml:space="preserve">[1:01:07] </w:t>
      </w:r>
      <w:r>
        <w:t>nahin.</w:t>
      </w:r>
    </w:p>
    <w:p>
      <w:pPr>
        <w:jc w:val="right"/>
      </w:pPr>
      <w:r>
        <w:t>نہیں۔</w:t>
      </w:r>
    </w:p>
    <w:p>
      <w:r>
        <w:rPr>
          <w:b/>
        </w:rPr>
        <w:t xml:space="preserve">[1:01:13] </w:t>
      </w:r>
      <w:r>
        <w:t>abhi dekhiye, jab iraq ki war hui thi, yaani america ne iraq par</w:t>
      </w:r>
    </w:p>
    <w:p>
      <w:pPr>
        <w:jc w:val="right"/>
      </w:pPr>
      <w:r>
        <w:t>ابھی دیکھیے، جب عراق کی وار ہوئی تھی، یعنی امریکہ نے عراق پر</w:t>
      </w:r>
    </w:p>
    <w:p>
      <w:r>
        <w:rPr>
          <w:b/>
        </w:rPr>
        <w:t xml:space="preserve">[1:01:25] </w:t>
      </w:r>
      <w:r>
        <w:t>bareeki thi, yaani is yeh bush senior, bush senior ke zamanay ki baat kar raha hoon mein. bush senior, bush junior ki baat nahi kar raha hoon.</w:t>
      </w:r>
    </w:p>
    <w:p>
      <w:pPr>
        <w:jc w:val="right"/>
      </w:pPr>
      <w:r>
        <w:t>باریکی تھی، یعنی اس یہ بش سونیئر، بش سینیئر کے زمانے کی بات کر رہا ہوں میں۔ بش سینیئر، بش جونیئر کی بات نہیں کر رہا ہوں۔</w:t>
      </w:r>
    </w:p>
    <w:p>
      <w:r>
        <w:rPr>
          <w:b/>
        </w:rPr>
        <w:t xml:space="preserve">[1:01:39] </w:t>
      </w:r>
      <w:r>
        <w:t>to bush senior ke zamanay mein aap jante hain ke yeh</w:t>
      </w:r>
    </w:p>
    <w:p>
      <w:pPr>
        <w:jc w:val="right"/>
      </w:pPr>
      <w:r>
        <w:t>تو بش سینیئر کے زمانے میں آپ جانتے ہیں کہ یہ</w:t>
      </w:r>
    </w:p>
    <w:p>
      <w:r>
        <w:rPr>
          <w:b/>
        </w:rPr>
        <w:t xml:space="preserve">[1:01:47] </w:t>
      </w:r>
      <w:r>
        <w:t>woh hua. ab afghanistan par, afghanistan par hua tha ya iraq par hua tha? ji, kuwait.</w:t>
      </w:r>
    </w:p>
    <w:p>
      <w:pPr>
        <w:jc w:val="right"/>
      </w:pPr>
      <w:r>
        <w:t>وہ ہوا۔ اب افغانستان پر، افغانستان پر ہوا تھا یا عراق پر ہوا تھا؟ جی، کویت۔</w:t>
      </w:r>
    </w:p>
    <w:p>
      <w:r>
        <w:rPr>
          <w:b/>
        </w:rPr>
        <w:t xml:space="preserve">[1:01:57] </w:t>
      </w:r>
      <w:r>
        <w:t>kuwait. haan, kuwait. iraq par hua tha. kuwait par hamle ke baad iraq par hua tha. haan, bush senior ke zamanay mein iraq par attack kiya america ne,</w:t>
      </w:r>
    </w:p>
    <w:p>
      <w:pPr>
        <w:jc w:val="right"/>
      </w:pPr>
      <w:r>
        <w:t>کویت۔ ہاں، کویت۔ عراق پر ہوا تھا۔ کویت پر حملے کے بعد عراق پر ہوا تھا۔ ہاں، بش سینیئر کے زمانے میں عراق پر اٹیک کیا امریکہ نے،</w:t>
      </w:r>
    </w:p>
    <w:p>
      <w:r>
        <w:rPr>
          <w:b/>
        </w:rPr>
        <w:t xml:space="preserve">[1:02:09] </w:t>
      </w:r>
      <w:r>
        <w:t>aur is ka justification yeh tha ke ke iraq ne apni army wahan par la kar ke kuwait par is ko occupy kar liya tha.</w:t>
      </w:r>
    </w:p>
    <w:p>
      <w:pPr>
        <w:jc w:val="right"/>
      </w:pPr>
      <w:r>
        <w:t>اور اس کا جسٹیفیکیشن یہ تھا کہ کہ عراق نے اپنی آرمی وہاں پر لا کر کے کویت پر اس کو اکوپائی کر لیا تھا۔</w:t>
      </w:r>
    </w:p>
    <w:p>
      <w:r>
        <w:rPr>
          <w:b/>
        </w:rPr>
        <w:t xml:space="preserve">[1:02:23] </w:t>
      </w:r>
      <w:r>
        <w:t>to us zamanay mein kafi army america ki arab countries mein aa gayi. kafi army.</w:t>
      </w:r>
    </w:p>
    <w:p>
      <w:pPr>
        <w:jc w:val="right"/>
      </w:pPr>
      <w:r>
        <w:t>تو اس زمانے میں کافی آرمی امریکہ کی عرب کنٹریز میں آ گئی۔ کافی آرمی۔</w:t>
      </w:r>
    </w:p>
    <w:p>
      <w:r>
        <w:rPr>
          <w:b/>
        </w:rPr>
        <w:t xml:space="preserve">[1:02:35] </w:t>
      </w:r>
      <w:r>
        <w:t>jante hain kya hua? us zamanay mein jab arab, yeh american army arab countries mein aa gayi to agar, to jaisa ke maine arz kiya ke yeh patharon ka aana nahi tha.</w:t>
      </w:r>
    </w:p>
    <w:p>
      <w:pPr>
        <w:jc w:val="right"/>
      </w:pPr>
      <w:r>
        <w:t>جانتے ہیں کیا ہوا؟ اس زمانے میں جب عرب، یہ امریکن آرمی عرب کنٹریز میں آ گئی تو اگر، تو جیسا کہ میں نے عرض کیا کہ یہ پتھروں کا آنا نہیں تھا۔</w:t>
      </w:r>
    </w:p>
    <w:p>
      <w:r>
        <w:rPr>
          <w:b/>
        </w:rPr>
        <w:t xml:space="preserve">[1:02:52] </w:t>
      </w:r>
      <w:r>
        <w:t>yaani aisa nahi tha ke america ki army pathar ki thi, aur jo musalman the arab countries, woh bhi pathar ke thay. to patharon ke dher ko ikatha kar dein to kya hoga?</w:t>
      </w:r>
    </w:p>
    <w:p>
      <w:pPr>
        <w:jc w:val="right"/>
      </w:pPr>
      <w:r>
        <w:t>یعنی ایسا نہیں تھا کہ امریکہ کی آرمی پتھر کی تھی، اور جو مسلمان تھے عرب کنٹریز، وہ بھی پتھر کے تھے۔ تو پتھروں کے ڈھیر کو اکٹھا کر دیں تو کیا ہوگا؟</w:t>
      </w:r>
    </w:p>
    <w:p>
      <w:r>
        <w:rPr>
          <w:b/>
        </w:rPr>
        <w:t xml:space="preserve">[1:03:04] </w:t>
      </w:r>
      <w:r>
        <w:t>un ke darmiyan koi interaction nahi hoga, koi dialogue nahi hoga. lekin jab insan ko le jayen kahin, ab jab insan ko la kar aap rakh dein, jab amriki ho ya british ho,</w:t>
      </w:r>
    </w:p>
    <w:p>
      <w:pPr>
        <w:jc w:val="right"/>
      </w:pPr>
      <w:r>
        <w:t>ان کے درمیان کوئی انٹریکشن نہیں ہوگا، کوئی ڈائیلاگ نہیں ہوگا۔ لیکن جب انسان کو لے جائیں کہیں، اب جب انسان کو لا کر آپ رکھ دیں، جب امریکی ہو یا برٹش ہو،</w:t>
      </w:r>
    </w:p>
    <w:p>
      <w:r>
        <w:rPr>
          <w:b/>
        </w:rPr>
        <w:t xml:space="preserve">[1:03:19] </w:t>
      </w:r>
      <w:r>
        <w:t>to jab aap rakh ke rakhein ge wahan par to kya hoga? interaction hoga, dialogue hoga, aur yahi hua. chunancha us zamanay mein bilkul normal tareeqay par, baghair kisi tablegh ke,</w:t>
      </w:r>
    </w:p>
    <w:p>
      <w:pPr>
        <w:jc w:val="right"/>
      </w:pPr>
      <w:r>
        <w:t>تو جب آپ رکھ کے رکھیں گے وہاں پر تو کیا ہوگا؟ انٹریکشن ہوگا، ڈائیلاگ ہوگا، اور یہی ہوا۔ چنانچہ اس زمانے میں بالکل نارمل طریقے پر، بغیر کسی تبلیغ کے،</w:t>
      </w:r>
    </w:p>
    <w:p>
      <w:r>
        <w:rPr>
          <w:b/>
        </w:rPr>
        <w:t xml:space="preserve">[1:03:34] </w:t>
      </w:r>
      <w:r>
        <w:t>do hazar american musalman ho gaye. islam qabool kar liya unhone.</w:t>
      </w:r>
    </w:p>
    <w:p>
      <w:pPr>
        <w:jc w:val="right"/>
      </w:pPr>
      <w:r>
        <w:t>دو ہزار امریکن مسلمان ہو گئے۔ اسلام قبول کر لیا انہوں نے۔</w:t>
      </w:r>
    </w:p>
    <w:p>
      <w:r>
        <w:rPr>
          <w:b/>
        </w:rPr>
        <w:t xml:space="preserve">[1:03:41] </w:t>
      </w:r>
      <w:r>
        <w:t>yeh hai negative mein positive. to jab islam ki yeh taqat hai to ladne ki zaroorat kya hai?</w:t>
      </w:r>
    </w:p>
    <w:p>
      <w:pPr>
        <w:jc w:val="right"/>
      </w:pPr>
      <w:r>
        <w:t>یہ ہے نیگیٹیو میں پازیٹیو۔ تو جب اسلام کی یہ طاقت ہے تو لڑنے کی ضرورت کیا ہے؟</w:t>
      </w:r>
    </w:p>
    <w:p>
      <w:r>
        <w:rPr>
          <w:b/>
        </w:rPr>
        <w:t xml:space="preserve">[1:03:49] </w:t>
      </w:r>
      <w:r>
        <w:t>aap mujhe bataiye bhai. jab islam dilon ko par qabza kar sakta hai, jab islam mind ko capture kar sakta hai, jab islam andar se insan ko apne control mein le sakta hai, to is ko marne ki kya zaroorat hai?</w:t>
      </w:r>
    </w:p>
    <w:p>
      <w:pPr>
        <w:jc w:val="right"/>
      </w:pPr>
      <w:r>
        <w:t>آپ مجھے بتائیے بھئی۔ جب اسلام دلوں کو پر قبضہ کر سکتا ہے، جب اسلام مائنڈ کو کیپچر کر سکتا ہے، جب اسلام اندر سے انسان کو اپنے کنٹرول میں لے سکتا ہے، تو اس کو مارنے کی کیا ضرورت ہے؟</w:t>
      </w:r>
    </w:p>
    <w:p>
      <w:r>
        <w:rPr>
          <w:b/>
        </w:rPr>
        <w:t xml:space="preserve">[1:04:07] </w:t>
      </w:r>
      <w:r>
        <w:t>is ko bomb aur gun se marne ki kya zaroorat hai?</w:t>
      </w:r>
    </w:p>
    <w:p>
      <w:pPr>
        <w:jc w:val="right"/>
      </w:pPr>
      <w:r>
        <w:t>اس کو بم اور گن سے مارنے کی کیا ضرورت ہے؟</w:t>
      </w:r>
    </w:p>
    <w:p>
      <w:r>
        <w:rPr>
          <w:b/>
        </w:rPr>
        <w:t xml:space="preserve">[1:04:14] </w:t>
      </w:r>
      <w:r>
        <w:t>to yaad rakhiye, tashaddud ya violence islam ki scheme ke khilaf hai. yeh islam ke liye, yaani woh hai islam ke liye</w:t>
      </w:r>
    </w:p>
    <w:p>
      <w:pPr>
        <w:jc w:val="right"/>
      </w:pPr>
      <w:r>
        <w:t>تو یاد رکھیے، تشدد یا وائلنس اسلام کی سکیم کے خلاف ہے۔ یہ اسلام کے لیے، یعنی وہ ہے اسلام کے لیے</w:t>
      </w:r>
    </w:p>
    <w:p>
      <w:r>
        <w:rPr>
          <w:b/>
        </w:rPr>
        <w:t xml:space="preserve">[1:04:35] </w:t>
      </w:r>
      <w:r>
        <w:t>under estimation hai. yeh islam ka, kyunke islam ke paas jab ideological bomb hai to is ko material bomb istemal karne ki zaroorat nahin.</w:t>
      </w:r>
    </w:p>
    <w:p>
      <w:pPr>
        <w:jc w:val="right"/>
      </w:pPr>
      <w:r>
        <w:t>انڈر ایسٹیمیشن ہے۔ یہ اسلام کا، کیونکہ اسلام کے پاس جب آئیڈیالوجیکل بم ہے تو اس کو مٹیریل بم استعمال کرنے کی ضرورت نہیں۔</w:t>
      </w:r>
    </w:p>
    <w:p>
      <w:r>
        <w:rPr>
          <w:b/>
        </w:rPr>
        <w:t xml:space="preserve">[1:04:46] </w:t>
      </w:r>
      <w:r>
        <w:t>to aap jante hain ke ideological bomb hamesha zyada taqatwar hota hai.</w:t>
      </w:r>
    </w:p>
    <w:p>
      <w:pPr>
        <w:jc w:val="right"/>
      </w:pPr>
      <w:r>
        <w:t>تو آپ جانتے ہیں کہ آئیڈیالوجیکل بم ہمیشہ زیادہ طاقتور ہوتا ہے۔</w:t>
      </w:r>
    </w:p>
    <w:p>
      <w:r>
        <w:rPr>
          <w:b/>
        </w:rPr>
        <w:t xml:space="preserve">[1:04:56] </w:t>
      </w:r>
      <w:r>
        <w:t>hamesha history mein aap dekh lijiye, ek maine ek kitab padhi, yaani jis zamane mein russia mein communist movement chal rahi thi, abhi wahan zar rule kar raha tha, king zar.</w:t>
      </w:r>
    </w:p>
    <w:p>
      <w:pPr>
        <w:jc w:val="right"/>
      </w:pPr>
      <w:r>
        <w:t>ہمیشہ ہسٹری میں آپ دیکھ لیجئے، ایک میں نے ایک کتاب پڑھی، یعنی جس زمانے میں رشیا میں کمیونسٹ موومنٹ چل رہی تھی، ابھی وہاں زار رول کر رہا تھا، کنگ زار۔</w:t>
      </w:r>
    </w:p>
    <w:p>
      <w:r>
        <w:rPr>
          <w:b/>
        </w:rPr>
        <w:t xml:space="preserve">[1:05:11] </w:t>
      </w:r>
      <w:r>
        <w:t>lekin communist movement chal rahi thi wahan. to britishs ne yeh janne ke liye ke aakhir russia mein kya ho raha hai, wahan se ek unhon ne ek deputation bheja.</w:t>
      </w:r>
    </w:p>
    <w:p>
      <w:pPr>
        <w:jc w:val="right"/>
      </w:pPr>
      <w:r>
        <w:t>لیکن کمیونسٹوں کی موومنٹ چل رہی تھی وہاں۔ تو برٹشز نے یہ جاننے کے لیے کہ آخر روس میں کیا ہو رہا ہے، وہاں سے ایک انہوں نے ایک ڈیپوٹیشن بھیجا۔</w:t>
      </w:r>
    </w:p>
    <w:p>
      <w:r>
        <w:rPr>
          <w:b/>
        </w:rPr>
        <w:t xml:space="preserve">[1:05:26] </w:t>
      </w:r>
      <w:r>
        <w:t>wo wo trader ke roop mein aaye ke ja kar dekho ke yeh kya hai. to wapas ja kar unhon ne jo report di thi, main ne apni kitab mein chhapi hai, wo un ke exact wording, us mein unhon ne yeh kaha tha ke communist jin ideas ko le kar aage badh rahe hain,</w:t>
      </w:r>
    </w:p>
    <w:p>
      <w:pPr>
        <w:jc w:val="right"/>
      </w:pPr>
      <w:r>
        <w:t>وہ وہ ٹریڈر کے روپ میں آئے کہ جا کر دیکھو کہ یہ کیا ہے۔ تو واپس جا کر انہوں نے جو رپورٹ دی تھی، میں نے اپنی کتاب میں چھاپی ہے، وہ ان کے ایگزیکٹ ورڈنگ، اس میں انہوں نے یہ کہا تھا کہ کمیونسٹ جن آئیڈیاز کو لے کر آگے بڑھ رہے ہیں،</w:t>
      </w:r>
    </w:p>
    <w:p>
      <w:r>
        <w:rPr>
          <w:b/>
        </w:rPr>
        <w:t xml:space="preserve">[1:05:47] </w:t>
      </w:r>
      <w:r>
        <w:t>wo zar ki tamam army se zyada taqatwar hain.</w:t>
      </w:r>
    </w:p>
    <w:p>
      <w:pPr>
        <w:jc w:val="right"/>
      </w:pPr>
      <w:r>
        <w:t>وہ زار کی تمام آرمی سے زیادہ طاقتور ہیں۔</w:t>
      </w:r>
    </w:p>
    <w:p>
      <w:r>
        <w:rPr>
          <w:b/>
        </w:rPr>
        <w:t xml:space="preserve">[1:05:55] </w:t>
      </w:r>
      <w:r>
        <w:t>yeh hai ideas ki taqat. to jab islam ke paas ideology hai, ek powerful ideology, to islam aakhir bomb kyun istemal karna chahe ga?</w:t>
      </w:r>
    </w:p>
    <w:p>
      <w:pPr>
        <w:jc w:val="right"/>
      </w:pPr>
      <w:r>
        <w:t>یہ ہے آئیڈیاز کی طاقت۔ تو جب اسلام کے پاس آئیڈیالوجی ہے، ایک پاور فل آئیڈیالوجی، تو اسلام آخر بم کیوں استعمال کرنا چاہے گا؟</w:t>
      </w:r>
    </w:p>
    <w:p>
      <w:r>
        <w:rPr>
          <w:b/>
        </w:rPr>
        <w:t xml:space="preserve">[1:06:09] </w:t>
      </w:r>
      <w:r>
        <w:t>gun kyun istemal karna chahe ga? yeh to aisa hi hai ke kisi ke paas bomb ho aur wo kankri phenke. aisa nahin ho sakta.</w:t>
      </w:r>
    </w:p>
    <w:p>
      <w:pPr>
        <w:jc w:val="right"/>
      </w:pPr>
      <w:r>
        <w:t>گن کیوں استعمال کرنا چاہے گا؟ یہ تو ایسا ہی ہے کہ کسی کے پاس بم ہو اور وہ کنکری پھینکے۔ ایسا نہیں ہو سکتا۔</w:t>
      </w:r>
    </w:p>
    <w:p>
      <w:r>
        <w:rPr>
          <w:b/>
        </w:rPr>
        <w:t xml:space="preserve">[1:06:21] </w:t>
      </w:r>
      <w:r>
        <w:t>to yeh haqeeqat hai ke islam mein violence ki koi jagah nahin hai. yeh kehna ke islam phaila tashaddud ke zariye se, yeh bilashuba ek ek baseless baat hai,</w:t>
      </w:r>
    </w:p>
    <w:p>
      <w:pPr>
        <w:jc w:val="right"/>
      </w:pPr>
      <w:r>
        <w:t>تو یہ حقیقت ہے کہ اسلام میں وائلنس کی کوئی جگہ نہیں ہے۔ یہ کہنا کہ اسلام پھیلا تشدد کے ذریعے سے، یہ بلاشبہ ایک ایک بیس لیس بات ہے،</w:t>
      </w:r>
    </w:p>
    <w:p>
      <w:r>
        <w:rPr>
          <w:b/>
        </w:rPr>
        <w:t xml:space="preserve">[1:06:39] </w:t>
      </w:r>
      <w:r>
        <w:t>bilashuba. aur is par is ka jo jawab diya hai, ek westerner ne, yaani ek british professor, t w arnold,</w:t>
      </w:r>
    </w:p>
    <w:p>
      <w:pPr>
        <w:jc w:val="right"/>
      </w:pPr>
      <w:r>
        <w:t>بلاشبہ۔ اور اس پر اس کا جو جواب دیا ہے، ایک ویسٹرنر نے، یعنی ایک برٹش پروفیسر، ٹی ڈبلیو ارنل،</w:t>
      </w:r>
    </w:p>
    <w:p>
      <w:r>
        <w:rPr>
          <w:b/>
        </w:rPr>
        <w:t xml:space="preserve">[1:06:53] </w:t>
      </w:r>
      <w:r>
        <w:t>ek british professor, yaani christian professor, us ne ek moti si kitab likhi hai, "da preaching of islam". "da preaching of islam".</w:t>
      </w:r>
    </w:p>
    <w:p>
      <w:pPr>
        <w:jc w:val="right"/>
      </w:pPr>
      <w:r>
        <w:t>ایک برٹش پروفیسر، یعنی کرسچن پروفیسر، اس نے ایک موٹی سی کتاب لکھی ہے، "دا پریچنگ آف اسلام"۔ "دا پریچنگ آف اسلام"۔</w:t>
      </w:r>
    </w:p>
    <w:p>
      <w:r>
        <w:rPr>
          <w:b/>
        </w:rPr>
        <w:t xml:space="preserve">[1:07:05] </w:t>
      </w:r>
      <w:r>
        <w:t>wo us mein poori duniya mein islam jis tarah phaila, us ko dikhaya hai unhon ne. aur poori kitab ka khulasa yeh hai ke islam phaila hai apne ideas ke peaceful preaching se.</w:t>
      </w:r>
    </w:p>
    <w:p>
      <w:pPr>
        <w:jc w:val="right"/>
      </w:pPr>
      <w:r>
        <w:t>وہ اس میں پوری دنیا میں اسلام جس طرح پھیلا، اس کو دکھایا ہے انہوں نے۔ اور پوری کتاب کا خلاصہ یہ ہے کہ اسلام پھیلا ہے اپنے آئیڈیاز کے پیس فل پریچنگ سے۔</w:t>
      </w:r>
    </w:p>
    <w:p>
      <w:r>
        <w:rPr>
          <w:b/>
        </w:rPr>
        <w:t xml:space="preserve">[1:07:21] </w:t>
      </w:r>
      <w:r>
        <w:t>poori kitab ka yeh khulasa hai.</w:t>
      </w:r>
    </w:p>
    <w:p>
      <w:pPr>
        <w:jc w:val="right"/>
      </w:pPr>
      <w:r>
        <w:t>پوری کتاب کا یہ خلاصہ ہے۔</w:t>
      </w:r>
    </w:p>
    <w:p>
      <w:r>
        <w:rPr>
          <w:b/>
        </w:rPr>
        <w:t xml:space="preserve">[1:07:28] </w:t>
      </w:r>
      <w:r>
        <w:t>koi bhi shakhs is kitab ko padh sakta hai, "da preaching of islam" ko. yahan bhi milti hai, hamare good word mein bhi milti hai yeh kitab. mere paas ek bar hyderabad ke ek ek educated ek sahib ka letter aaya, jo bohat educated hain, abhi bhi zinda hain wo,</w:t>
      </w:r>
    </w:p>
    <w:p>
      <w:pPr>
        <w:jc w:val="right"/>
      </w:pPr>
      <w:r>
        <w:t>کوئی بھی شخص اس کتاب کو پڑھ سکتا ہے، "دا پریچنگ آف اسلام" کو۔ یہاں بھی ملتی ہے، ہمارے گڈ ورڈ میں بھی ملتی ہے یہ کتاب۔ میرے پاس ایک بار حیدرآباد کے ایک ایک ایجوکیٹڈ ایک صاحب کا لیٹر آیا، جو بہت ایجوکیٹڈ ہیں، ابھی بھی زندہ ہیں وہ،</w:t>
      </w:r>
    </w:p>
    <w:p>
      <w:r>
        <w:rPr>
          <w:b/>
        </w:rPr>
        <w:t xml:space="preserve">[1:07:47] </w:t>
      </w:r>
      <w:r>
        <w:t>aur un se meri mulaqat bhi hui hai.</w:t>
      </w:r>
    </w:p>
    <w:p>
      <w:pPr>
        <w:jc w:val="right"/>
      </w:pPr>
      <w:r>
        <w:t>اور ان سے میری ملاقات بھی ہوئی ہے۔</w:t>
      </w:r>
    </w:p>
    <w:p>
      <w:r>
        <w:rPr>
          <w:b/>
        </w:rPr>
        <w:t xml:space="preserve">[1:07:52] </w:t>
      </w:r>
      <w:r>
        <w:t>to unhon ne likha ke aap kehte hain ke islam jo hai, peaceful mazhab hai, islam peace ke zariye phaila hai, to aap kaise kehte hain?</w:t>
      </w:r>
    </w:p>
    <w:p>
      <w:pPr>
        <w:jc w:val="right"/>
      </w:pPr>
      <w:r>
        <w:t>تو انہوں نے لکھا کہ آپ کہتے ہیں کہ اسلام جو ہے، پیس فل مذہب ہے، اسلام پیس کے ذریعے پھیلا ہے، تو آپ کیسے کہتے ہیں؟</w:t>
      </w:r>
    </w:p>
    <w:p>
      <w:r>
        <w:rPr>
          <w:b/>
        </w:rPr>
        <w:t xml:space="preserve">[1:08:03] </w:t>
      </w:r>
      <w:r>
        <w:t>aap galat kehte hain. kyunke ek kitab ka reference diya unhon ne, us mein likha hua hai ke islam india mein talwar se phaila.</w:t>
      </w:r>
    </w:p>
    <w:p>
      <w:pPr>
        <w:jc w:val="right"/>
      </w:pPr>
      <w:r>
        <w:t>آپ غلط کہتے ہیں۔ کیونکہ ایک کتاب کا ریفرنس دیا انہوں نے، اس میں لکھا ہوا ہے کہ اسلام انڈیا میں تلوار سے پھیلا۔</w:t>
      </w:r>
    </w:p>
    <w:p>
      <w:r>
        <w:rPr>
          <w:b/>
        </w:rPr>
        <w:t xml:space="preserve">[1:08:15] </w:t>
      </w:r>
      <w:r>
        <w:t>is ka kitab ka naam tha "indian musalman". "indian musalman". yeh kitab chhapi thi 1930 mein.</w:t>
      </w:r>
    </w:p>
    <w:p>
      <w:pPr>
        <w:jc w:val="right"/>
      </w:pPr>
      <w:r>
        <w:t>اس کا کتاب کا نام تھا "انڈین مسلمان"۔ "انڈین مسلمان"۔ یہ کتاب چھپی تھی 1930 میں۔</w:t>
      </w:r>
    </w:p>
    <w:p>
      <w:r>
        <w:rPr>
          <w:b/>
        </w:rPr>
        <w:t xml:space="preserve">[1:08:27] </w:t>
      </w:r>
      <w:r>
        <w:t>to ab yeh book jo hai, book sellers ke haan to nahin milti, lekin jamia millia ki library mein wo hai, wahan se main ne hasil kiya, us ko main ne padha.</w:t>
      </w:r>
    </w:p>
    <w:p>
      <w:pPr>
        <w:jc w:val="right"/>
      </w:pPr>
      <w:r>
        <w:t>تو اب یہ بک جو ہے، بک سیلرز کے ہاں تو نہیں ملتی، لیکن جامعہ ملیہ کی لائبریری میں وہ ہے، وہاں سے میں نے حاصل کیا، اس کو میں نے پڑھا۔</w:t>
      </w:r>
    </w:p>
    <w:p>
      <w:r>
        <w:rPr>
          <w:b/>
        </w:rPr>
        <w:t xml:space="preserve">[1:08:38] </w:t>
      </w:r>
      <w:r>
        <w:t>to us ka jis, us ke jis, us ka ek chapter hai, us mein wo deal kiya unhon ne us par ke india mein islam kaise phaila, yahan ke logon ne islam kaise qabool kiya.</w:t>
      </w:r>
    </w:p>
    <w:p>
      <w:pPr>
        <w:jc w:val="right"/>
      </w:pPr>
      <w:r>
        <w:t>تو اس کا جس، اس کے جس، اس کا ایک چیپٹر ہے، اس میں وہ ڈیل کیا انہوں نے اس پر کہ انڈیا میں اسلام کیسے پھیلا، یہاں کے لوگوں نے اسلام کیسے قبول کیا۔</w:t>
      </w:r>
    </w:p>
    <w:p>
      <w:r>
        <w:rPr>
          <w:b/>
        </w:rPr>
        <w:t xml:space="preserve">[1:08:50] </w:t>
      </w:r>
      <w:r>
        <w:t>ek chapter mein yeh baat hai. to us ka jo, us ka jo heading hai, us us us chapter ki wo heading yeh hai ke "peaceful penetration of islam in india".</w:t>
      </w:r>
    </w:p>
    <w:p>
      <w:pPr>
        <w:jc w:val="right"/>
      </w:pPr>
      <w:r>
        <w:t>ایک چیپٹر میں یہ بات ہے۔ تو اس کا جو، اس کا جو ہیڈنگ ہے، اس اس اس چیپٹر کی وہ ہیڈنگ یہ ہے کہ "پیس فل پینیٹریشن آف اسلام ان انڈیا"۔</w:t>
      </w:r>
    </w:p>
    <w:p>
      <w:r>
        <w:rPr>
          <w:b/>
        </w:rPr>
        <w:t xml:space="preserve">[1:09:06] </w:t>
      </w:r>
      <w:r>
        <w:t>aap ghor kijiye, jis kitab ke baray mein wo keh rahe hain ke us mein yeh bataya gaya hai ke islam jo hai, yaani hinsa ke zariye, talwar ke zariye phaila hai india mein, usi same kitab mein wo chapter jo deal karta hai islam ke phailaao se,</w:t>
      </w:r>
    </w:p>
    <w:p>
      <w:pPr>
        <w:jc w:val="right"/>
      </w:pPr>
      <w:r>
        <w:t>آپ غور کیجئے، جس کتاب کے بارے میں وہ کہہ رہے ہیں کہ اس میں یہ بتایا گیا ہے کہ اسلام جو ہے، یعنی ہنسا کے ذریعے، تلوار کے ذریعے پھیلا ہے انڈیا میں، اسی سیم کتاب میں وہ چیپٹر جو ڈیل کرتا ہے اسلام کے پھیلاؤ سے،</w:t>
      </w:r>
    </w:p>
    <w:p>
      <w:r>
        <w:rPr>
          <w:b/>
        </w:rPr>
        <w:t xml:space="preserve">[1:09:26] </w:t>
      </w:r>
      <w:r>
        <w:t>us ka title rakhte hain, wo us ka heading rakhte hain "peaceful penetration of islam in india". main ne un ko wo bheja likh kar ke, to unhon ne koi jawab nahin diya, wo chup ho gaye.</w:t>
      </w:r>
    </w:p>
    <w:p>
      <w:pPr>
        <w:jc w:val="right"/>
      </w:pPr>
      <w:r>
        <w:t>اس کا ٹائٹل رکھتے ہیں، وہ اس کا ہیڈنگ رکھتے ہیں "پیس فل پینیٹریشن آف اسلام ان انڈیا"۔ میں نے ان کو وہ بھیجا لکھ کر کے، تو انہوں نے کوئی جواب نہیں دیا، وہ چپ ہو گئے۔</w:t>
      </w:r>
    </w:p>
    <w:p>
      <w:r>
        <w:rPr>
          <w:b/>
        </w:rPr>
        <w:t xml:space="preserve">[1:09:39] </w:t>
      </w:r>
      <w:r>
        <w:t>wo swami vivekananda ne likha hai, apne aap mere paas un ki kitabein maujood hain ke "it is in india" mein yeh jo propaganda aata hai, us ke radd karte hue likha hai "it is nonsense to say that the hindus were converted to islam by force".</w:t>
      </w:r>
    </w:p>
    <w:p>
      <w:pPr>
        <w:jc w:val="right"/>
      </w:pPr>
      <w:r>
        <w:t>وہ سوامی وکانندہ نے لکھا ہے، اپنے آپ میرے پاس ان کی کتابیں موجود ہیں کہ "اٹ از ان انڈیا" میں یہ جو پروونڈا کیا آتا ہے، اس کے رد کرتے ہوئے لکھا ہے "اٹ از نان سینس ٹو سے دیٹ دا ہندوز ویئر کنورٹڈ ٹو اسلام بائی فورس"۔</w:t>
      </w:r>
    </w:p>
    <w:p>
      <w:r>
        <w:rPr>
          <w:b/>
        </w:rPr>
        <w:t xml:space="preserve">[1:10:08] </w:t>
      </w:r>
      <w:r>
        <w:t>unhon ne dikhaya hai ke jo bari cheez, jo wajah bani islam itni tezi se phaila, jo india mein bohat tezi se, us ka sabab tha social inequality, social discrimination,</w:t>
      </w:r>
    </w:p>
    <w:p>
      <w:pPr>
        <w:jc w:val="right"/>
      </w:pPr>
      <w:r>
        <w:t>انہوں نے دکھایا ہے کہ جو بڑی چیز، جو وجہ بنی اسلام اتنی تیزی سے پھیلا، جو انڈیا میں بہت تیزی سے، اس کا سبب تھا سوشل ان ایکولٹی، سوشل ڈسکریمینیشن،</w:t>
      </w:r>
    </w:p>
    <w:p>
      <w:r>
        <w:rPr>
          <w:b/>
        </w:rPr>
        <w:t xml:space="preserve">[1:10:22] </w:t>
      </w:r>
      <w:r>
        <w:t>jo is zamane mein bohat phaila hua tha yahan par. to islam in ko, is islam mein in ko aik hope mili, logon ko in mein equality ka ka sabak mila, is liye wo islam mein daradar daradar aa gaye.</w:t>
      </w:r>
    </w:p>
    <w:p>
      <w:pPr>
        <w:jc w:val="right"/>
      </w:pPr>
      <w:r>
        <w:t>جو اس زمانے میں بہت پھیلا ہوا تھا یہاں پر۔ تو اسلام ان کو، اس اسلام میں ان کو ایک ہوپ ملی، لوگوں کو ان میں ایکولٹی کا کا سبق ملا، اس لیے وہ اسلام میں درادر درادر آ گئے۔</w:t>
      </w:r>
    </w:p>
    <w:p>
      <w:r>
        <w:rPr>
          <w:b/>
        </w:rPr>
        <w:t xml:space="preserve">[1:10:38] </w:t>
      </w:r>
      <w:r>
        <w:t>johd nano ne likha hai ke india mein group conversion hua, yani poora poora group akhathe islam mein aa gaya. to itne bare paimane par jo islam mein aaye log, is ka sabab yeh nahi tha ke chot use ki gayi, nahi.</w:t>
      </w:r>
    </w:p>
    <w:p>
      <w:pPr>
        <w:jc w:val="right"/>
      </w:pPr>
      <w:r>
        <w:t>جوہد نانو نے لکھا ہے کہ انڈیا میں گروپ کنورژن ہوا، یعنی پورا پورا گروپ اکٹھے اسلام میں آ گیا۔ تو اتنے بڑے پیمانے پر جو اسلام میں آئے لوگ، اس کا سبب یہ نہیں تھا کہ چوٹ یوز کی گئی، نہیں۔</w:t>
      </w:r>
    </w:p>
    <w:p>
      <w:r>
        <w:rPr>
          <w:b/>
        </w:rPr>
        <w:t xml:space="preserve">[1:10:54] </w:t>
      </w:r>
      <w:r>
        <w:t>is ka sabab yeh tha ke islam ki jo jo teaching thi, wo base karti thi equality par, aur yahan jo society thi, wo inequality par chal rahi thi, discrimination tha yahan par.</w:t>
      </w:r>
    </w:p>
    <w:p>
      <w:pPr>
        <w:jc w:val="right"/>
      </w:pPr>
      <w:r>
        <w:t>اس کا سبب یہ تھا کہ اسلام کی جو جو ٹیچنگ تھی، وہ بیس کرتی تھی ایکولٹی پر، اور یہاں جو سوسائٹی تھی، وہ ان ایکولٹی پر چل رہی تھی، ڈسکریمینیشن تھا یہاں پر۔</w:t>
      </w:r>
    </w:p>
    <w:p>
      <w:r>
        <w:rPr>
          <w:b/>
        </w:rPr>
        <w:t xml:space="preserve">[1:11:09] </w:t>
      </w:r>
      <w:r>
        <w:t>to zahir hai ke is is comparison mein logon ko lagaya ke islam to zyada, yani acha hai hamare liye, is cheez ne, is cheez ki wajah se aisa hua ke islam yahan phaila.</w:t>
      </w:r>
    </w:p>
    <w:p>
      <w:pPr>
        <w:jc w:val="right"/>
      </w:pPr>
      <w:r>
        <w:t>تو ظاہر ہے کہ اس اس کمپیریزن میں لوگوں کو لگایا کہ اسلام تو زیادہ، یعنی اچھا ہے ہمارے لیے، اس چیز نے، اس چیز کی وجہ سے ایسا ہوا کہ اسلام یہاں پھیلا۔</w:t>
      </w:r>
    </w:p>
    <w:p>
      <w:r>
        <w:rPr>
          <w:b/>
        </w:rPr>
        <w:t xml:space="preserve">[1:11:23] </w:t>
      </w:r>
      <w:r>
        <w:t>ab dekhiye, main pop sahib ne jo musalmanon mein aaj kal jo jagah jagah jo jihad ke naam par movement chal rahi hai, to us ko refer kiya unhon ne jihad ko.</w:t>
      </w:r>
    </w:p>
    <w:p>
      <w:pPr>
        <w:jc w:val="right"/>
      </w:pPr>
      <w:r>
        <w:t>اب دیکھیے، میں پوپ صاحب نے جو مسلمانوں میں آج کل جو جگہ جگہ جو جہاد کے نام پر موومنٹ چل رہی ہے، تو اس کو ریفر کیا انہوں نے جہاد کو۔</w:t>
      </w:r>
    </w:p>
    <w:p>
      <w:r>
        <w:rPr>
          <w:b/>
        </w:rPr>
        <w:t xml:space="preserve">[1:11:37] </w:t>
      </w:r>
      <w:r>
        <w:t>yahan par aik baat kehna chahunga ke jihad ka matlab hargiz yeh nahi hai ladna bharna.</w:t>
      </w:r>
    </w:p>
    <w:p>
      <w:pPr>
        <w:jc w:val="right"/>
      </w:pPr>
      <w:r>
        <w:t>یہاں پر ایک بات کہنا چاہوں گا کہ جہاد کا مطلب ہرگز یہ نہیں ہے لڑنا بھڑنا۔</w:t>
      </w:r>
    </w:p>
    <w:p>
      <w:r>
        <w:rPr>
          <w:b/>
        </w:rPr>
        <w:t xml:space="preserve">[1:11:46] </w:t>
      </w:r>
      <w:r>
        <w:t>dekhen, quran mein do lafz alag alag istemal hote hain, do word: jihad aur qital. ladai ke liye, yani war ke liye jo word aaya hai quran mein, wo hai qital, aur jihad ke mane hain peaceful struggle.</w:t>
      </w:r>
    </w:p>
    <w:p>
      <w:pPr>
        <w:jc w:val="right"/>
      </w:pPr>
      <w:r>
        <w:t>دیکھیں، قرآن میں دو لفظ الگ الگ استعمال ہوتے ہیں، دو ورڈ: جہاد اور قتال۔ لڑائی کے لیے، یعنی وار کے لیے جو ورڈ آیا ہے قرآن میں، وہ ہے قتال، اور جہاد کے معنی ہیں پیس فل سٹرگل۔</w:t>
      </w:r>
    </w:p>
    <w:p>
      <w:r>
        <w:rPr>
          <w:b/>
        </w:rPr>
        <w:t xml:space="preserve">[1:12:03] </w:t>
      </w:r>
      <w:r>
        <w:t>bas qital ke ka matlab hai war, fighting, lekin jihad ka matlab hai peaceful struggle.</w:t>
      </w:r>
    </w:p>
    <w:p>
      <w:pPr>
        <w:jc w:val="right"/>
      </w:pPr>
      <w:r>
        <w:t>بس قتال کے کا مطلب ہے وار، فائٹنگ، لیکن جہاد کا مطلب ہے پیس فل سٹرگل۔</w:t>
      </w:r>
    </w:p>
    <w:p>
      <w:r>
        <w:rPr>
          <w:b/>
        </w:rPr>
        <w:t xml:space="preserve">[1:12:13] </w:t>
      </w:r>
      <w:r>
        <w:t>khud quran mein yeh ayat maujood hai:</w:t>
      </w:r>
    </w:p>
    <w:p>
      <w:pPr>
        <w:jc w:val="right"/>
      </w:pPr>
      <w:r>
        <w:t>خود قرآن میں یہ آیت موجود ہے:</w:t>
      </w:r>
    </w:p>
    <w:p>
      <w:r>
        <w:rPr>
          <w:b/>
        </w:rPr>
        <w:t xml:space="preserve">[1:12:19] </w:t>
      </w:r>
      <w:r>
        <w:t>"wajahidhum bihi jahadan kabira".</w:t>
      </w:r>
    </w:p>
    <w:p>
      <w:pPr>
        <w:jc w:val="right"/>
      </w:pPr>
      <w:r>
        <w:t>"وجاہدھم بہ جہادا کبیرا"۔</w:t>
      </w:r>
    </w:p>
    <w:p>
      <w:r>
        <w:rPr>
          <w:b/>
        </w:rPr>
        <w:t xml:space="preserve">[1:12:25] </w:t>
      </w:r>
      <w:r>
        <w:t>"wajahidhum bihi jahadan kabira". is ka matlab yeh hai ke "do great jihad with the help of the quran".</w:t>
      </w:r>
    </w:p>
    <w:p>
      <w:pPr>
        <w:jc w:val="right"/>
      </w:pPr>
      <w:r>
        <w:t>"وجاہدھم بہ جہادا کبیرا"۔ اس کا مطلب یہ ہے کہ "ڈو گریٹ جہاد ود دا ہیلپ آف دا قرآن"۔</w:t>
      </w:r>
    </w:p>
    <w:p>
      <w:r>
        <w:rPr>
          <w:b/>
        </w:rPr>
        <w:t xml:space="preserve">[1:12:36] </w:t>
      </w:r>
      <w:r>
        <w:t>literal translation yeh hai: "do great jihad with the help of the quran". ab mujhe bataiye ke agar quran ko le kar jihad kiya jaye to kya wo violence,</w:t>
      </w:r>
    </w:p>
    <w:p>
      <w:pPr>
        <w:jc w:val="right"/>
      </w:pPr>
      <w:r>
        <w:t>لٹرل ٹرانسلیشن یہ ہے: "ڈو گریٹ جہاد ود دا ہیلپ آف دا قرآن"۔ اب مجھے بتائیے کہ اگر قرآن کو لے کر جہاد کیا جائے تو کیا وہ وائلنس،</w:t>
      </w:r>
    </w:p>
    <w:p>
      <w:r>
        <w:rPr>
          <w:b/>
        </w:rPr>
        <w:t xml:space="preserve">[1:12:51] </w:t>
      </w:r>
      <w:r>
        <w:t>is violence le kar karna karega aadmi? quran koi bomb hai, koi gun hai, koi sword hai, wo to aik book of ideology hai.</w:t>
      </w:r>
    </w:p>
    <w:p>
      <w:pPr>
        <w:jc w:val="right"/>
      </w:pPr>
      <w:r>
        <w:t>اس وائلنس لے کر کرنا کرے گا آدمی؟ قرآن کوئی بم ہے، کوئی گن ہے، کوئی سوڈ ہے، وہ تو ایک بک آف آئیڈیالوجی ہے۔</w:t>
      </w:r>
    </w:p>
    <w:p>
      <w:r>
        <w:rPr>
          <w:b/>
        </w:rPr>
        <w:t xml:space="preserve">[1:13:04] </w:t>
      </w:r>
      <w:r>
        <w:t>to jab yeh kaha jaye ke "wajahidhum bihi jahadan kabira", "do great jihad with the help of the quran", is ka matlab kya hua?</w:t>
      </w:r>
    </w:p>
    <w:p>
      <w:pPr>
        <w:jc w:val="right"/>
      </w:pPr>
      <w:r>
        <w:t>تو جب یہ کہا جائے کہ "وجاہدھم بہ جہادا کبیرا"، "ڈو گریٹ جہاد ود دا ہیلپ آف دا قرآن"، اس کا مطلب کیا ہوا؟</w:t>
      </w:r>
    </w:p>
    <w:p>
      <w:r>
        <w:rPr>
          <w:b/>
        </w:rPr>
        <w:t xml:space="preserve">[1:13:13] </w:t>
      </w:r>
      <w:r>
        <w:t>ke quran ki ideology ko le kar ke jihad karo, quran ki teaching ko le kar jihad karo, quran ke message ko le kar jihad karo, yeh matlab is ka hoga.</w:t>
      </w:r>
    </w:p>
    <w:p>
      <w:pPr>
        <w:jc w:val="right"/>
      </w:pPr>
      <w:r>
        <w:t>کہ قرآن کی آئیڈیالوجی کو لے کر کے جہاد کرو، قرآن کی ٹیچنگ کو لے کر جہاد کرو، قرآن کے میسج کو لے کر جہاد کرو، یہ مطلب اس کا ہوگا۔</w:t>
      </w:r>
    </w:p>
    <w:p>
      <w:r>
        <w:rPr>
          <w:b/>
        </w:rPr>
        <w:t xml:space="preserve">[1:13:25] </w:t>
      </w:r>
      <w:r>
        <w:t>to yeh ayat jo quran ki hai, yeh surah furqan mein hai, yeh ayat surah furqan mein hai, jis ka number hai 25.</w:t>
      </w:r>
    </w:p>
    <w:p>
      <w:pPr>
        <w:jc w:val="right"/>
      </w:pPr>
      <w:r>
        <w:t>تو یہ آیت جو قرآن کی ہے، یہ سورہ الفرقان میں ہے، یہ آیت سورہ الفرقان میں ہے، جس کا نمبر ہے 25۔</w:t>
      </w:r>
    </w:p>
    <w:p>
      <w:r>
        <w:rPr>
          <w:b/>
        </w:rPr>
        <w:t xml:space="preserve">[1:13:39] </w:t>
      </w:r>
      <w:r>
        <w:t>to khud quran hi yeh bata raha hai ke jihad ka matlab kya hai. jihad ka matlab hai ideological jihad, ideological jihad.</w:t>
      </w:r>
    </w:p>
    <w:p>
      <w:pPr>
        <w:jc w:val="right"/>
      </w:pPr>
      <w:r>
        <w:t>تو خود قرآن ہی یہ بتا رہا ہے کہ جہاد کا مطلب کیا ہے۔ جہاد کا مطلب ہے آئیڈیالوجیکل جہاد، آئیڈیالوجیکل جہاد۔</w:t>
      </w:r>
    </w:p>
    <w:p>
      <w:r>
        <w:rPr>
          <w:b/>
        </w:rPr>
        <w:t xml:space="preserve">[1:13:52] </w:t>
      </w:r>
      <w:r>
        <w:t>ab main kahunga ke qital kyun hai islam mein, quran mein. dekhiye, quran mein near about 6500 verses hain,</w:t>
      </w:r>
    </w:p>
    <w:p>
      <w:pPr>
        <w:jc w:val="right"/>
      </w:pPr>
      <w:r>
        <w:t>اب میں کہوں گا کہ قتال کیوں ہے اسلام میں، قرآن میں۔ دیکھیے، قرآن میں نیئر اباؤٹ 6500 ورسز ہیں،</w:t>
      </w:r>
    </w:p>
    <w:p>
      <w:r>
        <w:rPr>
          <w:b/>
        </w:rPr>
        <w:t xml:space="preserve">[1:14:06] </w:t>
      </w:r>
      <w:r>
        <w:t>yani 114 chapters hain. kul chapters quran mein 114 hain, aur kul verses jo hain, wo near about 6500 hain.</w:t>
      </w:r>
    </w:p>
    <w:p>
      <w:pPr>
        <w:jc w:val="right"/>
      </w:pPr>
      <w:r>
        <w:t>یعنی 114 چیپٹرز ہیں۔ کل چیپٹرز قرآن میں 114 ہیں، اور کل ورسز جو ہیں، وہ نیئر اباؤٹ 6500 ہیں۔</w:t>
      </w:r>
    </w:p>
    <w:p>
      <w:r>
        <w:rPr>
          <w:b/>
        </w:rPr>
        <w:t xml:space="preserve">[1:14:22] </w:t>
      </w:r>
      <w:r>
        <w:t>aap is ko, wo yani computer se pata kar lijiye, sara sara sara sara quran computer par maujood hai, poora poora quran.</w:t>
      </w:r>
    </w:p>
    <w:p>
      <w:pPr>
        <w:jc w:val="right"/>
      </w:pPr>
      <w:r>
        <w:t>آپ اس کو، وہ یعنی کمپیوٹر سے پتہ کر لیجئے، سارا سارا سارا سارا قرآن کمپیوٹر پر موجود ہے، پورا پورا قرآن۔</w:t>
      </w:r>
    </w:p>
    <w:p>
      <w:r>
        <w:rPr>
          <w:b/>
        </w:rPr>
        <w:t xml:space="preserve">[1:14:34] </w:t>
      </w:r>
      <w:r>
        <w:t>aap dekhenge ke more than 99 percent verses jo hain, un ka war se koi talluq nahi.</w:t>
      </w:r>
    </w:p>
    <w:p>
      <w:pPr>
        <w:jc w:val="right"/>
      </w:pPr>
      <w:r>
        <w:t>آپ دیکھیں گے کہ مور دین 99 پرسنٹ ورسز جو ہیں، ان کا وار سے کوئی تعلق نہیں۔</w:t>
      </w:r>
    </w:p>
    <w:p>
      <w:r>
        <w:rPr>
          <w:b/>
        </w:rPr>
        <w:t xml:space="preserve">[1:14:45] </w:t>
      </w:r>
      <w:r>
        <w:t>un mein kya hai? yani god ki worship, aur god ki glory, aur zameen o aasman mein, yani universe mein jo khuda ke signs hain, un ka bayan,</w:t>
      </w:r>
    </w:p>
    <w:p>
      <w:pPr>
        <w:jc w:val="right"/>
      </w:pPr>
      <w:r>
        <w:t>ان میں کیا ہے؟ یعنی گاڈ کی ورشپ، اور گاڈ کی گلوری، اور زمین و آسمان میں، یعنی یونیورس میں جو خدا کے سائنز ہیں، ان کا بیان،</w:t>
      </w:r>
    </w:p>
    <w:p>
      <w:r>
        <w:rPr>
          <w:b/>
        </w:rPr>
        <w:t xml:space="preserve">[1:15:02] </w:t>
      </w:r>
      <w:r>
        <w:t>aur reason based argument, oneness of god ke liye, aur justice, tolerance, peace, yeh sab baatein hain.</w:t>
      </w:r>
    </w:p>
    <w:p>
      <w:pPr>
        <w:jc w:val="right"/>
      </w:pPr>
      <w:r>
        <w:t>اور ریزن بیسڈ ارگومنٹ، وننس آف گاڈ کے لیے، اور جسٹس، ٹولرنس، پیس، یہ سب باتیں ہیں۔</w:t>
      </w:r>
    </w:p>
    <w:p>
      <w:r>
        <w:rPr>
          <w:b/>
        </w:rPr>
        <w:t xml:space="preserve">[1:15:16] </w:t>
      </w:r>
      <w:r>
        <w:t>poora quran inhi baaton se bhara hua hai, wisdom ki baaton se bhara hua hai, peace ki baaton se bhara hua hai. aik basic teaching quran mein yeh di gayi ke "asal o khair reconciliation is the best".</w:t>
      </w:r>
    </w:p>
    <w:p>
      <w:pPr>
        <w:jc w:val="right"/>
      </w:pPr>
      <w:r>
        <w:t>پورا قرآن انہی باتوں سے بھرا ہوا ہے، وزڈم کی باتوں سے بھرا ہوا ہے، پیس کی باتوں سے بھرا ہوا ہے۔ ایک بیسک ٹیچنگ قرآن میں یہ دی گئی کہ "اصل و خیر ریکانسیلیشن از دا بیسٹ"۔</w:t>
      </w:r>
    </w:p>
    <w:p>
      <w:r>
        <w:rPr>
          <w:b/>
        </w:rPr>
        <w:t xml:space="preserve">[1:15:34] </w:t>
      </w:r>
      <w:r>
        <w:t>kyun? jab controversy paida ho, aur aap us ko avoid karen, conciliatory approach apnayen, to kya hoga?</w:t>
      </w:r>
    </w:p>
    <w:p>
      <w:pPr>
        <w:jc w:val="right"/>
      </w:pPr>
      <w:r>
        <w:t>کیوں؟ جب کنٹروورسی پیدا ہو، اور آپ اس کو اوائڈ کریں، کانسیلیٹری اپروچ اپنائیں، تو کیا ہوگا؟</w:t>
      </w:r>
    </w:p>
    <w:p>
      <w:r>
        <w:rPr>
          <w:b/>
        </w:rPr>
        <w:t xml:space="preserve">[1:15:46] </w:t>
      </w:r>
      <w:r>
        <w:t>situation mein normal si baqi rahe gi, situation mein normal halaat baqi rahen ge. is ka matlab kya hoga?</w:t>
      </w:r>
    </w:p>
    <w:p>
      <w:pPr>
        <w:jc w:val="right"/>
      </w:pPr>
      <w:r>
        <w:t>سچویشن میں نارمل سی باقی رہے گی، سچویشن میں نارمل حالات باقی رہیں گے۔ اس کا مطلب کیا ہوگا؟</w:t>
      </w:r>
    </w:p>
    <w:p>
      <w:r>
        <w:rPr>
          <w:b/>
        </w:rPr>
        <w:t xml:space="preserve">[1:15:55] </w:t>
      </w:r>
      <w:r>
        <w:t>is ka faida aap ke liye opportunity mil jaye gi apne peaceful struggle ke liye, peaceful mission ko chalane ke liye.</w:t>
      </w:r>
    </w:p>
    <w:p>
      <w:pPr>
        <w:jc w:val="right"/>
      </w:pPr>
      <w:r>
        <w:t>اس کا فائدہ آپ کے لیے اپرچونیٹی مل جائے گی اپنے پیس فل سٹرگل کے لیے، پیس فل مشن کو چلانے کے لیے۔</w:t>
      </w:r>
    </w:p>
    <w:p>
      <w:r>
        <w:rPr>
          <w:b/>
        </w:rPr>
        <w:t xml:space="preserve">[1:16:09] </w:t>
      </w:r>
      <w:r>
        <w:t>yeh hai Islam ka yeh taleem. to sirf less than one percent woh aayatein hain jin mein war ki baat hai.</w:t>
      </w:r>
    </w:p>
    <w:p>
      <w:pPr>
        <w:jc w:val="right"/>
      </w:pPr>
      <w:r>
        <w:t>یہ ہے اسلام کا یہ تعلیم۔ تو صرف لیس دین ون پرسنٹ وہ آیتیں ہیں جن میں وار کی بات ہے۔</w:t>
      </w:r>
    </w:p>
    <w:p>
      <w:r>
        <w:rPr>
          <w:b/>
        </w:rPr>
        <w:t xml:space="preserve">[1:16:21] </w:t>
      </w:r>
      <w:r>
        <w:t>ab aap is ko dekhiye, yahan yahan ke woh war kis kis moamle mein hai, woh sirf defense ke liye hai. "qatal alladhina yuqatiloonakum" jo tum se larnay aaye hain, un se tum bhi laro.</w:t>
      </w:r>
    </w:p>
    <w:p>
      <w:pPr>
        <w:jc w:val="right"/>
      </w:pPr>
      <w:r>
        <w:t>اب آپ اس کو دیکھیے، یہاں یہاں کہ وہ وار کس کس معاملے میں ہے، وہ صرف ڈیفنس کے لیے ہے۔ "قاتل الذین یقاتلونکم" جو تم سے لڑنے آئے ہیں، ان سے تم بھی لڑو۔</w:t>
      </w:r>
    </w:p>
    <w:p>
      <w:r>
        <w:rPr>
          <w:b/>
        </w:rPr>
        <w:t xml:space="preserve">[1:16:41] </w:t>
      </w:r>
      <w:r>
        <w:t>"alladhina yuqatiloonakum" zulm jinhon ne attack kiya hai, to un ke liye ijazat di gayi tum se ke tum defensive war karo un ke sath. to Islam mein larai sirf defensive war ke sense mein hai bas,</w:t>
      </w:r>
    </w:p>
    <w:p>
      <w:pPr>
        <w:jc w:val="right"/>
      </w:pPr>
      <w:r>
        <w:t>"ذین یقاتلونکم" ظلم جنہوں نے اٹیک کیا ہے، تو ان کے لیے اجازت دی گئی تم سے کہ تم ڈیفنسو وار کرو ان کے ساتھ۔ تو اسلام میں لڑائی صرف ڈیفنسو وار کے سینس میں ہے بس،</w:t>
      </w:r>
    </w:p>
    <w:p>
      <w:r>
        <w:rPr>
          <w:b/>
        </w:rPr>
        <w:t xml:space="preserve">[1:16:55] </w:t>
      </w:r>
      <w:r>
        <w:t>aur koi war Islam mein nahi hai. other than defense, other than defensive war, there is no war in Islam at all.</w:t>
      </w:r>
    </w:p>
    <w:p>
      <w:pPr>
        <w:jc w:val="right"/>
      </w:pPr>
      <w:r>
        <w:t>اور کوئی وار اسلام میں نہیں ہے۔ ادر دین ڈیفنس، ادر دین ڈیفنسو وار، دیر از نو وار ان اسلام ایٹ آل۔</w:t>
      </w:r>
    </w:p>
    <w:p>
      <w:r>
        <w:rPr>
          <w:b/>
        </w:rPr>
        <w:t xml:space="preserve">[1:17:09] </w:t>
      </w:r>
      <w:r>
        <w:t>ek baat yeh hai. doosri baat yeh hai ke yeh larai jo hai, war jo hai, is ke baray mein yeh baqayda yeh sharai principle hai ke "al rahil lil imam".</w:t>
      </w:r>
    </w:p>
    <w:p>
      <w:pPr>
        <w:jc w:val="right"/>
      </w:pPr>
      <w:r>
        <w:t>ایک بات یہ ہے۔ دوسری بات یہ ہے کہ یہ لڑائی جو ہے، وار جو ہے، اس کے بارے میں یہ باقاعدہ یہ شرعی پرنسپل ہے کہ "الرحیل للامام"۔</w:t>
      </w:r>
    </w:p>
    <w:p>
      <w:r>
        <w:rPr>
          <w:b/>
        </w:rPr>
        <w:t xml:space="preserve">[1:17:27] </w:t>
      </w:r>
      <w:r>
        <w:t>is ka matlab yeh hai ke "to declare a war is a prerogative of state".</w:t>
      </w:r>
    </w:p>
    <w:p>
      <w:pPr>
        <w:jc w:val="right"/>
      </w:pPr>
      <w:r>
        <w:t>اس کا مطلب یہ ہے کہ "ٹو ڈیکلیئر ا وار از ا پیراگیٹیو آف اسٹیٹ"۔</w:t>
      </w:r>
    </w:p>
    <w:p>
      <w:r>
        <w:rPr>
          <w:b/>
        </w:rPr>
        <w:t xml:space="preserve">[1:17:38] </w:t>
      </w:r>
      <w:r>
        <w:t>ek established state hi ko yeh haq hai, right hai ke woh war declare kare. other than state, no organization, no person has right to declare a war.</w:t>
      </w:r>
    </w:p>
    <w:p>
      <w:pPr>
        <w:jc w:val="right"/>
      </w:pPr>
      <w:r>
        <w:t>ایک اسٹیبلش اسٹیٹ ہی کو یہ حق ہے، رائٹ ہے کہ وہ وار ڈیکلیئر کرے۔ ادر دین اسٹیٹ، نو ارگنائزیشن، نو پرسن ہیز رائٹ ٹو ڈیکلیئر ا وار۔</w:t>
      </w:r>
    </w:p>
    <w:p>
      <w:r>
        <w:rPr>
          <w:b/>
        </w:rPr>
        <w:t xml:space="preserve">[1:17:51] </w:t>
      </w:r>
      <w:r>
        <w:t>ab aap dekhiye, is waqt jo idhar udhar jo jihad ke naam par laraian ho rahi hain, kaun kar raha hai? is waqt dunya mein 57 Muslim countries hain, yani 57 Muslim states.</w:t>
      </w:r>
    </w:p>
    <w:p>
      <w:pPr>
        <w:jc w:val="right"/>
      </w:pPr>
      <w:r>
        <w:t>اب آپ دیکھیے، اس وقت جو ادھر ادھر جو جہاد کے نام پر لڑائیاں ہو رہی ہیں، کون کر رہا ہے؟ اس وقت دنیا میں 57 مسلم کنٹریز ہیں، یعنی 57 مسلم اسٹیٹس۔</w:t>
      </w:r>
    </w:p>
    <w:p>
      <w:r>
        <w:rPr>
          <w:b/>
        </w:rPr>
        <w:t xml:space="preserve">[1:18:05] </w:t>
      </w:r>
      <w:r>
        <w:t>koi bhi state aisi nahi jis ne yeh kaha ho ke hum tum se "we are we are and you are at war from this date". kisi ne nahi kaha hai.</w:t>
      </w:r>
    </w:p>
    <w:p>
      <w:pPr>
        <w:jc w:val="right"/>
      </w:pPr>
      <w:r>
        <w:t>کوئی بھی اسٹیٹ ایسی نہیں جس نے یہ کہا ہو کہ ہم تم سے "وی آر وی آر اینڈ یو آر ایٹ وار فرام دس ڈیٹ"۔ کسی نے نہیں کہا ہے۔</w:t>
      </w:r>
    </w:p>
    <w:p>
      <w:r>
        <w:rPr>
          <w:b/>
        </w:rPr>
        <w:t xml:space="preserve">[1:18:15] </w:t>
      </w:r>
      <w:r>
        <w:t>yeh bhi samajh lijiye ke Islam mein secret war nahi hai. "fa'alaim ilayhim mawla sawa" ke jab tum ko kisi se larnay ka ho, ke koi tumhare upar attack kar raha hai, to tum ko yeh kehna parega ke "we and we and you are at war from this date".</w:t>
      </w:r>
    </w:p>
    <w:p>
      <w:pPr>
        <w:jc w:val="right"/>
      </w:pPr>
      <w:r>
        <w:t>یہ بھی سمجھ لیجئے کہ اسلام میں سیکرٹ وار نہیں ہے۔ "فہم الیہم مولا سوا" کہ جب تم کو کسی سے لڑنے کا ہو، کہ کوئی تمہارے اوپر اٹیک کر رہا ہے، تو تم کو یہ کہنا پڑے گا کہ "وی اینڈ وی اینڈ یو آر ایٹ وار فرام دس ڈیٹ"۔</w:t>
      </w:r>
    </w:p>
    <w:p>
      <w:r>
        <w:rPr>
          <w:b/>
        </w:rPr>
        <w:t xml:space="preserve">[1:18:34] </w:t>
      </w:r>
      <w:r>
        <w:t>jab tak aap bolen nahi, jab tak aap declare na karen, tab tak aap ke liye Islam mein woh fight karna jaiz nahi hoga. to aap dekhiye, Islam mein fighting kis liye hai?</w:t>
      </w:r>
    </w:p>
    <w:p>
      <w:pPr>
        <w:jc w:val="right"/>
      </w:pPr>
      <w:r>
        <w:t>جب تک آپ بولیں نہیں، جب تک آپ ڈیکلیئر نہ کریں، تب تک آپ کے لیے اسلام میں وہ فائٹ کرنا جائز نہیں ہوگا۔ تو آپ دیکھیے، اسلام میں فائٹنگ کس لیے ہے؟</w:t>
      </w:r>
    </w:p>
    <w:p>
      <w:r>
        <w:rPr>
          <w:b/>
        </w:rPr>
        <w:t xml:space="preserve">[1:18:48] </w:t>
      </w:r>
      <w:r>
        <w:t>defensive purpose ke liye. kaun institution karne ka haq rakhta hai? state, established state.</w:t>
      </w:r>
    </w:p>
    <w:p>
      <w:pPr>
        <w:jc w:val="right"/>
      </w:pPr>
      <w:r>
        <w:t>ڈیفنسو پرپس کے لیے۔ کون انسٹیٹیوشن کرنے کا حق رکھتا ہے؟ اسٹیٹ، اسٹیبلش اسٹیٹ۔</w:t>
      </w:r>
    </w:p>
    <w:p>
      <w:r>
        <w:rPr>
          <w:b/>
        </w:rPr>
        <w:t xml:space="preserve">[1:18:57] </w:t>
      </w:r>
      <w:r>
        <w:t>aur kab karega? kabhi bhi secret war woh nahi kar sakta, is ko open war karna parega. in sab baton ko samne rakhiye, innocent logon ko aap qatal nahi kar sakte,</w:t>
      </w:r>
    </w:p>
    <w:p>
      <w:pPr>
        <w:jc w:val="right"/>
      </w:pPr>
      <w:r>
        <w:t>اور کب کرے گا؟ کبھی بھی سیکرٹ وار وہ نہیں کر سکتا، اس کو اوپن وار کرنا پڑے گا۔ ان سب باتوں کو سامنے رکھیے، انوسنٹ لوگوں کو آپ قتل نہیں کر سکتے،</w:t>
      </w:r>
    </w:p>
    <w:p>
      <w:r>
        <w:rPr>
          <w:b/>
        </w:rPr>
        <w:t xml:space="preserve">[1:19:12] </w:t>
      </w:r>
      <w:r>
        <w:t>kabhi bhi nahi. ek genuine war mein bhi aap innocent logon ko qatal nahi kar sakte.</w:t>
      </w:r>
    </w:p>
    <w:p>
      <w:pPr>
        <w:jc w:val="right"/>
      </w:pPr>
      <w:r>
        <w:t>کبھی بھی نہیں۔ ایک جینون وار میں بھی آپ انوسنٹ لوگوں کو قتل نہیں کر سکتے۔</w:t>
      </w:r>
    </w:p>
    <w:p>
      <w:r>
        <w:rPr>
          <w:b/>
        </w:rPr>
        <w:t xml:space="preserve">[1:19:21] </w:t>
      </w:r>
      <w:r>
        <w:t>yeh Islam ka principle hai.</w:t>
      </w:r>
    </w:p>
    <w:p>
      <w:pPr>
        <w:jc w:val="right"/>
      </w:pPr>
      <w:r>
        <w:t>یہ اسلام کا پرنسپل ہے۔</w:t>
      </w:r>
    </w:p>
    <w:p>
      <w:r>
        <w:rPr>
          <w:b/>
        </w:rPr>
        <w:t xml:space="preserve">[1:19:27] </w:t>
      </w:r>
      <w:r>
        <w:t>ab dekhiye</w:t>
      </w:r>
    </w:p>
    <w:p>
      <w:pPr>
        <w:jc w:val="right"/>
      </w:pPr>
      <w:r>
        <w:t>اب دیکھیے</w:t>
      </w:r>
    </w:p>
    <w:p>
      <w:r>
        <w:rPr>
          <w:b/>
        </w:rPr>
        <w:t xml:space="preserve">[1:19:31] </w:t>
      </w:r>
      <w:r>
        <w:t>ke is baat ko samne rakh kar dekhiye, aap to aap ko yeh kehna chahiye ke "you have to differentiate between Islam and Muslims".</w:t>
      </w:r>
    </w:p>
    <w:p>
      <w:pPr>
        <w:jc w:val="right"/>
      </w:pPr>
      <w:r>
        <w:t>کہ اس بات کو سامنے رکھ کر دیکھیے، آپ تو آپ کو یہ کہنا چاہیے کہ "یو ہیو ٹو ڈیفرنشیٹ بٹوین اسلام اینڈ مسلمز"۔</w:t>
      </w:r>
    </w:p>
    <w:p>
      <w:r>
        <w:rPr>
          <w:b/>
        </w:rPr>
        <w:t xml:space="preserve">[1:19:42] </w:t>
      </w:r>
      <w:r>
        <w:t>yeh kehna chahiye aap ko ke agarche kuch group Musalmanon ke fighting kar rahe hain, lekin woh Musalmanon ka apna action hai, woh Islam ki teaching nahi hai.</w:t>
      </w:r>
    </w:p>
    <w:p>
      <w:pPr>
        <w:jc w:val="right"/>
      </w:pPr>
      <w:r>
        <w:t>یہ کہنا چاہیے آپ کو کہ اگرچہ کچھ گروپ مسلمانوں کے فائٹنگ کر رہے ہیں، لیکن وہ مسلمانوں کا اپنا ایکشن ہے، وہ اسلام کی ٹیچنگ نہیں ہے۔</w:t>
      </w:r>
    </w:p>
    <w:p>
      <w:r>
        <w:rPr>
          <w:b/>
        </w:rPr>
        <w:t xml:space="preserve">[1:19:57] </w:t>
      </w:r>
      <w:r>
        <w:t>so "you have to differentiate between Islam and Muslims". "you have to judge Muslims in the light of Islamic teachings and not vice versa".</w:t>
      </w:r>
    </w:p>
    <w:p>
      <w:pPr>
        <w:jc w:val="right"/>
      </w:pPr>
      <w:r>
        <w:t>سو "یو ہیو ٹو ڈیفرنشیٹ بٹوین اسلام اینڈ مسلمز"۔ "یو ہیو ٹو جج مسلمز ان دا لائٹ آف اسلامک ٹیچنگز اینڈ ناٹ وائس ورسا"۔</w:t>
      </w:r>
    </w:p>
    <w:p>
      <w:r>
        <w:rPr>
          <w:b/>
        </w:rPr>
        <w:t xml:space="preserve">[1:20:05] </w:t>
      </w:r>
      <w:r>
        <w:t>Pope sahib ko yeh kehna chahiye,</w:t>
      </w:r>
    </w:p>
    <w:p>
      <w:pPr>
        <w:jc w:val="right"/>
      </w:pPr>
      <w:r>
        <w:t>پوپ صاحب کو یہ کہنا چاہیے،</w:t>
      </w:r>
    </w:p>
    <w:p>
      <w:r>
        <w:rPr>
          <w:b/>
        </w:rPr>
        <w:t xml:space="preserve">[1:20:10] </w:t>
      </w:r>
      <w:r>
        <w:t>Pope sahib ko yeh kehna chahiye.</w:t>
      </w:r>
    </w:p>
    <w:p>
      <w:pPr>
        <w:jc w:val="right"/>
      </w:pPr>
      <w:r>
        <w:t>پوپ صاحب کو یہ کہنا چاہیے۔</w:t>
      </w:r>
    </w:p>
    <w:p>
      <w:r>
        <w:rPr>
          <w:b/>
        </w:rPr>
        <w:t xml:space="preserve">[1:20:14] </w:t>
      </w:r>
      <w:r>
        <w:t>aur yahan par mein yeh bhi arz karoon ke Pope sahib ne aayaton ko, yani hawala to nahi diya hai, lekin out of context use kar kiya hai.</w:t>
      </w:r>
    </w:p>
    <w:p>
      <w:pPr>
        <w:jc w:val="right"/>
      </w:pPr>
      <w:r>
        <w:t>اور یہاں پر میں یہ بھی عرض کروں کہ پوپ صاحب نے آیتوں کو، یعنی حوالہ تو نہیں دیا ہے، لیکن آؤٹ آف کنٹیکسٹ یوز کر کیا ہے۔</w:t>
      </w:r>
    </w:p>
    <w:p>
      <w:r>
        <w:rPr>
          <w:b/>
        </w:rPr>
        <w:t xml:space="preserve">[1:20:25] </w:t>
      </w:r>
      <w:r>
        <w:t>un ko out of context, yeh kisi bhi book mein agar aap yeh karen ke cheezon ko out of context len, to baat bilkul badal jaye gi.</w:t>
      </w:r>
    </w:p>
    <w:p>
      <w:pPr>
        <w:jc w:val="right"/>
      </w:pPr>
      <w:r>
        <w:t>ان کو آؤٹ آف کنٹیکسٹ، یہ کسی بھی بک میں اگر آپ یہ کریں کہ چیزوں کو آؤٹ آف کنٹیکسٹ لیں، تو بات بالکل بدل جائے گی۔</w:t>
      </w:r>
    </w:p>
    <w:p>
      <w:r>
        <w:rPr>
          <w:b/>
        </w:rPr>
        <w:t xml:space="preserve">[1:20:38] </w:t>
      </w:r>
      <w:r>
        <w:t>yani quran mein jahan yeh kaha gaya hai ke "qatiloo" laro, to yeh jo quran mein injunction hai, woh hai defensive war ke liye.</w:t>
      </w:r>
    </w:p>
    <w:p>
      <w:pPr>
        <w:jc w:val="right"/>
      </w:pPr>
      <w:r>
        <w:t>یعنی قرآن میں جہاں یہ کہا گیا ہے کہ "قاتلوا" لڑو، تو یہ جو قرآن میں انجنکشن ہے، وہ ہے ڈیفنسو وار کے لیے۔</w:t>
      </w:r>
    </w:p>
    <w:p>
      <w:r>
        <w:rPr>
          <w:b/>
        </w:rPr>
        <w:t xml:space="preserve">[1:20:52] </w:t>
      </w:r>
      <w:r>
        <w:t>ab aap is ko out of context le aa kar ke kahein ke yeh preaching ke liye hai, to sari baat badal jayegi. aap jante hain ke yeh sari dunya mein mana hua principle hai ke kisi bhi cheez ko, kisi bhi statement ko out of context le kar ke is ka matlab nahi nikala sakta.</w:t>
      </w:r>
    </w:p>
    <w:p>
      <w:pPr>
        <w:jc w:val="right"/>
      </w:pPr>
      <w:r>
        <w:t>اب آپ اس کو آؤٹ آف کنٹیکسٹ لے آ کر کے کہیں کہ یہ پریچنگ کے لیے ہے، تو ساری بات بدل جائے گی۔ آپ جانتے ہیں کہ یہ ساری دنیا میں مانا ہوا پرنسپل ہے کہ کسی بھی چیز کو، کسی بھی سٹیٹمنٹ کو آؤٹ آف کنٹیکسٹ لے کر کے اس کا مطلب نہیں نکالا سکتا۔</w:t>
      </w:r>
    </w:p>
    <w:p>
      <w:r>
        <w:rPr>
          <w:b/>
        </w:rPr>
        <w:t xml:space="preserve">[1:21:15] </w:t>
      </w:r>
      <w:r>
        <w:t>agar aap aisa karna jaiz ho to sab ke liye phir karna padega. aap ko mislan bible mein dekhiye, yani new testament mein, jesus christ ne kaha hai ke "i did not come to bring peace but a sword".</w:t>
      </w:r>
    </w:p>
    <w:p>
      <w:pPr>
        <w:jc w:val="right"/>
      </w:pPr>
      <w:r>
        <w:t>اگر آپ ایسا کرنا جائز ہو تو سب کے لیے پھر کرنا پڑے گا۔ آپ کو مثلاً بائبل میں دیکھیے، یعنی نیو ٹیسٹمنٹ میں، جیسس کرائسٹ نے کہا ہے کہ "آئی ڈیڈ ناٹ کم ٹو برنگ پیس بٹ اے سوڈ"۔</w:t>
      </w:r>
    </w:p>
    <w:p>
      <w:r>
        <w:rPr>
          <w:b/>
        </w:rPr>
        <w:t xml:space="preserve">[1:21:38] </w:t>
      </w:r>
      <w:r>
        <w:t>"i did not come to bring peace but a sword". mein aman qaim karne ke liye nahi aaya hoon, mein talwar chalwane ke liye aaya hoon.</w:t>
      </w:r>
    </w:p>
    <w:p>
      <w:pPr>
        <w:jc w:val="right"/>
      </w:pPr>
      <w:r>
        <w:t>"آئی ڈیڈ ناٹ کم ٹو برنگ پیس بٹ اے سوڈ"۔ میں امن قائم کرنے کے لیے نہیں آیا ہوں، میں تلوار چلوانے کے لیے آیا ہوں۔</w:t>
      </w:r>
    </w:p>
    <w:p>
      <w:r>
        <w:rPr>
          <w:b/>
        </w:rPr>
        <w:t xml:space="preserve">[1:21:52] </w:t>
      </w:r>
      <w:r>
        <w:t>ab out of context bhi le lijiye aap, aur is ko aik general principle bana dijiye aap, aur kahiye ke hazrat masih jo thay, jesus christ jo thay, woh larwane ke liye aaye thay.</w:t>
      </w:r>
    </w:p>
    <w:p>
      <w:pPr>
        <w:jc w:val="right"/>
      </w:pPr>
      <w:r>
        <w:t>اب آؤٹ آف کنٹیکسٹ بھی لے لیجئے آپ، اور اس کو ایک جنرل پرنسپل بنا دیجئے آپ، اور کہیے کہ حضرت مسیح جو تھے، جیسس کرائسٹ جو تھے، وہ لڑوانے کے لیے آئے تھے۔</w:t>
      </w:r>
    </w:p>
    <w:p>
      <w:r>
        <w:rPr>
          <w:b/>
        </w:rPr>
        <w:t xml:space="preserve">[1:22:02] </w:t>
      </w:r>
      <w:r>
        <w:t>mein kahunga galat tha, yeh aisa kehna galat hoga. kyun? doosri jagah hazrat masih keh rahe hain ke "love your enemy".</w:t>
      </w:r>
    </w:p>
    <w:p>
      <w:pPr>
        <w:jc w:val="right"/>
      </w:pPr>
      <w:r>
        <w:t>میں کہوں گا غلط تھا، یہ ایسا کہنا غلط ہوگا۔ کیوں؟ دوسری جگہ حضرت مسیح کہہ رہے ہیں کہ "لو یور اینمی"۔</w:t>
      </w:r>
    </w:p>
    <w:p>
      <w:r>
        <w:rPr>
          <w:b/>
        </w:rPr>
        <w:t xml:space="preserve">[1:22:12] </w:t>
      </w:r>
      <w:r>
        <w:t>jab poori new testament jo hai, poori padhenge aap, to aap ko kal lagega ke "love your enemy" to general principle hai, aur yeh jo unhon ne kaha "i did not come to bring peace but a sword", woh aik exception hai kisi kisi alag situation ke liye.</w:t>
      </w:r>
    </w:p>
    <w:p>
      <w:pPr>
        <w:jc w:val="right"/>
      </w:pPr>
      <w:r>
        <w:t>جب پوری نیو ٹیسٹمنٹ جو ہے، پوری پڑھیں گے آپ، تو آپ کو کل لگے گا کہ "لو یور اینمی" تو جنرل پرنسپل ہے، اور یہ جو انہوں نے کہا "آئی ڈیڈ ناٹ کم ٹو برنگ پیس بٹ اے سوڈ"، وہ ایک ایکسیپشن ہے کسی کسی الگ سچویشن کے لیے۔</w:t>
      </w:r>
    </w:p>
    <w:p>
      <w:r>
        <w:rPr>
          <w:b/>
        </w:rPr>
        <w:t xml:space="preserve">[1:22:36] </w:t>
      </w:r>
      <w:r>
        <w:t>is tarah se aap geeta ko dekhiye. geeta mein aap jante hain ke krishan ji arjun se kehte hain ke "go ahead and fight".</w:t>
      </w:r>
    </w:p>
    <w:p>
      <w:pPr>
        <w:jc w:val="right"/>
      </w:pPr>
      <w:r>
        <w:t>اس طرح سے آپ گیتا کو دیکھیے۔ گیتا میں آپ جانتے ہیں کہ کرشن جی ارجن سے کہتے ہیں کہ "گو ایہیڈ اینڈ فائٹ"۔</w:t>
      </w:r>
    </w:p>
    <w:p>
      <w:r>
        <w:rPr>
          <w:b/>
        </w:rPr>
        <w:t xml:space="preserve">[1:22:48] </w:t>
      </w:r>
      <w:r>
        <w:t>kya aap is ko le kar kahenge ke geeta jo hai, book of war hai? nahi. kyun? jab geeta ko aap padhte hain to bohat si wisdom ki baatein usay milti hain, wisdom ki baatein, samajh ki baatein.</w:t>
      </w:r>
    </w:p>
    <w:p>
      <w:pPr>
        <w:jc w:val="right"/>
      </w:pPr>
      <w:r>
        <w:t>کیا آپ اس کو لے کر کہیں گے کہ گیتا جو ہے، بک آف وار ہے؟ نہیں۔ کیوں؟ جب گیتا کو آپ پڑھتے ہیں تو بہت سی وزڈم کی باتیں اسے ملتی ہیں، وزڈم کی باتیں، سمجھ کی باتیں۔</w:t>
      </w:r>
    </w:p>
    <w:p>
      <w:r>
        <w:rPr>
          <w:b/>
        </w:rPr>
        <w:t xml:space="preserve">[1:23:04] </w:t>
      </w:r>
      <w:r>
        <w:t>to aap yeh kahenge ke bhai yeh jo hai, geeta ki yeh jo hai, geeta ka aik, yani aik khaas context mein hai, woh baat wahi poori geeta ki ki teaching nahi hai.</w:t>
      </w:r>
    </w:p>
    <w:p>
      <w:pPr>
        <w:jc w:val="right"/>
      </w:pPr>
      <w:r>
        <w:t>تو آپ یہ کہیں گے کہ بھئی یہ جو ہے، گیتا کی یہ جو ہے، گیتا کا ایک، یعنی ایک خاص کنٹیکسٹ میں ہے، وہ بات وہی پوری گیتا کی کی ٹیچنگ نہیں ہے۔</w:t>
      </w:r>
    </w:p>
    <w:p>
      <w:r>
        <w:rPr>
          <w:b/>
        </w:rPr>
        <w:t xml:space="preserve">[1:23:22] </w:t>
      </w:r>
      <w:r>
        <w:t>isi tarah mein islam ke baray mein kaha karta hoon ke "in islam</w:t>
      </w:r>
    </w:p>
    <w:p>
      <w:pPr>
        <w:jc w:val="right"/>
      </w:pPr>
      <w:r>
        <w:t>اسی طرح میں اسلام کے بارے میں کہا کرتا ہوں کہ "ان اسلام</w:t>
      </w:r>
    </w:p>
    <w:p>
      <w:r>
        <w:rPr>
          <w:b/>
        </w:rPr>
        <w:t xml:space="preserve">[1:23:28] </w:t>
      </w:r>
      <w:r>
        <w:t>peace is the rule and war is an exception". "in islam peace is the rule and war is an exception".</w:t>
      </w:r>
    </w:p>
    <w:p>
      <w:pPr>
        <w:jc w:val="right"/>
      </w:pPr>
      <w:r>
        <w:t>پیس از دا رول اینڈ وار از این ایکسیپشن"۔ "ان اسلام پیس از دا رول اینڈ وار از این ایکسیپشن"۔</w:t>
      </w:r>
    </w:p>
    <w:p>
      <w:r>
        <w:rPr>
          <w:b/>
        </w:rPr>
        <w:t xml:space="preserve">[1:23:40] </w:t>
      </w:r>
      <w:r>
        <w:t>to aap agar yeh tareeqa ikhtiyar karein ke out of context le aa kar cheezon ko matlab nikalein, to zahir hai ke aap sheeshay ke mahal par baith kar ke pathar marein ge.</w:t>
      </w:r>
    </w:p>
    <w:p>
      <w:pPr>
        <w:jc w:val="right"/>
      </w:pPr>
      <w:r>
        <w:t>تو آپ اگر یہ طریقہ اختیار کریں کہ آؤٹ آف کنٹیکسٹ لے آ کر چیزوں کو مطلب نکالیں، تو ظاہر ہے کہ آپ شیشے کے محل پر بیٹھ کر کے پتھر ماریں گے۔</w:t>
      </w:r>
    </w:p>
    <w:p>
      <w:r>
        <w:rPr>
          <w:b/>
        </w:rPr>
        <w:t xml:space="preserve">[1:23:56] </w:t>
      </w:r>
      <w:r>
        <w:t>kaha jata hai ke sheeshay ke mahal par baith ke pathar marne ka matlab kya hai? doosra bhi to marega pathar aap ko. aap ka sheeshay ka palace toot jayega. to out of context lene ka agar aap ke liye justified ho to sab ke liye justified ho jayega.</w:t>
      </w:r>
    </w:p>
    <w:p>
      <w:pPr>
        <w:jc w:val="right"/>
      </w:pPr>
      <w:r>
        <w:t>کہا جاتا ہے کہ شیشے کے محل پر بیٹھ کے پتھر مارنے کا مطلب کیا ہے؟ دوسرا بھی تو مارے گا پتھر آپ کو۔ آپ کا شیشے کا پیلس ٹوٹ جائے گا۔ تو آؤٹ آف کنٹیکسٹ لینے کا اگر آپ طریقہ آپ کے لیے جسٹیفائیڈ ہو تو سب کے لیے جسٹیفائیڈ ہو جائے گا۔</w:t>
      </w:r>
    </w:p>
    <w:p>
      <w:r>
        <w:rPr>
          <w:b/>
        </w:rPr>
        <w:t xml:space="preserve">[1:24:14] </w:t>
      </w:r>
      <w:r>
        <w:t>sab yeh kahenge ke bible war ki kitab hai aur geeta war ki kitab hai, halankay sahi nahi hoga yeh.</w:t>
      </w:r>
    </w:p>
    <w:p>
      <w:pPr>
        <w:jc w:val="right"/>
      </w:pPr>
      <w:r>
        <w:t>سب یہ کہیں گے کہ بائبل وار کی کتاب ہے اور گیتا وار کی کتاب ہے، حالانکہ صحیح نہیں ہوگا یہ۔</w:t>
      </w:r>
    </w:p>
    <w:p>
      <w:r>
        <w:rPr>
          <w:b/>
        </w:rPr>
        <w:t xml:space="preserve">[1:24:24] </w:t>
      </w:r>
      <w:r>
        <w:t>to islam mein dekhiye, koi bhi shakhs jo parhe, woh yeh manega ke sari taleem, sari teaching jo hai,</w:t>
      </w:r>
    </w:p>
    <w:p>
      <w:pPr>
        <w:jc w:val="right"/>
      </w:pPr>
      <w:r>
        <w:t>تو اسلام میں دیکھیے، کوئی بھی شخص جو پڑھے، وہ یہ مانے گا کہ ساری تعلیم، ساری ٹیچنگ جو ہے،</w:t>
      </w:r>
    </w:p>
    <w:p>
      <w:r>
        <w:rPr>
          <w:b/>
        </w:rPr>
        <w:t xml:space="preserve">[1:24:39] </w:t>
      </w:r>
      <w:r>
        <w:t>woh direct ya indirect peace par mabni hai, love par mabni hai, tolerance par mabni hai.</w:t>
      </w:r>
    </w:p>
    <w:p>
      <w:pPr>
        <w:jc w:val="right"/>
      </w:pPr>
      <w:r>
        <w:t>وہ ڈائریکٹ یا ان ڈائریکٹ پیس پر مبنی ہے، لو پر مبنی ہے، ٹولرنس پر مبنی ہے۔</w:t>
      </w:r>
    </w:p>
    <w:p>
      <w:r>
        <w:rPr>
          <w:b/>
        </w:rPr>
        <w:t xml:space="preserve">[1:24:50] </w:t>
      </w:r>
      <w:r>
        <w:t>jaise hadith mein aata hai ke "innallaha yuti rifqa ma la yuti al-ghunf".</w:t>
      </w:r>
    </w:p>
    <w:p>
      <w:pPr>
        <w:jc w:val="right"/>
      </w:pPr>
      <w:r>
        <w:t>جیسے حدیث میں آتا ہے کہ "ان اللہ یوتی رفق مال یوتی الغنف"۔</w:t>
      </w:r>
    </w:p>
    <w:p>
      <w:r>
        <w:rPr>
          <w:b/>
        </w:rPr>
        <w:t xml:space="preserve">[1:24:59] </w:t>
      </w:r>
      <w:r>
        <w:t>is ka matlab yeh hai ke god grants to non violence what he does not grant to violence.</w:t>
      </w:r>
    </w:p>
    <w:p>
      <w:pPr>
        <w:jc w:val="right"/>
      </w:pPr>
      <w:r>
        <w:t>اس کا مطلب یہ ہے کہ گاڈ گرانٹس ٹو نان وائلنس واٹ ہی ڈز ناٹ گرانٹ ٹو وائلنس۔</w:t>
      </w:r>
    </w:p>
    <w:p>
      <w:r>
        <w:rPr>
          <w:b/>
        </w:rPr>
        <w:t xml:space="preserve">[1:25:14] </w:t>
      </w:r>
      <w:r>
        <w:t>yani yani non violence mein khuda woh cheez deta hai jo violence mein nahi deta.</w:t>
      </w:r>
    </w:p>
    <w:p>
      <w:pPr>
        <w:jc w:val="right"/>
      </w:pPr>
      <w:r>
        <w:t>یعنی یعنی نان وائلنس میں خدا وہ چیز دیتا ہے جو وائلنس میں نہیں دیتا۔</w:t>
      </w:r>
    </w:p>
    <w:p>
      <w:r>
        <w:rPr>
          <w:b/>
        </w:rPr>
        <w:t xml:space="preserve">[1:25:25] </w:t>
      </w:r>
      <w:r>
        <w:t>yani agar aap violent activism chalayenge to us mein aap ko kuch result nahi milega, larai bhadai aur baghair result ke khatam.</w:t>
      </w:r>
    </w:p>
    <w:p>
      <w:pPr>
        <w:jc w:val="right"/>
      </w:pPr>
      <w:r>
        <w:t>یعنی اگر آپ وائلنٹ ایکٹیوزم چلائیں گے تو اس میں آپ کو کچھ رزلٹ نہیں ملے گا، لڑائی بھڑائی اور بغیر رزلٹ کے ختم۔</w:t>
      </w:r>
    </w:p>
    <w:p>
      <w:r>
        <w:rPr>
          <w:b/>
        </w:rPr>
        <w:t xml:space="preserve">[1:25:37] </w:t>
      </w:r>
      <w:r>
        <w:t>lekin agar aap peaceful activism chalayein to sari woh cheezein jo aap chahte hain, woh aap ko hasil ho jayengi. to is dunya mein positive result us ko milega jo peaceful activism chalaye ya non violent activism chalaye.</w:t>
      </w:r>
    </w:p>
    <w:p>
      <w:pPr>
        <w:jc w:val="right"/>
      </w:pPr>
      <w:r>
        <w:t>لیکن اگر آپ پیس فل ایکٹیوزم چلائیں تو ساری وہ چیزیں جو آپ چاہتے ہیں، وہ آپ کو حاصل ہو جائیں گی۔ تو اس دنیا میں پوزیٹیو رزلٹ اس کو ملے گا جو پیس فل ایکٹیوزم چلائے یا نان وائلنٹ ایکٹیوزم چلائے۔</w:t>
      </w:r>
    </w:p>
    <w:p>
      <w:r>
        <w:rPr>
          <w:b/>
        </w:rPr>
        <w:t xml:space="preserve">[1:25:56] </w:t>
      </w:r>
      <w:r>
        <w:t>aur jo aadmi violent activism chalayega, us ko is dunya mein kuch milne wala nahi hai, siwaye bloodshed ke aur tabahi ke, aur kuch milne wala nahi hai.</w:t>
      </w:r>
    </w:p>
    <w:p>
      <w:pPr>
        <w:jc w:val="right"/>
      </w:pPr>
      <w:r>
        <w:t>اور جو آدمی وائلنٹ ایکٹیوزم چلائے گا، اس کو اس دنیا میں کچھ ملنے والا نہیں ہے، سوائے بلڈ سٹ کے اور تباہی کے، اور کچھ ملنے والا نہیں ہے۔</w:t>
      </w:r>
    </w:p>
    <w:p>
      <w:r>
        <w:rPr>
          <w:b/>
        </w:rPr>
        <w:t xml:space="preserve">[1:26:10] </w:t>
      </w:r>
      <w:r>
        <w:t>yeh hai islam ki taleem. pope sahib ne yeh bhi kaha hai ke islam jo hai, extremism ki taleem deta hai. extremism yeh ulti baat hai.</w:t>
      </w:r>
    </w:p>
    <w:p>
      <w:pPr>
        <w:jc w:val="right"/>
      </w:pPr>
      <w:r>
        <w:t>یہ ہے اسلام کی تعلیم۔ پوپ صاحب نے یہ بھی کہا ہے کہ اسلام جو ہے، ایکسٹریمزم کی تعلیم دیتا ہے۔ ایکسٹریمزم یہ الٹی بات ہے۔</w:t>
      </w:r>
    </w:p>
    <w:p>
      <w:r>
        <w:rPr>
          <w:b/>
        </w:rPr>
        <w:t xml:space="preserve">[1:26:24] </w:t>
      </w:r>
      <w:r>
        <w:t>extremism ko kehte hain arabi mein ghulu. jis cheez ko aap kehte hain extremism ya inteha pasandi, us ko arabic mein ghulu kehte hain.</w:t>
      </w:r>
    </w:p>
    <w:p>
      <w:pPr>
        <w:jc w:val="right"/>
      </w:pPr>
      <w:r>
        <w:t>ایکسٹریمزم کو کہتے ہیں عربی میں غلو۔ جس چیز کو آپ کہتے ہیں ایکسٹریمزم یا انتہا پسندی، اس کو عربک میں غلو کہتے ہیں۔</w:t>
      </w:r>
    </w:p>
    <w:p>
      <w:r>
        <w:rPr>
          <w:b/>
        </w:rPr>
        <w:t xml:space="preserve">[1:26:36] </w:t>
      </w:r>
      <w:r>
        <w:t>tu</w:t>
      </w:r>
    </w:p>
    <w:p>
      <w:pPr>
        <w:jc w:val="right"/>
      </w:pPr>
      <w:r>
        <w:t>تو</w:t>
      </w:r>
    </w:p>
    <w:p>
      <w:r>
        <w:rPr>
          <w:b/>
        </w:rPr>
        <w:t xml:space="preserve">[1:26:40] </w:t>
      </w:r>
      <w:r>
        <w:t>quran mein hai ke "la tughlu fi deenikum". tum log deen ke mamle mein extremist na bano. aur hadith mein aata hai ke "la ghulu fid deen".</w:t>
      </w:r>
    </w:p>
    <w:p>
      <w:pPr>
        <w:jc w:val="right"/>
      </w:pPr>
      <w:r>
        <w:t>قرآن میں ہے کہ "لا تغلو فی دینکم"۔ تم لوگ دین کے معاملے میں ایکسٹریمسٹ نہ بنو۔ اور حدیث میں آتا ہے کہ "لا غلو فی الدین"۔</w:t>
      </w:r>
    </w:p>
    <w:p>
      <w:r>
        <w:rPr>
          <w:b/>
        </w:rPr>
        <w:t xml:space="preserve">[1:26:55] </w:t>
      </w:r>
      <w:r>
        <w:t>there is no extremism in islam.</w:t>
      </w:r>
    </w:p>
    <w:p>
      <w:pPr>
        <w:jc w:val="right"/>
      </w:pPr>
      <w:r>
        <w:t>دیر از نو ایکسٹریمزم ان اسلام۔</w:t>
      </w:r>
    </w:p>
    <w:p>
      <w:r>
        <w:rPr>
          <w:b/>
        </w:rPr>
        <w:t xml:space="preserve">[1:27:01] </w:t>
      </w:r>
      <w:r>
        <w:t>there is no extremism in islam. ab bataiye ke woh keh rahe hain ke islam mein extremism hai aur quran o hadith ulta is ka ulta bata rahe hain.</w:t>
      </w:r>
    </w:p>
    <w:p>
      <w:pPr>
        <w:jc w:val="right"/>
      </w:pPr>
      <w:r>
        <w:t>دیر از نو ایکسٹریمزم ان اسلام۔ اب بتائیے کہ وہ کہہ رہے ہیں کہ اسلام میں ایکسٹریمزم ہے اور قرآن و حدیث الٹا اس کا الٹا بتا رہے ہیں۔</w:t>
      </w:r>
    </w:p>
    <w:p>
      <w:r>
        <w:rPr>
          <w:b/>
        </w:rPr>
        <w:t xml:space="preserve">[1:27:13] </w:t>
      </w:r>
      <w:r>
        <w:t>yeh tareeqa dekhiye, yeh tareeqa na to scientific hai aur na religious hai,</w:t>
      </w:r>
    </w:p>
    <w:p>
      <w:pPr>
        <w:jc w:val="right"/>
      </w:pPr>
      <w:r>
        <w:t>یہ طریقہ دیکھیے، یہ طریقہ نہ تو سائنٹیفک ہے اور نہ ریلیجیس ہے،</w:t>
      </w:r>
    </w:p>
    <w:p>
      <w:r>
        <w:rPr>
          <w:b/>
        </w:rPr>
        <w:t xml:space="preserve">[1:27:25] </w:t>
      </w:r>
      <w:r>
        <w:t>na human hai.</w:t>
      </w:r>
    </w:p>
    <w:p>
      <w:pPr>
        <w:jc w:val="right"/>
      </w:pPr>
      <w:r>
        <w:t>نہ ہیومن ہے۔</w:t>
      </w:r>
    </w:p>
    <w:p>
      <w:r>
        <w:rPr>
          <w:b/>
        </w:rPr>
        <w:t xml:space="preserve">[1:27:29] </w:t>
      </w:r>
      <w:r>
        <w:t>aap jante hain ke is zamane ke bare mein bataya jata hai ke yeh yeh baat bahut zyada samajhne ki hai ke is zamane mein aksar log</w:t>
      </w:r>
    </w:p>
    <w:p>
      <w:pPr>
        <w:jc w:val="right"/>
      </w:pPr>
      <w:r>
        <w:t>آپ جانتے ہیں کہ اس زمانے کے بارے میں بتایا جاتا ہے کہ یہ یہ بات بہت زیادہ سمجھنے کی ہے کہ اس زمانے میں اکثر لوگ</w:t>
      </w:r>
    </w:p>
    <w:p>
      <w:r>
        <w:rPr>
          <w:b/>
        </w:rPr>
        <w:t xml:space="preserve">[1:27:42] </w:t>
      </w:r>
      <w:r>
        <w:t>is misunderstanding ka shikar ho gaye hain ke ke islam ek extremist mazhab hai, islam mein extremism hai ya fundamentalism.</w:t>
      </w:r>
    </w:p>
    <w:p>
      <w:pPr>
        <w:jc w:val="right"/>
      </w:pPr>
      <w:r>
        <w:t>اس مس انڈرسٹینڈنگ کا شکار ہو گئے ہیں کہ کہ اسلام ایک ایکسٹریمسٹ مذہب ہے، اسلام میں ایکسٹریمزم ہے یا فنڈامینٹلزم۔</w:t>
      </w:r>
    </w:p>
    <w:p>
      <w:r>
        <w:rPr>
          <w:b/>
        </w:rPr>
        <w:t xml:space="preserve">[1:27:54] </w:t>
      </w:r>
      <w:r>
        <w:t>do words use hote hain aaj kal, fundamentalism aur extremism.</w:t>
      </w:r>
    </w:p>
    <w:p>
      <w:pPr>
        <w:jc w:val="right"/>
      </w:pPr>
      <w:r>
        <w:t>دو ورڈ یوز ہوتے ہیں آج کل، فنڈامینٹلزم اور ایکسٹریمزم۔</w:t>
      </w:r>
    </w:p>
    <w:p>
      <w:r>
        <w:rPr>
          <w:b/>
        </w:rPr>
        <w:t xml:space="preserve">[1:28:03] </w:t>
      </w:r>
      <w:r>
        <w:t>to yeh samjha jata hai ke islam mein fundamentalism hai, islam mein extremism hai, halanke yeh baat bilkul hi baseless hai.</w:t>
      </w:r>
    </w:p>
    <w:p>
      <w:pPr>
        <w:jc w:val="right"/>
      </w:pPr>
      <w:r>
        <w:t>تو یہ سمجھا جاتا ہے کہ اسلام میں فنڈامینٹلزم ہے، اسلام میں ایکسٹریمزم ہے، حالانکہ یہ بات بالکل ہی بیسلیس ہے۔</w:t>
      </w:r>
    </w:p>
    <w:p>
      <w:r>
        <w:rPr>
          <w:b/>
        </w:rPr>
        <w:t xml:space="preserve">[1:28:15] </w:t>
      </w:r>
      <w:r>
        <w:t>islam to dekhiye,</w:t>
      </w:r>
    </w:p>
    <w:p>
      <w:pPr>
        <w:jc w:val="right"/>
      </w:pPr>
      <w:r>
        <w:t>اسلام تو دیکھیے،</w:t>
      </w:r>
    </w:p>
    <w:p>
      <w:r>
        <w:rPr>
          <w:b/>
        </w:rPr>
        <w:t xml:space="preserve">[1:28:21] </w:t>
      </w:r>
      <w:r>
        <w:t>deen fitrat hai.</w:t>
      </w:r>
    </w:p>
    <w:p>
      <w:pPr>
        <w:jc w:val="right"/>
      </w:pPr>
      <w:r>
        <w:t>دین فطرت ہے۔</w:t>
      </w:r>
    </w:p>
    <w:p>
      <w:r>
        <w:rPr>
          <w:b/>
        </w:rPr>
        <w:t xml:space="preserve">[1:28:27] </w:t>
      </w:r>
      <w:r>
        <w:t>fitratullah fitra linnas alaiha. islam is religion of nature. ek book meri hai, is ka is ka title yahi hai "religion of nature".</w:t>
      </w:r>
    </w:p>
    <w:p>
      <w:pPr>
        <w:jc w:val="right"/>
      </w:pPr>
      <w:r>
        <w:t>فطرت اللہ فطر الناس علیہا۔ اسلام از ریلیجن آف نیچر۔ ایک بک میری ہے، اس کا اس کا ٹائٹل یہی ہے "ریلیجن آف نیچر"۔</w:t>
      </w:r>
    </w:p>
    <w:p>
      <w:r>
        <w:rPr>
          <w:b/>
        </w:rPr>
        <w:t xml:space="preserve">[1:28:41] </w:t>
      </w:r>
      <w:r>
        <w:t>is ka matlab kya hai? khuda ne is duniya ko jis nature par banaya hai, jis law par banaya hai, jis principles par banaya, usi ka ek form hai, woh jis ko hum quran kehte hain.</w:t>
      </w:r>
    </w:p>
    <w:p>
      <w:pPr>
        <w:jc w:val="right"/>
      </w:pPr>
      <w:r>
        <w:t>اس کا مطلب کیا ہے؟ خدا نے اس دنیا کو جس نیچر پر بنایا ہے، جس لا پر بنایا ہے، جس پرنسپلز پر بنایا، اسی کا ایک فارم ہے، وہ جس کو ہم قرآن کہتے ہیں۔</w:t>
      </w:r>
    </w:p>
    <w:p>
      <w:r>
        <w:rPr>
          <w:b/>
        </w:rPr>
        <w:t xml:space="preserve">[1:29:01] </w:t>
      </w:r>
      <w:r>
        <w:t>to insan ke nature aur is poori creation ke jo nature hai, theek theek usi par islam base karta hai. aur aap jante hain ke nature mein kahin extremism nahi, yani pahadon ki duniya mein,</w:t>
      </w:r>
    </w:p>
    <w:p>
      <w:pPr>
        <w:jc w:val="right"/>
      </w:pPr>
      <w:r>
        <w:t>تو انسان کے نیچر اور اس پوری کریچر کے جو نیچر ہے، ٹھیک اسی پر اسلام بیس کرتا ہے۔ اور آپ جانتے ہیں کہ نیچر میں کہیں ایکسٹریمزم نہیں، یعنی پہاڑوں کی دنیا میں،</w:t>
      </w:r>
    </w:p>
    <w:p>
      <w:r>
        <w:rPr>
          <w:b/>
        </w:rPr>
        <w:t xml:space="preserve">[1:29:16] </w:t>
      </w:r>
      <w:r>
        <w:t>hawaon ki duniya mein, pani ki duniya mein, darakhton ki duniya mein, kahin bhi extremism nahi hai.</w:t>
      </w:r>
    </w:p>
    <w:p>
      <w:pPr>
        <w:jc w:val="right"/>
      </w:pPr>
      <w:r>
        <w:t>ہواؤں کی دنیا میں، پانی کی دنیا میں، درختوں کی دنیا میں، کہیں بھی ایکسٹریمزم نہیں ہے۔</w:t>
      </w:r>
    </w:p>
    <w:p>
      <w:r>
        <w:rPr>
          <w:b/>
        </w:rPr>
        <w:t xml:space="preserve">[1:29:26] </w:t>
      </w:r>
      <w:r>
        <w:t>is tarah se jo zindagi ka naqsha bataya gaya hai, bataya gaya hai islam mein, is mein bhi koi extremism nahi hai. woh nature par base karta hai, woh nature par base karta hai,</w:t>
      </w:r>
    </w:p>
    <w:p>
      <w:pPr>
        <w:jc w:val="right"/>
      </w:pPr>
      <w:r>
        <w:t>اس طریقے سے جو زندگی کا نقشہ بتایا گیا ہے، بتایا گیا ہے اسلام میں، اس میں بھی کوئی ایکسٹریمزم نہیں ہے۔ وہ نیچر پر بیس کرتا ہے، وہ نیچر پر بیس کرتا ہے،</w:t>
      </w:r>
    </w:p>
    <w:p>
      <w:r>
        <w:rPr>
          <w:b/>
        </w:rPr>
        <w:t xml:space="preserve">[1:29:40] </w:t>
      </w:r>
      <w:r>
        <w:t>bilkul nature.</w:t>
      </w:r>
    </w:p>
    <w:p>
      <w:pPr>
        <w:jc w:val="right"/>
      </w:pPr>
      <w:r>
        <w:t>بالکل نیچر۔</w:t>
      </w:r>
    </w:p>
    <w:p>
      <w:r>
        <w:rPr>
          <w:b/>
        </w:rPr>
        <w:t xml:space="preserve">[1:29:44] </w:t>
      </w:r>
      <w:r>
        <w:t>jaise mein aap ko bataun ke ek hadith hai</w:t>
      </w:r>
    </w:p>
    <w:p>
      <w:pPr>
        <w:jc w:val="right"/>
      </w:pPr>
      <w:r>
        <w:t>جیسے میں آپ کو بتاؤں کہ ایک حدیث ہے</w:t>
      </w:r>
    </w:p>
    <w:p>
      <w:r>
        <w:rPr>
          <w:b/>
        </w:rPr>
        <w:t xml:space="preserve">[1:29:50] </w:t>
      </w:r>
      <w:r>
        <w:t>ke "wallahi la yumin wallahi la yumin wallahi la yumin allazi la yaman jaru wa qahu". khuda ki qasam, woh shakhs sacha believer nahi hai.</w:t>
      </w:r>
    </w:p>
    <w:p>
      <w:pPr>
        <w:jc w:val="right"/>
      </w:pPr>
      <w:r>
        <w:t>کہ "واللہ لا یومن واللہ لا یومن واللہ لا یومن الذی لا یامن جار بواقہ"۔ خدا کی قسم، وہ شخص سچا بیلیور نہیں ہے۔</w:t>
      </w:r>
    </w:p>
    <w:p>
      <w:r>
        <w:rPr>
          <w:b/>
        </w:rPr>
        <w:t xml:space="preserve">[1:30:04] </w:t>
      </w:r>
      <w:r>
        <w:t>khuda ki qasam, woh shakhs sacha believer nahi hai. khuda ki qasam, woh shakhs sacha believer nahi hai. kaun?</w:t>
      </w:r>
    </w:p>
    <w:p>
      <w:pPr>
        <w:jc w:val="right"/>
      </w:pPr>
      <w:r>
        <w:t>خدا کی قسم، وہ شخص سچا بیلیور نہیں ہے۔ خدا کی قسم، وہ شخص سچا بیلیور نہیں ہے۔ کون؟</w:t>
      </w:r>
    </w:p>
    <w:p>
      <w:r>
        <w:rPr>
          <w:b/>
        </w:rPr>
        <w:t xml:space="preserve">[1:30:15] </w:t>
      </w:r>
      <w:r>
        <w:t>"who creates problems for his neighbors". jo apne padosi ke liye problem paida kare. ab yeh dekhiye, sare universe mein, yani in countable stars daud rahe hain, chal rahe hain, sab ke sab move kar rahe hain, lekin ek star doosre star se takrata nahi.</w:t>
      </w:r>
    </w:p>
    <w:p>
      <w:pPr>
        <w:jc w:val="right"/>
      </w:pPr>
      <w:r>
        <w:t>"ہو کریٹس پرابلم فار ہز نیبرز"۔ جو اپنے پڑوسی کے لیے پرابلم پیدا کرے۔ اب یہ دیکھیے، سارے یونیورس میں، یعنی ان کاؤنٹ لیس سٹارز دوڑ رہے ہیں، چل رہے ہیں، سب کے سب موو کر رہے ہیں، لیکن ایک سٹار دوسرے سٹار سے ٹکراتا نہیں۔</w:t>
      </w:r>
    </w:p>
    <w:p>
      <w:r>
        <w:rPr>
          <w:b/>
        </w:rPr>
        <w:t xml:space="preserve">[1:30:40] </w:t>
      </w:r>
      <w:r>
        <w:t>koi bhi star doosre star ke liye problem create nahi karta.</w:t>
      </w:r>
    </w:p>
    <w:p>
      <w:pPr>
        <w:jc w:val="right"/>
      </w:pPr>
      <w:r>
        <w:t>کوئی بھی سٹار دوسرے سٹار کے لیے پرابلم کریٹ نہیں کرتا۔</w:t>
      </w:r>
    </w:p>
    <w:p>
      <w:r>
        <w:rPr>
          <w:b/>
        </w:rPr>
        <w:t xml:space="preserve">[1:30:47] </w:t>
      </w:r>
      <w:r>
        <w:t>yahan tak ke maine padha ek book mein, galaxy jo hoti hai, galaxy, is mein million million stars hote hain.</w:t>
      </w:r>
    </w:p>
    <w:p>
      <w:pPr>
        <w:jc w:val="right"/>
      </w:pPr>
      <w:r>
        <w:t>یہاں تک کہ میں نے پڑھا ایک کتاب میں، گلیکسی جو ہوتی ہے، گلیکسی، اس میں ملین ملین سٹارز ہوتے ہیں۔</w:t>
      </w:r>
    </w:p>
    <w:p>
      <w:r>
        <w:rPr>
          <w:b/>
        </w:rPr>
        <w:t xml:space="preserve">[1:30:57] </w:t>
      </w:r>
      <w:r>
        <w:t>to ek galaxy, sari galaxy jo hai, aap jante hain ke woh ghoom rahi hai. ek galaxy ghoomti hui aati hai, doosri galaxy mein enter hoti hai, to us se enter ho kar ke idhar chali jati hai.</w:t>
      </w:r>
    </w:p>
    <w:p>
      <w:pPr>
        <w:jc w:val="right"/>
      </w:pPr>
      <w:r>
        <w:t>تو ایک گلیکسی، ساری گلیکسی جو ہے، آپ جانتے ہیں کہ وہ گھوم رہی ہے۔ ایک گلیکسی گھومتی ہوئی آتی ہے، دوسری گلیکسی میں انٹر ہوتی ہے، تو اس سے انٹر ہو کر کے ادھر چلی جاتی ہے۔</w:t>
      </w:r>
    </w:p>
    <w:p>
      <w:r>
        <w:rPr>
          <w:b/>
        </w:rPr>
        <w:t xml:space="preserve">[1:31:11] </w:t>
      </w:r>
      <w:r>
        <w:t>yani ek galaxy doosre galaxy mein dakhil ho kar ke bahar nikal jati hai, aur koi takrao nahi hota ek mein aur doosre mein.</w:t>
      </w:r>
    </w:p>
    <w:p>
      <w:pPr>
        <w:jc w:val="right"/>
      </w:pPr>
      <w:r>
        <w:t>یعنی ایک گلیکسی دوسرے گلیکسی میں داخل ہو کر کے باہر نکل جاتی ہے، اور کوئی ٹکراؤ نہیں ہوتا ایک میں اور دوسرے میں۔</w:t>
      </w:r>
    </w:p>
    <w:p>
      <w:r>
        <w:rPr>
          <w:b/>
        </w:rPr>
        <w:t xml:space="preserve">[1:31:23] </w:t>
      </w:r>
      <w:r>
        <w:t>yani billion billion stars hain ek galaxy mein, aur doosre mein aate hain woh, aur baghair takrao ke idhar se udhar nikal gaye.</w:t>
      </w:r>
    </w:p>
    <w:p>
      <w:pPr>
        <w:jc w:val="right"/>
      </w:pPr>
      <w:r>
        <w:t>یعنی بلین بلین سٹارز ہیں ایک گلیکسی میں، اور دوسرے میں آتے ہیں وہ، اور بغیر ٹکراؤ کے ادھر سے ادھر نکل گئے۔</w:t>
      </w:r>
    </w:p>
    <w:p>
      <w:r>
        <w:rPr>
          <w:b/>
        </w:rPr>
        <w:t xml:space="preserve">[1:31:34] </w:t>
      </w:r>
      <w:r>
        <w:t>yeh hai ek demonstration ke nature mein ya universe mein kahin</w:t>
      </w:r>
    </w:p>
    <w:p>
      <w:pPr>
        <w:jc w:val="right"/>
      </w:pPr>
      <w:r>
        <w:t>یہ ہے ایک ڈیمونسٹریشن کہ نیچر میں یا یونیورس میں کہیں</w:t>
      </w:r>
    </w:p>
    <w:p>
      <w:r>
        <w:rPr>
          <w:b/>
        </w:rPr>
        <w:t xml:space="preserve">[1:31:42] </w:t>
      </w:r>
      <w:r>
        <w:t>koi doosre ke liye problem create nahi karta.</w:t>
      </w:r>
    </w:p>
    <w:p>
      <w:pPr>
        <w:jc w:val="right"/>
      </w:pPr>
      <w:r>
        <w:t>کوئی دوسرے کے لیے پرابلم کریٹ نہیں کرتا۔</w:t>
      </w:r>
    </w:p>
    <w:p>
      <w:r>
        <w:rPr>
          <w:b/>
        </w:rPr>
        <w:t xml:space="preserve">[1:31:48] </w:t>
      </w:r>
      <w:r>
        <w:t>yahi model insaan ke liye hai. yahi model insaan ke liye hai. hamara solar system ho, galaxy ho, aur saare stars hon, koi bhi doosre ke liye problem kiye baghair apni movement jari rakhta hai.</w:t>
      </w:r>
    </w:p>
    <w:p>
      <w:pPr>
        <w:jc w:val="right"/>
      </w:pPr>
      <w:r>
        <w:t>یہی ماڈل انسان کے لیے ہے۔ یہی ماڈل انسان کے لیے ہے۔ ہمارا سولر سسٹم ہو، گلیکسی ہو، اور سارے سٹارز ہوں، کوئی بھی دوسرے کے لیے پرابلم کیے بغیر اپنی موومنٹ جاری رکھتا ہے۔</w:t>
      </w:r>
    </w:p>
    <w:p>
      <w:r>
        <w:rPr>
          <w:b/>
        </w:rPr>
        <w:t xml:space="preserve">[1:32:10] </w:t>
      </w:r>
      <w:r>
        <w:t>yahi insaan ko karna hai. to is hadith mein bataya gaya hai ke Khuda ki qasam, woh sacha believer nahi hai. Khuda ki qasam, woh sacha believer nahi hai. Khuda ki qasam, woh sacha believer nahi hai jo apne padosi ke liye problem create kare.</w:t>
      </w:r>
    </w:p>
    <w:p>
      <w:pPr>
        <w:jc w:val="right"/>
      </w:pPr>
      <w:r>
        <w:t>یہی انسان کو کرنا ہے۔ تو اس حدیث میں بتایا گیا ہے کہ خدا کی قسم، وہ سچا بیلیور نہیں ہے۔ خدا کی قسم، وہ سچا بیلیور نہیں ہے۔ خدا کی قسم، وہ سچا بیلیور نہیں ہے جو اپنے پڑوسی کے لیے پرابلم کریٹ کرے۔</w:t>
      </w:r>
    </w:p>
    <w:p>
      <w:r>
        <w:rPr>
          <w:b/>
        </w:rPr>
        <w:t xml:space="preserve">[1:32:28] </w:t>
      </w:r>
      <w:r>
        <w:t>"alladhi la yaman jaro waqahu". dekhiye, dono ek hain. insaan jo human society mein jo cheez hona chahiye, Khuda ke nazdeek, wahi wahi hai jo poori universal society mein hai.</w:t>
      </w:r>
    </w:p>
    <w:p>
      <w:pPr>
        <w:jc w:val="right"/>
      </w:pPr>
      <w:r>
        <w:t>"الذی لا یامن جار بواقہ"۔ دیکھیے، دونوں ایک ہیں۔ انسان جو ہیومن سوسائٹی میں جو چیز ہونا چاہیے، خدا کے نزدیک، وہی وہی ہے جو پوری یونیورسل سوسائٹی میں ہے۔</w:t>
      </w:r>
    </w:p>
    <w:p>
      <w:r>
        <w:rPr>
          <w:b/>
        </w:rPr>
        <w:t xml:space="preserve">[1:32:44] </w:t>
      </w:r>
      <w:r>
        <w:t>poori universe mein ek society hai, physical world ek society hai. to itna bada universe hai ke aaj tak iske hum jaan nahi sake kitna bada hai woh.</w:t>
      </w:r>
    </w:p>
    <w:p>
      <w:pPr>
        <w:jc w:val="right"/>
      </w:pPr>
      <w:r>
        <w:t>پوری یونیورس میں ایک سوسائٹی ہے، فزیکل ورلڈ ایک سوسائٹی ہے۔ تو اتنا بڑا یونیورس ہے کہ آج تک اس کے ہم جان نہیں سکے کتنا بڑا ہے وہ۔</w:t>
      </w:r>
    </w:p>
    <w:p>
      <w:r>
        <w:rPr>
          <w:b/>
        </w:rPr>
        <w:t xml:space="preserve">[1:32:57] </w:t>
      </w:r>
      <w:r>
        <w:t>poori universe mein yahi yahi principle jari hai ke doosron ke liye problem create kiye bina tum apni activities jari karo.</w:t>
      </w:r>
    </w:p>
    <w:p>
      <w:pPr>
        <w:jc w:val="right"/>
      </w:pPr>
      <w:r>
        <w:t>پوری یونیورس میں یہی یہی پرنسپل جاری ہے کہ دوسروں کے لیے پرابلم کریٹ کیے بنا تم اپنی ایکٹیویٹیز جاری کرو۔</w:t>
      </w:r>
    </w:p>
    <w:p>
      <w:r>
        <w:rPr>
          <w:b/>
        </w:rPr>
        <w:t xml:space="preserve">[1:33:09] </w:t>
      </w:r>
      <w:r>
        <w:t>isi principle par duniya chal rahi hai. Khuda ne kaha ke wahi principle tum laagu karo apni society mein bhi. kyunke society ek chota sa example hai isi culture ka,</w:t>
      </w:r>
    </w:p>
    <w:p>
      <w:pPr>
        <w:jc w:val="right"/>
      </w:pPr>
      <w:r>
        <w:t>اسی پرنسپل پر دنیا چل رہی ہے۔ خدا نے کہا کہ وہی پرنسپل تم لاگو کرو اپنی سوسائٹی میں بھی۔ کیونکہ سوسائٹی ایک چھوٹا سا ایگزامپل ہے اسی کلچر کا،</w:t>
      </w:r>
    </w:p>
    <w:p>
      <w:r>
        <w:rPr>
          <w:b/>
        </w:rPr>
        <w:t xml:space="preserve">[1:33:23] </w:t>
      </w:r>
      <w:r>
        <w:t>isi jo poore universe mein hai. yani problem free culture. problem free culture jo hai, wahi saare universe mein hai, aur isi ko Khuda dekhna chahta hai insaan ki society mein.</w:t>
      </w:r>
    </w:p>
    <w:p>
      <w:pPr>
        <w:jc w:val="right"/>
      </w:pPr>
      <w:r>
        <w:t>اسی جو پورے یونیورس میں ہے۔ یعنی پرابلم فری کلچر۔ پرابلم فری کلچر جو ہے، وہی سارے یونیورس میں ہے، اور اسی کو خدا دیکھنا چاہتا ہے انسان کی سوسائٹی میں۔</w:t>
      </w:r>
    </w:p>
    <w:p>
      <w:r>
        <w:rPr>
          <w:b/>
        </w:rPr>
        <w:t xml:space="preserve">[1:33:40] </w:t>
      </w:r>
      <w:r>
        <w:t>yeh hai law of nature, yeh hai religion of nature. isi liye maine woh kitab likhi hai ke ke Islam jo hai, woh religion of nature hai.</w:t>
      </w:r>
    </w:p>
    <w:p>
      <w:pPr>
        <w:jc w:val="right"/>
      </w:pPr>
      <w:r>
        <w:t>یہ ہے لا آف نیچر، یہ ہے ریلیجن آف نیچر۔ اسی لیے میں نے وہ کتاب لکھی ہے کہ کہ اسلام جو ہے، وہ ریلیجن آف نیچر ہے۔</w:t>
      </w:r>
    </w:p>
    <w:p>
      <w:r>
        <w:rPr>
          <w:b/>
        </w:rPr>
        <w:t xml:space="preserve">[1:33:56] </w:t>
      </w:r>
      <w:r>
        <w:t>ab bataiye ke is mein takrao kahan hai? kahan takrao hai? kahan war hai? kahan fighting hai? yaad rakhiye, war jo hai, yaad rakhiye, war result hai freedom ke misuse ka.</w:t>
      </w:r>
    </w:p>
    <w:p>
      <w:pPr>
        <w:jc w:val="right"/>
      </w:pPr>
      <w:r>
        <w:t>اب بتائیے کہ اس میں ٹکراؤ کہاں ہے؟ کہاں ٹکراؤ ہے؟ کہاں وار ہے؟ کہاں فائٹنگ ہے؟ یاد رکھیے، وار جو ہے، یاد رکھیے، وار رزلٹ ہے فریڈم کے مس یوز کا۔</w:t>
      </w:r>
    </w:p>
    <w:p>
      <w:r>
        <w:rPr>
          <w:b/>
        </w:rPr>
        <w:t xml:space="preserve">[1:34:14] </w:t>
      </w:r>
      <w:r>
        <w:t>woh Islam ki kisi teaching ka ko follow karna nahi hai. log samajhte hain ke Islam ki teaching ko follow kar ke violence aata hai.</w:t>
      </w:r>
    </w:p>
    <w:p>
      <w:pPr>
        <w:jc w:val="right"/>
      </w:pPr>
      <w:r>
        <w:t>وہ اسلام کی کسی ٹیچنگ کا کو فالو کرنا نہیں ہے۔ لوگ سمجھتے ہیں کہ اسلام کی ٹیچنگ کو فالو کر کے وائلنس آتا ہے۔</w:t>
      </w:r>
    </w:p>
    <w:p>
      <w:r>
        <w:rPr>
          <w:b/>
        </w:rPr>
        <w:t xml:space="preserve">[1:34:27] </w:t>
      </w:r>
      <w:r>
        <w:t>nahi, Islam ki teachings ko chhodne se violence aata hai. jo Islam ki teaching hai, aap usi ko le lijiye.</w:t>
      </w:r>
    </w:p>
    <w:p>
      <w:pPr>
        <w:jc w:val="right"/>
      </w:pPr>
      <w:r>
        <w:t>نہیں، اسلام کی ٹیچنگز کو چھوڑنے سے وائلنس آتا ہے۔ جو اسلام کی ٹیچنگ ہے، آپ اسی کو لے لیجئے۔</w:t>
      </w:r>
    </w:p>
    <w:p>
      <w:r>
        <w:rPr>
          <w:b/>
        </w:rPr>
        <w:t xml:space="preserve">[1:34:37] </w:t>
      </w:r>
      <w:r>
        <w:t>aap Islam to yeh kehta hai ke jo</w:t>
      </w:r>
    </w:p>
    <w:p>
      <w:pPr>
        <w:jc w:val="right"/>
      </w:pPr>
      <w:r>
        <w:t>آپ اسلام تو یہ کہتا ہے کہ جو</w:t>
      </w:r>
    </w:p>
    <w:p>
      <w:r>
        <w:rPr>
          <w:b/>
        </w:rPr>
        <w:t xml:space="preserve">[1:34:44] </w:t>
      </w:r>
      <w:r>
        <w:t>peace culture poori universe mein hai ke koi doosre ke liye problem create nahi karta,</w:t>
      </w:r>
    </w:p>
    <w:p>
      <w:pPr>
        <w:jc w:val="right"/>
      </w:pPr>
      <w:r>
        <w:t>پیس کلچر پوری یونیورس میں ہے کہ کوئی دوسرے کے لیے پرابلم کریٹ نہیں کرتا،</w:t>
      </w:r>
    </w:p>
    <w:p>
      <w:r>
        <w:rPr>
          <w:b/>
        </w:rPr>
        <w:t xml:space="preserve">[1:34:55] </w:t>
      </w:r>
      <w:r>
        <w:t>wahi culture tum ko society mein lana hai ke ek member of society doosre ke liye problem create na kare.</w:t>
      </w:r>
    </w:p>
    <w:p>
      <w:pPr>
        <w:jc w:val="right"/>
      </w:pPr>
      <w:r>
        <w:t>وہی کلچر تم کو سوسائٹی میں لانا ہے کہ ایک ممبر آف سوسائٹی دوسرے کے لیے پرابلم کریٹ نہ کرے۔</w:t>
      </w:r>
    </w:p>
    <w:p>
      <w:r>
        <w:rPr>
          <w:b/>
        </w:rPr>
        <w:t xml:space="preserve">[1:35:06] </w:t>
      </w:r>
      <w:r>
        <w:t>to aap bataiye ke kahan hai woh tashaddud? kahan hai woh violence? to main isi ko main keh raha hoon ke jab bhi aap violence dekhen to aap yeh samajh lijiye ke yeh Islam ki teaching ko follow kar ke yeh nahi aaya hai violence, balke Islam ki teaching ko chhodne ki wajah se aaya hai.</w:t>
      </w:r>
    </w:p>
    <w:p>
      <w:pPr>
        <w:jc w:val="right"/>
      </w:pPr>
      <w:r>
        <w:t>تو آپ بتائیے کہ کہاں ہے وہ تشدد؟ کہاں ہے وہ وائلنس؟ تو میں اسی کو میں کہہ رہا ہوں کہ جب بھی آپ وائلنس دیکھیں تو آپ یہ سمجھ لیجئے کہ یہ اسلام کی ٹیچنگ کو فالو کر کے یہ نہیں آیا ہے وائلنس، بلکہ اسلام کی ٹیچنگ کو چھوڑنے کی وجہ سے آیا ہے۔</w:t>
      </w:r>
    </w:p>
    <w:p>
      <w:r>
        <w:rPr>
          <w:b/>
        </w:rPr>
        <w:t xml:space="preserve">[1:35:34] </w:t>
      </w:r>
      <w:r>
        <w:t>to Islam mein koi extremism nahi hai, Islam mein koi fundamentalism nahi hai. kuch musalman agar fundamentalist banen, fundamentalist extremist banen to yeh musalmanon ka apna mamla hai,</w:t>
      </w:r>
    </w:p>
    <w:p>
      <w:pPr>
        <w:jc w:val="right"/>
      </w:pPr>
      <w:r>
        <w:t>تو اسلام میں کوئی ایکسٹریمزم نہیں ہے، اسلام میں کوئی فنڈامینٹلزم نہیں ہے۔ کچھ مسلمان اگر فنڈامینٹلسٹ بنیں، فنڈامینٹلسٹ ایکسٹریمسٹ بنیں تو یہ مسلمانوں کا اپنا معاملہ ہے،</w:t>
      </w:r>
    </w:p>
    <w:p>
      <w:r>
        <w:rPr>
          <w:b/>
        </w:rPr>
        <w:t xml:space="preserve">[1:35:49] </w:t>
      </w:r>
      <w:r>
        <w:t>Islam ka mamla nahi hai.</w:t>
      </w:r>
    </w:p>
    <w:p>
      <w:pPr>
        <w:jc w:val="right"/>
      </w:pPr>
      <w:r>
        <w:t>اسلام کا معاملہ نہیں ہے۔</w:t>
      </w:r>
    </w:p>
    <w:p>
      <w:r>
        <w:rPr>
          <w:b/>
        </w:rPr>
        <w:t xml:space="preserve">[1:35:58] </w:t>
      </w:r>
      <w:r>
        <w:t>yahan yeh baat samajh lijiye ke</w:t>
      </w:r>
    </w:p>
    <w:p>
      <w:pPr>
        <w:jc w:val="right"/>
      </w:pPr>
      <w:r>
        <w:t>یہاں یہ بات سمجھ لیجئے کہ</w:t>
      </w:r>
    </w:p>
    <w:p>
      <w:r>
        <w:rPr>
          <w:b/>
        </w:rPr>
        <w:t xml:space="preserve">[1:36:05] </w:t>
      </w:r>
      <w:r>
        <w:t>society mein, society ke liye jo Khuda ne jo ahkam, Khuda society ke liye jo Khuda ne jo jo law bheja hai Quran ki shakal mein, aur woh law jo universe mein kaam kar raha hai, dono mein ek difference hai.</w:t>
      </w:r>
    </w:p>
    <w:p>
      <w:pPr>
        <w:jc w:val="right"/>
      </w:pPr>
      <w:r>
        <w:t>سوسائٹی میں، سوسائٹی کے لیے جو خدا نے جو احکام، خدا سوسائٹی کے لیے جو خدا نے جو جو لا بھیجا ہے قرآن کی شکل میں، اور وہ لا جو یونیورس میں کام کر رہا ہے، دونوں میں ایک ڈیفرنس ہے۔</w:t>
      </w:r>
    </w:p>
    <w:p>
      <w:r>
        <w:rPr>
          <w:b/>
        </w:rPr>
        <w:t xml:space="preserve">[1:36:21] </w:t>
      </w:r>
      <w:r>
        <w:t>universe mein jo law kaam kar raha hai, wahan par hai compulsion. compulsion.</w:t>
      </w:r>
    </w:p>
    <w:p>
      <w:pPr>
        <w:jc w:val="right"/>
      </w:pPr>
      <w:r>
        <w:t>یونیورس میں جو لا کام کر رہا ہے، وہاں پر ہے کمپلشن۔ کمپلشن۔</w:t>
      </w:r>
    </w:p>
    <w:p>
      <w:r>
        <w:rPr>
          <w:b/>
        </w:rPr>
        <w:t xml:space="preserve">[1:36:29] </w:t>
      </w:r>
      <w:r>
        <w:t>Khuda ne compulsively rest of the universe ko majboor kar rakha hai ke isi Khuda ke system ko follow karen, isi Khuda ke qanoon ko follow karen.</w:t>
      </w:r>
    </w:p>
    <w:p>
      <w:pPr>
        <w:jc w:val="right"/>
      </w:pPr>
      <w:r>
        <w:t>خدا نے کمپلسولی ریسٹ آف دا یونیورس کو مجبور کر رکھا ہے کہ اسی خدا کے سسٹم کو فالو کریں، اسی خدا کے قانون کو فالو کریں۔</w:t>
      </w:r>
    </w:p>
    <w:p>
      <w:r>
        <w:rPr>
          <w:b/>
        </w:rPr>
        <w:t xml:space="preserve">[1:36:41] </w:t>
      </w:r>
      <w:r>
        <w:t>woh koi hit nahi sakta is se. yahi wajah hai ke aap dekhte hain ke hazaron saal mein bhi yeh jo jo hamare planets hain, jo stars hain,</w:t>
      </w:r>
    </w:p>
    <w:p>
      <w:pPr>
        <w:jc w:val="right"/>
      </w:pPr>
      <w:r>
        <w:t>وہ کوئی ہٹ نہیں سکتا اس سے۔ یہی وجہ ہے کہ آپ دیکھتے ہیں کہ ہزاروں سال میں بھی یہ جو جو ہمارے پلینٹس ہیں، جو سٹارز ہیں،</w:t>
      </w:r>
    </w:p>
    <w:p>
      <w:r>
        <w:rPr>
          <w:b/>
        </w:rPr>
        <w:t xml:space="preserve">[1:36:54] </w:t>
      </w:r>
      <w:r>
        <w:t>woh barabar move kar rahe hain, move kar rahe hain, move kar rahe hain, lekin hazaron</w:t>
      </w:r>
    </w:p>
    <w:p>
      <w:pPr>
        <w:jc w:val="right"/>
      </w:pPr>
      <w:r>
        <w:t>وہ برابر موو کر رہے ہیں، موو کر رہے ہیں، موو کر رہے ہیں، لیکن ہزاروں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