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Patience and Peace (Thought of the Day) July 7, 2018</w:t>
      </w:r>
    </w:p>
    <w:p>
      <w:r>
        <w:t>https://www.youtube.com/watch?v=2iVPXBG0Yg8</w:t>
      </w:r>
    </w:p>
    <w:p>
      <w:r>
        <w:rPr>
          <w:b/>
        </w:rPr>
        <w:t xml:space="preserve">[00:13] </w:t>
      </w:r>
      <w:r>
        <w:t>bismillah rehman rehim, wa salallahu ala nabiyyil karim.</w:t>
      </w:r>
    </w:p>
    <w:p>
      <w:pPr>
        <w:jc w:val="right"/>
      </w:pPr>
      <w:r>
        <w:t>بسم اللہ الرحمن الرحیم، وصلی اللہ علی النبی الکریم۔</w:t>
      </w:r>
    </w:p>
    <w:p>
      <w:r>
        <w:rPr>
          <w:b/>
        </w:rPr>
        <w:t xml:space="preserve">[00:29] </w:t>
      </w:r>
      <w:r>
        <w:t>rab ishrah li sadri, wa yassir li amri, wa uqadta min lisani yafqahu qawli. aaj mein</w:t>
      </w:r>
    </w:p>
    <w:p>
      <w:pPr>
        <w:jc w:val="right"/>
      </w:pPr>
      <w:r>
        <w:t>رب اشرح لی صدری، ویسر لی امری، ولو لغتۃ من لسانی یفقہ قولی۔ آج میں</w:t>
      </w:r>
    </w:p>
    <w:p>
      <w:r>
        <w:rPr>
          <w:b/>
        </w:rPr>
        <w:t xml:space="preserve">[00:45] </w:t>
      </w:r>
      <w:r>
        <w:t>7 julaai 2018, aaj mein ek aayat ko le kar soch raha tha to kuch baatein zehan mein</w:t>
      </w:r>
    </w:p>
    <w:p>
      <w:pPr>
        <w:jc w:val="right"/>
      </w:pPr>
      <w:r>
        <w:t>7 جولائی 2018، آج میں ایک آیت کو لے کر سوچ رہا تھا تو کچھ باتیں ذہن میں</w:t>
      </w:r>
    </w:p>
    <w:p>
      <w:r>
        <w:rPr>
          <w:b/>
        </w:rPr>
        <w:t xml:space="preserve">[00:55] </w:t>
      </w:r>
      <w:r>
        <w:t>aayin, isi ke bare mein inshallah kuch arz karna hai.</w:t>
      </w:r>
    </w:p>
    <w:p>
      <w:pPr>
        <w:jc w:val="right"/>
      </w:pPr>
      <w:r>
        <w:t>آئیں، اسی کے بارے میں انشاءاللہ کچھ عرض کرنا ہے۔</w:t>
      </w:r>
    </w:p>
    <w:p>
      <w:r>
        <w:rPr>
          <w:b/>
        </w:rPr>
        <w:t xml:space="preserve">[01:05] </w:t>
      </w:r>
      <w:r>
        <w:t>pehle aap woh aayat ko suniye aur uska tarjuma suniye. bism</w:t>
      </w:r>
    </w:p>
    <w:p>
      <w:pPr>
        <w:jc w:val="right"/>
      </w:pPr>
      <w:r>
        <w:t>پہلے آپ وہ آیت کو سنیے اور اس کا ترجمہ سنیے۔ بسم</w:t>
      </w:r>
    </w:p>
    <w:p>
      <w:r>
        <w:rPr>
          <w:b/>
        </w:rPr>
        <w:t xml:space="preserve">[01:15] </w:t>
      </w:r>
      <w:r>
        <w:t>illah rehman rehim. wa ka min nabiyin qatala ma'ahu rabbiyun kathir, fa ma wahanu lima asabahum fi sabilillah wa ma da'ufu wa ma istakanu, wallahu yuhibbus sabirin. surah aal imran, chapter number three, verse number 146. aur kitne nabi hain jin ke sath ho kar bohat se allah walon ne jang keen? allah ki rah mein jo museebatein un par padin</w:t>
      </w:r>
    </w:p>
    <w:p>
      <w:pPr>
        <w:jc w:val="right"/>
      </w:pPr>
      <w:r>
        <w:t>اللہ الرحمن الرحیم۔ وكأن من نبي قاتل معہ ربیون کثیر، فما وهنوا لما أصابهم فی سبیل اللہ وما ضعفوا وما استکانوا، واللہ یحب الصابرین۔ سورہ آل عمران، چیپٹر نمبر تھری، ورس نمبر 146۔ اور کتنے نبی ہیں جن کے ساتھ ہو کر بہت سے اللہ والوں نے جنگ کیں؟ اللہ کی راہ میں جو مصیبتیں ان پر پڑیں</w:t>
      </w:r>
    </w:p>
    <w:p>
      <w:r>
        <w:rPr>
          <w:b/>
        </w:rPr>
        <w:t xml:space="preserve">[01:45] </w:t>
      </w:r>
      <w:r>
        <w:t>un se woh na past himmat hue, na unhon ne kamzori dikhai, aur na woh dabe.</w:t>
      </w:r>
    </w:p>
    <w:p>
      <w:pPr>
        <w:jc w:val="right"/>
      </w:pPr>
      <w:r>
        <w:t>، ان سے وہ نہ پست ہمت ہوئے، نہ انہوں نے کمزوری دکھائی، اور نہ وہ دبے۔</w:t>
      </w:r>
    </w:p>
    <w:p>
      <w:r>
        <w:rPr>
          <w:b/>
        </w:rPr>
        <w:t xml:space="preserve">[01:50] </w:t>
      </w:r>
      <w:r>
        <w:t>aur Allah sabr karne walon ko dost rakhta hai.</w:t>
      </w:r>
    </w:p>
    <w:p>
      <w:pPr>
        <w:jc w:val="right"/>
      </w:pPr>
      <w:r>
        <w:t>اور اللہ صبر کرنے والوں کو دوست رکھتا ہے۔</w:t>
      </w:r>
    </w:p>
    <w:p>
      <w:r>
        <w:rPr>
          <w:b/>
        </w:rPr>
        <w:t xml:space="preserve">[01:55] </w:t>
      </w:r>
      <w:r>
        <w:t>How many a prophet has fought with men, with many devout men alongside him? They did not</w:t>
      </w:r>
    </w:p>
    <w:p>
      <w:pPr>
        <w:jc w:val="right"/>
      </w:pPr>
      <w:r>
        <w:t>ہاؤ مینی ا پرافٹ ہیز فارٹ ود من ود مینی ڈیباٹ مین الونگ سائیڈ ہم؟ دے ڈیڈ ناٹ</w:t>
      </w:r>
    </w:p>
    <w:p>
      <w:r>
        <w:rPr>
          <w:b/>
        </w:rPr>
        <w:t xml:space="preserve">[02:00] </w:t>
      </w:r>
      <w:r>
        <w:t>lose heart despite all that they had to suffer in God's path.</w:t>
      </w:r>
    </w:p>
    <w:p>
      <w:pPr>
        <w:jc w:val="right"/>
      </w:pPr>
      <w:r>
        <w:t>لوز ہارٹ ڈسپائٹ ال دیٹ دے ہیڈ ٹو سفر ان گاڈز پاتھ۔</w:t>
      </w:r>
    </w:p>
    <w:p>
      <w:r>
        <w:rPr>
          <w:b/>
        </w:rPr>
        <w:t xml:space="preserve">[02:05] </w:t>
      </w:r>
      <w:r>
        <w:t>they neither weakened nor cringed.</w:t>
      </w:r>
    </w:p>
    <w:p>
      <w:pPr>
        <w:jc w:val="right"/>
      </w:pPr>
      <w:r>
        <w:t>دے نیدر ویکنڈ نور جلڈ۔</w:t>
      </w:r>
    </w:p>
    <w:p>
      <w:r>
        <w:rPr>
          <w:b/>
        </w:rPr>
        <w:t xml:space="preserve">[02:10] </w:t>
      </w:r>
      <w:r>
        <w:t>God loves, God loves</w:t>
      </w:r>
    </w:p>
    <w:p>
      <w:pPr>
        <w:jc w:val="right"/>
      </w:pPr>
      <w:r>
        <w:t>گاڈ لوٹس، گاڈ لوٹس</w:t>
      </w:r>
    </w:p>
    <w:p>
      <w:r>
        <w:rPr>
          <w:b/>
        </w:rPr>
        <w:t xml:space="preserve">[02:15] </w:t>
      </w:r>
      <w:r>
        <w:t>the patient.</w:t>
      </w:r>
    </w:p>
    <w:p>
      <w:pPr>
        <w:jc w:val="right"/>
      </w:pPr>
      <w:r>
        <w:t>دا پیشنٹ۔</w:t>
      </w:r>
    </w:p>
    <w:p>
      <w:r>
        <w:rPr>
          <w:b/>
        </w:rPr>
        <w:t xml:space="preserve">[02:23] </w:t>
      </w:r>
      <w:r>
        <w:t>dekhiye, is mein jo shab hai woh yeh hai ke qattal wa qaim min bain qattal, yani bohat se</w:t>
      </w:r>
    </w:p>
    <w:p>
      <w:pPr>
        <w:jc w:val="right"/>
      </w:pPr>
      <w:r>
        <w:t>دیکھیے، اس میں جو شب ہے وہ یہ ہے کہ قاتل وقیم من بین قاتل، یعنی بہت سے</w:t>
      </w:r>
    </w:p>
    <w:p>
      <w:r>
        <w:rPr>
          <w:b/>
        </w:rPr>
        <w:t xml:space="preserve">[02:31] </w:t>
      </w:r>
      <w:r>
        <w:t>nabiyon ne qital kiya.</w:t>
      </w:r>
    </w:p>
    <w:p>
      <w:pPr>
        <w:jc w:val="right"/>
      </w:pPr>
      <w:r>
        <w:t>نبیوں نے قتال کیا۔</w:t>
      </w:r>
    </w:p>
    <w:p>
      <w:r>
        <w:rPr>
          <w:b/>
        </w:rPr>
        <w:t xml:space="preserve">[02:39] </w:t>
      </w:r>
      <w:r>
        <w:t>to dekhiye, quran</w:t>
      </w:r>
    </w:p>
    <w:p>
      <w:pPr>
        <w:jc w:val="right"/>
      </w:pPr>
      <w:r>
        <w:t>تو دیکھیے، قرآن</w:t>
      </w:r>
    </w:p>
    <w:p>
      <w:r>
        <w:rPr>
          <w:b/>
        </w:rPr>
        <w:t xml:space="preserve">[02:46] </w:t>
      </w:r>
      <w:r>
        <w:t>yahan par aik tareekhi, aik tareekh ki baat ko refer kar raha hai. to fitri taur par maine socha ke aisa to koi nabi nahi, siwaye rasool allah ke. to aik nabi ki baat hi nahi hai. agar yeh hota ke aik nabi ne qital kiya, tab to</w:t>
      </w:r>
    </w:p>
    <w:p>
      <w:pPr>
        <w:jc w:val="right"/>
      </w:pPr>
      <w:r>
        <w:t>یہاں پر ایک تاریخی، ایک تاریخ کی بات کو ریفر کر رہا ہے۔ تو فطری طور پر میں نے سوچا کہ ایسا تو کوئی نبی نہیں، سوائے رسول اللہ کے۔ تو ایک نبی کی بات ہی نہیں ہے۔ اگر یہ ہوتا کہ ایک نبی نے قتال کیا، تب تو</w:t>
      </w:r>
    </w:p>
    <w:p>
      <w:r>
        <w:rPr>
          <w:b/>
        </w:rPr>
        <w:t xml:space="preserve">[03:16] </w:t>
      </w:r>
      <w:r>
        <w:t>aap kehte hain ke rasool Allah ki baat hai.</w:t>
      </w:r>
    </w:p>
    <w:p>
      <w:pPr>
        <w:jc w:val="right"/>
      </w:pPr>
      <w:r>
        <w:t>آپ کہتے ہیں کہ رسول اللہ کی بات ہے۔</w:t>
      </w:r>
    </w:p>
    <w:p>
      <w:r>
        <w:rPr>
          <w:b/>
        </w:rPr>
        <w:t xml:space="preserve">[03:21] </w:t>
      </w:r>
      <w:r>
        <w:t>yeh kyunke wahan to hai ke kitne hi nabi, to aap kis tareekh se is baat ka proof</w:t>
      </w:r>
    </w:p>
    <w:p>
      <w:pPr>
        <w:jc w:val="right"/>
      </w:pPr>
      <w:r>
        <w:t>یہ کیونکہ وہاں تو ہے کہ کتنے ہی نبی، تو آپ کس تاریخ سے اس بات کا پروف</w:t>
      </w:r>
    </w:p>
    <w:p>
      <w:r>
        <w:rPr>
          <w:b/>
        </w:rPr>
        <w:t xml:space="preserve">[03:26] </w:t>
      </w:r>
      <w:r>
        <w:t>denge ke bohat se nabiyon ne qital kiya? woh to kahin hai hi nahi, na quran mein</w:t>
      </w:r>
    </w:p>
    <w:p>
      <w:pPr>
        <w:jc w:val="right"/>
      </w:pPr>
      <w:r>
        <w:t>دیں گے کہ بہت سے نبیوں نے قتال کیا؟ وہ تو کہیں ہے ہی نہیں، نہ قرآن میں</w:t>
      </w:r>
    </w:p>
    <w:p>
      <w:r>
        <w:rPr>
          <w:b/>
        </w:rPr>
        <w:t xml:space="preserve">[03:31] </w:t>
      </w:r>
      <w:r>
        <w:t>hai, na history mein.</w:t>
      </w:r>
    </w:p>
    <w:p>
      <w:pPr>
        <w:jc w:val="right"/>
      </w:pPr>
      <w:r>
        <w:t>ہے، نہ ہسٹری میں۔</w:t>
      </w:r>
    </w:p>
    <w:p>
      <w:r>
        <w:rPr>
          <w:b/>
        </w:rPr>
        <w:t xml:space="preserve">[03:36] </w:t>
      </w:r>
      <w:r>
        <w:t>is liye dekhiye, yahan qattal ke maani hain jahada.</w:t>
      </w:r>
    </w:p>
    <w:p>
      <w:pPr>
        <w:jc w:val="right"/>
      </w:pPr>
      <w:r>
        <w:t>اس لیے دیکھیے، یہاں قاتل کے معنی ہیں جاہدہ۔</w:t>
      </w:r>
    </w:p>
    <w:p>
      <w:r>
        <w:rPr>
          <w:b/>
        </w:rPr>
        <w:t xml:space="preserve">[03:41] </w:t>
      </w:r>
      <w:r>
        <w:t>yeh usloob hai har</w:t>
      </w:r>
    </w:p>
    <w:p>
      <w:pPr>
        <w:jc w:val="right"/>
      </w:pPr>
      <w:r>
        <w:t>یہ اسلوب ہے ہر</w:t>
      </w:r>
    </w:p>
    <w:p>
      <w:r>
        <w:rPr>
          <w:b/>
        </w:rPr>
        <w:t xml:space="preserve">[03:46] </w:t>
      </w:r>
      <w:r>
        <w:t>zaban mein.</w:t>
      </w:r>
    </w:p>
    <w:p>
      <w:pPr>
        <w:jc w:val="right"/>
      </w:pPr>
      <w:r>
        <w:t>زبان میں۔</w:t>
      </w:r>
    </w:p>
    <w:p>
      <w:r>
        <w:rPr>
          <w:b/>
        </w:rPr>
        <w:t xml:space="preserve">[03:55] </w:t>
      </w:r>
      <w:r>
        <w:t>maslan India mein aksar hamare leader bolte hain ke hamari ladai corruption se hai, hamari ladai firqa parasti</w:t>
      </w:r>
    </w:p>
    <w:p>
      <w:pPr>
        <w:jc w:val="right"/>
      </w:pPr>
      <w:r>
        <w:t>مثلاً انڈیا میں اکثر ہمارے لیڈر بولتے ہیں کہ ہماری لڑائی کرپشن سے ہے، ہماری لڑائی فرقہ پرستی</w:t>
      </w:r>
    </w:p>
    <w:p>
      <w:r>
        <w:rPr>
          <w:b/>
        </w:rPr>
        <w:t xml:space="preserve">[04:03] </w:t>
      </w:r>
      <w:r>
        <w:t>se hai, hamari ladai is se hai, is se hai.</w:t>
      </w:r>
    </w:p>
    <w:p>
      <w:pPr>
        <w:jc w:val="right"/>
      </w:pPr>
      <w:r>
        <w:t>سے ہے، ہماری لڑائی اس سے ہے، اس سے ہے۔</w:t>
      </w:r>
    </w:p>
    <w:p>
      <w:r>
        <w:rPr>
          <w:b/>
        </w:rPr>
        <w:t xml:space="preserve">[04:11] </w:t>
      </w:r>
      <w:r>
        <w:t>to is ka matlab yeh nahi ke badook ladna.</w:t>
      </w:r>
    </w:p>
    <w:p>
      <w:pPr>
        <w:jc w:val="right"/>
      </w:pPr>
      <w:r>
        <w:t>تو اس کا مطلب یہ نہیں کہ بدوک لڑنا۔</w:t>
      </w:r>
    </w:p>
    <w:p>
      <w:r>
        <w:rPr>
          <w:b/>
        </w:rPr>
        <w:t xml:space="preserve">[04:19] </w:t>
      </w:r>
      <w:r>
        <w:t>nahi, is ka matlab hai ke bharpoor koshish karna, struggle, struggle karna, yeh matlab hota hai.</w:t>
      </w:r>
    </w:p>
    <w:p>
      <w:pPr>
        <w:jc w:val="right"/>
      </w:pPr>
      <w:r>
        <w:t>نہیں، اس کا مطلب ہے کہ بھرپور کوشش کرنا، اسٹرگل، اسٹرگل کرنا، یہ مطلب ہوتا ہے۔</w:t>
      </w:r>
    </w:p>
    <w:p>
      <w:r>
        <w:rPr>
          <w:b/>
        </w:rPr>
        <w:t xml:space="preserve">[04:29] </w:t>
      </w:r>
      <w:r>
        <w:t>to is aayat mein jis waqey ka zikr hai, woh qitaal nahi hai balkeh struggle hai, warna aayat</w:t>
      </w:r>
    </w:p>
    <w:p>
      <w:pPr>
        <w:jc w:val="right"/>
      </w:pPr>
      <w:r>
        <w:t>تو اس آیت میں جس واقعے کا ذکر ہے، وہ قتال نہیں ہے بلکہ اسٹرگل ہے، ورنہ آیت</w:t>
      </w:r>
    </w:p>
    <w:p>
      <w:r>
        <w:rPr>
          <w:b/>
        </w:rPr>
        <w:t xml:space="preserve">[04:40] </w:t>
      </w:r>
      <w:r>
        <w:t>ka koi matlab hi ban nahi banega.</w:t>
      </w:r>
    </w:p>
    <w:p>
      <w:pPr>
        <w:jc w:val="right"/>
      </w:pPr>
      <w:r>
        <w:t>کا کوئی مطلب ہی بن نہیں بنے گا۔</w:t>
      </w:r>
    </w:p>
    <w:p>
      <w:r>
        <w:rPr>
          <w:b/>
        </w:rPr>
        <w:t xml:space="preserve">[04:50] </w:t>
      </w:r>
      <w:r>
        <w:t>doosri baat meri samajh mein aayi ke yeh jo hai: fa ma wahanu ma asabu fi sabilillah wa ma da'ufu wa ma istakanu. in teeno lafzon ko bataiye, sirf teen lafzon ko. fa ma wahanu lima asabahum fi sabilillah wa ma da'ufu wa ma istakanu. in se na woh past himmat hue, na unhon</w:t>
      </w:r>
    </w:p>
    <w:p>
      <w:pPr>
        <w:jc w:val="right"/>
      </w:pPr>
      <w:r>
        <w:t>دوسری بات میری سمجھ میں آئی کہ یہ جو ہے: فما وهنوا ما أصابوا فی سبیل اللہ وما ضعفوا وما استکانوا۔ ان تینوں لفظوں کو بتائیے، صرف تین لفظوں کو۔ فما وهنوا لما أصابهم فی سبیل اللہ وما ضعفوا وما استکانوا۔ ان سے نہ وہ پست ہمت ہوئے، نہ انہوں</w:t>
      </w:r>
    </w:p>
    <w:p>
      <w:r>
        <w:rPr>
          <w:b/>
        </w:rPr>
        <w:t xml:space="preserve">[05:20] </w:t>
      </w:r>
      <w:r>
        <w:t>ne kamzori dikhai, aur na woh dabe.</w:t>
      </w:r>
    </w:p>
    <w:p>
      <w:pPr>
        <w:jc w:val="right"/>
      </w:pPr>
      <w:r>
        <w:t>نے کمزوری دکھائی، اور نہ وہ دبے۔</w:t>
      </w:r>
    </w:p>
    <w:p>
      <w:r>
        <w:rPr>
          <w:b/>
        </w:rPr>
        <w:t xml:space="preserve">[05:26] </w:t>
      </w:r>
      <w:r>
        <w:t>yahan bhi dekhiye, is se murad yeh nahi ke talwar chalai.</w:t>
      </w:r>
    </w:p>
    <w:p>
      <w:pPr>
        <w:jc w:val="right"/>
      </w:pPr>
      <w:r>
        <w:t>یہاں بھی دیکھیے، اس سے مراد یہ نہیں کہ تلوار چلائی۔</w:t>
      </w:r>
    </w:p>
    <w:p>
      <w:r>
        <w:rPr>
          <w:b/>
        </w:rPr>
        <w:t xml:space="preserve">[05:32] </w:t>
      </w:r>
      <w:r>
        <w:t>nahi, talwar chalai nahi, balkeh yeh hai ke past himmat nahi hui, be sabri nahi dikhai, yeh matlab</w:t>
      </w:r>
    </w:p>
    <w:p>
      <w:pPr>
        <w:jc w:val="right"/>
      </w:pPr>
      <w:r>
        <w:t>نہیں، تلوار چلائی نہیں، بلکہ یہ ہے کہ پست ہمت نہیں ہوئی، بے صبری نہیں دکھائی، یہ مطلب</w:t>
      </w:r>
    </w:p>
    <w:p>
      <w:r>
        <w:rPr>
          <w:b/>
        </w:rPr>
        <w:t xml:space="preserve">[05:39] </w:t>
      </w:r>
      <w:r>
        <w:t>hai is ka.</w:t>
      </w:r>
    </w:p>
    <w:p>
      <w:pPr>
        <w:jc w:val="right"/>
      </w:pPr>
      <w:r>
        <w:t>ہے اس کا۔</w:t>
      </w:r>
    </w:p>
    <w:p>
      <w:r>
        <w:rPr>
          <w:b/>
        </w:rPr>
        <w:t xml:space="preserve">[05:45] </w:t>
      </w:r>
      <w:r>
        <w:t>phir is par sochte hue mere samne aya</w:t>
      </w:r>
    </w:p>
    <w:p>
      <w:pPr>
        <w:jc w:val="right"/>
      </w:pPr>
      <w:r>
        <w:t>پھر اس پر سوچتے ہوئے میرے سامنے آیا</w:t>
      </w:r>
    </w:p>
    <w:p>
      <w:r>
        <w:rPr>
          <w:b/>
        </w:rPr>
        <w:t xml:space="preserve">[05:51] </w:t>
      </w:r>
      <w:r>
        <w:t>ke yeh maamla ek process ka maamla hai, qitaal ka maamla nahi hai.</w:t>
      </w:r>
    </w:p>
    <w:p>
      <w:pPr>
        <w:jc w:val="right"/>
      </w:pPr>
      <w:r>
        <w:t>کہ یہ معاملہ ایک پراسیس کا معاملہ ہے، قتال کا معاملہ نہیں ہے۔</w:t>
      </w:r>
    </w:p>
    <w:p>
      <w:r>
        <w:rPr>
          <w:b/>
        </w:rPr>
        <w:t xml:space="preserve">[05:59] </w:t>
      </w:r>
      <w:r>
        <w:t>Allah taala ka jo nizam hai, us mein har cheez process ke roop mein amal mein aati hai.</w:t>
      </w:r>
    </w:p>
    <w:p>
      <w:pPr>
        <w:jc w:val="right"/>
      </w:pPr>
      <w:r>
        <w:t>اللہ تعالی کا جو نظام ہے، اس میں ہر چیز پراسیس کے روپ میں عمل میں آتی ہے۔</w:t>
      </w:r>
    </w:p>
    <w:p>
      <w:r>
        <w:rPr>
          <w:b/>
        </w:rPr>
        <w:t xml:space="preserve">[06:06] </w:t>
      </w:r>
      <w:r>
        <w:t>jaise drakht mein phal nikalta hai, to kya idhar beej boya, idhar phal nikal aya? Ek lamba process</w:t>
      </w:r>
    </w:p>
    <w:p>
      <w:pPr>
        <w:jc w:val="right"/>
      </w:pPr>
      <w:r>
        <w:t>جیسے درخت میں پھل نکلتا ہے، تو کیا ادھر بیج بویا، ادھر پھل نکل آیا؟ ایک لمبا پراسیس</w:t>
      </w:r>
    </w:p>
    <w:p>
      <w:r>
        <w:rPr>
          <w:b/>
        </w:rPr>
        <w:t xml:space="preserve">[06:14] </w:t>
      </w:r>
      <w:r>
        <w:t>chalta hai, tab ek</w:t>
      </w:r>
    </w:p>
    <w:p>
      <w:pPr>
        <w:jc w:val="right"/>
      </w:pPr>
      <w:r>
        <w:t>چلتا ہے، تب ایک</w:t>
      </w:r>
    </w:p>
    <w:p>
      <w:r>
        <w:rPr>
          <w:b/>
        </w:rPr>
        <w:t xml:space="preserve">[06:21] </w:t>
      </w:r>
      <w:r>
        <w:t>drakht mein phal lagta hai.</w:t>
      </w:r>
    </w:p>
    <w:p>
      <w:pPr>
        <w:jc w:val="right"/>
      </w:pPr>
      <w:r>
        <w:t>درخت میں پھل لگتا ہے۔</w:t>
      </w:r>
    </w:p>
    <w:p>
      <w:r>
        <w:rPr>
          <w:b/>
        </w:rPr>
        <w:t xml:space="preserve">[06:29] </w:t>
      </w:r>
      <w:r>
        <w:t>aisi hai har cheez.</w:t>
      </w:r>
    </w:p>
    <w:p>
      <w:pPr>
        <w:jc w:val="right"/>
      </w:pPr>
      <w:r>
        <w:t>ایسی ہے ہر چیز۔</w:t>
      </w:r>
    </w:p>
    <w:p>
      <w:r>
        <w:rPr>
          <w:b/>
        </w:rPr>
        <w:t xml:space="preserve">[06:37] </w:t>
      </w:r>
      <w:r>
        <w:t>to yeh jo insaan se matloob hai ke woh Allah wala bane, woh ek developed personality bane, us</w:t>
      </w:r>
    </w:p>
    <w:p>
      <w:pPr>
        <w:jc w:val="right"/>
      </w:pPr>
      <w:r>
        <w:t>تو یہ جو انسان سے مطلوب ہے کہ وہ اللہ والا بنے، وہ ایک ڈیولپڈ پرسنیلٹی بنے، اس</w:t>
      </w:r>
    </w:p>
    <w:p>
      <w:r>
        <w:rPr>
          <w:b/>
        </w:rPr>
        <w:t xml:space="preserve">[06:45] </w:t>
      </w:r>
      <w:r>
        <w:t>ke andar woh siftien paida hon jo jannati insaan ke liye hoti hain:</w:t>
      </w:r>
    </w:p>
    <w:p>
      <w:pPr>
        <w:jc w:val="right"/>
      </w:pPr>
      <w:r>
        <w:t>کے اندر وہ صفتیں پیدا ہوں جو جنتی انسان کے لیے ہوتی ہیں:</w:t>
      </w:r>
    </w:p>
    <w:p>
      <w:r>
        <w:rPr>
          <w:b/>
        </w:rPr>
        <w:t xml:space="preserve">[06:52] </w:t>
      </w:r>
      <w:r>
        <w:t>tazkiya, taqwa waghera.</w:t>
      </w:r>
    </w:p>
    <w:p>
      <w:pPr>
        <w:jc w:val="right"/>
      </w:pPr>
      <w:r>
        <w:t>تزکیہ، تقویٰ وغیرہ۔</w:t>
      </w:r>
    </w:p>
    <w:p>
      <w:r>
        <w:rPr>
          <w:b/>
        </w:rPr>
        <w:t xml:space="preserve">[07:00] </w:t>
      </w:r>
      <w:r>
        <w:t>to yeh ek din ki baat nahi hai, ek process chalta hai zindagi mein.</w:t>
      </w:r>
    </w:p>
    <w:p>
      <w:pPr>
        <w:jc w:val="right"/>
      </w:pPr>
      <w:r>
        <w:t>تو یہ ایک دن کی بات نہیں ہے، ایک پراسیس چلتا ہے زندگی میں۔</w:t>
      </w:r>
    </w:p>
    <w:p>
      <w:r>
        <w:rPr>
          <w:b/>
        </w:rPr>
        <w:t xml:space="preserve">[07:08] </w:t>
      </w:r>
      <w:r>
        <w:t>yeh shayad bhi guzarta hai, to woh, woh, woh yani hafton, mahinon ho sakta hai, balkeh poori life</w:t>
      </w:r>
    </w:p>
    <w:p>
      <w:pPr>
        <w:jc w:val="right"/>
      </w:pPr>
      <w:r>
        <w:t>یہ شاید بھی گزرتا ہے، تو وہ، وہ، وہ یعنی ہفتوں، مہینوں ہو سکتا ہے، بلکہ پوری لائف</w:t>
      </w:r>
    </w:p>
    <w:p>
      <w:r>
        <w:rPr>
          <w:b/>
        </w:rPr>
        <w:t xml:space="preserve">[07:15] </w:t>
      </w:r>
      <w:r>
        <w:t>ho sakta hai.</w:t>
      </w:r>
    </w:p>
    <w:p>
      <w:pPr>
        <w:jc w:val="right"/>
      </w:pPr>
      <w:r>
        <w:t>ہو سکتا ہے۔</w:t>
      </w:r>
    </w:p>
    <w:p>
      <w:r>
        <w:rPr>
          <w:b/>
        </w:rPr>
        <w:t xml:space="preserve">[07:23] </w:t>
      </w:r>
      <w:r>
        <w:t>tab ja kar ek insaan banta hai.</w:t>
      </w:r>
    </w:p>
    <w:p>
      <w:pPr>
        <w:jc w:val="right"/>
      </w:pPr>
      <w:r>
        <w:t>تب جا کر ایک انسان بنتا ہے۔</w:t>
      </w:r>
    </w:p>
    <w:p>
      <w:r>
        <w:rPr>
          <w:b/>
        </w:rPr>
        <w:t xml:space="preserve">[07:33] </w:t>
      </w:r>
      <w:r>
        <w:t>to woh jo process hai, yani Allah ke creation plan ke mutabiq insaan ki, insaan ke development ke</w:t>
      </w:r>
    </w:p>
    <w:p>
      <w:pPr>
        <w:jc w:val="right"/>
      </w:pPr>
      <w:r>
        <w:t>تو وہ جو پراسیس ہے، یعنی اللہ کے کریشن پلان کے مطابق انسان کی، انسان کے ڈیولپمنٹ کے</w:t>
      </w:r>
    </w:p>
    <w:p>
      <w:r>
        <w:rPr>
          <w:b/>
        </w:rPr>
        <w:t xml:space="preserve">[07:43] </w:t>
      </w:r>
      <w:r>
        <w:t>liye jo process chalaya jaye, us mein insaan ko sabr ke sath</w:t>
      </w:r>
    </w:p>
    <w:p>
      <w:pPr>
        <w:jc w:val="right"/>
      </w:pPr>
      <w:r>
        <w:t>لیے جو پراسیس چلایا جائے، اس میں انسان کو صبر کے ساتھ</w:t>
      </w:r>
    </w:p>
    <w:p>
      <w:r>
        <w:rPr>
          <w:b/>
        </w:rPr>
        <w:t xml:space="preserve">[07:54] </w:t>
      </w:r>
      <w:r>
        <w:t>hissa lena hai taake process apne end tak pohanche.</w:t>
      </w:r>
    </w:p>
    <w:p>
      <w:pPr>
        <w:jc w:val="right"/>
      </w:pPr>
      <w:r>
        <w:t>حصہ لینا ہے تاکہ پراسیس اپنے اینڈ تک پہنچے۔</w:t>
      </w:r>
    </w:p>
    <w:p>
      <w:r>
        <w:rPr>
          <w:b/>
        </w:rPr>
        <w:t xml:space="preserve">[08:01] </w:t>
      </w:r>
      <w:r>
        <w:t>taake process apne end tak pohnche.</w:t>
      </w:r>
    </w:p>
    <w:p>
      <w:pPr>
        <w:jc w:val="right"/>
      </w:pPr>
      <w:r>
        <w:t>تاکہ پراسیس اپنے اینڈ تک پہنچے۔</w:t>
      </w:r>
    </w:p>
    <w:p>
      <w:r>
        <w:rPr>
          <w:b/>
        </w:rPr>
        <w:t xml:space="preserve">[08:09] </w:t>
      </w:r>
      <w:r>
        <w:t>to aap agar sochte hain, maine bhi socha hai, to zindagi mein baar baar aise waqiat pesh</w:t>
      </w:r>
    </w:p>
    <w:p>
      <w:pPr>
        <w:jc w:val="right"/>
      </w:pPr>
      <w:r>
        <w:t>تو آپ اگر سوچتے ہیں، میں نے بھی سوچا ہے، تو زندگی میں بار بار ایسے واقعات پیش</w:t>
      </w:r>
    </w:p>
    <w:p>
      <w:r>
        <w:rPr>
          <w:b/>
        </w:rPr>
        <w:t xml:space="preserve">[08:16] </w:t>
      </w:r>
      <w:r>
        <w:t>aate hain ke hum ek process guzarte hain aur process apne end pe ja kar</w:t>
      </w:r>
    </w:p>
    <w:p>
      <w:pPr>
        <w:jc w:val="right"/>
      </w:pPr>
      <w:r>
        <w:t>آتے ہیں کہ ہم ایک پراسیس گزرتے ہیں اور پراسیس اپنے اینڈ پہ جا کر</w:t>
      </w:r>
    </w:p>
    <w:p>
      <w:r>
        <w:rPr>
          <w:b/>
        </w:rPr>
        <w:t xml:space="preserve">[08:24] </w:t>
      </w:r>
      <w:r>
        <w:t>ke result dikhata hai, result saamne aata hai.</w:t>
      </w:r>
    </w:p>
    <w:p>
      <w:pPr>
        <w:jc w:val="right"/>
      </w:pPr>
      <w:r>
        <w:t>کے رزلٹ دکھاتا ہے، رزلٹ سامنے آتا ہے۔</w:t>
      </w:r>
    </w:p>
    <w:p>
      <w:r>
        <w:rPr>
          <w:b/>
        </w:rPr>
        <w:t xml:space="preserve">[08:31] </w:t>
      </w:r>
      <w:r>
        <w:t>yeh hai matlab iska.</w:t>
      </w:r>
    </w:p>
    <w:p>
      <w:pPr>
        <w:jc w:val="right"/>
      </w:pPr>
      <w:r>
        <w:t>یہ ہے مطلب اس کا۔</w:t>
      </w:r>
    </w:p>
    <w:p>
      <w:r>
        <w:rPr>
          <w:b/>
        </w:rPr>
        <w:t xml:space="preserve">[08:39] </w:t>
      </w:r>
      <w:r>
        <w:t>to insaan bante hain ek process ke through, shakhsiyat banti hai ek process se guzrne ke baad.</w:t>
      </w:r>
    </w:p>
    <w:p>
      <w:pPr>
        <w:jc w:val="right"/>
      </w:pPr>
      <w:r>
        <w:t>تو انسان بنتے ہیں ایک پراسیس کے تھرو، شخصیت بنتی ہے ایک پراسیس سے گزرنے کے بعد۔</w:t>
      </w:r>
    </w:p>
    <w:p>
      <w:r>
        <w:rPr>
          <w:b/>
        </w:rPr>
        <w:t xml:space="preserve">[08:46] </w:t>
      </w:r>
      <w:r>
        <w:t>is process mein dekhiye, kabhi s</w:t>
      </w:r>
    </w:p>
    <w:p>
      <w:pPr>
        <w:jc w:val="right"/>
      </w:pPr>
      <w:r>
        <w:t>اس پراسیس میں دیکھیے، کبھی س</w:t>
      </w:r>
    </w:p>
    <w:p>
      <w:r>
        <w:rPr>
          <w:b/>
        </w:rPr>
        <w:t xml:space="preserve">[08:54] </w:t>
      </w:r>
      <w:r>
        <w:t>kht halaat aayenge, balke aksar aayenge. aaj mein aik baat soch raha tha ke quran mein aur hadith mein yeh baat bar bar kahi gayi hai ke allah al-iman ko difficulties mein dalta hai. to kya is ka, is ka, is ka mein soch raha tha</w:t>
      </w:r>
    </w:p>
    <w:p>
      <w:pPr>
        <w:jc w:val="right"/>
      </w:pPr>
      <w:r>
        <w:t>خت حالات آئیں گے، بلکہ اکثر آئیں گے۔ آج میں ایک بات سوچ رہا تھا کہ قرآن میں اور حدیث میں یہ بات بار بار کہی گئی ہے کہ اللہ الایمان کو ڈیفیکلٹیز میں ڈالتا ہے۔ تو کیا اس کا، اس کا، اس کا میں سوچ رہا تھا</w:t>
      </w:r>
    </w:p>
    <w:p>
      <w:r>
        <w:rPr>
          <w:b/>
        </w:rPr>
        <w:t xml:space="preserve">[09:24] </w:t>
      </w:r>
      <w:r>
        <w:t>ke iska raaz kya hai? dekhiye, difficulties se aapki sensitivity badhti hai.</w:t>
      </w:r>
    </w:p>
    <w:p>
      <w:pPr>
        <w:jc w:val="right"/>
      </w:pPr>
      <w:r>
        <w:t>کہ اس کا راز کیا ہے؟ دیکھیے، ڈیفیکلٹیز سے آپ کی سینسٹیوٹی بڑھتی ہے۔</w:t>
      </w:r>
    </w:p>
    <w:p>
      <w:r>
        <w:rPr>
          <w:b/>
        </w:rPr>
        <w:t xml:space="preserve">[09:34] </w:t>
      </w:r>
      <w:r>
        <w:t>yeh maine samjha jab aapko struggle karna pade, aapko jab kuch mushkil, kuch mashaqqat jhelni</w:t>
      </w:r>
    </w:p>
    <w:p>
      <w:pPr>
        <w:jc w:val="right"/>
      </w:pPr>
      <w:r>
        <w:t>یہ میں نے سمجھا جب آپ کو اسٹرگل کرنا پڑے، آپ کو جب کچھ مشکل، کچھ مشقت جھیلنا</w:t>
      </w:r>
    </w:p>
    <w:p>
      <w:r>
        <w:rPr>
          <w:b/>
        </w:rPr>
        <w:t xml:space="preserve">[09:44] </w:t>
      </w:r>
      <w:r>
        <w:t>pade, kuch takleef guzre aapke upar, to aapki sensitivity badhti hai. aur</w:t>
      </w:r>
    </w:p>
    <w:p>
      <w:pPr>
        <w:jc w:val="right"/>
      </w:pPr>
      <w:r>
        <w:t>پڑے، کچھ تکلیف گزرے آپ کے اوپر، تو آپ کی سینسٹیوٹی بڑھتی ہے۔ اور</w:t>
      </w:r>
    </w:p>
    <w:p>
      <w:r>
        <w:rPr>
          <w:b/>
        </w:rPr>
        <w:t xml:space="preserve">[09:54] </w:t>
      </w:r>
      <w:r>
        <w:t>jab sensitivity badhti hai to aapki aqal badhti hai, soch badhti hai.</w:t>
      </w:r>
    </w:p>
    <w:p>
      <w:pPr>
        <w:jc w:val="right"/>
      </w:pPr>
      <w:r>
        <w:t>جب سینسٹیوٹی بڑھتی ہے تو آپ کی عقل بڑھتی ہے، سوچ بڑھتی ہے۔</w:t>
      </w:r>
    </w:p>
    <w:p>
      <w:r>
        <w:rPr>
          <w:b/>
        </w:rPr>
        <w:t xml:space="preserve">[10:02] </w:t>
      </w:r>
      <w:r>
        <w:t>direct talluq hai insaan ki aqal ka sensitivity se.</w:t>
      </w:r>
    </w:p>
    <w:p>
      <w:pPr>
        <w:jc w:val="right"/>
      </w:pPr>
      <w:r>
        <w:t>ڈائریکٹ تعلق ہے انسان کی عقل کا سینسٹیوٹی سے۔</w:t>
      </w:r>
    </w:p>
    <w:p>
      <w:r>
        <w:rPr>
          <w:b/>
        </w:rPr>
        <w:t xml:space="preserve">[10:09] </w:t>
      </w:r>
      <w:r>
        <w:t>agar insaan, ek insaan, agar yaani saada halaat mein paida hua aur woh jis ko kehte hain ke</w:t>
      </w:r>
    </w:p>
    <w:p>
      <w:pPr>
        <w:jc w:val="right"/>
      </w:pPr>
      <w:r>
        <w:t>اگر انسان، ایک انسان، اگر یعنی سادہ حالات میں پیدا ہوا اور وہ جس کو کہتے ہیں کہ</w:t>
      </w:r>
    </w:p>
    <w:p>
      <w:r>
        <w:rPr>
          <w:b/>
        </w:rPr>
        <w:t xml:space="preserve">[10:17] </w:t>
      </w:r>
      <w:r>
        <w:t>"you are born with silvry spoon is</w:t>
      </w:r>
    </w:p>
    <w:p>
      <w:pPr>
        <w:jc w:val="right"/>
      </w:pPr>
      <w:r>
        <w:t>"یو آر بارنڈ ود سلوری سپون از</w:t>
      </w:r>
    </w:p>
    <w:p>
      <w:r>
        <w:rPr>
          <w:b/>
        </w:rPr>
        <w:t xml:space="preserve">[10:24] </w:t>
      </w:r>
      <w:r>
        <w:t>bouth" to isko kuch guzra nahi, kuch museebat padi nahi, iske upar koi sakht halaat is</w:t>
      </w:r>
    </w:p>
    <w:p>
      <w:pPr>
        <w:jc w:val="right"/>
      </w:pPr>
      <w:r>
        <w:t>باؤتھ" تو اس کو کچھ گزرا نہیں، کچھ مصیبت پڑی نہیں، اس کے اوپر کوئی سخت حالات اس</w:t>
      </w:r>
    </w:p>
    <w:p>
      <w:r>
        <w:rPr>
          <w:b/>
        </w:rPr>
        <w:t xml:space="preserve">[10:32] </w:t>
      </w:r>
      <w:r>
        <w:t>ko pesh nahi aaye to woh iske andar sensitivity nahi hogi.</w:t>
      </w:r>
    </w:p>
    <w:p>
      <w:pPr>
        <w:jc w:val="right"/>
      </w:pPr>
      <w:r>
        <w:t>کو پیش نہیں آئے تو وہ اس کے اندر سینسٹیوٹی نہیں ہوگی۔</w:t>
      </w:r>
    </w:p>
    <w:p>
      <w:r>
        <w:rPr>
          <w:b/>
        </w:rPr>
        <w:t xml:space="preserve">[10:39] </w:t>
      </w:r>
      <w:r>
        <w:t>to sensitivity to to iske andar aks bhi nahi hoga.</w:t>
      </w:r>
    </w:p>
    <w:p>
      <w:pPr>
        <w:jc w:val="right"/>
      </w:pPr>
      <w:r>
        <w:t>تو سینسٹیوٹی تو تو اس کے اندر عکس بھی نہیں ہوگا۔</w:t>
      </w:r>
    </w:p>
    <w:p>
      <w:r>
        <w:rPr>
          <w:b/>
        </w:rPr>
        <w:t xml:space="preserve">[10:47] </w:t>
      </w:r>
      <w:r>
        <w:t>yaani jis ko kehte hain "grass" baaton ko pakad</w:t>
      </w:r>
    </w:p>
    <w:p>
      <w:pPr>
        <w:jc w:val="right"/>
      </w:pPr>
      <w:r>
        <w:t>یعنی جس کو کہتے ہیں "گراس" باتوں کو پکڑ</w:t>
      </w:r>
    </w:p>
    <w:p>
      <w:r>
        <w:rPr>
          <w:b/>
        </w:rPr>
        <w:t xml:space="preserve">[10:54] </w:t>
      </w:r>
      <w:r>
        <w:t>na, yaani aapke aas paas halaat guzrenge, aapko tarah tarah ke experience pesh aayenge,</w:t>
      </w:r>
    </w:p>
    <w:p>
      <w:pPr>
        <w:jc w:val="right"/>
      </w:pPr>
      <w:r>
        <w:t>نا، یعنی آپ کے اس پاس حالات گزریں گے، آپ کو طرح طرح کے ایکسپیرینس پیش آئیں گے،</w:t>
      </w:r>
    </w:p>
    <w:p>
      <w:r>
        <w:rPr>
          <w:b/>
        </w:rPr>
        <w:t xml:space="preserve">[11:04] </w:t>
      </w:r>
      <w:r>
        <w:t>لیکن اس میں جو نیکٹر ہے نصیحت کا، "due to insensitivity" آپ پکڑیں گے نہیں، اس کو آپ</w:t>
      </w:r>
    </w:p>
    <w:p>
      <w:pPr>
        <w:jc w:val="right"/>
      </w:pPr>
      <w:r>
        <w:t>لیکن اس میں جو نیکٹر ہے نصیحت کا، "ڈیو ٹو انسوسیٹی" آپ پکڑیں گے نہیں، اس کو آپ</w:t>
      </w:r>
    </w:p>
    <w:p>
      <w:r>
        <w:rPr>
          <w:b/>
        </w:rPr>
        <w:t xml:space="preserve">[11:14] </w:t>
      </w:r>
      <w:r>
        <w:t>guzar jayenge.</w:t>
      </w:r>
    </w:p>
    <w:p>
      <w:pPr>
        <w:jc w:val="right"/>
      </w:pPr>
      <w:r>
        <w:t>گزر جائیں گے۔</w:t>
      </w:r>
    </w:p>
    <w:p>
      <w:r>
        <w:rPr>
          <w:b/>
        </w:rPr>
        <w:t xml:space="preserve">[11:24] </w:t>
      </w:r>
      <w:r>
        <w:t>to yahan par jang ki baat nahi hai, yahan par baat hai creation plan ki ke Allah ke</w:t>
      </w:r>
    </w:p>
    <w:p>
      <w:pPr>
        <w:jc w:val="right"/>
      </w:pPr>
      <w:r>
        <w:t>تو یہاں پر جنگ کی بات نہیں ہے، یہاں پر بات ہے کریشن پلان کی کہ اللہ کے</w:t>
      </w:r>
    </w:p>
    <w:p>
      <w:r>
        <w:rPr>
          <w:b/>
        </w:rPr>
        <w:t xml:space="preserve">[11:35] </w:t>
      </w:r>
      <w:r>
        <w:t>creation plan ke mutabiq yeh hota hi hota hai ke tarah tarah ke halaat pesh aate hain.</w:t>
      </w:r>
    </w:p>
    <w:p>
      <w:pPr>
        <w:jc w:val="right"/>
      </w:pPr>
      <w:r>
        <w:t>کریشن پلان کے مطابق یہ ہوتا ہی ہوتا ہے کہ طرح طرح کے حالات پیش آتے ہیں۔</w:t>
      </w:r>
    </w:p>
    <w:p>
      <w:r>
        <w:rPr>
          <w:b/>
        </w:rPr>
        <w:t xml:space="preserve">[11:46] </w:t>
      </w:r>
      <w:r>
        <w:t>kyunki dekhiye, har aadmi azaad hai, har aadmi apni daud laga raha hai, har aadmi ko kaamyaab hona hai.</w:t>
      </w:r>
    </w:p>
    <w:p>
      <w:pPr>
        <w:jc w:val="right"/>
      </w:pPr>
      <w:r>
        <w:t>کیونکہ دیکھیے، ہر آدمی آزاد ہے، ہر آدمی اپنی دوڑ لگا رہا ہے، ہر آدمی کو کامیاب ہونا ہے۔</w:t>
      </w:r>
    </w:p>
    <w:p>
      <w:r>
        <w:rPr>
          <w:b/>
        </w:rPr>
        <w:t xml:space="preserve">[11:56] </w:t>
      </w:r>
      <w:r>
        <w:t>to is waja se har aadmi se kahin na kahin aap ko takra hota hai, kahin na kahin aap ko thokar lagti hai, kahin na kahin aap ko koi mamla pesh aata hai. is waqt aap agar sabr kar len, is waqt agar aap is ko bardasht kar len to kya hoga? sensitivity barhe gi, aap ke andar soch jaage gi. yaani agar aap ladne</w:t>
      </w:r>
    </w:p>
    <w:p>
      <w:pPr>
        <w:jc w:val="right"/>
      </w:pPr>
      <w:r>
        <w:t>تو اس وجہ سے ہر آدمی سے کہیں نہ کہیں آپ کو ٹکرا ہوتا ہے، کہیں نہ کہیں آپ کو ٹھوکر لگتی ہے، کہیں نہ کہیں آپ کو کوئی معاملہ پیش آتا ہے۔ اس وقت آپ اگر صبر کر لیں، اس وقت اگر آپ اس کو برداشت کر لیں تو کیا ہوگا؟ سینسٹیوٹی بڑھے گی، آپ کے اندر سوچ جاگے گی۔ یعنی اگر آپ لڑنے</w:t>
      </w:r>
    </w:p>
    <w:p>
      <w:r>
        <w:rPr>
          <w:b/>
        </w:rPr>
        <w:t xml:space="preserve">[12:26] </w:t>
      </w:r>
      <w:r>
        <w:t>lagen to to nafrat aaye gi, lekin na laren. sabr ka matlab kya hai? is mein jo hai sabr ka lafz aaya hai. sabr ka matlab yeh hai ke negative response na dena, balkeh positive response dena. sabr ka matlab yeh hai jab koi soorat e haal pesh aaye, jab koi problem pesh aaye to aap ka response jo hai positive ho, negative na</w:t>
      </w:r>
    </w:p>
    <w:p>
      <w:pPr>
        <w:jc w:val="right"/>
      </w:pPr>
      <w:r>
        <w:t>لگیں تو تو نفرت آئے گی، لیکن نہ لڑیں۔ صبر کا مطلب کیا ہے؟ اس میں جو ہے صبر کا لفظ آیا ہے۔ صبر کا مطلب یہ ہے کہ نیگیٹیو رسپانس نہ دینا، بلکہ پازیٹیو رسپانس دینا۔ صبر کا مطلب یہ ہے جب کوئی صورتحال پیش آئے، جب کوئی پرابلم پیش آئے تو آپ کا رسپانس جو ہے پازیٹیو ہو، نیگیٹیو نہ</w:t>
      </w:r>
    </w:p>
    <w:p>
      <w:r>
        <w:rPr>
          <w:b/>
        </w:rPr>
        <w:t xml:space="preserve">[12:56] </w:t>
      </w:r>
      <w:r>
        <w:t>ho.</w:t>
      </w:r>
    </w:p>
    <w:p>
      <w:pPr>
        <w:jc w:val="right"/>
      </w:pPr>
      <w:r>
        <w:t>ہو۔</w:t>
      </w:r>
    </w:p>
    <w:p>
      <w:r>
        <w:rPr>
          <w:b/>
        </w:rPr>
        <w:t xml:space="preserve">[13:02] </w:t>
      </w:r>
      <w:r>
        <w:t>that is patience, sabr.</w:t>
      </w:r>
    </w:p>
    <w:p>
      <w:pPr>
        <w:jc w:val="right"/>
      </w:pPr>
      <w:r>
        <w:t>دیٹ از پیشنس، صبر۔</w:t>
      </w:r>
    </w:p>
    <w:p>
      <w:r>
        <w:rPr>
          <w:b/>
        </w:rPr>
        <w:t xml:space="preserve">[13:08] </w:t>
      </w:r>
      <w:r>
        <w:t>to sab se bari value mein samajhta hoon ke yahi hai.</w:t>
      </w:r>
    </w:p>
    <w:p>
      <w:pPr>
        <w:jc w:val="right"/>
      </w:pPr>
      <w:r>
        <w:t>تو سب سے بڑی ویلیو میں سمجھتا ہوں کہ یہی ہے۔</w:t>
      </w:r>
    </w:p>
    <w:p>
      <w:r>
        <w:rPr>
          <w:b/>
        </w:rPr>
        <w:t xml:space="preserve">[13:14] </w:t>
      </w:r>
      <w:r>
        <w:t>aaj mein soch raha tha ke insaan ko is dunya mein kya banna hai, is se khaliq ko</w:t>
      </w:r>
    </w:p>
    <w:p>
      <w:pPr>
        <w:jc w:val="right"/>
      </w:pPr>
      <w:r>
        <w:t>آج میں سوچ رہا تھا کہ انسان کو اس دنیا میں کیا بننا ہے، اس سے خالق کو</w:t>
      </w:r>
    </w:p>
    <w:p>
      <w:r>
        <w:rPr>
          <w:b/>
        </w:rPr>
        <w:t xml:space="preserve">[13:20] </w:t>
      </w:r>
      <w:r>
        <w:t>kya matlab hai, kya chahta hai khaliq? to do do ayat hain</w:t>
      </w:r>
    </w:p>
    <w:p>
      <w:pPr>
        <w:jc w:val="right"/>
      </w:pPr>
      <w:r>
        <w:t>کیا مطلوب ہے، کیا چاہتا ہے خالق؟ تو دو دو آیات ہیں</w:t>
      </w:r>
    </w:p>
    <w:p>
      <w:r>
        <w:rPr>
          <w:b/>
        </w:rPr>
        <w:t xml:space="preserve">[13:26] </w:t>
      </w:r>
      <w:r>
        <w:t>, mujhe yaad aayin. ek aayat to woh hai ke "walazina amanu ashadd huban lillah" ke jo iman wale hain, woh Allah se bohat ziyada mohabbat karte hain. is ka matlab ke yeh jo deen ka mamla hai,</w:t>
      </w:r>
    </w:p>
    <w:p>
      <w:pPr>
        <w:jc w:val="right"/>
      </w:pPr>
      <w:r>
        <w:t>، مجھے یاد آئیں۔ ایک آیت تو وہ ہے کہ "والذین آمنوا أشد حبا لله" کہ جو ایمان والے ہیں، وہ اللہ سے بہت زیادہ محبت کرتے ہیں۔ اس کا معنی کہ یہ جو دین کا معاملہ ہے،</w:t>
      </w:r>
    </w:p>
    <w:p>
      <w:r>
        <w:rPr>
          <w:b/>
        </w:rPr>
        <w:t xml:space="preserve">[13:56] </w:t>
      </w:r>
      <w:r>
        <w:t>islam ka mamla hai, wo yeh hai ke logon ke andar Allah se bohat ziyada attachment barhe, bohat</w:t>
      </w:r>
    </w:p>
    <w:p>
      <w:pPr>
        <w:jc w:val="right"/>
      </w:pPr>
      <w:r>
        <w:t>اسلام کا معاملہ ہے، وہ یہ ہے کہ لوگوں کے اندر اللہ سے بہت زیادہ اٹیچمنٹ بڑھے، بہت</w:t>
      </w:r>
    </w:p>
    <w:p>
      <w:r>
        <w:rPr>
          <w:b/>
        </w:rPr>
        <w:t xml:space="preserve">[14:04] </w:t>
      </w:r>
      <w:r>
        <w:t>ziyada mohabbat barhe, bohat ziyada taluq barhe Allah se.</w:t>
      </w:r>
    </w:p>
    <w:p>
      <w:pPr>
        <w:jc w:val="right"/>
      </w:pPr>
      <w:r>
        <w:t>زیادہ محبت بڑھے، بہت زیادہ تعلق بڑھے اللہ سے۔</w:t>
      </w:r>
    </w:p>
    <w:p>
      <w:r>
        <w:rPr>
          <w:b/>
        </w:rPr>
        <w:t xml:space="preserve">[14:12] </w:t>
      </w:r>
      <w:r>
        <w:t>to yeh yeh kya jang ki halat mein hoga? larai bhirhai, aap talwar nikalein, idhar se bandooq nikle</w:t>
      </w:r>
    </w:p>
    <w:p>
      <w:pPr>
        <w:jc w:val="right"/>
      </w:pPr>
      <w:r>
        <w:t>تو یہ یہ کیا جنگ کی حالت میں ہوگا؟ لڑائی بھڑائی، آپ تلوار نکالیں، ادھر سے بندوق نکلے</w:t>
      </w:r>
    </w:p>
    <w:p>
      <w:r>
        <w:rPr>
          <w:b/>
        </w:rPr>
        <w:t xml:space="preserve">[14:20] </w:t>
      </w:r>
      <w:r>
        <w:t>to tab hoga aisa? nahi, ek dam peaceful bahal halat mein hoga.</w:t>
      </w:r>
    </w:p>
    <w:p>
      <w:pPr>
        <w:jc w:val="right"/>
      </w:pPr>
      <w:r>
        <w:t>تو تب ہوگا ایسا؟ نہیں، ایک دم پیس فل بحال حالت میں ہوگا۔</w:t>
      </w:r>
    </w:p>
    <w:p>
      <w:r>
        <w:rPr>
          <w:b/>
        </w:rPr>
        <w:t xml:space="preserve">[14:29] </w:t>
      </w:r>
      <w:r>
        <w:t>peaceful halat jaise misaal ke taur par dekhiye, aap aap ne subah ko kuch khaya aur sham</w:t>
      </w:r>
    </w:p>
    <w:p>
      <w:pPr>
        <w:jc w:val="right"/>
      </w:pPr>
      <w:r>
        <w:t>پیس فل حالات جیسے مثال کے طور پر دیکھیے، آپ آپ نے صبح کو کچھ کھایا اور شام</w:t>
      </w:r>
    </w:p>
    <w:p>
      <w:r>
        <w:rPr>
          <w:b/>
        </w:rPr>
        <w:t xml:space="preserve">[14:36] </w:t>
      </w:r>
      <w:r>
        <w:t>ko wo hazam ho gaya.</w:t>
      </w:r>
    </w:p>
    <w:p>
      <w:pPr>
        <w:jc w:val="right"/>
      </w:pPr>
      <w:r>
        <w:t>کو وہ ہضم ہو گیا۔</w:t>
      </w:r>
    </w:p>
    <w:p>
      <w:r>
        <w:rPr>
          <w:b/>
        </w:rPr>
        <w:t xml:space="preserve">[14:44] </w:t>
      </w:r>
      <w:r>
        <w:t>sham tak aap soch rahe hain ke yeh body mein kaise yeh waqia pesh aaya ke maine</w:t>
      </w:r>
    </w:p>
    <w:p>
      <w:pPr>
        <w:jc w:val="right"/>
      </w:pPr>
      <w:r>
        <w:t>شام تک آپ سوچ رہے ہیں کہ یہ باڈی میں کیسے یہ واقعہ پیش آیا کہ میں نے</w:t>
      </w:r>
    </w:p>
    <w:p>
      <w:r>
        <w:rPr>
          <w:b/>
        </w:rPr>
        <w:t xml:space="preserve">[14:52] </w:t>
      </w:r>
      <w:r>
        <w:t>kuch dala aur phir wo hazam ho gaya?</w:t>
      </w:r>
    </w:p>
    <w:p>
      <w:pPr>
        <w:jc w:val="right"/>
      </w:pPr>
      <w:r>
        <w:t>کچھ ڈالا اور پھر وہ ہضم ہو گیا؟</w:t>
      </w:r>
    </w:p>
    <w:p>
      <w:r>
        <w:rPr>
          <w:b/>
        </w:rPr>
        <w:t xml:space="preserve">[15:00] </w:t>
      </w:r>
      <w:r>
        <w:t>aaj mein soch raha tha ke isi body mein ek bohat anokhi cheez paida hoti hai, wo hai tear, aansu.</w:t>
      </w:r>
    </w:p>
    <w:p>
      <w:pPr>
        <w:jc w:val="right"/>
      </w:pPr>
      <w:r>
        <w:t>آج میں سوچ رہا تھا کہ اسی باڈی میں ایک بہت انوکھی چیز پیدا ہوتی ہے، وہ ہے ٹیئر، آنسو۔</w:t>
      </w:r>
    </w:p>
    <w:p>
      <w:r>
        <w:rPr>
          <w:b/>
        </w:rPr>
        <w:t xml:space="preserve">[15:10] </w:t>
      </w:r>
      <w:r>
        <w:t>body, aap jaante hain ke aansu kya cheez hai? Aansu body ka purest production hai.</w:t>
      </w:r>
    </w:p>
    <w:p>
      <w:pPr>
        <w:jc w:val="right"/>
      </w:pPr>
      <w:r>
        <w:t>باڈی، آپ جانتے ہیں کہ آنسو کیا چیز ہے؟ آنسو باڈی کا پیوریسٹ پروڈکشن ہے۔</w:t>
      </w:r>
    </w:p>
    <w:p>
      <w:r>
        <w:rPr>
          <w:b/>
        </w:rPr>
        <w:t xml:space="preserve">[15:20] </w:t>
      </w:r>
      <w:r>
        <w:t>aap jante hain ke body mein bohat si cheezein hoti hain,</w:t>
      </w:r>
    </w:p>
    <w:p>
      <w:pPr>
        <w:jc w:val="right"/>
      </w:pPr>
      <w:r>
        <w:t>آپ جانتے ہیں کہ باڈی میں بہت سی چیزیں ہوتی ہیں،</w:t>
      </w:r>
    </w:p>
    <w:p>
      <w:r>
        <w:rPr>
          <w:b/>
        </w:rPr>
        <w:t xml:space="preserve">[15:30] </w:t>
      </w:r>
      <w:r>
        <w:t>paseena hai, khoon hai, bohat si cheezein hain. is mein se yaani bohat se liquid, liquid ki kai qismein hain, is mein se purest liquid jo hai woh aansu hai, tear hai. to mein sochne laga ke yeh kaisi ajeeb cheez hai, kaise body hamara aisa kar pata hai ke hamari</w:t>
      </w:r>
    </w:p>
    <w:p>
      <w:pPr>
        <w:jc w:val="right"/>
      </w:pPr>
      <w:r>
        <w:t>پسینہ ہے، خون ہے، بہت سی چیزیں ہیں۔ اس میں سے یعنی بہت سے لیکوڈ، لیکوڈ کی کئی قسمیں ہیں، اس میں سے پیوریسٹ لیکوڈ جو ہے وہ آنسو ہے، ٹیئر ہے۔ تو میں سوچنے لگا کہ یہ کیسی عجیب چیز ہے، کیسے باڈی ہمارا ایسا کر پاتا ہے کہ ہماری</w:t>
      </w:r>
    </w:p>
    <w:p>
      <w:r>
        <w:rPr>
          <w:b/>
        </w:rPr>
        <w:t xml:space="preserve">[16:00] </w:t>
      </w:r>
      <w:r>
        <w:t>body ke andar bohat sari cheezein hain jo pure nahin hain? is mein se body kaise nikalta hai ek bohat hi pure cheez aur phir is ka rasta deta hai ke woh aankh ke paas aaye? to maine socha ke agar farz kiye ke aansu jo hai paseene ki tarah hota, jaise paseena hota hai, yaani pi</w:t>
      </w:r>
    </w:p>
    <w:p>
      <w:pPr>
        <w:jc w:val="right"/>
      </w:pPr>
      <w:r>
        <w:t>باڈی کے اندر بہت ساری چیزیں ہیں جو پیور نہیں ہیں؟ اس میں سے باڈی کیسے نکالتا ہے ایک بہت ہی پیور چیز اور پھر اس کا راستہ دیتا ہے کہ وہ آنکھ کے پاس آئے؟ تو میں نے سوچا کہ اگر فرض کیے کہ آنسو جو ہے پسینے کی طرح ہوتا، جیسے پسینہ ہوتا ہے، یعنی پی</w:t>
      </w:r>
    </w:p>
    <w:p>
      <w:r>
        <w:rPr>
          <w:b/>
        </w:rPr>
        <w:t xml:space="preserve">[16:30] </w:t>
      </w:r>
      <w:r>
        <w:t>ور na hota to hamari aankhein kharab ho jaati, dekhne ke qabil na hoti. paseena nikla, aansu ki jagah paseena nikle, khoon nikle to aankh ka kya haal hoga? to body ke andar kaun sa mechanism hai, kaun si woh industry hai jo khoon ko alag kar deti hai, paseene ko alag kar deti hai,</w:t>
      </w:r>
    </w:p>
    <w:p>
      <w:pPr>
        <w:jc w:val="right"/>
      </w:pPr>
      <w:r>
        <w:t>ور نہ ہوتا تو ہماری آنکھیں خراب ہو جاتی، دیکھنے کے قابل نہ ہوتی۔ پسینہ نکلا، آنسو کی جگہ پسینہ نکلے، خون نکلے تو آنکھ کا کیا حال ہوگا؟ تو باڈی کے اندر کون سا میکنزم ہے، کون سی وہ انڈسٹری ہے جو خون کو الگ کر دیتی ہے، پسینے کو الگ کر دیتی ہے،</w:t>
      </w:r>
    </w:p>
    <w:p>
      <w:r>
        <w:rPr>
          <w:b/>
        </w:rPr>
        <w:t xml:space="preserve">[17:00] </w:t>
      </w:r>
      <w:r>
        <w:t>aur kitne sare liquid hain wo alag kar deti hai? aur bohat hi purest liquid yani aansu wo</w:t>
      </w:r>
    </w:p>
    <w:p>
      <w:pPr>
        <w:jc w:val="right"/>
      </w:pPr>
      <w:r>
        <w:t>اور کتنے سارے لیکوڈ ہیں وہ الگ کر دیتی ہے؟ اور بہت ہی پیوریسٹ لیکوڈ یعنی آنسو وہ</w:t>
      </w:r>
    </w:p>
    <w:p>
      <w:r>
        <w:rPr>
          <w:b/>
        </w:rPr>
        <w:t xml:space="preserve">[17:10] </w:t>
      </w:r>
      <w:r>
        <w:t>banati hai aur phir uska channelize karti hai ke wahan pahunche jahan uska taluq aankh aankh se ho.</w:t>
      </w:r>
    </w:p>
    <w:p>
      <w:pPr>
        <w:jc w:val="right"/>
      </w:pPr>
      <w:r>
        <w:t>بناتی ہے اور پھر اس کا چینلائز کرتی ہے کہ وہاں پہنچے جہاں اس کا تعلق آنکھ آنکھ سے ہو۔</w:t>
      </w:r>
    </w:p>
    <w:p>
      <w:r>
        <w:rPr>
          <w:b/>
        </w:rPr>
        <w:t xml:space="preserve">[17:20] </w:t>
      </w:r>
      <w:r>
        <w:t>to yeh sab baatein jab aap sochne ke liye kya larai ka halat soch sakte</w:t>
      </w:r>
    </w:p>
    <w:p>
      <w:pPr>
        <w:jc w:val="right"/>
      </w:pPr>
      <w:r>
        <w:t>تو یہ سب باتیں جب آپ سوچنے کے لیے کیا لڑائی کا حالت سوچ سکتے</w:t>
      </w:r>
    </w:p>
    <w:p>
      <w:r>
        <w:rPr>
          <w:b/>
        </w:rPr>
        <w:t xml:space="preserve">[17:30] </w:t>
      </w:r>
      <w:r>
        <w:t>hain? aap yani larai ho, jang ho, nafrat ho to aap soch sakte hain.</w:t>
      </w:r>
    </w:p>
    <w:p>
      <w:pPr>
        <w:jc w:val="right"/>
      </w:pPr>
      <w:r>
        <w:t>ہیں؟ آپ یعنی لڑائی ہو، جنگ ہو، نفرت ہو تو آپ سوچ سکتے ہیں۔</w:t>
      </w:r>
    </w:p>
    <w:p>
      <w:r>
        <w:rPr>
          <w:b/>
        </w:rPr>
        <w:t xml:space="preserve">[17:40] </w:t>
      </w:r>
      <w:r>
        <w:t>in sab cheezon ko sochne ke liye bohat hi ziyada peaceful halat chahiye, bohat ziyada peaceful halat.</w:t>
      </w:r>
    </w:p>
    <w:p>
      <w:pPr>
        <w:jc w:val="right"/>
      </w:pPr>
      <w:r>
        <w:t>ان سب چیزوں کو سوچنے کے لیے بہت ہی زیادہ پیس فل حالات چاہیے، بہت زیادہ پیس فل حالات۔</w:t>
      </w:r>
    </w:p>
    <w:p>
      <w:r>
        <w:rPr>
          <w:b/>
        </w:rPr>
        <w:t xml:space="preserve">[17:50] </w:t>
      </w:r>
      <w:r>
        <w:t>to islam yeh chahta hai ke Allah</w:t>
      </w:r>
    </w:p>
    <w:p>
      <w:pPr>
        <w:jc w:val="right"/>
      </w:pPr>
      <w:r>
        <w:t>تو اسلام یہ چاہتا ہے کہ اللہ</w:t>
      </w:r>
    </w:p>
    <w:p>
      <w:r>
        <w:rPr>
          <w:b/>
        </w:rPr>
        <w:t xml:space="preserve">[18:00] </w:t>
      </w:r>
      <w:r>
        <w:t>ke insaan ke andar Allah se mohabbat paida ho, is se Allah uska concern ban jaye.</w:t>
      </w:r>
    </w:p>
    <w:p>
      <w:pPr>
        <w:jc w:val="right"/>
      </w:pPr>
      <w:r>
        <w:t>کے انسان کے اندر اللہ سے محبت پیدا ہو، اس سے اللہ اس کا کنسرن بن جائے۔</w:t>
      </w:r>
    </w:p>
    <w:p>
      <w:r>
        <w:rPr>
          <w:b/>
        </w:rPr>
        <w:t xml:space="preserve">[18:08] </w:t>
      </w:r>
      <w:r>
        <w:t>to yeh kab aayega? jab aap sochenge bohat ziyada.</w:t>
      </w:r>
    </w:p>
    <w:p>
      <w:pPr>
        <w:jc w:val="right"/>
      </w:pPr>
      <w:r>
        <w:t>تو یہ کب آئے گا؟ جب آپ سوچیں گے بہت زیادہ۔</w:t>
      </w:r>
    </w:p>
    <w:p>
      <w:r>
        <w:rPr>
          <w:b/>
        </w:rPr>
        <w:t xml:space="preserve">[18:15] </w:t>
      </w:r>
      <w:r>
        <w:t>to wo sochne ka jo process hai wo kab chalega? jab mahol mein peace ho, poori tarah peace ho.</w:t>
      </w:r>
    </w:p>
    <w:p>
      <w:pPr>
        <w:jc w:val="right"/>
      </w:pPr>
      <w:r>
        <w:t>تو وہ سوچنے کا جو پراسیس ہے وہ کب چلے گا؟ جب ماحول میں پیس ہو، پوری طرح پیس ہو۔</w:t>
      </w:r>
    </w:p>
    <w:p>
      <w:r>
        <w:rPr>
          <w:b/>
        </w:rPr>
        <w:t xml:space="preserve">[18:23] </w:t>
      </w:r>
      <w:r>
        <w:t>zara bhi agar jhijhak ho, larai ho to</w:t>
      </w:r>
    </w:p>
    <w:p>
      <w:pPr>
        <w:jc w:val="right"/>
      </w:pPr>
      <w:r>
        <w:t>ذرا بھی اگر جھجھٹ ہو، لڑائی ہو تو</w:t>
      </w:r>
    </w:p>
    <w:p>
      <w:r>
        <w:rPr>
          <w:b/>
        </w:rPr>
        <w:t xml:space="preserve">[18:31] </w:t>
      </w:r>
      <w:r>
        <w:t>yeh sab kaam nahi ho sakta.</w:t>
      </w:r>
    </w:p>
    <w:p>
      <w:pPr>
        <w:jc w:val="right"/>
      </w:pPr>
      <w:r>
        <w:t>یہ سب کام نہیں ہو سکتا۔</w:t>
      </w:r>
    </w:p>
    <w:p>
      <w:r>
        <w:rPr>
          <w:b/>
        </w:rPr>
        <w:t xml:space="preserve">[18:38] </w:t>
      </w:r>
      <w:r>
        <w:t>to is ka matlab hai ke yeh jo lafz aaye hain, yeh "fehm wa ahl ma ashab fi sabil</w:t>
      </w:r>
    </w:p>
    <w:p>
      <w:pPr>
        <w:jc w:val="right"/>
      </w:pPr>
      <w:r>
        <w:t>تو اس کا معنی ہے کہ یہ جو لفظ آئے ہیں، یہ "فہم واہل ما اصحاب فی سبیل</w:t>
      </w:r>
    </w:p>
    <w:p>
      <w:r>
        <w:rPr>
          <w:b/>
        </w:rPr>
        <w:t xml:space="preserve">[18:46] </w:t>
      </w:r>
      <w:r>
        <w:t>allah" hai, "wama d'u'f ma'staqarun" yeh aik process ki baat hai.</w:t>
      </w:r>
    </w:p>
    <w:p>
      <w:pPr>
        <w:jc w:val="right"/>
      </w:pPr>
      <w:r>
        <w:t>اللہ" ہے، "وما ضعف مستقارون" یہ ایک پراسیس کی بات ہے۔</w:t>
      </w:r>
    </w:p>
    <w:p>
      <w:r>
        <w:rPr>
          <w:b/>
        </w:rPr>
        <w:t xml:space="preserve">[18:53] </w:t>
      </w:r>
      <w:r>
        <w:t>to aik bohat hi peaceful process chalta hai aap ki zindagi mein, bohat hi zyada peaceful</w:t>
      </w:r>
    </w:p>
    <w:p>
      <w:pPr>
        <w:jc w:val="right"/>
      </w:pPr>
      <w:r>
        <w:t>تو ایک بہت ہی پیس فل پراسیس چلتا ہے آپ کی زندگی میں، بہت ہی زیادہ پیس فل</w:t>
      </w:r>
    </w:p>
    <w:p>
      <w:r>
        <w:rPr>
          <w:b/>
        </w:rPr>
        <w:t xml:space="preserve">[19:01] </w:t>
      </w:r>
      <w:r>
        <w:t>process.</w:t>
      </w:r>
    </w:p>
    <w:p>
      <w:pPr>
        <w:jc w:val="right"/>
      </w:pPr>
      <w:r>
        <w:t>پراسیس۔</w:t>
      </w:r>
    </w:p>
    <w:p>
      <w:r>
        <w:rPr>
          <w:b/>
        </w:rPr>
        <w:t xml:space="preserve">[19:08] </w:t>
      </w:r>
      <w:r>
        <w:t>tab aap ke andar positive thinking aati hai, aap ke andar purity aati hai, phir aap ke andar</w:t>
      </w:r>
    </w:p>
    <w:p>
      <w:pPr>
        <w:jc w:val="right"/>
      </w:pPr>
      <w:r>
        <w:t>تب آپ کے اندر پازیٹیو تھنکنگ آتی ہے، آپ کے اندر پیورٹی آتی ہے، پھر آپ کے اندر</w:t>
      </w:r>
    </w:p>
    <w:p>
      <w:r>
        <w:rPr>
          <w:b/>
        </w:rPr>
        <w:t xml:space="preserve">[19:16] </w:t>
      </w:r>
      <w:r>
        <w:t>tazkiya aata hai.</w:t>
      </w:r>
    </w:p>
    <w:p>
      <w:pPr>
        <w:jc w:val="right"/>
      </w:pPr>
      <w:r>
        <w:t>تزکیہ آتا ہے۔</w:t>
      </w:r>
    </w:p>
    <w:p>
      <w:r>
        <w:rPr>
          <w:b/>
        </w:rPr>
        <w:t xml:space="preserve">[19:24] </w:t>
      </w:r>
      <w:r>
        <w:t>to aaj mein yeh soch raha tha ke islam aur peace do integral part hain. islam ka</w:t>
      </w:r>
    </w:p>
    <w:p>
      <w:pPr>
        <w:jc w:val="right"/>
      </w:pPr>
      <w:r>
        <w:t>تو آج میں یہ سوچ رہا تھا کہ اسلام اور پیس دو انٹیگرل پارٹ ہیں۔ اسلام کا</w:t>
      </w:r>
    </w:p>
    <w:p>
      <w:r>
        <w:rPr>
          <w:b/>
        </w:rPr>
        <w:t xml:space="preserve">[19:31] </w:t>
      </w:r>
      <w:r>
        <w:t>yani peace jo hai woh islam ka integral part hai, takrao se koi talluq hi nahi islam ka.</w:t>
      </w:r>
    </w:p>
    <w:p>
      <w:pPr>
        <w:jc w:val="right"/>
      </w:pPr>
      <w:r>
        <w:t>یعنی پیس جو ہے وہ اسلام کا انٹیگرل پارٹ ہے، ٹکراؤ سے کوئی تعلق ہی نہیں اسلام کا۔</w:t>
      </w:r>
    </w:p>
    <w:p>
      <w:r>
        <w:rPr>
          <w:b/>
        </w:rPr>
        <w:t xml:space="preserve">[19:41] </w:t>
      </w:r>
      <w:r>
        <w:t>to mein sochta hoon ke jis insan ko yeh chahiye ke woh allah ka qurbat mile, us ko</w:t>
      </w:r>
    </w:p>
    <w:p>
      <w:pPr>
        <w:jc w:val="right"/>
      </w:pPr>
      <w:r>
        <w:t>تو میں سوچتا ہوں کہ جس انسان کو یہ چاہیے کہ وہ اللہ کا قربت ملے، اس کو</w:t>
      </w:r>
    </w:p>
    <w:p>
      <w:r>
        <w:rPr>
          <w:b/>
        </w:rPr>
        <w:t xml:space="preserve">[19:51] </w:t>
      </w:r>
      <w:r>
        <w:t>jannat mile, us ko farisht</w:t>
      </w:r>
    </w:p>
    <w:p>
      <w:pPr>
        <w:jc w:val="right"/>
      </w:pPr>
      <w:r>
        <w:t>جنت ملے، اس کو فرشت</w:t>
      </w:r>
    </w:p>
    <w:p>
      <w:r>
        <w:rPr>
          <w:b/>
        </w:rPr>
        <w:t xml:space="preserve">[20:01] </w:t>
      </w:r>
      <w:r>
        <w:t>on ki farishtay us ke sath hon, yeh sab baatein to us ko bohat zyada positive banna paray</w:t>
      </w:r>
    </w:p>
    <w:p>
      <w:pPr>
        <w:jc w:val="right"/>
      </w:pPr>
      <w:r>
        <w:t>وں کی فرشتے اس کے ساتھ ہوں، یہ سب باتیں تو اس کو بہت زیادہ پازیٹیو بننا پڑے</w:t>
      </w:r>
    </w:p>
    <w:p>
      <w:r>
        <w:rPr>
          <w:b/>
        </w:rPr>
        <w:t xml:space="preserve">[20:09] </w:t>
      </w:r>
      <w:r>
        <w:t>ga, bohat zyada, bohat zyada us ko peaceful banna paray ga.</w:t>
      </w:r>
    </w:p>
    <w:p>
      <w:pPr>
        <w:jc w:val="right"/>
      </w:pPr>
      <w:r>
        <w:t>گا، بہت زیادہ، بہت زیادہ اس کو پیس فل بننا پڑے گا۔</w:t>
      </w:r>
    </w:p>
    <w:p>
      <w:r>
        <w:rPr>
          <w:b/>
        </w:rPr>
        <w:t xml:space="preserve">[20:16] </w:t>
      </w:r>
      <w:r>
        <w:t>tab us ko yeh sab baatein hon gi, tab woh personality banay gi jis ko jannat jannat mein</w:t>
      </w:r>
    </w:p>
    <w:p>
      <w:pPr>
        <w:jc w:val="right"/>
      </w:pPr>
      <w:r>
        <w:t>تب اس کو یہ سب باتیں ہوں گی، تب وہ پرسنیلٹی بنے گی جس کو جنت جنت میں</w:t>
      </w:r>
    </w:p>
    <w:p>
      <w:r>
        <w:rPr>
          <w:b/>
        </w:rPr>
        <w:t xml:space="preserve">[20:24] </w:t>
      </w:r>
      <w:r>
        <w:t>entry mil jaye.</w:t>
      </w:r>
    </w:p>
    <w:p>
      <w:pPr>
        <w:jc w:val="right"/>
      </w:pPr>
      <w:r>
        <w:t>انٹری مل جائے۔</w:t>
      </w:r>
    </w:p>
    <w:p>
      <w:r>
        <w:rPr>
          <w:b/>
        </w:rPr>
        <w:t xml:space="preserve">[20:32] </w:t>
      </w:r>
      <w:r>
        <w:t>meri dua hai ke Allah taala mujh ko aur aap ko tofeeq de ke hum apne aap ko is is process mein dhalen. assalam o alaikum wa rehmatullah. Maulana, abhi aap ne kaha yeh bohat time se hamare hamare dimagh mein ek question hai: "w</w:t>
      </w:r>
    </w:p>
    <w:p>
      <w:pPr>
        <w:jc w:val="right"/>
      </w:pPr>
      <w:r>
        <w:t>میری دعا ہے کہ اللہ تعالی مجھ کو اور آپ کو توفیق دے کہ ہم اپنے آپ کو اس اس پراسیس میں ڈھالیں۔ السلام علیکم ورحمۃ اللہ۔ مولانا، ابھی آپ نے کہا یہ بہت ٹائم سے ہمارے ہمارے دماغ میں ایک کوئسچن ہے: "و</w:t>
      </w:r>
    </w:p>
    <w:p>
      <w:r>
        <w:rPr>
          <w:b/>
        </w:rPr>
        <w:t xml:space="preserve">[21:02] </w:t>
      </w:r>
      <w:r>
        <w:t>when you say that god throws man in difficulties" to Maulana, hum yeh aisa kyun refer karte hain?</w:t>
      </w:r>
    </w:p>
    <w:p>
      <w:pPr>
        <w:jc w:val="right"/>
      </w:pPr>
      <w:r>
        <w:t>ین یو سے دیٹ گاڈ تھروز مین ان ڈیفیکلٹیز" تو مولانا، ہم یہ ایسا کیوں ریفر کرتے ہیں؟</w:t>
      </w:r>
    </w:p>
    <w:p>
      <w:r>
        <w:rPr>
          <w:b/>
        </w:rPr>
        <w:t xml:space="preserve">[21:08] </w:t>
      </w:r>
      <w:r>
        <w:t>god throws man, insan apni khud ki bewakoofiyon se difficulties apne ooper leta hai.</w:t>
      </w:r>
    </w:p>
    <w:p>
      <w:pPr>
        <w:jc w:val="right"/>
      </w:pPr>
      <w:r>
        <w:t>گاڈ تھروز مین، انسان اپنی خود کی بیوقوفیوں سے ڈیفیکلٹیز اپنے اوپر لیتا ہے۔</w:t>
      </w:r>
    </w:p>
    <w:p>
      <w:r>
        <w:rPr>
          <w:b/>
        </w:rPr>
        <w:t xml:space="preserve">[21:14] </w:t>
      </w:r>
      <w:r>
        <w:t>isme khuda ka aik khuda kyun insan ko difficulties mein dalta hai? haan, to woh bhi isi</w:t>
      </w:r>
    </w:p>
    <w:p>
      <w:pPr>
        <w:jc w:val="right"/>
      </w:pPr>
      <w:r>
        <w:t>اس میں خدا کا ایک خدا کیوں انسان کو ڈیفیکلٹیز میں ڈالتا ہے؟ ہاں، تو وہ بھی اسی</w:t>
      </w:r>
    </w:p>
    <w:p>
      <w:r>
        <w:rPr>
          <w:b/>
        </w:rPr>
        <w:t xml:space="preserve">[21:20] </w:t>
      </w:r>
      <w:r>
        <w:t>ke process ka hissa hai.</w:t>
      </w:r>
    </w:p>
    <w:p>
      <w:pPr>
        <w:jc w:val="right"/>
      </w:pPr>
      <w:r>
        <w:t>کے پراسیس کا حصہ ہے۔</w:t>
      </w:r>
    </w:p>
    <w:p>
      <w:r>
        <w:rPr>
          <w:b/>
        </w:rPr>
        <w:t xml:space="preserve">[21:26] </w:t>
      </w:r>
      <w:r>
        <w:t>bhai, mera to yahi tajurba hai, haan ji, ke jab bhi mein kisi</w:t>
      </w:r>
    </w:p>
    <w:p>
      <w:pPr>
        <w:jc w:val="right"/>
      </w:pPr>
      <w:r>
        <w:t>بھائی، میرا تو یہی تجربہ ہے، ہاں جی، کہ جب بھی میں کسی</w:t>
      </w:r>
    </w:p>
    <w:p>
      <w:r>
        <w:rPr>
          <w:b/>
        </w:rPr>
        <w:t xml:space="preserve">[21:32] </w:t>
      </w:r>
      <w:r>
        <w:t>mushkil mein parta hoon, hmm, koi mujhe takleef pohanchti hai, koi museebat hoti hai to har aisay experience</w:t>
      </w:r>
    </w:p>
    <w:p>
      <w:pPr>
        <w:jc w:val="right"/>
      </w:pPr>
      <w:r>
        <w:t>مشکل میں پڑتا ہوں، ہمم، کوئی مجھے تکلیف پہنچتی ہے، کوئی مصیبت ہوتی ہے تو ہر ایسے ایکسپیرینس</w:t>
      </w:r>
    </w:p>
    <w:p>
      <w:r>
        <w:rPr>
          <w:b/>
        </w:rPr>
        <w:t xml:space="preserve">[21:38] </w:t>
      </w:r>
      <w:r>
        <w:t>ke baad meri thinking barh jati hai.</w:t>
      </w:r>
    </w:p>
    <w:p>
      <w:pPr>
        <w:jc w:val="right"/>
      </w:pPr>
      <w:r>
        <w:t>کے بعد میری تھنکنگ بڑھ جاتی ہے۔</w:t>
      </w:r>
    </w:p>
    <w:p>
      <w:r>
        <w:rPr>
          <w:b/>
        </w:rPr>
        <w:t xml:space="preserve">[21:44] </w:t>
      </w:r>
      <w:r>
        <w:t>hmm, yeh mera zindagi bhar ka tajurba hai.</w:t>
      </w:r>
    </w:p>
    <w:p>
      <w:pPr>
        <w:jc w:val="right"/>
      </w:pPr>
      <w:r>
        <w:t>ہمم، یہ میرا زندگی بھر کا تجربہ ہے۔</w:t>
      </w:r>
    </w:p>
    <w:p>
      <w:r>
        <w:rPr>
          <w:b/>
        </w:rPr>
        <w:t xml:space="preserve">[21:51] </w:t>
      </w:r>
      <w:r>
        <w:t>hmm, to jab nature ka process yeh hai, hmm, to hamein sabr ke sath us ko accept karna paray ga.</w:t>
      </w:r>
    </w:p>
    <w:p>
      <w:pPr>
        <w:jc w:val="right"/>
      </w:pPr>
      <w:r>
        <w:t>ہمم، تو جب نیچر کا پراسیس یہ ہے، ہمم، تو ہمیں صبر کے ساتھ اس کو ایکسیپٹ کرنا پڑے گا۔</w:t>
      </w:r>
    </w:p>
    <w:p>
      <w:r>
        <w:rPr>
          <w:b/>
        </w:rPr>
        <w:t xml:space="preserve">[21:57] </w:t>
      </w:r>
      <w:r>
        <w:t>hmm, kyunke doosra koi hai hi nahi.</w:t>
      </w:r>
    </w:p>
    <w:p>
      <w:pPr>
        <w:jc w:val="right"/>
      </w:pPr>
      <w:r>
        <w:t>ہمم، کیونکہ دوسرا کوئی ہے ہی نہیں۔</w:t>
      </w:r>
    </w:p>
    <w:p>
      <w:r>
        <w:rPr>
          <w:b/>
        </w:rPr>
        <w:t xml:space="preserve">[22:03] </w:t>
      </w:r>
      <w:r>
        <w:t>sahi baat hai.</w:t>
      </w:r>
    </w:p>
    <w:p>
      <w:pPr>
        <w:jc w:val="right"/>
      </w:pPr>
      <w:r>
        <w:t>صحیح بات ہے۔</w:t>
      </w:r>
    </w:p>
    <w:p>
      <w:r>
        <w:rPr>
          <w:b/>
        </w:rPr>
        <w:t xml:space="preserve">[22:11] </w:t>
      </w:r>
      <w:r>
        <w:t>misal ke tor par dekhiye, mein aisay logon ke sath raha hoon jo aik dam apne halaat ke lehaz se be</w:t>
      </w:r>
    </w:p>
    <w:p>
      <w:pPr>
        <w:jc w:val="right"/>
      </w:pPr>
      <w:r>
        <w:t>مثلاً دیکھیے، میں ایسے لوگوں کے ساتھ رہا ہوں جو ایک دم اپنے حالات کے لحاظ سے بے</w:t>
      </w:r>
    </w:p>
    <w:p>
      <w:r>
        <w:rPr>
          <w:b/>
        </w:rPr>
        <w:t xml:space="preserve">[22:18] </w:t>
      </w:r>
      <w:r>
        <w:t>had be had the, to koi aql ki baat nahi keh paate the.</w:t>
      </w:r>
    </w:p>
    <w:p>
      <w:pPr>
        <w:jc w:val="right"/>
      </w:pPr>
      <w:r>
        <w:t>حد بے حد تھے، تو کوئی عقل کی بات نہیں کہہ پاتے تھے۔</w:t>
      </w:r>
    </w:p>
    <w:p>
      <w:r>
        <w:rPr>
          <w:b/>
        </w:rPr>
        <w:t xml:space="preserve">[22:26] </w:t>
      </w:r>
      <w:r>
        <w:t>wo ha ha karte the, yaani ha ha khoob karte the, lekin koi aql ki baat nahi keh paate the.</w:t>
      </w:r>
    </w:p>
    <w:p>
      <w:pPr>
        <w:jc w:val="right"/>
      </w:pPr>
      <w:r>
        <w:t>وہ ہا ہا کرتے تھے، یعنی ہا ہا خوب کرتے تھے، لیکن کوئی عقل کی بات نہیں کہہ پاتے تھے۔</w:t>
      </w:r>
    </w:p>
    <w:p>
      <w:r>
        <w:rPr>
          <w:b/>
        </w:rPr>
        <w:t xml:space="preserve">[22:34] </w:t>
      </w:r>
      <w:r>
        <w:t>to bas tajrube se samjha hoon ke jab tak aadmi par kuch, jaise ek martaba mein kisi factory</w:t>
      </w:r>
    </w:p>
    <w:p>
      <w:pPr>
        <w:jc w:val="right"/>
      </w:pPr>
      <w:r>
        <w:t>تو بس تجربے سے سمجھا ہوں کہ جب تک آدمی پر کچھ، جیسے ایک مرتبہ میں کسی فیکٹری</w:t>
      </w:r>
    </w:p>
    <w:p>
      <w:r>
        <w:rPr>
          <w:b/>
        </w:rPr>
        <w:t xml:space="preserve">[22:44] </w:t>
      </w:r>
      <w:r>
        <w:t>mein gaya, wahan seb se apple se ras nikala ja raha tha, juice.</w:t>
      </w:r>
    </w:p>
    <w:p>
      <w:pPr>
        <w:jc w:val="right"/>
      </w:pPr>
      <w:r>
        <w:t>میں گیا، وہاں سیب سے ایپل سے رس نکالا جا رہا تھا، جوس۔</w:t>
      </w:r>
    </w:p>
    <w:p>
      <w:r>
        <w:rPr>
          <w:b/>
        </w:rPr>
        <w:t xml:space="preserve">[22:54] </w:t>
      </w:r>
      <w:r>
        <w:t>to ek martaba is se apple ko pass kiya gaya to kuch ras nikla, phir</w:t>
      </w:r>
    </w:p>
    <w:p>
      <w:pPr>
        <w:jc w:val="right"/>
      </w:pPr>
      <w:r>
        <w:t>تو ایک مرتبہ اس سے ایپل کو پاس کیا گیا تو کچھ رس نکلا، پھر</w:t>
      </w:r>
    </w:p>
    <w:p>
      <w:r>
        <w:rPr>
          <w:b/>
        </w:rPr>
        <w:t xml:space="preserve">[23:04] </w:t>
      </w:r>
      <w:r>
        <w:t>dobara dala gaya to aur ras nikla.</w:t>
      </w:r>
    </w:p>
    <w:p>
      <w:pPr>
        <w:jc w:val="right"/>
      </w:pPr>
      <w:r>
        <w:t>دوبارہ ڈالا گیا تو اور رس نکلا۔</w:t>
      </w:r>
    </w:p>
    <w:p>
      <w:r>
        <w:rPr>
          <w:b/>
        </w:rPr>
        <w:t xml:space="preserve">[23:12] </w:t>
      </w:r>
      <w:r>
        <w:t>to mein sochta hoon ke ye yehi insaan ke saath bhi hai.</w:t>
      </w:r>
    </w:p>
    <w:p>
      <w:pPr>
        <w:jc w:val="right"/>
      </w:pPr>
      <w:r>
        <w:t>تو میں سوچتا ہوں کہ یہ یہی انسان کے ساتھ بھی ہے۔</w:t>
      </w:r>
    </w:p>
    <w:p>
      <w:r>
        <w:rPr>
          <w:b/>
        </w:rPr>
        <w:t xml:space="preserve">[23:19] </w:t>
      </w:r>
      <w:r>
        <w:t>hmm, jab tak dabaav na ho, jab tak kuch dabaav na ho, aadmi ka jo jo aadmi ka</w:t>
      </w:r>
    </w:p>
    <w:p>
      <w:pPr>
        <w:jc w:val="right"/>
      </w:pPr>
      <w:r>
        <w:t>ہمم، جب تک دباؤ نہ ہو، جب تک کچھ دباؤ نہ ہو، آدمی کا جو جو آدمی کا</w:t>
      </w:r>
    </w:p>
    <w:p>
      <w:r>
        <w:rPr>
          <w:b/>
        </w:rPr>
        <w:t xml:space="preserve">[23:27] </w:t>
      </w:r>
      <w:r>
        <w:t>ka jo mind hai, wo jaagta nahi.</w:t>
      </w:r>
    </w:p>
    <w:p>
      <w:pPr>
        <w:jc w:val="right"/>
      </w:pPr>
      <w:r>
        <w:t>کا جو مائنڈ ہے، وہ جاگتا نہیں۔</w:t>
      </w:r>
    </w:p>
    <w:p>
      <w:r>
        <w:rPr>
          <w:b/>
        </w:rPr>
        <w:t xml:space="preserve">[23:34] </w:t>
      </w:r>
      <w:r>
        <w:t>ab ye nature ka process hai, kya kijiye ga? hmm, aap ka nahi, nahi, hum is ko samajhne</w:t>
      </w:r>
    </w:p>
    <w:p>
      <w:pPr>
        <w:jc w:val="right"/>
      </w:pPr>
      <w:r>
        <w:t>اب یہ نیچر کا پراسیس ہے، کیا کیجیے گا؟ ہمم، آپ کا نہیں، نہیں، ہم اس کو سمجھنے</w:t>
      </w:r>
    </w:p>
    <w:p>
      <w:r>
        <w:rPr>
          <w:b/>
        </w:rPr>
        <w:t xml:space="preserve">[23:42] </w:t>
      </w:r>
      <w:r>
        <w:t>ke liye aap is paas dekhiye ke jo aadmi aisa ho mile aap ko ke uska koi</w:t>
      </w:r>
    </w:p>
    <w:p>
      <w:pPr>
        <w:jc w:val="right"/>
      </w:pPr>
      <w:r>
        <w:t>کے لیے آپ اس پاس دیکھیے کہ جو آدمی ایسا ہو ملے آپ کو کہ اس کا کوئی</w:t>
      </w:r>
    </w:p>
    <w:p>
      <w:r>
        <w:rPr>
          <w:b/>
        </w:rPr>
        <w:t xml:space="preserve">[23:50] </w:t>
      </w:r>
      <w:r>
        <w:t>problem nahi, bilkul jis ko kehte hain chagm mein jeeta ho, to wo halki phulki baatein karega</w:t>
      </w:r>
    </w:p>
    <w:p>
      <w:pPr>
        <w:jc w:val="right"/>
      </w:pPr>
      <w:r>
        <w:t>پرابلم نہیں، بالکل جس کو کہتے ہیں چغم میں جیتا ہو، تو وہ ہلکی پھلکی باتیں کرے گا</w:t>
      </w:r>
    </w:p>
    <w:p>
      <w:r>
        <w:rPr>
          <w:b/>
        </w:rPr>
        <w:t xml:space="preserve">[23:58] </w:t>
      </w:r>
      <w:r>
        <w:t>aur hansi mazaq ki baatein karega, hawa karega,</w:t>
      </w:r>
    </w:p>
    <w:p>
      <w:pPr>
        <w:jc w:val="right"/>
      </w:pPr>
      <w:r>
        <w:t>اور ہنسی مذاق کی باتیں کرے گا، ہوا کرے گا،</w:t>
      </w:r>
    </w:p>
    <w:p>
      <w:r>
        <w:rPr>
          <w:b/>
        </w:rPr>
        <w:t xml:space="preserve">[24:05] </w:t>
      </w:r>
      <w:r>
        <w:t>aql ki baat nahi keh payega.</w:t>
      </w:r>
    </w:p>
    <w:p>
      <w:pPr>
        <w:jc w:val="right"/>
      </w:pPr>
      <w:r>
        <w:t>عقل کی بات نہیں کہہ پائے گا۔</w:t>
      </w:r>
    </w:p>
    <w:p>
      <w:r>
        <w:rPr>
          <w:b/>
        </w:rPr>
        <w:t xml:space="preserve">[24:11] </w:t>
      </w:r>
      <w:r>
        <w:t>lekin jo jeeta ho struggle mein, difficulties mein, to isi wo wo bolega to kuch na kuch</w:t>
      </w:r>
    </w:p>
    <w:p>
      <w:pPr>
        <w:jc w:val="right"/>
      </w:pPr>
      <w:r>
        <w:t>لیکن جو جیتا ہو اسٹرگل میں، ڈیفیکلٹیز میں، تو اسی وہ وہ بولے گا تو کچھ نہ کچھ</w:t>
      </w:r>
    </w:p>
    <w:p>
      <w:r>
        <w:rPr>
          <w:b/>
        </w:rPr>
        <w:t xml:space="preserve">[24:17] </w:t>
      </w:r>
      <w:r>
        <w:t>gehrai hogi us ki baaton mein.</w:t>
      </w:r>
    </w:p>
    <w:p>
      <w:pPr>
        <w:jc w:val="right"/>
      </w:pPr>
      <w:r>
        <w:t>گہرائی ہوگی اس کی باتوں میں۔</w:t>
      </w:r>
    </w:p>
    <w:p>
      <w:r>
        <w:rPr>
          <w:b/>
        </w:rPr>
        <w:t xml:space="preserve">[24:23] </w:t>
      </w:r>
      <w:r>
        <w:t>ہمم، میں سوچتا ہوں کہ ایک پرانی سینگ ہے کہ "It is not ease but effort, not facility</w:t>
      </w:r>
    </w:p>
    <w:p>
      <w:pPr>
        <w:jc w:val="right"/>
      </w:pPr>
      <w:r>
        <w:t>ہمم، میں سوچتا ہوں کہ ایک پرانی سینگ ہے کہ "اٹ از ناٹ ایز بٹ ایفرٹ، ناٹ فیسلیٹی</w:t>
      </w:r>
    </w:p>
    <w:p>
      <w:r>
        <w:rPr>
          <w:b/>
        </w:rPr>
        <w:t xml:space="preserve">[24:29] </w:t>
      </w:r>
      <w:r>
        <w:t>but difficulty, that makes man".</w:t>
      </w:r>
    </w:p>
    <w:p>
      <w:pPr>
        <w:jc w:val="right"/>
      </w:pPr>
      <w:r>
        <w:t>بٹ ڈیفیکلٹی، دیٹ میکس مین"۔</w:t>
      </w:r>
    </w:p>
    <w:p>
      <w:r>
        <w:rPr>
          <w:b/>
        </w:rPr>
        <w:t xml:space="preserve">[24:35] </w:t>
      </w:r>
      <w:r>
        <w:t>that makes man, ye bahut sahi baat hai.</w:t>
      </w:r>
    </w:p>
    <w:p>
      <w:pPr>
        <w:jc w:val="right"/>
      </w:pPr>
      <w:r>
        <w:t>دیٹ میکس مین، یہ بہت صحیح بات ہے۔</w:t>
      </w:r>
    </w:p>
    <w:p>
      <w:r>
        <w:rPr>
          <w:b/>
        </w:rPr>
        <w:t xml:space="preserve">[24:44] </w:t>
      </w:r>
      <w:r>
        <w:t>maulana, aaj ke lecture mein jo aap ne ye bataya ke imaan ka taqaza khuda se hub shadeed</w:t>
      </w:r>
    </w:p>
    <w:p>
      <w:pPr>
        <w:jc w:val="right"/>
      </w:pPr>
      <w:r>
        <w:t>مولانا، آج کے لیکچر میں جو آپ نے یہ بتایا کہ ایمان کا تقاضا خدا سے حب شدید</w:t>
      </w:r>
    </w:p>
    <w:p>
      <w:r>
        <w:rPr>
          <w:b/>
        </w:rPr>
        <w:t xml:space="preserve">[24:52] </w:t>
      </w:r>
      <w:r>
        <w:t>ہے اور اس کے لیے peaceful ماحول must ہے، مولانا، یہ بہت ہی basic اور point ہے۔</w:t>
      </w:r>
    </w:p>
    <w:p>
      <w:pPr>
        <w:jc w:val="right"/>
      </w:pPr>
      <w:r>
        <w:t>ہے اور اس کے لیے پیس فل ماحول مسٹ ہے، مولانا، یہ بہت ہی بیسک اور پوائنٹ ہے۔</w:t>
      </w:r>
    </w:p>
    <w:p>
      <w:r>
        <w:rPr>
          <w:b/>
        </w:rPr>
        <w:t xml:space="preserve">[25:00] </w:t>
      </w:r>
      <w:r>
        <w:t>maulana, ke kisi ne is ko highlight nahi kiya, is ko focus nahi kiya.</w:t>
      </w:r>
    </w:p>
    <w:p>
      <w:pPr>
        <w:jc w:val="right"/>
      </w:pPr>
      <w:r>
        <w:t>مولانا، کہ کسی نے اس کو ہائی لائٹ نہیں کیا، اس کو فوکس نہیں کیا۔</w:t>
      </w:r>
    </w:p>
    <w:p>
      <w:r>
        <w:rPr>
          <w:b/>
        </w:rPr>
        <w:t xml:space="preserve">[25:08] </w:t>
      </w:r>
      <w:r>
        <w:t>kya ji, Maulana, kisi ne bhi peace mahol, peaceful mahol ko zaroori qarar nahi diya khud imaan ke liye aur hubb shadeed ke liye, jis ki wajah se logon ne ah Khuda se hubb shadeed ko hi ah mahroom, jis se woh Khuda se hubb shadeed se hi mahroom ho gaye. Dekhiye, baat yeh hai ke jis law of nature ke tehat</w:t>
      </w:r>
    </w:p>
    <w:p>
      <w:pPr>
        <w:jc w:val="right"/>
      </w:pPr>
      <w:r>
        <w:t>کیا جی، مولانا، کسی نے بھی پیس ماحول، پیس فل ماحول کو ضروری قرار نہیں دیا خود ایمان کے لیے اور حب شدید کے لیے، جس کی وجہ سے لوگوں نے اہ خدا سے حب شدید کو ہی اہ محروم، جس سے وہ خدا سے حب شدید سے ہی محروم ہو گئے۔ دیکھیے، بات یہ ہے کہ جس لاء آف نیچر کے تحت</w:t>
      </w:r>
    </w:p>
    <w:p>
      <w:r>
        <w:rPr>
          <w:b/>
        </w:rPr>
        <w:t xml:space="preserve">[25:38] </w:t>
      </w:r>
      <w:r>
        <w:t>duniya bani hai, to kisi bhi samaj mein aap hon, har samaj mein, har character life mein jhagda</w:t>
      </w:r>
    </w:p>
    <w:p>
      <w:pPr>
        <w:jc w:val="right"/>
      </w:pPr>
      <w:r>
        <w:t>دنیا بنی ہے، تو کسی بھی سماج میں آپ ہوں، ہر سماج میں، ہر کریکٹر لائف میں جھگڑا</w:t>
      </w:r>
    </w:p>
    <w:p>
      <w:r>
        <w:rPr>
          <w:b/>
        </w:rPr>
        <w:t xml:space="preserve">[25:46] </w:t>
      </w:r>
      <w:r>
        <w:t>hoga, kis kashmakash hogi, takraav hoga.</w:t>
      </w:r>
    </w:p>
    <w:p>
      <w:pPr>
        <w:jc w:val="right"/>
      </w:pPr>
      <w:r>
        <w:t>ہوگا، کس کشمکش ہوگی، ٹکراؤ ہوگا۔</w:t>
      </w:r>
    </w:p>
    <w:p>
      <w:r>
        <w:rPr>
          <w:b/>
        </w:rPr>
        <w:t xml:space="preserve">[25:53] </w:t>
      </w:r>
      <w:r>
        <w:t>یعنی that is, یعنی must in social life.</w:t>
      </w:r>
    </w:p>
    <w:p>
      <w:pPr>
        <w:jc w:val="right"/>
      </w:pPr>
      <w:r>
        <w:t>یعنی دیٹ از، یعنی مسٹ ان سوشل لائف۔</w:t>
      </w:r>
    </w:p>
    <w:p>
      <w:r>
        <w:rPr>
          <w:b/>
        </w:rPr>
        <w:t xml:space="preserve">[26:01] </w:t>
      </w:r>
      <w:r>
        <w:t>to social life mein jab aap rahenge to</w:t>
      </w:r>
    </w:p>
    <w:p>
      <w:pPr>
        <w:jc w:val="right"/>
      </w:pPr>
      <w:r>
        <w:t>تو سوشل لائف میں جب آپ رہیں گے تو</w:t>
      </w:r>
    </w:p>
    <w:p>
      <w:r>
        <w:rPr>
          <w:b/>
        </w:rPr>
        <w:t xml:space="preserve">[26:08] </w:t>
      </w:r>
      <w:r>
        <w:t>in situations se aap ko saafqa pesh aayega.</w:t>
      </w:r>
    </w:p>
    <w:p>
      <w:pPr>
        <w:jc w:val="right"/>
      </w:pPr>
      <w:r>
        <w:t>ان سچوئیشنز سے آپ کو سابقہ پیش آئے گا۔</w:t>
      </w:r>
    </w:p>
    <w:p>
      <w:r>
        <w:rPr>
          <w:b/>
        </w:rPr>
        <w:t xml:space="preserve">[26:16] </w:t>
      </w:r>
      <w:r>
        <w:t>wahan par aap ka response agar negative ho jaye to aap ke, aap ki yaani development nahi ho sakta.</w:t>
      </w:r>
    </w:p>
    <w:p>
      <w:pPr>
        <w:jc w:val="right"/>
      </w:pPr>
      <w:r>
        <w:t>وہاں پر آپ کا رسپانس اگر نیگیٹیو ہو جائے تو آپ کے، آپ کی یعنی ڈیولپمنٹ نہیں ہو سکتا۔</w:t>
      </w:r>
    </w:p>
    <w:p>
      <w:r>
        <w:rPr>
          <w:b/>
        </w:rPr>
        <w:t xml:space="preserve">[26:24] </w:t>
      </w:r>
      <w:r>
        <w:t>aap ko positive banna pare ga, yaani sabr ke roop mein banna pare ga.</w:t>
      </w:r>
    </w:p>
    <w:p>
      <w:pPr>
        <w:jc w:val="right"/>
      </w:pPr>
      <w:r>
        <w:t>آپ کو پازیٹیو بننا پڑے گا، یعنی صبر کے روپ میں بننا پڑے گا۔</w:t>
      </w:r>
    </w:p>
    <w:p>
      <w:r>
        <w:rPr>
          <w:b/>
        </w:rPr>
        <w:t xml:space="preserve">[26:32] </w:t>
      </w:r>
      <w:r>
        <w:t>is ko, yaani jo ho raha hai samajh ke andar,</w:t>
      </w:r>
    </w:p>
    <w:p>
      <w:pPr>
        <w:jc w:val="right"/>
      </w:pPr>
      <w:r>
        <w:t>اس کو، یعنی جو ہو رہا ہے سماج کے اندر،</w:t>
      </w:r>
    </w:p>
    <w:p>
      <w:r>
        <w:rPr>
          <w:b/>
        </w:rPr>
        <w:t xml:space="preserve">[26:40] </w:t>
      </w:r>
      <w:r>
        <w:t>is ko aap mislan dekha aap ne to dua kar ke guzar guzar jaiye.</w:t>
      </w:r>
    </w:p>
    <w:p>
      <w:pPr>
        <w:jc w:val="right"/>
      </w:pPr>
      <w:r>
        <w:t>اس کو آپ مثلاً دیکھا آپ نے تو دعا کر کے گزر گزر جائیے۔</w:t>
      </w:r>
    </w:p>
    <w:p>
      <w:r>
        <w:rPr>
          <w:b/>
        </w:rPr>
        <w:t xml:space="preserve">[26:47] </w:t>
      </w:r>
      <w:r>
        <w:t>yeh nahi ke aap khud bhi shamil ho jayen larai mein.</w:t>
      </w:r>
    </w:p>
    <w:p>
      <w:pPr>
        <w:jc w:val="right"/>
      </w:pPr>
      <w:r>
        <w:t>یہ نہیں کہ آپ خود بھی شامل ہو جائیں لڑائی میں۔</w:t>
      </w:r>
    </w:p>
    <w:p>
      <w:r>
        <w:rPr>
          <w:b/>
        </w:rPr>
        <w:t xml:space="preserve">[26:55] </w:t>
      </w:r>
      <w:r>
        <w:t>تو ماحول میں یا سوسائٹی میں لازماً provocation ہوگا، لیکن آپ کو provoke نہیں ہونا ہے۔</w:t>
      </w:r>
    </w:p>
    <w:p>
      <w:pPr>
        <w:jc w:val="right"/>
      </w:pPr>
      <w:r>
        <w:t>تو ماحول میں یا سوسائٹی میں لازماً پرووکیشن ہوگا، لیکن آپ کو پرووک نہیں ہونا ہے۔</w:t>
      </w:r>
    </w:p>
    <w:p>
      <w:r>
        <w:rPr>
          <w:b/>
        </w:rPr>
        <w:t xml:space="preserve">[27:02] </w:t>
      </w:r>
      <w:r>
        <w:t>تب جا کر آپ کے اندر spiritual yani personality</w:t>
      </w:r>
    </w:p>
    <w:p>
      <w:pPr>
        <w:jc w:val="right"/>
      </w:pPr>
      <w:r>
        <w:t>تب جا کر آپ کے اندر اسپرچول یعنی پرسنیلٹی</w:t>
      </w:r>
    </w:p>
    <w:p>
      <w:r>
        <w:rPr>
          <w:b/>
        </w:rPr>
        <w:t xml:space="preserve">[27:10] </w:t>
      </w:r>
      <w:r>
        <w:t>develop karegi.</w:t>
      </w:r>
    </w:p>
    <w:p>
      <w:pPr>
        <w:jc w:val="right"/>
      </w:pPr>
      <w:r>
        <w:t>ڈیولپ کرے گی۔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