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Case of Failure | August 27, 2006 | Maulana Wahiduddin Khan</w:t>
      </w:r>
    </w:p>
    <w:p>
      <w:r>
        <w:t>https://www.youtube.com/watch?v=4O9FjV0vIfo</w:t>
      </w:r>
    </w:p>
    <w:p>
      <w:r>
        <w:rPr>
          <w:b/>
        </w:rPr>
        <w:t xml:space="preserve">[00:14] </w:t>
      </w:r>
      <w:r>
        <w:t>bismillah hir rahman nir rahim, wa salla Allahu ala nabiyyil karim.</w:t>
      </w:r>
    </w:p>
    <w:p>
      <w:pPr>
        <w:jc w:val="right"/>
      </w:pPr>
      <w:r>
        <w:t>بسم اللہ الرحمن الرحیم، وصلی اللہ علی نبی الکریم۔</w:t>
      </w:r>
    </w:p>
    <w:p>
      <w:r>
        <w:rPr>
          <w:b/>
        </w:rPr>
        <w:t xml:space="preserve">[00:25]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[00:36] </w:t>
      </w:r>
      <w:r>
        <w:t>aaj mein morning mein</w:t>
      </w:r>
    </w:p>
    <w:p>
      <w:pPr>
        <w:jc w:val="right"/>
      </w:pPr>
      <w:r>
        <w:t>آج میں مارننگ میں</w:t>
      </w:r>
    </w:p>
    <w:p>
      <w:r>
        <w:rPr>
          <w:b/>
        </w:rPr>
        <w:t xml:space="preserve">[00:47] </w:t>
      </w:r>
      <w:r>
        <w:t>اپنے اس پیڑ کے نیچے بیٹھا ہوا تھا جس کو میں spiritual tree کہتا ہوں۔</w:t>
      </w:r>
    </w:p>
    <w:p>
      <w:pPr>
        <w:jc w:val="right"/>
      </w:pPr>
      <w:r>
        <w:t>اپنے اس پیڑ کے نیچے بیٹھا ہوا تھا جس کو میں اسپیریچول ٹری کہتا ہوں۔</w:t>
      </w:r>
    </w:p>
    <w:p>
      <w:r>
        <w:rPr>
          <w:b/>
        </w:rPr>
        <w:t xml:space="preserve">[00:55] </w:t>
      </w:r>
      <w:r>
        <w:t>بلا تشبیہ میں کہوں گا کہ یہ spirituality میرے لیے بلا تشبیہ ویسے ہی ہے جیسے کہ موسیٰ</w:t>
      </w:r>
    </w:p>
    <w:p>
      <w:pPr>
        <w:jc w:val="right"/>
      </w:pPr>
      <w:r>
        <w:t>بلا تشبیہ میں کہوں گا کہ یہ اسپیریچولٹی میرے لیے بلا تشبیہ ویسے ہی ہے جیسے کہ موسیٰ</w:t>
      </w:r>
    </w:p>
    <w:p>
      <w:r>
        <w:rPr>
          <w:b/>
        </w:rPr>
        <w:t xml:space="preserve">[01:03] </w:t>
      </w:r>
      <w:r>
        <w:t>ke liye toor ka pear tha.</w:t>
      </w:r>
    </w:p>
    <w:p>
      <w:pPr>
        <w:jc w:val="right"/>
      </w:pPr>
      <w:r>
        <w:t>کے لیے طور کا پیڑ تھا۔</w:t>
      </w:r>
    </w:p>
    <w:p>
      <w:r>
        <w:rPr>
          <w:b/>
        </w:rPr>
        <w:t xml:space="preserve">[01:10] </w:t>
      </w:r>
      <w:r>
        <w:t>aap jante hain ke hazrat musa ko khuda ne</w:t>
      </w:r>
    </w:p>
    <w:p>
      <w:pPr>
        <w:jc w:val="right"/>
      </w:pPr>
      <w:r>
        <w:t>آپ جانتے ہیں کہ حضرت موسیٰ کو خدا نے</w:t>
      </w:r>
    </w:p>
    <w:p>
      <w:r>
        <w:rPr>
          <w:b/>
        </w:rPr>
        <w:t xml:space="preserve">[01:18] </w:t>
      </w:r>
      <w:r>
        <w:t>toor mountain par bulaya.</w:t>
      </w:r>
    </w:p>
    <w:p>
      <w:pPr>
        <w:jc w:val="right"/>
      </w:pPr>
      <w:r>
        <w:t>طور ماؤنٹین پر بلایا۔</w:t>
      </w:r>
    </w:p>
    <w:p>
      <w:r>
        <w:rPr>
          <w:b/>
        </w:rPr>
        <w:t xml:space="preserve">[01:28] </w:t>
      </w:r>
      <w:r>
        <w:t>wahan par musa ne kaha ke rab arni unzur ilaik, khudaya tu mujhe dikha, mein tujh ko dekhna chahta hoon.</w:t>
      </w:r>
    </w:p>
    <w:p>
      <w:pPr>
        <w:jc w:val="right"/>
      </w:pPr>
      <w:r>
        <w:t>وہاں پر موسیٰ نے کہا کہ رب ارنی انظر الیک، خدایا تو مجھے دکھا، میں تجھ کو دیکھنا چاہتا ہوں۔</w:t>
      </w:r>
    </w:p>
    <w:p>
      <w:r>
        <w:rPr>
          <w:b/>
        </w:rPr>
        <w:t xml:space="preserve">[01:38] </w:t>
      </w:r>
      <w:r>
        <w:t>to wahan ek pear</w:t>
      </w:r>
    </w:p>
    <w:p>
      <w:pPr>
        <w:jc w:val="right"/>
      </w:pPr>
      <w:r>
        <w:t>تو وہاں ایک پیڑ</w:t>
      </w:r>
    </w:p>
    <w:p>
      <w:r>
        <w:rPr>
          <w:b/>
        </w:rPr>
        <w:t xml:space="preserve">[01:48] </w:t>
      </w:r>
      <w:r>
        <w:t>tha, us pear par khuda ki tajalli utri to woh pear aur mountain jo hai us ko bardasht</w:t>
      </w:r>
    </w:p>
    <w:p>
      <w:pPr>
        <w:jc w:val="right"/>
      </w:pPr>
      <w:r>
        <w:t>تھا، اس پیڑ پر خدا کی تجلی اتری تو وہ پیڑ اور ماؤنٹین جو ہے اس کو برداشت</w:t>
      </w:r>
    </w:p>
    <w:p>
      <w:r>
        <w:rPr>
          <w:b/>
        </w:rPr>
        <w:t xml:space="preserve">[01:59] </w:t>
      </w:r>
      <w:r>
        <w:t>nahi kar saka aur musa jo hai khushk kha kar gir pada.</w:t>
      </w:r>
    </w:p>
    <w:p>
      <w:pPr>
        <w:jc w:val="right"/>
      </w:pPr>
      <w:r>
        <w:t>نہیں کر سکا اور موسیٰ جو ہے خشک کھا کر گر پڑے۔</w:t>
      </w:r>
    </w:p>
    <w:p>
      <w:r>
        <w:rPr>
          <w:b/>
        </w:rPr>
        <w:t xml:space="preserve">[02:10] </w:t>
      </w:r>
      <w:r>
        <w:t>is moamle mein mein ek baat aap ko batana chahunga, woh yeh hai</w:t>
      </w:r>
    </w:p>
    <w:p>
      <w:pPr>
        <w:jc w:val="right"/>
      </w:pPr>
      <w:r>
        <w:t>اس معاملے میں میں ایک بات آپ کو بتانا چاہوں گا، وہ یہ ہے</w:t>
      </w:r>
    </w:p>
    <w:p>
      <w:r>
        <w:rPr>
          <w:b/>
        </w:rPr>
        <w:t xml:space="preserve">[02:21] </w:t>
      </w:r>
      <w:r>
        <w:t>ke sachai ke sachai ko realize karne ke do phase hain ya do period hain.</w:t>
      </w:r>
    </w:p>
    <w:p>
      <w:pPr>
        <w:jc w:val="right"/>
      </w:pPr>
      <w:r>
        <w:t>کہ سچائی کے سچائی کو ریلائز کرنے کے دو فیز ہیں یا دو پیریڈ ہیں۔</w:t>
      </w:r>
    </w:p>
    <w:p>
      <w:r>
        <w:rPr>
          <w:b/>
        </w:rPr>
        <w:t xml:space="preserve">[02:31] </w:t>
      </w:r>
      <w:r>
        <w:t>ek hai pre scientific period, ek hai post scientific period.</w:t>
      </w:r>
    </w:p>
    <w:p>
      <w:pPr>
        <w:jc w:val="right"/>
      </w:pPr>
      <w:r>
        <w:t>ایک ہے پری سائنٹیفک پیریڈ، ایک ہے پوسٹ سائنٹیفک پیریڈ۔</w:t>
      </w:r>
    </w:p>
    <w:p>
      <w:r>
        <w:rPr>
          <w:b/>
        </w:rPr>
        <w:t xml:space="preserve">[02:41] </w:t>
      </w:r>
      <w:r>
        <w:t>allah taala ne aap ghor kijiye ke pre scientific period mein dunya mein miracle dikhaye jate the,</w:t>
      </w:r>
    </w:p>
    <w:p>
      <w:pPr>
        <w:jc w:val="right"/>
      </w:pPr>
      <w:r>
        <w:t>اللہ تعالیٰ نے آپ غور کیجئے کہ پری سائنٹیفک پیریڈ میں دنیا میں میریکل دکھائے جاتے تھے،</w:t>
      </w:r>
    </w:p>
    <w:p>
      <w:r>
        <w:rPr>
          <w:b/>
        </w:rPr>
        <w:t xml:space="preserve">[02:52] </w:t>
      </w:r>
      <w:r>
        <w:t>paighambar break le ate the le kar.</w:t>
      </w:r>
    </w:p>
    <w:p>
      <w:pPr>
        <w:jc w:val="right"/>
      </w:pPr>
      <w:r>
        <w:t>پیغمبر بریک لے آتے تھے لے کر۔</w:t>
      </w:r>
    </w:p>
    <w:p>
      <w:r>
        <w:rPr>
          <w:b/>
        </w:rPr>
        <w:t xml:space="preserve">[02:58] </w:t>
      </w:r>
      <w:r>
        <w:t>rasool Allah ko koi miracle nahi diya gaya.</w:t>
      </w:r>
    </w:p>
    <w:p>
      <w:pPr>
        <w:jc w:val="right"/>
      </w:pPr>
      <w:r>
        <w:t>رسول اللہ کو کوئی میریکل نہیں دیا گیا۔</w:t>
      </w:r>
    </w:p>
    <w:p>
      <w:r>
        <w:rPr>
          <w:b/>
        </w:rPr>
        <w:t xml:space="preserve">[03:04] </w:t>
      </w:r>
      <w:r>
        <w:t>jo log samajhte hain ke rasool Allah ko miracle diye gaye the, woh galat samajhte hain.</w:t>
      </w:r>
    </w:p>
    <w:p>
      <w:pPr>
        <w:jc w:val="right"/>
      </w:pPr>
      <w:r>
        <w:t>جو لوگ سمجھتے ہیں کہ رسول اللہ کو میریکل دیے گئے تھے، وہ غلط سمجھتے ہیں۔</w:t>
      </w:r>
    </w:p>
    <w:p>
      <w:r>
        <w:rPr>
          <w:b/>
        </w:rPr>
        <w:t xml:space="preserve">[03:10] </w:t>
      </w:r>
      <w:r>
        <w:t>koi miracle aap ko nahi diya gaya.</w:t>
      </w:r>
    </w:p>
    <w:p>
      <w:pPr>
        <w:jc w:val="right"/>
      </w:pPr>
      <w:r>
        <w:t>کوئی میریکل آپ کو نہیں دیا گیا۔</w:t>
      </w:r>
    </w:p>
    <w:p>
      <w:r>
        <w:rPr>
          <w:b/>
        </w:rPr>
        <w:t xml:space="preserve">[03:16] </w:t>
      </w:r>
      <w:r>
        <w:t>kyun? rasool Allah ka aana is dunya mein ek naye period ka, ek naye era ka shuru hona tha.</w:t>
      </w:r>
    </w:p>
    <w:p>
      <w:pPr>
        <w:jc w:val="right"/>
      </w:pPr>
      <w:r>
        <w:t>کیوں؟ رسول اللہ کا آنا اس دنیا میں ایک نئے پیریڈ کا، ایک نئے ایرا کا شروع ہونا تھا۔</w:t>
      </w:r>
    </w:p>
    <w:p>
      <w:r>
        <w:rPr>
          <w:b/>
        </w:rPr>
        <w:t xml:space="preserve">[03:22] </w:t>
      </w:r>
      <w:r>
        <w:t>jab insan ko miracle ki zarurat nahi thi.</w:t>
      </w:r>
    </w:p>
    <w:p>
      <w:pPr>
        <w:jc w:val="right"/>
      </w:pPr>
      <w:r>
        <w:t>جب انسان کو میریکل کی ضرورت نہیں تھی۔</w:t>
      </w:r>
    </w:p>
    <w:p>
      <w:r>
        <w:rPr>
          <w:b/>
        </w:rPr>
        <w:t xml:space="preserve">[03:28] </w:t>
      </w:r>
      <w:r>
        <w:t>is baat ko achi tarah samajh lijiye ke jo log yeh kehte hain ke falan miracle, yeh miracle,</w:t>
      </w:r>
    </w:p>
    <w:p>
      <w:pPr>
        <w:jc w:val="right"/>
      </w:pPr>
      <w:r>
        <w:t>اس بات کو اچھی طرح سمجھ لیجئے کہ جو لوگ یہ کہتے ہیں کہ فلاں میریکل، یہ میریکل،</w:t>
      </w:r>
    </w:p>
    <w:p>
      <w:r>
        <w:rPr>
          <w:b/>
        </w:rPr>
        <w:t xml:space="preserve">[03:33] </w:t>
      </w:r>
      <w:r>
        <w:t>wo miracle, wo sab galat baatein hain.</w:t>
      </w:r>
    </w:p>
    <w:p>
      <w:pPr>
        <w:jc w:val="right"/>
      </w:pPr>
      <w:r>
        <w:t>وہ میریکل، وہ سب غلط باتیں ہیں۔</w:t>
      </w:r>
    </w:p>
    <w:p>
      <w:r>
        <w:rPr>
          <w:b/>
        </w:rPr>
        <w:t xml:space="preserve">[03:38] </w:t>
      </w:r>
      <w:r>
        <w:t>nusrat ke waqiyat, yaani Khuda ne jo help ki aap ki, us ke waqiyat ko log le kar</w:t>
      </w:r>
    </w:p>
    <w:p>
      <w:pPr>
        <w:jc w:val="right"/>
      </w:pPr>
      <w:r>
        <w:t>نصرت کے واقعات، یعنی خدا نے جو ہیلپ کی آپ کی، اس کے واقعات کو لوگ لے کر</w:t>
      </w:r>
    </w:p>
    <w:p>
      <w:r>
        <w:rPr>
          <w:b/>
        </w:rPr>
        <w:t xml:space="preserve">[03:43] </w:t>
      </w:r>
      <w:r>
        <w:t>kehte hain ke yeh miracle.</w:t>
      </w:r>
    </w:p>
    <w:p>
      <w:pPr>
        <w:jc w:val="right"/>
      </w:pPr>
      <w:r>
        <w:t>کہتے ہیں کہ یہ میریکل۔</w:t>
      </w:r>
    </w:p>
    <w:p>
      <w:r>
        <w:rPr>
          <w:b/>
        </w:rPr>
        <w:t xml:space="preserve">[03:48] </w:t>
      </w:r>
      <w:r>
        <w:t>hamare aap ke saath bhi waqiyat hote hain lekin wo miracle nahi hote.</w:t>
      </w:r>
    </w:p>
    <w:p>
      <w:pPr>
        <w:jc w:val="right"/>
      </w:pPr>
      <w:r>
        <w:t>ہمارے آپ کے ساتھ بھی واقعات ہوتے ہیں لیکن وہ میریکل نہیں ہوتے۔</w:t>
      </w:r>
    </w:p>
    <w:p>
      <w:r>
        <w:rPr>
          <w:b/>
        </w:rPr>
        <w:t xml:space="preserve">[03:53] </w:t>
      </w:r>
      <w:r>
        <w:t>yeh baat bohat zyada important hai samajhne ke liye ke prophet of Islam ka aana ek ek ek</w:t>
      </w:r>
    </w:p>
    <w:p>
      <w:pPr>
        <w:jc w:val="right"/>
      </w:pPr>
      <w:r>
        <w:t>یہ بات بہت زیادہ امپورٹنٹ ہے سمجھنے کے لیے کہ پرافٹ آف اسلام کا آنا ایک ایک ایک</w:t>
      </w:r>
    </w:p>
    <w:p>
      <w:r>
        <w:rPr>
          <w:b/>
        </w:rPr>
        <w:t xml:space="preserve">[04:04] </w:t>
      </w:r>
      <w:r>
        <w:t>naye era ka aana tha.</w:t>
      </w:r>
    </w:p>
    <w:p>
      <w:pPr>
        <w:jc w:val="right"/>
      </w:pPr>
      <w:r>
        <w:t>نئے ایرا کا آنا تھا۔</w:t>
      </w:r>
    </w:p>
    <w:p>
      <w:r>
        <w:rPr>
          <w:b/>
        </w:rPr>
        <w:t xml:space="preserve">[04:14] </w:t>
      </w:r>
      <w:r>
        <w:t>yaani wo era yeh tha ke jis baat ko janne ke liye traditional period mein insaan ko miracle chahiye tha,</w:t>
      </w:r>
    </w:p>
    <w:p>
      <w:pPr>
        <w:jc w:val="right"/>
      </w:pPr>
      <w:r>
        <w:t>یعنی وہ ایرا یہ تھا کہ جس بات کو جاننے کے لیے ٹریڈیشنل پیریڈ میں انسان کو میریکل چاہیے تھا،</w:t>
      </w:r>
    </w:p>
    <w:p>
      <w:r>
        <w:rPr>
          <w:b/>
        </w:rPr>
        <w:t xml:space="preserve">[04:25] </w:t>
      </w:r>
      <w:r>
        <w:t>aaj miracle ki zaroorat nahi hai.</w:t>
      </w:r>
    </w:p>
    <w:p>
      <w:pPr>
        <w:jc w:val="right"/>
      </w:pPr>
      <w:r>
        <w:t>آج میریکل کی ضرورت نہیں ہے۔</w:t>
      </w:r>
    </w:p>
    <w:p>
      <w:r>
        <w:rPr>
          <w:b/>
        </w:rPr>
        <w:t xml:space="preserve">[04:31] </w:t>
      </w:r>
      <w:r>
        <w:t>science ne jo nature ke secret kholay hain, yeh chupi hui duniya science ne discover ki hai, wo</w:t>
      </w:r>
    </w:p>
    <w:p>
      <w:pPr>
        <w:jc w:val="right"/>
      </w:pPr>
      <w:r>
        <w:t>سائنس نے جو نیچر کے سیکرٹ کھولے ہیں، یہ چھپی ہوئی دنیا سائنس نے ڈسکور کی ہے، وہ</w:t>
      </w:r>
    </w:p>
    <w:p>
      <w:r>
        <w:rPr>
          <w:b/>
        </w:rPr>
        <w:t xml:space="preserve">[04:37] </w:t>
      </w:r>
      <w:r>
        <w:t>apne aap mein miracle hai.</w:t>
      </w:r>
    </w:p>
    <w:p>
      <w:pPr>
        <w:jc w:val="right"/>
      </w:pPr>
      <w:r>
        <w:t>اپنے آپ میں میریکل ہے۔</w:t>
      </w:r>
    </w:p>
    <w:p>
      <w:r>
        <w:rPr>
          <w:b/>
        </w:rPr>
        <w:t xml:space="preserve">[04:43] </w:t>
      </w:r>
      <w:r>
        <w:t>miracle based faith ka zamana khatam ho gaya.</w:t>
      </w:r>
    </w:p>
    <w:p>
      <w:pPr>
        <w:jc w:val="right"/>
      </w:pPr>
      <w:r>
        <w:t>ملیکل بیسڈ فیتھ کا زمانہ ختم ہو گیا۔</w:t>
      </w:r>
    </w:p>
    <w:p>
      <w:r>
        <w:rPr>
          <w:b/>
        </w:rPr>
        <w:t xml:space="preserve">[04:49] </w:t>
      </w:r>
      <w:r>
        <w:t>ab jo zamana hai, wo wo hai jab ke Khuda ki</w:t>
      </w:r>
    </w:p>
    <w:p>
      <w:pPr>
        <w:jc w:val="right"/>
      </w:pPr>
      <w:r>
        <w:t>اب جو زمانہ ہے، وہ وہ ہے جب کہ خدا کی</w:t>
      </w:r>
    </w:p>
    <w:p>
      <w:r>
        <w:rPr>
          <w:b/>
        </w:rPr>
        <w:t xml:space="preserve">[04:55] </w:t>
      </w:r>
      <w:r>
        <w:t>signs, Khuda ki nishaniyan khul chuki hain aur wo nishaniyan aap ko yeh batane ke liye kafi hain</w:t>
      </w:r>
    </w:p>
    <w:p>
      <w:pPr>
        <w:jc w:val="right"/>
      </w:pPr>
      <w:r>
        <w:t>سائنز، خدا کی نشانیاں کھل چکی ہیں اور وہ نشانیاں آپ کو یہ بتانے کے لیے کافی ہیں</w:t>
      </w:r>
    </w:p>
    <w:p>
      <w:r>
        <w:rPr>
          <w:b/>
        </w:rPr>
        <w:t xml:space="preserve">[05:07] </w:t>
      </w:r>
      <w:r>
        <w:t>ke sachai kya hai.</w:t>
      </w:r>
    </w:p>
    <w:p>
      <w:pPr>
        <w:jc w:val="right"/>
      </w:pPr>
      <w:r>
        <w:t>کہ سچائی کیا ہے۔</w:t>
      </w:r>
    </w:p>
    <w:p>
      <w:r>
        <w:rPr>
          <w:b/>
        </w:rPr>
        <w:t xml:space="preserve">[05:18] </w:t>
      </w:r>
      <w:r>
        <w:t>dekhein, aaj hi ke paper mein front page par news hai</w:t>
      </w:r>
    </w:p>
    <w:p>
      <w:pPr>
        <w:jc w:val="right"/>
      </w:pPr>
      <w:r>
        <w:t>دیکھیں، آج ہی کے پیپر میں فرنٹ پیج پر نیوز ہے</w:t>
      </w:r>
    </w:p>
    <w:p>
      <w:r>
        <w:rPr>
          <w:b/>
        </w:rPr>
        <w:t xml:space="preserve">[05:29] </w:t>
      </w:r>
      <w:r>
        <w:t>کہ seven flights disrupted in 24 hours.</w:t>
      </w:r>
    </w:p>
    <w:p>
      <w:pPr>
        <w:jc w:val="right"/>
      </w:pPr>
      <w:r>
        <w:t>کہ سیون فلائٹس ڈسرپٹڈ ان 24 آورز۔</w:t>
      </w:r>
    </w:p>
    <w:p>
      <w:r>
        <w:rPr>
          <w:b/>
        </w:rPr>
        <w:t xml:space="preserve">[05:36] </w:t>
      </w:r>
      <w:r>
        <w:t>چار گھنٹے میں، 24 گھنٹے میں seven flights disrupt ہو گئیں۔</w:t>
      </w:r>
    </w:p>
    <w:p>
      <w:pPr>
        <w:jc w:val="right"/>
      </w:pPr>
      <w:r>
        <w:t>چار گھنٹے میں، 24 گھنٹے میں سیون فلائٹس ڈسرپٹ ہو گئیں۔</w:t>
      </w:r>
    </w:p>
    <w:p>
      <w:r>
        <w:rPr>
          <w:b/>
        </w:rPr>
        <w:t xml:space="preserve">[05:43] </w:t>
      </w:r>
      <w:r>
        <w:t>un ko ground kar diya gaya, un ko utar liya gaya.</w:t>
      </w:r>
    </w:p>
    <w:p>
      <w:pPr>
        <w:jc w:val="right"/>
      </w:pPr>
      <w:r>
        <w:t>ان کو گراؤنڈ کر دیا گیا، ان کو اتار لیا گیا۔</w:t>
      </w:r>
    </w:p>
    <w:p>
      <w:r>
        <w:rPr>
          <w:b/>
        </w:rPr>
        <w:t xml:space="preserve">[05:49] </w:t>
      </w:r>
      <w:r>
        <w:t>aaj ke paper mein ek report hai ke Amsterdam par bohat se log utaray gaye thay, teen din</w:t>
      </w:r>
    </w:p>
    <w:p>
      <w:pPr>
        <w:jc w:val="right"/>
      </w:pPr>
      <w:r>
        <w:t>آج کے پیپر میں ایک رپورٹ ہے کہ ایمسٹرڈم پر بہت سے لوگ اتارے گئے تھے، تین دن</w:t>
      </w:r>
    </w:p>
    <w:p>
      <w:r>
        <w:rPr>
          <w:b/>
        </w:rPr>
        <w:t xml:space="preserve">[05:56] </w:t>
      </w:r>
      <w:r>
        <w:t>tak wahan paray rahay. wo</w:t>
      </w:r>
    </w:p>
    <w:p>
      <w:pPr>
        <w:jc w:val="right"/>
      </w:pPr>
      <w:r>
        <w:t>تک وہاں پڑے رہے۔ وہ</w:t>
      </w:r>
    </w:p>
    <w:p>
      <w:r>
        <w:rPr>
          <w:b/>
        </w:rPr>
        <w:t xml:space="preserve">[06:03] </w:t>
      </w:r>
      <w:r>
        <w:t>yeh musafir itna pareshan hue ke ek musafir ne kaha ke us ne kaha ke mujhe shoot kar do.</w:t>
      </w:r>
    </w:p>
    <w:p>
      <w:pPr>
        <w:jc w:val="right"/>
      </w:pPr>
      <w:r>
        <w:t>یہ مسافر اتنا پریشان ہوئے کہ ایک مسافر نے کہا کہ اس نے کہا کہ مجھے شوٹ کر دو۔</w:t>
      </w:r>
    </w:p>
    <w:p>
      <w:r>
        <w:rPr>
          <w:b/>
        </w:rPr>
        <w:t xml:space="preserve">[06:13] </w:t>
      </w:r>
      <w:r>
        <w:t>us ka interview aaya hai is mein, Times of India, August 27.</w:t>
      </w:r>
    </w:p>
    <w:p>
      <w:pPr>
        <w:jc w:val="right"/>
      </w:pPr>
      <w:r>
        <w:t>اس کا انٹرویو آیا ہے اس میں، ٹائمز آف انڈیا، اگست 27۔</w:t>
      </w:r>
    </w:p>
    <w:p>
      <w:r>
        <w:rPr>
          <w:b/>
        </w:rPr>
        <w:t xml:space="preserve">[06:23] </w:t>
      </w:r>
      <w:r>
        <w:t>wo kehta hai ke "I shoot, a</w:t>
      </w:r>
    </w:p>
    <w:p>
      <w:pPr>
        <w:jc w:val="right"/>
      </w:pPr>
      <w:r>
        <w:t>وہ کہتا ہے کہ "آئی شوٹ، آ</w:t>
      </w:r>
    </w:p>
    <w:p>
      <w:r>
        <w:rPr>
          <w:b/>
        </w:rPr>
        <w:t xml:space="preserve">[06:33] </w:t>
      </w:r>
      <w:r>
        <w:t>"I ask them to shoot me." اس نے کہا ایئرپورٹ کے لوگوں سے کہ مجھے شوٹ کر دو۔</w:t>
      </w:r>
    </w:p>
    <w:p>
      <w:pPr>
        <w:jc w:val="right"/>
      </w:pPr>
      <w:r>
        <w:t>ئی اسک دیم ٹو شوٹ می۔" اس نے کہا ایئرپورٹ کے لوگوں سے کہ مجھے شوٹ کر دو۔</w:t>
      </w:r>
    </w:p>
    <w:p>
      <w:r>
        <w:rPr>
          <w:b/>
        </w:rPr>
        <w:t xml:space="preserve">[06:43] </w:t>
      </w:r>
      <w:r>
        <w:t>jab mein ne yeh parha ke seven flights disrupted in 24 hours, to yeh mere liye itna hi</w:t>
      </w:r>
    </w:p>
    <w:p>
      <w:pPr>
        <w:jc w:val="right"/>
      </w:pPr>
      <w:r>
        <w:t>جب میں نے یہ پڑھا کہ سیون فلائٹس ڈسرپٹڈ ان 24 آورز، تو یہ میرے لیے اتنا ہی</w:t>
      </w:r>
    </w:p>
    <w:p>
      <w:r>
        <w:rPr>
          <w:b/>
        </w:rPr>
        <w:t xml:space="preserve">[06:53] </w:t>
      </w:r>
      <w:r>
        <w:t>bada waqia tha jaisa ke mountain par Mussa ke saath</w:t>
      </w:r>
    </w:p>
    <w:p>
      <w:pPr>
        <w:jc w:val="right"/>
      </w:pPr>
      <w:r>
        <w:t>بڑا واقعہ تھا جیسا کہ ماؤنٹین طور پر موسیٰ کے ساتھ</w:t>
      </w:r>
    </w:p>
    <w:p>
      <w:r>
        <w:rPr>
          <w:b/>
        </w:rPr>
        <w:t xml:space="preserve">[07:03] </w:t>
      </w:r>
      <w:r>
        <w:t>guzra.</w:t>
      </w:r>
    </w:p>
    <w:p>
      <w:pPr>
        <w:jc w:val="right"/>
      </w:pPr>
      <w:r>
        <w:t>گزرا۔</w:t>
      </w:r>
    </w:p>
    <w:p>
      <w:r>
        <w:rPr>
          <w:b/>
        </w:rPr>
        <w:t xml:space="preserve">[07:10] </w:t>
      </w:r>
      <w:r>
        <w:t>wo kaise? mein ne socha ke is space mein billion trillion se bhi zyada stars aur planet fly</w:t>
      </w:r>
    </w:p>
    <w:p>
      <w:pPr>
        <w:jc w:val="right"/>
      </w:pPr>
      <w:r>
        <w:t>وہ کیسے؟ میں نے سوچا کہ اس سپیس میں بلین ٹریلین سے بھی زیادہ اسٹارز اور پلینٹ فلائی</w:t>
      </w:r>
    </w:p>
    <w:p>
      <w:r>
        <w:rPr>
          <w:b/>
        </w:rPr>
        <w:t xml:space="preserve">[07:18] </w:t>
      </w:r>
      <w:r>
        <w:t>kar rahe hain, hazaron nahin, lakhon nahin, karoron saal se.</w:t>
      </w:r>
    </w:p>
    <w:p>
      <w:pPr>
        <w:jc w:val="right"/>
      </w:pPr>
      <w:r>
        <w:t>کر رہے ہیں، ہزاروں نہیں، لاکھوں نہیں، کروڑوں سال سے۔</w:t>
      </w:r>
    </w:p>
    <w:p>
      <w:r>
        <w:rPr>
          <w:b/>
        </w:rPr>
        <w:t xml:space="preserve">[07:25] </w:t>
      </w:r>
      <w:r>
        <w:t>wohan aise koi</w:t>
      </w:r>
    </w:p>
    <w:p>
      <w:pPr>
        <w:jc w:val="right"/>
      </w:pPr>
      <w:r>
        <w:t>وہاں ایسے کوئی</w:t>
      </w:r>
    </w:p>
    <w:p>
      <w:r>
        <w:rPr>
          <w:b/>
        </w:rPr>
        <w:t xml:space="preserve">[07:33] </w:t>
      </w:r>
      <w:r>
        <w:t>waqea nahi hota. Yeh space flights kabhi land aisa nahi hota ke kabhi ground ki jaye, wahan par koi crashes paida hon. In ka jo course hai, us course par woh billion trillion saal se chalay ja rahay hain. Aur Quran mein hai ke</w:t>
      </w:r>
    </w:p>
    <w:p>
      <w:pPr>
        <w:jc w:val="right"/>
      </w:pPr>
      <w:r>
        <w:t>واقعہ نہیں ہوتا۔ یہ سپیس فلائٹس کبھی لینڈ ایسا نہیں ہوتا کہ کبھی گراؤنڈ کی جائے، وہاں پر کوئی کریشز پیدا ہو۔ ان کا جو کورس ہے، اس کورس پر وہ بلین ٹریلین سال سے چلے جا رہے ہیں۔ اور قرآن میں ہے کہ</w:t>
      </w:r>
    </w:p>
    <w:p>
      <w:r>
        <w:rPr>
          <w:b/>
        </w:rPr>
        <w:t xml:space="preserve">[08:03] </w:t>
      </w:r>
      <w:r>
        <w:t>"halter man fitoor".</w:t>
      </w:r>
    </w:p>
    <w:p>
      <w:pPr>
        <w:jc w:val="right"/>
      </w:pPr>
      <w:r>
        <w:t>"حلتر من فتور"۔</w:t>
      </w:r>
    </w:p>
    <w:p>
      <w:r>
        <w:rPr>
          <w:b/>
        </w:rPr>
        <w:t xml:space="preserve">[08:09] </w:t>
      </w:r>
      <w:r>
        <w:t>dekho, bar bar dekho is ko, kya tum is mein koi gadbad paate ho? Yani yeh poori universe</w:t>
      </w:r>
    </w:p>
    <w:p>
      <w:pPr>
        <w:jc w:val="right"/>
      </w:pPr>
      <w:r>
        <w:t>دیکھو، بار بار دیکھو اس کو، کیا تم اس میں کوئی گڑبڑ پاتے ہو؟ یعنی یہ پوری یونیورس</w:t>
      </w:r>
    </w:p>
    <w:p>
      <w:r>
        <w:rPr>
          <w:b/>
        </w:rPr>
        <w:t xml:space="preserve">[08:16] </w:t>
      </w:r>
      <w:r>
        <w:t>jo hai, woh kya hai? zero defect principle par chal rahi hai.</w:t>
      </w:r>
    </w:p>
    <w:p>
      <w:pPr>
        <w:jc w:val="right"/>
      </w:pPr>
      <w:r>
        <w:t>جو ہے، وہ کیا ہے؟ زیرو ڈیفیکٹ پرنسپل پر چل رہی ہے۔</w:t>
      </w:r>
    </w:p>
    <w:p>
      <w:r>
        <w:rPr>
          <w:b/>
        </w:rPr>
        <w:t xml:space="preserve">[08:22] </w:t>
      </w:r>
      <w:r>
        <w:t>zero defect, koi defect nahin.</w:t>
      </w:r>
    </w:p>
    <w:p>
      <w:pPr>
        <w:jc w:val="right"/>
      </w:pPr>
      <w:r>
        <w:t>زیرو ڈیفیکٹ، کوئی ڈیفیکٹ نہیں۔</w:t>
      </w:r>
    </w:p>
    <w:p>
      <w:r>
        <w:rPr>
          <w:b/>
        </w:rPr>
        <w:t xml:space="preserve">[08:28] </w:t>
      </w:r>
      <w:r>
        <w:t>hamara chhota sa aviation ka department hai aur is mein daily problem aate rehte hain.</w:t>
      </w:r>
    </w:p>
    <w:p>
      <w:pPr>
        <w:jc w:val="right"/>
      </w:pPr>
      <w:r>
        <w:t>ہمارا چھوٹا سا ایوی ایشن کا ڈیپارٹمنٹ ہے اور اس میں ڈیلی پرابلم آتے رہتے ہیں۔</w:t>
      </w:r>
    </w:p>
    <w:p>
      <w:r>
        <w:rPr>
          <w:b/>
        </w:rPr>
        <w:t xml:space="preserve">[08:35] </w:t>
      </w:r>
      <w:r>
        <w:t>aur aaj ka jo problem repeat hua hai paper mein, woh ke seven flights jo hain, ground kar</w:t>
      </w:r>
    </w:p>
    <w:p>
      <w:pPr>
        <w:jc w:val="right"/>
      </w:pPr>
      <w:r>
        <w:t>اور آج کا جو پرابلم ریپیٹ ہوا ہے پیپر میں، وہ کہ سیون فلائٹس جو ہیں، گراؤنڈ کر</w:t>
      </w:r>
    </w:p>
    <w:p>
      <w:r>
        <w:rPr>
          <w:b/>
        </w:rPr>
        <w:t xml:space="preserve">[08:40] </w:t>
      </w:r>
      <w:r>
        <w:t>di gayin aur hazaron log pareshan ho rahe hain.</w:t>
      </w:r>
    </w:p>
    <w:p>
      <w:pPr>
        <w:jc w:val="right"/>
      </w:pPr>
      <w:r>
        <w:t>دی گئیں اور ہزاروں لوگ پریشان ہو رہے ہیں۔</w:t>
      </w:r>
    </w:p>
    <w:p>
      <w:r>
        <w:rPr>
          <w:b/>
        </w:rPr>
        <w:t xml:space="preserve">[08:45] </w:t>
      </w:r>
      <w:r>
        <w:t>yeh kitna bara proof hai is baat ka ke ek controller hai is duniya ka, koi hai jo</w:t>
      </w:r>
    </w:p>
    <w:p>
      <w:pPr>
        <w:jc w:val="right"/>
      </w:pPr>
      <w:r>
        <w:t>یہ کتنا بڑا پروف ہے اس بات کا کہ ایک کنٹرولر ہے اس دنیا کا، کوئی ہے جو</w:t>
      </w:r>
    </w:p>
    <w:p>
      <w:r>
        <w:rPr>
          <w:b/>
        </w:rPr>
        <w:t xml:space="preserve">[08:50] </w:t>
      </w:r>
      <w:r>
        <w:t>control kar raha hai is universe ko.</w:t>
      </w:r>
    </w:p>
    <w:p>
      <w:pPr>
        <w:jc w:val="right"/>
      </w:pPr>
      <w:r>
        <w:t>کنٹرول کر رہا ہے اس یونیورس کو۔</w:t>
      </w:r>
    </w:p>
    <w:p>
      <w:r>
        <w:rPr>
          <w:b/>
        </w:rPr>
        <w:t xml:space="preserve">[08:55] </w:t>
      </w:r>
      <w:r>
        <w:t>yani flights ke control room hote hain, flights ko control karne ke bare bare officers hote hain, department</w:t>
      </w:r>
    </w:p>
    <w:p>
      <w:pPr>
        <w:jc w:val="right"/>
      </w:pPr>
      <w:r>
        <w:t>یعنی فلائٹس کے کنٹرول روم ہوتے ہیں، فلائٹس کو کنٹرول کرنے کے بڑے بڑے افسرز ہوتے ہیں، ڈیپارٹمنٹ</w:t>
      </w:r>
    </w:p>
    <w:p>
      <w:r>
        <w:rPr>
          <w:b/>
        </w:rPr>
        <w:t xml:space="preserve">[09:00] </w:t>
      </w:r>
      <w:r>
        <w:t>hote hain, computer</w:t>
      </w:r>
    </w:p>
    <w:p>
      <w:pPr>
        <w:jc w:val="right"/>
      </w:pPr>
      <w:r>
        <w:t>ہوتے ہیں، کمپیوٹر</w:t>
      </w:r>
    </w:p>
    <w:p>
      <w:r>
        <w:rPr>
          <w:b/>
        </w:rPr>
        <w:t xml:space="preserve">[09:05] </w:t>
      </w:r>
      <w:r>
        <w:t>hote hain.</w:t>
      </w:r>
    </w:p>
    <w:p>
      <w:pPr>
        <w:jc w:val="right"/>
      </w:pPr>
      <w:r>
        <w:t>ہوتے ہیں۔</w:t>
      </w:r>
    </w:p>
    <w:p>
      <w:r>
        <w:rPr>
          <w:b/>
        </w:rPr>
        <w:t xml:space="preserve">[09:11] </w:t>
      </w:r>
      <w:r>
        <w:t>tab bhi itna gadbad macha hua hai.</w:t>
      </w:r>
    </w:p>
    <w:p>
      <w:pPr>
        <w:jc w:val="right"/>
      </w:pPr>
      <w:r>
        <w:t>تب بھی اتنا گڑبڑ مچا ہوا ہے۔</w:t>
      </w:r>
    </w:p>
    <w:p>
      <w:r>
        <w:rPr>
          <w:b/>
        </w:rPr>
        <w:t xml:space="preserve">[09:17] </w:t>
      </w:r>
      <w:r>
        <w:t>to kya itni bari universe mein itna bara jo system chal raha hai, kya is ka koi controller</w:t>
      </w:r>
    </w:p>
    <w:p>
      <w:pPr>
        <w:jc w:val="right"/>
      </w:pPr>
      <w:r>
        <w:t>تو کیا اتنی بڑی یونیورس میں اتنا بڑا جو سسٹم چل رہا ہے، کیا اس کا کوئی کنٹرولر</w:t>
      </w:r>
    </w:p>
    <w:p>
      <w:r>
        <w:rPr>
          <w:b/>
        </w:rPr>
        <w:t xml:space="preserve">[09:23] </w:t>
      </w:r>
      <w:r>
        <w:t>nahin ya apne aap chala ja raha hai? woh to yeh waqia mere liye ek aisa tha jaise</w:t>
      </w:r>
    </w:p>
    <w:p>
      <w:pPr>
        <w:jc w:val="right"/>
      </w:pPr>
      <w:r>
        <w:t>نہیں یا اپنے آپ چلا جا رہا ہے؟ وہ تو یہ واقعہ میرے لیے ایک ایسا تھا جیسے</w:t>
      </w:r>
    </w:p>
    <w:p>
      <w:r>
        <w:rPr>
          <w:b/>
        </w:rPr>
        <w:t xml:space="preserve">[09:29] </w:t>
      </w:r>
      <w:r>
        <w:t>ke mujhe ek brickal mere samne khol diya</w:t>
      </w:r>
    </w:p>
    <w:p>
      <w:pPr>
        <w:jc w:val="right"/>
      </w:pPr>
      <w:r>
        <w:t>کہ مجھے ایک بریکل میرے سامنے کھول دیا</w:t>
      </w:r>
    </w:p>
    <w:p>
      <w:r>
        <w:rPr>
          <w:b/>
        </w:rPr>
        <w:t xml:space="preserve">[09:35] </w:t>
      </w:r>
      <w:r>
        <w:t>jaye.</w:t>
      </w:r>
    </w:p>
    <w:p>
      <w:pPr>
        <w:jc w:val="right"/>
      </w:pPr>
      <w:r>
        <w:t>جائے۔</w:t>
      </w:r>
    </w:p>
    <w:p>
      <w:r>
        <w:rPr>
          <w:b/>
        </w:rPr>
        <w:t xml:space="preserve">[09:39] </w:t>
      </w:r>
      <w:r>
        <w:t>ek brickal, brickal.</w:t>
      </w:r>
    </w:p>
    <w:p>
      <w:pPr>
        <w:jc w:val="right"/>
      </w:pPr>
      <w:r>
        <w:t>ایک بریکل، بریکل۔</w:t>
      </w:r>
    </w:p>
    <w:p>
      <w:r>
        <w:rPr>
          <w:b/>
        </w:rPr>
        <w:t xml:space="preserve">[09:43] </w:t>
      </w:r>
      <w:r>
        <w:t>pehle ka insan nahin janta tha is baat ko.</w:t>
      </w:r>
    </w:p>
    <w:p>
      <w:pPr>
        <w:jc w:val="right"/>
      </w:pPr>
      <w:r>
        <w:t>پہلے کا انسان نہیں جانتا تھا اس بات کو۔</w:t>
      </w:r>
    </w:p>
    <w:p>
      <w:r>
        <w:rPr>
          <w:b/>
        </w:rPr>
        <w:t xml:space="preserve">[09:48] </w:t>
      </w:r>
      <w:r>
        <w:t>aap jante hain ke jab telescope nahin hua karte the, aadmi naked eye se dekhta tha to stars</w:t>
      </w:r>
    </w:p>
    <w:p>
      <w:pPr>
        <w:jc w:val="right"/>
      </w:pPr>
      <w:r>
        <w:t>آپ جانتے ہیں کہ جب ٹیلیسکوپ نہیں ہوا کرتے تھے، آدمی نیکڈ آئی سے دیکھتا تھا تو اسٹارز</w:t>
      </w:r>
    </w:p>
    <w:p>
      <w:r>
        <w:rPr>
          <w:b/>
        </w:rPr>
        <w:t xml:space="preserve">[09:52] </w:t>
      </w:r>
      <w:r>
        <w:t>ko samajhta tha ke woh chhote chhote lamp hain.</w:t>
      </w:r>
    </w:p>
    <w:p>
      <w:pPr>
        <w:jc w:val="right"/>
      </w:pPr>
      <w:r>
        <w:t>کو سمجھتا تھا کہ وہ چھوٹے چھوٹے لیمپ ہیں۔</w:t>
      </w:r>
    </w:p>
    <w:p>
      <w:r>
        <w:rPr>
          <w:b/>
        </w:rPr>
        <w:t xml:space="preserve">[09:56] </w:t>
      </w:r>
      <w:r>
        <w:t>aaj aap jante hain ke stars itne bare hain, itne bare hain, itne bare hain ke un ki</w:t>
      </w:r>
    </w:p>
    <w:p>
      <w:pPr>
        <w:jc w:val="right"/>
      </w:pPr>
      <w:r>
        <w:t>آج آپ جانتے ہیں کہ اسٹارز اتنے بڑے ہیں، اتنے بڑے ہیں، اتنے بڑے ہیں کہ ان کی</w:t>
      </w:r>
    </w:p>
    <w:p>
      <w:r>
        <w:rPr>
          <w:b/>
        </w:rPr>
        <w:t xml:space="preserve">[10:01] </w:t>
      </w:r>
      <w:r>
        <w:t>light hamare paas pohnchne mein lakhon karor saal beet jate hain. is ko</w:t>
      </w:r>
    </w:p>
    <w:p>
      <w:pPr>
        <w:jc w:val="right"/>
      </w:pPr>
      <w:r>
        <w:t>لائٹ ہمارے پاس پہنچنے میں لاکھوں کروڑ سال بیت جاتے ہیں۔ اس کو</w:t>
      </w:r>
    </w:p>
    <w:p>
      <w:r>
        <w:rPr>
          <w:b/>
        </w:rPr>
        <w:t xml:space="preserve">[10:05] </w:t>
      </w:r>
      <w:r>
        <w:t>tab pohnchte hain hamare paas, itne bare hain, itne vast space mein chal rahe hain.</w:t>
      </w:r>
    </w:p>
    <w:p>
      <w:pPr>
        <w:jc w:val="right"/>
      </w:pPr>
      <w:r>
        <w:t>تب پہنچتے ہیں ہمارے پاس، اتنے بڑے ہیں، اتنے واسٹ سپیس میں چل رہے ہیں۔</w:t>
      </w:r>
    </w:p>
    <w:p>
      <w:r>
        <w:rPr>
          <w:b/>
        </w:rPr>
        <w:t xml:space="preserve">[10:11] </w:t>
      </w:r>
      <w:r>
        <w:t>wo pehle insan samajhta tha ke koi koi taqreeban das hazar sitare hain, das hazar stars hain, ten thousand.</w:t>
      </w:r>
    </w:p>
    <w:p>
      <w:pPr>
        <w:jc w:val="right"/>
      </w:pPr>
      <w:r>
        <w:t>وہ پہلے انسان سمجھتا تھا کہ کوئی کوئی تقریباً دس ہزار ستارے ہیں، دس ہزار اسٹارز ہیں، ٹین تھاؤزنڈ۔</w:t>
      </w:r>
    </w:p>
    <w:p>
      <w:r>
        <w:rPr>
          <w:b/>
        </w:rPr>
        <w:t xml:space="preserve">[10:18] </w:t>
      </w:r>
      <w:r>
        <w:t>aaj maloom hua ke itne zyada sitare hain ke aap un ko count nahi kar sakte.</w:t>
      </w:r>
    </w:p>
    <w:p>
      <w:pPr>
        <w:jc w:val="right"/>
      </w:pPr>
      <w:r>
        <w:t>آج معلوم ہوا کہ اتنے زیادہ ستارے ہیں کہ آپ ان کو کاؤنٹ نہیں کر سکتے۔</w:t>
      </w:r>
    </w:p>
    <w:p>
      <w:r>
        <w:rPr>
          <w:b/>
        </w:rPr>
        <w:t xml:space="preserve">[10:24] </w:t>
      </w:r>
      <w:r>
        <w:t>ek scientist ne likha hai ke sare oceans ke kinare aur sari duniya ke jo deserts hain, un</w:t>
      </w:r>
    </w:p>
    <w:p>
      <w:pPr>
        <w:jc w:val="right"/>
      </w:pPr>
      <w:r>
        <w:t>ایک سائنٹسٹ نے لکھا ہے کہ سارے اوشنز کے کنارے اور ساری دنیا کے جو ڈیزرٹ ہیں، ان</w:t>
      </w:r>
    </w:p>
    <w:p>
      <w:r>
        <w:rPr>
          <w:b/>
        </w:rPr>
        <w:t xml:space="preserve">[10:30] </w:t>
      </w:r>
      <w:r>
        <w:t>mein jo particle hain, jo zarre hain,</w:t>
      </w:r>
    </w:p>
    <w:p>
      <w:pPr>
        <w:jc w:val="right"/>
      </w:pPr>
      <w:r>
        <w:t>میں جو پارٹیکل ہیں، جو ذرے ہیں،</w:t>
      </w:r>
    </w:p>
    <w:p>
      <w:r>
        <w:rPr>
          <w:b/>
        </w:rPr>
        <w:t xml:space="preserve">[10:37] </w:t>
      </w:r>
      <w:r>
        <w:t>is se bhi zyada sitare hain is space mein. to aap sochiye ke itna bara yeh vast universe aur sare aap jante hain ke sare moving state mein hain, koi star ruka hua nahi hai. ab bohat hi perfect movement un ki hoti hai, ek second ka farq nahi hota. yani sari universe predictable hai. aap predict kar sakte hain ke aaj jo sitara yahan hai, ek saal ke baad, das saal</w:t>
      </w:r>
    </w:p>
    <w:p>
      <w:pPr>
        <w:jc w:val="right"/>
      </w:pPr>
      <w:r>
        <w:t>اس سے بھی زیادہ ستارے ہیں اس سپیس میں۔ تو آپ سوچیے کہ اتنا بڑا یہ واسٹ یونیورس اور سارے آپ جانتے ہیں کہ سارے موونگ اسٹیٹ میں ہیں، کوئی اسٹار رکا ہوا نہیں ہے۔ اب بہت ہی پرفیکٹ موومنٹ ان کی ہوتی ہے، ایک سیکنڈ کا فرق نہیں ہوتا۔ یعنی ساری یونیورس پریڈکٹیبل ہے۔ آپ پریڈکٹ کر سکتے ہیں کہ آج جو ستارہ یہاں ہے، ایک سال کے بعد، دس سال</w:t>
      </w:r>
    </w:p>
    <w:p>
      <w:r>
        <w:rPr>
          <w:b/>
        </w:rPr>
        <w:t xml:space="preserve">[11:07] </w:t>
      </w:r>
      <w:r>
        <w:t>ke baad, hazar saal ke baad kahan hoga.</w:t>
      </w:r>
    </w:p>
    <w:p>
      <w:pPr>
        <w:jc w:val="right"/>
      </w:pPr>
      <w:r>
        <w:t>کے بعد، ہزار سال کے بعد کہاں ہوگا۔</w:t>
      </w:r>
    </w:p>
    <w:p>
      <w:r>
        <w:rPr>
          <w:b/>
        </w:rPr>
        <w:t xml:space="preserve">[11:10] </w:t>
      </w:r>
      <w:r>
        <w:t>yeh science ne hamein bataya hai.</w:t>
      </w:r>
    </w:p>
    <w:p>
      <w:pPr>
        <w:jc w:val="right"/>
      </w:pPr>
      <w:r>
        <w:t>یہ سائنس نے ہمیں بتایا ہے۔</w:t>
      </w:r>
    </w:p>
    <w:p>
      <w:r>
        <w:rPr>
          <w:b/>
        </w:rPr>
        <w:t xml:space="preserve">[11:14] </w:t>
      </w:r>
      <w:r>
        <w:t>pehla hamein pata nahi tha.</w:t>
      </w:r>
    </w:p>
    <w:p>
      <w:pPr>
        <w:jc w:val="right"/>
      </w:pPr>
      <w:r>
        <w:t>پہلے ہمیں پتہ نہیں تھا۔</w:t>
      </w:r>
    </w:p>
    <w:p>
      <w:r>
        <w:rPr>
          <w:b/>
        </w:rPr>
        <w:t xml:space="preserve">[11:18] </w:t>
      </w:r>
      <w:r>
        <w:t>pehla to yeh tha ke "twinkle, twinkle, little stars".</w:t>
      </w:r>
    </w:p>
    <w:p>
      <w:pPr>
        <w:jc w:val="right"/>
      </w:pPr>
      <w:r>
        <w:t>پہلے تو یہ تھا کہ "ٹونکل، ٹونکل، لٹل اسٹارز"۔</w:t>
      </w:r>
    </w:p>
    <w:p>
      <w:r>
        <w:rPr>
          <w:b/>
        </w:rPr>
        <w:t xml:space="preserve">[11:22] </w:t>
      </w:r>
      <w:r>
        <w:t>how a wonder what you are.</w:t>
      </w:r>
    </w:p>
    <w:p>
      <w:pPr>
        <w:jc w:val="right"/>
      </w:pPr>
      <w:r>
        <w:t>ہاؤ اے ونڈر واٹ یو آر۔</w:t>
      </w:r>
    </w:p>
    <w:p>
      <w:r>
        <w:rPr>
          <w:b/>
        </w:rPr>
        <w:t xml:space="preserve">[11:26] </w:t>
      </w:r>
      <w:r>
        <w:t>pehla ka insan itna hi janta tha, is se zyada us ko pata nahi tha.</w:t>
      </w:r>
    </w:p>
    <w:p>
      <w:pPr>
        <w:jc w:val="right"/>
      </w:pPr>
      <w:r>
        <w:t>پہلے کا انسان اتنا ہی جانتا تھا، اس سے زیادہ اس کو پتہ نہیں تھا۔</w:t>
      </w:r>
    </w:p>
    <w:p>
      <w:r>
        <w:rPr>
          <w:b/>
        </w:rPr>
        <w:t xml:space="preserve">[11:29] </w:t>
      </w:r>
      <w:r>
        <w:t>"twinkle, twinkle, little stars".</w:t>
      </w:r>
    </w:p>
    <w:p>
      <w:pPr>
        <w:jc w:val="right"/>
      </w:pPr>
      <w:r>
        <w:t>"ٹونکل، ٹونکل، لٹل اسٹارز"۔</w:t>
      </w:r>
    </w:p>
    <w:p>
      <w:r>
        <w:rPr>
          <w:b/>
        </w:rPr>
        <w:t xml:space="preserve">[11:33] </w:t>
      </w:r>
      <w:r>
        <w:t>ga ke aaj ka insan jo</w:t>
      </w:r>
    </w:p>
    <w:p>
      <w:pPr>
        <w:jc w:val="right"/>
      </w:pPr>
      <w:r>
        <w:t>گا کہ آج کا انسان جو</w:t>
      </w:r>
    </w:p>
    <w:p>
      <w:r>
        <w:rPr>
          <w:b/>
        </w:rPr>
        <w:t xml:space="preserve">[11:37] </w:t>
      </w:r>
      <w:r>
        <w:t>jis ke samne yeh sab baatein samne aayin hain, to yeh barakal samne aa gaya Khuda ka.</w:t>
      </w:r>
    </w:p>
    <w:p>
      <w:pPr>
        <w:jc w:val="right"/>
      </w:pPr>
      <w:r>
        <w:t>جس کے سامنے یہ سب باتیں سامنے آئیں ہیں، تو یہ بریکل سامنے آ گیا خدا کا۔</w:t>
      </w:r>
    </w:p>
    <w:p>
      <w:r>
        <w:rPr>
          <w:b/>
        </w:rPr>
        <w:t xml:space="preserve">[11:46] </w:t>
      </w:r>
      <w:r>
        <w:t>aaj ka, aaj insan science ne aaj jo duniya discover ki hai, wo aise aise ke wo is</w:t>
      </w:r>
    </w:p>
    <w:p>
      <w:pPr>
        <w:jc w:val="right"/>
      </w:pPr>
      <w:r>
        <w:t>آج کا، آج انسان سائنس نے آج جو دنیا ڈسکور کی ہے، وہ ایسے ایسے کہ وہ اس</w:t>
      </w:r>
    </w:p>
    <w:p>
      <w:r>
        <w:rPr>
          <w:b/>
        </w:rPr>
        <w:t xml:space="preserve">[11:54] </w:t>
      </w:r>
      <w:r>
        <w:t>se waise hi aise ke pehle prophet barakal dikhaya karte the.</w:t>
      </w:r>
    </w:p>
    <w:p>
      <w:pPr>
        <w:jc w:val="right"/>
      </w:pPr>
      <w:r>
        <w:t>سے ویسے ہی ایسے کہ پہلے پرافٹ بریکل دکھایا کرتے تھے۔</w:t>
      </w:r>
    </w:p>
    <w:p>
      <w:r>
        <w:rPr>
          <w:b/>
        </w:rPr>
        <w:t xml:space="preserve">[12:03] </w:t>
      </w:r>
      <w:r>
        <w:t>to aaj mein jo baat karna chahta hoon, wo yeh hai</w:t>
      </w:r>
    </w:p>
    <w:p>
      <w:pPr>
        <w:jc w:val="right"/>
      </w:pPr>
      <w:r>
        <w:t>تو آج میں جو بات کرنا چاہتا ہوں، وہ یہ ہے</w:t>
      </w:r>
    </w:p>
    <w:p>
      <w:r>
        <w:rPr>
          <w:b/>
        </w:rPr>
        <w:t xml:space="preserve">[12:12] </w:t>
      </w:r>
      <w:r>
        <w:t>ke aap dekhiye ke itne sare log jo ja rahe the bahar safar kar ke aur khush khush</w:t>
      </w:r>
    </w:p>
    <w:p>
      <w:pPr>
        <w:jc w:val="right"/>
      </w:pPr>
      <w:r>
        <w:t>کہ آپ دیکھیے کہ اتنے سارے لوگ جو جا رہے تھے باہر سفر کر کے اور خوش خوش</w:t>
      </w:r>
    </w:p>
    <w:p>
      <w:r>
        <w:rPr>
          <w:b/>
        </w:rPr>
        <w:t xml:space="preserve">[12:18] </w:t>
      </w:r>
      <w:r>
        <w:t>wahan se le ke chale aa rahe the, foran chocolate.</w:t>
      </w:r>
    </w:p>
    <w:p>
      <w:pPr>
        <w:jc w:val="right"/>
      </w:pPr>
      <w:r>
        <w:t>وہاں سے لے کے چلے آ رہے تھے، فوراً چاکلیٹ۔</w:t>
      </w:r>
    </w:p>
    <w:p>
      <w:r>
        <w:rPr>
          <w:b/>
        </w:rPr>
        <w:t xml:space="preserve">[12:24] </w:t>
      </w:r>
      <w:r>
        <w:t>mere bachche pak ko pa kar khush honge, foran chocolate ko.</w:t>
      </w:r>
    </w:p>
    <w:p>
      <w:pPr>
        <w:jc w:val="right"/>
      </w:pPr>
      <w:r>
        <w:t>میرے بچے پاک کو پا کر خوش ہوں گے، فوراً چاکلیٹ کو۔</w:t>
      </w:r>
    </w:p>
    <w:p>
      <w:r>
        <w:rPr>
          <w:b/>
        </w:rPr>
        <w:t xml:space="preserve">[12:30] </w:t>
      </w:r>
      <w:r>
        <w:t>wo un ka haal yeh hua ke keh rahe hain ke mujhe goli maar do.</w:t>
      </w:r>
    </w:p>
    <w:p>
      <w:pPr>
        <w:jc w:val="right"/>
      </w:pPr>
      <w:r>
        <w:t>وہ ان کا حال یہ ہوا کہ کہہ رہے ہیں کہ مجھے گولی مار دو۔</w:t>
      </w:r>
    </w:p>
    <w:p>
      <w:r>
        <w:rPr>
          <w:b/>
        </w:rPr>
        <w:t xml:space="preserve">[12:36] </w:t>
      </w:r>
      <w:r>
        <w:t>to mein yeh keh raha hoon ke aaj</w:t>
      </w:r>
    </w:p>
    <w:p>
      <w:pPr>
        <w:jc w:val="right"/>
      </w:pPr>
      <w:r>
        <w:t>تو میں یہ کہہ رہا ہوں کہ آج</w:t>
      </w:r>
    </w:p>
    <w:p>
      <w:r>
        <w:rPr>
          <w:b/>
        </w:rPr>
        <w:t xml:space="preserve">[12:42] </w:t>
      </w:r>
      <w:r>
        <w:t>yeh jo jo present world hamari hai, kya wajah hai ke hum apni apne desired world is mein bana nahi paate? hum jo duniya chahte hain, woh hum bana nahi paate. koi insan aisa duniya mein nahi paida hua, na aaj hai jo jo jo yeh samajhta ho ke jo maine chaha tha, woh maine pa liya. sare log tension mein bhi jeete hain,</w:t>
      </w:r>
    </w:p>
    <w:p>
      <w:pPr>
        <w:jc w:val="right"/>
      </w:pPr>
      <w:r>
        <w:t>یہ جو جو پریزنٹ ورلڈ ہماری ہے، کیا وجہ ہے کہ ہم اپنی اپنے ڈیزائرڈ ورلڈ اس میں بنا نہیں پاتے؟ ہم جو دنیا چاہتے ہیں، وہ ہم بنا نہیں پاتے۔ کوئی انسان ایسا دنیا میں نہیں پیدا ہوا، نہ آج ہے جو جو جو یہ سمجھتا ہو کہ جو میں نے چاہا تھا، وہ میں نے پا لیا۔ سارے لوگ ٹینشن میں بھی جیتے ہیں،</w:t>
      </w:r>
    </w:p>
    <w:p>
      <w:r>
        <w:rPr>
          <w:b/>
        </w:rPr>
        <w:t xml:space="preserve">[13:12] </w:t>
      </w:r>
      <w:r>
        <w:t>سارے لوگ stress میں جیتے ہیں، سارے لوگ dissatisfaction میں جیتے ہیں۔</w:t>
      </w:r>
    </w:p>
    <w:p>
      <w:pPr>
        <w:jc w:val="right"/>
      </w:pPr>
      <w:r>
        <w:t>سارے لوگ اسٹریس میں جیتے ہیں، سارے لوگ ڈس سیٹسفیکشن میں جیتے ہیں۔</w:t>
      </w:r>
    </w:p>
    <w:p>
      <w:r>
        <w:rPr>
          <w:b/>
        </w:rPr>
        <w:t xml:space="preserve">[13:20] </w:t>
      </w:r>
      <w:r>
        <w:t>yeh kitni bari sochne ki baat hai ke jis duniya mein insan ke siwa jo doosri cheezein hain,</w:t>
      </w:r>
    </w:p>
    <w:p>
      <w:pPr>
        <w:jc w:val="right"/>
      </w:pPr>
      <w:r>
        <w:t>یہ کتنی بڑی سوچنے کی بات ہے کہ جس دنیا میں انسان کے سوا جو دوسری چیزیں ہیں،</w:t>
      </w:r>
    </w:p>
    <w:p>
      <w:r>
        <w:rPr>
          <w:b/>
        </w:rPr>
        <w:t xml:space="preserve">[13:28] </w:t>
      </w:r>
      <w:r>
        <w:t>اس میں سے کوئی بھی ایسا نہیں جس کا کیس dissatisfaction کا کیس ہو۔</w:t>
      </w:r>
    </w:p>
    <w:p>
      <w:pPr>
        <w:jc w:val="right"/>
      </w:pPr>
      <w:r>
        <w:t>اس میں سے کوئی بھی ایسا نہیں جس کا کیس ڈس سیٹسفیکشن کا کیس ہو۔</w:t>
      </w:r>
    </w:p>
    <w:p>
      <w:r>
        <w:rPr>
          <w:b/>
        </w:rPr>
        <w:t xml:space="preserve">[13:35] </w:t>
      </w:r>
      <w:r>
        <w:t>koi bhi nahi, chahe grass ho, chahe galaxy ho, chahe stars hon, mountain ho, ocean ho, kisi</w:t>
      </w:r>
    </w:p>
    <w:p>
      <w:pPr>
        <w:jc w:val="right"/>
      </w:pPr>
      <w:r>
        <w:t>کوئی بھی نہیں، چاہے گراس ہو، چاہے گلیکسی ہو، چاہے اسٹارز ہوں، ماؤنٹین ہو، اوشن ہو، کسی</w:t>
      </w:r>
    </w:p>
    <w:p>
      <w:r>
        <w:rPr>
          <w:b/>
        </w:rPr>
        <w:t xml:space="preserve">[13:43] </w:t>
      </w:r>
      <w:r>
        <w:t>ka case dissatisfaction ka case nahi hai. insano ka haal kya hai? har aadmi dissatisfaction mein jeeta hai. yani mein jhugge jhopri walon ki baat nahi kar raha hoon, un logon ki baat kar raha hoon jo paisa kamate hain, power hasil karte hain, property banate hain, un ki baat kar raha</w:t>
      </w:r>
    </w:p>
    <w:p>
      <w:pPr>
        <w:jc w:val="right"/>
      </w:pPr>
      <w:r>
        <w:t>کا کیس ڈس سیٹسفیکشن کا کیس نہیں ہے۔ انسانوں کا حال کیا ہے؟ ہر آدمی ڈس سیٹسفیکشن میں جیتا ہے۔ یعنی میں جھگے جھوپڑی والوں کی بات نہیں کر رہا ہوں، ان لوگوں کی بات کر رہا ہوں جو پیسہ کماتے ہیں، پاور حاصل کرتے ہیں، پراپرٹی بناتے ہیں، ان کی بات کر رہ</w:t>
      </w:r>
    </w:p>
    <w:p>
      <w:r>
        <w:rPr>
          <w:b/>
        </w:rPr>
        <w:t xml:space="preserve">[14:13] </w:t>
      </w:r>
      <w:r>
        <w:t>hoon. ek din bhi un ko sahi maano mein satisfaction nahi milta. Burton Russell, jo bohat bara thinker tha, us ki kitab hai "Happiness". us ka title hai "Happiness". us mein likhta hai ke happiness achievable nahi hai duniya mein, aur yeh Burton Russell ki kitab parhne ki zaroorat nahi hai. aap mein se har shakhs jaan sakta hai kaun hai jo happy ho sahi maano mein aaj ki duniya mein. aaj hi ke paper</w:t>
      </w:r>
    </w:p>
    <w:p>
      <w:pPr>
        <w:jc w:val="right"/>
      </w:pPr>
      <w:r>
        <w:t>ا ہوں۔ ایک دن بھی ان کو صحیح معنوں میں سیٹسفیکشن نہیں ملتا۔ برٹن ریسرچ، جو بہت بڑا تھنکر تھا، اس کی کتاب ہے "ہیپینس"۔ اس کا ٹائٹل ہے "ہیپینس"۔ اس میں لکھتا ہے کہ ہیپینس اچیویبلی نہیں ہے دنیا میں، اور یہ برٹن ریسرچ کی کتاب پڑھنے کی ضرورت نہیں ہے۔ آپ میں سے ہر شخص جان سکتا ہے کون ہے جو ہیپی ہو صحیح معنوں میں آج کی دنیا میں۔ آج ہی کے پیپر</w:t>
      </w:r>
    </w:p>
    <w:p>
      <w:r>
        <w:rPr>
          <w:b/>
        </w:rPr>
        <w:t xml:space="preserve">[14:43] </w:t>
      </w:r>
      <w:r>
        <w:t>mein aaya hai jo film stars hote hain, bare bare top ke film stars jin ko log dekha</w:t>
      </w:r>
    </w:p>
    <w:p>
      <w:pPr>
        <w:jc w:val="right"/>
      </w:pPr>
      <w:r>
        <w:t>میں آیا ہے جو فلم اسٹارز ہوتے ہیں، بڑے بڑے ٹاپ کے فلم اسٹارز جن کو لوگ دیکھا</w:t>
      </w:r>
    </w:p>
    <w:p>
      <w:r>
        <w:rPr>
          <w:b/>
        </w:rPr>
        <w:t xml:space="preserve">[14:48] </w:t>
      </w:r>
      <w:r>
        <w:t>karte the har waqt hanste hue screen par.</w:t>
      </w:r>
    </w:p>
    <w:p>
      <w:pPr>
        <w:jc w:val="right"/>
      </w:pPr>
      <w:r>
        <w:t>کرتے تھے ہر وقت ہنستے ہوئے اسکرین پر۔</w:t>
      </w:r>
    </w:p>
    <w:p>
      <w:r>
        <w:rPr>
          <w:b/>
        </w:rPr>
        <w:t xml:space="preserve">[14:53] </w:t>
      </w:r>
      <w:r>
        <w:t>aaj un ki halat yeh hai, is mein aaya hai ke un ko dekh ke log pehchan nahin</w:t>
      </w:r>
    </w:p>
    <w:p>
      <w:pPr>
        <w:jc w:val="right"/>
      </w:pPr>
      <w:r>
        <w:t>آج ان کی حالت یہ ہے، اس میں آیا ہے کہ ان کو دیکھ کے لوگ پہچان نہیں</w:t>
      </w:r>
    </w:p>
    <w:p>
      <w:r>
        <w:rPr>
          <w:b/>
        </w:rPr>
        <w:t xml:space="preserve">[14:58] </w:t>
      </w:r>
      <w:r>
        <w:t>paate ke yeh wahi hain.</w:t>
      </w:r>
    </w:p>
    <w:p>
      <w:pPr>
        <w:jc w:val="right"/>
      </w:pPr>
      <w:r>
        <w:t>پاتے کہ یہ وہی ہیں۔</w:t>
      </w:r>
    </w:p>
    <w:p>
      <w:r>
        <w:rPr>
          <w:b/>
        </w:rPr>
        <w:t xml:space="preserve">[15:03] </w:t>
      </w:r>
      <w:r>
        <w:t>chehra bigra hua aur sara body jo hai, barhaape ka shikaar, awaaz bhi woh nahin jo pehle wali</w:t>
      </w:r>
    </w:p>
    <w:p>
      <w:pPr>
        <w:jc w:val="right"/>
      </w:pPr>
      <w:r>
        <w:t>چہرہ بگڑا ہوا اور سارا باڈی جو ہے، بڑھاپے کا شکار، آواز بھی وہ نہیں جو پہلے والی</w:t>
      </w:r>
    </w:p>
    <w:p>
      <w:r>
        <w:rPr>
          <w:b/>
        </w:rPr>
        <w:t xml:space="preserve">[15:08] </w:t>
      </w:r>
      <w:r>
        <w:t>thi, bilkul murjhaaye hue.</w:t>
      </w:r>
    </w:p>
    <w:p>
      <w:pPr>
        <w:jc w:val="right"/>
      </w:pPr>
      <w:r>
        <w:t>تھی، بالکل مرجھائے ہوئے۔</w:t>
      </w:r>
    </w:p>
    <w:p>
      <w:r>
        <w:rPr>
          <w:b/>
        </w:rPr>
        <w:t xml:space="preserve">[15:13] </w:t>
      </w:r>
      <w:r>
        <w:t>to ek function mein ek film star, jo top ki film star apne zamane mein bohat hi top ki samajhi jati thi, un ko doosre actor ne pehchana nahi. to unhein bol ke kehna pada ke aap ne mujhe pehchana nahi, mein to flan actress hoon. kaha acha, aap aisi ho gayeen. to har aadmi, chahe koi bhi ho, chahe woh king ho ya jhopri banane wala ho, chahe billionaire ho ya penniless ho, koi bhi</w:t>
      </w:r>
    </w:p>
    <w:p>
      <w:pPr>
        <w:jc w:val="right"/>
      </w:pPr>
      <w:r>
        <w:t>تو ایک فنکشن میں ایک فلم اسٹار، جو ٹاپ کی فلم اسٹار اپنے زمانے میں بہت ہی ٹاپ کی سمجھاتی تھی، ان کو دوسرے ایکٹر نے پہچانا نہیں۔ تو انہیں بول کے کہنا پڑا کہ آپ نے مجھے پہچانا نہیں، میں تو فلاں ایکٹرس ہوں۔ کہا اچھا، آپ ایسی ہو گئیں۔ تو ہر آدمی، چاہے کوئی بھی ہو، چاہے وہ کنگ ہو یا جھوپڑی بنانے والا ہو، چاہے بلینیئر ہو یا پینیلس ہو، کوئی بھی سی</w:t>
      </w:r>
    </w:p>
    <w:p>
      <w:r>
        <w:rPr>
          <w:b/>
        </w:rPr>
        <w:t xml:space="preserve">[15:43] </w:t>
      </w:r>
      <w:r>
        <w:t>satisfaction mein nahin jeeta.</w:t>
      </w:r>
    </w:p>
    <w:p>
      <w:pPr>
        <w:jc w:val="right"/>
      </w:pPr>
      <w:r>
        <w:t>ٹسفیکشن میں نہیں جیتا۔</w:t>
      </w:r>
    </w:p>
    <w:p>
      <w:r>
        <w:rPr>
          <w:b/>
        </w:rPr>
        <w:t xml:space="preserve">[15:49] </w:t>
      </w:r>
      <w:r>
        <w:t>aisa kyun hai? dekhiye, quran mein ek surah hai, uska naam hai "Al-Asr".</w:t>
      </w:r>
    </w:p>
    <w:p>
      <w:pPr>
        <w:jc w:val="right"/>
      </w:pPr>
      <w:r>
        <w:t>ایسا کیوں ہے؟ دیکھیے، قرآن میں ایک سورہ ہے، اس کا نام ہے "العصر"۔</w:t>
      </w:r>
    </w:p>
    <w:p>
      <w:r>
        <w:rPr>
          <w:b/>
        </w:rPr>
        <w:t xml:space="preserve">[15:55] </w:t>
      </w:r>
      <w:r>
        <w:t>"Wal Asr innal insana lafi khusr".</w:t>
      </w:r>
    </w:p>
    <w:p>
      <w:pPr>
        <w:jc w:val="right"/>
      </w:pPr>
      <w:r>
        <w:t>"والعصر ان الانسان الحفی خسر"۔</w:t>
      </w:r>
    </w:p>
    <w:p>
      <w:r>
        <w:rPr>
          <w:b/>
        </w:rPr>
        <w:t xml:space="preserve">[16:01] </w:t>
      </w:r>
      <w:r>
        <w:t>اس کا مطلب یہ ہے کہ history is witness.</w:t>
      </w:r>
    </w:p>
    <w:p>
      <w:pPr>
        <w:jc w:val="right"/>
      </w:pPr>
      <w:r>
        <w:t>اس کا مطلب یہ ہے کہ ہسٹری از وٹنس۔</w:t>
      </w:r>
    </w:p>
    <w:p>
      <w:r>
        <w:rPr>
          <w:b/>
        </w:rPr>
        <w:t xml:space="preserve">[16:07] </w:t>
      </w:r>
      <w:r>
        <w:t>History is witness that man is in loss.</w:t>
      </w:r>
    </w:p>
    <w:p>
      <w:pPr>
        <w:jc w:val="right"/>
      </w:pPr>
      <w:r>
        <w:t>ہسٹری از وٹنس دیٹ مین از ان لاس۔</w:t>
      </w:r>
    </w:p>
    <w:p>
      <w:r>
        <w:rPr>
          <w:b/>
        </w:rPr>
        <w:t xml:space="preserve">[16:13] </w:t>
      </w:r>
      <w:r>
        <w:t>history is a witness.</w:t>
      </w:r>
    </w:p>
    <w:p>
      <w:pPr>
        <w:jc w:val="right"/>
      </w:pPr>
      <w:r>
        <w:t>ہسٹری از ان وٹنس۔</w:t>
      </w:r>
    </w:p>
    <w:p>
      <w:r>
        <w:rPr>
          <w:b/>
        </w:rPr>
        <w:t xml:space="preserve">[16:18] </w:t>
      </w:r>
      <w:r>
        <w:t>History is a witness that man is in loss.</w:t>
      </w:r>
    </w:p>
    <w:p>
      <w:pPr>
        <w:jc w:val="right"/>
      </w:pPr>
      <w:r>
        <w:t>ہسٹری از ا وٹنس دیٹ مین از ان لاس۔</w:t>
      </w:r>
    </w:p>
    <w:p>
      <w:r>
        <w:rPr>
          <w:b/>
        </w:rPr>
        <w:t xml:space="preserve">[16:22] </w:t>
      </w:r>
      <w:r>
        <w:t>yani poori poori history ke baray mein ek sweeping remark.</w:t>
      </w:r>
    </w:p>
    <w:p>
      <w:pPr>
        <w:jc w:val="right"/>
      </w:pPr>
      <w:r>
        <w:t>یعنی پوری پوری ہسٹری کے بارے میں ایک سویپنگ ریمارک۔</w:t>
      </w:r>
    </w:p>
    <w:p>
      <w:r>
        <w:rPr>
          <w:b/>
        </w:rPr>
        <w:t xml:space="preserve">[16:26] </w:t>
      </w:r>
      <w:r>
        <w:t>zara ghor kijiye, poori poori history ke baray mein ek sweeping remark hai ke sab log loss mein</w:t>
      </w:r>
    </w:p>
    <w:p>
      <w:pPr>
        <w:jc w:val="right"/>
      </w:pPr>
      <w:r>
        <w:t>ذرا غور کیجئے، پوری پوری ہسٹری کے بارے میں ایک سویپنگ ریمارک ہے کہ سب لوگ لاس میں</w:t>
      </w:r>
    </w:p>
    <w:p>
      <w:r>
        <w:rPr>
          <w:b/>
        </w:rPr>
        <w:t xml:space="preserve">[16:31] </w:t>
      </w:r>
      <w:r>
        <w:t>hain, ghaate mein hain.</w:t>
      </w:r>
    </w:p>
    <w:p>
      <w:pPr>
        <w:jc w:val="right"/>
      </w:pPr>
      <w:r>
        <w:t>ہیں، گھاٹے میں ہیں۔</w:t>
      </w:r>
    </w:p>
    <w:p>
      <w:r>
        <w:rPr>
          <w:b/>
        </w:rPr>
        <w:t xml:space="preserve">[16:35] </w:t>
      </w:r>
      <w:r>
        <w:t>ghaate mein kyun? jo chahte hain, woh paate nahin.</w:t>
      </w:r>
    </w:p>
    <w:p>
      <w:pPr>
        <w:jc w:val="right"/>
      </w:pPr>
      <w:r>
        <w:t>گھاٹے میں کیوں؟ جو چاہتے ہیں، وہ پاتے نہیں۔</w:t>
      </w:r>
    </w:p>
    <w:p>
      <w:r>
        <w:rPr>
          <w:b/>
        </w:rPr>
        <w:t xml:space="preserve">[16:39] </w:t>
      </w:r>
      <w:r>
        <w:t>hum ek apna ek</w:t>
      </w:r>
    </w:p>
    <w:p>
      <w:pPr>
        <w:jc w:val="right"/>
      </w:pPr>
      <w:r>
        <w:t>ہم ایک اپنا ایک</w:t>
      </w:r>
    </w:p>
    <w:p>
      <w:r>
        <w:rPr>
          <w:b/>
        </w:rPr>
        <w:t xml:space="preserve">[16:44] </w:t>
      </w:r>
      <w:r>
        <w:t>banate hain, apni jo desire hai, hamare andar hai to hum apna ek banate hain, ek dream line aur paisa kamate hain, power capture karte hain. kya kya karte hain? aakhir mein kya hai? kuch bhi nahi. Saddam Hussain ne bees saal tak rule kiya, aath bohat bare bare palace banaye, aise palace jo jo pehle zamane</w:t>
      </w:r>
    </w:p>
    <w:p>
      <w:pPr>
        <w:jc w:val="right"/>
      </w:pPr>
      <w:r>
        <w:t>بناتے ہیں، اپنی جو ڈیزائر ہے، ہمارے اندر ہے تو ہم اپنا ایک بناتے ہیں، ایک ڈریم لائن اور پیسہ کماتے ہیں، پاور کیپچر کرتے ہیں۔ کیا کیا کرتے ہیں؟ آخر میں کیا ہے؟ کچھ بھی نہیں۔ صدام حسین نے بیس سال تک رول کیا، آٹھ بہت بڑے بڑے پیلس بنائے، ایسے پیلس جو جو پہلے زمانے</w:t>
      </w:r>
    </w:p>
    <w:p>
      <w:r>
        <w:rPr>
          <w:b/>
        </w:rPr>
        <w:t xml:space="preserve">[17:14] </w:t>
      </w:r>
      <w:r>
        <w:t>ke king ke paas bhi nahin hote the, lekin aaj woh presence mein hain.</w:t>
      </w:r>
    </w:p>
    <w:p>
      <w:pPr>
        <w:jc w:val="right"/>
      </w:pPr>
      <w:r>
        <w:t>کے کنگ کے پاس بھی نہیں ہوتے تھے، لیکن آج وہ پریزن میں ہیں۔</w:t>
      </w:r>
    </w:p>
    <w:p>
      <w:r>
        <w:rPr>
          <w:b/>
        </w:rPr>
        <w:t xml:space="preserve">[17:19] </w:t>
      </w:r>
      <w:r>
        <w:t>aise hi sab ka haal hai.</w:t>
      </w:r>
    </w:p>
    <w:p>
      <w:pPr>
        <w:jc w:val="right"/>
      </w:pPr>
      <w:r>
        <w:t>ایسے ہی سب کا حال ہے۔</w:t>
      </w:r>
    </w:p>
    <w:p>
      <w:r>
        <w:rPr>
          <w:b/>
        </w:rPr>
        <w:t xml:space="preserve">[17:24] </w:t>
      </w:r>
      <w:r>
        <w:t>yeh industrial era ya industrial zamana jo hai, jis ne ke bohat ziyada scope barha diya hai har</w:t>
      </w:r>
    </w:p>
    <w:p>
      <w:pPr>
        <w:jc w:val="right"/>
      </w:pPr>
      <w:r>
        <w:t>یہ انڈسٹریل ایرا یا انڈسٹریل زمانہ جو ہے، جس نے کہ بہت زیادہ اسکوپ بڑھا دیا ہے ہر</w:t>
      </w:r>
    </w:p>
    <w:p>
      <w:r>
        <w:rPr>
          <w:b/>
        </w:rPr>
        <w:t xml:space="preserve">[17:29] </w:t>
      </w:r>
      <w:r>
        <w:t>cheez ka, tab bhi woh insaan ko happiness na de saka.</w:t>
      </w:r>
    </w:p>
    <w:p>
      <w:pPr>
        <w:jc w:val="right"/>
      </w:pPr>
      <w:r>
        <w:t>چیز کا، تب بھی وہ انسان کو ہیپینس نہ دے سکا۔</w:t>
      </w:r>
    </w:p>
    <w:p>
      <w:r>
        <w:rPr>
          <w:b/>
        </w:rPr>
        <w:t xml:space="preserve">[17:34] </w:t>
      </w:r>
      <w:r>
        <w:t>ab kisi bhi aadmi se poochein, isi isi daur mein bohat se aise log hain jin ke paas</w:t>
      </w:r>
    </w:p>
    <w:p>
      <w:pPr>
        <w:jc w:val="right"/>
      </w:pPr>
      <w:r>
        <w:t>اب کسی بھی آدمی سے پوچھیں، اسی اسی دلے میں بہت سے ایسے لوگ ہیں جن کے پاس</w:t>
      </w:r>
    </w:p>
    <w:p>
      <w:r>
        <w:rPr>
          <w:b/>
        </w:rPr>
        <w:t xml:space="preserve">[17:39] </w:t>
      </w:r>
      <w:r>
        <w:t>bohat paisa hai, bohat</w:t>
      </w:r>
    </w:p>
    <w:p>
      <w:pPr>
        <w:jc w:val="right"/>
      </w:pPr>
      <w:r>
        <w:t>بہت پیسہ ہے، بہت</w:t>
      </w:r>
    </w:p>
    <w:p>
      <w:r>
        <w:rPr>
          <w:b/>
        </w:rPr>
        <w:t xml:space="preserve">[17:44] </w:t>
      </w:r>
      <w:r>
        <w:t>paisa hai.</w:t>
      </w:r>
    </w:p>
    <w:p>
      <w:pPr>
        <w:jc w:val="right"/>
      </w:pPr>
      <w:r>
        <w:t>پیسہ ہے۔</w:t>
      </w:r>
    </w:p>
    <w:p>
      <w:r>
        <w:rPr>
          <w:b/>
        </w:rPr>
        <w:t xml:space="preserve">[17:49] </w:t>
      </w:r>
      <w:r>
        <w:t>aap un se miliye private tor par aur poochein un se, aap dekhein kya haal hai.</w:t>
      </w:r>
    </w:p>
    <w:p>
      <w:pPr>
        <w:jc w:val="right"/>
      </w:pPr>
      <w:r>
        <w:t>آپ ان سے ملیے پرائیویٹ طور پر اور پوچھیں ان سے، آپ دیکھیں کیا حال ہے۔</w:t>
      </w:r>
    </w:p>
    <w:p>
      <w:r>
        <w:rPr>
          <w:b/>
        </w:rPr>
        <w:t xml:space="preserve">[17:55] </w:t>
      </w:r>
      <w:r>
        <w:t>koi kahega main pill kha ke sota hoon, koi kahega ke mere mere pait mein har</w:t>
      </w:r>
    </w:p>
    <w:p>
      <w:pPr>
        <w:jc w:val="right"/>
      </w:pPr>
      <w:r>
        <w:t>کوئی کہے گا میں پل کھا کے سوتا ہوں، کوئی کہے گا کہ میرے میرے پیٹ میں ہر</w:t>
      </w:r>
    </w:p>
    <w:p>
      <w:r>
        <w:rPr>
          <w:b/>
        </w:rPr>
        <w:t xml:space="preserve">[18:01] </w:t>
      </w:r>
      <w:r>
        <w:t>waqt dard rehta hai, koi kehta hai ke mere sir mein har waqt tension rehta hai.</w:t>
      </w:r>
    </w:p>
    <w:p>
      <w:pPr>
        <w:jc w:val="right"/>
      </w:pPr>
      <w:r>
        <w:t>وقت درد رہتا ہے، کوئی کہتا ہے کہ میرے سر میں ہر وقت ٹینشن رہتا ہے۔</w:t>
      </w:r>
    </w:p>
    <w:p>
      <w:r>
        <w:rPr>
          <w:b/>
        </w:rPr>
        <w:t xml:space="preserve">[18:06] </w:t>
      </w:r>
      <w:r>
        <w:t>yani koi ek aadmi nahin milega aap ko jo aap ko peace mein jeet jee raha ho,</w:t>
      </w:r>
    </w:p>
    <w:p>
      <w:pPr>
        <w:jc w:val="right"/>
      </w:pPr>
      <w:r>
        <w:t>یعنی کوئی ایک آدمی نہیں ملے گا آپ کو جو آپ کو پیس میں جیت جی رہا ہو،</w:t>
      </w:r>
    </w:p>
    <w:p>
      <w:r>
        <w:rPr>
          <w:b/>
        </w:rPr>
        <w:t xml:space="preserve">[18:12] </w:t>
      </w:r>
      <w:r>
        <w:t>jo jo sukoon mein jee raha ho.</w:t>
      </w:r>
    </w:p>
    <w:p>
      <w:pPr>
        <w:jc w:val="right"/>
      </w:pPr>
      <w:r>
        <w:t>جو جو سکون میں جی رہا ہو۔</w:t>
      </w:r>
    </w:p>
    <w:p>
      <w:r>
        <w:rPr>
          <w:b/>
        </w:rPr>
        <w:t xml:space="preserve">[18:18] </w:t>
      </w:r>
      <w:r>
        <w:t>yani har aadmi apni zindagi jab shuru karta hai tab to bohat khush rehta hai ke mein paisa kamaunga, yeh banaunga, woh banaunga, yeh karunga, woh karunga. shuru mein magan rehta hai woh aadmi, lekin aakhir mein kya hota hai? aakhir mein kuch bhi nahi. yani yeh kehna sahi hoga ke "in the in the in the beginning". everyone in the beginning, everyone is a case of hope, but in the end, everyone is a</w:t>
      </w:r>
    </w:p>
    <w:p>
      <w:pPr>
        <w:jc w:val="right"/>
      </w:pPr>
      <w:r>
        <w:t>یعنی ہر آدمی اپنی زندگی جب شروع کرتا ہے تب تو بہت خوش رہتا ہے کہ میں پیسہ کماؤں گا، یہ بناؤں گا، وہ بناؤں گا، یہ کروں گا، وہ کروں گا۔ شروع میں مگن رہتا ہے وہ آدمی، لیکن آخر میں کیا ہوتا ہے؟ آخر میں کچھ بھی نہیں ہے۔ یعنی یہ کہنا صحیح ہوگا کہ "ان دی ان دا ان دا بگننگ"۔ ایوری ون ان دا بگننگ، ایوری ون از اے کیس اف ہوپ، بٹ ان دا اینڈ، ایوری ون از اے</w:t>
      </w:r>
    </w:p>
    <w:p>
      <w:r>
        <w:rPr>
          <w:b/>
        </w:rPr>
        <w:t xml:space="preserve">[18:48] </w:t>
      </w:r>
      <w:r>
        <w:t>case of despair.</w:t>
      </w:r>
    </w:p>
    <w:p>
      <w:pPr>
        <w:jc w:val="right"/>
      </w:pPr>
      <w:r>
        <w:t>کیس اف ڈسپیئر۔</w:t>
      </w:r>
    </w:p>
    <w:p>
      <w:r>
        <w:rPr>
          <w:b/>
        </w:rPr>
        <w:t xml:space="preserve">[18:55] </w:t>
      </w:r>
      <w:r>
        <w:t>shuru mein har aadmi hope se bhara hua hota hai, lekin jab use paisa kama liya, jab us</w:t>
      </w:r>
    </w:p>
    <w:p>
      <w:pPr>
        <w:jc w:val="right"/>
      </w:pPr>
      <w:r>
        <w:t>شروع میں ہر آدمی ہوپ سے بھرا ہوا ہوتا ہے، لیکن جب اسے پیسہ کما لیا، جب اس</w:t>
      </w:r>
    </w:p>
    <w:p>
      <w:r>
        <w:rPr>
          <w:b/>
        </w:rPr>
        <w:t xml:space="preserve">[19:03] </w:t>
      </w:r>
      <w:r>
        <w:t>ko political power mil gaya, jab us ko property bana li, tab kya hota hai? tab yeh sab</w:t>
      </w:r>
    </w:p>
    <w:p>
      <w:pPr>
        <w:jc w:val="right"/>
      </w:pPr>
      <w:r>
        <w:t>کو پولیٹیکل پاور مل گیا، جب اس کو پراپرٹی بنا لی، تب کیا ہوتا ہے؟ تب یہ سب</w:t>
      </w:r>
    </w:p>
    <w:p>
      <w:r>
        <w:rPr>
          <w:b/>
        </w:rPr>
        <w:t xml:space="preserve">[19:11] </w:t>
      </w:r>
      <w:r>
        <w:t>khatam ho jata hai, jab siwaye mayoosi, siwaye frustration, siwaye tension ke aur kuch nahi hota us ke paas.</w:t>
      </w:r>
    </w:p>
    <w:p>
      <w:pPr>
        <w:jc w:val="right"/>
      </w:pPr>
      <w:r>
        <w:t>ختم ہو جاتا ہے، جب سوائے مایوسی، سوائے فرسٹریشن، سوائے ٹینشن کے اور کچھ نہیں ہوتا اس کے پاس۔</w:t>
      </w:r>
    </w:p>
    <w:p>
      <w:r>
        <w:rPr>
          <w:b/>
        </w:rPr>
        <w:t xml:space="preserve">[19:19] </w:t>
      </w:r>
      <w:r>
        <w:t>to ab yeh sawal hai ke "why is everyone a case of failure"? har aadmi ko, har</w:t>
      </w:r>
    </w:p>
    <w:p>
      <w:pPr>
        <w:jc w:val="right"/>
      </w:pPr>
      <w:r>
        <w:t>تو اب یہ سوال ہے کہ "وائی از ایوری ون ا کیس اف فیلیر"؟ ہر آدمی کو، ہر</w:t>
      </w:r>
    </w:p>
    <w:p>
      <w:r>
        <w:rPr>
          <w:b/>
        </w:rPr>
        <w:t xml:space="preserve">[19:25] </w:t>
      </w:r>
      <w:r>
        <w:t>aadmi case ko failure ka case hai.</w:t>
      </w:r>
    </w:p>
    <w:p>
      <w:pPr>
        <w:jc w:val="right"/>
      </w:pPr>
      <w:r>
        <w:t>آدمی کیس کو فیلیر کا کیس ہے۔</w:t>
      </w:r>
    </w:p>
    <w:p>
      <w:r>
        <w:rPr>
          <w:b/>
        </w:rPr>
        <w:t xml:space="preserve">[19:31] </w:t>
      </w:r>
      <w:r>
        <w:t>yani jo jo jo achievers hain, un ka bhi, jo achiever nahi hain, un ka bhi, dono ka,</w:t>
      </w:r>
    </w:p>
    <w:p>
      <w:pPr>
        <w:jc w:val="right"/>
      </w:pPr>
      <w:r>
        <w:t>یعنی جو جو جو اچیورز ہیں، ان کا بھی، جو اچیور نہیں ہیں، ان کا بھی، دونوں کا،</w:t>
      </w:r>
    </w:p>
    <w:p>
      <w:r>
        <w:rPr>
          <w:b/>
        </w:rPr>
        <w:t xml:space="preserve">[19:37] </w:t>
      </w:r>
      <w:r>
        <w:t>dono mein koi farq nahi hai.</w:t>
      </w:r>
    </w:p>
    <w:p>
      <w:pPr>
        <w:jc w:val="right"/>
      </w:pPr>
      <w:r>
        <w:t>دونوں میں کوئی فرق نہیں ہے۔</w:t>
      </w:r>
    </w:p>
    <w:p>
      <w:r>
        <w:rPr>
          <w:b/>
        </w:rPr>
        <w:t xml:space="preserve">[19:43] </w:t>
      </w:r>
      <w:r>
        <w:t>dilli mein aap jante hain, woh India mein</w:t>
      </w:r>
    </w:p>
    <w:p>
      <w:pPr>
        <w:jc w:val="right"/>
      </w:pPr>
      <w:r>
        <w:t>دلے میں آپ جانتے ہیں، وہ انڈیا میں</w:t>
      </w:r>
    </w:p>
    <w:p>
      <w:r>
        <w:rPr>
          <w:b/>
        </w:rPr>
        <w:t xml:space="preserve">[19:49] </w:t>
      </w:r>
      <w:r>
        <w:t>sab se pehla richest aadmi tha Tata.</w:t>
      </w:r>
    </w:p>
    <w:p>
      <w:pPr>
        <w:jc w:val="right"/>
      </w:pPr>
      <w:r>
        <w:t>سب سے پہلا رچیسٹ آدمی تھا ٹاٹا۔</w:t>
      </w:r>
    </w:p>
    <w:p>
      <w:r>
        <w:rPr>
          <w:b/>
        </w:rPr>
        <w:t xml:space="preserve">[19:53] </w:t>
      </w:r>
      <w:r>
        <w:t>sab se pehla richest aadmi Tata tha.</w:t>
      </w:r>
    </w:p>
    <w:p>
      <w:pPr>
        <w:jc w:val="right"/>
      </w:pPr>
      <w:r>
        <w:t>سب سے پہلا رچیسٹ آدمی ٹاٹا تھا۔</w:t>
      </w:r>
    </w:p>
    <w:p>
      <w:r>
        <w:rPr>
          <w:b/>
        </w:rPr>
        <w:t xml:space="preserve">[19:58] </w:t>
      </w:r>
      <w:r>
        <w:t>to mujhe mulaqat hui Justice Khandna se, un ke paas woh aaya karte thay barhappe mein kuch advice</w:t>
      </w:r>
    </w:p>
    <w:p>
      <w:pPr>
        <w:jc w:val="right"/>
      </w:pPr>
      <w:r>
        <w:t>تو مجھے ملاقات ہوئی جسٹس کھنڈنا سے، ان کے پاس وہ آیا کرتے تھے بڑھاپے میں کچھ ایڈوائس</w:t>
      </w:r>
    </w:p>
    <w:p>
      <w:r>
        <w:rPr>
          <w:b/>
        </w:rPr>
        <w:t xml:space="preserve">[20:02] </w:t>
      </w:r>
      <w:r>
        <w:t>lene ki, legal advice.</w:t>
      </w:r>
    </w:p>
    <w:p>
      <w:pPr>
        <w:jc w:val="right"/>
      </w:pPr>
      <w:r>
        <w:t>لینے کی، لیگل ایڈوائس۔</w:t>
      </w:r>
    </w:p>
    <w:p>
      <w:r>
        <w:rPr>
          <w:b/>
        </w:rPr>
        <w:t xml:space="preserve">[20:07] </w:t>
      </w:r>
      <w:r>
        <w:t>to unhon ne bataya ke J.D. Tata ne un se kaha barhappe mein ke "mol to kha</w:t>
      </w:r>
    </w:p>
    <w:p>
      <w:pPr>
        <w:jc w:val="right"/>
      </w:pPr>
      <w:r>
        <w:t>تو انہوں نے بتایا کہ جے ڈی ٹاٹا نے ان سے کہا بڑھاپے میں کہ "مول تو کھا</w:t>
      </w:r>
    </w:p>
    <w:p>
      <w:r>
        <w:rPr>
          <w:b/>
        </w:rPr>
        <w:t xml:space="preserve">[20:11] </w:t>
      </w:r>
      <w:r>
        <w:t>chuka, ab byaj par jee raha hoon".</w:t>
      </w:r>
    </w:p>
    <w:p>
      <w:pPr>
        <w:jc w:val="right"/>
      </w:pPr>
      <w:r>
        <w:t>چکا، اب بیاج پر جی رہا ہوں"۔</w:t>
      </w:r>
    </w:p>
    <w:p>
      <w:r>
        <w:rPr>
          <w:b/>
        </w:rPr>
        <w:t xml:space="preserve">[20:16] </w:t>
      </w:r>
      <w:r>
        <w:t>us ke andar kitna despair hai.</w:t>
      </w:r>
    </w:p>
    <w:p>
      <w:pPr>
        <w:jc w:val="right"/>
      </w:pPr>
      <w:r>
        <w:t>اس کے اندر کتنا ڈسپیئر ہے۔</w:t>
      </w:r>
    </w:p>
    <w:p>
      <w:r>
        <w:rPr>
          <w:b/>
        </w:rPr>
        <w:t xml:space="preserve">[20:20] </w:t>
      </w:r>
      <w:r>
        <w:t>Tata woh aadmi hai jo India mein sab se pehle is ne airplane uraya tha.</w:t>
      </w:r>
    </w:p>
    <w:p>
      <w:pPr>
        <w:jc w:val="right"/>
      </w:pPr>
      <w:r>
        <w:t>ٹاٹا وہ آدمی ہے جو انڈیا میں سب سے پہلے اس نے ایروپلین اڑایا تھا۔</w:t>
      </w:r>
    </w:p>
    <w:p>
      <w:r>
        <w:rPr>
          <w:b/>
        </w:rPr>
        <w:t xml:space="preserve">[20:27] </w:t>
      </w:r>
      <w:r>
        <w:t>bohat us ke andar crash thi, bohat hosla tha, bohat energy thi.</w:t>
      </w:r>
    </w:p>
    <w:p>
      <w:pPr>
        <w:jc w:val="right"/>
      </w:pPr>
      <w:r>
        <w:t>بہت اس کے اندر کرش تھی، بہت حوصلہ تھا، بہت انرجی تھی۔</w:t>
      </w:r>
    </w:p>
    <w:p>
      <w:r>
        <w:rPr>
          <w:b/>
        </w:rPr>
        <w:t xml:space="preserve">[20:33] </w:t>
      </w:r>
      <w:r>
        <w:t>horse riding mein sab se aage hota tha woh, lekin barhappe mein kya hua ke woh Justice Khandna</w:t>
      </w:r>
    </w:p>
    <w:p>
      <w:pPr>
        <w:jc w:val="right"/>
      </w:pPr>
      <w:r>
        <w:t>ہارس رائیڈنگ میں سب سے آگے ہوتا تھا وہ، لیکن بڑھاپے میں کیا ہوا کہ وہ جسٹس کھنڈنا</w:t>
      </w:r>
    </w:p>
    <w:p>
      <w:r>
        <w:rPr>
          <w:b/>
        </w:rPr>
        <w:t xml:space="preserve">[20:39] </w:t>
      </w:r>
      <w:r>
        <w:t>ne mujh se bataya ke unhon ne kaha ke "mol to kha chuka, ab byaj par jee raha hoon".</w:t>
      </w:r>
    </w:p>
    <w:p>
      <w:pPr>
        <w:jc w:val="right"/>
      </w:pPr>
      <w:r>
        <w:t>نے مجھ سے بتایا کہ انہوں نے کہا کہ "مول تو کھا چکا، اب بیاج پر جی رہا ہوں"۔</w:t>
      </w:r>
    </w:p>
    <w:p>
      <w:r>
        <w:rPr>
          <w:b/>
        </w:rPr>
        <w:t xml:space="preserve">[20:46] </w:t>
      </w:r>
      <w:r>
        <w:t>aaj aap jante hain ke woh</w:t>
      </w:r>
    </w:p>
    <w:p>
      <w:pPr>
        <w:jc w:val="right"/>
      </w:pPr>
      <w:r>
        <w:t>آج آپ جانتے ہیں کہ وہ</w:t>
      </w:r>
    </w:p>
    <w:p>
      <w:r>
        <w:rPr>
          <w:b/>
        </w:rPr>
        <w:t xml:space="preserve">[20:52] </w:t>
      </w:r>
      <w:r>
        <w:t>mar kar khatam ho chuke hain aur kuch bhi le kar nahi gaye yahan se.</w:t>
      </w:r>
    </w:p>
    <w:p>
      <w:pPr>
        <w:jc w:val="right"/>
      </w:pPr>
      <w:r>
        <w:t>مر کر ختم ہو چکے ہیں اور کچھ بھی لے کر نہیں گئے یہاں سے۔</w:t>
      </w:r>
    </w:p>
    <w:p>
      <w:r>
        <w:rPr>
          <w:b/>
        </w:rPr>
        <w:t xml:space="preserve">[21:00] </w:t>
      </w:r>
      <w:r>
        <w:t>to yeh bohat ziyada sochne ki baat hai ke aisa kyun hota hai.</w:t>
      </w:r>
    </w:p>
    <w:p>
      <w:pPr>
        <w:jc w:val="right"/>
      </w:pPr>
      <w:r>
        <w:t>تو یہ بہت زیادہ سوچنے کی بات ہے کہ ایسا کیوں ہوتا ہے۔</w:t>
      </w:r>
    </w:p>
    <w:p>
      <w:r>
        <w:rPr>
          <w:b/>
        </w:rPr>
        <w:t xml:space="preserve">[21:07] </w:t>
      </w:r>
      <w:r>
        <w:t>to aaj mein yahi baat soch raha tha apna woh spiritual tree ke neechay to mere mind mein</w:t>
      </w:r>
    </w:p>
    <w:p>
      <w:pPr>
        <w:jc w:val="right"/>
      </w:pPr>
      <w:r>
        <w:t>تو آج میں یہی بات سوچ رہا تھا اپنا وہ سپریچول ٹری کے نیچے تو میرے مائنڈ میں</w:t>
      </w:r>
    </w:p>
    <w:p>
      <w:r>
        <w:rPr>
          <w:b/>
        </w:rPr>
        <w:t xml:space="preserve">[21:15] </w:t>
      </w:r>
      <w:r>
        <w:t>aaya ke wajah is ki yeh hai ke har aadmi ideal paana chahta hai, lekin jo milta hai us ko</w:t>
      </w:r>
    </w:p>
    <w:p>
      <w:pPr>
        <w:jc w:val="right"/>
      </w:pPr>
      <w:r>
        <w:t>آیا کہ وجہ اس کی یہ ہے کہ ہر آدمی آئیڈیل پانا چاہتا ہے، لیکن جو ملتا ہے اس کو</w:t>
      </w:r>
    </w:p>
    <w:p>
      <w:r>
        <w:rPr>
          <w:b/>
        </w:rPr>
        <w:t xml:space="preserve">[21:22] </w:t>
      </w:r>
      <w:r>
        <w:t>wo less than ideal hota hai.</w:t>
      </w:r>
    </w:p>
    <w:p>
      <w:pPr>
        <w:jc w:val="right"/>
      </w:pPr>
      <w:r>
        <w:t>وہ لیس دین آئیڈیل ہوتا ہے۔</w:t>
      </w:r>
    </w:p>
    <w:p>
      <w:r>
        <w:rPr>
          <w:b/>
        </w:rPr>
        <w:t xml:space="preserve">[21:30] </w:t>
      </w:r>
      <w:r>
        <w:t>abhi mujhe, yaani mera spiritual tree jo hai, wahan mujhe inspiration hotay hain.</w:t>
      </w:r>
    </w:p>
    <w:p>
      <w:pPr>
        <w:jc w:val="right"/>
      </w:pPr>
      <w:r>
        <w:t>ابھی مجھے، یعنی میرا سپریچول ٹری جو ہے، وہاں مجھے انسپریشن ہوتے ہیں۔</w:t>
      </w:r>
    </w:p>
    <w:p>
      <w:r>
        <w:rPr>
          <w:b/>
        </w:rPr>
        <w:t xml:space="preserve">[21:38] </w:t>
      </w:r>
      <w:r>
        <w:t>to aaj ka jo inspiration mera tha, wo yeh tha ke is ka jo reason hai, wo yeh</w:t>
      </w:r>
    </w:p>
    <w:p>
      <w:pPr>
        <w:jc w:val="right"/>
      </w:pPr>
      <w:r>
        <w:t>تو آج کا جو انسپریشن میرا تھا، وہ یہ تھا کہ اس کا جو ریزن ہے، وہ یہ</w:t>
      </w:r>
    </w:p>
    <w:p>
      <w:r>
        <w:rPr>
          <w:b/>
        </w:rPr>
        <w:t xml:space="preserve">[21:45] </w:t>
      </w:r>
      <w:r>
        <w:t>hai ke har aadmi chahta hai ideal, lekin milti hai kya cheez? wo hoti hai less than ideal. yeh jo</w:t>
      </w:r>
    </w:p>
    <w:p>
      <w:pPr>
        <w:jc w:val="right"/>
      </w:pPr>
      <w:r>
        <w:t>ہے کہ ہر آدمی چاہتا ہے آئیڈیل، لیکن ملتی ہے کیا چیز؟ وہ ہوتی ہے لیس دین آئیڈیل۔ یہ جو</w:t>
      </w:r>
    </w:p>
    <w:p>
      <w:r>
        <w:rPr>
          <w:b/>
        </w:rPr>
        <w:t xml:space="preserve">[21:53] </w:t>
      </w:r>
      <w:r>
        <w:t>yeh jo distance hai dono ke beech mein, yahi aadmi ko despair mein daal deta hai.</w:t>
      </w:r>
    </w:p>
    <w:p>
      <w:pPr>
        <w:jc w:val="right"/>
      </w:pPr>
      <w:r>
        <w:t>یہ جو ڈسٹنس ہے دونوں کے بیچ میں، یہی آدمی کو ڈسپیئر میں ڈال دیتا ہے۔</w:t>
      </w:r>
    </w:p>
    <w:p>
      <w:r>
        <w:rPr>
          <w:b/>
        </w:rPr>
        <w:t xml:space="preserve">[22:08] </w:t>
      </w:r>
      <w:r>
        <w:t>yeh tha mera aaj ka key discovery.</w:t>
      </w:r>
    </w:p>
    <w:p>
      <w:pPr>
        <w:jc w:val="right"/>
      </w:pPr>
      <w:r>
        <w:t>یہ تھا میرا آج کا کی ڈسکوری۔</w:t>
      </w:r>
    </w:p>
    <w:p>
      <w:r>
        <w:rPr>
          <w:b/>
        </w:rPr>
        <w:t xml:space="preserve">[22:23] </w:t>
      </w:r>
      <w:r>
        <w:t>to aap dekhiye, aap jantay honge ek bohat well known saying hai English mein ke "ideal can</w:t>
      </w:r>
    </w:p>
    <w:p>
      <w:pPr>
        <w:jc w:val="right"/>
      </w:pPr>
      <w:r>
        <w:t>تو آپ دیکھیے، آپ جانتے ہوں گے ایک بہت ویل نون سینگ ہے انگلش میں کہ "آئیڈیل کین</w:t>
      </w:r>
    </w:p>
    <w:p>
      <w:r>
        <w:rPr>
          <w:b/>
        </w:rPr>
        <w:t xml:space="preserve">[22:29] </w:t>
      </w:r>
      <w:r>
        <w:t>not be achieved".</w:t>
      </w:r>
    </w:p>
    <w:p>
      <w:pPr>
        <w:jc w:val="right"/>
      </w:pPr>
      <w:r>
        <w:t>ناٹ بی اچیوڈ"۔</w:t>
      </w:r>
    </w:p>
    <w:p>
      <w:r>
        <w:rPr>
          <w:b/>
        </w:rPr>
        <w:t xml:space="preserve">[22:35] </w:t>
      </w:r>
      <w:r>
        <w:t>hazaron saal se insaan ka jo jo experience raha hai, is ka yeh nichor hai.</w:t>
      </w:r>
    </w:p>
    <w:p>
      <w:pPr>
        <w:jc w:val="right"/>
      </w:pPr>
      <w:r>
        <w:t>ہزاروں سال سے انسان کا جو جو ایکسپیرینس رہا ہے، اس کا یہ نچوڑ ہے۔</w:t>
      </w:r>
    </w:p>
    <w:p>
      <w:r>
        <w:rPr>
          <w:b/>
        </w:rPr>
        <w:t xml:space="preserve">[22:41] </w:t>
      </w:r>
      <w:r>
        <w:t>yeh hazaron saal se insaan dhoondta hai, yeh karta hai, wo karta hai, lekin aakhir mein kuch nahi paata.</w:t>
      </w:r>
    </w:p>
    <w:p>
      <w:pPr>
        <w:jc w:val="right"/>
      </w:pPr>
      <w:r>
        <w:t>یہ ہزاروں سال سے انسان ڈھونڈتا ہے، یہ کرتا ہے، وہ کرتا ہے، لیکن آخر میں کچھ نہیں پاتا۔</w:t>
      </w:r>
    </w:p>
    <w:p>
      <w:r>
        <w:rPr>
          <w:b/>
        </w:rPr>
        <w:t xml:space="preserve">[22:47] </w:t>
      </w:r>
      <w:r>
        <w:t>wo baray baray jo king hotay hain, aakhir mein</w:t>
      </w:r>
    </w:p>
    <w:p>
      <w:pPr>
        <w:jc w:val="right"/>
      </w:pPr>
      <w:r>
        <w:t>وہ بڑے بڑے جو کنگ ہوتے ہیں، آخر میں</w:t>
      </w:r>
    </w:p>
    <w:p>
      <w:r>
        <w:rPr>
          <w:b/>
        </w:rPr>
        <w:t xml:space="preserve">[22:53] </w:t>
      </w:r>
      <w:r>
        <w:t>wo bhi pressure mein martay hain.</w:t>
      </w:r>
    </w:p>
    <w:p>
      <w:pPr>
        <w:jc w:val="right"/>
      </w:pPr>
      <w:r>
        <w:t>وہ بھی پریشر میں مرتے ہیں۔</w:t>
      </w:r>
    </w:p>
    <w:p>
      <w:r>
        <w:rPr>
          <w:b/>
        </w:rPr>
        <w:t xml:space="preserve">[22:58] </w:t>
      </w:r>
      <w:r>
        <w:t>wo muslim period ka jo sab se bara empire bana tha, abbas empire, is ka jo last king</w:t>
      </w:r>
    </w:p>
    <w:p>
      <w:pPr>
        <w:jc w:val="right"/>
      </w:pPr>
      <w:r>
        <w:t>وہ مسلم پیریڈ کا جو سب سے بڑا ایمپائر بنا تھا، عباس ایمپائر، اس کا جو لاسٹ کنگ</w:t>
      </w:r>
    </w:p>
    <w:p>
      <w:r>
        <w:rPr>
          <w:b/>
        </w:rPr>
        <w:t xml:space="preserve">[23:03] </w:t>
      </w:r>
      <w:r>
        <w:t>tha, last khalifa, to aap jantay hain ke fourteen century mein tatariyon ne is ko khatam kar diya</w:t>
      </w:r>
    </w:p>
    <w:p>
      <w:pPr>
        <w:jc w:val="right"/>
      </w:pPr>
      <w:r>
        <w:t>تھا، لاسٹ خلیفہ، تو آپ جانتے ہیں کہ فورٹین سینچری میں تاتاریوں نے اس کو ختم کر دیا</w:t>
      </w:r>
    </w:p>
    <w:p>
      <w:r>
        <w:rPr>
          <w:b/>
        </w:rPr>
        <w:t xml:space="preserve">[23:08] </w:t>
      </w:r>
      <w:r>
        <w:t>tha, is ko pakar ke band kar diya tha is ke mahal ke ke ek is mein hissay</w:t>
      </w:r>
    </w:p>
    <w:p>
      <w:pPr>
        <w:jc w:val="right"/>
      </w:pPr>
      <w:r>
        <w:t>تھا، اس کو پکڑ کے بند کر دیا تھا اس کے محل کے کے ایک اس میں حصے</w:t>
      </w:r>
    </w:p>
    <w:p>
      <w:r>
        <w:rPr>
          <w:b/>
        </w:rPr>
        <w:t xml:space="preserve">[23:13] </w:t>
      </w:r>
      <w:r>
        <w:t>mein, aur khana peena nahi detay thay un ko.</w:t>
      </w:r>
    </w:p>
    <w:p>
      <w:pPr>
        <w:jc w:val="right"/>
      </w:pPr>
      <w:r>
        <w:t>میں، اور کھانا پینا نہیں دیتے تھے ان کو۔</w:t>
      </w:r>
    </w:p>
    <w:p>
      <w:r>
        <w:rPr>
          <w:b/>
        </w:rPr>
        <w:t xml:space="preserve">[23:18] </w:t>
      </w:r>
      <w:r>
        <w:t>to wo jo kha</w:t>
      </w:r>
    </w:p>
    <w:p>
      <w:pPr>
        <w:jc w:val="right"/>
      </w:pPr>
      <w:r>
        <w:t>تو وہ جو خ</w:t>
      </w:r>
    </w:p>
    <w:p>
      <w:r>
        <w:rPr>
          <w:b/>
        </w:rPr>
        <w:t xml:space="preserve">[23:23] </w:t>
      </w:r>
      <w:r>
        <w:t>leefa tha, jo baray thaat waat mein rehta tha, to jab bhooka to hua to to wo is</w:t>
      </w:r>
    </w:p>
    <w:p>
      <w:pPr>
        <w:jc w:val="right"/>
      </w:pPr>
      <w:r>
        <w:t>لیفہ تھا، جو بڑے ٹھاٹ واٹ میں رہتا تھا، تو جب بھوکا تو ہوا تو تو وہ اس</w:t>
      </w:r>
    </w:p>
    <w:p>
      <w:r>
        <w:rPr>
          <w:b/>
        </w:rPr>
        <w:t xml:space="preserve">[23:31] </w:t>
      </w:r>
      <w:r>
        <w:t>ne ek message bheja tatari jo thay un ko ke "main bohat bhooka hoon, mujhe kuch khane ko bhejo".</w:t>
      </w:r>
    </w:p>
    <w:p>
      <w:pPr>
        <w:jc w:val="right"/>
      </w:pPr>
      <w:r>
        <w:t>نے ایک میسج بھیجا تاتاری جو تھے ان کو کہ "میں بہت بھوکا ہوں، مجھے کچھ کھانے کو بھیجو"۔</w:t>
      </w:r>
    </w:p>
    <w:p>
      <w:r>
        <w:rPr>
          <w:b/>
        </w:rPr>
        <w:t xml:space="preserve">[23:38] </w:t>
      </w:r>
      <w:r>
        <w:t>to is mahal ke neeche, yaani is ke jis ko hum aaj kal basement kehtay hain, to bohat</w:t>
      </w:r>
    </w:p>
    <w:p>
      <w:pPr>
        <w:jc w:val="right"/>
      </w:pPr>
      <w:r>
        <w:t>تو اس محل کے نیچے، یعنی اس کے جس کو ہم آج کل بیسمنٹ کہتے ہیں، تو بہت</w:t>
      </w:r>
    </w:p>
    <w:p>
      <w:r>
        <w:rPr>
          <w:b/>
        </w:rPr>
        <w:t xml:space="preserve">[23:46] </w:t>
      </w:r>
      <w:r>
        <w:t>bara basement tha, is</w:t>
      </w:r>
    </w:p>
    <w:p>
      <w:pPr>
        <w:jc w:val="right"/>
      </w:pPr>
      <w:r>
        <w:t>بڑا بیسمنٹ تھا، اس</w:t>
      </w:r>
    </w:p>
    <w:p>
      <w:r>
        <w:rPr>
          <w:b/>
        </w:rPr>
        <w:t xml:space="preserve">[23:53] </w:t>
      </w:r>
      <w:r>
        <w:t>mein sab wo bharay hue thay, yaani diamond.</w:t>
      </w:r>
    </w:p>
    <w:p>
      <w:pPr>
        <w:jc w:val="right"/>
      </w:pPr>
      <w:r>
        <w:t>میں سب وہ بھرے ہوئے تھے، یعنی ڈائمنڈ۔</w:t>
      </w:r>
    </w:p>
    <w:p>
      <w:r>
        <w:rPr>
          <w:b/>
        </w:rPr>
        <w:t xml:space="preserve">[24:01] </w:t>
      </w:r>
      <w:r>
        <w:t>to is ne kaha ke "ek ek ek tray lo, jo sajo diamond, is ko la kar de do".</w:t>
      </w:r>
    </w:p>
    <w:p>
      <w:pPr>
        <w:jc w:val="right"/>
      </w:pPr>
      <w:r>
        <w:t>تو اس نے کہا کہ "ایک ایک ایک ٹرے لو، جو سجاؤ ڈائمنڈ، اس کو لا کر دے دو"۔</w:t>
      </w:r>
    </w:p>
    <w:p>
      <w:r>
        <w:rPr>
          <w:b/>
        </w:rPr>
        <w:t xml:space="preserve">[24:08] </w:t>
      </w:r>
      <w:r>
        <w:t>wo diamond saja kar ke ek aadmi le gaya aur kaha ke "yeh yaani hamaray king ne bheja hai".</w:t>
      </w:r>
    </w:p>
    <w:p>
      <w:pPr>
        <w:jc w:val="right"/>
      </w:pPr>
      <w:r>
        <w:t>وہ ڈائمنڈ سجا کر کے ایک آدمی لے گیا اور کہا کہ "یہ یعنی ہمارے کنگ نے بھیجا ہے"۔</w:t>
      </w:r>
    </w:p>
    <w:p>
      <w:r>
        <w:rPr>
          <w:b/>
        </w:rPr>
        <w:t xml:space="preserve">[24:16] </w:t>
      </w:r>
      <w:r>
        <w:t>yeh to kya hua?</w:t>
      </w:r>
    </w:p>
    <w:p>
      <w:pPr>
        <w:jc w:val="right"/>
      </w:pPr>
      <w:r>
        <w:t>یہ تو کیا ہوا؟</w:t>
      </w:r>
    </w:p>
    <w:p>
      <w:r>
        <w:rPr>
          <w:b/>
        </w:rPr>
        <w:t xml:space="preserve">[24:24] </w:t>
      </w:r>
      <w:r>
        <w:t>woh rone laga.</w:t>
      </w:r>
    </w:p>
    <w:p>
      <w:pPr>
        <w:jc w:val="right"/>
      </w:pPr>
      <w:r>
        <w:t>وہ رونے لگا۔</w:t>
      </w:r>
    </w:p>
    <w:p>
      <w:r>
        <w:rPr>
          <w:b/>
        </w:rPr>
        <w:t xml:space="preserve">[24:28] </w:t>
      </w:r>
      <w:r>
        <w:t>is ne kaha ke "indal jawahir la tuakal".</w:t>
      </w:r>
    </w:p>
    <w:p>
      <w:pPr>
        <w:jc w:val="right"/>
      </w:pPr>
      <w:r>
        <w:t>اس نے کہا کہ "انڈل جواہر لا توکل"۔</w:t>
      </w:r>
    </w:p>
    <w:p>
      <w:r>
        <w:rPr>
          <w:b/>
        </w:rPr>
        <w:t xml:space="preserve">[24:32] </w:t>
      </w:r>
      <w:r>
        <w:t>"indal jawahir la tuakal".</w:t>
      </w:r>
    </w:p>
    <w:p>
      <w:pPr>
        <w:jc w:val="right"/>
      </w:pPr>
      <w:r>
        <w:t>"انڈل جواہر لا توکل"۔</w:t>
      </w:r>
    </w:p>
    <w:p>
      <w:r>
        <w:rPr>
          <w:b/>
        </w:rPr>
        <w:t xml:space="preserve">[24:37] </w:t>
      </w:r>
      <w:r>
        <w:t>diamond to khaye nahi jatay.</w:t>
      </w:r>
    </w:p>
    <w:p>
      <w:pPr>
        <w:jc w:val="right"/>
      </w:pPr>
      <w:r>
        <w:t>ڈائمنڈ تو کھائے نہیں جاتے۔</w:t>
      </w:r>
    </w:p>
    <w:p>
      <w:r>
        <w:rPr>
          <w:b/>
        </w:rPr>
        <w:t xml:space="preserve">[24:41] </w:t>
      </w:r>
      <w:r>
        <w:t>ab insan ki help helplessness zara dekhiye ke jis jis diamond ke liye woh itna dhoom machata hai,</w:t>
      </w:r>
    </w:p>
    <w:p>
      <w:pPr>
        <w:jc w:val="right"/>
      </w:pPr>
      <w:r>
        <w:t>اب انسان کی ہیلپ ہیلپلیسنس ذرا دیکھیے کہ جس جس ڈائمنڈ کے لیے وہ اتنا دھوم مچاتا ہے،</w:t>
      </w:r>
    </w:p>
    <w:p>
      <w:r>
        <w:rPr>
          <w:b/>
        </w:rPr>
        <w:t xml:space="preserve">[24:45] </w:t>
      </w:r>
      <w:r>
        <w:t>us se woh apni pet pet ki bhook nahi baja sakta.</w:t>
      </w:r>
    </w:p>
    <w:p>
      <w:pPr>
        <w:jc w:val="right"/>
      </w:pPr>
      <w:r>
        <w:t>اس سے وہ اپنی پیٹ پیٹ کی بھوک نہیں بجھا سکتا۔</w:t>
      </w:r>
    </w:p>
    <w:p>
      <w:r>
        <w:rPr>
          <w:b/>
        </w:rPr>
        <w:t xml:space="preserve">[24:50] </w:t>
      </w:r>
      <w:r>
        <w:t>woh sirf dekh sakta hai, us ko</w:t>
      </w:r>
    </w:p>
    <w:p>
      <w:pPr>
        <w:jc w:val="right"/>
      </w:pPr>
      <w:r>
        <w:t>وہ صرف دیکھ سکتا ہے، اس کو</w:t>
      </w:r>
    </w:p>
    <w:p>
      <w:r>
        <w:rPr>
          <w:b/>
        </w:rPr>
        <w:t xml:space="preserve">[24:54] </w:t>
      </w:r>
      <w:r>
        <w:t>na us ki pyas bhejgi, na khana milega us se, na gosht aur khoon banega</w:t>
      </w:r>
    </w:p>
    <w:p>
      <w:pPr>
        <w:jc w:val="right"/>
      </w:pPr>
      <w:r>
        <w:t>نہ اس کی پیاس بجھے گی، نہ کھانا ملے گا اس سے، نہ گوشت اور خون بنے گا</w:t>
      </w:r>
    </w:p>
    <w:p>
      <w:r>
        <w:rPr>
          <w:b/>
        </w:rPr>
        <w:t xml:space="preserve">[24:59] </w:t>
      </w:r>
      <w:r>
        <w:t>woh body mein ja kar.</w:t>
      </w:r>
    </w:p>
    <w:p>
      <w:pPr>
        <w:jc w:val="right"/>
      </w:pPr>
      <w:r>
        <w:t>وہ باڈی میں جا کر۔</w:t>
      </w:r>
    </w:p>
    <w:p>
      <w:r>
        <w:rPr>
          <w:b/>
        </w:rPr>
        <w:t xml:space="preserve">[25:04] </w:t>
      </w:r>
      <w:r>
        <w:t>to is ne kaha ke "indal jawahir la tuakal".</w:t>
      </w:r>
    </w:p>
    <w:p>
      <w:pPr>
        <w:jc w:val="right"/>
      </w:pPr>
      <w:r>
        <w:t>تو اس نے کہا کہ "انڈل جواہر لا توکل"۔</w:t>
      </w:r>
    </w:p>
    <w:p>
      <w:r>
        <w:rPr>
          <w:b/>
        </w:rPr>
        <w:t xml:space="preserve">[25:09] </w:t>
      </w:r>
      <w:r>
        <w:t>jawahir to khaye nahi jatay, diamond to khaye nahi jatay.</w:t>
      </w:r>
    </w:p>
    <w:p>
      <w:pPr>
        <w:jc w:val="right"/>
      </w:pPr>
      <w:r>
        <w:t>جواہر تو کھائے نہیں جاتے، ڈائمنڈ تو کھائے نہیں جاتے۔</w:t>
      </w:r>
    </w:p>
    <w:p>
      <w:r>
        <w:rPr>
          <w:b/>
        </w:rPr>
        <w:t xml:space="preserve">[25:14] </w:t>
      </w:r>
      <w:r>
        <w:t>yani kitna helpless hai insan, sab kuch pa kar ke bhi goya kuch nahi paya.</w:t>
      </w:r>
    </w:p>
    <w:p>
      <w:pPr>
        <w:jc w:val="right"/>
      </w:pPr>
      <w:r>
        <w:t>یعنی کتنا ہیلپلیس ہے انسان، سب کچھ پا کر کے بھی گویا کچھ نہیں پایا۔</w:t>
      </w:r>
    </w:p>
    <w:p>
      <w:r>
        <w:rPr>
          <w:b/>
        </w:rPr>
        <w:t xml:space="preserve">[25:19] </w:t>
      </w:r>
      <w:r>
        <w:t>is mein diamond bhare hue hain, gold bhara hua hai, note bhare hue hain, dal</w:t>
      </w:r>
    </w:p>
    <w:p>
      <w:pPr>
        <w:jc w:val="right"/>
      </w:pPr>
      <w:r>
        <w:t>اس میں ڈائمنڈ بھرے ہوئے ہیں، گولڈ بھرا ہوا ہے، نوٹ بھرے ہوئے ہیں، ڈال</w:t>
      </w:r>
    </w:p>
    <w:p>
      <w:r>
        <w:rPr>
          <w:b/>
        </w:rPr>
        <w:t xml:space="preserve">[25:24] </w:t>
      </w:r>
      <w:r>
        <w:t>r bhare hue hain, lekin agar khana nahi milta hai, aap ko pani nahi milta, aap ko to</w:t>
      </w:r>
    </w:p>
    <w:p>
      <w:pPr>
        <w:jc w:val="right"/>
      </w:pPr>
      <w:r>
        <w:t>ر بھرے ہوئے ہیں، لیکن اگر کھانا نہیں ملتا ہے، آپ کو پانی نہیں ملتا، آپ کو تو</w:t>
      </w:r>
    </w:p>
    <w:p>
      <w:r>
        <w:rPr>
          <w:b/>
        </w:rPr>
        <w:t xml:space="preserve">[25:31] </w:t>
      </w:r>
      <w:r>
        <w:t>aap bhooke mar jayenge.</w:t>
      </w:r>
    </w:p>
    <w:p>
      <w:pPr>
        <w:jc w:val="right"/>
      </w:pPr>
      <w:r>
        <w:t>آپ بھوکے مر جائیں گے۔</w:t>
      </w:r>
    </w:p>
    <w:p>
      <w:r>
        <w:rPr>
          <w:b/>
        </w:rPr>
        <w:t xml:space="preserve">[25:39] </w:t>
      </w:r>
      <w:r>
        <w:t>to yeh jo yeh jo hai insan mein, to mein is par sochte hue samajh paya hoon, aur</w:t>
      </w:r>
    </w:p>
    <w:p>
      <w:pPr>
        <w:jc w:val="right"/>
      </w:pPr>
      <w:r>
        <w:t>تو یہ جو یہ جو ہے انسان میں، تو میں اس پر سوچتے ہوئے سمجھ پایا ہوں، اور</w:t>
      </w:r>
    </w:p>
    <w:p>
      <w:r>
        <w:rPr>
          <w:b/>
        </w:rPr>
        <w:t xml:space="preserve">[25:47] </w:t>
      </w:r>
      <w:r>
        <w:t>yeh scriptures mein bhi likha hua hai ke khuda ne paradise ka concept insan ke m</w:t>
      </w:r>
    </w:p>
    <w:p>
      <w:pPr>
        <w:jc w:val="right"/>
      </w:pPr>
      <w:r>
        <w:t>یہ سکرپچرز میں بھی لکھا ہوا ہے کہ خدا نے پیراڈائز کا کانسیپٹ انسان کے م</w:t>
      </w:r>
    </w:p>
    <w:p>
      <w:r>
        <w:rPr>
          <w:b/>
        </w:rPr>
        <w:t xml:space="preserve">[25:54] </w:t>
      </w:r>
      <w:r>
        <w:t>ind mein by nature rakh diya hai, jis ko hum paradise kehte hain, jis mein yani perfect world,</w:t>
      </w:r>
    </w:p>
    <w:p>
      <w:pPr>
        <w:jc w:val="right"/>
      </w:pPr>
      <w:r>
        <w:t>ائنڈ میں بائی نیچر رکھ دیا ہے، جس کو ہم پیراڈائز کہتے ہیں، جس میں یعنی پرفیکٹ ورلڈ،</w:t>
      </w:r>
    </w:p>
    <w:p>
      <w:r>
        <w:rPr>
          <w:b/>
        </w:rPr>
        <w:t xml:space="preserve">[26:00] </w:t>
      </w:r>
      <w:r>
        <w:t>ideal world, jis mein woh sab kuch ho jo hum chahte hain.</w:t>
      </w:r>
    </w:p>
    <w:p>
      <w:pPr>
        <w:jc w:val="right"/>
      </w:pPr>
      <w:r>
        <w:t>آئیڈیل ورلڈ، جس میں وہ سب کچھ ہو جو ہم چاہتے ہیں۔</w:t>
      </w:r>
    </w:p>
    <w:p>
      <w:r>
        <w:rPr>
          <w:b/>
        </w:rPr>
        <w:t xml:space="preserve">[26:06] </w:t>
      </w:r>
      <w:r>
        <w:t>to paradise jo ideal world hai, uska concept insan ke andar by birth rakh diya gaya hai.</w:t>
      </w:r>
    </w:p>
    <w:p>
      <w:pPr>
        <w:jc w:val="right"/>
      </w:pPr>
      <w:r>
        <w:t>تو پیراڈائز جو آئیڈیل ورلڈ ہے، اس کا کانسیپٹ انسان کے اندر بائی برتھ رکھ دیا گیا ہے۔</w:t>
      </w:r>
    </w:p>
    <w:p>
      <w:r>
        <w:rPr>
          <w:b/>
        </w:rPr>
        <w:t xml:space="preserve">[26:12] </w:t>
      </w:r>
      <w:r>
        <w:t>ab kya hai? usi ki talash mein rehta hai aadmi.</w:t>
      </w:r>
    </w:p>
    <w:p>
      <w:pPr>
        <w:jc w:val="right"/>
      </w:pPr>
      <w:r>
        <w:t>اب کیا ہے؟ اسی کی تلاش میں رہتا ہے آدمی۔</w:t>
      </w:r>
    </w:p>
    <w:p>
      <w:r>
        <w:rPr>
          <w:b/>
        </w:rPr>
        <w:t xml:space="preserve">[26:18] </w:t>
      </w:r>
      <w:r>
        <w:t>woh jo bhara hua</w:t>
      </w:r>
    </w:p>
    <w:p>
      <w:pPr>
        <w:jc w:val="right"/>
      </w:pPr>
      <w:r>
        <w:t>وہ جو بھرا ہوا</w:t>
      </w:r>
    </w:p>
    <w:p>
      <w:r>
        <w:rPr>
          <w:b/>
        </w:rPr>
        <w:t xml:space="preserve">[26:24] </w:t>
      </w:r>
      <w:r>
        <w:t>hai, aadmi ke andar jo concept bhara hua hai paradise ka ya ideal world ka, usi mein jeeta</w:t>
      </w:r>
    </w:p>
    <w:p>
      <w:pPr>
        <w:jc w:val="right"/>
      </w:pPr>
      <w:r>
        <w:t>ہے، آدمی کے اندر جو کانسیپٹ بھرا ہوا ہے پیراڈائز کا یا آئیڈیل ورلڈ کا، اسی میں جیتا</w:t>
      </w:r>
    </w:p>
    <w:p>
      <w:r>
        <w:rPr>
          <w:b/>
        </w:rPr>
        <w:t xml:space="preserve">[26:32] </w:t>
      </w:r>
      <w:r>
        <w:t>hai aur chahta hai kuch achieve karna, achieve karna, achieve karna.</w:t>
      </w:r>
    </w:p>
    <w:p>
      <w:pPr>
        <w:jc w:val="right"/>
      </w:pPr>
      <w:r>
        <w:t>ہے اور چاہتا ہے کچھ اچیو کرنا، اچیو کرنا، اچیو کرنا۔</w:t>
      </w:r>
    </w:p>
    <w:p>
      <w:r>
        <w:rPr>
          <w:b/>
        </w:rPr>
        <w:t xml:space="preserve">[26:40] </w:t>
      </w:r>
      <w:r>
        <w:t>lekin woh ideal world is dunya mein toh hai nahi, present world mein toh rakha nahi khuda ne is ko.</w:t>
      </w:r>
    </w:p>
    <w:p>
      <w:pPr>
        <w:jc w:val="right"/>
      </w:pPr>
      <w:r>
        <w:t>لیکن وہ آئیڈیل ورلڈ اس دنیا میں تو ہے نہیں، پریزنٹ ورلڈ میں تو رکھا نہیں خدا نے اس کو۔</w:t>
      </w:r>
    </w:p>
    <w:p>
      <w:r>
        <w:rPr>
          <w:b/>
        </w:rPr>
        <w:t xml:space="preserve">[26:49] </w:t>
      </w:r>
      <w:r>
        <w:t>yani pride khuda ne jo ada kiya insaan ko, toh us ke life span ko do hisse mein bant diya.</w:t>
      </w:r>
    </w:p>
    <w:p>
      <w:pPr>
        <w:jc w:val="right"/>
      </w:pPr>
      <w:r>
        <w:t>یعنی پریڈ خدا نے جو ادا کیا انسان کو، تو اس کے لائف سپین کو دو حصے میں بانٹ دیا۔</w:t>
      </w:r>
    </w:p>
    <w:p>
      <w:r>
        <w:rPr>
          <w:b/>
        </w:rPr>
        <w:t xml:space="preserve">[26:57] </w:t>
      </w:r>
      <w:r>
        <w:t>jis tarah ice berg hota hai, ice berg ka ek tip dikhai deta hai, baqi sara is ka</w:t>
      </w:r>
    </w:p>
    <w:p>
      <w:pPr>
        <w:jc w:val="right"/>
      </w:pPr>
      <w:r>
        <w:t>جس طرح آئس برگ ہوتا ہے، آئس برگ کا ایک ٹپ دکھائی دیتا ہے، باقی سارا اس کا</w:t>
      </w:r>
    </w:p>
    <w:p>
      <w:r>
        <w:rPr>
          <w:b/>
        </w:rPr>
        <w:t xml:space="preserve">[27:02] </w:t>
      </w:r>
      <w:r>
        <w:t>body jo hai chupa hua hota hai, ocean mein chupa hota hai.</w:t>
      </w:r>
    </w:p>
    <w:p>
      <w:pPr>
        <w:jc w:val="right"/>
      </w:pPr>
      <w:r>
        <w:t>باڈی جو ہے چھپا ہوا ہوتا ہے، اوشن میں چھپا ہوتا ہے۔</w:t>
      </w:r>
    </w:p>
    <w:p>
      <w:r>
        <w:rPr>
          <w:b/>
        </w:rPr>
        <w:t xml:space="preserve">[27:07] </w:t>
      </w:r>
      <w:r>
        <w:t>toh yeh dunya jo hai, pre death period, ek tip yahan hamare samne hai, baqi sara post death</w:t>
      </w:r>
    </w:p>
    <w:p>
      <w:pPr>
        <w:jc w:val="right"/>
      </w:pPr>
      <w:r>
        <w:t>تو یہ دنیا جو ہے، پری ڈیتھ پیریڈ، ایک ٹپ یہاں ہمارے سامنے ہے، باقی سارا پوسٹ ڈیتھ</w:t>
      </w:r>
    </w:p>
    <w:p>
      <w:r>
        <w:rPr>
          <w:b/>
        </w:rPr>
        <w:t xml:space="preserve">[27:12] </w:t>
      </w:r>
      <w:r>
        <w:t>period mein hai.</w:t>
      </w:r>
    </w:p>
    <w:p>
      <w:pPr>
        <w:jc w:val="right"/>
      </w:pPr>
      <w:r>
        <w:t>پیریڈ میں ہے۔</w:t>
      </w:r>
    </w:p>
    <w:p>
      <w:r>
        <w:rPr>
          <w:b/>
        </w:rPr>
        <w:t xml:space="preserve">[27:17] </w:t>
      </w:r>
      <w:r>
        <w:t>toh khuda ne jo ideal world banai hai paradise ke naam se, woh is ko yahan nahi rakha</w:t>
      </w:r>
    </w:p>
    <w:p>
      <w:pPr>
        <w:jc w:val="right"/>
      </w:pPr>
      <w:r>
        <w:t>تو خدا نے جو آئیڈیل ورلڈ بنائی ہے پیراڈائز کے نام سے، وہ اس کو یہاں نہیں رکھا</w:t>
      </w:r>
    </w:p>
    <w:p>
      <w:r>
        <w:rPr>
          <w:b/>
        </w:rPr>
        <w:t xml:space="preserve">[27:22] </w:t>
      </w:r>
      <w:r>
        <w:t>hai, us ne is ko rakha hai post death</w:t>
      </w:r>
    </w:p>
    <w:p>
      <w:pPr>
        <w:jc w:val="right"/>
      </w:pPr>
      <w:r>
        <w:t>ہے، اس نے اس کو رکھا ہے پوسٹ ڈیتھ</w:t>
      </w:r>
    </w:p>
    <w:p>
      <w:r>
        <w:rPr>
          <w:b/>
        </w:rPr>
        <w:t xml:space="preserve">[27:27] </w:t>
      </w:r>
      <w:r>
        <w:t>period mein.</w:t>
      </w:r>
    </w:p>
    <w:p>
      <w:pPr>
        <w:jc w:val="right"/>
      </w:pPr>
      <w:r>
        <w:t>پیریڈ میں۔</w:t>
      </w:r>
    </w:p>
    <w:p>
      <w:r>
        <w:rPr>
          <w:b/>
        </w:rPr>
        <w:t xml:space="preserve">[27:33] </w:t>
      </w:r>
      <w:r>
        <w:t>ab jo cheez milne wali hai marne ke baad, us ko aadmi chahne lagta hai marne se pehle,</w:t>
      </w:r>
    </w:p>
    <w:p>
      <w:pPr>
        <w:jc w:val="right"/>
      </w:pPr>
      <w:r>
        <w:t>اب جو چیز ملنے والی ہے مرنے کے بعد، اس کو آدمی چاہنے لگتا ہے مرنے سے پہلے،</w:t>
      </w:r>
    </w:p>
    <w:p>
      <w:r>
        <w:rPr>
          <w:b/>
        </w:rPr>
        <w:t xml:space="preserve">[27:39] </w:t>
      </w:r>
      <w:r>
        <w:t>toh pata nahi ke okay, yahan toh hai nahi woh.</w:t>
      </w:r>
    </w:p>
    <w:p>
      <w:pPr>
        <w:jc w:val="right"/>
      </w:pPr>
      <w:r>
        <w:t>تو پاتا نہیں کہ اوکے، یہاں تو ہے نہیں وہ۔</w:t>
      </w:r>
    </w:p>
    <w:p>
      <w:r>
        <w:rPr>
          <w:b/>
        </w:rPr>
        <w:t xml:space="preserve">[27:45] </w:t>
      </w:r>
      <w:r>
        <w:t>yani dhoondhta hai ideal, milta hai less than ideal, dhoondhta hai paradise aur milta hai kuch aur.</w:t>
      </w:r>
    </w:p>
    <w:p>
      <w:pPr>
        <w:jc w:val="right"/>
      </w:pPr>
      <w:r>
        <w:t>یعنی ڈھونڈتا ہے آئیڈیل، ملتا ہے لیس دین آئیڈیل، ڈھونڈتا ہے پیراڈائز اور ملتا ہے کچھ اور۔</w:t>
      </w:r>
    </w:p>
    <w:p>
      <w:r>
        <w:rPr>
          <w:b/>
        </w:rPr>
        <w:t xml:space="preserve">[27:51] </w:t>
      </w:r>
      <w:r>
        <w:t>yahi sara problem hai, sara tension, sara stress, sara dukh isi d</w:t>
      </w:r>
    </w:p>
    <w:p>
      <w:pPr>
        <w:jc w:val="right"/>
      </w:pPr>
      <w:r>
        <w:t>یہی سارا پرابلم ہے، سارا ٹینشن، سارا اسٹریس، سارا دکھ اسی ڈ</w:t>
      </w:r>
    </w:p>
    <w:p>
      <w:r>
        <w:rPr>
          <w:b/>
        </w:rPr>
        <w:t xml:space="preserve">[27:57] </w:t>
      </w:r>
      <w:r>
        <w:t>stence ki wajah se hai.</w:t>
      </w:r>
    </w:p>
    <w:p>
      <w:pPr>
        <w:jc w:val="right"/>
      </w:pPr>
      <w:r>
        <w:t>سٹنس کی وجہ سے ہے۔</w:t>
      </w:r>
    </w:p>
    <w:p>
      <w:r>
        <w:rPr>
          <w:b/>
        </w:rPr>
        <w:t xml:space="preserve">[28:03] </w:t>
      </w:r>
      <w:r>
        <w:t>toh ek kaha jata hai, ek qissa hai hindi kahaniyon mein ke yeh jo jo mus</w:t>
      </w:r>
    </w:p>
    <w:p>
      <w:pPr>
        <w:jc w:val="right"/>
      </w:pPr>
      <w:r>
        <w:t>تو ایک کہا جاتا ہے، ایک قصہ ہے ہندی کہانیوں میں کہ یہ جو جو ایم یو ایس</w:t>
      </w:r>
    </w:p>
    <w:p>
      <w:r>
        <w:rPr>
          <w:b/>
        </w:rPr>
        <w:t xml:space="preserve">[28:09] </w:t>
      </w:r>
      <w:r>
        <w:t>ke musk, jo kehte hain, jis ko urdu mein kehte hain mushk, english mein kehte hain is ko</w:t>
      </w:r>
    </w:p>
    <w:p>
      <w:pPr>
        <w:jc w:val="right"/>
      </w:pPr>
      <w:r>
        <w:t>کے مسک، جو کہتے ہیں، جس کو اردو میں کہتے ہیں مشک، انگلش میں کہتے ہیں اس کو</w:t>
      </w:r>
    </w:p>
    <w:p>
      <w:r>
        <w:rPr>
          <w:b/>
        </w:rPr>
        <w:t xml:space="preserve">[28:16] </w:t>
      </w:r>
      <w:r>
        <w:t>musk, mus ke, bohat hi khushbu is ke andar hoti hai.</w:t>
      </w:r>
    </w:p>
    <w:p>
      <w:pPr>
        <w:jc w:val="right"/>
      </w:pPr>
      <w:r>
        <w:t>مسک، ایم یو ایس کے، بہت ہی خوشبو اس کے اندر ہوتی ہے۔</w:t>
      </w:r>
    </w:p>
    <w:p>
      <w:r>
        <w:rPr>
          <w:b/>
        </w:rPr>
        <w:t xml:space="preserve">[28:22] </w:t>
      </w:r>
      <w:r>
        <w:t>ab woh kisi deer ke pait mein hota hai.</w:t>
      </w:r>
    </w:p>
    <w:p>
      <w:pPr>
        <w:jc w:val="right"/>
      </w:pPr>
      <w:r>
        <w:t>اب وہ کسی ڈیئر کے پیٹ میں ہوتا ہے۔</w:t>
      </w:r>
    </w:p>
    <w:p>
      <w:r>
        <w:rPr>
          <w:b/>
        </w:rPr>
        <w:t xml:space="preserve">[28:28] </w:t>
      </w:r>
      <w:r>
        <w:t>toh ek kahani hai ke jab woh deer jo tha musk wala, toh is ka andar jo tayyar</w:t>
      </w:r>
    </w:p>
    <w:p>
      <w:pPr>
        <w:jc w:val="right"/>
      </w:pPr>
      <w:r>
        <w:t>تو ایک کہانی ہے کہ جب وہ ڈیئر جو تھا مسک والا، تو اس کا اندر جو تیار</w:t>
      </w:r>
    </w:p>
    <w:p>
      <w:r>
        <w:rPr>
          <w:b/>
        </w:rPr>
        <w:t xml:space="preserve">[28:34] </w:t>
      </w:r>
      <w:r>
        <w:t>ho gaya, jab woh aur khushbu aane lagi, toh is ke liye daudne laga woh ke kahan hai</w:t>
      </w:r>
    </w:p>
    <w:p>
      <w:pPr>
        <w:jc w:val="right"/>
      </w:pPr>
      <w:r>
        <w:t>ہو گیا، جب وہ اور خوشبو آنے لگی، تو اس کے لیے دوڑنے لگا وہ کہ کہاں ہے</w:t>
      </w:r>
    </w:p>
    <w:p>
      <w:r>
        <w:rPr>
          <w:b/>
        </w:rPr>
        <w:t xml:space="preserve">[28:40] </w:t>
      </w:r>
      <w:r>
        <w:t>khushbu, khushbu ki talash mein idhar daud raha hai, idhar daud raha hai, idhar daud raha hai.</w:t>
      </w:r>
    </w:p>
    <w:p>
      <w:pPr>
        <w:jc w:val="right"/>
      </w:pPr>
      <w:r>
        <w:t>خوشبو، خوشبو کی تلاش میں ادھر دوڑ رہا ہے، ادھر دوڑ رہا ہے، ادھر دوڑ رہا ہے۔</w:t>
      </w:r>
    </w:p>
    <w:p>
      <w:r>
        <w:rPr>
          <w:b/>
        </w:rPr>
        <w:t xml:space="preserve">[28:46] </w:t>
      </w:r>
      <w:r>
        <w:t>toh is mein kisi ne kaha ke tum khushbu, jo khushbu bahar daud raha hai, woh toh andar</w:t>
      </w:r>
    </w:p>
    <w:p>
      <w:pPr>
        <w:jc w:val="right"/>
      </w:pPr>
      <w:r>
        <w:t>تو اس میں کسی نے کہا کہ تم خوشبو، جو خوشبو باہر دوڑ رہا ہے، وہ تو اندر</w:t>
      </w:r>
    </w:p>
    <w:p>
      <w:r>
        <w:rPr>
          <w:b/>
        </w:rPr>
        <w:t xml:space="preserve">[28:52] </w:t>
      </w:r>
      <w:r>
        <w:t>hai, kundli andar bas hai. toh mein</w:t>
      </w:r>
    </w:p>
    <w:p>
      <w:pPr>
        <w:jc w:val="right"/>
      </w:pPr>
      <w:r>
        <w:t>ہے، کنڈلی اندر بس ہے۔ تو میں</w:t>
      </w:r>
    </w:p>
    <w:p>
      <w:r>
        <w:rPr>
          <w:b/>
        </w:rPr>
        <w:t xml:space="preserve">[28:58] </w:t>
      </w:r>
      <w:r>
        <w:t>is ko thoda sa badal kar kahunga ke aadmi dhoondh raha hai paradise is present world mein,</w:t>
      </w:r>
    </w:p>
    <w:p>
      <w:pPr>
        <w:jc w:val="right"/>
      </w:pPr>
      <w:r>
        <w:t>اس کو تھوڑا سا بدل کر کہوں گا کہ آدمی ڈھونڈ رہا ہے پیراڈائز اس پریزنٹ ورلڈ میں،</w:t>
      </w:r>
    </w:p>
    <w:p>
      <w:r>
        <w:rPr>
          <w:b/>
        </w:rPr>
        <w:t xml:space="preserve">[29:06] </w:t>
      </w:r>
      <w:r>
        <w:t>lekin woh milne wali hai is world mein jo marne ke baad samne aayegi.</w:t>
      </w:r>
    </w:p>
    <w:p>
      <w:pPr>
        <w:jc w:val="right"/>
      </w:pPr>
      <w:r>
        <w:t>لیکن وہ ملنے والی ہے اس ورلڈ میں جو مرنے کے بعد سامنے آئے گی۔</w:t>
      </w:r>
    </w:p>
    <w:p>
      <w:r>
        <w:rPr>
          <w:b/>
        </w:rPr>
        <w:t xml:space="preserve">[29:14] </w:t>
      </w:r>
      <w:r>
        <w:t>aur poori history mein jab hum dekhte hain ke jo achievers the, achievers ko bhi satisfaction nahi mila,</w:t>
      </w:r>
    </w:p>
    <w:p>
      <w:pPr>
        <w:jc w:val="right"/>
      </w:pPr>
      <w:r>
        <w:t>اور پوری ہسٹری میں جب ہم دیکھتے ہیں کہ جو اچیورز تھے، اچیورز کو بھی سیٹسفیکشن نہیں ملا،</w:t>
      </w:r>
    </w:p>
    <w:p>
      <w:r>
        <w:rPr>
          <w:b/>
        </w:rPr>
        <w:t xml:space="preserve">[29:22] </w:t>
      </w:r>
      <w:r>
        <w:t>kyun? isi se yeh prove ho jata hai ke yeh duniya mein paradise nahi hai.</w:t>
      </w:r>
    </w:p>
    <w:p>
      <w:pPr>
        <w:jc w:val="right"/>
      </w:pPr>
      <w:r>
        <w:t>کیوں؟ اسی سے یہ پروف ہو جاتا ہے کہ یہ دنیا میں پیراڈائز نہیں ہے۔</w:t>
      </w:r>
    </w:p>
    <w:p>
      <w:r>
        <w:rPr>
          <w:b/>
        </w:rPr>
        <w:t xml:space="preserve">[29:30] </w:t>
      </w:r>
      <w:r>
        <w:t>woh chah rahe the ideal world, yaani paradise mila less than ideal.</w:t>
      </w:r>
    </w:p>
    <w:p>
      <w:pPr>
        <w:jc w:val="right"/>
      </w:pPr>
      <w:r>
        <w:t>وہ چاہ رہے تھے آئیڈیل ورلڈ، یعنی پیراڈائز ملا لیس دین آئیڈیل۔</w:t>
      </w:r>
    </w:p>
    <w:p>
      <w:r>
        <w:rPr>
          <w:b/>
        </w:rPr>
        <w:t xml:space="preserve">[29:36] </w:t>
      </w:r>
      <w:r>
        <w:t>to poori poori history mein koi to hota hai jisko mila hota, poori poori history mein koi</w:t>
      </w:r>
    </w:p>
    <w:p>
      <w:pPr>
        <w:jc w:val="right"/>
      </w:pPr>
      <w:r>
        <w:t>تو پوری پوری ہسٹری میں کوئی تو ہوتا ہے جس کو ملا ہوتا، پوری پوری ہسٹری میں کوئی</w:t>
      </w:r>
    </w:p>
    <w:p>
      <w:r>
        <w:rPr>
          <w:b/>
        </w:rPr>
        <w:t xml:space="preserve">[29:42] </w:t>
      </w:r>
      <w:r>
        <w:t>to hota hai jisko mila hota.</w:t>
      </w:r>
    </w:p>
    <w:p>
      <w:pPr>
        <w:jc w:val="right"/>
      </w:pPr>
      <w:r>
        <w:t>تو ہوتا ہے جس کو ملا ہوتا۔</w:t>
      </w:r>
    </w:p>
    <w:p>
      <w:r>
        <w:rPr>
          <w:b/>
        </w:rPr>
        <w:t xml:space="preserve">[29:48] </w:t>
      </w:r>
      <w:r>
        <w:t>to ek bhi insan nahi isko mila ho.</w:t>
      </w:r>
    </w:p>
    <w:p>
      <w:pPr>
        <w:jc w:val="right"/>
      </w:pPr>
      <w:r>
        <w:t>تو ایک بھی انسان نہیں اس کو ملا ہو۔</w:t>
      </w:r>
    </w:p>
    <w:p>
      <w:r>
        <w:rPr>
          <w:b/>
        </w:rPr>
        <w:t xml:space="preserve">[29:54] </w:t>
      </w:r>
      <w:r>
        <w:t>to aaj se insan ke andar ideal bhara hua hai,</w:t>
      </w:r>
    </w:p>
    <w:p>
      <w:pPr>
        <w:jc w:val="right"/>
      </w:pPr>
      <w:r>
        <w:t>تو آج سے انسان کے اندر آئیڈیل بھرا ہوا ہے،</w:t>
      </w:r>
    </w:p>
    <w:p>
      <w:r>
        <w:rPr>
          <w:b/>
        </w:rPr>
        <w:t xml:space="preserve">[30:00] </w:t>
      </w:r>
      <w:r>
        <w:t>saara aadmi ideal ki talash mein hai, aur aakhir mein kya iske hisse mein aata hai? sirf</w:t>
      </w:r>
    </w:p>
    <w:p>
      <w:pPr>
        <w:jc w:val="right"/>
      </w:pPr>
      <w:r>
        <w:t>سارا آدمی آئیڈیل کی تلاش میں ہے، اور آخر میں کیا اس کے حصے میں آتا ہے؟ صرف</w:t>
      </w:r>
    </w:p>
    <w:p>
      <w:r>
        <w:rPr>
          <w:b/>
        </w:rPr>
        <w:t xml:space="preserve">[30:06] </w:t>
      </w:r>
      <w:r>
        <w:t>frustration, kyunke ideal duniya mein hai nahi.</w:t>
      </w:r>
    </w:p>
    <w:p>
      <w:pPr>
        <w:jc w:val="right"/>
      </w:pPr>
      <w:r>
        <w:t>فرسٹریشن، کیونکہ آئیڈیل دنیا میں ہے نہیں۔</w:t>
      </w:r>
    </w:p>
    <w:p>
      <w:r>
        <w:rPr>
          <w:b/>
        </w:rPr>
        <w:t xml:space="preserve">[30:12] </w:t>
      </w:r>
      <w:r>
        <w:t>ek martaba mein Banaras gaya, to Banaras mein agar aap gaye ho to wahan par ek Queens College</w:t>
      </w:r>
    </w:p>
    <w:p>
      <w:pPr>
        <w:jc w:val="right"/>
      </w:pPr>
      <w:r>
        <w:t>ایک مرتبہ میں بنارس گیا، تو بنارس میں اگر آپ گئے ہو تو وہاں پر ایک کوئنس کالج</w:t>
      </w:r>
    </w:p>
    <w:p>
      <w:r>
        <w:rPr>
          <w:b/>
        </w:rPr>
        <w:t xml:space="preserve">[30:18] </w:t>
      </w:r>
      <w:r>
        <w:t>ek hai, poora ka poora stone ka bana hua hai.</w:t>
      </w:r>
    </w:p>
    <w:p>
      <w:pPr>
        <w:jc w:val="right"/>
      </w:pPr>
      <w:r>
        <w:t>ایک ہے، پورا کا پورا اسٹون کا بنا ہوا ہے۔</w:t>
      </w:r>
    </w:p>
    <w:p>
      <w:r>
        <w:rPr>
          <w:b/>
        </w:rPr>
        <w:t xml:space="preserve">[30:25] </w:t>
      </w:r>
      <w:r>
        <w:t>apne zamane jab woh bana tha, yaani azadi se pehle, to woh ek anokhi cheez thi woh,</w:t>
      </w:r>
    </w:p>
    <w:p>
      <w:pPr>
        <w:jc w:val="right"/>
      </w:pPr>
      <w:r>
        <w:t>اپنے زمانے جب وہ بنا تھا، یعنی آزادی سے پہلے، تو وہ ایک انوکھی چیز تھی وہ،</w:t>
      </w:r>
    </w:p>
    <w:p>
      <w:r>
        <w:rPr>
          <w:b/>
        </w:rPr>
        <w:t xml:space="preserve">[30:31] </w:t>
      </w:r>
      <w:r>
        <w:t>aur ek German engineer ne banaya tha isko.</w:t>
      </w:r>
    </w:p>
    <w:p>
      <w:pPr>
        <w:jc w:val="right"/>
      </w:pPr>
      <w:r>
        <w:t>اور ایک جرمن انجینئر نے بنایا تھا اس کو۔</w:t>
      </w:r>
    </w:p>
    <w:p>
      <w:r>
        <w:rPr>
          <w:b/>
        </w:rPr>
        <w:t xml:space="preserve">[30:36] </w:t>
      </w:r>
      <w:r>
        <w:t>isko banane wala jo contractor tha, woh ek German tha.</w:t>
      </w:r>
    </w:p>
    <w:p>
      <w:pPr>
        <w:jc w:val="right"/>
      </w:pPr>
      <w:r>
        <w:t>اس کو بنانے والا جو کنٹریکٹر تھا، وہ ایک جرمن تھا۔</w:t>
      </w:r>
    </w:p>
    <w:p>
      <w:r>
        <w:rPr>
          <w:b/>
        </w:rPr>
        <w:t xml:space="preserve">[30:41] </w:t>
      </w:r>
      <w:r>
        <w:t>to jab woh ban chuka, apne zamane ke lehaz se poore Banaras mein woh anokhi building thi, woh Queens College.</w:t>
      </w:r>
    </w:p>
    <w:p>
      <w:pPr>
        <w:jc w:val="right"/>
      </w:pPr>
      <w:r>
        <w:t>تو جب وہ بن چکا، اپنے زمانے کے لحاظ سے پورے بنارس میں وہ انوکھی بلڈنگ تھی، وہ کوئنس کالج۔</w:t>
      </w:r>
    </w:p>
    <w:p>
      <w:r>
        <w:rPr>
          <w:b/>
        </w:rPr>
        <w:t xml:space="preserve">[30:46] </w:t>
      </w:r>
      <w:r>
        <w:t>lekin jab ban chuka aur usne dekha isko bahar se khade ho kar ke to us</w:t>
      </w:r>
    </w:p>
    <w:p>
      <w:pPr>
        <w:jc w:val="right"/>
      </w:pPr>
      <w:r>
        <w:t>لیکن جب بن چکا اور اس نے دیکھا اس کو باہر سے کھڑے ہو کر کے تو اس</w:t>
      </w:r>
    </w:p>
    <w:p>
      <w:r>
        <w:rPr>
          <w:b/>
        </w:rPr>
        <w:t xml:space="preserve">[30:51] </w:t>
      </w:r>
      <w:r>
        <w:t>ne suicide kar liya.</w:t>
      </w:r>
    </w:p>
    <w:p>
      <w:pPr>
        <w:jc w:val="right"/>
      </w:pPr>
      <w:r>
        <w:t>نے سوسائیڈ کر لیا۔</w:t>
      </w:r>
    </w:p>
    <w:p>
      <w:r>
        <w:rPr>
          <w:b/>
        </w:rPr>
        <w:t xml:space="preserve">[30:57] </w:t>
      </w:r>
      <w:r>
        <w:t>usne suicide kar liya, halanke isko paisa mil chuka tha, iska payment ho chuka tha.</w:t>
      </w:r>
    </w:p>
    <w:p>
      <w:pPr>
        <w:jc w:val="right"/>
      </w:pPr>
      <w:r>
        <w:t>اس نے سوسائیڈ کر لیا، حالانکہ اس کو پیسہ مل چکا تھا، اس کا پیمنٹ ہو چکا تھا۔</w:t>
      </w:r>
    </w:p>
    <w:p>
      <w:r>
        <w:rPr>
          <w:b/>
        </w:rPr>
        <w:t xml:space="preserve">[31:02] </w:t>
      </w:r>
      <w:r>
        <w:t>aaj kal ki tarah aisa nahi ke payment karne mein daudate hain aur baghair iska rishwat liye</w:t>
      </w:r>
    </w:p>
    <w:p>
      <w:pPr>
        <w:jc w:val="right"/>
      </w:pPr>
      <w:r>
        <w:t>آج کل کی طرح ایسا نہیں کہ پیمنٹ کرنے میں دوڑاتے ہیں اور بغیر اس کا رشوت لیے</w:t>
      </w:r>
    </w:p>
    <w:p>
      <w:r>
        <w:rPr>
          <w:b/>
        </w:rPr>
        <w:t xml:space="preserve">[31:06] </w:t>
      </w:r>
      <w:r>
        <w:t>payment nahi karte aap ko.</w:t>
      </w:r>
    </w:p>
    <w:p>
      <w:pPr>
        <w:jc w:val="right"/>
      </w:pPr>
      <w:r>
        <w:t>پیمنٹ نہیں کرتے آپ کو۔</w:t>
      </w:r>
    </w:p>
    <w:p>
      <w:r>
        <w:rPr>
          <w:b/>
        </w:rPr>
        <w:t xml:space="preserve">[31:10] </w:t>
      </w:r>
      <w:r>
        <w:t>woh zamana nahi tha, yeh na samjhein ke payment nahi ho raha tha, is liye isne suicide kar liya.</w:t>
      </w:r>
    </w:p>
    <w:p>
      <w:pPr>
        <w:jc w:val="right"/>
      </w:pPr>
      <w:r>
        <w:t>وہ زمانہ نہیں تھا، یہ نہ سمجھیں کہ پیمنٹ نہیں ہو رہا تھا، اس لیے اس نے سوسائیڈ کر لیا۔</w:t>
      </w:r>
    </w:p>
    <w:p>
      <w:r>
        <w:rPr>
          <w:b/>
        </w:rPr>
        <w:t xml:space="preserve">[31:14] </w:t>
      </w:r>
      <w:r>
        <w:t>woh aaj ka zamana nahi tha.</w:t>
      </w:r>
    </w:p>
    <w:p>
      <w:pPr>
        <w:jc w:val="right"/>
      </w:pPr>
      <w:r>
        <w:t>وہ آج کا زمانہ نہیں تھا۔</w:t>
      </w:r>
    </w:p>
    <w:p>
      <w:r>
        <w:rPr>
          <w:b/>
        </w:rPr>
        <w:t xml:space="preserve">[31:18] </w:t>
      </w:r>
      <w:r>
        <w:t>wahan wahan rishwat ka koi concept nahi tha, wahan rishwat ka koi sawal hi nahi tha.</w:t>
      </w:r>
    </w:p>
    <w:p>
      <w:pPr>
        <w:jc w:val="right"/>
      </w:pPr>
      <w:r>
        <w:t>وہاں وہاں رشوت کا کوئی کانسیپٹ نہیں تھا، وہاں رشوت کا کوئی سوال ہی نہیں تھا۔</w:t>
      </w:r>
    </w:p>
    <w:p>
      <w:r>
        <w:rPr>
          <w:b/>
        </w:rPr>
        <w:t xml:space="preserve">[31:22] </w:t>
      </w:r>
      <w:r>
        <w:t>koi idhar kaam karo, idhar payment mil jaye tum ko.</w:t>
      </w:r>
    </w:p>
    <w:p>
      <w:pPr>
        <w:jc w:val="right"/>
      </w:pPr>
      <w:r>
        <w:t>کوئی ادھر کام کرو، ادھر پیمنٹ مل جائے تم کو۔</w:t>
      </w:r>
    </w:p>
    <w:p>
      <w:r>
        <w:rPr>
          <w:b/>
        </w:rPr>
        <w:t xml:space="preserve">[31:26] </w:t>
      </w:r>
      <w:r>
        <w:t>tab ka zamana tha yeh.</w:t>
      </w:r>
    </w:p>
    <w:p>
      <w:pPr>
        <w:jc w:val="right"/>
      </w:pPr>
      <w:r>
        <w:t>تب کا زمانہ تھا یہ۔</w:t>
      </w:r>
    </w:p>
    <w:p>
      <w:r>
        <w:rPr>
          <w:b/>
        </w:rPr>
        <w:t xml:space="preserve">[31:30] </w:t>
      </w:r>
      <w:r>
        <w:t>to is ne suicide jo kar liya, kyun kar liya?</w:t>
      </w:r>
    </w:p>
    <w:p>
      <w:pPr>
        <w:jc w:val="right"/>
      </w:pPr>
      <w:r>
        <w:t>تو اس نے سوسائیڈ جو کر لیا، کیوں کر لیا؟</w:t>
      </w:r>
    </w:p>
    <w:p>
      <w:r>
        <w:rPr>
          <w:b/>
        </w:rPr>
        <w:t xml:space="preserve">[31:34] </w:t>
      </w:r>
      <w:r>
        <w:t>is ke banne ke baad jab woh bahar se dekha us ko, us ne to us ko aik</w:t>
      </w:r>
    </w:p>
    <w:p>
      <w:pPr>
        <w:jc w:val="right"/>
      </w:pPr>
      <w:r>
        <w:t>اس کے بننے کے بعد جب وہ باہر سے دیکھا اس کو، اس نے تو اس کو ایک</w:t>
      </w:r>
    </w:p>
    <w:p>
      <w:r>
        <w:rPr>
          <w:b/>
        </w:rPr>
        <w:t xml:space="preserve">[31:39] </w:t>
      </w:r>
      <w:r>
        <w:t>aik cheez discover hui.</w:t>
      </w:r>
    </w:p>
    <w:p>
      <w:pPr>
        <w:jc w:val="right"/>
      </w:pPr>
      <w:r>
        <w:t>ایک چیز ڈسکور ہوئی۔</w:t>
      </w:r>
    </w:p>
    <w:p>
      <w:r>
        <w:rPr>
          <w:b/>
        </w:rPr>
        <w:t xml:space="preserve">[31:43] </w:t>
      </w:r>
      <w:r>
        <w:t>woh yahi jis ko hum kehte hain urdu mein kursi, yaani basement.</w:t>
      </w:r>
    </w:p>
    <w:p>
      <w:pPr>
        <w:jc w:val="right"/>
      </w:pPr>
      <w:r>
        <w:t>وہ یہی جس کو ہم کہتے ہیں اردو میں کرسی، یعنی بیسمنٹ۔</w:t>
      </w:r>
    </w:p>
    <w:p>
      <w:r>
        <w:rPr>
          <w:b/>
        </w:rPr>
        <w:t xml:space="preserve">[31:47] </w:t>
      </w:r>
      <w:r>
        <w:t>woh kursi jo hai, us ke neeche thi.</w:t>
      </w:r>
    </w:p>
    <w:p>
      <w:pPr>
        <w:jc w:val="right"/>
      </w:pPr>
      <w:r>
        <w:t>وہ کرسی جو ہے، اس کے نیچے تھی۔</w:t>
      </w:r>
    </w:p>
    <w:p>
      <w:r>
        <w:rPr>
          <w:b/>
        </w:rPr>
        <w:t xml:space="preserve">[31:52] </w:t>
      </w:r>
      <w:r>
        <w:t>kursi kehte hain us ko ke kuch door tak deewar jo hoti hai, yaani woh shayad base kehte</w:t>
      </w:r>
    </w:p>
    <w:p>
      <w:pPr>
        <w:jc w:val="right"/>
      </w:pPr>
      <w:r>
        <w:t>کرسی کہتے ہیں اس کو کہ کچھ دور تک دیوار جو ہوتی ہے، یعنی وہ شاید بیس کہتے</w:t>
      </w:r>
    </w:p>
    <w:p>
      <w:r>
        <w:rPr>
          <w:b/>
        </w:rPr>
        <w:t xml:space="preserve">[31:56] </w:t>
      </w:r>
      <w:r>
        <w:t>hain english mein.</w:t>
      </w:r>
    </w:p>
    <w:p>
      <w:pPr>
        <w:jc w:val="right"/>
      </w:pPr>
      <w:r>
        <w:t>ہیں انگلش میں۔</w:t>
      </w:r>
    </w:p>
    <w:p>
      <w:r>
        <w:rPr>
          <w:b/>
        </w:rPr>
        <w:t xml:space="preserve">[32:01] </w:t>
      </w:r>
      <w:r>
        <w:t>to us ke baad se asal building shuru hoti hai. woh</w:t>
      </w:r>
    </w:p>
    <w:p>
      <w:pPr>
        <w:jc w:val="right"/>
      </w:pPr>
      <w:r>
        <w:t>تو اس کے بعد سے اصل بلڈنگ شروع ہوتی ہے۔ وہ</w:t>
      </w:r>
    </w:p>
    <w:p>
      <w:r>
        <w:rPr>
          <w:b/>
        </w:rPr>
        <w:t xml:space="preserve">[32:05] </w:t>
      </w:r>
      <w:r>
        <w:t>us ko hum karte hain urdu mein kursi. to us ko laga ek kursi neeche ho gayi hai, kursi neeche ho gayi. yani jaise lagta hai ke zameen mein rakhi hui building, halanke upar dikhai dena chahiye us ko. to yeh tha us ke liye less than ideal. us ke mind mein jo ideal building basi hui thi, us se kam nazar pari woh us ko. to suicide kar liya us ne. yeh main ne is liye kaha ke insan by birth i</w:t>
      </w:r>
    </w:p>
    <w:p>
      <w:pPr>
        <w:jc w:val="right"/>
      </w:pPr>
      <w:r>
        <w:t>اس کو ہم کرتے ہیں اردو میں کرسی۔ تو اس کو لگا ایک کرسی نیچے ہو گئی ہے، کرسی نیچے ہو گئی۔ یعنی جیسے لگتا ہے کہ زمین میں رکھی ہوئی بلڈنگ، حالانکہ اوپر دکھائی دینا چاہیے اس کو۔ تو یہ تھا اس کے لیے لیس دین آئیڈیل۔ اس کے مائنڈ میں جو آئیڈیل بلڈنگ بسی ہوئی تھی، اس سے کم نظر پڑی وہ اس کو۔ تو سوسائیڈ کر لیا اس نے۔ یہ میں نے اس لیے کہا کہ انسان بائی برتھ آئیڈ</w:t>
      </w:r>
    </w:p>
    <w:p>
      <w:r>
        <w:rPr>
          <w:b/>
        </w:rPr>
        <w:t xml:space="preserve">[32:35] </w:t>
      </w:r>
      <w:r>
        <w:t>idealist hai, to ideal se kam par raazi nahin hota woh.</w:t>
      </w:r>
    </w:p>
    <w:p>
      <w:pPr>
        <w:jc w:val="right"/>
      </w:pPr>
      <w:r>
        <w:t>یلسٹ ہے، تو آئیڈیل سے کم پر راضی نہیں ہوتا وہ۔</w:t>
      </w:r>
    </w:p>
    <w:p>
      <w:r>
        <w:rPr>
          <w:b/>
        </w:rPr>
        <w:t xml:space="preserve">[32:40] </w:t>
      </w:r>
      <w:r>
        <w:t>کیوں؟ اس کے مائنڈ میں paradise بسی ہوئی ہے، لیکن paradise ملتی نہیں۔</w:t>
      </w:r>
    </w:p>
    <w:p>
      <w:pPr>
        <w:jc w:val="right"/>
      </w:pPr>
      <w:r>
        <w:t>کیوں؟ اس کے مائنڈ میں پیراڈائز بسی ہوئی ہے، لیکن پیراڈائز ملتی نہیں۔</w:t>
      </w:r>
    </w:p>
    <w:p>
      <w:r>
        <w:rPr>
          <w:b/>
        </w:rPr>
        <w:t xml:space="preserve">[32:45] </w:t>
      </w:r>
      <w:r>
        <w:t>to koi suicide kar leta hai, koi frustration par jata hai.</w:t>
      </w:r>
    </w:p>
    <w:p>
      <w:pPr>
        <w:jc w:val="right"/>
      </w:pPr>
      <w:r>
        <w:t>تو کوئی سوسائیڈ کر لیتا ہے، کوئی فرسٹریشن پڑ جاتا ہے۔</w:t>
      </w:r>
    </w:p>
    <w:p>
      <w:r>
        <w:rPr>
          <w:b/>
        </w:rPr>
        <w:t xml:space="preserve">[32:50] </w:t>
      </w:r>
      <w:r>
        <w:t>main apne bachpan mein, main Adampur ka rehne wala hoon, UP mein Adampur.</w:t>
      </w:r>
    </w:p>
    <w:p>
      <w:pPr>
        <w:jc w:val="right"/>
      </w:pPr>
      <w:r>
        <w:t>میں اپنے بچپن میں، میں آدم گڑھ کا رہنے والا ہوں، یو پی میں آدم گڑھ۔</w:t>
      </w:r>
    </w:p>
    <w:p>
      <w:r>
        <w:rPr>
          <w:b/>
        </w:rPr>
        <w:t xml:space="preserve">[32:55] </w:t>
      </w:r>
      <w:r>
        <w:t>wahan par aik thay Raja Harkhan, hamare Adampur ke sab se richest aadmi thay.</w:t>
      </w:r>
    </w:p>
    <w:p>
      <w:pPr>
        <w:jc w:val="right"/>
      </w:pPr>
      <w:r>
        <w:t>وہاں پر ایک تھے راجہ حرکتن، ہمارے آدم گڑھ کے سب سے رچیسٹ آدمی تھے۔</w:t>
      </w:r>
    </w:p>
    <w:p>
      <w:r>
        <w:rPr>
          <w:b/>
        </w:rPr>
        <w:t xml:space="preserve">[33:00] </w:t>
      </w:r>
      <w:r>
        <w:t>us waqt woh</w:t>
      </w:r>
    </w:p>
    <w:p>
      <w:pPr>
        <w:jc w:val="right"/>
      </w:pPr>
      <w:r>
        <w:t>اس وقت وہ</w:t>
      </w:r>
    </w:p>
    <w:p>
      <w:r>
        <w:rPr>
          <w:b/>
        </w:rPr>
        <w:t xml:space="preserve">[33:05] </w:t>
      </w:r>
      <w:r>
        <w:t>bohat baray land lord, bohat baray land lord thay.</w:t>
      </w:r>
    </w:p>
    <w:p>
      <w:pPr>
        <w:jc w:val="right"/>
      </w:pPr>
      <w:r>
        <w:t>بہت بڑے لینڈ لارڈ، بہت بڑے لینڈ لارڈ تھے۔</w:t>
      </w:r>
    </w:p>
    <w:p>
      <w:r>
        <w:rPr>
          <w:b/>
        </w:rPr>
        <w:t xml:space="preserve">[33:10] </w:t>
      </w:r>
      <w:r>
        <w:t>to Adampur mein unhon ne aik bohat bari building banai, yaani woh samajh lijiye ke aik palace</w:t>
      </w:r>
    </w:p>
    <w:p>
      <w:pPr>
        <w:jc w:val="right"/>
      </w:pPr>
      <w:r>
        <w:t>تو آدم گڑھ میں انہوں نے ایک بہت بڑی بلڈنگ بنائی، یعنی وہ سمجھ لیجئے کہ ایک پیلس</w:t>
      </w:r>
    </w:p>
    <w:p>
      <w:r>
        <w:rPr>
          <w:b/>
        </w:rPr>
        <w:t xml:space="preserve">[33:15] </w:t>
      </w:r>
      <w:r>
        <w:t>numa, palace jaisi.</w:t>
      </w:r>
    </w:p>
    <w:p>
      <w:pPr>
        <w:jc w:val="right"/>
      </w:pPr>
      <w:r>
        <w:t>نما، پیلس جیسی۔</w:t>
      </w:r>
    </w:p>
    <w:p>
      <w:r>
        <w:rPr>
          <w:b/>
        </w:rPr>
        <w:t xml:space="preserve">[33:21] </w:t>
      </w:r>
      <w:r>
        <w:t>to kai story thi us ki, aur bohat shandar aur bohat chamakdar.</w:t>
      </w:r>
    </w:p>
    <w:p>
      <w:pPr>
        <w:jc w:val="right"/>
      </w:pPr>
      <w:r>
        <w:t>تو کئی سٹوری تھی اس کی، اور بہت شاندار اور بہت چمکدار۔</w:t>
      </w:r>
    </w:p>
    <w:p>
      <w:r>
        <w:rPr>
          <w:b/>
        </w:rPr>
        <w:t xml:space="preserve">[33:26] </w:t>
      </w:r>
      <w:r>
        <w:t>to un ka dilemma kya tha? us ke oopar unhon ne aik bohat acha ghar banaya tha, aik</w:t>
      </w:r>
    </w:p>
    <w:p>
      <w:pPr>
        <w:jc w:val="right"/>
      </w:pPr>
      <w:r>
        <w:t>تو ان کا ڈیلیم کیا تھا؟ اس کے اوپر انہوں نے ایک بہت اچھا گھر بنایا تھا، ایک</w:t>
      </w:r>
    </w:p>
    <w:p>
      <w:r>
        <w:rPr>
          <w:b/>
        </w:rPr>
        <w:t xml:space="preserve">[33:31] </w:t>
      </w:r>
      <w:r>
        <w:t>kuch kamray ka aik dam oopar.</w:t>
      </w:r>
    </w:p>
    <w:p>
      <w:pPr>
        <w:jc w:val="right"/>
      </w:pPr>
      <w:r>
        <w:t>کچھ کمرے کا ایک دم اوپر۔</w:t>
      </w:r>
    </w:p>
    <w:p>
      <w:r>
        <w:rPr>
          <w:b/>
        </w:rPr>
        <w:t xml:space="preserve">[33:36] </w:t>
      </w:r>
      <w:r>
        <w:t>neeche to un ke sare officers the ya aur royalty ke log neeche rehne wale the, upar woh khud rehte. aur jab building ban gayi, aur us ko kehte hain finishing touches, us waqt ka tha. ab us ko finishing touches diye ja rahe the, kyun? bechare mar gaye woh, aur ek din bhi is building mein un ko rehne ko nahi mila, kyunke jab ban rahi thi tab to kahin aur</w:t>
      </w:r>
    </w:p>
    <w:p>
      <w:pPr>
        <w:jc w:val="right"/>
      </w:pPr>
      <w:r>
        <w:t>نیچے تو ان کے سارے افیسرز تھے یا اور رائلٹی کے لوگ نیچے رہنے والے تھے، اوپر وہ خود رہتے۔ اور جب بلڈنگ بن گئی، اور اس کو کہتے ہیں فنشنگ ٹچز، اس وقت کا تھا۔ اب اس کو فنشنگ ٹچز دیے جا رہے تھے، کیوں؟ بیچارے مر گئے وہ، اور ایک دن بھی اس بلڈنگ میں ان کو رہنے کو نہیں ملا، کیونکہ جب بن رہی تھی تب تو کہیں اور</w:t>
      </w:r>
    </w:p>
    <w:p>
      <w:r>
        <w:rPr>
          <w:b/>
        </w:rPr>
        <w:t xml:space="preserve">[34:06] </w:t>
      </w:r>
      <w:r>
        <w:t>rehte thay.</w:t>
      </w:r>
    </w:p>
    <w:p>
      <w:pPr>
        <w:jc w:val="right"/>
      </w:pPr>
      <w:r>
        <w:t>رہتے تھے۔</w:t>
      </w:r>
    </w:p>
    <w:p>
      <w:r>
        <w:rPr>
          <w:b/>
        </w:rPr>
        <w:t xml:space="preserve">[34:10] </w:t>
      </w:r>
      <w:r>
        <w:t>woh banne ke baad yahan aanay walay thay, woh to abhi woh building ko finishing touches diye ja</w:t>
      </w:r>
    </w:p>
    <w:p>
      <w:pPr>
        <w:jc w:val="right"/>
      </w:pPr>
      <w:r>
        <w:t>وہ بننے کے بعد یہاں آنے والے تھے، وہ تو ابھی وہ بلڈنگ کو فنشنگ ٹچز دیے جا</w:t>
      </w:r>
    </w:p>
    <w:p>
      <w:r>
        <w:rPr>
          <w:b/>
        </w:rPr>
        <w:t xml:space="preserve">[34:15] </w:t>
      </w:r>
      <w:r>
        <w:t>rahe thay ke woh becharay mar gaye, aur apni biwi ke sath wahan rehne ka khayal tha un ka.</w:t>
      </w:r>
    </w:p>
    <w:p>
      <w:pPr>
        <w:jc w:val="right"/>
      </w:pPr>
      <w:r>
        <w:t>رہے تھے کہ وہ بیچارے مر گئے، اور اپنی بیوی کے ساتھ وہاں رہنے کا خیال تھا ان کا۔</w:t>
      </w:r>
    </w:p>
    <w:p>
      <w:r>
        <w:rPr>
          <w:b/>
        </w:rPr>
        <w:t xml:space="preserve">[34:19] </w:t>
      </w:r>
      <w:r>
        <w:t>to un ka koi aulad bhi nahi hui, koi heir nahi tha un ka, aur shayad bhai behan</w:t>
      </w:r>
    </w:p>
    <w:p>
      <w:pPr>
        <w:jc w:val="right"/>
      </w:pPr>
      <w:r>
        <w:t>تو ان کا کوئی اولاد بھی نہیں ہوئی، کوئی ایئر نہیں تھا ان کا، اور شاید بھائی بہن</w:t>
      </w:r>
    </w:p>
    <w:p>
      <w:r>
        <w:rPr>
          <w:b/>
        </w:rPr>
        <w:t xml:space="preserve">[34:23] </w:t>
      </w:r>
      <w:r>
        <w:t>bhi nahi thay.</w:t>
      </w:r>
    </w:p>
    <w:p>
      <w:pPr>
        <w:jc w:val="right"/>
      </w:pPr>
      <w:r>
        <w:t>بھی نہیں تھے۔</w:t>
      </w:r>
    </w:p>
    <w:p>
      <w:r>
        <w:rPr>
          <w:b/>
        </w:rPr>
        <w:t xml:space="preserve">[34:28] </w:t>
      </w:r>
      <w:r>
        <w:t>to poora woh building aur sara un ke lines aur sara jo property thi, sab government ne le</w:t>
      </w:r>
    </w:p>
    <w:p>
      <w:pPr>
        <w:jc w:val="right"/>
      </w:pPr>
      <w:r>
        <w:t>تو پورا وہ بلڈنگ اور سارا ان کے لائنز اور سارا جو پراپرٹی تھی، سب گورنمنٹ نے لے</w:t>
      </w:r>
    </w:p>
    <w:p>
      <w:r>
        <w:rPr>
          <w:b/>
        </w:rPr>
        <w:t xml:space="preserve">[34:32] </w:t>
      </w:r>
      <w:r>
        <w:t>liya, aur un</w:t>
      </w:r>
    </w:p>
    <w:p>
      <w:pPr>
        <w:jc w:val="right"/>
      </w:pPr>
      <w:r>
        <w:t>لیا، اور ان</w:t>
      </w:r>
    </w:p>
    <w:p>
      <w:r>
        <w:rPr>
          <w:b/>
        </w:rPr>
        <w:t xml:space="preserve">[34:36] </w:t>
      </w:r>
      <w:r>
        <w:t>ka khwab jo hai woh pura nahi hua.</w:t>
      </w:r>
    </w:p>
    <w:p>
      <w:pPr>
        <w:jc w:val="right"/>
      </w:pPr>
      <w:r>
        <w:t>کا خواب جو ہے وہ پورا نہیں ہوا۔</w:t>
      </w:r>
    </w:p>
    <w:p>
      <w:r>
        <w:rPr>
          <w:b/>
        </w:rPr>
        <w:t xml:space="preserve">[34:42] </w:t>
      </w:r>
      <w:r>
        <w:t>banwa kar bhi woh reh nahi sake is ke andar.</w:t>
      </w:r>
    </w:p>
    <w:p>
      <w:pPr>
        <w:jc w:val="right"/>
      </w:pPr>
      <w:r>
        <w:t>بنوا کر بھی وہ رہ نہیں سکے اس کے اندر۔</w:t>
      </w:r>
    </w:p>
    <w:p>
      <w:r>
        <w:rPr>
          <w:b/>
        </w:rPr>
        <w:t xml:space="preserve">[34:48] </w:t>
      </w:r>
      <w:r>
        <w:t>yeh hai is dunya ka haal.</w:t>
      </w:r>
    </w:p>
    <w:p>
      <w:pPr>
        <w:jc w:val="right"/>
      </w:pPr>
      <w:r>
        <w:t>یہ ہے اس دنیا کا حال۔</w:t>
      </w:r>
    </w:p>
    <w:p>
      <w:r>
        <w:rPr>
          <w:b/>
        </w:rPr>
        <w:t xml:space="preserve">[34:54] </w:t>
      </w:r>
      <w:r>
        <w:t>تو ہر آدمی آئیڈیلسٹ ہے، اور ہر آدمی کو less than ideal مل رہا ہے۔</w:t>
      </w:r>
    </w:p>
    <w:p>
      <w:pPr>
        <w:jc w:val="right"/>
      </w:pPr>
      <w:r>
        <w:t>تو ہر آدمی آئیڈیلسٹ ہے، اور ہر آدمی کو لیس دین آئیڈیل مل رہا ہے۔</w:t>
      </w:r>
    </w:p>
    <w:p>
      <w:r>
        <w:rPr>
          <w:b/>
        </w:rPr>
        <w:t xml:space="preserve">[35:01] </w:t>
      </w:r>
      <w:r>
        <w:t>yani doosre in adar words mein kahunga ke har aadmi paradise,</w:t>
      </w:r>
    </w:p>
    <w:p>
      <w:pPr>
        <w:jc w:val="right"/>
      </w:pPr>
      <w:r>
        <w:t>یعنی دوسرے ان ادر ورڈز میں کہوں گا کہ ہر آدمی پیراڈائز،</w:t>
      </w:r>
    </w:p>
    <w:p>
      <w:r>
        <w:rPr>
          <w:b/>
        </w:rPr>
        <w:t xml:space="preserve">[35:07] </w:t>
      </w:r>
      <w:r>
        <w:t>yani paradise seeker hai, paradise ko talash kar raha hai.</w:t>
      </w:r>
    </w:p>
    <w:p>
      <w:pPr>
        <w:jc w:val="right"/>
      </w:pPr>
      <w:r>
        <w:t>یعنی پیراڈائز سیکر ہے، پیراڈائز کو تلاش کر رہا ہے۔</w:t>
      </w:r>
    </w:p>
    <w:p>
      <w:r>
        <w:rPr>
          <w:b/>
        </w:rPr>
        <w:t xml:space="preserve">[35:14] </w:t>
      </w:r>
      <w:r>
        <w:t>ہر آدمی by birth paradise seeker ہے، اور paradise پاتا نہیں، اور اس وجہ سے وہ frustration میں مرتا ہے۔</w:t>
      </w:r>
    </w:p>
    <w:p>
      <w:pPr>
        <w:jc w:val="right"/>
      </w:pPr>
      <w:r>
        <w:t>ہر آدمی بائے برتھ پیراڈائز سیکر ہے، اور پیراڈائز پاتا نہیں، اور اس وجہ سے وہ فرسٹریشن میں مرتا ہے۔</w:t>
      </w:r>
    </w:p>
    <w:p>
      <w:r>
        <w:rPr>
          <w:b/>
        </w:rPr>
        <w:t xml:space="preserve">[35:22] </w:t>
      </w:r>
      <w:r>
        <w:t>woh ab aur dekhen, aap toh poori jo literature bana hai, hamara literature sara literature tragedy ka literature hai.</w:t>
      </w:r>
    </w:p>
    <w:p>
      <w:pPr>
        <w:jc w:val="right"/>
      </w:pPr>
      <w:r>
        <w:t>وہ اب اور دیکھیں، آپ تو پوری جو لٹریچر بنا ہے، ہمارا لٹریچر سارا لٹریچر ٹریجڈی کا لٹریچر ہے۔</w:t>
      </w:r>
    </w:p>
    <w:p>
      <w:r>
        <w:rPr>
          <w:b/>
        </w:rPr>
        <w:t xml:space="preserve">[35:29] </w:t>
      </w:r>
      <w:r>
        <w:t>aap mein se kai logon ne, yani padha hoga novel</w:t>
      </w:r>
    </w:p>
    <w:p>
      <w:pPr>
        <w:jc w:val="right"/>
      </w:pPr>
      <w:r>
        <w:t>آپ میں سے کئی لوگوں نے، یعنی پڑھا ہوگا ناول</w:t>
      </w:r>
    </w:p>
    <w:p>
      <w:r>
        <w:rPr>
          <w:b/>
        </w:rPr>
        <w:t xml:space="preserve">[35:37] </w:t>
      </w:r>
      <w:r>
        <w:t>ko.</w:t>
      </w:r>
    </w:p>
    <w:p>
      <w:pPr>
        <w:jc w:val="right"/>
      </w:pPr>
      <w:r>
        <w:t>کو۔</w:t>
      </w:r>
    </w:p>
    <w:p>
      <w:r>
        <w:rPr>
          <w:b/>
        </w:rPr>
        <w:t xml:space="preserve">[35:44] </w:t>
      </w:r>
      <w:r>
        <w:t>jitne bade bade novel hain, aap dekhen ke jitne bade bade novel hain, sab tragedy hain, comedy nahi hai.</w:t>
      </w:r>
    </w:p>
    <w:p>
      <w:pPr>
        <w:jc w:val="right"/>
      </w:pPr>
      <w:r>
        <w:t>جتنے بڑے بڑے ناول ہیں، آپ دیکھیں کہ جتنے بڑے بڑے ناول ہیں، سب ٹریجڈی ہیں، کامیڈی نہیں ہے۔</w:t>
      </w:r>
    </w:p>
    <w:p>
      <w:r>
        <w:rPr>
          <w:b/>
        </w:rPr>
        <w:t xml:space="preserve">[35:52] </w:t>
      </w:r>
      <w:r>
        <w:t>kuch comedy likhi hai kuch logon ne, lekin woh koi bada novel nahi ban saki.</w:t>
      </w:r>
    </w:p>
    <w:p>
      <w:pPr>
        <w:jc w:val="right"/>
      </w:pPr>
      <w:r>
        <w:t>کچھ کامیڈی لکھی ہے کچھ لوگوں نے، لیکن وہ کوئی بڑا ناول نہیں بن سکی۔</w:t>
      </w:r>
    </w:p>
    <w:p>
      <w:r>
        <w:rPr>
          <w:b/>
        </w:rPr>
        <w:t xml:space="preserve">[36:00] </w:t>
      </w:r>
      <w:r>
        <w:t>woh poori history mein ek bhi koi comedy, koi bada novel nahi hai.</w:t>
      </w:r>
    </w:p>
    <w:p>
      <w:pPr>
        <w:jc w:val="right"/>
      </w:pPr>
      <w:r>
        <w:t>وہ پوری ہسٹری میں ایک بھی کوئی کامیڈی، کوئی بڑا ناول نہیں ہے۔</w:t>
      </w:r>
    </w:p>
    <w:p>
      <w:r>
        <w:rPr>
          <w:b/>
        </w:rPr>
        <w:t xml:space="preserve">[36:07] </w:t>
      </w:r>
      <w:r>
        <w:t>jitne bhi bade bade novel hain, woh sab tragedy hain.</w:t>
      </w:r>
    </w:p>
    <w:p>
      <w:pPr>
        <w:jc w:val="right"/>
      </w:pPr>
      <w:r>
        <w:t>جتنے بھی بڑے بڑے ناول ہیں، وہ سب ٹریجڈی ہیں۔</w:t>
      </w:r>
    </w:p>
    <w:p>
      <w:r>
        <w:rPr>
          <w:b/>
        </w:rPr>
        <w:t xml:space="preserve">[36:15] </w:t>
      </w:r>
      <w:r>
        <w:t>kyun? aisa kyun hai? is ki wajah dekhen, yeh hai bohat hi simple hai.</w:t>
      </w:r>
    </w:p>
    <w:p>
      <w:pPr>
        <w:jc w:val="right"/>
      </w:pPr>
      <w:r>
        <w:t>کیوں؟ ایسا کیوں ہے؟ اس کی وجہ دیکھیں، یہ ہے بہت ہی سمپل ہے۔</w:t>
      </w:r>
    </w:p>
    <w:p>
      <w:r>
        <w:rPr>
          <w:b/>
        </w:rPr>
        <w:t xml:space="preserve">[36:22] </w:t>
      </w:r>
      <w:r>
        <w:t>woh yeh ke jo writer hai, khud writer toh kisi pain mein pada hua hota hai.</w:t>
      </w:r>
    </w:p>
    <w:p>
      <w:pPr>
        <w:jc w:val="right"/>
      </w:pPr>
      <w:r>
        <w:t>وہ یہ کہ جو رائٹر ہے، خود رائٹر تو کسی پین میں پڑا ہوا ہوتا ہے۔</w:t>
      </w:r>
    </w:p>
    <w:p>
      <w:r>
        <w:rPr>
          <w:b/>
        </w:rPr>
        <w:t xml:space="preserve">[36:30] </w:t>
      </w:r>
      <w:r>
        <w:t>kahin biwi se uska separation ho gaya, kahin property ka dispute aa gaya, kahin koi accident ho gaya.</w:t>
      </w:r>
    </w:p>
    <w:p>
      <w:pPr>
        <w:jc w:val="right"/>
      </w:pPr>
      <w:r>
        <w:t>کہیں بیوی سے اس کا سیپریشن ہو گیا، کہیں پراپرٹی کا ڈسپیوٹ آ گیا، کہیں کوئی ایکسیڈنٹ ہو گیا۔</w:t>
      </w:r>
    </w:p>
    <w:p>
      <w:r>
        <w:rPr>
          <w:b/>
        </w:rPr>
        <w:t xml:space="preserve">[36:38] </w:t>
      </w:r>
      <w:r>
        <w:t>yani koi na koi aisi cheez us ke sath pesh aati hai us ki zindagi mein jo us ko un present bana deti hai us ki zindagi ko. to khud to woh jee raha hai pain mein. to agar likhta hai woh comedy to artificial hoti hai, woh us mein koi woh jaan nahin aa pati ke khud aadmi gham mein jee raha ho aur khushi ki kahani likha hai. to khushi ki kahani kya hogi? woh to banawati hogi, artificial hogi woh. lekin jab aadmi</w:t>
      </w:r>
    </w:p>
    <w:p>
      <w:pPr>
        <w:jc w:val="right"/>
      </w:pPr>
      <w:r>
        <w:t>یعنی کوئی نہ کوئی ایسی چیز اس کے ساتھ پیش آتی ہے اس کی زندگی میں جو اس کو ان پریزنٹ بنا دیتی ہے اس کی زندگی کو۔ تو خود تو وہ جی رہا ہے پین میں۔ تو اگر لکھتا ہے وہ کامیڈی تو آرٹیفیشل ہوتی ہے، وہ اس میں کوئی وہ جان نہیں آ پاتی کہ خود آدمی غم میں جی رہا ہو اور خوشی کی کہانی لکھا ہے۔ تو خوشی کی کہانی کیا ہوگی؟ وہ تو بناوٹی ہوگی، آرٹیفیشل ہوگی وہ۔ لیکن جب آدمی</w:t>
      </w:r>
    </w:p>
    <w:p>
      <w:r>
        <w:rPr>
          <w:b/>
        </w:rPr>
        <w:t xml:space="preserve">[37:08] </w:t>
      </w:r>
      <w:r>
        <w:t>likhta hai tragedy to us ke apne sare sare emotions ko udel deta hai. woh sare emotions ko udel deta hai. woh to woh sach much woh wahan par us ko moqa hota hai ke us ka jo art hai, woh us mein us mein woh translate ho. isi liye tragedy likhne wale zyada oonche darje ki kitab likh paate hain. acha, jo parhne wale hain, par</w:t>
      </w:r>
    </w:p>
    <w:p>
      <w:pPr>
        <w:jc w:val="right"/>
      </w:pPr>
      <w:r>
        <w:t>لکھتا ہے ٹریجڈی تو اس کے اپنے سارے سارے ایموشنز کو اڈیل دیتا ہے۔ وہ سارے ایموشنز کو اڈیل دیتا ہے۔ وہ تو وہ سچ مچ وہ وہاں پر اس کو موقع ہوتا ہے کہ اس کا جو آرٹ ہے، وہ اس میں اس میں وہ ٹرانسلیٹ ہو۔ اسی لیے ٹریجڈی لکھنے والے زیادہ اونچے درجے کی کتاب لکھ پاتے ہیں۔ اچھا، جو پڑھنے والے ہیں، پڑ</w:t>
      </w:r>
    </w:p>
    <w:p>
      <w:r>
        <w:rPr>
          <w:b/>
        </w:rPr>
        <w:t xml:space="preserve">[37:38] </w:t>
      </w:r>
      <w:r>
        <w:t>hney wale bhi sab pain mein jee rahe hain.</w:t>
      </w:r>
    </w:p>
    <w:p>
      <w:pPr>
        <w:jc w:val="right"/>
      </w:pPr>
      <w:r>
        <w:t>ھنے والے بھی سب پین میں جی رہے ہیں۔</w:t>
      </w:r>
    </w:p>
    <w:p>
      <w:r>
        <w:rPr>
          <w:b/>
        </w:rPr>
        <w:t xml:space="preserve">[37:42] </w:t>
      </w:r>
      <w:r>
        <w:t>koi aisa toh hai nahi parhne wala jo reader hai.</w:t>
      </w:r>
    </w:p>
    <w:p>
      <w:pPr>
        <w:jc w:val="right"/>
      </w:pPr>
      <w:r>
        <w:t>کوئی ایسا تو ہے نہیں پڑھنے والا جو ریڈر ہے۔</w:t>
      </w:r>
    </w:p>
    <w:p>
      <w:r>
        <w:rPr>
          <w:b/>
        </w:rPr>
        <w:t xml:space="preserve">[37:46] </w:t>
      </w:r>
      <w:r>
        <w:t>toh jab parhne wala padhta hai tragedy ko toh wahan woh relate apne aap ko us se relate</w:t>
      </w:r>
    </w:p>
    <w:p>
      <w:pPr>
        <w:jc w:val="right"/>
      </w:pPr>
      <w:r>
        <w:t>تو جب پڑھنے والا پڑھتا ہے ٹریجڈی کو تو وہاں وہ ریلیٹ اپنے آپ کو اس سے ریلیٹ</w:t>
      </w:r>
    </w:p>
    <w:p>
      <w:r>
        <w:rPr>
          <w:b/>
        </w:rPr>
        <w:t xml:space="preserve">[37:51] </w:t>
      </w:r>
      <w:r>
        <w:t>kar pata hai, apne aap ko us se relate kar pata hai.</w:t>
      </w:r>
    </w:p>
    <w:p>
      <w:pPr>
        <w:jc w:val="right"/>
      </w:pPr>
      <w:r>
        <w:t>کر پاتا ہے، اپنے آپ کو اس سے ریلیٹ کر پاتا ہے۔</w:t>
      </w:r>
    </w:p>
    <w:p>
      <w:r>
        <w:rPr>
          <w:b/>
        </w:rPr>
        <w:t xml:space="preserve">[37:55] </w:t>
      </w:r>
      <w:r>
        <w:t>yani jo us ke dil mein samaya hua hai, jo emotions jo us ke dil mein lava ki</w:t>
      </w:r>
    </w:p>
    <w:p>
      <w:pPr>
        <w:jc w:val="right"/>
      </w:pPr>
      <w:r>
        <w:t>یعنی جو اس کے دل میں سمایا ہوا ہے، جو ایموشنز جو اس کے دل میں لاوا کی</w:t>
      </w:r>
    </w:p>
    <w:p>
      <w:r>
        <w:rPr>
          <w:b/>
        </w:rPr>
        <w:t xml:space="preserve">[37:59] </w:t>
      </w:r>
      <w:r>
        <w:t>tarah se hain, us ki tasweer us mein dikhai deti hai.</w:t>
      </w:r>
    </w:p>
    <w:p>
      <w:pPr>
        <w:jc w:val="right"/>
      </w:pPr>
      <w:r>
        <w:t>طرح سے ہیں، اس کی تصویر اس میں دکھائی دیتی ہے۔</w:t>
      </w:r>
    </w:p>
    <w:p>
      <w:r>
        <w:rPr>
          <w:b/>
        </w:rPr>
        <w:t xml:space="preserve">[38:04] </w:t>
      </w:r>
      <w:r>
        <w:t>us isi liye</w:t>
      </w:r>
    </w:p>
    <w:p>
      <w:pPr>
        <w:jc w:val="right"/>
      </w:pPr>
      <w:r>
        <w:t>اس اسی لیے</w:t>
      </w:r>
    </w:p>
    <w:p>
      <w:r>
        <w:rPr>
          <w:b/>
        </w:rPr>
        <w:t xml:space="preserve">[38:08] </w:t>
      </w:r>
      <w:r>
        <w:t>tragedy jo woh novel jo tragedy hote hain, woh zyada powerful hote hain likhne ke aitbar se</w:t>
      </w:r>
    </w:p>
    <w:p>
      <w:pPr>
        <w:jc w:val="right"/>
      </w:pPr>
      <w:r>
        <w:t>ٹریجڈی جو وہ ناول جو ٹریجڈی ہوتے ہیں، وہ زیادہ پاور فل ہوتے ہیں لکھنے کے اعتبار سے</w:t>
      </w:r>
    </w:p>
    <w:p>
      <w:r>
        <w:rPr>
          <w:b/>
        </w:rPr>
        <w:t xml:space="preserve">[38:14] </w:t>
      </w:r>
      <w:r>
        <w:t>aur popular bhi zyada hote hain.</w:t>
      </w:r>
    </w:p>
    <w:p>
      <w:pPr>
        <w:jc w:val="right"/>
      </w:pPr>
      <w:r>
        <w:t>اور پاپولر بھی زیادہ ہوتے ہیں۔</w:t>
      </w:r>
    </w:p>
    <w:p>
      <w:r>
        <w:rPr>
          <w:b/>
        </w:rPr>
        <w:t xml:space="preserve">[38:20] </w:t>
      </w:r>
      <w:r>
        <w:t>wohi novel is se aap samajh lijiye ke kis tarah se poori poori poori poori human race jo</w:t>
      </w:r>
    </w:p>
    <w:p>
      <w:pPr>
        <w:jc w:val="right"/>
      </w:pPr>
      <w:r>
        <w:t>وہی ناول اس سے آپ سمجھ لیجئے کہ کس طرح سے پوری پوری پوری پوری ہیومن ریس جو</w:t>
      </w:r>
    </w:p>
    <w:p>
      <w:r>
        <w:rPr>
          <w:b/>
        </w:rPr>
        <w:t xml:space="preserve">[38:26] </w:t>
      </w:r>
      <w:r>
        <w:t>hai ji rahi tragedy mein.</w:t>
      </w:r>
    </w:p>
    <w:p>
      <w:pPr>
        <w:jc w:val="right"/>
      </w:pPr>
      <w:r>
        <w:t>ہے جی رہی ٹریجڈی میں۔</w:t>
      </w:r>
    </w:p>
    <w:p>
      <w:r>
        <w:rPr>
          <w:b/>
        </w:rPr>
        <w:t xml:space="preserve">[38:32] </w:t>
      </w:r>
      <w:r>
        <w:t>to ab quran ne jo kaha tha ke history is a witness that man is in loss,</w:t>
      </w:r>
    </w:p>
    <w:p>
      <w:pPr>
        <w:jc w:val="right"/>
      </w:pPr>
      <w:r>
        <w:t>تو اب قرآن نے جو کہا تھا کہ ہسٹری از اے وٹنس دیٹ مین از ان لاس،</w:t>
      </w:r>
    </w:p>
    <w:p>
      <w:r>
        <w:rPr>
          <w:b/>
        </w:rPr>
        <w:t xml:space="preserve">[38:39] </w:t>
      </w:r>
      <w:r>
        <w:t>mein samajhta hoon yahi ek verse kafi hai janne ke liye.</w:t>
      </w:r>
    </w:p>
    <w:p>
      <w:pPr>
        <w:jc w:val="right"/>
      </w:pPr>
      <w:r>
        <w:t>میں سمجھتا ہوں یہی ایک ورث کافی ہے جاننے کے لیے۔</w:t>
      </w:r>
    </w:p>
    <w:p>
      <w:r>
        <w:rPr>
          <w:b/>
        </w:rPr>
        <w:t xml:space="preserve">[38:43] </w:t>
      </w:r>
      <w:r>
        <w:t>quran khuda ki kitab hai, book of god hai.</w:t>
      </w:r>
    </w:p>
    <w:p>
      <w:pPr>
        <w:jc w:val="right"/>
      </w:pPr>
      <w:r>
        <w:t>قرآن خدا کی کتاب ہے، بک آف گاڈ ہے۔</w:t>
      </w:r>
    </w:p>
    <w:p>
      <w:r>
        <w:rPr>
          <w:b/>
        </w:rPr>
        <w:t xml:space="preserve">[38:48] </w:t>
      </w:r>
      <w:r>
        <w:t>aap mujhe bataein ke poori history mein kaun is tarah ka sweeping remark de saka aur woh sacha</w:t>
      </w:r>
    </w:p>
    <w:p>
      <w:pPr>
        <w:jc w:val="right"/>
      </w:pPr>
      <w:r>
        <w:t>آپ مجھے بتائیں کہ پوری ہسٹری میں کون اس طرح کا سویپنگ ریمارک دے سکا اور وہ سچا</w:t>
      </w:r>
    </w:p>
    <w:p>
      <w:r>
        <w:rPr>
          <w:b/>
        </w:rPr>
        <w:t xml:space="preserve">[38:52] </w:t>
      </w:r>
      <w:r>
        <w:t>bhi nikla? kaun hai? koi bhi nahin.</w:t>
      </w:r>
    </w:p>
    <w:p>
      <w:pPr>
        <w:jc w:val="right"/>
      </w:pPr>
      <w:r>
        <w:t>بھی نکلا؟ کون ہے؟ کوئی بھی نہیں۔</w:t>
      </w:r>
    </w:p>
    <w:p>
      <w:r>
        <w:rPr>
          <w:b/>
        </w:rPr>
        <w:t xml:space="preserve">[38:57] </w:t>
      </w:r>
      <w:r>
        <w:t>itna sweeping remark aap sochiye ke poori history ke bare mein kaha gaya hai ke poori history jo</w:t>
      </w:r>
    </w:p>
    <w:p>
      <w:pPr>
        <w:jc w:val="right"/>
      </w:pPr>
      <w:r>
        <w:t>اتنا سویپنگ ریمارک آپ سوچیے کہ پوری ہسٹری کے بارے میں کہا گیا ہے کہ پوری ہسٹری جو</w:t>
      </w:r>
    </w:p>
    <w:p>
      <w:r>
        <w:rPr>
          <w:b/>
        </w:rPr>
        <w:t xml:space="preserve">[39:01] </w:t>
      </w:r>
      <w:r>
        <w:t>hai log loss mein jee rahe hain, despair mein jee rahe hain, achieve yani achievement ke ehsas mein</w:t>
      </w:r>
    </w:p>
    <w:p>
      <w:pPr>
        <w:jc w:val="right"/>
      </w:pPr>
      <w:r>
        <w:t>ہے لوگ لاس میں جی رہے ہیں، ڈسپیر میں جی رہے ہیں، اچیو یعنی اچیومنٹ کے احساس میں</w:t>
      </w:r>
    </w:p>
    <w:p>
      <w:r>
        <w:rPr>
          <w:b/>
        </w:rPr>
        <w:t xml:space="preserve">[39:06] </w:t>
      </w:r>
      <w:r>
        <w:t>nahin jee rahe hain.</w:t>
      </w:r>
    </w:p>
    <w:p>
      <w:pPr>
        <w:jc w:val="right"/>
      </w:pPr>
      <w:r>
        <w:t>نہیں جی رہے ہیں۔</w:t>
      </w:r>
    </w:p>
    <w:p>
      <w:r>
        <w:rPr>
          <w:b/>
        </w:rPr>
        <w:t xml:space="preserve">[39:10] </w:t>
      </w:r>
      <w:r>
        <w:t>itna sweeping remark jo de jo kitab aur dedh hazar saal tak woh sachai uski baqi rahe,</w:t>
      </w:r>
    </w:p>
    <w:p>
      <w:pPr>
        <w:jc w:val="right"/>
      </w:pPr>
      <w:r>
        <w:t>اتنا سویپنگ ریمارک جو دے جو کتاب اور ڈیڑھ ہزار سال تک وہ سچائی اس کی باقی رہے،</w:t>
      </w:r>
    </w:p>
    <w:p>
      <w:r>
        <w:rPr>
          <w:b/>
        </w:rPr>
        <w:t xml:space="preserve">[39:15] </w:t>
      </w:r>
      <w:r>
        <w:t>koi us ko challenge na kar sake.</w:t>
      </w:r>
    </w:p>
    <w:p>
      <w:pPr>
        <w:jc w:val="right"/>
      </w:pPr>
      <w:r>
        <w:t>کوئی اس کو چیلنج نہ کر سکے۔</w:t>
      </w:r>
    </w:p>
    <w:p>
      <w:r>
        <w:rPr>
          <w:b/>
        </w:rPr>
        <w:t xml:space="preserve">[39:21] </w:t>
      </w:r>
      <w:r>
        <w:t>kya iske baad bhi aap ko koi aur chahiye logic yeh manne ke liye ke yeh book</w:t>
      </w:r>
    </w:p>
    <w:p>
      <w:pPr>
        <w:jc w:val="right"/>
      </w:pPr>
      <w:r>
        <w:t>کیا اس کے بعد بھی آپ کو کوئی اور چاہیے لاجک یہ ماننے کے لیے کہ یہ بک</w:t>
      </w:r>
    </w:p>
    <w:p>
      <w:r>
        <w:rPr>
          <w:b/>
        </w:rPr>
        <w:t xml:space="preserve">[39:26] </w:t>
      </w:r>
      <w:r>
        <w:t>of god hai? yeh yani quran ka yeh exception, quran ka yeh exception jo hai, yeh kafi hai</w:t>
      </w:r>
    </w:p>
    <w:p>
      <w:pPr>
        <w:jc w:val="right"/>
      </w:pPr>
      <w:r>
        <w:t>آف گاڈ ہے؟ یہ یعنی قرآن کا یہ ایکسیپشن، قرآن کا یہ ایکسیپشن جو ہے، یہ کافی ہے</w:t>
      </w:r>
    </w:p>
    <w:p>
      <w:r>
        <w:rPr>
          <w:b/>
        </w:rPr>
        <w:t xml:space="preserve">[39:31] </w:t>
      </w:r>
      <w:r>
        <w:t>is baat ko manne ke liye ke yeh book of god hai.</w:t>
      </w:r>
    </w:p>
    <w:p>
      <w:pPr>
        <w:jc w:val="right"/>
      </w:pPr>
      <w:r>
        <w:t>اس بات کو ماننے کے لیے کہ یہ بک آف گاڈ ہے۔</w:t>
      </w:r>
    </w:p>
    <w:p>
      <w:r>
        <w:rPr>
          <w:b/>
        </w:rPr>
        <w:t xml:space="preserve">[39:36] </w:t>
      </w:r>
      <w:r>
        <w:t>kyunke god ke siwa</w:t>
      </w:r>
    </w:p>
    <w:p>
      <w:pPr>
        <w:jc w:val="right"/>
      </w:pPr>
      <w:r>
        <w:t>کیونکہ گاڈ کے سوا</w:t>
      </w:r>
    </w:p>
    <w:p>
      <w:r>
        <w:rPr>
          <w:b/>
        </w:rPr>
        <w:t xml:space="preserve">[39:41] </w:t>
      </w:r>
      <w:r>
        <w:t>koi bhi aisa sweeping remark nahin de sakta poori history ke bare mein.</w:t>
      </w:r>
    </w:p>
    <w:p>
      <w:pPr>
        <w:jc w:val="right"/>
      </w:pPr>
      <w:r>
        <w:t>کوئی بھی ایسا سویپنگ ریمارک نہیں دے سکتا پوری ہسٹری کے بارے میں۔</w:t>
      </w:r>
    </w:p>
    <w:p>
      <w:r>
        <w:rPr>
          <w:b/>
        </w:rPr>
        <w:t xml:space="preserve">[39:46] </w:t>
      </w:r>
      <w:r>
        <w:t>poori poori history ke bare mein aisa sweeping remark woh dega jo past aur present ke sath</w:t>
      </w:r>
    </w:p>
    <w:p>
      <w:pPr>
        <w:jc w:val="right"/>
      </w:pPr>
      <w:r>
        <w:t>پوری پوری ہسٹری کے بارے میں ایسا سویپنگ ریمارک وہ دے گا جو پاسٹ اور پریزنٹ کے ساتھ</w:t>
      </w:r>
    </w:p>
    <w:p>
      <w:r>
        <w:rPr>
          <w:b/>
        </w:rPr>
        <w:t xml:space="preserve">[39:51] </w:t>
      </w:r>
      <w:r>
        <w:t>future ko bhi janta ho, jis ki aankhon mein aankhon ke samne past bhi ho, present bhi ho,</w:t>
      </w:r>
    </w:p>
    <w:p>
      <w:pPr>
        <w:jc w:val="right"/>
      </w:pPr>
      <w:r>
        <w:t>فیوچر کو بھی جانتا ہو، جس کی آنکھوں میں آنکھوں کے سامنے پاسٹ بھی ہو، پریزنٹ بھی ہو،</w:t>
      </w:r>
    </w:p>
    <w:p>
      <w:r>
        <w:rPr>
          <w:b/>
        </w:rPr>
        <w:t xml:space="preserve">[39:56] </w:t>
      </w:r>
      <w:r>
        <w:t>future bhi ho.</w:t>
      </w:r>
    </w:p>
    <w:p>
      <w:pPr>
        <w:jc w:val="right"/>
      </w:pPr>
      <w:r>
        <w:t>فیوچر بھی ہو۔</w:t>
      </w:r>
    </w:p>
    <w:p>
      <w:r>
        <w:rPr>
          <w:b/>
        </w:rPr>
        <w:t xml:space="preserve">[40:01] </w:t>
      </w:r>
      <w:r>
        <w:t>aisa kaun insan hai? aisa to koi bhi insan nahin.</w:t>
      </w:r>
    </w:p>
    <w:p>
      <w:pPr>
        <w:jc w:val="right"/>
      </w:pPr>
      <w:r>
        <w:t>ایسا کون انسان ہے؟ ایسا تو کوئی بھی انسان نہیں۔</w:t>
      </w:r>
    </w:p>
    <w:p>
      <w:r>
        <w:rPr>
          <w:b/>
        </w:rPr>
        <w:t xml:space="preserve">[40:06] </w:t>
      </w:r>
      <w:r>
        <w:t>yeh ek sentence jo hai: "hi</w:t>
      </w:r>
    </w:p>
    <w:p>
      <w:pPr>
        <w:jc w:val="right"/>
      </w:pPr>
      <w:r>
        <w:t>یہ ایک سینٹنس جو ہے: "ہ</w:t>
      </w:r>
    </w:p>
    <w:p>
      <w:r>
        <w:rPr>
          <w:b/>
        </w:rPr>
        <w:t xml:space="preserve">[40:11] </w:t>
      </w:r>
      <w:r>
        <w:t>story is a witness that man is in loss" poori history par yeh sweeping remark hai.</w:t>
      </w:r>
    </w:p>
    <w:p>
      <w:pPr>
        <w:jc w:val="right"/>
      </w:pPr>
      <w:r>
        <w:t>سٹری از اے وٹنس دیٹ مین از ان لاس" پوری ہسٹری پر یہ سویپنگ ریمارک ہے۔</w:t>
      </w:r>
    </w:p>
    <w:p>
      <w:r>
        <w:rPr>
          <w:b/>
        </w:rPr>
        <w:t xml:space="preserve">[40:18] </w:t>
      </w:r>
      <w:r>
        <w:t>yeh batata hai ke yeh jis hasti ne yeh yeh kaha, us ko past ki bhi khabar</w:t>
      </w:r>
    </w:p>
    <w:p>
      <w:pPr>
        <w:jc w:val="right"/>
      </w:pPr>
      <w:r>
        <w:t>یہ بتاتا ہے کہ یہ جو جس ہستی نے یہ یہ کہا، اس کو پاسٹ کی بھی خبر</w:t>
      </w:r>
    </w:p>
    <w:p>
      <w:r>
        <w:rPr>
          <w:b/>
        </w:rPr>
        <w:t xml:space="preserve">[40:25] </w:t>
      </w:r>
      <w:r>
        <w:t>thi, present ko bhi janta tha woh aur future se bhi waqif tha.</w:t>
      </w:r>
    </w:p>
    <w:p>
      <w:pPr>
        <w:jc w:val="right"/>
      </w:pPr>
      <w:r>
        <w:t>تھی، پریزنٹ کو بھی جانتا تھا وہ اور فیوچر سے بھی واقف تھا۔</w:t>
      </w:r>
    </w:p>
    <w:p>
      <w:r>
        <w:rPr>
          <w:b/>
        </w:rPr>
        <w:t xml:space="preserve">[40:32] </w:t>
      </w:r>
      <w:r>
        <w:t>woh tab woh aisa sweeping remark de saka.</w:t>
      </w:r>
    </w:p>
    <w:p>
      <w:pPr>
        <w:jc w:val="right"/>
      </w:pPr>
      <w:r>
        <w:t>وہ تب وہ ایسا سویپنگ ریمارک دے سکا۔</w:t>
      </w:r>
    </w:p>
    <w:p>
      <w:r>
        <w:rPr>
          <w:b/>
        </w:rPr>
        <w:t xml:space="preserve">[40:39] </w:t>
      </w:r>
      <w:r>
        <w:t>to mein samajhta hoon ke yeh is baat ke liye kafi hai ke aap</w:t>
      </w:r>
    </w:p>
    <w:p>
      <w:pPr>
        <w:jc w:val="right"/>
      </w:pPr>
      <w:r>
        <w:t>تو میں سمجھتا ہوں کہ یہ اس بات کے لیے کافی ہے کہ آپ</w:t>
      </w:r>
    </w:p>
    <w:p>
      <w:r>
        <w:rPr>
          <w:b/>
        </w:rPr>
        <w:t xml:space="preserve">[40:46] </w:t>
      </w:r>
      <w:r>
        <w:t>shelley aap jante hain ke bohat bara writer tha english literature mein mana jata hai.</w:t>
      </w:r>
    </w:p>
    <w:p>
      <w:pPr>
        <w:jc w:val="right"/>
      </w:pPr>
      <w:r>
        <w:t>شیلے آپ جانتے ہیں کہ بہت بڑا رائٹر تھا انگلش لٹریچر میں مانا جاتا ہے۔</w:t>
      </w:r>
    </w:p>
    <w:p>
      <w:r>
        <w:rPr>
          <w:b/>
        </w:rPr>
        <w:t xml:space="preserve">[40:57] </w:t>
      </w:r>
      <w:r>
        <w:t>to is ka bohat hi well known yeh hai, aap ne parha hoga ke "aur sweetest songs are</w:t>
      </w:r>
    </w:p>
    <w:p>
      <w:pPr>
        <w:jc w:val="right"/>
      </w:pPr>
      <w:r>
        <w:t>تو اس کا بہت ہی ویل نون یہ ہے، آپ نے پڑھا ہوگا کہ "اور سویٹسٹ سونگز آر</w:t>
      </w:r>
    </w:p>
    <w:p>
      <w:r>
        <w:rPr>
          <w:b/>
        </w:rPr>
        <w:t xml:space="preserve">[41:07] </w:t>
      </w:r>
      <w:r>
        <w:t>doze that tell us aur sideast thought"</w:t>
      </w:r>
    </w:p>
    <w:p>
      <w:pPr>
        <w:jc w:val="right"/>
      </w:pPr>
      <w:r>
        <w:t>دوز دیٹ ٹیل اس اور سائیڈسٹ تھاٹ"</w:t>
      </w:r>
    </w:p>
    <w:p>
      <w:r>
        <w:rPr>
          <w:b/>
        </w:rPr>
        <w:t xml:space="preserve">[41:18] </w:t>
      </w:r>
      <w:r>
        <w:t>hamare sab se zyada meethe naghme woh hain jo hamare yani hamare dukh ki kahani ko batate hain.</w:t>
      </w:r>
    </w:p>
    <w:p>
      <w:pPr>
        <w:jc w:val="right"/>
      </w:pPr>
      <w:r>
        <w:t>ہمارے سب سے زیادہ میٹھے نغمے وہ ہیں جو ہمارے یعنی ہمارے دکھ کی کہانی کو بتاتے ہیں۔</w:t>
      </w:r>
    </w:p>
    <w:p>
      <w:r>
        <w:rPr>
          <w:b/>
        </w:rPr>
        <w:t xml:space="preserve">[41:23] </w:t>
      </w:r>
      <w:r>
        <w:t>kyun? woh aadmi ko sachi baat lagti hai.</w:t>
      </w:r>
    </w:p>
    <w:p>
      <w:pPr>
        <w:jc w:val="right"/>
      </w:pPr>
      <w:r>
        <w:t>کیوں؟ وہ آدمی کو سچی بات لگتی ہے۔</w:t>
      </w:r>
    </w:p>
    <w:p>
      <w:r>
        <w:rPr>
          <w:b/>
        </w:rPr>
        <w:t xml:space="preserve">[41:28] </w:t>
      </w:r>
      <w:r>
        <w:t>jis geet mein, jis shayari mein, jis novel mein, jis kahani mein dukh ki baat ho to lagta</w:t>
      </w:r>
    </w:p>
    <w:p>
      <w:pPr>
        <w:jc w:val="right"/>
      </w:pPr>
      <w:r>
        <w:t>جس گیت میں، جس شاعری میں، جس ناول میں، جس کہانی میں دکھ کی بات ہو تو لگتا</w:t>
      </w:r>
    </w:p>
    <w:p>
      <w:r>
        <w:rPr>
          <w:b/>
        </w:rPr>
        <w:t xml:space="preserve">[41:33] </w:t>
      </w:r>
      <w:r>
        <w:t>hai ke woh buri baat hai.</w:t>
      </w:r>
    </w:p>
    <w:p>
      <w:pPr>
        <w:jc w:val="right"/>
      </w:pPr>
      <w:r>
        <w:t>ہے کہ وہ بری بات ہے۔</w:t>
      </w:r>
    </w:p>
    <w:p>
      <w:r>
        <w:rPr>
          <w:b/>
        </w:rPr>
        <w:t xml:space="preserve">[41:38] </w:t>
      </w:r>
      <w:r>
        <w:t>jaise Ghalib ne kaha tha ke "dekhna taqreer ki lazzat ke jo us ne kaha, maine yeh</w:t>
      </w:r>
    </w:p>
    <w:p>
      <w:pPr>
        <w:jc w:val="right"/>
      </w:pPr>
      <w:r>
        <w:t>جیسے غالب نے کہا تھا کہ "دیکھنا تقریر کی لذت کہ جو اس نے کہا، میں نے یہ</w:t>
      </w:r>
    </w:p>
    <w:p>
      <w:r>
        <w:rPr>
          <w:b/>
        </w:rPr>
        <w:t xml:space="preserve">[41:43] </w:t>
      </w:r>
      <w:r>
        <w:t>jana ke go</w:t>
      </w:r>
    </w:p>
    <w:p>
      <w:pPr>
        <w:jc w:val="right"/>
      </w:pPr>
      <w:r>
        <w:t>جانا کہ گو</w:t>
      </w:r>
    </w:p>
    <w:p>
      <w:r>
        <w:rPr>
          <w:b/>
        </w:rPr>
        <w:t xml:space="preserve">[41:48] </w:t>
      </w:r>
      <w:r>
        <w:t>ya yeh abhi mere dil mein hai" to jo baat apne dil ki baat dikhai de, woh aadmi ko bohat oonchi baat nazar aati hai. ab mein aap ko yaad dilaoonga, dekhiye yani in logon ki baat yaad dilaoonga jo thinker the, jo philosopher the, jo reformer the, bare bare top ke log. top ke log in ka</w:t>
      </w:r>
    </w:p>
    <w:p>
      <w:pPr>
        <w:jc w:val="right"/>
      </w:pPr>
      <w:r>
        <w:t>یا یہ ابھی میرے دل میں ہے" تو جو بات اپنے دل کی بات دکھائی دے، وہ آدمی کو بہت اونچی بات نظر آتی ہے۔ اب میں آپ کو یاد دلاؤں گا، دیکھیے یعنی ان لوگوں کی بات یاد دلاؤں گا جو تھنکر تھے، جو فلاسفر تھے، جو ریفارمر تھے، بڑے بڑے ٹاپ کے لوگ۔ ٹاپ کے لوگ ان کا</w:t>
      </w:r>
    </w:p>
    <w:p>
      <w:r>
        <w:rPr>
          <w:b/>
        </w:rPr>
        <w:t xml:space="preserve">[42:18] </w:t>
      </w:r>
      <w:r>
        <w:t>kya haal hua? sab se pehle aap lijiye, agarche baad ke zamane ka hai, Marx.</w:t>
      </w:r>
    </w:p>
    <w:p>
      <w:pPr>
        <w:jc w:val="right"/>
      </w:pPr>
      <w:r>
        <w:t>کیا حال ہوا؟ سب سے پہلے آپ لیجئے، اگرچہ بعد کے زمانے کا ہے، مارس۔</w:t>
      </w:r>
    </w:p>
    <w:p>
      <w:r>
        <w:rPr>
          <w:b/>
        </w:rPr>
        <w:t xml:space="preserve">[42:33] </w:t>
      </w:r>
      <w:r>
        <w:t>Marx jo hai, Marx ne ek philosophy pesh ki jis ko kehte hain "dialectical materialism"</w:t>
      </w:r>
    </w:p>
    <w:p>
      <w:pPr>
        <w:jc w:val="right"/>
      </w:pPr>
      <w:r>
        <w:t>مارس جو ہے، مارس نے ایک فلاسفی پیش کی جس کو کہتے ہیں "ڈائیلیکٹیکل مٹیریلزم"</w:t>
      </w:r>
    </w:p>
    <w:p>
      <w:r>
        <w:rPr>
          <w:b/>
        </w:rPr>
        <w:t xml:space="preserve">[42:49] </w:t>
      </w:r>
      <w:r>
        <w:t>۔ Urdu mein hum is ko kehte hain "Jadliyati Madaniyat". to yeh history ka ek interpretation tha. Dialectical Materialism jo hai, yeh history ka interpret tha. ek us mein kam az kam panch mind is mein shareek the. yani sirf Marx ki baat nahin thi. yeh Marx ne bohat se logon ne jo kuch kaha tha, us ko le kar ke ek theory banai apni. us mein teen mind Germany, German,</w:t>
      </w:r>
    </w:p>
    <w:p>
      <w:pPr>
        <w:jc w:val="right"/>
      </w:pPr>
      <w:r>
        <w:t>۔ اردو میں ہم اس کو کہتے ہیں "جدلیاتی مادیت"۔ تو یہ ہسٹری کا ایک انٹرپریشن تھا۔ ڈائیلیکٹیکل مٹیریلزم جو ہے، یہ ہسٹری کا انٹرپریٹ تھا۔ ایک اس میں کم از کم پانچ مائنڈ اس میں شریک تھے۔ یعنی صرف مارس کی بات نہیں تھی۔ یہ مارس نے بہت سے لوگوں نے جو کچھ کہا تھا، اس کو لے کر کے ایک تھیوری بنائی اپنی۔ اس میں تین مائنڈ جرمنی، جرمن،</w:t>
      </w:r>
    </w:p>
    <w:p>
      <w:r>
        <w:rPr>
          <w:b/>
        </w:rPr>
        <w:t xml:space="preserve">[43:19] </w:t>
      </w:r>
      <w:r>
        <w:t>Germany ke the aur do mind England ke the. German mind kaun kaun the? Hegel, Feuerbach aur khud Marx jo Germany mein paida hua tha. Hegel, Feuerbach aur Marx yeh teen German mind the, bohat top ke log the yeh. aur teen, yeh teen German mind the. do English mind kaun the? Darwin aur Engels. Darwin</w:t>
      </w:r>
    </w:p>
    <w:p>
      <w:pPr>
        <w:jc w:val="right"/>
      </w:pPr>
      <w:r>
        <w:t>جرمنی کے تھے اور دو مائنڈ انگلینڈ کے تھے۔ جرمن مائنڈ کون کون تھے؟ ہیگل، فیور باخ اور خود مارس جو جرمنی میں پیدا ہوا تھا۔ ہیگل، فیور باخ اور مارس یہ تین جرمن مائنڈ تھے، بہت ٹاپ کے لوگ تھے یہ۔ اور تین، یہ تین جرمن مائنڈ تھے۔ دو انگلش مائنڈ کون تھے؟ ڈارون اور اینجلس۔ ڈارون ڈ</w:t>
      </w:r>
    </w:p>
    <w:p>
      <w:r>
        <w:rPr>
          <w:b/>
        </w:rPr>
        <w:t xml:space="preserve">[43:49] </w:t>
      </w:r>
      <w:r>
        <w:t>direct tor par nahi tha is mein shamil, lekin isi ki theory se jo us ne kaha tha,</w:t>
      </w:r>
    </w:p>
    <w:p>
      <w:pPr>
        <w:jc w:val="right"/>
      </w:pPr>
      <w:r>
        <w:t>ائریکٹ طور پر نہیں تھا اس میں شامل، لیکن اسی کی تھیوری سے جو اس نے کہا تھا،</w:t>
      </w:r>
    </w:p>
    <w:p>
      <w:r>
        <w:rPr>
          <w:b/>
        </w:rPr>
        <w:t xml:space="preserve">[43:55] </w:t>
      </w:r>
      <w:r>
        <w:t>yani biological process jo bataya tha, us ne isi ko apply kiya.</w:t>
      </w:r>
    </w:p>
    <w:p>
      <w:pPr>
        <w:jc w:val="right"/>
      </w:pPr>
      <w:r>
        <w:t>یعنی بیلوجیکل پراسیس جو بتایا تھا، اس نے اسی کو اپلائی کیا۔</w:t>
      </w:r>
    </w:p>
    <w:p>
      <w:r>
        <w:rPr>
          <w:b/>
        </w:rPr>
        <w:t xml:space="preserve">[44:01] </w:t>
      </w:r>
      <w:r>
        <w:t>us ne social process mein Marx ne.</w:t>
      </w:r>
    </w:p>
    <w:p>
      <w:pPr>
        <w:jc w:val="right"/>
      </w:pPr>
      <w:r>
        <w:t>اس نے سوشل پراسیس میں مارس نے۔</w:t>
      </w:r>
    </w:p>
    <w:p>
      <w:r>
        <w:rPr>
          <w:b/>
        </w:rPr>
        <w:t xml:space="preserve">[44:07] </w:t>
      </w:r>
      <w:r>
        <w:t>ab sochiye ke paanch bare mind ne ek, ek, ek theory banai jis ko kehte hain "dialectical materialism".</w:t>
      </w:r>
    </w:p>
    <w:p>
      <w:pPr>
        <w:jc w:val="right"/>
      </w:pPr>
      <w:r>
        <w:t>اب سوچیے کہ پانچ بڑے مائنڈ نے ایک، ایک، ایک تھیوری بنائی جس کو کہتے ہیں "ڈائیلیکٹیکل مٹیریلزم"۔</w:t>
      </w:r>
    </w:p>
    <w:p>
      <w:r>
        <w:rPr>
          <w:b/>
        </w:rPr>
        <w:t xml:space="preserve">[44:13] </w:t>
      </w:r>
      <w:r>
        <w:t>woh kya thi? woh yeh thi</w:t>
      </w:r>
    </w:p>
    <w:p>
      <w:pPr>
        <w:jc w:val="right"/>
      </w:pPr>
      <w:r>
        <w:t>وہ کیا تھی؟ وہ یہ تھی</w:t>
      </w:r>
    </w:p>
    <w:p>
      <w:r>
        <w:rPr>
          <w:b/>
        </w:rPr>
        <w:t xml:space="preserve">[44:19] </w:t>
      </w:r>
      <w:r>
        <w:t>ke unhone kaha ke samajh jo hai, society jo hai, woh is ka bhi ek law hai.</w:t>
      </w:r>
    </w:p>
    <w:p>
      <w:pPr>
        <w:jc w:val="right"/>
      </w:pPr>
      <w:r>
        <w:t>کہ انہوں نے کہا کہ سماج جو ہے، سوسائٹی جو ہے، وہ اس کا بھی ایک لاء ہے۔</w:t>
      </w:r>
    </w:p>
    <w:p>
      <w:r>
        <w:rPr>
          <w:b/>
        </w:rPr>
        <w:t xml:space="preserve">[44:24] </w:t>
      </w:r>
      <w:r>
        <w:t>jis tarah physical world mein ek law chalta hai, physical world jo hai, is ka physical laws se</w:t>
      </w:r>
    </w:p>
    <w:p>
      <w:pPr>
        <w:jc w:val="right"/>
      </w:pPr>
      <w:r>
        <w:t>جس طرح فزیکل ورلڈ میں ایک لاء چلتا ہے، فزیکل ورلڈ جو ہے، اس کا فزیکل لاز سے</w:t>
      </w:r>
    </w:p>
    <w:p>
      <w:r>
        <w:rPr>
          <w:b/>
        </w:rPr>
        <w:t xml:space="preserve">[44:29] </w:t>
      </w:r>
      <w:r>
        <w:t>govern hoti hai.</w:t>
      </w:r>
    </w:p>
    <w:p>
      <w:pPr>
        <w:jc w:val="right"/>
      </w:pPr>
      <w:r>
        <w:t>گورن ہوتی ہے۔</w:t>
      </w:r>
    </w:p>
    <w:p>
      <w:r>
        <w:rPr>
          <w:b/>
        </w:rPr>
        <w:t xml:space="preserve">[44:34] </w:t>
      </w:r>
      <w:r>
        <w:t>woh idhar social laws hain jo kaam karte rehte hain.</w:t>
      </w:r>
    </w:p>
    <w:p>
      <w:pPr>
        <w:jc w:val="right"/>
      </w:pPr>
      <w:r>
        <w:t>وہ ادھر سوشل لاز ہیں جو کام کرتے رہتے ہیں۔</w:t>
      </w:r>
    </w:p>
    <w:p>
      <w:r>
        <w:rPr>
          <w:b/>
        </w:rPr>
        <w:t xml:space="preserve">[44:39] </w:t>
      </w:r>
      <w:r>
        <w:t>ek process apne aap chalta rehta hai.</w:t>
      </w:r>
    </w:p>
    <w:p>
      <w:pPr>
        <w:jc w:val="right"/>
      </w:pPr>
      <w:r>
        <w:t>ایک پراسیس اپنے آپ چلتا رہتا ہے۔</w:t>
      </w:r>
    </w:p>
    <w:p>
      <w:r>
        <w:rPr>
          <w:b/>
        </w:rPr>
        <w:t xml:space="preserve">[44:44] </w:t>
      </w:r>
      <w:r>
        <w:t>to is ko is ka jo hai just yeh hai ke har, yani</w:t>
      </w:r>
    </w:p>
    <w:p>
      <w:pPr>
        <w:jc w:val="right"/>
      </w:pPr>
      <w:r>
        <w:t>تو اس کو اس کا جو ہے جسٹ یہ ہے کہ ہر، یعنی</w:t>
      </w:r>
    </w:p>
    <w:p>
      <w:r>
        <w:rPr>
          <w:b/>
        </w:rPr>
        <w:t xml:space="preserve">[44:49] </w:t>
      </w:r>
      <w:r>
        <w:t>hum har zamana apna ek opposite paida karta hai aur donon mein takrao hota hai. aur phir ek teesri cheez emerge karti hai jo us se better hoti hai. to Marx ne kaha ke is zamane mein jo industrial zamana aaya, industrial revolution aaya hai, to woh apna ek opposite nikal bana raha hai aur woh hai labor class, yani haves aur have-nots. yani industrial revolution ne ek taraf kuch haves, ek aisa class bana diya hai jo haves hai, jis ke paas</w:t>
      </w:r>
    </w:p>
    <w:p>
      <w:pPr>
        <w:jc w:val="right"/>
      </w:pPr>
      <w:r>
        <w:t>ہم ہر زمانہ اپنا ایک اپوزٹ پیدا کرتا ہے اور دونوں میں ٹکراؤ ہوتا ہے۔ اور پھر ایک تیسری چیز ایمرج کرتی ہے جو اس سے بٹر ہوتی ہے۔ تو مارس نے کہا کہ اس زمانے میں جو انڈسٹریل زمانہ آیا، انڈسٹریل ریولوشن آیا ہے، تو وہ اپنا ایک اپوزٹ نکال بنا رہا ہے اور وہ ہے لیبر کلاس، یعنی ہیوز اور ہیو ناٹس۔ یعنی انڈسٹریل ریولوشن نے ایک طرف کچھ ہیوز، ایک ایسا کلاس بنا دیا ہے جو ہیوز ہے، جس کے پاس</w:t>
      </w:r>
    </w:p>
    <w:p>
      <w:r>
        <w:rPr>
          <w:b/>
        </w:rPr>
        <w:t xml:space="preserve">[45:19] </w:t>
      </w:r>
      <w:r>
        <w:t>sab kuch hai. doosra class woh bana raha hai jo have-nots hain, jin ke paas kuch bhi nahin hai. yeh donon mein takrao hoga. takrao ho kar ke ek teesri cheez emerge karegi, woh hoga woh, yani woh hoga apni socialist, yani socialist class, socialist society. yeh us ne kaha tha. isi liye uska andaza tha ke yeh jo aayega, ye</w:t>
      </w:r>
    </w:p>
    <w:p>
      <w:pPr>
        <w:jc w:val="right"/>
      </w:pPr>
      <w:r>
        <w:t>سب کچھ ہے۔ دوسرا کلاس وہ بنا رہا ہے جو ہیو ناٹس ہیں، جن کے پاس کچھ بھی نہیں ہے۔ یہ دونوں میں ٹکراؤ ہوگا۔ ٹکراؤ ہو کر کے ایک تیسری چیز ایمرج کرے گی، وہ ہوگا وہ، یعنی وہ ہوگا اپنی سوشلسٹ، یعنی سوشلسٹ کلاس، سوشلسٹ سوسائٹی۔ یہ اس نے کہا تھا۔ اسی لیے اس کا اندازہ تھا کہ یہ جو آئے گا، ی</w:t>
      </w:r>
    </w:p>
    <w:p>
      <w:r>
        <w:rPr>
          <w:b/>
        </w:rPr>
        <w:t xml:space="preserve">[45:49] </w:t>
      </w:r>
      <w:r>
        <w:t>yani red revolution, woh aaye ga western world mein, woh western Europe mein sab se pehle.</w:t>
      </w:r>
    </w:p>
    <w:p>
      <w:pPr>
        <w:jc w:val="right"/>
      </w:pPr>
      <w:r>
        <w:t>عنی ریڈ ریولوشن، وہ آئے گا ویسٹرن ورلڈ میں، وہ ویسٹرن یورپ میں سب سے پہلے۔</w:t>
      </w:r>
    </w:p>
    <w:p>
      <w:r>
        <w:rPr>
          <w:b/>
        </w:rPr>
        <w:t xml:space="preserve">[45:55] </w:t>
      </w:r>
      <w:r>
        <w:t>yahan tak ke us ne keh diya tha ke Paris, yani red revolution, Paris ke horizon pe jhankta</w:t>
      </w:r>
    </w:p>
    <w:p>
      <w:pPr>
        <w:jc w:val="right"/>
      </w:pPr>
      <w:r>
        <w:t>یہاں تک کہ اس نے کہہ دیا تھا کہ پیرس، یعنی ریڈ ریولوشن، پیرس کے ہورائزن پہ جھانکتا</w:t>
      </w:r>
    </w:p>
    <w:p>
      <w:r>
        <w:rPr>
          <w:b/>
        </w:rPr>
        <w:t xml:space="preserve">[46:01] </w:t>
      </w:r>
      <w:r>
        <w:t>hawa mujhe dikhai parta hai.</w:t>
      </w:r>
    </w:p>
    <w:p>
      <w:pPr>
        <w:jc w:val="right"/>
      </w:pPr>
      <w:r>
        <w:t>ہوا مجھے دکھائی پڑتا ہے۔</w:t>
      </w:r>
    </w:p>
    <w:p>
      <w:r>
        <w:rPr>
          <w:b/>
        </w:rPr>
        <w:t xml:space="preserve">[46:07] </w:t>
      </w:r>
      <w:r>
        <w:t>yeh is ka khayal tha ke west, yani western europe mein chounke industrial revolution aya pehle, wahan par</w:t>
      </w:r>
    </w:p>
    <w:p>
      <w:pPr>
        <w:jc w:val="right"/>
      </w:pPr>
      <w:r>
        <w:t>یہ اس کا خیال تھا کہ ویسٹ، یعنی ویسٹرن یورپ میں چونکہ انڈسٹریل ریولوشن آیا پہلے، وہاں پر</w:t>
      </w:r>
    </w:p>
    <w:p>
      <w:r>
        <w:rPr>
          <w:b/>
        </w:rPr>
        <w:t xml:space="preserve">[46:13] </w:t>
      </w:r>
      <w:r>
        <w:t>woh bohat ziyada taraqqi hui, is ki bohat ziyada progress hui</w:t>
      </w:r>
    </w:p>
    <w:p>
      <w:pPr>
        <w:jc w:val="right"/>
      </w:pPr>
      <w:r>
        <w:t>وہ بہت زیادہ ترقی ہوئی، اس کی بہت زیادہ پروگریس ہوئی</w:t>
      </w:r>
    </w:p>
    <w:p>
      <w:r>
        <w:rPr>
          <w:b/>
        </w:rPr>
        <w:t xml:space="preserve">[46:19] </w:t>
      </w:r>
      <w:r>
        <w:t>—</w:t>
      </w:r>
    </w:p>
    <w:p>
      <w:pPr>
        <w:jc w:val="right"/>
      </w:pPr>
      <w:r>
        <w:t>۔</w:t>
      </w:r>
    </w:p>
    <w:p>
      <w:r>
        <w:rPr>
          <w:b/>
        </w:rPr>
        <w:t xml:space="preserve">[46:24] </w:t>
      </w:r>
      <w:r>
        <w:t>toh western europe mein woh process poora hoga.</w:t>
      </w:r>
    </w:p>
    <w:p>
      <w:pPr>
        <w:jc w:val="right"/>
      </w:pPr>
      <w:r>
        <w:t>تو ویسٹرن یورپ میں وہ پراسیس پورا ہوگا۔</w:t>
      </w:r>
    </w:p>
    <w:p>
      <w:r>
        <w:rPr>
          <w:b/>
        </w:rPr>
        <w:t xml:space="preserve">[46:29] </w:t>
      </w:r>
      <w:r>
        <w:t>woh, woh process ke aik taraf haves ho jayenge, aik taraf have-nots ho jayenge.</w:t>
      </w:r>
    </w:p>
    <w:p>
      <w:pPr>
        <w:jc w:val="right"/>
      </w:pPr>
      <w:r>
        <w:t>وہ، وہ پراسیس کہ ایک طرف ہیوز ہو جائیں گے، ایک طرف ہیو ناٹس ہو جائیں گے۔</w:t>
      </w:r>
    </w:p>
    <w:p>
      <w:r>
        <w:rPr>
          <w:b/>
        </w:rPr>
        <w:t xml:space="preserve">[46:34] </w:t>
      </w:r>
      <w:r>
        <w:t>donon takrayenge aur takra kar ke phir teesri cheez banegi, woh hai socialist society.</w:t>
      </w:r>
    </w:p>
    <w:p>
      <w:pPr>
        <w:jc w:val="right"/>
      </w:pPr>
      <w:r>
        <w:t>دونوں ٹکرائیں گے اور ٹکرا کر کے پھر تیسری چیز بنے گی، وہ ہے سوشلسٹ سوسائٹی۔</w:t>
      </w:r>
    </w:p>
    <w:p>
      <w:r>
        <w:rPr>
          <w:b/>
        </w:rPr>
        <w:t xml:space="preserve">[46:39] </w:t>
      </w:r>
      <w:r>
        <w:t>lekin aap jante hain ke yani west, woh red revolution kahan aya? Woh russia mein aya, jo poore</w:t>
      </w:r>
    </w:p>
    <w:p>
      <w:pPr>
        <w:jc w:val="right"/>
      </w:pPr>
      <w:r>
        <w:t>لیکن آپ جانتے ہیں کہ یعنی ویسٹ، وہ ریڈ ریولوشن کہاں آیا؟ وہ رشیا میں آیا، جو پورے</w:t>
      </w:r>
    </w:p>
    <w:p>
      <w:r>
        <w:rPr>
          <w:b/>
        </w:rPr>
        <w:t xml:space="preserve">[46:44] </w:t>
      </w:r>
      <w:r>
        <w:t>tarah se aik agricultural country tha.</w:t>
      </w:r>
    </w:p>
    <w:p>
      <w:pPr>
        <w:jc w:val="right"/>
      </w:pPr>
      <w:r>
        <w:t>طرح سے ایک ایگریکلچرل کنٹری تھا۔</w:t>
      </w:r>
    </w:p>
    <w:p>
      <w:r>
        <w:rPr>
          <w:b/>
        </w:rPr>
        <w:t xml:space="preserve">[46:49] </w:t>
      </w:r>
      <w:r>
        <w:t>woh industrial country tha hi nahin.</w:t>
      </w:r>
    </w:p>
    <w:p>
      <w:pPr>
        <w:jc w:val="right"/>
      </w:pPr>
      <w:r>
        <w:t>وہ انڈسٹریل کنٹری تھا ہی نہیں۔</w:t>
      </w:r>
    </w:p>
    <w:p>
      <w:r>
        <w:rPr>
          <w:b/>
        </w:rPr>
        <w:t xml:space="preserve">[46:54] </w:t>
      </w:r>
      <w:r>
        <w:t>is waqt russia mein koi industry nahin thi.</w:t>
      </w:r>
    </w:p>
    <w:p>
      <w:pPr>
        <w:jc w:val="right"/>
      </w:pPr>
      <w:r>
        <w:t>اس وقت رشیا میں کوئی انڈسٹری نہیں تھی۔</w:t>
      </w:r>
    </w:p>
    <w:p>
      <w:r>
        <w:rPr>
          <w:b/>
        </w:rPr>
        <w:t xml:space="preserve">[46:58] </w:t>
      </w:r>
      <w:r>
        <w:t>agricultural country tha, woh number one.</w:t>
      </w:r>
    </w:p>
    <w:p>
      <w:pPr>
        <w:jc w:val="right"/>
      </w:pPr>
      <w:r>
        <w:t>ایگریکلچرل کنٹری تھا، وہ نمبر ون۔</w:t>
      </w:r>
    </w:p>
    <w:p>
      <w:r>
        <w:rPr>
          <w:b/>
        </w:rPr>
        <w:t xml:space="preserve">[47:02] </w:t>
      </w:r>
      <w:r>
        <w:t>doosri baat yeh hai ke wahan par force ke zariye laya gaya so called, yani red revolution.</w:t>
      </w:r>
    </w:p>
    <w:p>
      <w:pPr>
        <w:jc w:val="right"/>
      </w:pPr>
      <w:r>
        <w:t>دوسری بات یہ ہے کہ وہاں پر فورس کے ذریعے لایا گیا سو کالڈ، یعنی ریڈ ریولوشن۔</w:t>
      </w:r>
    </w:p>
    <w:p>
      <w:r>
        <w:rPr>
          <w:b/>
        </w:rPr>
        <w:t xml:space="preserve">[47:07] </w:t>
      </w:r>
      <w:r>
        <w:t>jin logon ne is ki history parhi hai, woh jante hain ke wahan aik Bolshevik party thi aur</w:t>
      </w:r>
    </w:p>
    <w:p>
      <w:pPr>
        <w:jc w:val="right"/>
      </w:pPr>
      <w:r>
        <w:t>جن لوگوں نے اس کی ہسٹری پڑھی ہے، وہ جانتے ہیں کہ وہاں ایک بالشویک پارٹی تھی اور</w:t>
      </w:r>
    </w:p>
    <w:p>
      <w:r>
        <w:rPr>
          <w:b/>
        </w:rPr>
        <w:t xml:space="preserve">[47:11] </w:t>
      </w:r>
      <w:r>
        <w:t>is ka leader tha Kerensky.</w:t>
      </w:r>
    </w:p>
    <w:p>
      <w:pPr>
        <w:jc w:val="right"/>
      </w:pPr>
      <w:r>
        <w:t>اس کا لیڈر تھا کرنسکی۔</w:t>
      </w:r>
    </w:p>
    <w:p>
      <w:r>
        <w:rPr>
          <w:b/>
        </w:rPr>
        <w:t xml:space="preserve">[47:15] </w:t>
      </w:r>
      <w:r>
        <w:t>toh Kerensky jo tha, is mein</w:t>
      </w:r>
    </w:p>
    <w:p>
      <w:pPr>
        <w:jc w:val="right"/>
      </w:pPr>
      <w:r>
        <w:t>تو کرنسکی جو تھا، اس میں</w:t>
      </w:r>
    </w:p>
    <w:p>
      <w:r>
        <w:rPr>
          <w:b/>
        </w:rPr>
        <w:t xml:space="preserve">[47:19] </w:t>
      </w:r>
      <w:r>
        <w:t>Lenin bhi shareek tha.</w:t>
      </w:r>
    </w:p>
    <w:p>
      <w:pPr>
        <w:jc w:val="right"/>
      </w:pPr>
      <w:r>
        <w:t>لینن بھی شریک تھا۔</w:t>
      </w:r>
    </w:p>
    <w:p>
      <w:r>
        <w:rPr>
          <w:b/>
        </w:rPr>
        <w:t xml:space="preserve">[47:23] </w:t>
      </w:r>
      <w:r>
        <w:t>toh Kerensky bohat bara leader tha.</w:t>
      </w:r>
    </w:p>
    <w:p>
      <w:pPr>
        <w:jc w:val="right"/>
      </w:pPr>
      <w:r>
        <w:t>تو کرنسکی بہت بڑا لیڈر تھا۔</w:t>
      </w:r>
    </w:p>
    <w:p>
      <w:r>
        <w:rPr>
          <w:b/>
        </w:rPr>
        <w:t xml:space="preserve">[47:27] </w:t>
      </w:r>
      <w:r>
        <w:t>toh wahan par is waqt Tsar ke Tsar rule karta tha.</w:t>
      </w:r>
    </w:p>
    <w:p>
      <w:pPr>
        <w:jc w:val="right"/>
      </w:pPr>
      <w:r>
        <w:t>تو وہاں پر اس وقت زار کے زار رول کرتا تھا۔</w:t>
      </w:r>
    </w:p>
    <w:p>
      <w:r>
        <w:rPr>
          <w:b/>
        </w:rPr>
        <w:t xml:space="preserve">[47:31] </w:t>
      </w:r>
      <w:r>
        <w:t>Tsar toh Tsar ke khilaf revolt hua aur revolt kar ke is ko dethrone kiya gaya.</w:t>
      </w:r>
    </w:p>
    <w:p>
      <w:pPr>
        <w:jc w:val="right"/>
      </w:pPr>
      <w:r>
        <w:t>زار تو زار کے خلاف ریولٹ ہوا اور ریولٹ کر کے اس کو ڈی تھرون کیا گیا۔</w:t>
      </w:r>
    </w:p>
    <w:p>
      <w:r>
        <w:rPr>
          <w:b/>
        </w:rPr>
        <w:t xml:space="preserve">[47:35] </w:t>
      </w:r>
      <w:r>
        <w:t>aur jo Kerensky ki jo party thi, Menshevik party, woh rule karne lagi.</w:t>
      </w:r>
    </w:p>
    <w:p>
      <w:pPr>
        <w:jc w:val="right"/>
      </w:pPr>
      <w:r>
        <w:t>اور جو کرنسکی کی جو پارٹی تھی، مینسویک پارٹی، وہ رول کرنے لگی۔</w:t>
      </w:r>
    </w:p>
    <w:p>
      <w:r>
        <w:rPr>
          <w:b/>
        </w:rPr>
        <w:t xml:space="preserve">[47:39] </w:t>
      </w:r>
      <w:r>
        <w:t>aur phir is ke baad bohat si tarkeeben kar ke, bohat sa gadbad kar ke, Lenin ne qabza</w:t>
      </w:r>
    </w:p>
    <w:p>
      <w:pPr>
        <w:jc w:val="right"/>
      </w:pPr>
      <w:r>
        <w:t>اور پھر اس کے بعد بہت سی ترکیبیں کر کے، بہت سا گڑبڑ کر کے، لینن نے قبضہ</w:t>
      </w:r>
    </w:p>
    <w:p>
      <w:r>
        <w:rPr>
          <w:b/>
        </w:rPr>
        <w:t xml:space="preserve">[47:43] </w:t>
      </w:r>
      <w:r>
        <w:t>kar liya, capture kar liya.</w:t>
      </w:r>
    </w:p>
    <w:p>
      <w:pPr>
        <w:jc w:val="right"/>
      </w:pPr>
      <w:r>
        <w:t>کر لیا، کیپچر کر لیا۔</w:t>
      </w:r>
    </w:p>
    <w:p>
      <w:r>
        <w:rPr>
          <w:b/>
        </w:rPr>
        <w:t xml:space="preserve">[47:47] </w:t>
      </w:r>
      <w:r>
        <w:t>jabke Lenin is mein</w:t>
      </w:r>
    </w:p>
    <w:p>
      <w:pPr>
        <w:jc w:val="right"/>
      </w:pPr>
      <w:r>
        <w:t>جبکہ لینن اس میں</w:t>
      </w:r>
    </w:p>
    <w:p>
      <w:r>
        <w:rPr>
          <w:b/>
        </w:rPr>
        <w:t xml:space="preserve">[47:50] </w:t>
      </w:r>
      <w:r>
        <w:t>wahan ke parliament mein minority mein tha.</w:t>
      </w:r>
    </w:p>
    <w:p>
      <w:pPr>
        <w:jc w:val="right"/>
      </w:pPr>
      <w:r>
        <w:t>وہاں کے پارلیمنٹ میں مائنورٹی میں تھا۔</w:t>
      </w:r>
    </w:p>
    <w:p>
      <w:r>
        <w:rPr>
          <w:b/>
        </w:rPr>
        <w:t xml:space="preserve">[47:55] </w:t>
      </w:r>
      <w:r>
        <w:t>to yani force ke zariye wahan par so called, yani yeh red revolution laya gaya.</w:t>
      </w:r>
    </w:p>
    <w:p>
      <w:pPr>
        <w:jc w:val="right"/>
      </w:pPr>
      <w:r>
        <w:t>تو یعنی فورس کے ذریعے وہاں پر سو کالڈ، یعنی یہ ریڈ ریولوشن لایا گیا۔</w:t>
      </w:r>
    </w:p>
    <w:p>
      <w:r>
        <w:rPr>
          <w:b/>
        </w:rPr>
        <w:t xml:space="preserve">[48:01] </w:t>
      </w:r>
      <w:r>
        <w:t>to woh theory sab khatam ho gayi.</w:t>
      </w:r>
    </w:p>
    <w:p>
      <w:pPr>
        <w:jc w:val="right"/>
      </w:pPr>
      <w:r>
        <w:t>تو وہ تھیوری سب ختم ہوگئی۔</w:t>
      </w:r>
    </w:p>
    <w:p>
      <w:r>
        <w:rPr>
          <w:b/>
        </w:rPr>
        <w:t xml:space="preserve">[48:06] </w:t>
      </w:r>
      <w:r>
        <w:t>yeh dialectical material khatam ho gaya.</w:t>
      </w:r>
    </w:p>
    <w:p>
      <w:pPr>
        <w:jc w:val="right"/>
      </w:pPr>
      <w:r>
        <w:t>یہ ڈائیلیکٹیکل مٹیریل ختم ہوگیا۔</w:t>
      </w:r>
    </w:p>
    <w:p>
      <w:r>
        <w:rPr>
          <w:b/>
        </w:rPr>
        <w:t xml:space="preserve">[48:11] </w:t>
      </w:r>
      <w:r>
        <w:t>aur first, yani first world war jo hui, us waqt unhon ne banai thi Comrades International.</w:t>
      </w:r>
    </w:p>
    <w:p>
      <w:pPr>
        <w:jc w:val="right"/>
      </w:pPr>
      <w:r>
        <w:t>اور فرسٹ، یعنی فرسٹ ورلڈ وار جو ہوئی، اس وقت انہوں نے بنائی تھی کمرس انٹرنیشنل۔</w:t>
      </w:r>
    </w:p>
    <w:p>
      <w:r>
        <w:rPr>
          <w:b/>
        </w:rPr>
        <w:t xml:space="preserve">[48:16] </w:t>
      </w:r>
      <w:r>
        <w:t>un ka manna yeh tha ke yeh woh first world war jo ho rahi hai, is mein</w:t>
      </w:r>
    </w:p>
    <w:p>
      <w:pPr>
        <w:jc w:val="right"/>
      </w:pPr>
      <w:r>
        <w:t>ان کا ماننا یہ تھا کہ یہ وہ فرسٹ ورلڈ وار جو ہو رہی ہے، اس میں</w:t>
      </w:r>
    </w:p>
    <w:p>
      <w:r>
        <w:rPr>
          <w:b/>
        </w:rPr>
        <w:t xml:space="preserve">[48:21] </w:t>
      </w:r>
      <w:r>
        <w:t>capitalist class ek taraf ho jayega, labour class ek taraf ho jayega, distinctly.</w:t>
      </w:r>
    </w:p>
    <w:p>
      <w:pPr>
        <w:jc w:val="right"/>
      </w:pPr>
      <w:r>
        <w:t>کپلز کلاس ایک طرف ہو جائے گا، لیبر کلاس ایک طرف ہو جائے گا، ڈسٹنکٹولی۔</w:t>
      </w:r>
    </w:p>
    <w:p>
      <w:r>
        <w:rPr>
          <w:b/>
        </w:rPr>
        <w:t xml:space="preserve">[48:27] </w:t>
      </w:r>
      <w:r>
        <w:t>to is ko woh kehte thay Comrades International.</w:t>
      </w:r>
    </w:p>
    <w:p>
      <w:pPr>
        <w:jc w:val="right"/>
      </w:pPr>
      <w:r>
        <w:t>تو اس کو وہ کہتے تھے کمرس انٹرنیشنل۔</w:t>
      </w:r>
    </w:p>
    <w:p>
      <w:r>
        <w:rPr>
          <w:b/>
        </w:rPr>
        <w:t xml:space="preserve">[48:33] </w:t>
      </w:r>
      <w:r>
        <w:t>lekin hua kya? har country ke jo initial government thi, usi ka labour class ne bhi saath diya.</w:t>
      </w:r>
    </w:p>
    <w:p>
      <w:pPr>
        <w:jc w:val="right"/>
      </w:pPr>
      <w:r>
        <w:t>لیکن ہوا کیا؟ ہر کنٹری کے جو انیشل گورنمنٹ تھی، اسی کا لیبر کلاس نے بھی ساتھ دیا۔</w:t>
      </w:r>
    </w:p>
    <w:p>
      <w:r>
        <w:rPr>
          <w:b/>
        </w:rPr>
        <w:t xml:space="preserve">[48:39] </w:t>
      </w:r>
      <w:r>
        <w:t>har country ka labour class apni hi country ke initial government ke saath hi ban gaya.</w:t>
      </w:r>
    </w:p>
    <w:p>
      <w:pPr>
        <w:jc w:val="right"/>
      </w:pPr>
      <w:r>
        <w:t>ہر کنٹری کا لیبر کلاس اپنی ہی کنٹری کے انیشل گورنمنٹ کے ساتھ ہی بن گیا۔</w:t>
      </w:r>
    </w:p>
    <w:p>
      <w:r>
        <w:rPr>
          <w:b/>
        </w:rPr>
        <w:t xml:space="preserve">[48:45] </w:t>
      </w:r>
      <w:r>
        <w:t>aur international jo first international jo thi, woh toot gayi. ab bata</w:t>
      </w:r>
    </w:p>
    <w:p>
      <w:pPr>
        <w:jc w:val="right"/>
      </w:pPr>
      <w:r>
        <w:t>اور انٹرنیشنل جو فرسٹ انٹرنیشنل جو تھی، وہ ٹوٹ گئی۔ اب بت</w:t>
      </w:r>
    </w:p>
    <w:p>
      <w:r>
        <w:rPr>
          <w:b/>
        </w:rPr>
        <w:t xml:space="preserve">[48:51] </w:t>
      </w:r>
      <w:r>
        <w:t>aiye ke kahan gaya is ka idealism? Marx ka. Marx ne jo socha tha, ek ideal society, is ko itna ek nai tha, is ka tasawwur, is ka social society ka, is mind mein. Marx ne kaha tha ke wahan aise log honge jin mein bilkul self interest ka koi concept nahin hoga ke ek admi ke pas wo hai, yani bachon ki gadi hai, ek admi ke pas motor car hai. To is ke p</w:t>
      </w:r>
    </w:p>
    <w:p>
      <w:pPr>
        <w:jc w:val="right"/>
      </w:pPr>
      <w:r>
        <w:t>ائیے کہ کہاں گیا اس کا آئیڈیلزم؟ مارس کا۔ مارس نے جو سوچا تھا، ایک آئیڈیل سوسائٹی، اس کو اتنا ایک نئی تھا، اس کا تصور، اس کا سوشل سوسائٹی کا، اس مائنڈ میں۔ مارس نے کہا تھا کہ وہاں ایسے لوگ ہوں گے جن میں بالکل سیلف انٹرسٹ کا کوئی کانسیپٹ نہیں ہوگا کہ ایک آدمی کے پاس وہ ہے، یعنی بچوں کی گاڑی ہے، ایک آدمی کے پاس موٹر کار ہے۔ تو اس کے پ</w:t>
      </w:r>
    </w:p>
    <w:p>
      <w:r>
        <w:rPr>
          <w:b/>
        </w:rPr>
        <w:t xml:space="preserve">[49:21] </w:t>
      </w:r>
      <w:r>
        <w:t>is do motor car hain.</w:t>
      </w:r>
    </w:p>
    <w:p>
      <w:pPr>
        <w:jc w:val="right"/>
      </w:pPr>
      <w:r>
        <w:t>اس دو موٹر کار ہیں۔</w:t>
      </w:r>
    </w:p>
    <w:p>
      <w:r>
        <w:rPr>
          <w:b/>
        </w:rPr>
        <w:t xml:space="preserve">[49:25] </w:t>
      </w:r>
      <w:r>
        <w:t>nahi, is ne misaal jo di thi, us ki motor car to ab nahi bani thi ke ek</w:t>
      </w:r>
    </w:p>
    <w:p>
      <w:pPr>
        <w:jc w:val="right"/>
      </w:pPr>
      <w:r>
        <w:t>نہیں، اس نے مثال جو دی تھی، اس کی موٹر کار تو اب نہیں بنی تھی کہ ایک</w:t>
      </w:r>
    </w:p>
    <w:p>
      <w:r>
        <w:rPr>
          <w:b/>
        </w:rPr>
        <w:t xml:space="preserve">[49:29] </w:t>
      </w:r>
      <w:r>
        <w:t>ke paas do narangi hain, ek ke paas do bachon ki, bachon ki khelne wali gaadi jo hoti hai.</w:t>
      </w:r>
    </w:p>
    <w:p>
      <w:pPr>
        <w:jc w:val="right"/>
      </w:pPr>
      <w:r>
        <w:t>کے پاس دو نارنگی ہیں، ایک کے پاس دو بچوں کی، بچوں کی کھیلنے والی گاڑی جو ہوتی ہے۔</w:t>
      </w:r>
    </w:p>
    <w:p>
      <w:r>
        <w:rPr>
          <w:b/>
        </w:rPr>
        <w:t xml:space="preserve">[49:34] </w:t>
      </w:r>
      <w:r>
        <w:t>to woh kahega, "bhai dekho, tumhare paas do gaadi hain, mere paas do narangi hain.</w:t>
      </w:r>
    </w:p>
    <w:p>
      <w:pPr>
        <w:jc w:val="right"/>
      </w:pPr>
      <w:r>
        <w:t>تو وہ کہے گا، "بھئی دیکھو، تمہارے پاس دو گاڑی ہیں، میرے پاس دو نارنگی ہیں۔</w:t>
      </w:r>
    </w:p>
    <w:p>
      <w:r>
        <w:rPr>
          <w:b/>
        </w:rPr>
        <w:t xml:space="preserve">[49:38] </w:t>
      </w:r>
      <w:r>
        <w:t>to aao, hum badal lete hain.</w:t>
      </w:r>
    </w:p>
    <w:p>
      <w:pPr>
        <w:jc w:val="right"/>
      </w:pPr>
      <w:r>
        <w:t>تو آؤ، ہم بدل لیتے ہیں۔</w:t>
      </w:r>
    </w:p>
    <w:p>
      <w:r>
        <w:rPr>
          <w:b/>
        </w:rPr>
        <w:t xml:space="preserve">[49:43] </w:t>
      </w:r>
      <w:r>
        <w:t>ek narangi tum is mujh se le lo aur apni ek gaadi mujhe de do.</w:t>
      </w:r>
    </w:p>
    <w:p>
      <w:pPr>
        <w:jc w:val="right"/>
      </w:pPr>
      <w:r>
        <w:t>ایک نارنگی تم اس مجھ سے لے لو اور اپنی ایک گاڑی مجھے دے دو۔</w:t>
      </w:r>
    </w:p>
    <w:p>
      <w:r>
        <w:rPr>
          <w:b/>
        </w:rPr>
        <w:t xml:space="preserve">[49:47] </w:t>
      </w:r>
      <w:r>
        <w:t>to mere paas narangi ke saath ek gaadi ho jayegi, tumhare paas gaadi ke saath narangi ho jayegi.</w:t>
      </w:r>
    </w:p>
    <w:p>
      <w:pPr>
        <w:jc w:val="right"/>
      </w:pPr>
      <w:r>
        <w:t>تو میرے پاس نارنگی کے ساتھ ایک گاڑی ہو جائے گی، تمہارے پاس گاڑی کے ساتھ نارنگی ہو جائے گی۔</w:t>
      </w:r>
    </w:p>
    <w:p>
      <w:r>
        <w:rPr>
          <w:b/>
        </w:rPr>
        <w:t xml:space="preserve">[49:51] </w:t>
      </w:r>
      <w:r>
        <w:t>" halanke narangi se bohat zyada mangi thi, woh gaadi.</w:t>
      </w:r>
    </w:p>
    <w:p>
      <w:pPr>
        <w:jc w:val="right"/>
      </w:pPr>
      <w:r>
        <w:t>" حالانکہ نارنگی سے بہت زیادہ مانگی تھی، وہ گاڑی۔</w:t>
      </w:r>
    </w:p>
    <w:p>
      <w:r>
        <w:rPr>
          <w:b/>
        </w:rPr>
        <w:t xml:space="preserve">[49:56] </w:t>
      </w:r>
      <w:r>
        <w:t>is qism ka exchange hoga, yani ke bilkul ek futile baat thi, wishful thinking ki baat thi,</w:t>
      </w:r>
    </w:p>
    <w:p>
      <w:pPr>
        <w:jc w:val="right"/>
      </w:pPr>
      <w:r>
        <w:t>اس قسم کا ایکسچینج ہوگا، یعنی کہ بالکل ایک فیوٹائل بات تھی، وش فل تھنکنگ کی بات تھی،</w:t>
      </w:r>
    </w:p>
    <w:p>
      <w:r>
        <w:rPr>
          <w:b/>
        </w:rPr>
        <w:t xml:space="preserve">[50:00] </w:t>
      </w:r>
      <w:r>
        <w:t>woh kabhi hua nahi.</w:t>
      </w:r>
    </w:p>
    <w:p>
      <w:pPr>
        <w:jc w:val="right"/>
      </w:pPr>
      <w:r>
        <w:t>وہ کبھی ہوا نہیں۔</w:t>
      </w:r>
    </w:p>
    <w:p>
      <w:r>
        <w:rPr>
          <w:b/>
        </w:rPr>
        <w:t xml:space="preserve">[50:04] </w:t>
      </w:r>
      <w:r>
        <w:t>to ideal society banane ka jo khwab tha Marx ka, balkeh paanch bade bade mind ka, woh toot</w:t>
      </w:r>
    </w:p>
    <w:p>
      <w:pPr>
        <w:jc w:val="right"/>
      </w:pPr>
      <w:r>
        <w:t>تو آئیڈیل سوسائٹی بنانے کا جو خواب تھا مارس کا، بلکہ پانچ بڑے بڑے مائنڈ کا، وہ ٹوٹ</w:t>
      </w:r>
    </w:p>
    <w:p>
      <w:r>
        <w:rPr>
          <w:b/>
        </w:rPr>
        <w:t xml:space="preserve">[50:08] </w:t>
      </w:r>
      <w:r>
        <w:t>phoot kar khatam ho gaya.</w:t>
      </w:r>
    </w:p>
    <w:p>
      <w:pPr>
        <w:jc w:val="right"/>
      </w:pPr>
      <w:r>
        <w:t>پھوٹ کر ختم ہو گیا۔</w:t>
      </w:r>
    </w:p>
    <w:p>
      <w:r>
        <w:rPr>
          <w:b/>
        </w:rPr>
        <w:t xml:space="preserve">[50:13] </w:t>
      </w:r>
      <w:r>
        <w:t>un ka bhi case kya tha? un mein se har ek jo tha, woh is ke mind mein,</w:t>
      </w:r>
    </w:p>
    <w:p>
      <w:pPr>
        <w:jc w:val="right"/>
      </w:pPr>
      <w:r>
        <w:t>ان کا بھی کیس کیا تھا؟ ان میں سے ہر ایک جو تھا، وہ اس کے مائنڈ میں،</w:t>
      </w:r>
    </w:p>
    <w:p>
      <w:r>
        <w:rPr>
          <w:b/>
        </w:rPr>
        <w:t xml:space="preserve">[50:17] </w:t>
      </w:r>
      <w:r>
        <w:t>jaise hamare aap ke</w:t>
      </w:r>
    </w:p>
    <w:p>
      <w:pPr>
        <w:jc w:val="right"/>
      </w:pPr>
      <w:r>
        <w:t>جیسے ہمارے آپ کے</w:t>
      </w:r>
    </w:p>
    <w:p>
      <w:r>
        <w:rPr>
          <w:b/>
        </w:rPr>
        <w:t xml:space="preserve">[50:21] </w:t>
      </w:r>
      <w:r>
        <w:t>mind mein hai, paradise.</w:t>
      </w:r>
    </w:p>
    <w:p>
      <w:pPr>
        <w:jc w:val="right"/>
      </w:pPr>
      <w:r>
        <w:t>مائنڈ میں ہے، پیرڈائز۔</w:t>
      </w:r>
    </w:p>
    <w:p>
      <w:r>
        <w:rPr>
          <w:b/>
        </w:rPr>
        <w:t xml:space="preserve">[50:26] </w:t>
      </w:r>
      <w:r>
        <w:t>us ke mind mein paradise basi hui thi.</w:t>
      </w:r>
    </w:p>
    <w:p>
      <w:pPr>
        <w:jc w:val="right"/>
      </w:pPr>
      <w:r>
        <w:t>اس کے مائنڈ میں پیرڈائز بسی ہوئی تھی۔</w:t>
      </w:r>
    </w:p>
    <w:p>
      <w:r>
        <w:rPr>
          <w:b/>
        </w:rPr>
        <w:t xml:space="preserve">[50:30] </w:t>
      </w:r>
      <w:r>
        <w:t>har aadmi paradise ka concept le kar paida hota hai.</w:t>
      </w:r>
    </w:p>
    <w:p>
      <w:pPr>
        <w:jc w:val="right"/>
      </w:pPr>
      <w:r>
        <w:t>ہر آدمی پیرڈائز کا کانسیپٹ لے کر پیدا ہوتا ہے۔</w:t>
      </w:r>
    </w:p>
    <w:p>
      <w:r>
        <w:rPr>
          <w:b/>
        </w:rPr>
        <w:t xml:space="preserve">[50:35] </w:t>
      </w:r>
      <w:r>
        <w:t>to un logon ne chaha ke is paradise ko materialize karen aur dunya mein bana len.</w:t>
      </w:r>
    </w:p>
    <w:p>
      <w:pPr>
        <w:jc w:val="right"/>
      </w:pPr>
      <w:r>
        <w:t>تو ان لوگوں نے چاہا کہ اس پیرڈائز کو مٹیریلائز کریں اور دنیا میں بنا لیں۔</w:t>
      </w:r>
    </w:p>
    <w:p>
      <w:r>
        <w:rPr>
          <w:b/>
        </w:rPr>
        <w:t xml:space="preserve">[50:39] </w:t>
      </w:r>
      <w:r>
        <w:t>is paradise ko ek aisi society jo ideal society ho, lekin ek din bhi woh, woh, woh society</w:t>
      </w:r>
    </w:p>
    <w:p>
      <w:pPr>
        <w:jc w:val="right"/>
      </w:pPr>
      <w:r>
        <w:t>اس پیرڈائز کو ایک ایسی سوسائٹی جو آئیڈیل سوسائٹی ہو، لیکن ایک دن بھی وہ، وہ، وہ سوسائٹی</w:t>
      </w:r>
    </w:p>
    <w:p>
      <w:r>
        <w:rPr>
          <w:b/>
        </w:rPr>
        <w:t xml:space="preserve">[50:44] </w:t>
      </w:r>
      <w:r>
        <w:t>nahin ban saki.</w:t>
      </w:r>
    </w:p>
    <w:p>
      <w:pPr>
        <w:jc w:val="right"/>
      </w:pPr>
      <w:r>
        <w:t>نہیں بن سکی۔</w:t>
      </w:r>
    </w:p>
    <w:p>
      <w:r>
        <w:rPr>
          <w:b/>
        </w:rPr>
        <w:t xml:space="preserve">[50:48] </w:t>
      </w:r>
      <w:r>
        <w:t>ek din ke liye bhi nahin ban saki.</w:t>
      </w:r>
    </w:p>
    <w:p>
      <w:pPr>
        <w:jc w:val="right"/>
      </w:pPr>
      <w:r>
        <w:t>ایک دن کے لیے بھی نہیں بن سکی۔</w:t>
      </w:r>
    </w:p>
    <w:p>
      <w:r>
        <w:rPr>
          <w:b/>
        </w:rPr>
        <w:t xml:space="preserve">[50:53] </w:t>
      </w:r>
      <w:r>
        <w:t>banne, balkeh banne se pehle hi woh toot phoot kar khatm ho gayi.</w:t>
      </w:r>
    </w:p>
    <w:p>
      <w:pPr>
        <w:jc w:val="right"/>
      </w:pPr>
      <w:r>
        <w:t>بننے، بلکہ بننے سے پہلے ہی وہ ٹوٹ پھوٹ کر ختم ہو گئی۔</w:t>
      </w:r>
    </w:p>
    <w:p>
      <w:r>
        <w:rPr>
          <w:b/>
        </w:rPr>
        <w:t xml:space="preserve">[51:01] </w:t>
      </w:r>
      <w:r>
        <w:t>ab aap dekhiye, Plato ko lijie.</w:t>
      </w:r>
    </w:p>
    <w:p>
      <w:pPr>
        <w:jc w:val="right"/>
      </w:pPr>
      <w:r>
        <w:t>اب آپ دیکھیے، پلیٹو کو لیجئے۔</w:t>
      </w:r>
    </w:p>
    <w:p>
      <w:r>
        <w:rPr>
          <w:b/>
        </w:rPr>
        <w:t xml:space="preserve">[51:09] </w:t>
      </w:r>
      <w:r>
        <w:t>ab aur peechhe bajata hoon.</w:t>
      </w:r>
    </w:p>
    <w:p>
      <w:pPr>
        <w:jc w:val="right"/>
      </w:pPr>
      <w:r>
        <w:t>اب اور پیچھے بجاتا ہوں۔</w:t>
      </w:r>
    </w:p>
    <w:p>
      <w:r>
        <w:rPr>
          <w:b/>
        </w:rPr>
        <w:t xml:space="preserve">[51:16] </w:t>
      </w:r>
      <w:r>
        <w:t>do hazar saal pehle Plato paida hua Greece mein aur bahut bada philosopher mana jata hai. woh</w:t>
      </w:r>
    </w:p>
    <w:p>
      <w:pPr>
        <w:jc w:val="right"/>
      </w:pPr>
      <w:r>
        <w:t>دو ہزار سال پہلے پلیٹو پیدا ہوا گریس میں اور بہت بڑا فلاسفر مانا جاتا ہے۔ وہ</w:t>
      </w:r>
    </w:p>
    <w:p>
      <w:r>
        <w:rPr>
          <w:b/>
        </w:rPr>
        <w:t xml:space="preserve">[51:24] </w:t>
      </w:r>
      <w:r>
        <w:t>iski book jo hai, iska naam hai.</w:t>
      </w:r>
    </w:p>
    <w:p>
      <w:pPr>
        <w:jc w:val="right"/>
      </w:pPr>
      <w:r>
        <w:t>اس کی بک جو ہے، اس کا نام ہے۔</w:t>
      </w:r>
    </w:p>
    <w:p>
      <w:r>
        <w:rPr>
          <w:b/>
        </w:rPr>
        <w:t xml:space="preserve">[51:28] </w:t>
      </w:r>
      <w:r>
        <w:t>is ne jo ek, ek banaya apna, ek, ek dunya mein paradise ka ek naqsha jo woh kehta</w:t>
      </w:r>
    </w:p>
    <w:p>
      <w:pPr>
        <w:jc w:val="right"/>
      </w:pPr>
      <w:r>
        <w:t>اس نے جو ایک، ایک بنایا اپنا، ایک، ایک دنیا میں پیرڈائز کا ایک نقشہ جو وہ کہتا</w:t>
      </w:r>
    </w:p>
    <w:p>
      <w:r>
        <w:rPr>
          <w:b/>
        </w:rPr>
        <w:t xml:space="preserve">[51:33] </w:t>
      </w:r>
      <w:r>
        <w:t>tha, "ideal state".</w:t>
      </w:r>
    </w:p>
    <w:p>
      <w:pPr>
        <w:jc w:val="right"/>
      </w:pPr>
      <w:r>
        <w:t>تھا، "آئیڈیل اسٹیٹ"۔</w:t>
      </w:r>
    </w:p>
    <w:p>
      <w:r>
        <w:rPr>
          <w:b/>
        </w:rPr>
        <w:t xml:space="preserve">[51:37] </w:t>
      </w:r>
      <w:r>
        <w:t>ideal state ka woh is ne banaya ek khaka.</w:t>
      </w:r>
    </w:p>
    <w:p>
      <w:pPr>
        <w:jc w:val="right"/>
      </w:pPr>
      <w:r>
        <w:t>آئیڈیل اسٹیٹ کا وہ اس نے بنایا ایک خاکہ۔</w:t>
      </w:r>
    </w:p>
    <w:p>
      <w:r>
        <w:rPr>
          <w:b/>
        </w:rPr>
        <w:t xml:space="preserve">[51:42] </w:t>
      </w:r>
      <w:r>
        <w:t>iski book hai "ideal state", aap ne parhi hogi.</w:t>
      </w:r>
    </w:p>
    <w:p>
      <w:pPr>
        <w:jc w:val="right"/>
      </w:pPr>
      <w:r>
        <w:t>اس کی بک ہے "آئیڈیل اسٹیٹ"، آپ نے پڑھی ہوگی۔</w:t>
      </w:r>
    </w:p>
    <w:p>
      <w:r>
        <w:rPr>
          <w:b/>
        </w:rPr>
        <w:t xml:space="preserve">[51:46] </w:t>
      </w:r>
      <w:r>
        <w:t>to ideal state mein kya tha? itna is ne, itna nai tasawwur tha is ka ke wahan par</w:t>
      </w:r>
    </w:p>
    <w:p>
      <w:pPr>
        <w:jc w:val="right"/>
      </w:pPr>
      <w:r>
        <w:t>تو آئیڈیل اسٹیٹ میں کیا تھا؟ اتنا اس نے، اتنا نئی تصور تھا اس کا کہ وہاں پر</w:t>
      </w:r>
    </w:p>
    <w:p>
      <w:r>
        <w:rPr>
          <w:b/>
        </w:rPr>
        <w:t xml:space="preserve">[51:51] </w:t>
      </w:r>
      <w:r>
        <w:t>is ne punishment ka khana hi nahin rakha.</w:t>
      </w:r>
    </w:p>
    <w:p>
      <w:pPr>
        <w:jc w:val="right"/>
      </w:pPr>
      <w:r>
        <w:t>اس نے پنشمنٹ کا خانہ ہی نہیں رکھا۔</w:t>
      </w:r>
    </w:p>
    <w:p>
      <w:r>
        <w:rPr>
          <w:b/>
        </w:rPr>
        <w:t xml:space="preserve">[51:55] </w:t>
      </w:r>
      <w:r>
        <w:t>is ke ideal, ideal state mein koi punishment nahin tha ke koi, koi crime nahin kare ga. ek philosopher jo hai, wo king hoga is ka aur log bilkul ideal tarike se rahen ge. is liye kisi ko punishment dene ki zarurat nahin hogi. kitna naya concept tha is ka zindagi ke bare mein. to wo jo mind mein basa hua hai, paradise, is ko chahta tha translate karna, wo practical life mein ke duniya hi mein ek paradise mein banaoon, ek ideal state mein banaoon. lekin aap jante hain ke Plai</w:t>
      </w:r>
    </w:p>
    <w:p>
      <w:pPr>
        <w:jc w:val="right"/>
      </w:pPr>
      <w:r>
        <w:t>اس کے آئیڈیل، آئیڈیل اسٹیٹ میں کوئی پنشمنٹ نہیں تھا کہ کوئی، کوئی کرائم نہیں کرے گا۔ ایک فلاسفر جو ہے، وہ کنگ ہوگا اس کا اور لوگ بالکل آئیڈیل طریقے سے رہیں گے۔ اس لیے کسی کو پنشمنٹ دینے کی ضرورت نہیں ہوگی۔ کتنا نئی کانسیپٹ تھا اس کا زندگی کے بارے میں۔ تو وہ جو مائنڈ میں بسا ہوا ہے، پیرڈائز، اس کو چاہتا تھا ٹرانسلیٹ کرنا، وہ پریکٹیکل لائف میں کہ دنیا ہی میں ایک پیرڈائز میں بناؤں، ایک آئیڈیل اسٹیٹ میں بناؤں۔ لیکن آپ جانتے ہیں کہ پلی</w:t>
      </w:r>
    </w:p>
    <w:p>
      <w:r>
        <w:rPr>
          <w:b/>
        </w:rPr>
        <w:t xml:space="preserve">[52:25] </w:t>
      </w:r>
      <w:r>
        <w:t>تو جو ہے، Plato کا جو آخری جو ہوا، وہ یہ ہوا کہ he died.</w:t>
      </w:r>
    </w:p>
    <w:p>
      <w:pPr>
        <w:jc w:val="right"/>
      </w:pPr>
      <w:r>
        <w:t>ٹو جو ہے، پلیٹو کا جو آخری جو ہوا، وہ یہ ہوا کہ ہی ڈائٹ۔</w:t>
      </w:r>
    </w:p>
    <w:p>
      <w:r>
        <w:rPr>
          <w:b/>
        </w:rPr>
        <w:t xml:space="preserve">[52:32] </w:t>
      </w:r>
      <w:r>
        <w:t>میں ابھی پڑھ رہا تھا بریتینیکا میں تو اس میں لکھا تھا کہ he died as a, he</w:t>
      </w:r>
    </w:p>
    <w:p>
      <w:pPr>
        <w:jc w:val="right"/>
      </w:pPr>
      <w:r>
        <w:t>میں ابھی پڑھ رہا تھا بریتینیکا میں تو اس میں لکھا تھا کہ ہی ڈائٹ ایز اے، ہی</w:t>
      </w:r>
    </w:p>
    <w:p>
      <w:r>
        <w:rPr>
          <w:b/>
        </w:rPr>
        <w:t xml:space="preserve">[52:40] </w:t>
      </w:r>
      <w:r>
        <w:t>"That is a disappointed person" Plato کے بارے میں کیونکہ کچھ ہوا نہیں۔</w:t>
      </w:r>
    </w:p>
    <w:p>
      <w:pPr>
        <w:jc w:val="right"/>
      </w:pPr>
      <w:r>
        <w:t>ڈائٹ ایز اے ڈس اپوائنٹڈ پرسن پلیٹو کے بارے میں کیونکہ کچھ ہوا نہیں۔</w:t>
      </w:r>
    </w:p>
    <w:p>
      <w:r>
        <w:rPr>
          <w:b/>
        </w:rPr>
        <w:t xml:space="preserve">[52:47] </w:t>
      </w:r>
      <w:r>
        <w:t>yani teen king se is ka woh hua, yani woh</w:t>
      </w:r>
    </w:p>
    <w:p>
      <w:pPr>
        <w:jc w:val="right"/>
      </w:pPr>
      <w:r>
        <w:t>یعنی تین کنگ سے اس کا وہ ہوا، یعنی وہ</w:t>
      </w:r>
    </w:p>
    <w:p>
      <w:r>
        <w:rPr>
          <w:b/>
        </w:rPr>
        <w:t xml:space="preserve">[52:55] </w:t>
      </w:r>
      <w:r>
        <w:t>, woh baqayda royal family ka tutor tha.</w:t>
      </w:r>
    </w:p>
    <w:p>
      <w:pPr>
        <w:jc w:val="right"/>
      </w:pPr>
      <w:r>
        <w:t>، وہ باقاعدہ رائل فیملی کا ٹیوٹر تھا۔</w:t>
      </w:r>
    </w:p>
    <w:p>
      <w:r>
        <w:rPr>
          <w:b/>
        </w:rPr>
        <w:t xml:space="preserve">[53:02] </w:t>
      </w:r>
      <w:r>
        <w:t>وہ اب ان کو انہوں نے پڑھایا اور وہ سمجھتا تھا کہ یہ لوگ میرے ideal king بنیں</w:t>
      </w:r>
    </w:p>
    <w:p>
      <w:pPr>
        <w:jc w:val="right"/>
      </w:pPr>
      <w:r>
        <w:t>وہ اب ان کو انہوں نے پڑھایا اور وہ سمجھتا تھا کہ یہ لوگ میرے آئیڈیل کنگ بنیں</w:t>
      </w:r>
    </w:p>
    <w:p>
      <w:r>
        <w:rPr>
          <w:b/>
        </w:rPr>
        <w:t xml:space="preserve">[53:09] </w:t>
      </w:r>
      <w:r>
        <w:t>ge lekin in mein se koi bhi nahin tha jo is ke sath, jo is ka sath de.</w:t>
      </w:r>
    </w:p>
    <w:p>
      <w:pPr>
        <w:jc w:val="right"/>
      </w:pPr>
      <w:r>
        <w:t>گے لیکن ان میں سے کوئی بھی نہیں تھا جو اس کے ساتھ، جو اس کا ساتھ دے۔</w:t>
      </w:r>
    </w:p>
    <w:p>
      <w:r>
        <w:rPr>
          <w:b/>
        </w:rPr>
        <w:t xml:space="preserve">[53:16] </w:t>
      </w:r>
      <w:r>
        <w:t>aakhir mein sab toot phoot gaya.</w:t>
      </w:r>
    </w:p>
    <w:p>
      <w:pPr>
        <w:jc w:val="right"/>
      </w:pPr>
      <w:r>
        <w:t>آخر میں سب ٹوٹ پھوٹ گیا۔</w:t>
      </w:r>
    </w:p>
    <w:p>
      <w:r>
        <w:rPr>
          <w:b/>
        </w:rPr>
        <w:t xml:space="preserve">[53:23] </w:t>
      </w:r>
      <w:r>
        <w:t>woh toh woh mara is halat mein ke siwaye mayusi ke, siwaye frustration ke, is ke andar kuch</w:t>
      </w:r>
    </w:p>
    <w:p>
      <w:pPr>
        <w:jc w:val="right"/>
      </w:pPr>
      <w:r>
        <w:t>وہ تو وہ مرا اس حالت میں کہ سوائے مایوسی کے، سوائے فرسٹریشن کے، اس کے اندر کچھ</w:t>
      </w:r>
    </w:p>
    <w:p>
      <w:r>
        <w:rPr>
          <w:b/>
        </w:rPr>
        <w:t xml:space="preserve">[53:30] </w:t>
      </w:r>
      <w:r>
        <w:t>bhi nahin tha.</w:t>
      </w:r>
    </w:p>
    <w:p>
      <w:pPr>
        <w:jc w:val="right"/>
      </w:pPr>
      <w:r>
        <w:t>بھی نہیں تھا۔</w:t>
      </w:r>
    </w:p>
    <w:p>
      <w:r>
        <w:rPr>
          <w:b/>
        </w:rPr>
        <w:t xml:space="preserve">[53:36] </w:t>
      </w:r>
      <w:r>
        <w:t>yeh tha jitne bhi thinkers hain, jitne bare bare minds hain, sab ko agar aap dekhen to without any exception, sab ka yeh haal hua hai ke main ne abhi haal mein kai kitaben dekhen to Aristotle ke bare mein likha hua tha ke he died in disgust Aristotle ke bare mein jo king of logic samjha jata hai. Aristotle jo king of logic sam</w:t>
      </w:r>
    </w:p>
    <w:p>
      <w:pPr>
        <w:jc w:val="right"/>
      </w:pPr>
      <w:r>
        <w:t>یہ تھا جتنے بھی تھنکر ہیں، جتنے بڑے بڑے مائنڈ ہیں، سب کو اگر آپ دیکھیں تو ودا آؤٹ اینی ایکسیپشن، سب کا یہ حال ہوا ہے کہ میں نے ابھی حال میں کئی کتابیں دیکھیں تو ارسٹارٹل کے بارے میں لکھا ہوا تھا کہ ہی ڈائٹ ان ڈس گسٹ ارسٹارٹل کے بارے میں جو کنگ آف لاجک سمجھا جاتا ہے۔ ارسٹارٹل جو کنگ آف لاجک سم</w:t>
      </w:r>
    </w:p>
    <w:p>
      <w:r>
        <w:rPr>
          <w:b/>
        </w:rPr>
        <w:t xml:space="preserve">[54:06] </w:t>
      </w:r>
      <w:r>
        <w:t>jha jata hai, bahut bada mind tha.</w:t>
      </w:r>
    </w:p>
    <w:p>
      <w:pPr>
        <w:jc w:val="right"/>
      </w:pPr>
      <w:r>
        <w:t>جھا جاتا ہے، بہت بڑا مائنڈ تھا۔</w:t>
      </w:r>
    </w:p>
    <w:p>
      <w:r>
        <w:rPr>
          <w:b/>
        </w:rPr>
        <w:t xml:space="preserve">[54:12] </w:t>
      </w:r>
      <w:r>
        <w:t>تو ارسٹارٹل کے بارے میں لکھا ہوا تھا کہ he died in disgust.</w:t>
      </w:r>
    </w:p>
    <w:p>
      <w:pPr>
        <w:jc w:val="right"/>
      </w:pPr>
      <w:r>
        <w:t>تو ارسٹارٹل کے بارے میں لکھا ہوا تھا کہ ہی ڈائٹ ان ڈس گسٹ۔</w:t>
      </w:r>
    </w:p>
    <w:p>
      <w:r>
        <w:rPr>
          <w:b/>
        </w:rPr>
        <w:t xml:space="preserve">[54:18] </w:t>
      </w:r>
      <w:r>
        <w:t>aise hi John Austen bahut bada writer hai English language ka, is ke bare mein bhi yeh likha</w:t>
      </w:r>
    </w:p>
    <w:p>
      <w:pPr>
        <w:jc w:val="right"/>
      </w:pPr>
      <w:r>
        <w:t>ایسے ہی جان اوسٹن بہت بڑا رائٹر ہے انگلش لینگویج کا، اس کے بارے میں بھی یہ لکھا</w:t>
      </w:r>
    </w:p>
    <w:p>
      <w:r>
        <w:rPr>
          <w:b/>
        </w:rPr>
        <w:t xml:space="preserve">[54:24] </w:t>
      </w:r>
      <w:r>
        <w:t>hua tha ke he died in disappointment.</w:t>
      </w:r>
    </w:p>
    <w:p>
      <w:pPr>
        <w:jc w:val="right"/>
      </w:pPr>
      <w:r>
        <w:t>ہوا تھا کہ ہی ڈائڈ ان ڈس اپوائنٹمنٹ۔</w:t>
      </w:r>
    </w:p>
    <w:p>
      <w:r>
        <w:rPr>
          <w:b/>
        </w:rPr>
        <w:t xml:space="preserve">[54:30] </w:t>
      </w:r>
      <w:r>
        <w:t>yani jab mara woh to woh yeh bari bari book likh ke us ne aur bohat bara mind</w:t>
      </w:r>
    </w:p>
    <w:p>
      <w:pPr>
        <w:jc w:val="right"/>
      </w:pPr>
      <w:r>
        <w:t>یعنی جب مرا وہ تو وہ یہ بڑی بڑی بک لکھ کے اس نے اور بہت بڑا مائنڈ</w:t>
      </w:r>
    </w:p>
    <w:p>
      <w:r>
        <w:rPr>
          <w:b/>
        </w:rPr>
        <w:t xml:space="preserve">[54:36] </w:t>
      </w:r>
      <w:r>
        <w:t>tha lekin mara kis mein? disappointment mein kyun ke wo jo chahta tha wo kar nahin saka. wo har admi apne mind mein by birth jo paradise liye hue tha, is paradise ko is ne chaha ke duniya mein banaye, wo bana nahin saka. to kya hoa ke despair mein mara</w:t>
      </w:r>
    </w:p>
    <w:p>
      <w:pPr>
        <w:jc w:val="right"/>
      </w:pPr>
      <w:r>
        <w:t>تھا لیکن مرا کس میں؟ ڈس اپوائنٹمنٹ میں کیونکہ وہ جو چاہتا تھا وہ کر نہیں سکا۔ وہ ہر آدمی اپنے مائنڈ میں بائی برتھ جو پیرڈائز لیے ہوئے تھا، اس پیرڈائز کو اس نے چاہا کہ دنیا میں بنائے، وہ بنا نہیں سکا۔ تو کیا ہوا کہ ڈسپیئر میں مرا</w:t>
      </w:r>
    </w:p>
    <w:p>
      <w:r>
        <w:rPr>
          <w:b/>
        </w:rPr>
        <w:t xml:space="preserve">[55:06] </w:t>
      </w:r>
      <w:r>
        <w:t>۔ وہ یہاں میں آپ کو عرض کروں کہ اس پر میں نے غور کرتے ہوئے میری سمجھ میں آیا ایک مثال کہ جی ایگزامینیشن ہال ہوتا ہے، اس اسٹوڈنٹ آتے ہیں، اس اس میں ہر اسٹوڈنٹ کو تقریباً تین گھنٹے دیے جاتے ہیں، تھری آورز۔ اب اگر کوئی اسٹوڈنٹ وہاں آئے اور ایگزامینیشن ہال کے اندر وہ لگے جاب تلاش کرنے، وہ جاب سیکر بن</w:t>
      </w:r>
    </w:p>
    <w:p>
      <w:pPr>
        <w:jc w:val="right"/>
      </w:pPr>
      <w:r>
        <w:t>۔ وہ یہاں میں آپ کو عرض کروں کہ اس پر میں نے غور کرتے ہوئے میری سمجھ میں آیا ایک مثال کہ جی ایگزامینیشن ہال ہوتا ہے، اس اسٹوڈنٹ آتے ہیں، اس اس میں ہر اسٹوڈنٹ کو تقریباً تین گھنٹے دیے جاتے ہیں، تھری آورز۔ اب اگر کوئی اسٹوڈنٹ وہاں آئے اور ایگزامینیشن ہال کے اندر وہ لگے جاب تلاش کرنے، وہ جاب سیکھر بن</w:t>
      </w:r>
    </w:p>
    <w:p>
      <w:r>
        <w:rPr>
          <w:b/>
        </w:rPr>
        <w:t xml:space="preserve">[55:36] </w:t>
      </w:r>
      <w:r>
        <w:t>jaaye wahan par to kya hoga? teen ghanta khatam ho jayega, apna paper woh nahi likh paaye</w:t>
      </w:r>
    </w:p>
    <w:p>
      <w:pPr>
        <w:jc w:val="right"/>
      </w:pPr>
      <w:r>
        <w:t>جائے وہاں پر تو کیا ہوگا؟ تین گھنٹہ ختم ہو جائے گا، اپنا پیپر وہ نہیں لکھ پائے</w:t>
      </w:r>
    </w:p>
    <w:p>
      <w:r>
        <w:rPr>
          <w:b/>
        </w:rPr>
        <w:t xml:space="preserve">[55:42] </w:t>
      </w:r>
      <w:r>
        <w:t>ga aur bahar jayega to kya hoga? khali haath.</w:t>
      </w:r>
    </w:p>
    <w:p>
      <w:pPr>
        <w:jc w:val="right"/>
      </w:pPr>
      <w:r>
        <w:t>گا اور باہر جائے گا تو کیا ہوگا؟ خالی ہاتھ۔</w:t>
      </w:r>
    </w:p>
    <w:p>
      <w:r>
        <w:rPr>
          <w:b/>
        </w:rPr>
        <w:t xml:space="preserve">[55:48] </w:t>
      </w:r>
      <w:r>
        <w:t>تو جس طرح سے یہ بنی ہے مثل کہ ideal cannot be achieved، تو شاید وہ کہے</w:t>
      </w:r>
    </w:p>
    <w:p>
      <w:pPr>
        <w:jc w:val="right"/>
      </w:pPr>
      <w:r>
        <w:t>تو جس طرح سے یہ بنی ہے مثل کہ آئیڈیل کین ناٹ بی اچیوڈ، تو شاید وہ کہے</w:t>
      </w:r>
    </w:p>
    <w:p>
      <w:r>
        <w:rPr>
          <w:b/>
        </w:rPr>
        <w:t xml:space="preserve">[55:54] </w:t>
      </w:r>
      <w:r>
        <w:t>ga ke job cannot be achieved.</w:t>
      </w:r>
    </w:p>
    <w:p>
      <w:pPr>
        <w:jc w:val="right"/>
      </w:pPr>
      <w:r>
        <w:t>گا کہ جاب کین ناٹ بی اچیوڈ۔</w:t>
      </w:r>
    </w:p>
    <w:p>
      <w:r>
        <w:rPr>
          <w:b/>
        </w:rPr>
        <w:t xml:space="preserve">[56:01] </w:t>
      </w:r>
      <w:r>
        <w:t>woh student jo samajh le ke examination hall ke andar mujhe job milna chahiye, woh talash karta rahe, talash karta</w:t>
      </w:r>
    </w:p>
    <w:p>
      <w:pPr>
        <w:jc w:val="right"/>
      </w:pPr>
      <w:r>
        <w:t>وہ اسٹوڈنٹ جو سمجھ لے کہ ایگزامینیشن ہال کے اندر مجھے جاب ملنا چاہیے، وہ تلاش کرتا رہے، تلاش کرتا</w:t>
      </w:r>
    </w:p>
    <w:p>
      <w:r>
        <w:rPr>
          <w:b/>
        </w:rPr>
        <w:t xml:space="preserve">[56:07] </w:t>
      </w:r>
      <w:r>
        <w:t>رہے اور نہ پائے تو باہر نکل کر کیا کہے گا؟ Job cannot be achieved، جسے ہم</w:t>
      </w:r>
    </w:p>
    <w:p>
      <w:pPr>
        <w:jc w:val="right"/>
      </w:pPr>
      <w:r>
        <w:t>رہے اور نہ پائے تو باہر نکل کر کیا کہے گا؟ جاب کین ناٹ بی اچیوڈ، جسے ہم</w:t>
      </w:r>
    </w:p>
    <w:p>
      <w:r>
        <w:rPr>
          <w:b/>
        </w:rPr>
        <w:t xml:space="preserve">[56:11] </w:t>
      </w:r>
      <w:r>
        <w:t>کہتے ہیں ideal cannot be achieved.</w:t>
      </w:r>
    </w:p>
    <w:p>
      <w:pPr>
        <w:jc w:val="right"/>
      </w:pPr>
      <w:r>
        <w:t>کہتے ہیں آئیڈیل کین ناٹ بی اچیوڈ۔</w:t>
      </w:r>
    </w:p>
    <w:p>
      <w:r>
        <w:rPr>
          <w:b/>
        </w:rPr>
        <w:t xml:space="preserve">[56:15] </w:t>
      </w:r>
      <w:r>
        <w:t>بات کیا ہے؟ اصل بات یہ ہے کہ وہ یہ ڈسکور کریں آپ کہ paradise cannot be</w:t>
      </w:r>
    </w:p>
    <w:p>
      <w:pPr>
        <w:jc w:val="right"/>
      </w:pPr>
      <w:r>
        <w:t>بات کیا ہے؟ اصل بات یہ ہے کہ وہ یہ ڈسکور کریں آپ کہ پیرڈائز کین ناٹ بی</w:t>
      </w:r>
    </w:p>
    <w:p>
      <w:r>
        <w:rPr>
          <w:b/>
        </w:rPr>
        <w:t xml:space="preserve">[56:19] </w:t>
      </w:r>
      <w:r>
        <w:t>achieved in this in in our present world.</w:t>
      </w:r>
    </w:p>
    <w:p>
      <w:pPr>
        <w:jc w:val="right"/>
      </w:pPr>
      <w:r>
        <w:t>اچیوڈ ان دس ان ان اور پریزنٹ ورلڈ۔</w:t>
      </w:r>
    </w:p>
    <w:p>
      <w:r>
        <w:rPr>
          <w:b/>
        </w:rPr>
        <w:t xml:space="preserve">[56:24] </w:t>
      </w:r>
      <w:r>
        <w:t>to yeh hai ron normal creature ki baat ke baat kuch hai aur us ko doosre kisi aur</w:t>
      </w:r>
    </w:p>
    <w:p>
      <w:pPr>
        <w:jc w:val="right"/>
      </w:pPr>
      <w:r>
        <w:t>تو یہ ہے رون نارمل کریچر کی بات کہ بات کچھ ہے اور اس کو دوسرے کسی اور</w:t>
      </w:r>
    </w:p>
    <w:p>
      <w:r>
        <w:rPr>
          <w:b/>
        </w:rPr>
        <w:t xml:space="preserve">[56:28] </w:t>
      </w:r>
      <w:r>
        <w:t>shabd mein aap bayan kar rahe hain.</w:t>
      </w:r>
    </w:p>
    <w:p>
      <w:pPr>
        <w:jc w:val="right"/>
      </w:pPr>
      <w:r>
        <w:t>शब्द میں آپ بیان کر رہے ہیں۔</w:t>
      </w:r>
    </w:p>
    <w:p>
      <w:r>
        <w:rPr>
          <w:b/>
        </w:rPr>
        <w:t xml:space="preserve">[56:32] </w:t>
      </w:r>
      <w:r>
        <w:t>آپ کہہ رہے ہیں کہ ideal cannot be a</w:t>
      </w:r>
    </w:p>
    <w:p>
      <w:pPr>
        <w:jc w:val="right"/>
      </w:pPr>
      <w:r>
        <w:t>آپ کہہ رہے ہیں کہ آئیڈیل کین ناٹ بی ا</w:t>
      </w:r>
    </w:p>
    <w:p>
      <w:r>
        <w:rPr>
          <w:b/>
        </w:rPr>
        <w:t xml:space="preserve">[56:37] </w:t>
      </w:r>
      <w:r>
        <w:t>achieved, وہ اسٹوڈنٹ کہہ رہا ہے کہ job cannot be achieved.</w:t>
      </w:r>
    </w:p>
    <w:p>
      <w:pPr>
        <w:jc w:val="right"/>
      </w:pPr>
      <w:r>
        <w:t>چیوڈ، وہ اسٹوڈنٹ کہہ رہا ہے کہ جاب کین ناٹ بی اچیوڈ۔</w:t>
      </w:r>
    </w:p>
    <w:p>
      <w:r>
        <w:rPr>
          <w:b/>
        </w:rPr>
        <w:t xml:space="preserve">[56:41] </w:t>
      </w:r>
      <w:r>
        <w:t>yeh sahi baat nahi hai.</w:t>
      </w:r>
    </w:p>
    <w:p>
      <w:pPr>
        <w:jc w:val="right"/>
      </w:pPr>
      <w:r>
        <w:t>یہ صحیح بات نہیں ہے۔</w:t>
      </w:r>
    </w:p>
    <w:p>
      <w:r>
        <w:rPr>
          <w:b/>
        </w:rPr>
        <w:t xml:space="preserve">[56:45] </w:t>
      </w:r>
      <w:r>
        <w:t>sahi baat yeh hai ke aap ne paradise ko ek aisi jagah dhoonda jahan woh thi hi nahi,</w:t>
      </w:r>
    </w:p>
    <w:p>
      <w:pPr>
        <w:jc w:val="right"/>
      </w:pPr>
      <w:r>
        <w:t>صحیح بات یہ ہے کہ آپ نے پیرڈائز کو ایک ایسی جگہ ڈھونڈا جہاں وہ تھی ہی نہیں،</w:t>
      </w:r>
    </w:p>
    <w:p>
      <w:r>
        <w:rPr>
          <w:b/>
        </w:rPr>
        <w:t xml:space="preserve">[56:49] </w:t>
      </w:r>
      <w:r>
        <w:t>to aap us ko aap ne paya bhi nahi.</w:t>
      </w:r>
    </w:p>
    <w:p>
      <w:pPr>
        <w:jc w:val="right"/>
      </w:pPr>
      <w:r>
        <w:t>تو آپ اس کو آپ نے پایا بھی نہیں۔</w:t>
      </w:r>
    </w:p>
    <w:p>
      <w:r>
        <w:rPr>
          <w:b/>
        </w:rPr>
        <w:t xml:space="preserve">[56:54] </w:t>
      </w:r>
      <w:r>
        <w:t>to asal baat yeh hai ke paradise cannot be achieved in our present world.</w:t>
      </w:r>
    </w:p>
    <w:p>
      <w:pPr>
        <w:jc w:val="right"/>
      </w:pPr>
      <w:r>
        <w:t>تو اصل بات یہ ہے کہ پیرڈائز کین ناٹ بی اچیوڈ ان اور پریزنٹ ورلڈ۔</w:t>
      </w:r>
    </w:p>
    <w:p>
      <w:r>
        <w:rPr>
          <w:b/>
        </w:rPr>
        <w:t xml:space="preserve">[56:58] </w:t>
      </w:r>
      <w:r>
        <w:t>yahan par correction ki zaroorat hai.</w:t>
      </w:r>
    </w:p>
    <w:p>
      <w:pPr>
        <w:jc w:val="right"/>
      </w:pPr>
      <w:r>
        <w:t>یہاں پر کریکشن کی ضرورت ہے۔</w:t>
      </w:r>
    </w:p>
    <w:p>
      <w:r>
        <w:rPr>
          <w:b/>
        </w:rPr>
        <w:t xml:space="preserve">[57:02] </w:t>
      </w:r>
      <w:r>
        <w:t>to Plato ne jo ideal state banana chaha tha,</w:t>
      </w:r>
    </w:p>
    <w:p>
      <w:pPr>
        <w:jc w:val="right"/>
      </w:pPr>
      <w:r>
        <w:t>تو پلیٹو نے جو آئیڈیل اسٹیٹ بنانا چاہا تھا،</w:t>
      </w:r>
    </w:p>
    <w:p>
      <w:r>
        <w:rPr>
          <w:b/>
        </w:rPr>
        <w:t xml:space="preserve">[57:07] </w:t>
      </w:r>
      <w:r>
        <w:t>ideal system, woh is duniya mein ban hi nahi sakta tha.</w:t>
      </w:r>
    </w:p>
    <w:p>
      <w:pPr>
        <w:jc w:val="right"/>
      </w:pPr>
      <w:r>
        <w:t>آئیڈیل سسٹم، وہ اس دنیا میں بن ہی نہیں سکتا تھا۔</w:t>
      </w:r>
    </w:p>
    <w:p>
      <w:r>
        <w:rPr>
          <w:b/>
        </w:rPr>
        <w:t xml:space="preserve">[57:12] </w:t>
      </w:r>
      <w:r>
        <w:t>us ke banne ki jagah paradise hai.</w:t>
      </w:r>
    </w:p>
    <w:p>
      <w:pPr>
        <w:jc w:val="right"/>
      </w:pPr>
      <w:r>
        <w:t>اس کے بننے کی جگہ پیرڈائز ہے۔</w:t>
      </w:r>
    </w:p>
    <w:p>
      <w:r>
        <w:rPr>
          <w:b/>
        </w:rPr>
        <w:t xml:space="preserve">[57:17] </w:t>
      </w:r>
      <w:r>
        <w:t>to yahan kaise bane? woh aaj hum Darwin ko bohat zyada Charles Darwin ka naam bohat bara naam</w:t>
      </w:r>
    </w:p>
    <w:p>
      <w:pPr>
        <w:jc w:val="right"/>
      </w:pPr>
      <w:r>
        <w:t>تو یہاں کیسے بنے؟ وہ آج ہم ڈارون کو بہت زیادہ چارلز ڈارون کا نام بہت بڑا نام</w:t>
      </w:r>
    </w:p>
    <w:p>
      <w:r>
        <w:rPr>
          <w:b/>
        </w:rPr>
        <w:t xml:space="preserve">[57:22] </w:t>
      </w:r>
      <w:r>
        <w:t>samjha jata hai, Charles Darwin.</w:t>
      </w:r>
    </w:p>
    <w:p>
      <w:pPr>
        <w:jc w:val="right"/>
      </w:pPr>
      <w:r>
        <w:t>سمجھا جاتا ہے، چارلز ڈارون۔</w:t>
      </w:r>
    </w:p>
    <w:p>
      <w:r>
        <w:rPr>
          <w:b/>
        </w:rPr>
        <w:t xml:space="preserve">[57:27] </w:t>
      </w:r>
      <w:r>
        <w:t>lekin aap jante hain woh kaise mara? woh aap us ki life pe padh lijie.</w:t>
      </w:r>
    </w:p>
    <w:p>
      <w:pPr>
        <w:jc w:val="right"/>
      </w:pPr>
      <w:r>
        <w:t>لیکن آپ جانتے ہیں وہ کیسے مرا؟ وہ آپ اس کی لائف پہ پڑھ لیجئے۔</w:t>
      </w:r>
    </w:p>
    <w:p>
      <w:r>
        <w:rPr>
          <w:b/>
        </w:rPr>
        <w:t xml:space="preserve">[57:32] </w:t>
      </w:r>
      <w:r>
        <w:t>woh us yani royal</w:t>
      </w:r>
    </w:p>
    <w:p>
      <w:pPr>
        <w:jc w:val="right"/>
      </w:pPr>
      <w:r>
        <w:t>وہ اس یعنی رائل</w:t>
      </w:r>
    </w:p>
    <w:p>
      <w:r>
        <w:rPr>
          <w:b/>
        </w:rPr>
        <w:t xml:space="preserve">[57:37] </w:t>
      </w:r>
      <w:r>
        <w:t>boat us ko mili thi, us mein us ne safar kiya tha aur ghaliban seven years tak woh</w:t>
      </w:r>
    </w:p>
    <w:p>
      <w:pPr>
        <w:jc w:val="right"/>
      </w:pPr>
      <w:r>
        <w:t>بوٹ اس کو ملی تھی، اس میں اس نے سفر کیا تھا اور غالباً سیون ایئرز تک وہ</w:t>
      </w:r>
    </w:p>
    <w:p>
      <w:r>
        <w:rPr>
          <w:b/>
        </w:rPr>
        <w:t xml:space="preserve">[57:43] </w:t>
      </w:r>
      <w:r>
        <w:t>safar karta raha aur zindagi ke mukhtalif namune aur fossils ikattha kiye us ne aur bohat hi fatehana loota woh.</w:t>
      </w:r>
    </w:p>
    <w:p>
      <w:pPr>
        <w:jc w:val="right"/>
      </w:pPr>
      <w:r>
        <w:t>سفر کرتا رہا اور زندگی کے مختلف نمونے اور فوسلز اکٹھا کیے اس نے اور بہت ہی فاتحانہ لوٹا وہ۔</w:t>
      </w:r>
    </w:p>
    <w:p>
      <w:r>
        <w:rPr>
          <w:b/>
        </w:rPr>
        <w:t xml:space="preserve">[57:50] </w:t>
      </w:r>
      <w:r>
        <w:t>lekin is muddat mein us ko tarah tarah ki bimari ho chuki thi, us ka pait kharab ho</w:t>
      </w:r>
    </w:p>
    <w:p>
      <w:pPr>
        <w:jc w:val="right"/>
      </w:pPr>
      <w:r>
        <w:t>لیکن اس مدت میں اس کو طرح طرح کی بیماری ہو چکی تھی، اس کا پیٹ خراب ہو</w:t>
      </w:r>
    </w:p>
    <w:p>
      <w:r>
        <w:rPr>
          <w:b/>
        </w:rPr>
        <w:t xml:space="preserve">[57:56] </w:t>
      </w:r>
      <w:r>
        <w:t>gaya tha aur us ke baad zindagi bhar woh bhi doctor ka ilaj karta raha lekin kabhi acha</w:t>
      </w:r>
    </w:p>
    <w:p>
      <w:pPr>
        <w:jc w:val="right"/>
      </w:pPr>
      <w:r>
        <w:t>گیا تھا اور اس کے بعد زندگی بھر وہ بھی ڈاکٹر کا علاج کرتا رہا لیکن کبھی اچھا</w:t>
      </w:r>
    </w:p>
    <w:p>
      <w:r>
        <w:rPr>
          <w:b/>
        </w:rPr>
        <w:t xml:space="preserve">[58:03] </w:t>
      </w:r>
      <w:r>
        <w:t>nahi hua kabhi woh aur sakht frustration mein mara. woh</w:t>
      </w:r>
    </w:p>
    <w:p>
      <w:pPr>
        <w:jc w:val="right"/>
      </w:pPr>
      <w:r>
        <w:t>نہیں ہوا کبھی وہ اور سخت فریسٹریشن میں مرا۔ وہ</w:t>
      </w:r>
    </w:p>
    <w:p>
      <w:r>
        <w:rPr>
          <w:b/>
        </w:rPr>
        <w:t xml:space="preserve">[58:09] </w:t>
      </w:r>
      <w:r>
        <w:t>سخت frustration میں مرا۔ وہ آپ کسی بھی book میں پڑھ لیجئے، آج آپ سمجھتے ہیں کہ چارلز ڈارون جو ہے کیا چیز تھا وہ۔ لیکن خود وہ مرا سخت despair میں کیوں؟ وہ اس کا بھی یہی حال ہوا کہ جو چیز وہ چاہتا تھا تو انہوں نے چاہا تھا ideal لیکن ملا less than ideal۔ یہ جو فرق ہو رہا ہے ہ</w:t>
      </w:r>
    </w:p>
    <w:p>
      <w:pPr>
        <w:jc w:val="right"/>
      </w:pPr>
      <w:r>
        <w:t>سخت فریسٹریشن میں مرا۔ وہ آپ کسی بھی بک میں پڑھ لیجئے، آج آپ سمجھتے ہیں کہ چارلز ڈارون جو ہے کیا چیز تھا وہ۔ لیکن خود وہ مرا سخت ڈسپیئر میں کیوں؟ وہ اس کا بھی یہی حال ہوا کہ جو چیز وہ چاہتا تھا تو انہوں نے چاہا تھا آئیڈیل لیکن ملا لیس دین آئیڈیل۔ یہ جو فرق ہو رہا ہے ہ</w:t>
      </w:r>
    </w:p>
    <w:p>
      <w:r>
        <w:rPr>
          <w:b/>
        </w:rPr>
        <w:t xml:space="preserve">[58:39] </w:t>
      </w:r>
      <w:r>
        <w:t>ر ہر آدمی کی زندگی میں ہو رہا ہے، وہی ہر آدمی کو کا یہ حال کر رہا ہے کہ وہ روسو کو میں نے پڑھا ابھی اسی دوران میں کئی بار میں نے کتابیں پڑھی ہیں۔ تو روسو آپ جانتے ہیں کہ ڈیموکریسی کا وہ مانا جاتا ہے، چیمپیئن مانا جاتا ہے اور بھی کئی نام ہیں ڈیموکریسی میں لیکن روسو کا نام بہت زیادہ مانا جاتا ہے جو فرانس کا تھا۔ تو روسو نے کیا بنایا تھا نقشہ؟ وہ روسے</w:t>
      </w:r>
    </w:p>
    <w:p>
      <w:pPr>
        <w:jc w:val="right"/>
      </w:pPr>
      <w:r>
        <w:t>ر ہر آدمی کی زندگی میں ہو رہا ہے، وہی ہر آدمی کو کا یہ حال کر رہا ہے کہ وہ روسو کو میں نے پڑھا ابھی اسی دوران میں کئی بار میں نے کتابیں پڑھی ہیں۔ تو روسو آپ جانتے ہیں کہ ڈیموکریسی کا وہ مانا جاتا ہے، چیمپیئن مانا جاتا ہے اور بھی کئی نام ہیں ڈیموکریسی میں لیکن روسو کا نام بہت زیادہ مانا جاتا ہے جو فرانس کا تھا۔ تو روسو نے کیا بنایا تھا نقشہ؟ وہ روسے</w:t>
      </w:r>
    </w:p>
    <w:p>
      <w:r>
        <w:rPr>
          <w:b/>
        </w:rPr>
        <w:t xml:space="preserve">[59:09] </w:t>
      </w:r>
      <w:r>
        <w:t>aur us ke sathiyon ne woh tha "Government of the people by the people for the people".</w:t>
      </w:r>
    </w:p>
    <w:p>
      <w:pPr>
        <w:jc w:val="right"/>
      </w:pPr>
      <w:r>
        <w:t>اور اس کے ساتھیوں نے وہ تھا "گورنمنٹ آف دا پیپل بائی دا پیپل فار دا پیپل"۔</w:t>
      </w:r>
    </w:p>
    <w:p>
      <w:r>
        <w:rPr>
          <w:b/>
        </w:rPr>
        <w:t xml:space="preserve">[59:15] </w:t>
      </w:r>
      <w:r>
        <w:t>"government of the people by the people for the people"۔</w:t>
      </w:r>
    </w:p>
    <w:p>
      <w:pPr>
        <w:jc w:val="right"/>
      </w:pPr>
      <w:r>
        <w:t>"گورنمنٹ آف دا پیپل بائی دا پیپل فار دا پیپل"۔</w:t>
      </w:r>
    </w:p>
    <w:p>
      <w:r>
        <w:rPr>
          <w:b/>
        </w:rPr>
        <w:t xml:space="preserve">[59:22] </w:t>
      </w:r>
      <w:r>
        <w:t>achha, انقلاب aaya, revolution aaya, kingship khatm hui aur democracy aa gayi۔</w:t>
      </w:r>
    </w:p>
    <w:p>
      <w:pPr>
        <w:jc w:val="right"/>
      </w:pPr>
      <w:r>
        <w:t>اچھا، انقلاب آیا، ریولوشن آیا، کنگ شپ ختم ہوئی اور ڈیموکریسی آ گئی۔</w:t>
      </w:r>
    </w:p>
    <w:p>
      <w:r>
        <w:rPr>
          <w:b/>
        </w:rPr>
        <w:t xml:space="preserve">[59:28] </w:t>
      </w:r>
      <w:r>
        <w:t>kya democracy kahin bhi "government of the people" ke maani mein hai? India mein hai ya France mein?</w:t>
      </w:r>
    </w:p>
    <w:p>
      <w:pPr>
        <w:jc w:val="right"/>
      </w:pPr>
      <w:r>
        <w:t>کیا ڈیموکریسی کہیں بھی "گورنمنٹ آف دا پیپل" کے معنی میں ہے؟ انڈیا میں ہے یا فرانس میں؟</w:t>
      </w:r>
    </w:p>
    <w:p>
      <w:r>
        <w:rPr>
          <w:b/>
        </w:rPr>
        <w:t xml:space="preserve">[59:34] </w:t>
      </w:r>
      <w:r>
        <w:t>nahin, kahin bhi nahin.</w:t>
      </w:r>
    </w:p>
    <w:p>
      <w:pPr>
        <w:jc w:val="right"/>
      </w:pPr>
      <w:r>
        <w:t>نہیں، کہیں بھی نہیں۔</w:t>
      </w:r>
    </w:p>
    <w:p>
      <w:r>
        <w:rPr>
          <w:b/>
        </w:rPr>
        <w:t xml:space="preserve">[59:40] </w:t>
      </w:r>
      <w:r>
        <w:t>ek section society ka role karta hai.</w:t>
      </w:r>
    </w:p>
    <w:p>
      <w:pPr>
        <w:jc w:val="right"/>
      </w:pPr>
      <w:r>
        <w:t>ایک سیکشن سوسائٹی کا رول کرتا ہے۔</w:t>
      </w:r>
    </w:p>
    <w:p>
      <w:r>
        <w:rPr>
          <w:b/>
        </w:rPr>
        <w:t xml:space="preserve">[59:45] </w:t>
      </w:r>
      <w:r>
        <w:t>poori poori aisa nahin ke kisi bhi country mein aisa nahin hai ke saare people jo hain, saari</w:t>
      </w:r>
    </w:p>
    <w:p>
      <w:pPr>
        <w:jc w:val="right"/>
      </w:pPr>
      <w:r>
        <w:t>پوری پوری ایسا نہیں کہ کسی بھی کنٹری میں ایسا نہیں ہے کہ سارے پیپل جو ہیں، ساری</w:t>
      </w:r>
    </w:p>
    <w:p>
      <w:r>
        <w:rPr>
          <w:b/>
        </w:rPr>
        <w:t xml:space="preserve">[59:50] </w:t>
      </w:r>
      <w:r>
        <w:t>nation jo hai, woh role kar rahi ho.</w:t>
      </w:r>
    </w:p>
    <w:p>
      <w:pPr>
        <w:jc w:val="right"/>
      </w:pPr>
      <w:r>
        <w:t>نیشن جو ہے، وہ رول کر رہی ہو۔</w:t>
      </w:r>
    </w:p>
    <w:p>
      <w:r>
        <w:rPr>
          <w:b/>
        </w:rPr>
        <w:t xml:space="preserve">[59:55] </w:t>
      </w:r>
      <w:r>
        <w:t>ek section society ka jo hai, woh role karta ho.</w:t>
      </w:r>
    </w:p>
    <w:p>
      <w:pPr>
        <w:jc w:val="right"/>
      </w:pPr>
      <w:r>
        <w:t>ایک سیکشن سوسائٹی کا جو ہے، وہ رول کرتا ہو۔</w:t>
      </w:r>
    </w:p>
    <w:p>
      <w:r>
        <w:rPr>
          <w:b/>
        </w:rPr>
        <w:t xml:space="preserve">[1:00:01] </w:t>
      </w:r>
      <w:r>
        <w:t>aur yeh jo survey hua hai, is se pata chal raha hai ke election mein sahi taur par</w:t>
      </w:r>
    </w:p>
    <w:p>
      <w:pPr>
        <w:jc w:val="right"/>
      </w:pPr>
      <w:r>
        <w:t>اور یہ جو سروے ہوا ہے، اس سے پتہ چل رہا ہے کہ الیکشن میں صحیح طور پر</w:t>
      </w:r>
    </w:p>
    <w:p>
      <w:r>
        <w:rPr>
          <w:b/>
        </w:rPr>
        <w:t xml:space="preserve">[1:00:06] </w:t>
      </w:r>
      <w:r>
        <w:t>sirf jo log vote dete hain, jaise vote de kar ke log bante hain, woh</w:t>
      </w:r>
    </w:p>
    <w:p>
      <w:pPr>
        <w:jc w:val="right"/>
      </w:pPr>
      <w:r>
        <w:t>صرف جو لوگ ووٹ دیتے ہیں، جیسے ووٹ دے کر کے لوگ بنتے ہیں، وہ</w:t>
      </w:r>
    </w:p>
    <w:p>
      <w:r>
        <w:rPr>
          <w:b/>
        </w:rPr>
        <w:t xml:space="preserve">[1:00:11] </w:t>
      </w:r>
      <w:r>
        <w:t>یعنی جو رولر بنتے ہیں تو لیس دین 50 پرسنٹ لوگ ووٹ دیتے ہیں۔ لیس دین 50 پرسنٹ۔ ہمارے انڈیا میں بھی کوئی الیکشن ایسا نہیں ہوا جہاں کہ جہاں کہ لوگ سارے سارے انڈین ووٹ دے رہے ہوں۔ تو کیا کہ ایک ایک سیکشن سوسائٹی کا رول کر رہا ہوتا ہے جبکہ آپ کہتے ہیں کہ "گورنمنٹ آف دا پیپل"۔ تو ویر</w:t>
      </w:r>
    </w:p>
    <w:p>
      <w:pPr>
        <w:jc w:val="right"/>
      </w:pPr>
      <w:r>
        <w:t>یعنی جو رولر بنتے ہیں تو لیس دین 50 پرسنٹ لوگ ووٹ دیتے ہیں۔ لیس دین 50 پرسنٹ۔ ہمارے انڈیا میں بھی کوئی الیکشن ایسا نہیں ہوا جہاں کہ جہاں کہ لوگ سارے سارے انڈین ووٹ دے رہے ہوں۔ تو کیا کہ ایک ایک سیکشن سوسائٹی کا رول کر رہا ہوتا ہے جبکہ آپ کہتے ہیں کہ "گورنمنٹ آف دا پیپل"۔ تو ویر</w:t>
      </w:r>
    </w:p>
    <w:p>
      <w:r>
        <w:rPr>
          <w:b/>
        </w:rPr>
        <w:t xml:space="preserve">[1:00:41] </w:t>
      </w:r>
      <w:r>
        <w:t>is that "government of the people"? "government of the people by the people for the people"۔</w:t>
      </w:r>
    </w:p>
    <w:p>
      <w:pPr>
        <w:jc w:val="right"/>
      </w:pPr>
      <w:r>
        <w:t>از دیٹ "گورنمنٹ آف دا پیپل"؟ "گورنمنٹ آف دا پیپل بائی دا پیپل فار دا پیپل"۔</w:t>
      </w:r>
    </w:p>
    <w:p>
      <w:r>
        <w:rPr>
          <w:b/>
        </w:rPr>
        <w:t xml:space="preserve">[1:00:46] </w:t>
      </w:r>
      <w:r>
        <w:t>aap yeh kehna chahiye aap ko ke ke kingship to hum ne toda, kingship to hum</w:t>
      </w:r>
    </w:p>
    <w:p>
      <w:pPr>
        <w:jc w:val="right"/>
      </w:pPr>
      <w:r>
        <w:t>آپ یہ کہنا چاہیے آپ کو کہ کہ کنگ شپ تو ہم نے توڑا، کنگ شپ تو ہم</w:t>
      </w:r>
    </w:p>
    <w:p>
      <w:r>
        <w:rPr>
          <w:b/>
        </w:rPr>
        <w:t xml:space="preserve">[1:00:51] </w:t>
      </w:r>
      <w:r>
        <w:t>ne khatm kiya lekin is ki jagah par jo aayi jo cheez woh kya thi? Woh less than democracy thi.</w:t>
      </w:r>
    </w:p>
    <w:p>
      <w:pPr>
        <w:jc w:val="right"/>
      </w:pPr>
      <w:r>
        <w:t>نے ختم کیا لیکن اس کی جگہ پر جو آئی جو چیز وہ کیا تھی؟ وہ لیس دین ڈیموکریسی تھی۔</w:t>
      </w:r>
    </w:p>
    <w:p>
      <w:r>
        <w:rPr>
          <w:b/>
        </w:rPr>
        <w:t xml:space="preserve">[1:00:56] </w:t>
      </w:r>
      <w:r>
        <w:t>woh democracy nahin thi.</w:t>
      </w:r>
    </w:p>
    <w:p>
      <w:pPr>
        <w:jc w:val="right"/>
      </w:pPr>
      <w:r>
        <w:t>وہ ڈیموکریسی نہیں تھی۔</w:t>
      </w:r>
    </w:p>
    <w:p>
      <w:r>
        <w:rPr>
          <w:b/>
        </w:rPr>
        <w:t xml:space="preserve">[1:01:01] </w:t>
      </w:r>
      <w:r>
        <w:t>woh to hum chahte the ek political paradise.</w:t>
      </w:r>
    </w:p>
    <w:p>
      <w:pPr>
        <w:jc w:val="right"/>
      </w:pPr>
      <w:r>
        <w:t>وہ تو ہم چاہتے تھے ایک پولیٹیکل پیرڈائز۔</w:t>
      </w:r>
    </w:p>
    <w:p>
      <w:r>
        <w:rPr>
          <w:b/>
        </w:rPr>
        <w:t xml:space="preserve">[1:01:06] </w:t>
      </w:r>
      <w:r>
        <w:t>is waqt ke jo leader the, jo thinker the, apne mind mein ek political paradise liye hue the. Lekin</w:t>
      </w:r>
    </w:p>
    <w:p>
      <w:pPr>
        <w:jc w:val="right"/>
      </w:pPr>
      <w:r>
        <w:t>اس وقت کے جو لیڈر تھے، جو تھنکر تھے، اپنے مائنڈ میں ایک پولیٹیکل پیرڈائز لیے ہوئے تھے۔ لیکن</w:t>
      </w:r>
    </w:p>
    <w:p>
      <w:r>
        <w:rPr>
          <w:b/>
        </w:rPr>
        <w:t xml:space="preserve">[1:01:11] </w:t>
      </w:r>
      <w:r>
        <w:t>kahan bani woh political paradise? woh to kahin bhi nahin bani. yeh wajah hai ke jab yeh thinkers jo hain apne aakhri zamanay mein jab sochtay hain in baaton ko to woh woh barhtay hain frustration mein ke jo hum ne chaha tha woh humein mila nahin. hamaray India mein dekhen, Gandhi ka naam bohat bara naam hai, bohat bara naam hai Gandhi ka. Gandhi ka jo concept</w:t>
      </w:r>
    </w:p>
    <w:p>
      <w:pPr>
        <w:jc w:val="right"/>
      </w:pPr>
      <w:r>
        <w:t>کہاں بنی وہ پولیٹیکل پیرڈائز؟ وہ تو کہیں بھی نہیں بنی۔ یہ وجہ ہے کہ جب یہ تھنکرز جو ہیں اپنے آخری زمانے میں جب سوچتے ہیں ان باتوں کو تو وہ وہ بڑھتے ہیں فرسٹریشن میں کہ جو ہم نے چاہا تھا وہ ہمیں ملا نہیں۔ ہمارے انڈیا میں دیکھیں، گاندھی کا نام بہت بڑا نام ہے، بہت بڑا نام ہے گاندھی کا۔ گاندھی کا جو کانسیپ</w:t>
      </w:r>
    </w:p>
    <w:p>
      <w:r>
        <w:rPr>
          <w:b/>
        </w:rPr>
        <w:t xml:space="preserve">[1:01:41] </w:t>
      </w:r>
      <w:r>
        <w:t>tha woh tha "village government"۔</w:t>
      </w:r>
    </w:p>
    <w:p>
      <w:pPr>
        <w:jc w:val="right"/>
      </w:pPr>
      <w:r>
        <w:t>ٹ تھا وہ تھا "ولیج گورنمنٹ"۔</w:t>
      </w:r>
    </w:p>
    <w:p>
      <w:r>
        <w:rPr>
          <w:b/>
        </w:rPr>
        <w:t xml:space="preserve">[1:01:46] </w:t>
      </w:r>
      <w:r>
        <w:t>"village government" yaani woh samajhte the ke hamare India ke log jo hain itne itne masoom hain, itne</w:t>
      </w:r>
    </w:p>
    <w:p>
      <w:pPr>
        <w:jc w:val="right"/>
      </w:pPr>
      <w:r>
        <w:t>"ولیج گورنمنٹ" یعنی وہ سمجھتے تھے کہ ہمارے انڈیا کے لوگ جو ہیں اتنے اتنے معصوم ہیں، اتنے</w:t>
      </w:r>
    </w:p>
    <w:p>
      <w:r>
        <w:rPr>
          <w:b/>
        </w:rPr>
        <w:t xml:space="preserve">[1:01:51] </w:t>
      </w:r>
      <w:r>
        <w:t>new hain ke har village ek unit hoga aur mil jul kar saara kaam karte rahenge۔</w:t>
      </w:r>
    </w:p>
    <w:p>
      <w:pPr>
        <w:jc w:val="right"/>
      </w:pPr>
      <w:r>
        <w:t>نئی ہیں کہ ہر گلیج ایک یونٹ ہوگا اور مل جل کر سارا کام کرتے رہیں گے۔</w:t>
      </w:r>
    </w:p>
    <w:p>
      <w:r>
        <w:rPr>
          <w:b/>
        </w:rPr>
        <w:t xml:space="preserve">[1:01:56] </w:t>
      </w:r>
      <w:r>
        <w:t>woh aap jante hain ke azaadi ke baad kya hua? Corruption aaya.</w:t>
      </w:r>
    </w:p>
    <w:p>
      <w:pPr>
        <w:jc w:val="right"/>
      </w:pPr>
      <w:r>
        <w:t>وہ آپ جانتے ہیں کہ آزادی کے بعد کیا ہوا؟ کرپشن آیا۔</w:t>
      </w:r>
    </w:p>
    <w:p>
      <w:r>
        <w:rPr>
          <w:b/>
        </w:rPr>
        <w:t xml:space="preserve">[1:02:01] </w:t>
      </w:r>
      <w:r>
        <w:t>"Village government" kahan aa jaye? Aaj to party government hai, "village government" to kahin bhi nahin hai.</w:t>
      </w:r>
    </w:p>
    <w:p>
      <w:pPr>
        <w:jc w:val="right"/>
      </w:pPr>
      <w:r>
        <w:t>"ولیج گورنمنٹ" کہاں آ جائے؟ آج تو پارٹی گورنمنٹ ہے، "ولیج گورنمنٹ" تو کہیں بھی نہیں ہے۔</w:t>
      </w:r>
    </w:p>
    <w:p>
      <w:r>
        <w:rPr>
          <w:b/>
        </w:rPr>
        <w:t xml:space="preserve">[1:02:06] </w:t>
      </w:r>
      <w:r>
        <w:t>ek martaba mujhe madhu madhu mehta ne bataya</w:t>
      </w:r>
    </w:p>
    <w:p>
      <w:pPr>
        <w:jc w:val="right"/>
      </w:pPr>
      <w:r>
        <w:t>ایک مرتبہ مجھے مدھو مدھو میتھا نے بتایا</w:t>
      </w:r>
    </w:p>
    <w:p>
      <w:r>
        <w:rPr>
          <w:b/>
        </w:rPr>
        <w:t xml:space="preserve">[1:02:11] </w:t>
      </w:r>
      <w:r>
        <w:t>tha, madhu mehta is mein bahut involve the Bombay ke.</w:t>
      </w:r>
    </w:p>
    <w:p>
      <w:pPr>
        <w:jc w:val="right"/>
      </w:pPr>
      <w:r>
        <w:t>تھا، مدھو میتھا اس میں بہت انوالو تھے بمبئی کے۔</w:t>
      </w:r>
    </w:p>
    <w:p>
      <w:r>
        <w:rPr>
          <w:b/>
        </w:rPr>
        <w:t xml:space="preserve">[1:02:17] </w:t>
      </w:r>
      <w:r>
        <w:t>unhon ne kaha ke hum ne ek survey karwaya Gujarat mein Panchayat Raj ka.</w:t>
      </w:r>
    </w:p>
    <w:p>
      <w:pPr>
        <w:jc w:val="right"/>
      </w:pPr>
      <w:r>
        <w:t>انہوں نے کہا کہ ہم نے ایک سروے کروایا گجرات میں پنچایت راج کا۔</w:t>
      </w:r>
    </w:p>
    <w:p>
      <w:r>
        <w:rPr>
          <w:b/>
        </w:rPr>
        <w:t xml:space="preserve">[1:02:23] </w:t>
      </w:r>
      <w:r>
        <w:t>Panchayat Raj ka bahut bada woh maana jata hai Gujarat.</w:t>
      </w:r>
    </w:p>
    <w:p>
      <w:pPr>
        <w:jc w:val="right"/>
      </w:pPr>
      <w:r>
        <w:t>پنچایت راج کا بہت بڑا وہ مانا جاتا ہے گجرات۔</w:t>
      </w:r>
    </w:p>
    <w:p>
      <w:r>
        <w:rPr>
          <w:b/>
        </w:rPr>
        <w:t xml:space="preserve">[1:02:29] </w:t>
      </w:r>
      <w:r>
        <w:t>to unhon ne kaha ke Panchayat Raj mein is se bhi zyada corruption nahin hota hai, government pe corruption hai.</w:t>
      </w:r>
    </w:p>
    <w:p>
      <w:pPr>
        <w:jc w:val="right"/>
      </w:pPr>
      <w:r>
        <w:t>تو انہوں نے کہا کہ پنچایت راج میں اس سے بھی زیادہ کرپشن نہیں ہوتا ہے، گورنمنٹ پہ کرپشن ہے۔</w:t>
      </w:r>
    </w:p>
    <w:p>
      <w:r>
        <w:rPr>
          <w:b/>
        </w:rPr>
        <w:t xml:space="preserve">[1:02:35] </w:t>
      </w:r>
      <w:r>
        <w:t>یعنی "village government" کا جو کانسیپٹ تھا گاندھی کا، وہ پنچایت راج کی شکل میں چلایا گیا تھا گجرات</w:t>
      </w:r>
    </w:p>
    <w:p>
      <w:pPr>
        <w:jc w:val="right"/>
      </w:pPr>
      <w:r>
        <w:t>یعنی "ولیج گورنمنٹ" کا جو کانسیپٹ تھا گاندھی کا، وہ پنچایت راج کی شکل میں چلایا گیا تھا گجرات</w:t>
      </w:r>
    </w:p>
    <w:p>
      <w:r>
        <w:rPr>
          <w:b/>
        </w:rPr>
        <w:t xml:space="preserve">[1:02:41] </w:t>
      </w:r>
      <w:r>
        <w:t>m.n.</w:t>
      </w:r>
    </w:p>
    <w:p>
      <w:pPr>
        <w:jc w:val="right"/>
      </w:pPr>
      <w:r>
        <w:t>میں۔</w:t>
      </w:r>
    </w:p>
    <w:p>
      <w:r>
        <w:rPr>
          <w:b/>
        </w:rPr>
        <w:t xml:space="preserve">[1:02:46] </w:t>
      </w:r>
      <w:r>
        <w:t>har gaon aik unit ho aur har gaon gaon jo hai woh mil jul kar ke aik aik system chalaye.</w:t>
      </w:r>
    </w:p>
    <w:p>
      <w:pPr>
        <w:jc w:val="right"/>
      </w:pPr>
      <w:r>
        <w:t>ہر گاؤں ایک یونٹ ہو اور ہر گاؤں گاؤں جو ہے وہ مل جل کر کے ایک ایک سسٹم چلائے۔</w:t>
      </w:r>
    </w:p>
    <w:p>
      <w:r>
        <w:rPr>
          <w:b/>
        </w:rPr>
        <w:t xml:space="preserve">[1:02:50] </w:t>
      </w:r>
      <w:r>
        <w:t>تو گجرات جو ہے پہلا ایکسپیریمنٹ تھا "village government" کا۔</w:t>
      </w:r>
    </w:p>
    <w:p>
      <w:pPr>
        <w:jc w:val="right"/>
      </w:pPr>
      <w:r>
        <w:t>تو گجرات جو ہے پہلا ایکسپیریمنٹ تھا "ولیج گورنمنٹ" کا۔</w:t>
      </w:r>
    </w:p>
    <w:p>
      <w:r>
        <w:rPr>
          <w:b/>
        </w:rPr>
        <w:t xml:space="preserve">[1:02:54] </w:t>
      </w:r>
      <w:r>
        <w:t>to madhu meetha ji jo mar gaye bechare, woh bohat top ke aadmi thay bombay ke.</w:t>
      </w:r>
    </w:p>
    <w:p>
      <w:pPr>
        <w:jc w:val="right"/>
      </w:pPr>
      <w:r>
        <w:t>تو مدھو میتھا جی جو مر گئے بیچارے، وہ بہت ٹاپ کے آدمی تھے بمبئی کے۔</w:t>
      </w:r>
    </w:p>
    <w:p>
      <w:r>
        <w:rPr>
          <w:b/>
        </w:rPr>
        <w:t xml:space="preserve">[1:02:59] </w:t>
      </w:r>
      <w:r>
        <w:t>to gujrat mein unhon ne is survey karwaya tha.</w:t>
      </w:r>
    </w:p>
    <w:p>
      <w:pPr>
        <w:jc w:val="right"/>
      </w:pPr>
      <w:r>
        <w:t>تو گجرات میں انہوں نے اس سروے کروایا تھا۔</w:t>
      </w:r>
    </w:p>
    <w:p>
      <w:r>
        <w:rPr>
          <w:b/>
        </w:rPr>
        <w:t xml:space="preserve">[1:03:03] </w:t>
      </w:r>
      <w:r>
        <w:t>to unhon ne bataya ke jo panchayat raj hai gujrat mein, is mein jo corruption hai, woh is</w:t>
      </w:r>
    </w:p>
    <w:p>
      <w:pPr>
        <w:jc w:val="right"/>
      </w:pPr>
      <w:r>
        <w:t>تو انہوں نے بتایا کہ جو پنچایت راج ہے گجرات میں، اس میں جو کرپشن ہے، وہ اس</w:t>
      </w:r>
    </w:p>
    <w:p>
      <w:r>
        <w:rPr>
          <w:b/>
        </w:rPr>
        <w:t xml:space="preserve">[1:03:08] </w:t>
      </w:r>
      <w:r>
        <w:t>se bhi ziyada corruption hai jitna ke</w:t>
      </w:r>
    </w:p>
    <w:p>
      <w:pPr>
        <w:jc w:val="right"/>
      </w:pPr>
      <w:r>
        <w:t>سے بھی زیادہ کرپشن ہے جتنا کہ</w:t>
      </w:r>
    </w:p>
    <w:p>
      <w:r>
        <w:rPr>
          <w:b/>
        </w:rPr>
        <w:t xml:space="preserve">[1:03:12] </w:t>
      </w:r>
      <w:r>
        <w:t>government mein paya jata hai.</w:t>
      </w:r>
    </w:p>
    <w:p>
      <w:pPr>
        <w:jc w:val="right"/>
      </w:pPr>
      <w:r>
        <w:t>گورنمنٹ میں پایا جاتا ہے۔</w:t>
      </w:r>
    </w:p>
    <w:p>
      <w:r>
        <w:rPr>
          <w:b/>
        </w:rPr>
        <w:t xml:space="preserve">[1:03:18] </w:t>
      </w:r>
      <w:r>
        <w:t>تو where is that "village government"? یہ وجہ ہے کہ جتنے تھنکر ہیں، جتنے ریفارمر ہیں، جتنے جو</w:t>
      </w:r>
    </w:p>
    <w:p>
      <w:pPr>
        <w:jc w:val="right"/>
      </w:pPr>
      <w:r>
        <w:t>تو ویر از دیٹ "ولیج گورنمنٹ"؟ یہ وجہ ہے کہ جتنے تھنکر ہیں، جتنے ریفارمر ہیں، جتنے جو</w:t>
      </w:r>
    </w:p>
    <w:p>
      <w:r>
        <w:rPr>
          <w:b/>
        </w:rPr>
        <w:t xml:space="preserve">[1:03:25] </w:t>
      </w:r>
      <w:r>
        <w:t>philosopher hain, bare bare ideas banate hain woh.</w:t>
      </w:r>
    </w:p>
    <w:p>
      <w:pPr>
        <w:jc w:val="right"/>
      </w:pPr>
      <w:r>
        <w:t>فلاسفر ہیں، بڑے بڑے آئیڈیاز بناتے ہیں وہ۔</w:t>
      </w:r>
    </w:p>
    <w:p>
      <w:r>
        <w:rPr>
          <w:b/>
        </w:rPr>
        <w:t xml:space="preserve">[1:03:31] </w:t>
      </w:r>
      <w:r>
        <w:t>lekin aakhir mein unhein kya pata chalta hai ke yeh sab khayali baatein theen aur yeh duniya mein</w:t>
      </w:r>
    </w:p>
    <w:p>
      <w:pPr>
        <w:jc w:val="right"/>
      </w:pPr>
      <w:r>
        <w:t>لیکن آخر میں انہیں کیا پتہ چلتا ہے کہ یہ سب خیالی باتیں تھیں اور یہ دنیا میں</w:t>
      </w:r>
    </w:p>
    <w:p>
      <w:r>
        <w:rPr>
          <w:b/>
        </w:rPr>
        <w:t xml:space="preserve">[1:03:37] </w:t>
      </w:r>
      <w:r>
        <w:t>kuch bhi achievable nahi hai.</w:t>
      </w:r>
    </w:p>
    <w:p>
      <w:pPr>
        <w:jc w:val="right"/>
      </w:pPr>
      <w:r>
        <w:t>کچھ بھی اچیویبل نہیں ہے۔</w:t>
      </w:r>
    </w:p>
    <w:p>
      <w:r>
        <w:rPr>
          <w:b/>
        </w:rPr>
        <w:t xml:space="preserve">[1:03:44] </w:t>
      </w:r>
      <w:r>
        <w:t>to kyun achievable nahi hai? yeh duniya khuda ne banai nahi hai paradise ke liye.</w:t>
      </w:r>
    </w:p>
    <w:p>
      <w:pPr>
        <w:jc w:val="right"/>
      </w:pPr>
      <w:r>
        <w:t>تو کیوں اچیویبل نہیں ہے؟ یہ دنیا خدا نے بنائی نہیں ہے پیرڈائز کے لیے۔</w:t>
      </w:r>
    </w:p>
    <w:p>
      <w:r>
        <w:rPr>
          <w:b/>
        </w:rPr>
        <w:t xml:space="preserve">[1:03:48] </w:t>
      </w:r>
      <w:r>
        <w:t>jis tarah examination hall jo hai, woh banaya nahi gaya hai job ke liye.</w:t>
      </w:r>
    </w:p>
    <w:p>
      <w:pPr>
        <w:jc w:val="right"/>
      </w:pPr>
      <w:r>
        <w:t>جس طرح ایگزامینیشن ہال جو ہے، وہ بنایا نہیں گیا ہے جاب کے لیے۔</w:t>
      </w:r>
    </w:p>
    <w:p>
      <w:r>
        <w:rPr>
          <w:b/>
        </w:rPr>
        <w:t xml:space="preserve">[1:03:52] </w:t>
      </w:r>
      <w:r>
        <w:t>aik dam wahi surat-e-haal hai.</w:t>
      </w:r>
    </w:p>
    <w:p>
      <w:pPr>
        <w:jc w:val="right"/>
      </w:pPr>
      <w:r>
        <w:t>ایک دم وہی صورتحال ہے۔</w:t>
      </w:r>
    </w:p>
    <w:p>
      <w:r>
        <w:rPr>
          <w:b/>
        </w:rPr>
        <w:t xml:space="preserve">[1:03:57] </w:t>
      </w:r>
      <w:r>
        <w:t>examination hall jo hai, woh test dene ke liye hai.</w:t>
      </w:r>
    </w:p>
    <w:p>
      <w:pPr>
        <w:jc w:val="right"/>
      </w:pPr>
      <w:r>
        <w:t>ایگزامینیشن ہال جو ہے، وہ ٹیسٹ دینے کے لیے ہے۔</w:t>
      </w:r>
    </w:p>
    <w:p>
      <w:r>
        <w:rPr>
          <w:b/>
        </w:rPr>
        <w:t xml:space="preserve">[1:04:01] </w:t>
      </w:r>
      <w:r>
        <w:t>aap wahan par qualify karein to examination hall ke bahar aap job pa len ge.</w:t>
      </w:r>
    </w:p>
    <w:p>
      <w:pPr>
        <w:jc w:val="right"/>
      </w:pPr>
      <w:r>
        <w:t>آپ وہاں پر کوالیفائی کریں تو ایگزامینیشن ہال کے باہر آپ جاب پا لیں گے۔</w:t>
      </w:r>
    </w:p>
    <w:p>
      <w:r>
        <w:rPr>
          <w:b/>
        </w:rPr>
        <w:t xml:space="preserve">[1:04:05] </w:t>
      </w:r>
      <w:r>
        <w:t>isi tarah se yeh duniya jo hai, yeh is liye hai ke yahan par aap apna test dein.</w:t>
      </w:r>
    </w:p>
    <w:p>
      <w:pPr>
        <w:jc w:val="right"/>
      </w:pPr>
      <w:r>
        <w:t>اسی طرح سے یہ دنیا جو ہے، یہ اس لیے ہے کہ یہاں پر آپ اپنا ٹیسٹ دیں۔</w:t>
      </w:r>
    </w:p>
    <w:p>
      <w:r>
        <w:rPr>
          <w:b/>
        </w:rPr>
        <w:t xml:space="preserve">[1:04:10] </w:t>
      </w:r>
      <w:r>
        <w:t>agar aap test</w:t>
      </w:r>
    </w:p>
    <w:p>
      <w:pPr>
        <w:jc w:val="right"/>
      </w:pPr>
      <w:r>
        <w:t>اگر آپ ٹیسٹ</w:t>
      </w:r>
    </w:p>
    <w:p>
      <w:r>
        <w:rPr>
          <w:b/>
        </w:rPr>
        <w:t xml:space="preserve">[1:04:14] </w:t>
      </w:r>
      <w:r>
        <w:t>mein qualify karein ge to post death period mein aap ko khuda reward ke tor par paradise de ga.</w:t>
      </w:r>
    </w:p>
    <w:p>
      <w:pPr>
        <w:jc w:val="right"/>
      </w:pPr>
      <w:r>
        <w:t>میں کوالیفائی کریں گے تو پوسٹ ڈیتھ پیریڈ میں آپ کو خدا ریوارڈ کے طور پر پیرڈائز دے گا۔</w:t>
      </w:r>
    </w:p>
    <w:p>
      <w:r>
        <w:rPr>
          <w:b/>
        </w:rPr>
        <w:t xml:space="preserve">[1:04:20] </w:t>
      </w:r>
      <w:r>
        <w:t>to simply yeh yeh fact ke sare reformer jo hain fail ho gaye, sare thinker fail ho gaye,</w:t>
      </w:r>
    </w:p>
    <w:p>
      <w:pPr>
        <w:jc w:val="right"/>
      </w:pPr>
      <w:r>
        <w:t>تو سمپلی یہ یہ فیکٹ کہ سارے ریفارمر جو ہیں فیل ہو گئے، سارے تھنکر فیل ہو گئے،</w:t>
      </w:r>
    </w:p>
    <w:p>
      <w:r>
        <w:rPr>
          <w:b/>
        </w:rPr>
        <w:t xml:space="preserve">[1:04:26] </w:t>
      </w:r>
      <w:r>
        <w:t>sare philosopher fail ho gaye, yeh apne aap mein is baat ka proof hai ke paradise ka concept</w:t>
      </w:r>
    </w:p>
    <w:p>
      <w:pPr>
        <w:jc w:val="right"/>
      </w:pPr>
      <w:r>
        <w:t>سارے فلاسفر فیل ہو گئے، یہ اپنے آپ میں اس بات کا پروف ہے کہ پیرڈائز کا کانسیپٹ</w:t>
      </w:r>
    </w:p>
    <w:p>
      <w:r>
        <w:rPr>
          <w:b/>
        </w:rPr>
        <w:t xml:space="preserve">[1:04:32] </w:t>
      </w:r>
      <w:r>
        <w:t>bilkul sahi hai.</w:t>
      </w:r>
    </w:p>
    <w:p>
      <w:pPr>
        <w:jc w:val="right"/>
      </w:pPr>
      <w:r>
        <w:t>بالکل صحیح ہے۔</w:t>
      </w:r>
    </w:p>
    <w:p>
      <w:r>
        <w:rPr>
          <w:b/>
        </w:rPr>
        <w:t xml:space="preserve">[1:04:38] </w:t>
      </w:r>
      <w:r>
        <w:t>sawal yeh hai ke koi bhi shakhs duniya mein kyun nahi paradise bana saka? aik</w:t>
      </w:r>
    </w:p>
    <w:p>
      <w:pPr>
        <w:jc w:val="right"/>
      </w:pPr>
      <w:r>
        <w:t>سوال یہ ہے کہ کوئی بھی شخص دنیا میں کیوں نہیں پیرڈائز بنا سکا؟ ایک</w:t>
      </w:r>
    </w:p>
    <w:p>
      <w:r>
        <w:rPr>
          <w:b/>
        </w:rPr>
        <w:t xml:space="preserve">[1:04:44] </w:t>
      </w:r>
      <w:r>
        <w:t>king bhi nahi bana sake, leader bhi nahi bana sake, reformer bhi nahi bana sake.</w:t>
      </w:r>
    </w:p>
    <w:p>
      <w:pPr>
        <w:jc w:val="right"/>
      </w:pPr>
      <w:r>
        <w:t>کنگ بھی نہیں بنا سکے، لیڈر بھی نہیں بنا سکے، ریفارمر بھی نہیں بنا سکے۔</w:t>
      </w:r>
    </w:p>
    <w:p>
      <w:r>
        <w:rPr>
          <w:b/>
        </w:rPr>
        <w:t xml:space="preserve">[1:05:01] </w:t>
      </w:r>
      <w:r>
        <w:t>har aik ne yeh chaha ke duniya mein paradise banaye. woh</w:t>
      </w:r>
    </w:p>
    <w:p>
      <w:pPr>
        <w:jc w:val="right"/>
      </w:pPr>
      <w:r>
        <w:t>ہر ایک نے یہ چاہا کہ دنیا میں پیرڈائز بنائے۔ وہ</w:t>
      </w:r>
    </w:p>
    <w:p>
      <w:r>
        <w:rPr>
          <w:b/>
        </w:rPr>
        <w:t xml:space="preserve">[1:05:18] </w:t>
      </w:r>
      <w:r>
        <w:t>hamare UP mein aik shehar hai jaunpur.</w:t>
      </w:r>
    </w:p>
    <w:p>
      <w:pPr>
        <w:jc w:val="right"/>
      </w:pPr>
      <w:r>
        <w:t>ہمارے یو پی میں ایک شہر ہے جونپور۔</w:t>
      </w:r>
    </w:p>
    <w:p>
      <w:r>
        <w:rPr>
          <w:b/>
        </w:rPr>
        <w:t xml:space="preserve">[1:05:23] </w:t>
      </w:r>
      <w:r>
        <w:t>to kuch dinon mein jounpur mein tha, azadi se pehle ki baat hai, bohat pehle ki baat hai.</w:t>
      </w:r>
    </w:p>
    <w:p>
      <w:pPr>
        <w:jc w:val="right"/>
      </w:pPr>
      <w:r>
        <w:t>تو کچھ دنوں میں جونپور میں تھا، آزادی سے پہلے کی بات ہے، بہت پہلے کی بات ہے۔</w:t>
      </w:r>
    </w:p>
    <w:p>
      <w:r>
        <w:rPr>
          <w:b/>
        </w:rPr>
        <w:t xml:space="preserve">[1:05:27] </w:t>
      </w:r>
      <w:r>
        <w:t>to wahan ek thay nawab yusuf.</w:t>
      </w:r>
    </w:p>
    <w:p>
      <w:pPr>
        <w:jc w:val="right"/>
      </w:pPr>
      <w:r>
        <w:t>تو وہاں ایک تھے نواب یوسف۔</w:t>
      </w:r>
    </w:p>
    <w:p>
      <w:r>
        <w:rPr>
          <w:b/>
        </w:rPr>
        <w:t xml:space="preserve">[1:05:31] </w:t>
      </w:r>
      <w:r>
        <w:t>nawab yusuf to un ko shoq tha lan ka.</w:t>
      </w:r>
    </w:p>
    <w:p>
      <w:pPr>
        <w:jc w:val="right"/>
      </w:pPr>
      <w:r>
        <w:t>نواب یوسف تو ان کو شوق تھا لان کا۔</w:t>
      </w:r>
    </w:p>
    <w:p>
      <w:r>
        <w:rPr>
          <w:b/>
        </w:rPr>
        <w:t xml:space="preserve">[1:05:36] </w:t>
      </w:r>
      <w:r>
        <w:t>un ki jo kothi thi, mein ne khud dekha hai, is ko bohat umda lan banaya tha.</w:t>
      </w:r>
    </w:p>
    <w:p>
      <w:pPr>
        <w:jc w:val="right"/>
      </w:pPr>
      <w:r>
        <w:t>ان کی جو کوٹھی تھی، میں نے خود دیکھا ہے، اس کو بہت عمدہ لان بنایا تھا۔</w:t>
      </w:r>
    </w:p>
    <w:p>
      <w:r>
        <w:rPr>
          <w:b/>
        </w:rPr>
        <w:t xml:space="preserve">[1:05:40] </w:t>
      </w:r>
      <w:r>
        <w:t>unhon ne bohat acha lan.</w:t>
      </w:r>
    </w:p>
    <w:p>
      <w:pPr>
        <w:jc w:val="right"/>
      </w:pPr>
      <w:r>
        <w:t>انہوں نے بہت اچھا لان۔</w:t>
      </w:r>
    </w:p>
    <w:p>
      <w:r>
        <w:rPr>
          <w:b/>
        </w:rPr>
        <w:t xml:space="preserve">[1:05:45] </w:t>
      </w:r>
      <w:r>
        <w:t>mera khayal hai india mein to kam az kam waisa lan kahin nahi hoga.</w:t>
      </w:r>
    </w:p>
    <w:p>
      <w:pPr>
        <w:jc w:val="right"/>
      </w:pPr>
      <w:r>
        <w:t>میرا خیال ہے انڈیا میں تو کم از کم ویسا لان کہیں نہیں ہوگا۔</w:t>
      </w:r>
    </w:p>
    <w:p>
      <w:r>
        <w:rPr>
          <w:b/>
        </w:rPr>
        <w:t xml:space="preserve">[1:05:49] </w:t>
      </w:r>
      <w:r>
        <w:t>unki kothi ke bahar bohat acha lawn. to ek baar mein ne dekha hai, ab mujhe pata chala ke woh lawn, woh kothi sab khatam ho gayi, khod ke phenk diya gaya. kisi kisan ne khareed liya us ko aur wahan kheti hoti hai. na lawn hai, na kothi hai, na Yusuf Khan hai. Nawab Yusuf mar gaye, kothi tod di gayi aur woh lawn bhi khatam ho gaya. to un ki paradise kahan hai? yani unhon ne duniya mein apni ek</w:t>
      </w:r>
    </w:p>
    <w:p>
      <w:pPr>
        <w:jc w:val="right"/>
      </w:pPr>
      <w:r>
        <w:t>ان کی کوٹھی کے باہر بہت اچھا لان۔ تو ایک بار میں نے دیکھا ہے، اب مجھے پتہ چلا کہ وہ لان، وہ کوٹھی سب ختم ہوگئی، کھود کے پھینک دیا گیا۔ کسی کسان نے خرید لیا اس کو اور وہاں کھیتی ہوتی ہے۔ نہ لان ہے، نہ کوٹھی ہے، نہ یوسف خان ہے۔ نواب یوسف مر گئے، کوٹھی توڑ دی گئی اور وہ لان بھی ختم ہو گیا۔ تو ان کی پیرڈائز کہاں ہے؟ یعنی انہوں نے دنیا میں اپنی ایک</w:t>
      </w:r>
    </w:p>
    <w:p>
      <w:r>
        <w:rPr>
          <w:b/>
        </w:rPr>
        <w:t xml:space="preserve">[1:06:19] </w:t>
      </w:r>
      <w:r>
        <w:t>paradise banani chahiye thi jo nahi ban saki.</w:t>
      </w:r>
    </w:p>
    <w:p>
      <w:pPr>
        <w:jc w:val="right"/>
      </w:pPr>
      <w:r>
        <w:t>پیرڈائز بنانی چاہی تھی جو نہیں بن سکی۔</w:t>
      </w:r>
    </w:p>
    <w:p>
      <w:r>
        <w:rPr>
          <w:b/>
        </w:rPr>
        <w:t xml:space="preserve">[1:06:24] </w:t>
      </w:r>
      <w:r>
        <w:t>to dekhen, do qism ke log hain: ek woh jo apni individual paradise banana chahte hain.</w:t>
      </w:r>
    </w:p>
    <w:p>
      <w:pPr>
        <w:jc w:val="right"/>
      </w:pPr>
      <w:r>
        <w:t>تو دیکھیں، دو قسم کے لوگ ہیں: ایک وہ جو اپنی انڈیویجول پیرڈائز بنانا چاہتے ہیں۔</w:t>
      </w:r>
    </w:p>
    <w:p>
      <w:r>
        <w:rPr>
          <w:b/>
        </w:rPr>
        <w:t xml:space="preserve">[1:06:29] </w:t>
      </w:r>
      <w:r>
        <w:t>yeh hirk chand ne apni akeli ki paradise banai, nawab yusuf ne apni akeli ki paradise banai lekin</w:t>
      </w:r>
    </w:p>
    <w:p>
      <w:pPr>
        <w:jc w:val="right"/>
      </w:pPr>
      <w:r>
        <w:t>یہ ہرک چند نے اپنی اکیلی کی پیرڈائز بنائی، نواب یوسف نے اپنی اکیلی کی پیرڈائز بنائی لیکن</w:t>
      </w:r>
    </w:p>
    <w:p>
      <w:r>
        <w:rPr>
          <w:b/>
        </w:rPr>
        <w:t xml:space="preserve">[1:06:34] </w:t>
      </w:r>
      <w:r>
        <w:t>nahi ban saki.</w:t>
      </w:r>
    </w:p>
    <w:p>
      <w:pPr>
        <w:jc w:val="right"/>
      </w:pPr>
      <w:r>
        <w:t>نہیں بن سکی۔</w:t>
      </w:r>
    </w:p>
    <w:p>
      <w:r>
        <w:rPr>
          <w:b/>
        </w:rPr>
        <w:t xml:space="preserve">[1:06:39] </w:t>
      </w:r>
      <w:r>
        <w:t>woh kuch log kehte hain ke jo greater level par banate banana chahte hain, ideal state, ideal society,</w:t>
      </w:r>
    </w:p>
    <w:p>
      <w:pPr>
        <w:jc w:val="right"/>
      </w:pPr>
      <w:r>
        <w:t>وہ کچھ لوگ کہتے ہیں کہ جو گریٹر لیول پر بناتے بنانا چاہتے ہیں، آئیڈیل اسٹیٹ، آئیڈیل سوسائٹی،</w:t>
      </w:r>
    </w:p>
    <w:p>
      <w:r>
        <w:rPr>
          <w:b/>
        </w:rPr>
        <w:t xml:space="preserve">[1:06:44] </w:t>
      </w:r>
      <w:r>
        <w:t>ideal world, ideal system, yeh woh</w:t>
      </w:r>
    </w:p>
    <w:p>
      <w:pPr>
        <w:jc w:val="right"/>
      </w:pPr>
      <w:r>
        <w:t>آئیڈیل ورلڈ، آئیڈیل سسٹم، یہ وہ</w:t>
      </w:r>
    </w:p>
    <w:p>
      <w:r>
        <w:rPr>
          <w:b/>
        </w:rPr>
        <w:t xml:space="preserve">[1:06:49] </w:t>
      </w:r>
      <w:r>
        <w:t>hain jo reformer kehelate hain, jo thinker kehelate hain.</w:t>
      </w:r>
    </w:p>
    <w:p>
      <w:pPr>
        <w:jc w:val="right"/>
      </w:pPr>
      <w:r>
        <w:t>ہیں جو ریفارمر کہلاتے ہیں، جو تھنکر کہلاتے ہیں۔</w:t>
      </w:r>
    </w:p>
    <w:p>
      <w:r>
        <w:rPr>
          <w:b/>
        </w:rPr>
        <w:t xml:space="preserve">[1:06:54] </w:t>
      </w:r>
      <w:r>
        <w:t>woh log, woh bhi completely fail ho gaye.</w:t>
      </w:r>
    </w:p>
    <w:p>
      <w:pPr>
        <w:jc w:val="right"/>
      </w:pPr>
      <w:r>
        <w:t>وہ لوگ، وہ بھی کمپلیٹلی فیل ہو گئے۔</w:t>
      </w:r>
    </w:p>
    <w:p>
      <w:r>
        <w:rPr>
          <w:b/>
        </w:rPr>
        <w:t xml:space="preserve">[1:06:58] </w:t>
      </w:r>
      <w:r>
        <w:t>woh koi bhi thinker apna ideal system ya ideal state ya ideal samaj nahi bana saka.</w:t>
      </w:r>
    </w:p>
    <w:p>
      <w:pPr>
        <w:jc w:val="right"/>
      </w:pPr>
      <w:r>
        <w:t>وہ کوئی بھی تھنکر اپنا آئیڈیل سسٹم یا آئیڈیل اسٹیٹ یا آئیڈیل سماج نہیں بنا سکا۔</w:t>
      </w:r>
    </w:p>
    <w:p>
      <w:r>
        <w:rPr>
          <w:b/>
        </w:rPr>
        <w:t xml:space="preserve">[1:07:02] </w:t>
      </w:r>
      <w:r>
        <w:t>to individual fail ho raha hai aur woh log bhi fail ho rahe hain jo poori society ko</w:t>
      </w:r>
    </w:p>
    <w:p>
      <w:pPr>
        <w:jc w:val="right"/>
      </w:pPr>
      <w:r>
        <w:t>تو انڈیویجول فیل ہو رہا ہے اور وہ لوگ بھی فیل ہو رہے ہیں جو پوری سوسائٹی کو</w:t>
      </w:r>
    </w:p>
    <w:p>
      <w:r>
        <w:rPr>
          <w:b/>
        </w:rPr>
        <w:t xml:space="preserve">[1:07:07] </w:t>
      </w:r>
      <w:r>
        <w:t>kuch dena chaha unhon ne.</w:t>
      </w:r>
    </w:p>
    <w:p>
      <w:pPr>
        <w:jc w:val="right"/>
      </w:pPr>
      <w:r>
        <w:t>کچھ دینا چاہا انہوں نے۔</w:t>
      </w:r>
    </w:p>
    <w:p>
      <w:r>
        <w:rPr>
          <w:b/>
        </w:rPr>
        <w:t xml:space="preserve">[1:07:11] </w:t>
      </w:r>
      <w:r>
        <w:t>to kyun fail ho raha hai? is liye fail ho raha hai ke woh paradise wahan banana chahte</w:t>
      </w:r>
    </w:p>
    <w:p>
      <w:pPr>
        <w:jc w:val="right"/>
      </w:pPr>
      <w:r>
        <w:t>تو کیوں فیل ہو رہا ہے؟ اس لیے فیل ہو رہا ہے کہ وہ پیرڈائز وہاں بنانا چاہتے</w:t>
      </w:r>
    </w:p>
    <w:p>
      <w:r>
        <w:rPr>
          <w:b/>
        </w:rPr>
        <w:t xml:space="preserve">[1:07:15] </w:t>
      </w:r>
      <w:r>
        <w:t>hain jahan paradise ka saada hi maujood nahi hai.</w:t>
      </w:r>
    </w:p>
    <w:p>
      <w:pPr>
        <w:jc w:val="right"/>
      </w:pPr>
      <w:r>
        <w:t>ہیں جہاں پیرڈائز کا سادہ ہی موجود نہیں ہے۔</w:t>
      </w:r>
    </w:p>
    <w:p>
      <w:r>
        <w:rPr>
          <w:b/>
        </w:rPr>
        <w:t xml:space="preserve">[1:07:20] </w:t>
      </w:r>
      <w:r>
        <w:t>yahan aap ko na to itni lambi umer milti, 70 saal jeete hain, hum mar jate hain is</w:t>
      </w:r>
    </w:p>
    <w:p>
      <w:pPr>
        <w:jc w:val="right"/>
      </w:pPr>
      <w:r>
        <w:t>یہاں آپ کو نہ تو اتنی لمبی عمر ملتی، 70 سال جیتے ہیں، ہم مر جاتے ہیں اس</w:t>
      </w:r>
    </w:p>
    <w:p>
      <w:r>
        <w:rPr>
          <w:b/>
        </w:rPr>
        <w:t xml:space="preserve">[1:07:24] </w:t>
      </w:r>
      <w:r>
        <w:t>ke baad 60, 70 saal.</w:t>
      </w:r>
    </w:p>
    <w:p>
      <w:pPr>
        <w:jc w:val="right"/>
      </w:pPr>
      <w:r>
        <w:t>کے بعد 60، 70 سال۔</w:t>
      </w:r>
    </w:p>
    <w:p>
      <w:r>
        <w:rPr>
          <w:b/>
        </w:rPr>
        <w:t xml:space="preserve">[1:07:28] </w:t>
      </w:r>
      <w:r>
        <w:t>yahan har taraf limitations hain, har taraf disadvantages hain.</w:t>
      </w:r>
    </w:p>
    <w:p>
      <w:pPr>
        <w:jc w:val="right"/>
      </w:pPr>
      <w:r>
        <w:t>یہاں ہر طرف لیمیٹیشنز ہیں، ہر طرف ڈس ایڈوانٹیج ہیں۔</w:t>
      </w:r>
    </w:p>
    <w:p>
      <w:r>
        <w:rPr>
          <w:b/>
        </w:rPr>
        <w:t xml:space="preserve">[1:07:33] </w:t>
      </w:r>
      <w:r>
        <w:t>kabhi aap ko bemari hogi, kabhi accident hoga.</w:t>
      </w:r>
    </w:p>
    <w:p>
      <w:pPr>
        <w:jc w:val="right"/>
      </w:pPr>
      <w:r>
        <w:t>کبھی آپ کو بیماری ہوگی، کبھی ایکسیڈنٹ ہوگا۔</w:t>
      </w:r>
    </w:p>
    <w:p>
      <w:r>
        <w:rPr>
          <w:b/>
        </w:rPr>
        <w:t xml:space="preserve">[1:07:37] </w:t>
      </w:r>
      <w:r>
        <w:t>tarah tarah ke disadvantage hote rehte hain.</w:t>
      </w:r>
    </w:p>
    <w:p>
      <w:pPr>
        <w:jc w:val="right"/>
      </w:pPr>
      <w:r>
        <w:t>طرح طرح کے ڈس ایڈوانٹیج ہوتے رہتے ہیں۔</w:t>
      </w:r>
    </w:p>
    <w:p>
      <w:r>
        <w:rPr>
          <w:b/>
        </w:rPr>
        <w:t xml:space="preserve">[1:07:41] </w:t>
      </w:r>
      <w:r>
        <w:t>jaise plato ne tayyar kiya king ko, alexander jo tha, itna bara jo king jo tha, woh is</w:t>
      </w:r>
    </w:p>
    <w:p>
      <w:pPr>
        <w:jc w:val="right"/>
      </w:pPr>
      <w:r>
        <w:t>جیسے پلیٹو نے تیار کیا کنگ کو، الیگزینڈر جو تھا، اتنا بڑا جو کنگ جو تھا، وہ اس</w:t>
      </w:r>
    </w:p>
    <w:p>
      <w:r>
        <w:rPr>
          <w:b/>
        </w:rPr>
        <w:t xml:space="preserve">[1:07:46] </w:t>
      </w:r>
      <w:r>
        <w:t>ka is ka pupil tha, woh is ka</w:t>
      </w:r>
    </w:p>
    <w:p>
      <w:pPr>
        <w:jc w:val="right"/>
      </w:pPr>
      <w:r>
        <w:t>کا اس کا پیپل تھا، وہ اس کا</w:t>
      </w:r>
    </w:p>
    <w:p>
      <w:r>
        <w:rPr>
          <w:b/>
        </w:rPr>
        <w:t xml:space="preserve">[1:07:50] </w:t>
      </w:r>
      <w:r>
        <w:t>disciple tha, woh Alexander.</w:t>
      </w:r>
    </w:p>
    <w:p>
      <w:pPr>
        <w:jc w:val="right"/>
      </w:pPr>
      <w:r>
        <w:t>ڈسائپل تھا، وہ الیگزینڈر۔</w:t>
      </w:r>
    </w:p>
    <w:p>
      <w:r>
        <w:rPr>
          <w:b/>
        </w:rPr>
        <w:t xml:space="preserve">[1:07:54] </w:t>
      </w:r>
      <w:r>
        <w:t>ab bohat umeedain theen Plato ko Alexander se.</w:t>
      </w:r>
    </w:p>
    <w:p>
      <w:pPr>
        <w:jc w:val="right"/>
      </w:pPr>
      <w:r>
        <w:t>اب بہت امیدیں تھیں پلیٹو کو الیگزینڈر سے۔</w:t>
      </w:r>
    </w:p>
    <w:p>
      <w:r>
        <w:rPr>
          <w:b/>
        </w:rPr>
        <w:t xml:space="preserve">[1:07:59] </w:t>
      </w:r>
      <w:r>
        <w:t>to lekin baad ko kya hua? Alexander sab phenk diya, is ka saara sikhaya hua aur saari dunya</w:t>
      </w:r>
    </w:p>
    <w:p>
      <w:pPr>
        <w:jc w:val="right"/>
      </w:pPr>
      <w:r>
        <w:t>تو لیکن بعد کو کیا ہوا؟ الیگزینڈر سب پھینک دیا، اس کا سارا سکھایا ہوا اور ساری دنیا</w:t>
      </w:r>
    </w:p>
    <w:p>
      <w:r>
        <w:rPr>
          <w:b/>
        </w:rPr>
        <w:t xml:space="preserve">[1:08:03] </w:t>
      </w:r>
      <w:r>
        <w:t>ka king bannay ka shauq le kar ke woh chala, yahan tak ke aakhir mein woh bhi mar</w:t>
      </w:r>
    </w:p>
    <w:p>
      <w:pPr>
        <w:jc w:val="right"/>
      </w:pPr>
      <w:r>
        <w:t>کا کنگ بننے کا شوق لے کر کے وہ چلا، یہاں تک کہ آخر میں وہ بھی مر</w:t>
      </w:r>
    </w:p>
    <w:p>
      <w:r>
        <w:rPr>
          <w:b/>
        </w:rPr>
        <w:t xml:space="preserve">[1:08:07] </w:t>
      </w:r>
      <w:r>
        <w:t>giya baghair achieve kiye hue apna maqsad.</w:t>
      </w:r>
    </w:p>
    <w:p>
      <w:pPr>
        <w:jc w:val="right"/>
      </w:pPr>
      <w:r>
        <w:t>گیا بغیر اچیو کیے ہوئے اپنا مقصد۔</w:t>
      </w:r>
    </w:p>
    <w:p>
      <w:r>
        <w:rPr>
          <w:b/>
        </w:rPr>
        <w:t xml:space="preserve">[1:08:12] </w:t>
      </w:r>
      <w:r>
        <w:t>yani Plato bhi achieve nahi kar saka aur Alexander bhi achieve nahi kar saka.</w:t>
      </w:r>
    </w:p>
    <w:p>
      <w:pPr>
        <w:jc w:val="right"/>
      </w:pPr>
      <w:r>
        <w:t>یعنی پلیٹو بھی اچیو نہیں کر سکا اور الیگزینڈر بھی اچیو نہیں کر سکا۔</w:t>
      </w:r>
    </w:p>
    <w:p>
      <w:r>
        <w:rPr>
          <w:b/>
        </w:rPr>
        <w:t xml:space="preserve">[1:08:16] </w:t>
      </w:r>
      <w:r>
        <w:t>دونوں کے دونوں freshers se mar gaye.</w:t>
      </w:r>
    </w:p>
    <w:p>
      <w:pPr>
        <w:jc w:val="right"/>
      </w:pPr>
      <w:r>
        <w:t>دونوں کے دونوں فریشر سے مر گئے۔</w:t>
      </w:r>
    </w:p>
    <w:p>
      <w:r>
        <w:rPr>
          <w:b/>
        </w:rPr>
        <w:t xml:space="preserve">[1:08:21] </w:t>
      </w:r>
      <w:r>
        <w:t>to kyun? wohi qissa hai ke student, jo student yeh chahe ke examination hall mein woh job mil</w:t>
      </w:r>
    </w:p>
    <w:p>
      <w:pPr>
        <w:jc w:val="right"/>
      </w:pPr>
      <w:r>
        <w:t>تو کیوں؟ وہی قصہ ہے کہ اسٹوڈنٹ، جو اسٹوڈنٹ یہ چاہے کہ ایگزامینیشن ہال میں وہ جاب مل</w:t>
      </w:r>
    </w:p>
    <w:p>
      <w:r>
        <w:rPr>
          <w:b/>
        </w:rPr>
        <w:t xml:space="preserve">[1:08:24] </w:t>
      </w:r>
      <w:r>
        <w:t>jaye is ko, to kabhi nahi mile ga.</w:t>
      </w:r>
    </w:p>
    <w:p>
      <w:pPr>
        <w:jc w:val="right"/>
      </w:pPr>
      <w:r>
        <w:t>جائے اس کو، تو کبھی نہیں ملے گا۔</w:t>
      </w:r>
    </w:p>
    <w:p>
      <w:r>
        <w:rPr>
          <w:b/>
        </w:rPr>
        <w:t xml:space="preserve">[1:08:28] </w:t>
      </w:r>
      <w:r>
        <w:t>woh to kahe ga, bhai job milte hi nahi.</w:t>
      </w:r>
    </w:p>
    <w:p>
      <w:pPr>
        <w:jc w:val="right"/>
      </w:pPr>
      <w:r>
        <w:t>وہ تو کہے گا، بھئی جاب ملتے ہی نہیں۔</w:t>
      </w:r>
    </w:p>
    <w:p>
      <w:r>
        <w:rPr>
          <w:b/>
        </w:rPr>
        <w:t xml:space="preserve">[1:08:32] </w:t>
      </w:r>
      <w:r>
        <w:t>jise kehte hain ke ideal can not be achieved.</w:t>
      </w:r>
    </w:p>
    <w:p>
      <w:pPr>
        <w:jc w:val="right"/>
      </w:pPr>
      <w:r>
        <w:t>جسے کہتے ہیں کہ آئیڈیل کین ناٹ بی اچیوڈ۔</w:t>
      </w:r>
    </w:p>
    <w:p>
      <w:r>
        <w:rPr>
          <w:b/>
        </w:rPr>
        <w:t xml:space="preserve">[1:08:36] </w:t>
      </w:r>
      <w:r>
        <w:t>to job can not be achieved.</w:t>
      </w:r>
    </w:p>
    <w:p>
      <w:pPr>
        <w:jc w:val="right"/>
      </w:pPr>
      <w:r>
        <w:t>تو جاب کین ناٹ بی اچیوڈ۔</w:t>
      </w:r>
    </w:p>
    <w:p>
      <w:r>
        <w:rPr>
          <w:b/>
        </w:rPr>
        <w:t xml:space="preserve">[1:08:40] </w:t>
      </w:r>
      <w:r>
        <w:t>lekin dono kya karein? yeh wrong nomenclature ki baat hai.</w:t>
      </w:r>
    </w:p>
    <w:p>
      <w:pPr>
        <w:jc w:val="right"/>
      </w:pPr>
      <w:r>
        <w:t>لیکن دونوں کیا کریں؟ یہ رونگ نامنکلیچر کی بات ہے۔</w:t>
      </w:r>
    </w:p>
    <w:p>
      <w:r>
        <w:rPr>
          <w:b/>
        </w:rPr>
        <w:t xml:space="preserve">[1:08:44] </w:t>
      </w:r>
      <w:r>
        <w:t>unhein janna chahiye ke jo cheez dhoondh rahe the, woh woh examination hall mein milne wali nahi thi,</w:t>
      </w:r>
    </w:p>
    <w:p>
      <w:pPr>
        <w:jc w:val="right"/>
      </w:pPr>
      <w:r>
        <w:t>انہیں جاننا چاہیے کہ جو چیز ڈھونڈ رہے تھے، وہ وہ ایگزامینیشن ہال میں ملنے والی نہیں تھی،</w:t>
      </w:r>
    </w:p>
    <w:p>
      <w:r>
        <w:rPr>
          <w:b/>
        </w:rPr>
        <w:t xml:space="preserve">[1:08:48] </w:t>
      </w:r>
      <w:r>
        <w:t>is liye nahi mili.</w:t>
      </w:r>
    </w:p>
    <w:p>
      <w:pPr>
        <w:jc w:val="right"/>
      </w:pPr>
      <w:r>
        <w:t>اس لیے نہیں ملی۔</w:t>
      </w:r>
    </w:p>
    <w:p>
      <w:r>
        <w:rPr>
          <w:b/>
        </w:rPr>
        <w:t xml:space="preserve">[1:08:52] </w:t>
      </w:r>
      <w:r>
        <w:t>to aap jo hai, aap ke mind mein basa hua hai paradise.</w:t>
      </w:r>
    </w:p>
    <w:p>
      <w:pPr>
        <w:jc w:val="right"/>
      </w:pPr>
      <w:r>
        <w:t>تو آپ جو ہے، آپ کے مائنڈ میں بسا ہوا ہے پیرڈائز۔</w:t>
      </w:r>
    </w:p>
    <w:p>
      <w:r>
        <w:rPr>
          <w:b/>
        </w:rPr>
        <w:t xml:space="preserve">[1:08:56] </w:t>
      </w:r>
      <w:r>
        <w:t>har aadmi ke mind mein paradise means ideal world, ideal home, ideal job, ideal business, ideal family, ideal society.</w:t>
      </w:r>
    </w:p>
    <w:p>
      <w:pPr>
        <w:jc w:val="right"/>
      </w:pPr>
      <w:r>
        <w:t>ہر آدمی کے مائنڈ میں پیرڈائز مینز آئیڈیل ورلڈ، آئیڈیل ہوم، آئیڈیل جاب، آئیڈیل بزنس، آئیڈیل فیملی، آئیڈیل سوسائٹی۔</w:t>
      </w:r>
    </w:p>
    <w:p>
      <w:r>
        <w:rPr>
          <w:b/>
        </w:rPr>
        <w:t xml:space="preserve">[1:09:00] </w:t>
      </w:r>
      <w:r>
        <w:t>yeh sab aap ke mind mein basa hua hai.</w:t>
      </w:r>
    </w:p>
    <w:p>
      <w:pPr>
        <w:jc w:val="right"/>
      </w:pPr>
      <w:r>
        <w:t>یہ سب آپ کے مائنڈ میں بسا ہوا ہے۔</w:t>
      </w:r>
    </w:p>
    <w:p>
      <w:r>
        <w:rPr>
          <w:b/>
        </w:rPr>
        <w:t xml:space="preserve">[1:09:03] </w:t>
      </w:r>
      <w:r>
        <w:t>koi aadmi is se khaali nahi hai.</w:t>
      </w:r>
    </w:p>
    <w:p>
      <w:pPr>
        <w:jc w:val="right"/>
      </w:pPr>
      <w:r>
        <w:t>کوئی آدمی اس سے خالی نہیں ہے۔</w:t>
      </w:r>
    </w:p>
    <w:p>
      <w:r>
        <w:rPr>
          <w:b/>
        </w:rPr>
        <w:t xml:space="preserve">[1:09:07] </w:t>
      </w:r>
      <w:r>
        <w:t>jo juggu jo open rehta hai, woh bhi.</w:t>
      </w:r>
    </w:p>
    <w:p>
      <w:pPr>
        <w:jc w:val="right"/>
      </w:pPr>
      <w:r>
        <w:t>جو جھگگو جو اوپن رہتا ہے، وہ بھی۔</w:t>
      </w:r>
    </w:p>
    <w:p>
      <w:r>
        <w:rPr>
          <w:b/>
        </w:rPr>
        <w:t xml:space="preserve">[1:09:11] </w:t>
      </w:r>
      <w:r>
        <w:t>jo police mein rehta hai, woh bhi.</w:t>
      </w:r>
    </w:p>
    <w:p>
      <w:pPr>
        <w:jc w:val="right"/>
      </w:pPr>
      <w:r>
        <w:t>جو پولیس میں رہتا ہے، وہ بھی۔</w:t>
      </w:r>
    </w:p>
    <w:p>
      <w:r>
        <w:rPr>
          <w:b/>
        </w:rPr>
        <w:t xml:space="preserve">[1:09:15] </w:t>
      </w:r>
      <w:r>
        <w:t>har aadmi ke mind mein ek ideal basa hua hai.</w:t>
      </w:r>
    </w:p>
    <w:p>
      <w:pPr>
        <w:jc w:val="right"/>
      </w:pPr>
      <w:r>
        <w:t>ہر آدمی کے مائنڈ میں ایک آئیڈیل بسا ہوا ہے۔</w:t>
      </w:r>
    </w:p>
    <w:p>
      <w:r>
        <w:rPr>
          <w:b/>
        </w:rPr>
        <w:t xml:space="preserve">[1:09:18] </w:t>
      </w:r>
      <w:r>
        <w:t>lekin koi bhi achieve</w:t>
      </w:r>
    </w:p>
    <w:p>
      <w:pPr>
        <w:jc w:val="right"/>
      </w:pPr>
      <w:r>
        <w:t>لیکن کوئی بھی اچیو</w:t>
      </w:r>
    </w:p>
    <w:p>
      <w:r>
        <w:rPr>
          <w:b/>
        </w:rPr>
        <w:t xml:space="preserve">[1:09:22] </w:t>
      </w:r>
      <w:r>
        <w:t>nahi kar sakta.</w:t>
      </w:r>
    </w:p>
    <w:p>
      <w:pPr>
        <w:jc w:val="right"/>
      </w:pPr>
      <w:r>
        <w:t>نہیں کر سکتا۔</w:t>
      </w:r>
    </w:p>
    <w:p>
      <w:r>
        <w:rPr>
          <w:b/>
        </w:rPr>
        <w:t xml:space="preserve">[1:09:26] </w:t>
      </w:r>
      <w:r>
        <w:t>so called super achievers jo hain, main ne ek kitaab padhi jo is ka naam hi yahi hai: super achievers.</w:t>
      </w:r>
    </w:p>
    <w:p>
      <w:pPr>
        <w:jc w:val="right"/>
      </w:pPr>
      <w:r>
        <w:t>سو کالڈ سپر اچیورز جو ہیں، میں نے ایک کتاب پڑھی جو اس کا نام ہی یہی ہے: سپر اچیورز۔</w:t>
      </w:r>
    </w:p>
    <w:p>
      <w:r>
        <w:rPr>
          <w:b/>
        </w:rPr>
        <w:t xml:space="preserve">[1:09:30] </w:t>
      </w:r>
      <w:r>
        <w:t>super achievers bhi sab ke sab despair mein mare hain.</w:t>
      </w:r>
    </w:p>
    <w:p>
      <w:pPr>
        <w:jc w:val="right"/>
      </w:pPr>
      <w:r>
        <w:t>سپر اچیورز بھی سب کے سب ڈیسپیر میں مرے ہیں۔</w:t>
      </w:r>
    </w:p>
    <w:p>
      <w:r>
        <w:rPr>
          <w:b/>
        </w:rPr>
        <w:t xml:space="preserve">[1:09:34] </w:t>
      </w:r>
      <w:r>
        <w:t>jo so called super achievers hain, aap un ki life parh lijiyey.</w:t>
      </w:r>
    </w:p>
    <w:p>
      <w:pPr>
        <w:jc w:val="right"/>
      </w:pPr>
      <w:r>
        <w:t>جو سو کالڈ سپر اچیورز ہیں، آپ ان کی لائف پڑھ لیجئے۔</w:t>
      </w:r>
    </w:p>
    <w:p>
      <w:r>
        <w:rPr>
          <w:b/>
        </w:rPr>
        <w:t xml:space="preserve">[1:09:38] </w:t>
      </w:r>
      <w:r>
        <w:t>sab ke sab despair mein mare hain.</w:t>
      </w:r>
    </w:p>
    <w:p>
      <w:pPr>
        <w:jc w:val="right"/>
      </w:pPr>
      <w:r>
        <w:t>سب کے سب ڈیسپیر میں مرے ہیں۔</w:t>
      </w:r>
    </w:p>
    <w:p>
      <w:r>
        <w:rPr>
          <w:b/>
        </w:rPr>
        <w:t xml:space="preserve">[1:09:42] </w:t>
      </w:r>
      <w:r>
        <w:t>tata bhi super achiever hi tha, aik jis ko mein ne bataya aap ko ke us ne kaha</w:t>
      </w:r>
    </w:p>
    <w:p>
      <w:pPr>
        <w:jc w:val="right"/>
      </w:pPr>
      <w:r>
        <w:t>ٹاٹا بھی سپر اچیور ہی تھا، ایک جس کو میں نے بتایا آپ کو کہ اس نے کہا</w:t>
      </w:r>
    </w:p>
    <w:p>
      <w:r>
        <w:rPr>
          <w:b/>
        </w:rPr>
        <w:t xml:space="preserve">[1:09:46] </w:t>
      </w:r>
      <w:r>
        <w:t>ke mooli to kha chuka, ab ab is par byaaj par jee raha hoon.</w:t>
      </w:r>
    </w:p>
    <w:p>
      <w:pPr>
        <w:jc w:val="right"/>
      </w:pPr>
      <w:r>
        <w:t>کہ مولی تو کھا چکا، اب اب اس پر بیاج پر جی رہا ہوں۔</w:t>
      </w:r>
    </w:p>
    <w:p>
      <w:r>
        <w:rPr>
          <w:b/>
        </w:rPr>
        <w:t xml:space="preserve">[1:09:50] </w:t>
      </w:r>
      <w:r>
        <w:t>woh bhi aik super achiever tha.</w:t>
      </w:r>
    </w:p>
    <w:p>
      <w:pPr>
        <w:jc w:val="right"/>
      </w:pPr>
      <w:r>
        <w:t>وہ بھی ایک سپر اچیور تھا۔</w:t>
      </w:r>
    </w:p>
    <w:p>
      <w:r>
        <w:rPr>
          <w:b/>
        </w:rPr>
        <w:t xml:space="preserve">[1:09:54] </w:t>
      </w:r>
      <w:r>
        <w:t>to super achievers jo hotey hain, woh bhi aakhir mein despair ka shikaar ho kar marte hain.</w:t>
      </w:r>
    </w:p>
    <w:p>
      <w:pPr>
        <w:jc w:val="right"/>
      </w:pPr>
      <w:r>
        <w:t>تو سپر اچیورز جو ہوتے ہیں، وہ بھی آخر میں ڈسپیر کا شکار ہو کر مرتے ہیں۔</w:t>
      </w:r>
    </w:p>
    <w:p>
      <w:r>
        <w:rPr>
          <w:b/>
        </w:rPr>
        <w:t xml:space="preserve">[1:09:59] </w:t>
      </w:r>
      <w:r>
        <w:t>aik kahani mein ne parhi, aik qissa mein ne parha tha billy graham ke baray mein.</w:t>
      </w:r>
    </w:p>
    <w:p>
      <w:pPr>
        <w:jc w:val="right"/>
      </w:pPr>
      <w:r>
        <w:t>ایک کہانی میں نے پڑھی، ایک قصہ میں نے پڑھا تھا بلی گرہم کے بارے میں۔</w:t>
      </w:r>
    </w:p>
    <w:p>
      <w:r>
        <w:rPr>
          <w:b/>
        </w:rPr>
        <w:t xml:space="preserve">[1:10:05] </w:t>
      </w:r>
      <w:r>
        <w:t>billy graham usa mein bohat top ka aadmi tha aur woh counseling karta tha.</w:t>
      </w:r>
    </w:p>
    <w:p>
      <w:pPr>
        <w:jc w:val="right"/>
      </w:pPr>
      <w:r>
        <w:t>بلی گرہم یو ایس اے میں بہت ٹاپ کا آدمی تھا اور وہ کونسلنگ کرتا تھا۔</w:t>
      </w:r>
    </w:p>
    <w:p>
      <w:r>
        <w:rPr>
          <w:b/>
        </w:rPr>
        <w:t xml:space="preserve">[1:10:10] </w:t>
      </w:r>
      <w:r>
        <w:t>woh counseling aur ab ab to woh bed ridden hai.</w:t>
      </w:r>
    </w:p>
    <w:p>
      <w:pPr>
        <w:jc w:val="right"/>
      </w:pPr>
      <w:r>
        <w:t>وہ کونسلنگ اور اب اب تو وہ بیڈ ریٹن ہے۔</w:t>
      </w:r>
    </w:p>
    <w:p>
      <w:r>
        <w:rPr>
          <w:b/>
        </w:rPr>
        <w:t xml:space="preserve">[1:10:15] </w:t>
      </w:r>
      <w:r>
        <w:t>ab woh aakhri zamana is ka aa gaya hai, ab bo mein nahi kar sakta.</w:t>
      </w:r>
    </w:p>
    <w:p>
      <w:pPr>
        <w:jc w:val="right"/>
      </w:pPr>
      <w:r>
        <w:t>اب وہ آخری زمانہ اس کا آ گیا ہے، اب بو میں نہیں کر سکتا۔</w:t>
      </w:r>
    </w:p>
    <w:p>
      <w:r>
        <w:rPr>
          <w:b/>
        </w:rPr>
        <w:t xml:space="preserve">[1:10:20] </w:t>
      </w:r>
      <w:r>
        <w:t>woh bistar par para hua hai,</w:t>
      </w:r>
    </w:p>
    <w:p>
      <w:pPr>
        <w:jc w:val="right"/>
      </w:pPr>
      <w:r>
        <w:t>وہ بستر پر پڑا ہوا ہے،</w:t>
      </w:r>
    </w:p>
    <w:p>
      <w:r>
        <w:rPr>
          <w:b/>
        </w:rPr>
        <w:t xml:space="preserve">[1:10:25] </w:t>
      </w:r>
      <w:r>
        <w:t>shayad 90 saal umar ho gayi is ki.</w:t>
      </w:r>
    </w:p>
    <w:p>
      <w:pPr>
        <w:jc w:val="right"/>
      </w:pPr>
      <w:r>
        <w:t>شاید 90 سال عمر ہو گئی اس کی۔</w:t>
      </w:r>
    </w:p>
    <w:p>
      <w:r>
        <w:rPr>
          <w:b/>
        </w:rPr>
        <w:t xml:space="preserve">[1:10:31] </w:t>
      </w:r>
      <w:r>
        <w:t>to behal, billy graham ne likha tha aik baar ke aik baar mere paas america ke aik billionaire</w:t>
      </w:r>
    </w:p>
    <w:p>
      <w:pPr>
        <w:jc w:val="right"/>
      </w:pPr>
      <w:r>
        <w:t>تو بہرحال، بلی گرہم نے لکھا تھا ایک بار کہ ایک بار میرے پاس امریکہ کے ایک بلینیئر</w:t>
      </w:r>
    </w:p>
    <w:p>
      <w:r>
        <w:rPr>
          <w:b/>
        </w:rPr>
        <w:t xml:space="preserve">[1:10:38] </w:t>
      </w:r>
      <w:r>
        <w:t>ka ka message mila mujhe, yaani super achiever ka.</w:t>
      </w:r>
    </w:p>
    <w:p>
      <w:pPr>
        <w:jc w:val="right"/>
      </w:pPr>
      <w:r>
        <w:t>کا کا میسج ملا مجھے، یعنی سپر اچیور کا۔</w:t>
      </w:r>
    </w:p>
    <w:p>
      <w:r>
        <w:rPr>
          <w:b/>
        </w:rPr>
        <w:t xml:space="preserve">[1:10:44] </w:t>
      </w:r>
      <w:r>
        <w:t>america ke aik super achiever ka is ko is ko message mila ke mujh se foran mulaqaat karo.</w:t>
      </w:r>
    </w:p>
    <w:p>
      <w:pPr>
        <w:jc w:val="right"/>
      </w:pPr>
      <w:r>
        <w:t>امریکہ کے ایک سپر اچیور کا اس کو اس کو میسج ملا کہ مجھ سے فوراً ملاقات کرو۔</w:t>
      </w:r>
    </w:p>
    <w:p>
      <w:r>
        <w:rPr>
          <w:b/>
        </w:rPr>
        <w:t xml:space="preserve">[1:10:50] </w:t>
      </w:r>
      <w:r>
        <w:t>to billy graham jo hai, us ne apna program khatam kar ke</w:t>
      </w:r>
    </w:p>
    <w:p>
      <w:pPr>
        <w:jc w:val="right"/>
      </w:pPr>
      <w:r>
        <w:t>تو بلی گرہم جو ہے، اس نے اپنا پروگرام ختم کر کے</w:t>
      </w:r>
    </w:p>
    <w:p>
      <w:r>
        <w:rPr>
          <w:b/>
        </w:rPr>
        <w:t xml:space="preserve">[1:10:56] </w:t>
      </w:r>
      <w:r>
        <w:t>gaya wahan foran.</w:t>
      </w:r>
    </w:p>
    <w:p>
      <w:pPr>
        <w:jc w:val="right"/>
      </w:pPr>
      <w:r>
        <w:t>گیا وہاں فوراً۔</w:t>
      </w:r>
    </w:p>
    <w:p>
      <w:r>
        <w:rPr>
          <w:b/>
        </w:rPr>
        <w:t xml:space="preserve">[1:11:01] </w:t>
      </w:r>
      <w:r>
        <w:t>to jab us ke pahuncha us ke ghar par, jo bohat bara ghar tha, to us ko aik</w:t>
      </w:r>
    </w:p>
    <w:p>
      <w:pPr>
        <w:jc w:val="right"/>
      </w:pPr>
      <w:r>
        <w:t>تو جب اس کے پہنچا اس کے گھر پر، جو بہت بڑا گھر تھا، تو اس کو ایک</w:t>
      </w:r>
    </w:p>
    <w:p>
      <w:r>
        <w:rPr>
          <w:b/>
        </w:rPr>
        <w:t xml:space="preserve">[1:11:07] </w:t>
      </w:r>
      <w:r>
        <w:t>alag room mein le jaya gaya.</w:t>
      </w:r>
    </w:p>
    <w:p>
      <w:pPr>
        <w:jc w:val="right"/>
      </w:pPr>
      <w:r>
        <w:t>الگ روم میں لے جایا گیا۔</w:t>
      </w:r>
    </w:p>
    <w:p>
      <w:r>
        <w:rPr>
          <w:b/>
        </w:rPr>
        <w:t xml:space="preserve">[1:11:12] </w:t>
      </w:r>
      <w:r>
        <w:t>is mein woh billionaire jo thay, woh wahan par aaye.</w:t>
      </w:r>
    </w:p>
    <w:p>
      <w:pPr>
        <w:jc w:val="right"/>
      </w:pPr>
      <w:r>
        <w:t>اس میں وہ بلینیئر جو تھے، وہ وہاں پر آئے۔</w:t>
      </w:r>
    </w:p>
    <w:p>
      <w:r>
        <w:rPr>
          <w:b/>
        </w:rPr>
        <w:t xml:space="preserve">[1:11:17] </w:t>
      </w:r>
      <w:r>
        <w:t>woh aaye, do aadmi is kamray mein thay bas.</w:t>
      </w:r>
    </w:p>
    <w:p>
      <w:pPr>
        <w:jc w:val="right"/>
      </w:pPr>
      <w:r>
        <w:t>وہ آئے، دو آدمی اس کمرے میں تھے بس۔</w:t>
      </w:r>
    </w:p>
    <w:p>
      <w:r>
        <w:rPr>
          <w:b/>
        </w:rPr>
        <w:t xml:space="preserve">[1:11:23] </w:t>
      </w:r>
      <w:r>
        <w:t>to us ne kya kaha? us america ke billionaire ne to us ne likha tha ke unhon ne kaha ke</w:t>
      </w:r>
    </w:p>
    <w:p>
      <w:pPr>
        <w:jc w:val="right"/>
      </w:pPr>
      <w:r>
        <w:t>تو اس نے کیا کہا؟ اس امریکہ کے بلینیئر نے تو اس نے لکھا تھا کہ انہوں نے کہا کہ</w:t>
      </w:r>
    </w:p>
    <w:p>
      <w:r>
        <w:rPr>
          <w:b/>
        </w:rPr>
        <w:t xml:space="preserve">[1:11:28] </w:t>
      </w:r>
      <w:r>
        <w:t>taqreeban yahi wording thi us ki, jahan tak mujhe yaad hai ke "I am an old man". Billy Graham se kaha us ne: "I am an old man". life has lost all meaning. "I am an old man". life has lost all meaning. I am "I am going to take a fateful leap into the un</w:t>
      </w:r>
    </w:p>
    <w:p>
      <w:pPr>
        <w:jc w:val="right"/>
      </w:pPr>
      <w:r>
        <w:t>تقریباً یہی ورڈنگ تھی اس کی، جہاں تک مجھے یاد ہے کہ "آئی ایم این اولڈ مین"۔ بلی گرہم سے کہا اس نے: "آئی ایم این اولڈ مین"۔ لائف ہیز لاسٹ ال میننگ۔ "آئی ایم این اولڈ مین"۔ لائف ہیز لاسٹ ال میننگ۔ آئی اے "آئی ایم گوئنگ ٹو ٹیک ا فیٹ فل لیپ انٹو دا ان ن</w:t>
      </w:r>
    </w:p>
    <w:p>
      <w:r>
        <w:rPr>
          <w:b/>
        </w:rPr>
        <w:t xml:space="preserve">[1:11:58] </w:t>
      </w:r>
      <w:r>
        <w:t>one".</w:t>
      </w:r>
    </w:p>
    <w:p>
      <w:pPr>
        <w:jc w:val="right"/>
      </w:pPr>
      <w:r>
        <w:t>ون"۔</w:t>
      </w:r>
    </w:p>
    <w:p>
      <w:r>
        <w:rPr>
          <w:b/>
        </w:rPr>
        <w:t xml:space="preserve">[1:12:02] </w:t>
      </w:r>
      <w:r>
        <w:t>دیکھیں کیسے عجیب शब्द اس کے منہ سے نکلے: "I am going to take a fateful leap.</w:t>
      </w:r>
    </w:p>
    <w:p>
      <w:pPr>
        <w:jc w:val="right"/>
      </w:pPr>
      <w:r>
        <w:t>دیکھیں کیسے عجیب शब्द اس کے منہ سے نکلے: "آئی ایم گوئنگ ٹو ٹیک ا فیٹ فل لیپ</w:t>
      </w:r>
    </w:p>
    <w:p>
      <w:r>
        <w:rPr>
          <w:b/>
        </w:rPr>
        <w:t xml:space="preserve">[1:12:06] </w:t>
      </w:r>
      <w:r>
        <w:t>"into the unknown". Young man, can you give me a rap of hope? Is waqt Billy Graham</w:t>
      </w:r>
    </w:p>
    <w:p>
      <w:pPr>
        <w:jc w:val="right"/>
      </w:pPr>
      <w:r>
        <w:t>ان انٹو دا ان نون"۔ینگ مین، کین یو گیو می ا ریپ اف ہوپ؟ اس وقت بلی گرہم</w:t>
      </w:r>
    </w:p>
    <w:p>
      <w:r>
        <w:rPr>
          <w:b/>
        </w:rPr>
        <w:t xml:space="preserve">[1:12:11] </w:t>
      </w:r>
      <w:r>
        <w:t>naujawan tha, ab to wohi boodha ho chuka hai.</w:t>
      </w:r>
    </w:p>
    <w:p>
      <w:pPr>
        <w:jc w:val="right"/>
      </w:pPr>
      <w:r>
        <w:t>نوجوان تھا، اب تو وہی بوڑھا ہو چکا ہے۔</w:t>
      </w:r>
    </w:p>
    <w:p>
      <w:r>
        <w:rPr>
          <w:b/>
        </w:rPr>
        <w:t xml:space="preserve">[1:12:15] </w:t>
      </w:r>
      <w:r>
        <w:t>mein khud apna bataon aap ko ke mein amreeka gaya hai.</w:t>
      </w:r>
    </w:p>
    <w:p>
      <w:pPr>
        <w:jc w:val="right"/>
      </w:pPr>
      <w:r>
        <w:t>میں خود اپنا بتاؤں آپ کو کہ میں امریکہ گیا ہے۔</w:t>
      </w:r>
    </w:p>
    <w:p>
      <w:r>
        <w:rPr>
          <w:b/>
        </w:rPr>
        <w:t xml:space="preserve">[1:12:19] </w:t>
      </w:r>
      <w:r>
        <w:t>amreeka ka mein ghaliban 13 baar gaya hon.</w:t>
      </w:r>
    </w:p>
    <w:p>
      <w:pPr>
        <w:jc w:val="right"/>
      </w:pPr>
      <w:r>
        <w:t>امریکہ کا میں غالباً 13 بار گیا ہوں۔</w:t>
      </w:r>
    </w:p>
    <w:p>
      <w:r>
        <w:rPr>
          <w:b/>
        </w:rPr>
        <w:t xml:space="preserve">[1:12:24] </w:t>
      </w:r>
      <w:r>
        <w:t>to aik bohat bara aik aadmi</w:t>
      </w:r>
    </w:p>
    <w:p>
      <w:pPr>
        <w:jc w:val="right"/>
      </w:pPr>
      <w:r>
        <w:t>تو ایک بہت بڑا ایک آدمی</w:t>
      </w:r>
    </w:p>
    <w:p>
      <w:r>
        <w:rPr>
          <w:b/>
        </w:rPr>
        <w:t xml:space="preserve">[1:12:28] </w:t>
      </w:r>
      <w:r>
        <w:t>tha jis ke baray mein mujhe bataya gaya ke hundred million dollar se ziyada is ka asset hai</w:t>
      </w:r>
    </w:p>
    <w:p>
      <w:pPr>
        <w:jc w:val="right"/>
      </w:pPr>
      <w:r>
        <w:t>تھا جس کے بارے میں مجھے بتایا گیا کہ ہنڈرڈ ملین ڈالر سے زیادہ اس کا اسٹ ہے</w:t>
      </w:r>
    </w:p>
    <w:p>
      <w:r>
        <w:rPr>
          <w:b/>
        </w:rPr>
        <w:t xml:space="preserve">[1:12:34] </w:t>
      </w:r>
      <w:r>
        <w:t>aur dunya mein jo bari bari computer ki factories hain, un mein is ka number chatha hai.</w:t>
      </w:r>
    </w:p>
    <w:p>
      <w:pPr>
        <w:jc w:val="right"/>
      </w:pPr>
      <w:r>
        <w:t>اور دنیا میں جو بڑی بڑی کمپیوٹر کی فیکٹریز ہیں، ان میں اس کا نمبر چھٹا ہے۔</w:t>
      </w:r>
    </w:p>
    <w:p>
      <w:r>
        <w:rPr>
          <w:b/>
        </w:rPr>
        <w:t xml:space="preserve">[1:12:40] </w:t>
      </w:r>
      <w:r>
        <w:t>to unhon ne bulaya tha mujhe apne haan khane ke liye.</w:t>
      </w:r>
    </w:p>
    <w:p>
      <w:pPr>
        <w:jc w:val="right"/>
      </w:pPr>
      <w:r>
        <w:t>تو انہوں نے بلایا تھا مجھے اپنے ہاں کھانے کے لیے۔</w:t>
      </w:r>
    </w:p>
    <w:p>
      <w:r>
        <w:rPr>
          <w:b/>
        </w:rPr>
        <w:t xml:space="preserve">[1:12:46] </w:t>
      </w:r>
      <w:r>
        <w:t>jab khana ho chuka to mujhe mujhe mujh se bataya gaya ke message mein un ki milna chahte hain.</w:t>
      </w:r>
    </w:p>
    <w:p>
      <w:pPr>
        <w:jc w:val="right"/>
      </w:pPr>
      <w:r>
        <w:t>جب کھانا ہو چکا تو مجھے مجھے مجھ سے بتایا گیا کہ میسج میں ان کی ملنا چاہتے ہیں۔</w:t>
      </w:r>
    </w:p>
    <w:p>
      <w:r>
        <w:rPr>
          <w:b/>
        </w:rPr>
        <w:t xml:space="preserve">[1:12:52] </w:t>
      </w:r>
      <w:r>
        <w:t>un ki message Japanese lady</w:t>
      </w:r>
    </w:p>
    <w:p>
      <w:pPr>
        <w:jc w:val="right"/>
      </w:pPr>
      <w:r>
        <w:t>ان کی میسج جاپانیز لیڈی</w:t>
      </w:r>
    </w:p>
    <w:p>
      <w:r>
        <w:rPr>
          <w:b/>
        </w:rPr>
        <w:t xml:space="preserve">[1:12:58] </w:t>
      </w:r>
      <w:r>
        <w:t>thi, aik unhon ne aik Japanese ladies shadi ki thi.</w:t>
      </w:r>
    </w:p>
    <w:p>
      <w:pPr>
        <w:jc w:val="right"/>
      </w:pPr>
      <w:r>
        <w:t>تھی، ایک انہوں نے ایک جاپانیز لیڈیز شادی کی تھی۔</w:t>
      </w:r>
    </w:p>
    <w:p>
      <w:r>
        <w:rPr>
          <w:b/>
        </w:rPr>
        <w:t xml:space="preserve">[1:13:04] </w:t>
      </w:r>
      <w:r>
        <w:t>to to milna chahti hain mujh se.</w:t>
      </w:r>
    </w:p>
    <w:p>
      <w:pPr>
        <w:jc w:val="right"/>
      </w:pPr>
      <w:r>
        <w:t>تو تو ملنا چاہتی ہیں مجھ سے۔</w:t>
      </w:r>
    </w:p>
    <w:p>
      <w:r>
        <w:rPr>
          <w:b/>
        </w:rPr>
        <w:t xml:space="preserve">[1:13:10] </w:t>
      </w:r>
      <w:r>
        <w:t>to aik alag kamray mein mujhe le gaye.</w:t>
      </w:r>
    </w:p>
    <w:p>
      <w:pPr>
        <w:jc w:val="right"/>
      </w:pPr>
      <w:r>
        <w:t>تو ایک الگ کمرے میں مجھے لے گئے۔</w:t>
      </w:r>
    </w:p>
    <w:p>
      <w:r>
        <w:rPr>
          <w:b/>
        </w:rPr>
        <w:t xml:space="preserve">[1:13:16] </w:t>
      </w:r>
      <w:r>
        <w:t>wahan sirf do chair theen, aik par woh baithi, aik par mein baitha.</w:t>
      </w:r>
    </w:p>
    <w:p>
      <w:pPr>
        <w:jc w:val="right"/>
      </w:pPr>
      <w:r>
        <w:t>وہاں صرف دو چیئر تھیں، ایک پر وہ بیٹھی، ایک پر میں بیٹھا۔</w:t>
      </w:r>
    </w:p>
    <w:p>
      <w:r>
        <w:rPr>
          <w:b/>
        </w:rPr>
        <w:t xml:space="preserve">[1:13:22] </w:t>
      </w:r>
      <w:r>
        <w:t>to jante hain kya hua? kuch farewell baat mein ne, kuch "how are you" aisa kuch kaha hua.</w:t>
      </w:r>
    </w:p>
    <w:p>
      <w:pPr>
        <w:jc w:val="right"/>
      </w:pPr>
      <w:r>
        <w:t>تو جانتے ہیں کیا ہوا؟ کچھ فارول بات میں نے، کچھ "ہاؤ ار یو" ایسا کچھ کہا ہوا۔</w:t>
      </w:r>
    </w:p>
    <w:p>
      <w:r>
        <w:rPr>
          <w:b/>
        </w:rPr>
        <w:t xml:space="preserve">[1:13:28] </w:t>
      </w:r>
      <w:r>
        <w:t>woh bechari chup chap baithi hui, kuch bhi aik aik aik aik shabd nahi boli woh.</w:t>
      </w:r>
    </w:p>
    <w:p>
      <w:pPr>
        <w:jc w:val="right"/>
      </w:pPr>
      <w:r>
        <w:t>وہ بیچاری چپ چاپ بیٹھی ہوئی، کچھ بھی ایک ایک ایک ایک शब्द نہیں بولی وہ۔</w:t>
      </w:r>
    </w:p>
    <w:p>
      <w:r>
        <w:rPr>
          <w:b/>
        </w:rPr>
        <w:t xml:space="preserve">[1:13:34] </w:t>
      </w:r>
      <w:r>
        <w:t>aur jab mein ne kuch kaha aisa kuch "how are you" waghera to lagi rone, rone lagi, rone lagi.</w:t>
      </w:r>
    </w:p>
    <w:p>
      <w:pPr>
        <w:jc w:val="right"/>
      </w:pPr>
      <w:r>
        <w:t>اور جب میں نے کچھ کہا ایسا کچھ "ہاؤ ار یو" وغیرہ تو لگی رونے، رونے لگی، رونے لگی۔</w:t>
      </w:r>
    </w:p>
    <w:p>
      <w:r>
        <w:rPr>
          <w:b/>
        </w:rPr>
        <w:t xml:space="preserve">[1:13:40] </w:t>
      </w:r>
      <w:r>
        <w:t>yani woh kehne ke bajaye roti hi roti hi roti rahi.</w:t>
      </w:r>
    </w:p>
    <w:p>
      <w:pPr>
        <w:jc w:val="right"/>
      </w:pPr>
      <w:r>
        <w:t>یعنی وہ کہنے کے بجائے روتی ہی روتی ہی روتی رہی۔</w:t>
      </w:r>
    </w:p>
    <w:p>
      <w:r>
        <w:rPr>
          <w:b/>
        </w:rPr>
        <w:t xml:space="preserve">[1:13:46] </w:t>
      </w:r>
      <w:r>
        <w:t>aur phir us ne kaha ke English mein us ne kaha tha, mujhe us ki wording yaad nahi</w:t>
      </w:r>
    </w:p>
    <w:p>
      <w:pPr>
        <w:jc w:val="right"/>
      </w:pPr>
      <w:r>
        <w:t>اور پھر اس نے کہا کہ انگلش میں اس نے کہا تھا، مجھے اس کی ورڈنگ یاد نہیں</w:t>
      </w:r>
    </w:p>
    <w:p>
      <w:r>
        <w:rPr>
          <w:b/>
        </w:rPr>
        <w:t xml:space="preserve">[1:13:53] </w:t>
      </w:r>
      <w:r>
        <w:t>hai, matlab is ka yeh tha</w:t>
      </w:r>
    </w:p>
    <w:p>
      <w:pPr>
        <w:jc w:val="right"/>
      </w:pPr>
      <w:r>
        <w:t>ہے، مطلب اس کا یہ تھا</w:t>
      </w:r>
    </w:p>
    <w:p>
      <w:r>
        <w:rPr>
          <w:b/>
        </w:rPr>
        <w:t xml:space="preserve">[1:13:59] </w:t>
      </w:r>
      <w:r>
        <w:t>keh "maulana sahib, hamare liye dua kijiye". Bas yahi ek ek hi sentence is ke munh se nikla. Aur bahut bada ghar tha is ka, is ghar mein woh tha swimming pool tha is ke ghar mein. Aur kya kya tha, bahut kuch tha. To roti rahi aur aakhir mein sirf yahi kaha keh "maulana sahib, hamare liye dua kijiye". Yani Urdu nahi bol rahi thi, woh English mein kaha tha is ne</w:t>
      </w:r>
    </w:p>
    <w:p>
      <w:pPr>
        <w:jc w:val="right"/>
      </w:pPr>
      <w:r>
        <w:t>کہ "مولانا صاحب، ہمارے لیے دعا کیجئے"۔ بس یہی ایک ایک ہی سینٹنس اس کے منہ سے نکلا۔ اور بہت بڑا گھر تھا اس کا، اس گھر میں وہ تھا سویمنگ پول تھا اس کے گھر میں۔ اور کیا کیا تھا، بہت کچھ تھا۔ تو روتی رہی اور آخر میں صرف یہی کہا کہ "مولانا صاحب، ہمارے لیے دعا کیجئے"۔ یعنی اردو نہیں بول رہی تھی، وہ انگلش میں کہا تھا اس نے</w:t>
      </w:r>
    </w:p>
    <w:p>
      <w:r>
        <w:rPr>
          <w:b/>
        </w:rPr>
        <w:t xml:space="preserve">[1:14:29] </w:t>
      </w:r>
      <w:r>
        <w:t>sentence.</w:t>
      </w:r>
    </w:p>
    <w:p>
      <w:pPr>
        <w:jc w:val="right"/>
      </w:pPr>
      <w:r>
        <w:t>سینٹنس۔</w:t>
      </w:r>
    </w:p>
    <w:p>
      <w:r>
        <w:rPr>
          <w:b/>
        </w:rPr>
        <w:t xml:space="preserve">[1:14:33] </w:t>
      </w:r>
      <w:r>
        <w:t>mujhe exact wording yaad nahi hai, matlab is ka yahi tha ke "hamare liye dua kijiye".</w:t>
      </w:r>
    </w:p>
    <w:p>
      <w:pPr>
        <w:jc w:val="right"/>
      </w:pPr>
      <w:r>
        <w:t>مجھے ایگزیکٹ ورڈنگ یاد نہیں ہے، مطلب اس کا یہی تھا کہ "ہمارے لیے دعا کیجئے"۔</w:t>
      </w:r>
    </w:p>
    <w:p>
      <w:r>
        <w:rPr>
          <w:b/>
        </w:rPr>
        <w:t xml:space="preserve">[1:14:37] </w:t>
      </w:r>
      <w:r>
        <w:t>har aadmi yaad yaad rakhe ke dukhi hai andar se, koi bhi khush nahi hai.</w:t>
      </w:r>
    </w:p>
    <w:p>
      <w:pPr>
        <w:jc w:val="right"/>
      </w:pPr>
      <w:r>
        <w:t>ہر آدمی یاد یاد رکھے کہ دکھی ہے اندر سے، کوئی بھی خوش نہیں ہے۔</w:t>
      </w:r>
    </w:p>
    <w:p>
      <w:r>
        <w:rPr>
          <w:b/>
        </w:rPr>
        <w:t xml:space="preserve">[1:14:42] </w:t>
      </w:r>
      <w:r>
        <w:t>khush kyun hai? nahi hai, is liye khush nahi hai ke us ne chaha tha ideal aur mila</w:t>
      </w:r>
    </w:p>
    <w:p>
      <w:pPr>
        <w:jc w:val="right"/>
      </w:pPr>
      <w:r>
        <w:t>خوش کیوں ہے؟ نہیں ہے، اس لیے خوش نہیں ہے کہ اس نے چاہا تھا آئیڈیل اور ملا</w:t>
      </w:r>
    </w:p>
    <w:p>
      <w:r>
        <w:rPr>
          <w:b/>
        </w:rPr>
        <w:t xml:space="preserve">[1:14:46] </w:t>
      </w:r>
      <w:r>
        <w:t>less than ideal.</w:t>
      </w:r>
    </w:p>
    <w:p>
      <w:pPr>
        <w:jc w:val="right"/>
      </w:pPr>
      <w:r>
        <w:t>لیس دین آئیڈیل۔</w:t>
      </w:r>
    </w:p>
    <w:p>
      <w:r>
        <w:rPr>
          <w:b/>
        </w:rPr>
        <w:t xml:space="preserve">[1:14:51] </w:t>
      </w:r>
      <w:r>
        <w:t>sara khulasa yeh hai.</w:t>
      </w:r>
    </w:p>
    <w:p>
      <w:pPr>
        <w:jc w:val="right"/>
      </w:pPr>
      <w:r>
        <w:t>سارا خلاصہ یہ ہے۔</w:t>
      </w:r>
    </w:p>
    <w:p>
      <w:r>
        <w:rPr>
          <w:b/>
        </w:rPr>
        <w:t xml:space="preserve">[1:14:55] </w:t>
      </w:r>
      <w:r>
        <w:t>matlab wahi jo mein ne bataya, unhon ne bohat acha, bohat khoobsurat jo hai,</w:t>
      </w:r>
    </w:p>
    <w:p>
      <w:pPr>
        <w:jc w:val="right"/>
      </w:pPr>
      <w:r>
        <w:t>مطلب وہی جو میں نے بتایا، انہوں نے بہت اچھا، بہت خوبصورت جو ہے،</w:t>
      </w:r>
    </w:p>
    <w:p>
      <w:r>
        <w:rPr>
          <w:b/>
        </w:rPr>
        <w:t xml:space="preserve">[1:14:59] </w:t>
      </w:r>
      <w:r>
        <w:t>woh swimming pool banaya apne ghar mein۔ aur jante hain is ke baad hua kya? hua yeh keh un ki choti bachi jo hai, woh apne rengte rengte wahan gayi aur is mein gir padi۔ woh kuch der ke baad unho ne pata kiya keh is mein ladki gir gayi hai, jab ke woh pani is ke body mein aa chuka tha۔ ab jante hain keh pani jab body aa jaye kafi to phir bahut mushkil ho jata hai۔ to nikali gayi woh</w:t>
      </w:r>
    </w:p>
    <w:p>
      <w:pPr>
        <w:jc w:val="right"/>
      </w:pPr>
      <w:r>
        <w:t>وہ سویمنگ پول بنایا اپنے گھر میں۔ اور جانتے ہیں اس کے بعد ہوا کیا؟ ہوا یہ کہ ان کی چھوٹی بچی جو ہے، وہ اپنے رینگتے رینگتے وہاں گئی اور اس میں گر پڑی۔ وہ کچھ دیر کے بعد انہوں نے پتہ کیا کہ اس میں لڑکی گر گئی ہے، جب کہ وہ پانی اس کے باڈی میں آ چکا تھا۔ اب جانتے ہیں کہ پانی جب باڈی آ جائے کافی تو پھر بہت مشکل ہو جاتا ہے۔ تو نکالی گئی وہ</w:t>
      </w:r>
    </w:p>
    <w:p>
      <w:r>
        <w:rPr>
          <w:b/>
        </w:rPr>
        <w:t xml:space="preserve">[1:15:29] </w:t>
      </w:r>
      <w:r>
        <w:t>aur bohat doctor log bulaye gaye, yeh hua, woh hua.</w:t>
      </w:r>
    </w:p>
    <w:p>
      <w:pPr>
        <w:jc w:val="right"/>
      </w:pPr>
      <w:r>
        <w:t>اور بہت ڈاکٹر لوگ بلائے گئے، یہ ہوا، وہ ہوا۔</w:t>
      </w:r>
    </w:p>
    <w:p>
      <w:r>
        <w:rPr>
          <w:b/>
        </w:rPr>
        <w:t xml:space="preserve">[1:15:34] </w:t>
      </w:r>
      <w:r>
        <w:t>lekin phir kabhi bhi woh yani theek nahi ho saki.</w:t>
      </w:r>
    </w:p>
    <w:p>
      <w:pPr>
        <w:jc w:val="right"/>
      </w:pPr>
      <w:r>
        <w:t>لیکن پھر کبھی بھی وہ یعنی ٹھیک نہیں ہو سکی۔</w:t>
      </w:r>
    </w:p>
    <w:p>
      <w:r>
        <w:rPr>
          <w:b/>
        </w:rPr>
        <w:t xml:space="preserve">[1:15:38] </w:t>
      </w:r>
      <w:r>
        <w:t>jab mein gaya tha us ke haan to woh ek wheel chair par litai hui thi ya baithi</w:t>
      </w:r>
    </w:p>
    <w:p>
      <w:pPr>
        <w:jc w:val="right"/>
      </w:pPr>
      <w:r>
        <w:t>جب میں گیا تھا اس کے ہاں تو وہ ایک ویل چیئر پر لٹائی ہوئی تھی یا بیٹھی</w:t>
      </w:r>
    </w:p>
    <w:p>
      <w:r>
        <w:rPr>
          <w:b/>
        </w:rPr>
        <w:t xml:space="preserve">[1:15:43] </w:t>
      </w:r>
      <w:r>
        <w:t>hui thi aur kuch bol nahi pati thi.</w:t>
      </w:r>
    </w:p>
    <w:p>
      <w:pPr>
        <w:jc w:val="right"/>
      </w:pPr>
      <w:r>
        <w:t>ہوئی تھی اور کچھ بول نہیں پاتی تھی۔</w:t>
      </w:r>
    </w:p>
    <w:p>
      <w:r>
        <w:rPr>
          <w:b/>
        </w:rPr>
        <w:t xml:space="preserve">[1:15:47] </w:t>
      </w:r>
      <w:r>
        <w:t>hamesha ke liye woh disable ho gayi is is swimming pool mein.</w:t>
      </w:r>
    </w:p>
    <w:p>
      <w:pPr>
        <w:jc w:val="right"/>
      </w:pPr>
      <w:r>
        <w:t>ہمیشہ کے لیے وہ ڈس ایبل ہو گئی اس اس سویمنگ پول میں۔</w:t>
      </w:r>
    </w:p>
    <w:p>
      <w:r>
        <w:rPr>
          <w:b/>
        </w:rPr>
        <w:t xml:space="preserve">[1:15:52] </w:t>
      </w:r>
      <w:r>
        <w:t>ya yeh duniya ke paradise ka haal hai.</w:t>
      </w:r>
    </w:p>
    <w:p>
      <w:pPr>
        <w:jc w:val="right"/>
      </w:pPr>
      <w:r>
        <w:t>یا یہ دنیا کے پیرڈائز کا حال ہے۔</w:t>
      </w:r>
    </w:p>
    <w:p>
      <w:r>
        <w:rPr>
          <w:b/>
        </w:rPr>
        <w:t xml:space="preserve">[1:15:56] </w:t>
      </w:r>
      <w:r>
        <w:t>yeh sirf is paradise mein hoga ke aap</w:t>
      </w:r>
    </w:p>
    <w:p>
      <w:pPr>
        <w:jc w:val="right"/>
      </w:pPr>
      <w:r>
        <w:t>یہ صرف اس پیرڈائز میں ہوگا کہ آپ</w:t>
      </w:r>
    </w:p>
    <w:p>
      <w:r>
        <w:rPr>
          <w:b/>
        </w:rPr>
        <w:t xml:space="preserve">[1:16:01] </w:t>
      </w:r>
      <w:r>
        <w:t>ke sath is qism ka accident nahi hoga.</w:t>
      </w:r>
    </w:p>
    <w:p>
      <w:pPr>
        <w:jc w:val="right"/>
      </w:pPr>
      <w:r>
        <w:t>کے ساتھ اس قسم کا ایکسیڈنٹ نہیں ہوگے۔</w:t>
      </w:r>
    </w:p>
    <w:p>
      <w:r>
        <w:rPr>
          <w:b/>
        </w:rPr>
        <w:t xml:space="preserve">[1:16:05] </w:t>
      </w:r>
      <w:r>
        <w:t>woh jo paradise hai jo Khuda ne banai hai, insano ki banai hui paradise mein hamesha yahi hoga.</w:t>
      </w:r>
    </w:p>
    <w:p>
      <w:pPr>
        <w:jc w:val="right"/>
      </w:pPr>
      <w:r>
        <w:t>وہ جو پیرڈائز ہے جو خدا نے بنائی ہے، انسانوں کی بنائی ہوئی پیرڈائز میں ہمیشہ یہی ہوگا۔</w:t>
      </w:r>
    </w:p>
    <w:p>
      <w:r>
        <w:rPr>
          <w:b/>
        </w:rPr>
        <w:t xml:space="preserve">[1:16:09] </w:t>
      </w:r>
      <w:r>
        <w:t>jo Khuda ki duniya hoti hai, us mein aisa nahi hota.</w:t>
      </w:r>
    </w:p>
    <w:p>
      <w:pPr>
        <w:jc w:val="right"/>
      </w:pPr>
      <w:r>
        <w:t>جو خدا کی دنیا ہوتی ہے، اس میں ایسا نہیں ہوتا۔</w:t>
      </w:r>
    </w:p>
    <w:p>
      <w:r>
        <w:rPr>
          <w:b/>
        </w:rPr>
        <w:t xml:space="preserve">[1:16:13] </w:t>
      </w:r>
      <w:r>
        <w:t>aaj bhi yeh difference aap dekh sakte hain.</w:t>
      </w:r>
    </w:p>
    <w:p>
      <w:pPr>
        <w:jc w:val="right"/>
      </w:pPr>
      <w:r>
        <w:t>آج بھی یہ ڈیفرنس آپ دیکھ سکتے ہیں۔</w:t>
      </w:r>
    </w:p>
    <w:p>
      <w:r>
        <w:rPr>
          <w:b/>
        </w:rPr>
        <w:t xml:space="preserve">[1:16:18] </w:t>
      </w:r>
      <w:r>
        <w:t>jaisa ke maine arz kiya ke Khuda ne jo duniya banai hai, us mein billion trillion se</w:t>
      </w:r>
    </w:p>
    <w:p>
      <w:pPr>
        <w:jc w:val="right"/>
      </w:pPr>
      <w:r>
        <w:t>جیسا کہ میں نے عرض کیا کہ خدا نے جو دنیا بنائی ہے، اس میں بلین ٹریلین سے</w:t>
      </w:r>
    </w:p>
    <w:p>
      <w:r>
        <w:rPr>
          <w:b/>
        </w:rPr>
        <w:t xml:space="preserve">[1:16:22] </w:t>
      </w:r>
      <w:r>
        <w:t>bhi zyada stars fly kar rahe hain.</w:t>
      </w:r>
    </w:p>
    <w:p>
      <w:pPr>
        <w:jc w:val="right"/>
      </w:pPr>
      <w:r>
        <w:t>بھی زیادہ اسٹارز فلائی کر رہے ہیں۔</w:t>
      </w:r>
    </w:p>
    <w:p>
      <w:r>
        <w:rPr>
          <w:b/>
        </w:rPr>
        <w:t xml:space="preserve">[1:16:26] </w:t>
      </w:r>
      <w:r>
        <w:t>aur hamare jahaz jo fly karte hain, un ka haal kya ho</w:t>
      </w:r>
    </w:p>
    <w:p>
      <w:pPr>
        <w:jc w:val="right"/>
      </w:pPr>
      <w:r>
        <w:t>اور ہمارے جہاز جو فلائی کرتے ہیں، ان کا حال کیا ہوت</w:t>
      </w:r>
    </w:p>
    <w:p>
      <w:r>
        <w:rPr>
          <w:b/>
        </w:rPr>
        <w:t xml:space="preserve">[1:16:31] </w:t>
      </w:r>
      <w:r>
        <w:t>a hai? rozana ek crash hota hai, rozana ek ek ek accident hota hai, kuch na kuch hota rehta hai barabar.</w:t>
      </w:r>
    </w:p>
    <w:p>
      <w:pPr>
        <w:jc w:val="right"/>
      </w:pPr>
      <w:r>
        <w:t>ا ہے؟ روزانہ ایک کریش ہوتا ہے، روزانہ ایک ایک ایکسیڈنٹ ہوتا ہے، کچھ نہ کچھ ہوتا رہتا ہے برابر۔</w:t>
      </w:r>
    </w:p>
    <w:p>
      <w:r>
        <w:rPr>
          <w:b/>
        </w:rPr>
        <w:t xml:space="preserve">[1:16:37] </w:t>
      </w:r>
      <w:r>
        <w:t>aur space mein kabhi bhi aisa nahi hua ke stars aapas mein crash karein, suraj chand takra jayein apne andar.</w:t>
      </w:r>
    </w:p>
    <w:p>
      <w:pPr>
        <w:jc w:val="right"/>
      </w:pPr>
      <w:r>
        <w:t>اور اسپیس میں کبھی بھی ایسا نہیں ہوا کہ اسٹارز آپس میں کریش کریں، سورج چاند ٹکرا جائیں اپنے اندر۔</w:t>
      </w:r>
    </w:p>
    <w:p>
      <w:r>
        <w:rPr>
          <w:b/>
        </w:rPr>
        <w:t xml:space="preserve">[1:16:43] </w:t>
      </w:r>
      <w:r>
        <w:t>yeh planets jo hain, in mein koi is qism ka qissa pesh aaye.</w:t>
      </w:r>
    </w:p>
    <w:p>
      <w:pPr>
        <w:jc w:val="right"/>
      </w:pPr>
      <w:r>
        <w:t>یہ پلینٹس جو ہیں، ان میں کوئی اس قسم کا قصہ پیش آئے۔</w:t>
      </w:r>
    </w:p>
    <w:p>
      <w:r>
        <w:rPr>
          <w:b/>
        </w:rPr>
        <w:t xml:space="preserve">[1:16:49] </w:t>
      </w:r>
      <w:r>
        <w:t>تو آج بھی آپ دیکھ سکتے ہیں کہ جو جو God industry جو ہے، effect کام کر</w:t>
      </w:r>
    </w:p>
    <w:p>
      <w:pPr>
        <w:jc w:val="right"/>
      </w:pPr>
      <w:r>
        <w:t>تو آج بھی آپ دیکھ سکتے ہیں کہ جو جو گاڈ کی انڈسٹری جو ہے، ایفیکٹ کام کر</w:t>
      </w:r>
    </w:p>
    <w:p>
      <w:r>
        <w:rPr>
          <w:b/>
        </w:rPr>
        <w:t xml:space="preserve">[1:16:55] </w:t>
      </w:r>
      <w:r>
        <w:t>rahi hai, woh zero defect ind</w:t>
      </w:r>
    </w:p>
    <w:p>
      <w:pPr>
        <w:jc w:val="right"/>
      </w:pPr>
      <w:r>
        <w:t>رہی ہے، وہ زیرو ڈیفیکٹ انڈ</w:t>
      </w:r>
    </w:p>
    <w:p>
      <w:r>
        <w:rPr>
          <w:b/>
        </w:rPr>
        <w:t xml:space="preserve">[1:17:01] </w:t>
      </w:r>
      <w:r>
        <w:t>ustry hai۔ aaj bhi aur jo insan ki industry hai, aaj bhi dekh sakte hain keh sab defect defect is ke andar hai۔ yeh sara khuda ki industry hi to hai۔ yeh universe jo hai, itna bada, yeh khuda ki industry hi to hai۔ yeh aap ek ghaas ko dekhiye, yani ek final model par hai ghaas۔ koi artist kya ghaas se acha koi model bana sakta hai? jab main dekhta hoon ek ghaas ko to main</w:t>
      </w:r>
    </w:p>
    <w:p>
      <w:pPr>
        <w:jc w:val="right"/>
      </w:pPr>
      <w:r>
        <w:t>سٹری ہے۔ آج بھی اور جو انسان کی انڈسٹری ہے، آج بھی دیکھ سکتے ہیں کہ سب ڈیفیکٹی ڈیفیکٹ اس کے اندر ہے۔ یہ سارا خدا کی انڈسٹری ہی تو ہے۔ یہ یونیورس جو ہے، اتنا بڑا، یہ خدا کی انڈسٹری ہی تو ہے۔ یہ آپ ایک گھاس کو دیکھیے، یعنی ایک فائنل ماڈل پر ہے گھاس۔ کوئی آرٹسٹ کیا گھاس سے اچھا کوئی ماڈل بنا سکتا ہے؟ جب میں دیکھتا ہوں ایک گھاس کو تو میں</w:t>
      </w:r>
    </w:p>
    <w:p>
      <w:r>
        <w:rPr>
          <w:b/>
        </w:rPr>
        <w:t xml:space="preserve">[1:17:31] </w:t>
      </w:r>
      <w:r>
        <w:t>sochta hoon ke yeh final model par hai.</w:t>
      </w:r>
    </w:p>
    <w:p>
      <w:pPr>
        <w:jc w:val="right"/>
      </w:pPr>
      <w:r>
        <w:t>سوچتا ہوں کہ یہ فائنل ماڈل پر ہے۔</w:t>
      </w:r>
    </w:p>
    <w:p>
      <w:r>
        <w:rPr>
          <w:b/>
        </w:rPr>
        <w:t xml:space="preserve">[1:17:34] </w:t>
      </w:r>
      <w:r>
        <w:t>is se ooncha model koi artist na soch saka na soch sakta hai.</w:t>
      </w:r>
    </w:p>
    <w:p>
      <w:pPr>
        <w:jc w:val="right"/>
      </w:pPr>
      <w:r>
        <w:t>اس سے اونچا ماڈل کوئی آرٹسٹ نہ سوچ سکا نہ سوچ سکتا ہے۔</w:t>
      </w:r>
    </w:p>
    <w:p>
      <w:r>
        <w:rPr>
          <w:b/>
        </w:rPr>
        <w:t xml:space="preserve">[1:17:38] </w:t>
      </w:r>
      <w:r>
        <w:t>to is universe mein jo Khuda ki jo banai hui cheezein hain, aaj bhi aap dekhiye, har cheez</w:t>
      </w:r>
    </w:p>
    <w:p>
      <w:pPr>
        <w:jc w:val="right"/>
      </w:pPr>
      <w:r>
        <w:t>تو اس یونیورس میں جو خدا کی جو بنائی ہوئی چیزیں ہیں، آج بھی آپ دیکھیے، ہر چیز</w:t>
      </w:r>
    </w:p>
    <w:p>
      <w:r>
        <w:rPr>
          <w:b/>
        </w:rPr>
        <w:t xml:space="preserve">[1:17:42] </w:t>
      </w:r>
      <w:r>
        <w:t>apne final model par hoti hai.</w:t>
      </w:r>
    </w:p>
    <w:p>
      <w:pPr>
        <w:jc w:val="right"/>
      </w:pPr>
      <w:r>
        <w:t>اپنے فائنل ماڈل پر ہوتی ہے۔</w:t>
      </w:r>
    </w:p>
    <w:p>
      <w:r>
        <w:rPr>
          <w:b/>
        </w:rPr>
        <w:t xml:space="preserve">[1:17:46] </w:t>
      </w:r>
      <w:r>
        <w:t>koi defect nahi hai is ke andar.</w:t>
      </w:r>
    </w:p>
    <w:p>
      <w:pPr>
        <w:jc w:val="right"/>
      </w:pPr>
      <w:r>
        <w:t>کوئی ڈیفیکٹ نہیں ہے اس کے اندر۔</w:t>
      </w:r>
    </w:p>
    <w:p>
      <w:r>
        <w:rPr>
          <w:b/>
        </w:rPr>
        <w:t xml:space="preserve">[1:17:50] </w:t>
      </w:r>
      <w:r>
        <w:t>Quran mein ek batai gayi yeh baat ke tum dekho universe pe ghor karo, tum is mein koi</w:t>
      </w:r>
    </w:p>
    <w:p>
      <w:pPr>
        <w:jc w:val="right"/>
      </w:pPr>
      <w:r>
        <w:t>قرآن میں ایک بتائی گئی یہ بات کہ تم دیکھو یونیورس پہ غور کرو، تم اس میں کوئی</w:t>
      </w:r>
    </w:p>
    <w:p>
      <w:r>
        <w:rPr>
          <w:b/>
        </w:rPr>
        <w:t xml:space="preserve">[1:17:54] </w:t>
      </w:r>
      <w:r>
        <w:t>futoor nahi paoge, yani koi defect nahi paoge.</w:t>
      </w:r>
    </w:p>
    <w:p>
      <w:pPr>
        <w:jc w:val="right"/>
      </w:pPr>
      <w:r>
        <w:t>فتور نہیں پاؤ گے، یعنی کوئی ڈیفیکٹ نہیں پاؤ گے۔</w:t>
      </w:r>
    </w:p>
    <w:p>
      <w:r>
        <w:rPr>
          <w:b/>
        </w:rPr>
        <w:t xml:space="preserve">[1:17:58] </w:t>
      </w:r>
      <w:r>
        <w:t>to aaj bhi khuda ki jo industry hai, wo</w:t>
      </w:r>
    </w:p>
    <w:p>
      <w:pPr>
        <w:jc w:val="right"/>
      </w:pPr>
      <w:r>
        <w:t>تو آج بھی خدا کی جو انڈسٹری ہے، وہ</w:t>
      </w:r>
    </w:p>
    <w:p>
      <w:r>
        <w:rPr>
          <w:b/>
        </w:rPr>
        <w:t xml:space="preserve">[1:18:01] </w:t>
      </w:r>
      <w:r>
        <w:t>wo zero defect industry hai.</w:t>
      </w:r>
    </w:p>
    <w:p>
      <w:pPr>
        <w:jc w:val="right"/>
      </w:pPr>
      <w:r>
        <w:t>وہ زیرو ڈیفیکٹ انڈسٹری ہے۔</w:t>
      </w:r>
    </w:p>
    <w:p>
      <w:r>
        <w:rPr>
          <w:b/>
        </w:rPr>
        <w:t xml:space="preserve">[1:18:06] </w:t>
      </w:r>
      <w:r>
        <w:t>sirf insan ke haan sari pollution hai, yani noise pollution, air pollution aur dunya bhar ke masail, jhagde, dispute.</w:t>
      </w:r>
    </w:p>
    <w:p>
      <w:pPr>
        <w:jc w:val="right"/>
      </w:pPr>
      <w:r>
        <w:t>صرف انسان کے ہاں ساری پولیوشن ہے، یعنی نوائز پولیوشن، ایئر پولیوشن اور دنیا بھر کے مسائل، جھگڑے، ڈسپیوٹ۔</w:t>
      </w:r>
    </w:p>
    <w:p>
      <w:r>
        <w:rPr>
          <w:b/>
        </w:rPr>
        <w:t xml:space="preserve">[1:18:12] </w:t>
      </w:r>
      <w:r>
        <w:t>aakhir aakhir wahan khuda ke universe jo hai, wahan pe kyun nahi pollution hai? Yani itne stars dour</w:t>
      </w:r>
    </w:p>
    <w:p>
      <w:pPr>
        <w:jc w:val="right"/>
      </w:pPr>
      <w:r>
        <w:t>آخر آخر وہاں خدا کے یونیورس جو ہے، وہاں پہ کیوں نہیں پولیوشن ہے؟ یعنی اتنے اسٹارز دوڑ</w:t>
      </w:r>
    </w:p>
    <w:p>
      <w:r>
        <w:rPr>
          <w:b/>
        </w:rPr>
        <w:t xml:space="preserve">[1:18:17] </w:t>
      </w:r>
      <w:r>
        <w:t>rahe hain, dour rahe hain, dour rahe hain, lekin noise pollution nahi hai.</w:t>
      </w:r>
    </w:p>
    <w:p>
      <w:pPr>
        <w:jc w:val="right"/>
      </w:pPr>
      <w:r>
        <w:t>رہے ہیں، دوڑ رہے ہیں، دوڑ رہے ہیں، لیکن نوائز پولیوشن نہیں ہے۔</w:t>
      </w:r>
    </w:p>
    <w:p>
      <w:r>
        <w:rPr>
          <w:b/>
        </w:rPr>
        <w:t xml:space="preserve">[1:18:22] </w:t>
      </w:r>
      <w:r>
        <w:t>wahan par koi stars noise create nahi karta.</w:t>
      </w:r>
    </w:p>
    <w:p>
      <w:pPr>
        <w:jc w:val="right"/>
      </w:pPr>
      <w:r>
        <w:t>وہاں پر کوئی اسٹارز نوائز کریٹ نہیں کرتا۔</w:t>
      </w:r>
    </w:p>
    <w:p>
      <w:r>
        <w:rPr>
          <w:b/>
        </w:rPr>
        <w:t xml:space="preserve">[1:18:27] </w:t>
      </w:r>
      <w:r>
        <w:t>kahin aap solar</w:t>
      </w:r>
    </w:p>
    <w:p>
      <w:pPr>
        <w:jc w:val="right"/>
      </w:pPr>
      <w:r>
        <w:t>کہیں آپ سولر</w:t>
      </w:r>
    </w:p>
    <w:p>
      <w:r>
        <w:rPr>
          <w:b/>
        </w:rPr>
        <w:t xml:space="preserve">[1:18:32] </w:t>
      </w:r>
      <w:r>
        <w:t>system ka itna bara chal raha hai ke koi is ke andar aap dekhen, koi air pollution nahi hota.</w:t>
      </w:r>
    </w:p>
    <w:p>
      <w:pPr>
        <w:jc w:val="right"/>
      </w:pPr>
      <w:r>
        <w:t>سسٹم کا اتنا بڑا چل رہا ہے کہ کوئی اس کے اندر آپ دیکھیں، کوئی ایئر پولیوشن نہیں ہوتا۔</w:t>
      </w:r>
    </w:p>
    <w:p>
      <w:r>
        <w:rPr>
          <w:b/>
        </w:rPr>
        <w:t xml:space="preserve">[1:18:36] </w:t>
      </w:r>
      <w:r>
        <w:t>pollution free hai, yani khuda ki dunya aaj bhi pollution free hai.</w:t>
      </w:r>
    </w:p>
    <w:p>
      <w:pPr>
        <w:jc w:val="right"/>
      </w:pPr>
      <w:r>
        <w:t>پولیوشن فری ہے، یعنی خدا کی دنیا آج بھی پولیوشن فری ہے۔</w:t>
      </w:r>
    </w:p>
    <w:p>
      <w:r>
        <w:rPr>
          <w:b/>
        </w:rPr>
        <w:t xml:space="preserve">[1:18:40] </w:t>
      </w:r>
      <w:r>
        <w:t>to khuda yeh dikha raha hai ke khuda khudai ke level par jo paradise banegi, yeh jo</w:t>
      </w:r>
    </w:p>
    <w:p>
      <w:pPr>
        <w:jc w:val="right"/>
      </w:pPr>
      <w:r>
        <w:t>تو خدا یہ دکھا رہا ہے کہ خدا خدائی کے لیول پر جو پیرڈائز بنے گی، یہ جو</w:t>
      </w:r>
    </w:p>
    <w:p>
      <w:r>
        <w:rPr>
          <w:b/>
        </w:rPr>
        <w:t xml:space="preserve">[1:18:44] </w:t>
      </w:r>
      <w:r>
        <w:t>khuda ne banai hai, wo kaisi hogi.</w:t>
      </w:r>
    </w:p>
    <w:p>
      <w:pPr>
        <w:jc w:val="right"/>
      </w:pPr>
      <w:r>
        <w:t>خدا نے بنائی ہے، وہ کیسی ہوگی۔</w:t>
      </w:r>
    </w:p>
    <w:p>
      <w:r>
        <w:rPr>
          <w:b/>
        </w:rPr>
        <w:t xml:space="preserve">[1:18:49] </w:t>
      </w:r>
      <w:r>
        <w:t>wo wo such mode ideal hogi, such mode perfect hogi.</w:t>
      </w:r>
    </w:p>
    <w:p>
      <w:pPr>
        <w:jc w:val="right"/>
      </w:pPr>
      <w:r>
        <w:t>وہ وہ سچ موڈ آئیڈیل ہوگی، سچ موڈ پرفیکٹ ہوگی۔</w:t>
      </w:r>
    </w:p>
    <w:p>
      <w:r>
        <w:rPr>
          <w:b/>
        </w:rPr>
        <w:t xml:space="preserve">[1:18:53] </w:t>
      </w:r>
      <w:r>
        <w:t>aaj bhi aap dekh sakte hain is ki ek jhalak.</w:t>
      </w:r>
    </w:p>
    <w:p>
      <w:pPr>
        <w:jc w:val="right"/>
      </w:pPr>
      <w:r>
        <w:t>آج بھی آپ دیکھ سکتے ہیں اس کی ایک جھلک۔</w:t>
      </w:r>
    </w:p>
    <w:p>
      <w:r>
        <w:rPr>
          <w:b/>
        </w:rPr>
        <w:t xml:space="preserve">[1:18:57] </w:t>
      </w:r>
      <w:r>
        <w:t>to yeh cheez</w:t>
      </w:r>
    </w:p>
    <w:p>
      <w:pPr>
        <w:jc w:val="right"/>
      </w:pPr>
      <w:r>
        <w:t>تو یہ چیز</w:t>
      </w:r>
    </w:p>
    <w:p>
      <w:r>
        <w:rPr>
          <w:b/>
        </w:rPr>
        <w:t xml:space="preserve">[1:19:02] </w:t>
      </w:r>
      <w:r>
        <w:t>wohi possible hai, yahan nahi possible hai۔ india mein first world war se pehle ek viceroy the jinka naam tha lord curzon۔ first world war se pehle lord curzon bahut dabdebe ka viceroy tha jo is mein raha karta tha, jo jis ko hum kehte hain rashtrapati bhawan۔ aaj kal kehte hain hum is</w:t>
      </w:r>
    </w:p>
    <w:p>
      <w:pPr>
        <w:jc w:val="right"/>
      </w:pPr>
      <w:r>
        <w:t>وہی پاسیبل ہے، یہاں نہیں پاسیبل ہے۔ انڈیا میں فرسٹ ورلڈ وار سے پہلے ایک وائسرائے تھے جن کا نام تھا لارڈ کرزن۔ فرسٹ ورلڈ وار سے پہلے لارڈ کرزن بہت دبدبے کا وائسرائے تھا جو اس میں رہا کرتا تھا، جو جس کو ہم کہتے ہیں راشپتی بھون۔ آج کل کہتے ہیں ہم اس</w:t>
      </w:r>
    </w:p>
    <w:p>
      <w:r>
        <w:rPr>
          <w:b/>
        </w:rPr>
        <w:t xml:space="preserve">[1:19:32] </w:t>
      </w:r>
      <w:r>
        <w:t>waqt is ka naam tha viceroy lodge.</w:t>
      </w:r>
    </w:p>
    <w:p>
      <w:pPr>
        <w:jc w:val="right"/>
      </w:pPr>
      <w:r>
        <w:t>وقت اس کا نام تھا وائسرائے لاج۔</w:t>
      </w:r>
    </w:p>
    <w:p>
      <w:r>
        <w:rPr>
          <w:b/>
        </w:rPr>
        <w:t xml:space="preserve">[1:19:37] </w:t>
      </w:r>
      <w:r>
        <w:t>lekin aap jante hain is ka kya anjam hua? Aakhir mein jab yahan se gaya, wo retire ho</w:t>
      </w:r>
    </w:p>
    <w:p>
      <w:pPr>
        <w:jc w:val="right"/>
      </w:pPr>
      <w:r>
        <w:t>لیکن آپ جانتے ہیں اس کا کیا انجام ہوا؟ آخر میں جب یہاں سے گیا، وہ ریٹائر ہو</w:t>
      </w:r>
    </w:p>
    <w:p>
      <w:r>
        <w:rPr>
          <w:b/>
        </w:rPr>
        <w:t xml:space="preserve">[1:19:42] </w:t>
      </w:r>
      <w:r>
        <w:t>kar ke london wapas gaya to us ke tarah tarah ke problem hue aur bimari lagi.</w:t>
      </w:r>
    </w:p>
    <w:p>
      <w:pPr>
        <w:jc w:val="right"/>
      </w:pPr>
      <w:r>
        <w:t>کر کے لندن واپس گیا تو اس کے طرح طرح کے پرابلم ہوئے اور بیماری لگی۔</w:t>
      </w:r>
    </w:p>
    <w:p>
      <w:r>
        <w:rPr>
          <w:b/>
        </w:rPr>
        <w:t xml:space="preserve">[1:19:47] </w:t>
      </w:r>
      <w:r>
        <w:t>kya kya bimariyan huien us ko aur despair mein mara wo lord curzon.</w:t>
      </w:r>
    </w:p>
    <w:p>
      <w:pPr>
        <w:jc w:val="right"/>
      </w:pPr>
      <w:r>
        <w:t>کیا کیا بیماریاں ہوئیں اس کو اور ڈسپیئر میں مرا وہ لارڈ کرزن۔</w:t>
      </w:r>
    </w:p>
    <w:p>
      <w:r>
        <w:rPr>
          <w:b/>
        </w:rPr>
        <w:t xml:space="preserve">[1:19:52] </w:t>
      </w:r>
      <w:r>
        <w:t>aur aaj is ki jo family hai, is halat mein hai ke pichli baar mein ne bataya tha</w:t>
      </w:r>
    </w:p>
    <w:p>
      <w:pPr>
        <w:jc w:val="right"/>
      </w:pPr>
      <w:r>
        <w:t>اور آج اس کی جو فیملی ہے، اس حالت میں ہے کہ پچھلی بار میں نے بتایا تھا</w:t>
      </w:r>
    </w:p>
    <w:p>
      <w:r>
        <w:rPr>
          <w:b/>
        </w:rPr>
        <w:t xml:space="preserve">[1:19:57] </w:t>
      </w:r>
      <w:r>
        <w:t>aap ko ke isi family ka</w:t>
      </w:r>
    </w:p>
    <w:p>
      <w:pPr>
        <w:jc w:val="right"/>
      </w:pPr>
      <w:r>
        <w:t>آپ کو کہ اسی فیملی کا</w:t>
      </w:r>
    </w:p>
    <w:p>
      <w:r>
        <w:rPr>
          <w:b/>
        </w:rPr>
        <w:t xml:space="preserve">[1:20:02] </w:t>
      </w:r>
      <w:r>
        <w:t>is ka jo heir hai, andrew curzon, us ko forgery pakda gaya hai ke ek lakh 19 hazar,</w:t>
      </w:r>
    </w:p>
    <w:p>
      <w:pPr>
        <w:jc w:val="right"/>
      </w:pPr>
      <w:r>
        <w:t>اس کا جو ایئر ہے، اینڈریو کرزن، اس کو فورجری پکڑا گیا ہے کہ ایک لاکھ 19 ہزار،</w:t>
      </w:r>
    </w:p>
    <w:p>
      <w:r>
        <w:rPr>
          <w:b/>
        </w:rPr>
        <w:t xml:space="preserve">[1:20:06] </w:t>
      </w:r>
      <w:r>
        <w:t>ek lakh 70, ek lakh 70 hazar ka check jo hai, us ne chori kar liya aur chaha</w:t>
      </w:r>
    </w:p>
    <w:p>
      <w:pPr>
        <w:jc w:val="right"/>
      </w:pPr>
      <w:r>
        <w:t>ایک لاکھ 70، ایک لاکھ 70 ہزار کا چیک جو ہے، اس نے چوری کر لیا اور چاہا</w:t>
      </w:r>
    </w:p>
    <w:p>
      <w:r>
        <w:rPr>
          <w:b/>
        </w:rPr>
        <w:t xml:space="preserve">[1:20:10] </w:t>
      </w:r>
      <w:r>
        <w:t>ke is ka bank mein apna, is ka, is ka wo jama kar le aur pakda gaya.</w:t>
      </w:r>
    </w:p>
    <w:p>
      <w:pPr>
        <w:jc w:val="right"/>
      </w:pPr>
      <w:r>
        <w:t>کہ اس کا بینک میں اپنا، اس کا، اس کا وہ جمع کر لے اور پکڑا گیا۔</w:t>
      </w:r>
    </w:p>
    <w:p>
      <w:r>
        <w:rPr>
          <w:b/>
        </w:rPr>
        <w:t xml:space="preserve">[1:20:15] </w:t>
      </w:r>
      <w:r>
        <w:t>wo us waqt jail mein hai.</w:t>
      </w:r>
    </w:p>
    <w:p>
      <w:pPr>
        <w:jc w:val="right"/>
      </w:pPr>
      <w:r>
        <w:t>وہ اس وقت جیل میں ہے۔</w:t>
      </w:r>
    </w:p>
    <w:p>
      <w:r>
        <w:rPr>
          <w:b/>
        </w:rPr>
        <w:t xml:space="preserve">[1:20:19] </w:t>
      </w:r>
      <w:r>
        <w:t>wo lord curzon itna dabde wala aadmi tha aur aaj is ka jo heir hai, wo prison mein</w:t>
      </w:r>
    </w:p>
    <w:p>
      <w:pPr>
        <w:jc w:val="right"/>
      </w:pPr>
      <w:r>
        <w:t>وہ لارڈ کرزن اتنا دبدبے والا آدمی تھا اور آج اس کا جو ایئر ہے، وہ پریزن میں</w:t>
      </w:r>
    </w:p>
    <w:p>
      <w:r>
        <w:rPr>
          <w:b/>
        </w:rPr>
        <w:t xml:space="preserve">[1:20:23] </w:t>
      </w:r>
      <w:r>
        <w:t>pada hua hai.</w:t>
      </w:r>
    </w:p>
    <w:p>
      <w:pPr>
        <w:jc w:val="right"/>
      </w:pPr>
      <w:r>
        <w:t>پڑا ہوا ہے۔</w:t>
      </w:r>
    </w:p>
    <w:p>
      <w:r>
        <w:rPr>
          <w:b/>
        </w:rPr>
        <w:t xml:space="preserve">[1:20:28] </w:t>
      </w:r>
      <w:r>
        <w:t>woh to kya</w:t>
      </w:r>
    </w:p>
    <w:p>
      <w:pPr>
        <w:jc w:val="right"/>
      </w:pPr>
      <w:r>
        <w:t>وہ تو کیا</w:t>
      </w:r>
    </w:p>
    <w:p>
      <w:r>
        <w:rPr>
          <w:b/>
        </w:rPr>
        <w:t xml:space="preserve">[1:20:32] </w:t>
      </w:r>
      <w:r>
        <w:t>hai? duniya yahan kaun hai jo is duniya mein apna paradise bana sake? na koi bana paya hai, na koi bana sakta hai۔ yahan possible hi nahi hai۔ you have to be realist۔ aap ko janna chahiye keh jo aap chah rahe hain, ideal world, woh ideal world jo hai, woh banegi</w:t>
      </w:r>
    </w:p>
    <w:p>
      <w:pPr>
        <w:jc w:val="right"/>
      </w:pPr>
      <w:r>
        <w:t>ہے؟ دنیا یہاں کون ہے جو اس دنیا میں اپنا پیرڈائز بنا سکے؟ نہ کوئی بنا پایا ہے، نہ کوئی بنا سکتا ہے۔ یہاں پاسیبل ہی نہیں ہے۔ یو ہیو ٹو بی ریلسٹ۔ آپ کو جاننا چاہیے کہ جو آپ چاہ رہے ہیں، آئیڈیل ورلڈ، وہ آئیڈیل ورلڈ جو ہے، وہ بنے</w:t>
      </w:r>
    </w:p>
    <w:p>
      <w:r>
        <w:rPr>
          <w:b/>
        </w:rPr>
        <w:t xml:space="preserve">[1:21:02] </w:t>
      </w:r>
      <w:r>
        <w:t>gi post death period mein, is duniya mein nahi۔ aakhir mein main ek hadith sunana chahta hoon keh khuda ne jo paradise banai hai hamare liye, jis ke liye is ne kaha hai: "ae mere bando! maine tum ko ek testing ground mein basaya hai, examination</w:t>
      </w:r>
    </w:p>
    <w:p>
      <w:pPr>
        <w:jc w:val="right"/>
      </w:pPr>
      <w:r>
        <w:t>گی پوسٹ ڈیتھ پیریڈ میں، اس دنیا میں نہیں۔ آخر میں میں ایک حدیث سنانا چاہتا ہوں کہ خدا نے جو پیرڈائز بنائی ہے ہمارے لیے، جس کے لیے اس نے کہا ہے: "اے میرے بندوں! میں نے تم کو ایک ٹیسٹنگ گراؤنڈ میں بسایا ہے، ایگزامینیشن</w:t>
      </w:r>
    </w:p>
    <w:p>
      <w:r>
        <w:rPr>
          <w:b/>
        </w:rPr>
        <w:t xml:space="preserve">[1:21:32] </w:t>
      </w:r>
      <w:r>
        <w:t>hall mein basaya hai.</w:t>
      </w:r>
    </w:p>
    <w:p>
      <w:pPr>
        <w:jc w:val="right"/>
      </w:pPr>
      <w:r>
        <w:t>ہال میں بسایا ہے۔</w:t>
      </w:r>
    </w:p>
    <w:p>
      <w:r>
        <w:rPr>
          <w:b/>
        </w:rPr>
        <w:t xml:space="preserve">[1:21:37] </w:t>
      </w:r>
      <w:r>
        <w:t>yeh jo dunya hai, yeh poori ki poori hamare liye examination hall hai, ek testing ground hai." to</w:t>
      </w:r>
    </w:p>
    <w:p>
      <w:pPr>
        <w:jc w:val="right"/>
      </w:pPr>
      <w:r>
        <w:t>یہ جو دنیا ہے، یہ پوری کی پوری ہمارے لیے ایگزامینیشن ہال ہے، ایک ٹیسٹنگ گراؤنڈ ہے۔" تو</w:t>
      </w:r>
    </w:p>
    <w:p>
      <w:r>
        <w:rPr>
          <w:b/>
        </w:rPr>
        <w:t xml:space="preserve">[1:21:42] </w:t>
      </w:r>
      <w:r>
        <w:t>khuda ne yeh kaha hai ke is dunya mein tum agar qualify karoge test mein to post</w:t>
      </w:r>
    </w:p>
    <w:p>
      <w:pPr>
        <w:jc w:val="right"/>
      </w:pPr>
      <w:r>
        <w:t>خدا نے یہ کہا ہے کہ اس دنیا میں تم اگر کوالیفائی کرو گے ٹیسٹ میں تو پوسٹ</w:t>
      </w:r>
    </w:p>
    <w:p>
      <w:r>
        <w:rPr>
          <w:b/>
        </w:rPr>
        <w:t xml:space="preserve">[1:21:47] </w:t>
      </w:r>
      <w:r>
        <w:t>death period mein tum ko yeh paradise di jayegi, eternal paradise.</w:t>
      </w:r>
    </w:p>
    <w:p>
      <w:pPr>
        <w:jc w:val="right"/>
      </w:pPr>
      <w:r>
        <w:t>ڈیتھ پیریڈ میں تم کو یہ پیرڈائز دی جائے گی، ایٹرنل پیرڈائز۔</w:t>
      </w:r>
    </w:p>
    <w:p>
      <w:r>
        <w:rPr>
          <w:b/>
        </w:rPr>
        <w:t xml:space="preserve">[1:21:52] </w:t>
      </w:r>
      <w:r>
        <w:t>woh kya hai? Eternal paradise.</w:t>
      </w:r>
    </w:p>
    <w:p>
      <w:pPr>
        <w:jc w:val="right"/>
      </w:pPr>
      <w:r>
        <w:t>وہ کیا ہے؟ ایٹرنل پیرڈائز۔</w:t>
      </w:r>
    </w:p>
    <w:p>
      <w:r>
        <w:rPr>
          <w:b/>
        </w:rPr>
        <w:t xml:space="preserve">[1:21:57] </w:t>
      </w:r>
      <w:r>
        <w:t>to is ka main aap ko ek hadith sunana chahta hoon ke quran mein</w:t>
      </w:r>
    </w:p>
    <w:p>
      <w:pPr>
        <w:jc w:val="right"/>
      </w:pPr>
      <w:r>
        <w:t>تو اس کا میں آپ کو ایک حدیث سنانا چاہتا ہوں کہ قرآن میں</w:t>
      </w:r>
    </w:p>
    <w:p>
      <w:r>
        <w:rPr>
          <w:b/>
        </w:rPr>
        <w:t xml:space="preserve">[1:22:02] </w:t>
      </w:r>
      <w:r>
        <w:t>hai ke: "limas lahaza falya'mal al-'amilun".</w:t>
      </w:r>
    </w:p>
    <w:p>
      <w:pPr>
        <w:jc w:val="right"/>
      </w:pPr>
      <w:r>
        <w:t>ہے کہ: "لمس لہذا فلیعمل العاملون"۔</w:t>
      </w:r>
    </w:p>
    <w:p>
      <w:r>
        <w:rPr>
          <w:b/>
        </w:rPr>
        <w:t xml:space="preserve">[1:22:07] </w:t>
      </w:r>
      <w:r>
        <w:t>yeh hai woh cheez jis ke liye log, is ke liye, jis ke liye amal karne wale amal karein.</w:t>
      </w:r>
    </w:p>
    <w:p>
      <w:pPr>
        <w:jc w:val="right"/>
      </w:pPr>
      <w:r>
        <w:t>یہ ہے وہ چیز جس کے لیے لوگ، اس کے لیے، جس کے لیے عمل کرنے والے عمل کریں۔</w:t>
      </w:r>
    </w:p>
    <w:p>
      <w:r>
        <w:rPr>
          <w:b/>
        </w:rPr>
        <w:t xml:space="preserve">[1:22:13] </w:t>
      </w:r>
      <w:r>
        <w:t>"limas lahaza falya'mal al-'amilun".</w:t>
      </w:r>
    </w:p>
    <w:p>
      <w:pPr>
        <w:jc w:val="right"/>
      </w:pPr>
      <w:r>
        <w:t>"لمس لہذا فلیعمل العاملون"۔</w:t>
      </w:r>
    </w:p>
    <w:p>
      <w:r>
        <w:rPr>
          <w:b/>
        </w:rPr>
        <w:t xml:space="preserve">[1:22:18] </w:t>
      </w:r>
      <w:r>
        <w:t>yani yeh hai woh cheez, yeh hai paradise, sachi paradise, jis ke liye log daudein, jis ki taraf,</w:t>
      </w:r>
    </w:p>
    <w:p>
      <w:pPr>
        <w:jc w:val="right"/>
      </w:pPr>
      <w:r>
        <w:t>یعنی یہ ہے وہ چیز، یہ ہے پیرڈائز، سچی پیرڈائز، جس کے لیے لوگ دوڑیں، جس کی طرف،</w:t>
      </w:r>
    </w:p>
    <w:p>
      <w:r>
        <w:rPr>
          <w:b/>
        </w:rPr>
        <w:t xml:space="preserve">[1:22:23] </w:t>
      </w:r>
      <w:r>
        <w:t>jis ke liye log koshish karein.</w:t>
      </w:r>
    </w:p>
    <w:p>
      <w:pPr>
        <w:jc w:val="right"/>
      </w:pPr>
      <w:r>
        <w:t>جس کے لیے لوگ کوشش کریں۔</w:t>
      </w:r>
    </w:p>
    <w:p>
      <w:r>
        <w:rPr>
          <w:b/>
        </w:rPr>
        <w:t xml:space="preserve">[1:22:29] </w:t>
      </w:r>
      <w:r>
        <w:t>to woh kya hai? Woh ek hadith mein is ka hamein introduction milta hai.</w:t>
      </w:r>
    </w:p>
    <w:p>
      <w:pPr>
        <w:jc w:val="right"/>
      </w:pPr>
      <w:r>
        <w:t>تو وہ کیا ہے؟ وہ ایک حدیث میں اس کا ہمیں انٹروڈکشن ملتا ہے۔</w:t>
      </w:r>
    </w:p>
    <w:p>
      <w:r>
        <w:rPr>
          <w:b/>
        </w:rPr>
        <w:t xml:space="preserve">[1:22:34] </w:t>
      </w:r>
      <w:r>
        <w:t>تو یہ حدیث جو ہے، یہ ہے symbolic language میں۔</w:t>
      </w:r>
    </w:p>
    <w:p>
      <w:pPr>
        <w:jc w:val="right"/>
      </w:pPr>
      <w:r>
        <w:t>تو یہ حدیث جو ہے، یہ ہے سمبالک لینگویج میں۔</w:t>
      </w:r>
    </w:p>
    <w:p>
      <w:r>
        <w:rPr>
          <w:b/>
        </w:rPr>
        <w:t xml:space="preserve">[1:22:42] </w:t>
      </w:r>
      <w:r>
        <w:t>اس کو آپ سمجھ لیجئے کہ یہ حدیث جو ہے، یہ symbolic language میں ہے۔</w:t>
      </w:r>
    </w:p>
    <w:p>
      <w:pPr>
        <w:jc w:val="right"/>
      </w:pPr>
      <w:r>
        <w:t>اس کو آپ سمجھ لیجئے کہ یہ حدیث جو ہے، یہ سمبالک لینگویج میں ہے۔</w:t>
      </w:r>
    </w:p>
    <w:p>
      <w:r>
        <w:rPr>
          <w:b/>
        </w:rPr>
        <w:t xml:space="preserve">[1:22:49] </w:t>
      </w:r>
      <w:r>
        <w:t>woh kis tarah se hai? Ke prophet ne kaha ke yeh dunya jo hai, yani jo khuda ne</w:t>
      </w:r>
    </w:p>
    <w:p>
      <w:pPr>
        <w:jc w:val="right"/>
      </w:pPr>
      <w:r>
        <w:t>وہ کس طرح سے ہے؟ کہ پرافٹ نے کہا کہ یہ دنیا جو ہے، یعنی جو خدا نے</w:t>
      </w:r>
    </w:p>
    <w:p>
      <w:r>
        <w:rPr>
          <w:b/>
        </w:rPr>
        <w:t xml:space="preserve">[1:22:57] </w:t>
      </w:r>
      <w:r>
        <w:t>is dunya ke liye</w:t>
      </w:r>
    </w:p>
    <w:p>
      <w:pPr>
        <w:jc w:val="right"/>
      </w:pPr>
      <w:r>
        <w:t>اس دنیا کے لیے</w:t>
      </w:r>
    </w:p>
    <w:p>
      <w:r>
        <w:rPr>
          <w:b/>
        </w:rPr>
        <w:t xml:space="preserve">[1:23:04] </w:t>
      </w:r>
      <w:r>
        <w:t>rakha tha, to date itne din tak yeh duniya rahegi to khatam kar di jayegi۔ islam mein bataya gaya hai keh duniya hamesha nahi rahegi۔ ek waqt aayega jab ke ek angel, jis ka naam bataya gaya hai israfel, woh angel ek ek bugle is ke munh mein hai aur woh is intezar mein hai keh kab khuda ka order ho, woh phoonk de is mein aur is ke baad woh</w:t>
      </w:r>
    </w:p>
    <w:p>
      <w:pPr>
        <w:jc w:val="right"/>
      </w:pPr>
      <w:r>
        <w:t>رکھا تھا، تو ڈیٹ اتنے دن تک یہ دنیا رہے گی تو ختم کر دی جائے گی۔ اسلام میں بتایا گیا ہے کہ دنیا ہمیشہ نہیں رہے گی۔ ایک وقت آئے گا جب کہ ایک اینجل، جس کا نام بتایا گیا ہے اسرافیل، وہ اینجل ایک ایک بگل اس کے منہ میں ہے اور وہ اس انتظار میں ہے کہ کب خدا کا آرڈر ہو، وہ پھونک دے اس میں اور اس کے بعد وہ</w:t>
      </w:r>
    </w:p>
    <w:p>
      <w:r>
        <w:rPr>
          <w:b/>
        </w:rPr>
        <w:t xml:space="preserve">[1:23:34] </w:t>
      </w:r>
      <w:r>
        <w:t>qayamat aa jaye.</w:t>
      </w:r>
    </w:p>
    <w:p>
      <w:pPr>
        <w:jc w:val="right"/>
      </w:pPr>
      <w:r>
        <w:t>قیامت آ جائے۔</w:t>
      </w:r>
    </w:p>
    <w:p>
      <w:r>
        <w:rPr>
          <w:b/>
        </w:rPr>
        <w:t xml:space="preserve">[1:23:39] </w:t>
      </w:r>
      <w:r>
        <w:t>yeh bohat anokhi hadith hai.</w:t>
      </w:r>
    </w:p>
    <w:p>
      <w:pPr>
        <w:jc w:val="right"/>
      </w:pPr>
      <w:r>
        <w:t>یہ بہت انوکھی حدیث ہے۔</w:t>
      </w:r>
    </w:p>
    <w:p>
      <w:r>
        <w:rPr>
          <w:b/>
        </w:rPr>
        <w:t xml:space="preserve">[1:23:43] </w:t>
      </w:r>
      <w:r>
        <w:t>yeh aap jante hain ke yeh yeh sound hai.</w:t>
      </w:r>
    </w:p>
    <w:p>
      <w:pPr>
        <w:jc w:val="right"/>
      </w:pPr>
      <w:r>
        <w:t>یہ آپ جانتے ہیں کہ یہ یہ ساؤنڈ ہے۔</w:t>
      </w:r>
    </w:p>
    <w:p>
      <w:r>
        <w:rPr>
          <w:b/>
        </w:rPr>
        <w:t xml:space="preserve">[1:23:48] </w:t>
      </w:r>
      <w:r>
        <w:t>sound agar sound bohat tez ho jaye to bohat hi destructive forces is ke andar nikalti hain.</w:t>
      </w:r>
    </w:p>
    <w:p>
      <w:pPr>
        <w:jc w:val="right"/>
      </w:pPr>
      <w:r>
        <w:t>ساؤنڈ اگر ساؤنڈ بہت تیز ہو جائے تو بہت ہی ڈسٹرکٹو فورسز اس کے اندر نکلتی ہیں۔</w:t>
      </w:r>
    </w:p>
    <w:p>
      <w:r>
        <w:rPr>
          <w:b/>
        </w:rPr>
        <w:t xml:space="preserve">[1:23:52] </w:t>
      </w:r>
      <w:r>
        <w:t>bohat zyada tez sound agar ho to yeh building jo hai, dhah jayegi.</w:t>
      </w:r>
    </w:p>
    <w:p>
      <w:pPr>
        <w:jc w:val="right"/>
      </w:pPr>
      <w:r>
        <w:t>بہت زیادہ تیز ساؤنڈ اگر ہو تو یہ بلڈنگ جو ہے، ڈھا جائے گی۔</w:t>
      </w:r>
    </w:p>
    <w:p>
      <w:r>
        <w:rPr>
          <w:b/>
        </w:rPr>
        <w:t xml:space="preserve">[1:23:56] </w:t>
      </w:r>
      <w:r>
        <w:t>yeh science hai.</w:t>
      </w:r>
    </w:p>
    <w:p>
      <w:pPr>
        <w:jc w:val="right"/>
      </w:pPr>
      <w:r>
        <w:t>یہ سائنس ہے۔</w:t>
      </w:r>
    </w:p>
    <w:p>
      <w:r>
        <w:rPr>
          <w:b/>
        </w:rPr>
        <w:t xml:space="preserve">[1:24:01] </w:t>
      </w:r>
      <w:r>
        <w:t>yeh scientific baat main keh raha hoon ke jo sound hai, sound ke andar bohat destructive power hota hai.</w:t>
      </w:r>
    </w:p>
    <w:p>
      <w:pPr>
        <w:jc w:val="right"/>
      </w:pPr>
      <w:r>
        <w:t>یہ سائنٹیفک بات میں کہہ رہا ہوں کہ جو ساؤنڈ ہے، ساؤنڈ کے اندر بہت ڈسٹرکٹو پاور ہوتا ہے۔</w:t>
      </w:r>
    </w:p>
    <w:p>
      <w:r>
        <w:rPr>
          <w:b/>
        </w:rPr>
        <w:t xml:space="preserve">[1:24:05] </w:t>
      </w:r>
      <w:r>
        <w:t>to sound se duniya khatam hogi۔ main ne ek baar to khwab dekha tha۔ main ne dekha keh ek ek ek awaz shuru hui hai, halke shuru mein halki thi, woh badhte badhte badhti ja rahi hai, badhti ja rahi hai, yahan tak keh itni badi, itni badi keh sari cheezein destroy ho gayeen۔ is sound ka jab bahut zyada tez ho gayi, woh to sari destroy ho gayi aur aur aur duniya mein qayamat aa gayi۔ to main bas bataoon</w:t>
      </w:r>
    </w:p>
    <w:p>
      <w:pPr>
        <w:jc w:val="right"/>
      </w:pPr>
      <w:r>
        <w:t>تو ساؤنڈ سے دنیا ختم ہوگی۔ میں نے ایک بار تو خواب دیکھا تھا۔ میں نے دیکھا کہ ایک ایک ایک آواز شروع ہوئی ہے، ہلکے شروع میں ہلکی تھی، وہ بڑھتے بڑھتے بڑھتی جا رہی ہے، بڑھتی جا رہی ہے، یہاں تک کہ اتنی بڑی، اتنی بڑی کہ ساری چیزیں ڈسٹروئے ہو گئیں۔ اس ساؤنڈ کا جب بہت زیادہ تیز ہو گئی، وہ تو ساری ڈسٹروئے ہو گئی اور اور اور دنیا میں قیامت آ گئی۔ تو میں بس بتاؤں</w:t>
      </w:r>
    </w:p>
    <w:p>
      <w:r>
        <w:rPr>
          <w:b/>
        </w:rPr>
        <w:t xml:space="preserve">[1:24:35] </w:t>
      </w:r>
      <w:r>
        <w:t>ke bohat scientific concept hai ke israfel angel jo hai, woh woh bagal liye khade hain aur khuda</w:t>
      </w:r>
    </w:p>
    <w:p>
      <w:pPr>
        <w:jc w:val="right"/>
      </w:pPr>
      <w:r>
        <w:t>کہ بہت سائنٹیفک کانسیپٹ ہے کہ اسرافیل اینجل جو ہے، وہ وہ بگل لیے کھڑے ہیں اور خدا</w:t>
      </w:r>
    </w:p>
    <w:p>
      <w:r>
        <w:rPr>
          <w:b/>
        </w:rPr>
        <w:t xml:space="preserve">[1:24:40] </w:t>
      </w:r>
      <w:r>
        <w:t>order karega ke tum phoonko is mein, yani awaz nikalo.</w:t>
      </w:r>
    </w:p>
    <w:p>
      <w:pPr>
        <w:jc w:val="right"/>
      </w:pPr>
      <w:r>
        <w:t>آرڈر کرے گا کہ تم پھونکو اس میں، یعنی آواز نکالو۔</w:t>
      </w:r>
    </w:p>
    <w:p>
      <w:r>
        <w:rPr>
          <w:b/>
        </w:rPr>
        <w:t xml:space="preserve">[1:24:46] </w:t>
      </w:r>
      <w:r>
        <w:t>aur jab us ki awaz phailay gi, phailay gi, phailay gi, phailay gi, dunya destroy ho jaye gi.</w:t>
      </w:r>
    </w:p>
    <w:p>
      <w:pPr>
        <w:jc w:val="right"/>
      </w:pPr>
      <w:r>
        <w:t>اور جب اس کی آواز پھیلے گی، پھیلے گی، پھیلے گی، پھیلے گی، دنیا ڈسٹروئے ہو جائے گی۔</w:t>
      </w:r>
    </w:p>
    <w:p>
      <w:r>
        <w:rPr>
          <w:b/>
        </w:rPr>
        <w:t xml:space="preserve">[1:24:51] </w:t>
      </w:r>
      <w:r>
        <w:t>to dunya khatam ho chuki hai.</w:t>
      </w:r>
    </w:p>
    <w:p>
      <w:pPr>
        <w:jc w:val="right"/>
      </w:pPr>
      <w:r>
        <w:t>تو دنیا ختم ہو چکی ہے۔</w:t>
      </w:r>
    </w:p>
    <w:p>
      <w:r>
        <w:rPr>
          <w:b/>
        </w:rPr>
        <w:t xml:space="preserve">[1:24:56] </w:t>
      </w:r>
      <w:r>
        <w:t>ab day of judgment aa gaya hai.</w:t>
      </w:r>
    </w:p>
    <w:p>
      <w:pPr>
        <w:jc w:val="right"/>
      </w:pPr>
      <w:r>
        <w:t>اب ڈے آف ججمنٹ آ گیا ہے۔</w:t>
      </w:r>
    </w:p>
    <w:p>
      <w:r>
        <w:rPr>
          <w:b/>
        </w:rPr>
        <w:t xml:space="preserve">[1:25:01] </w:t>
      </w:r>
      <w:r>
        <w:t>log Khuda ke agay hisab de rahe hain.</w:t>
      </w:r>
    </w:p>
    <w:p>
      <w:pPr>
        <w:jc w:val="right"/>
      </w:pPr>
      <w:r>
        <w:t>لوگ خدا کے آگے حساب دے رہے ہیں۔</w:t>
      </w:r>
    </w:p>
    <w:p>
      <w:r>
        <w:rPr>
          <w:b/>
        </w:rPr>
        <w:t xml:space="preserve">[1:25:06] </w:t>
      </w:r>
      <w:r>
        <w:t>sab ka hisab ho chuka.</w:t>
      </w:r>
    </w:p>
    <w:p>
      <w:pPr>
        <w:jc w:val="right"/>
      </w:pPr>
      <w:r>
        <w:t>سب کا حساب ہو چکا۔</w:t>
      </w:r>
    </w:p>
    <w:p>
      <w:r>
        <w:rPr>
          <w:b/>
        </w:rPr>
        <w:t xml:space="preserve">[1:25:10] </w:t>
      </w:r>
      <w:r>
        <w:t>ek aadmi aakhir mein reh gaya.</w:t>
      </w:r>
    </w:p>
    <w:p>
      <w:pPr>
        <w:jc w:val="right"/>
      </w:pPr>
      <w:r>
        <w:t>ایک آدمی آخر میں رہ گیا۔</w:t>
      </w:r>
    </w:p>
    <w:p>
      <w:r>
        <w:rPr>
          <w:b/>
        </w:rPr>
        <w:t xml:space="preserve">[1:25:13] </w:t>
      </w:r>
      <w:r>
        <w:t>yeh hadith mein bataya gaya hai.</w:t>
      </w:r>
    </w:p>
    <w:p>
      <w:pPr>
        <w:jc w:val="right"/>
      </w:pPr>
      <w:r>
        <w:t>یہ حدیث میں بتایا گیا ہے۔</w:t>
      </w:r>
    </w:p>
    <w:p>
      <w:r>
        <w:rPr>
          <w:b/>
        </w:rPr>
        <w:t xml:space="preserve">[1:25:17] </w:t>
      </w:r>
      <w:r>
        <w:t>to is aadmi ke liye Khuda ne paradise ka faisla nahi kiya.</w:t>
      </w:r>
    </w:p>
    <w:p>
      <w:pPr>
        <w:jc w:val="right"/>
      </w:pPr>
      <w:r>
        <w:t>تو اس آدمی کے لیے خدا نے پیرڈائز کا فیصلہ نہیں کیا۔</w:t>
      </w:r>
    </w:p>
    <w:p>
      <w:r>
        <w:rPr>
          <w:b/>
        </w:rPr>
        <w:t xml:space="preserve">[1:25:21] </w:t>
      </w:r>
      <w:r>
        <w:t>wo khara hua hai wahan par.</w:t>
      </w:r>
    </w:p>
    <w:p>
      <w:pPr>
        <w:jc w:val="right"/>
      </w:pPr>
      <w:r>
        <w:t>وہ کھڑا ہوا ہے وہاں پر۔</w:t>
      </w:r>
    </w:p>
    <w:p>
      <w:r>
        <w:rPr>
          <w:b/>
        </w:rPr>
        <w:t xml:space="preserve">[1:25:25] </w:t>
      </w:r>
      <w:r>
        <w:t>yeh yeh aqeedah hai, yeh belief hai Islam mein ke ek bohat hi bara koi maidan hoga, bohat</w:t>
      </w:r>
    </w:p>
    <w:p>
      <w:pPr>
        <w:jc w:val="right"/>
      </w:pPr>
      <w:r>
        <w:t>یہ یہ عقیدہ ہے، یہ بیلیف ہے اسلام میں کہ ایک بہت ہی بڑا کوئی میدان ہوگا، بہت</w:t>
      </w:r>
    </w:p>
    <w:p>
      <w:r>
        <w:rPr>
          <w:b/>
        </w:rPr>
        <w:t xml:space="preserve">[1:25:28] </w:t>
      </w:r>
      <w:r>
        <w:t>bari field koi hogi jahan sare log ikatha kiye jayenge.</w:t>
      </w:r>
    </w:p>
    <w:p>
      <w:pPr>
        <w:jc w:val="right"/>
      </w:pPr>
      <w:r>
        <w:t>بڑی فیلڈ کوئی ہوگی جہاں سارے لوگ اکٹھا کیے جائیں گے۔</w:t>
      </w:r>
    </w:p>
    <w:p>
      <w:r>
        <w:rPr>
          <w:b/>
        </w:rPr>
        <w:t xml:space="preserve">[1:25:32] </w:t>
      </w:r>
      <w:r>
        <w:t>to wo aadmi jo hai, kehta hai ke mujhe</w:t>
      </w:r>
    </w:p>
    <w:p>
      <w:pPr>
        <w:jc w:val="right"/>
      </w:pPr>
      <w:r>
        <w:t>تو وہ آدمی جو ہے، کہتا ہے کہ مجھے</w:t>
      </w:r>
    </w:p>
    <w:p>
      <w:r>
        <w:rPr>
          <w:b/>
        </w:rPr>
        <w:t xml:space="preserve">[1:25:36] </w:t>
      </w:r>
      <w:r>
        <w:t>paradise, mujhe bhi de dijiye.</w:t>
      </w:r>
    </w:p>
    <w:p>
      <w:pPr>
        <w:jc w:val="right"/>
      </w:pPr>
      <w:r>
        <w:t>پیرڈائز، مجھے بھی دے دیجئے۔</w:t>
      </w:r>
    </w:p>
    <w:p>
      <w:r>
        <w:rPr>
          <w:b/>
        </w:rPr>
        <w:t xml:space="preserve">[1:25:40] </w:t>
      </w:r>
      <w:r>
        <w:t>to Khuda kahega ke nahi, tum deserve nahi karte.</w:t>
      </w:r>
    </w:p>
    <w:p>
      <w:pPr>
        <w:jc w:val="right"/>
      </w:pPr>
      <w:r>
        <w:t>تو خدا کہے گا کہ نہیں، تم ڈیزرو نہیں کرتے۔</w:t>
      </w:r>
    </w:p>
    <w:p>
      <w:r>
        <w:rPr>
          <w:b/>
        </w:rPr>
        <w:t xml:space="preserve">[1:25:45] </w:t>
      </w:r>
      <w:r>
        <w:t>to us ko dikhai jaye gi paradise.</w:t>
      </w:r>
    </w:p>
    <w:p>
      <w:pPr>
        <w:jc w:val="right"/>
      </w:pPr>
      <w:r>
        <w:t>تو اس کو دکھائی جائے گی پیرڈائز۔</w:t>
      </w:r>
    </w:p>
    <w:p>
      <w:r>
        <w:rPr>
          <w:b/>
        </w:rPr>
        <w:t xml:space="preserve">[1:25:49] </w:t>
      </w:r>
      <w:r>
        <w:t>dekhne ke baad wo kahega ke Khuda ya, dikha diya to mujhe paradise de bhi de.</w:t>
      </w:r>
    </w:p>
    <w:p>
      <w:pPr>
        <w:jc w:val="right"/>
      </w:pPr>
      <w:r>
        <w:t>دیکھنے کے بعد وہ کہے گا کہ خدایا، دکھا دیا تو مجھے پیرڈائز دے بھی دے۔</w:t>
      </w:r>
    </w:p>
    <w:p>
      <w:r>
        <w:rPr>
          <w:b/>
        </w:rPr>
        <w:t xml:space="preserve">[1:25:53] </w:t>
      </w:r>
      <w:r>
        <w:t>to Khuda kahega nahi, tum aisi jis dunya ko tum chhod kar aaye ho, waisi do dunya</w:t>
      </w:r>
    </w:p>
    <w:p>
      <w:pPr>
        <w:jc w:val="right"/>
      </w:pPr>
      <w:r>
        <w:t>تو خدا کہے گا نہیں، تم ایسی جس دنیا کو تم چھوڑ کر آئے ہو، ویسی دو دنیا</w:t>
      </w:r>
    </w:p>
    <w:p>
      <w:r>
        <w:rPr>
          <w:b/>
        </w:rPr>
        <w:t xml:space="preserve">[1:25:58] </w:t>
      </w:r>
      <w:r>
        <w:t>mein tum ko de deta hoon, lekin tum paradise mat mango mujh se.</w:t>
      </w:r>
    </w:p>
    <w:p>
      <w:pPr>
        <w:jc w:val="right"/>
      </w:pPr>
      <w:r>
        <w:t>میں تم کو دے دیتا ہوں، لیکن تم پیرڈائز مت مانگو مجھ سے۔</w:t>
      </w:r>
    </w:p>
    <w:p>
      <w:r>
        <w:rPr>
          <w:b/>
        </w:rPr>
        <w:t xml:space="preserve">[1:26:02] </w:t>
      </w:r>
      <w:r>
        <w:t>to wo kehta hai aadmi ke ya Rab, kaifa akunu ashq ibadak? Aye mere Rab</w:t>
      </w:r>
    </w:p>
    <w:p>
      <w:pPr>
        <w:jc w:val="right"/>
      </w:pPr>
      <w:r>
        <w:t>تو وہ کہتا ہے آدمی کہ یا رب، کیف اکون عشق عبادک؟ اے میرے رب</w:t>
      </w:r>
    </w:p>
    <w:p>
      <w:r>
        <w:rPr>
          <w:b/>
        </w:rPr>
        <w:t xml:space="preserve">[1:26:06] </w:t>
      </w:r>
      <w:r>
        <w:t>, main hi tere bandon mein sab se zyada instable bandah kyun banun? Is ka matlab yeh hai</w:t>
      </w:r>
    </w:p>
    <w:p>
      <w:pPr>
        <w:jc w:val="right"/>
      </w:pPr>
      <w:r>
        <w:t>، میں ہی تیرے بندوں میں سب سے زیادہ انسٹیبلٹ بندہ کیوں بنوں؟ اس کا مطلب یہ ہے</w:t>
      </w:r>
    </w:p>
    <w:p>
      <w:r>
        <w:rPr>
          <w:b/>
        </w:rPr>
        <w:t xml:space="preserve">[1:26:12] </w:t>
      </w:r>
      <w:r>
        <w:t>ke yeh dunya jo hai, aisi do dunya hain, lekin aadmi ko lagega ke paradise chhod kar</w:t>
      </w:r>
    </w:p>
    <w:p>
      <w:pPr>
        <w:jc w:val="right"/>
      </w:pPr>
      <w:r>
        <w:t>کہ یہ دنیا جو ہے، ایسی دو دنیا ہیں، لیکن آدمی کو لگے گا کہ پیرڈائز چھوڑ کر</w:t>
      </w:r>
    </w:p>
    <w:p>
      <w:r>
        <w:rPr>
          <w:b/>
        </w:rPr>
        <w:t xml:space="preserve">[1:26:18] </w:t>
      </w:r>
      <w:r>
        <w:t>ke lena is ko bohat hi bekhofi lage gi.</w:t>
      </w:r>
    </w:p>
    <w:p>
      <w:pPr>
        <w:jc w:val="right"/>
      </w:pPr>
      <w:r>
        <w:t>کے لینا اس کو بہت ہی بے خوفی لگے گی۔</w:t>
      </w:r>
    </w:p>
    <w:p>
      <w:r>
        <w:rPr>
          <w:b/>
        </w:rPr>
        <w:t xml:space="preserve">[1:26:24] </w:t>
      </w:r>
      <w:r>
        <w:t>is se aap soch sakte hain ke paradise kitni qeemti cheez hai.</w:t>
      </w:r>
    </w:p>
    <w:p>
      <w:pPr>
        <w:jc w:val="right"/>
      </w:pPr>
      <w:r>
        <w:t>اس سے آپ سوچ سکتے ہیں کہ پیرڈائز کتنی قیمتی چیز ہے۔</w:t>
      </w:r>
    </w:p>
    <w:p>
      <w:r>
        <w:rPr>
          <w:b/>
        </w:rPr>
        <w:t xml:space="preserve">[1:26:30] </w:t>
      </w:r>
      <w:r>
        <w:t>aur dekhen, is ka wajah kya hai ke paradise jo hai, perfect world hai</w:t>
      </w:r>
    </w:p>
    <w:p>
      <w:pPr>
        <w:jc w:val="right"/>
      </w:pPr>
      <w:r>
        <w:t>اور دیکھیں، اس کا وجہ کیا ہے کہ پیرڈائز جو ہے، پرفیکٹ ورلڈ ہے</w:t>
      </w:r>
    </w:p>
    <w:p>
      <w:r>
        <w:rPr>
          <w:b/>
        </w:rPr>
        <w:t xml:space="preserve">[1:26:36] </w:t>
      </w:r>
      <w:r>
        <w:t>aur yeh imperfect world hai.</w:t>
      </w:r>
    </w:p>
    <w:p>
      <w:pPr>
        <w:jc w:val="right"/>
      </w:pPr>
      <w:r>
        <w:t>اور یہ امپرفیکٹ ورلڈ ہے۔</w:t>
      </w:r>
    </w:p>
    <w:p>
      <w:r>
        <w:rPr>
          <w:b/>
        </w:rPr>
        <w:t xml:space="preserve">[1:26:41] </w:t>
      </w:r>
      <w:r>
        <w:t>to imperfect ki koi bhi quantity perfect ka substitute nahi ban sakti.</w:t>
      </w:r>
    </w:p>
    <w:p>
      <w:pPr>
        <w:jc w:val="right"/>
      </w:pPr>
      <w:r>
        <w:t>تو امپرفیکٹ کی کوئی بھی کوانٹٹی پرفیکٹ کا سبسٹیٹیوٹ نہیں بن سکتی۔</w:t>
      </w:r>
    </w:p>
    <w:p>
      <w:r>
        <w:rPr>
          <w:b/>
        </w:rPr>
        <w:t xml:space="preserve">[1:26:45] </w:t>
      </w:r>
      <w:r>
        <w:t>imperfect ki koi bhi miqdar perfect ka badal nahi ban sakti.</w:t>
      </w:r>
    </w:p>
    <w:p>
      <w:pPr>
        <w:jc w:val="right"/>
      </w:pPr>
      <w:r>
        <w:t>امپرفیکٹ کی کوئی بھی مقدار پرفیکٹ کا بدل نہیں بن سکتی۔</w:t>
      </w:r>
    </w:p>
    <w:p>
      <w:r>
        <w:rPr>
          <w:b/>
        </w:rPr>
        <w:t xml:space="preserve">[1:26:50] </w:t>
      </w:r>
      <w:r>
        <w:t>yeh hai mamla ke paradise to perfect world hai.</w:t>
      </w:r>
    </w:p>
    <w:p>
      <w:pPr>
        <w:jc w:val="right"/>
      </w:pPr>
      <w:r>
        <w:t>یہ ہے معاملہ کہ پیرڈائز تو پرفیکٹ ورلڈ ہے۔</w:t>
      </w:r>
    </w:p>
    <w:p>
      <w:r>
        <w:rPr>
          <w:b/>
        </w:rPr>
        <w:t xml:space="preserve">[1:26:54] </w:t>
      </w:r>
      <w:r>
        <w:t>yeh jo khuda kahega tum do le lo, to woh to imperfect world hai, chahe do ho</w:t>
      </w:r>
    </w:p>
    <w:p>
      <w:pPr>
        <w:jc w:val="right"/>
      </w:pPr>
      <w:r>
        <w:t>یہ جو خدا کہے گا تم دو لے لو، تو وہ تو امپرفیکٹ ورلڈ ہے، چاہے دو ہو</w:t>
      </w:r>
    </w:p>
    <w:p>
      <w:r>
        <w:rPr>
          <w:b/>
        </w:rPr>
        <w:t xml:space="preserve">[1:26:58] </w:t>
      </w:r>
      <w:r>
        <w:t>ya do hazar ho.</w:t>
      </w:r>
    </w:p>
    <w:p>
      <w:pPr>
        <w:jc w:val="right"/>
      </w:pPr>
      <w:r>
        <w:t>یا دو ہزار ہو۔</w:t>
      </w:r>
    </w:p>
    <w:p>
      <w:r>
        <w:rPr>
          <w:b/>
        </w:rPr>
        <w:t xml:space="preserve">[1:27:03] </w:t>
      </w:r>
      <w:r>
        <w:t>isi ko mein kehta hoon ke</w:t>
      </w:r>
    </w:p>
    <w:p>
      <w:pPr>
        <w:jc w:val="right"/>
      </w:pPr>
      <w:r>
        <w:t>اسی کو میں کہتا ہوں کہ</w:t>
      </w:r>
    </w:p>
    <w:p>
      <w:r>
        <w:rPr>
          <w:b/>
        </w:rPr>
        <w:t xml:space="preserve">[1:27:07] </w:t>
      </w:r>
      <w:r>
        <w:t>imperfect ki koi bhi quantity perfect ka substitute nahi ban sakti.</w:t>
      </w:r>
    </w:p>
    <w:p>
      <w:pPr>
        <w:jc w:val="right"/>
      </w:pPr>
      <w:r>
        <w:t>امپرفیکٹ کی کوئی بھی کوانٹٹی پرفیکٹ کا سبسٹیٹیوٹ نہیں بن سکتی۔</w:t>
      </w:r>
    </w:p>
    <w:p>
      <w:r>
        <w:rPr>
          <w:b/>
        </w:rPr>
        <w:t xml:space="preserve">[1:27:13] </w:t>
      </w:r>
      <w:r>
        <w:t>is se aap soch sakte hain ke paradise kitni zyada achhi jagah hai, kitni sundar jagah hai, kitna</w:t>
      </w:r>
    </w:p>
    <w:p>
      <w:pPr>
        <w:jc w:val="right"/>
      </w:pPr>
      <w:r>
        <w:t>اس سے آپ سوچ سکتے ہیں کہ پیرڈائز کتنی زیادہ اچھی جگہ ہے، کتنی سندر جگہ ہے، کتنا</w:t>
      </w:r>
    </w:p>
    <w:p>
      <w:r>
        <w:rPr>
          <w:b/>
        </w:rPr>
        <w:t xml:space="preserve">[1:27:20] </w:t>
      </w:r>
      <w:r>
        <w:t>treasure is ke andar hai.</w:t>
      </w:r>
    </w:p>
    <w:p>
      <w:pPr>
        <w:jc w:val="right"/>
      </w:pPr>
      <w:r>
        <w:t>ٹریژر اس کے اندر ہے۔</w:t>
      </w:r>
    </w:p>
    <w:p>
      <w:r>
        <w:rPr>
          <w:b/>
        </w:rPr>
        <w:t xml:space="preserve">[1:27:26] </w:t>
      </w:r>
      <w:r>
        <w:t>wahan par na accident hoga, na budhapa hoga, na boredom hoga, na season ke problem honge, koi</w:t>
      </w:r>
    </w:p>
    <w:p>
      <w:pPr>
        <w:jc w:val="right"/>
      </w:pPr>
      <w:r>
        <w:t>وہاں پر نہ ایکسیڈنٹ ہوگا، نہ بڑھاپا ہوگا، نہ بورڈم ہوگا، نہ سیزن کے پرابلم ہوں گے، کوئی</w:t>
      </w:r>
    </w:p>
    <w:p>
      <w:r>
        <w:rPr>
          <w:b/>
        </w:rPr>
        <w:t xml:space="preserve">[1:27:32] </w:t>
      </w:r>
      <w:r>
        <w:t>bhi nahi hoga is qism ka wahan par.</w:t>
      </w:r>
    </w:p>
    <w:p>
      <w:pPr>
        <w:jc w:val="right"/>
      </w:pPr>
      <w:r>
        <w:t>بھی نہیں ہوگا اس قسم کا وہاں پر۔</w:t>
      </w:r>
    </w:p>
    <w:p>
      <w:r>
        <w:rPr>
          <w:b/>
        </w:rPr>
        <w:t xml:space="preserve">[1:27:38] </w:t>
      </w:r>
      <w:r>
        <w:t>to aisi ek duniya jo hai, us ko aap apna goal banayein, us ko aap apna target banayein.</w:t>
      </w:r>
    </w:p>
    <w:p>
      <w:pPr>
        <w:jc w:val="right"/>
      </w:pPr>
      <w:r>
        <w:t>تو ایسی ایک دنیا جو ہے، اس کو آپ اپنا گول بنائیں، اس کو آپ اپنا ٹارگٹ بنائیں۔</w:t>
      </w:r>
    </w:p>
    <w:p>
      <w:r>
        <w:rPr>
          <w:b/>
        </w:rPr>
        <w:t xml:space="preserve">[1:27:46] </w:t>
      </w:r>
      <w:r>
        <w:t>is bewakoof, is stupid student jaise na banein ke jo examination hall mein job talash karne lagein.</w:t>
      </w:r>
    </w:p>
    <w:p>
      <w:pPr>
        <w:jc w:val="right"/>
      </w:pPr>
      <w:r>
        <w:t>اس بے وقوف، اس اسٹیپڈ اسٹوڈنٹ جیسے نہ بنیں کہ جو ایگزامینیشن ہال میں جاب تلاش کرنے لگے۔</w:t>
      </w:r>
    </w:p>
    <w:p>
      <w:r>
        <w:rPr>
          <w:b/>
        </w:rPr>
        <w:t xml:space="preserve">[1:27:53] </w:t>
      </w:r>
      <w:r>
        <w:t>is duniya hi mein apni paradise dhoondhna aisa hai jaise ke student jo hai, examination hall ke andar</w:t>
      </w:r>
    </w:p>
    <w:p>
      <w:pPr>
        <w:jc w:val="right"/>
      </w:pPr>
      <w:r>
        <w:t>اس دنیا ہی میں اپنی پیرڈائز ڈھونڈنا ایسا ہے جیسے کہ اسٹوڈنٹ جو ہے، ایگزامینیشن ہال کے اندر</w:t>
      </w:r>
    </w:p>
    <w:p>
      <w:r>
        <w:rPr>
          <w:b/>
        </w:rPr>
        <w:t xml:space="preserve">[1:28:01] </w:t>
      </w:r>
      <w:r>
        <w:t>job talash karne lage. to</w:t>
      </w:r>
    </w:p>
    <w:p>
      <w:pPr>
        <w:jc w:val="right"/>
      </w:pPr>
      <w:r>
        <w:t>جاب تلاش کرنے لگے۔ تو</w:t>
      </w:r>
    </w:p>
    <w:p>
      <w:r>
        <w:rPr>
          <w:b/>
        </w:rPr>
        <w:t xml:space="preserve">[1:28:09] </w:t>
      </w:r>
      <w:r>
        <w:t>yeh jo misal ban gayi ke ideal cannot be achieved, mein samajhta hoon galat misal hai.</w:t>
      </w:r>
    </w:p>
    <w:p>
      <w:pPr>
        <w:jc w:val="right"/>
      </w:pPr>
      <w:r>
        <w:t>یہ جو مثل بن گئی کہ آئیڈیل کین ناٹ بی اچیوڈ، میں سمجھتا ہوں غلط مثل ہے۔</w:t>
      </w:r>
    </w:p>
    <w:p>
      <w:r>
        <w:rPr>
          <w:b/>
        </w:rPr>
        <w:t xml:space="preserve">[1:28:15] </w:t>
      </w:r>
      <w:r>
        <w:t>sahi baat hona chahiye ke paradise cannot be achieved in our present world.</w:t>
      </w:r>
    </w:p>
    <w:p>
      <w:pPr>
        <w:jc w:val="right"/>
      </w:pPr>
      <w:r>
        <w:t>صحیح بات ہونا چاہیے کہ پیرڈائز کین ناٹ بی اچیوڈ ان اور پریزنٹ ورلڈ۔</w:t>
      </w:r>
    </w:p>
    <w:p>
      <w:r>
        <w:rPr>
          <w:b/>
        </w:rPr>
        <w:t xml:space="preserve">[1:28:21] </w:t>
      </w:r>
      <w:r>
        <w:t>to is baat ko achhi tarah samjhiye aur apni apni priority set kijiye.</w:t>
      </w:r>
    </w:p>
    <w:p>
      <w:pPr>
        <w:jc w:val="right"/>
      </w:pPr>
      <w:r>
        <w:t>تو اس بات کو اچھی طرح سمجھیے اور اپنی اپنی پرائرٹی سیٹ کیجئے۔</w:t>
      </w:r>
    </w:p>
    <w:p>
      <w:r>
        <w:rPr>
          <w:b/>
        </w:rPr>
        <w:t xml:space="preserve">[1:28:27] </w:t>
      </w:r>
      <w:r>
        <w:t>apni priority, aap ki priority kya honi chahiye? aap ka target kya hona chahiye? aap ka target hona</w:t>
      </w:r>
    </w:p>
    <w:p>
      <w:pPr>
        <w:jc w:val="right"/>
      </w:pPr>
      <w:r>
        <w:t>اپنی پرائرٹی، آپ کی پرائرٹی کیا ہونی چاہیے؟ آپ کا ٹارگٹ کیا ہونا چاہیے؟ آپ کا ٹارگٹ ہونا</w:t>
      </w:r>
    </w:p>
    <w:p>
      <w:r>
        <w:rPr>
          <w:b/>
        </w:rPr>
        <w:t xml:space="preserve">[1:28:33] </w:t>
      </w:r>
      <w:r>
        <w:t>chahiye ke is paradise</w:t>
      </w:r>
    </w:p>
    <w:p>
      <w:pPr>
        <w:jc w:val="right"/>
      </w:pPr>
      <w:r>
        <w:t>چاہیے کہ اس پیرڈائز</w:t>
      </w:r>
    </w:p>
    <w:p>
      <w:r>
        <w:rPr>
          <w:b/>
        </w:rPr>
        <w:t xml:space="preserve">[1:28:39] </w:t>
      </w:r>
      <w:r>
        <w:t>mein pahunchein, aap jo eternal hai, jo perfect hai, jo ideal hai, yeh saare pleasure hain jo hamare, hamara jo jo desires hain, hamari wide desire ka fulfillment wahan par hai. sab se bari cheez mein samajhta hoon ke yeh hai ke hum ko fulfillment mile. is duniya mein kis ko milta hai fulfillment? paradise woh jagah hai jahan hum ko fulfillment</w:t>
      </w:r>
    </w:p>
    <w:p>
      <w:pPr>
        <w:jc w:val="right"/>
      </w:pPr>
      <w:r>
        <w:t>میں پہنچیں، آپ جو ایٹرنل ہے، جو پرفیکٹ ہے، جو آئیڈیل ہے، یہ سارے پلیژر ہیں جو ہمارے، ہمارا جو جو ڈیزائرز ہیں، ہماری وڈزائیڈ ڈیزائر کا فلفلمنٹ وہاں پر ہے۔ سب سے بڑی چیز میں سمجھتا ہوں کہ یہ ہے کہ ہم کو فلفلمنٹ ملے۔ اس دنیا میں کس کو ملتا ہے فلفلمنٹ؟ پیرڈائز وہ جگہ ہے جہاں ہم کو فلفلمنٹ</w:t>
      </w:r>
    </w:p>
    <w:p>
      <w:r>
        <w:rPr>
          <w:b/>
        </w:rPr>
        <w:t xml:space="preserve">[1:29:09] </w:t>
      </w:r>
      <w:r>
        <w:t>milega. hamari sari desire wahan poori hongi. to mein apne liye aur aap logon ke liye dua karta hoon ke hum ab jab marne ke baad khuda ke samne pahunchein to khuda hamare liye paradise ka faisla kare, hamare liye paradise ke gate khol diye jayein. aqool qooli haza wastaghfirullaha lakum ajmaeen.</w:t>
      </w:r>
    </w:p>
    <w:p>
      <w:pPr>
        <w:jc w:val="right"/>
      </w:pPr>
      <w:r>
        <w:t>ملے گا۔ ہماری ساری ڈیزائر وہاں پوری ہوں گی۔ تو میں اپنے لیے اور آپ لوگوں کے لیے دعا کرتا ہوں کہ ہم اب جب مرنے کے بعد خدا کے سامنے پہنچیں تو خدا ہمارے لیے پیرڈائز کا فیصلہ کرے، ہمارے لیے پیرڈائز کے گیٹ کھول دیے جائیں۔ اقول قولیھذا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