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Muslims in the Modern Age, Jan 18, 2009</w:t>
      </w:r>
    </w:p>
    <w:p>
      <w:r>
        <w:t>https://www.youtube.com/watch?v=7zDCFtOSWSw</w:t>
      </w:r>
    </w:p>
    <w:p>
      <w:r>
        <w:rPr>
          <w:b/>
        </w:rPr>
        <w:t xml:space="preserve">[00:10] </w:t>
      </w:r>
      <w:r>
        <w:t>Rab ishrah li sadri wa yassir li amri wahlul uqdatan min lisani yafqahu qawli.</w:t>
      </w:r>
    </w:p>
    <w:p>
      <w:pPr>
        <w:jc w:val="right"/>
      </w:pPr>
      <w:r>
        <w:t>رب اشرح لی صدری ویسر لی امری واحل العقدۃ من لسانی یفقہ قولی.</w:t>
      </w:r>
    </w:p>
    <w:p>
      <w:r>
        <w:rPr>
          <w:b/>
        </w:rPr>
        <w:t xml:space="preserve">[00:21] </w:t>
      </w:r>
      <w:r>
        <w:t>The theme for this morning is "Muslims in the Modern Age."</w:t>
      </w:r>
    </w:p>
    <w:p>
      <w:pPr>
        <w:jc w:val="right"/>
      </w:pPr>
      <w:r>
        <w:t>The theme for this morning is "Muslims in the Modern Age."</w:t>
      </w:r>
    </w:p>
    <w:p>
      <w:r>
        <w:rPr>
          <w:b/>
        </w:rPr>
        <w:t xml:space="preserve">[00:34] </w:t>
      </w:r>
      <w:r>
        <w:t>Yesterday I happened to meet two English journalists.</w:t>
      </w:r>
    </w:p>
    <w:p>
      <w:pPr>
        <w:jc w:val="right"/>
      </w:pPr>
      <w:r>
        <w:t>Yesterday I happened to meet two English journalists.</w:t>
      </w:r>
    </w:p>
    <w:p>
      <w:r>
        <w:rPr>
          <w:b/>
        </w:rPr>
        <w:t xml:space="preserve">[00:44] </w:t>
      </w:r>
      <w:r>
        <w:t>One was a senior journalist from India, and the second was a lady journalist from some foreign countr</w:t>
      </w:r>
    </w:p>
    <w:p>
      <w:pPr>
        <w:jc w:val="right"/>
      </w:pPr>
      <w:r>
        <w:t>One was a senior journalist from India, and the second was a lady journalist from some foreign countr</w:t>
      </w:r>
    </w:p>
    <w:p>
      <w:r>
        <w:rPr>
          <w:b/>
        </w:rPr>
        <w:t xml:space="preserve">[00:55] </w:t>
      </w:r>
      <w:r>
        <w:t>y. Both wanted to know my opinion about the Palestinian problem or Arab-Israel problem.</w:t>
      </w:r>
    </w:p>
    <w:p>
      <w:pPr>
        <w:jc w:val="right"/>
      </w:pPr>
      <w:r>
        <w:t>y. Both wanted to know my opinion about the Palestinian problem or Arab-Israel problem.</w:t>
      </w:r>
    </w:p>
    <w:p>
      <w:r>
        <w:rPr>
          <w:b/>
        </w:rPr>
        <w:t xml:space="preserve">[01:10] </w:t>
      </w:r>
      <w:r>
        <w:t>I said that</w:t>
      </w:r>
    </w:p>
    <w:p>
      <w:pPr>
        <w:jc w:val="right"/>
      </w:pPr>
      <w:r>
        <w:t>I said that</w:t>
      </w:r>
    </w:p>
    <w:p>
      <w:r>
        <w:rPr>
          <w:b/>
        </w:rPr>
        <w:t xml:space="preserve">[01:16] </w:t>
      </w:r>
      <w:r>
        <w:t>the Arab-Israel issue is only an offshoot of a greater issue.</w:t>
      </w:r>
    </w:p>
    <w:p>
      <w:pPr>
        <w:jc w:val="right"/>
      </w:pPr>
      <w:r>
        <w:t>the Arab-Israel issue is only an offshoot of a greater issue.</w:t>
      </w:r>
    </w:p>
    <w:p>
      <w:r>
        <w:rPr>
          <w:b/>
        </w:rPr>
        <w:t xml:space="preserve">[01:29] </w:t>
      </w:r>
      <w:r>
        <w:t>The Palestinian problem is only an offshoot of a greater problem. They wanted to know what is that greater problem with Muslims.</w:t>
      </w:r>
    </w:p>
    <w:p>
      <w:pPr>
        <w:jc w:val="right"/>
      </w:pPr>
      <w:r>
        <w:t>The Palestinian problem is only an offshoot of a greater problem. They wanted to know what is that greater problem with Muslims.</w:t>
      </w:r>
    </w:p>
    <w:p>
      <w:r>
        <w:rPr>
          <w:b/>
        </w:rPr>
        <w:t xml:space="preserve">[01:43] </w:t>
      </w:r>
      <w:r>
        <w:t>I said that</w:t>
      </w:r>
    </w:p>
    <w:p>
      <w:pPr>
        <w:jc w:val="right"/>
      </w:pPr>
      <w:r>
        <w:t>I said that</w:t>
      </w:r>
    </w:p>
    <w:p>
      <w:r>
        <w:rPr>
          <w:b/>
        </w:rPr>
        <w:t xml:space="preserve">[01:47] </w:t>
      </w:r>
      <w:r>
        <w:t>I have studied most of those materials published by Muslim scholars during the 20th century in Urdu, in English, in Arabic.</w:t>
      </w:r>
    </w:p>
    <w:p>
      <w:pPr>
        <w:jc w:val="right"/>
      </w:pPr>
      <w:r>
        <w:t>I have studied most of those materials published by Muslim scholars during the 20th century in Urdu, in English, in Arabic.</w:t>
      </w:r>
    </w:p>
    <w:p>
      <w:r>
        <w:rPr>
          <w:b/>
        </w:rPr>
        <w:t xml:space="preserve">[02:04] </w:t>
      </w:r>
      <w:r>
        <w:t>And I can say with conviction that the most important problem with Muslims is that they lack</w:t>
      </w:r>
    </w:p>
    <w:p>
      <w:pPr>
        <w:jc w:val="right"/>
      </w:pPr>
      <w:r>
        <w:t>And I can say with conviction that the most important problem with Muslims is that they lack</w:t>
      </w:r>
    </w:p>
    <w:p>
      <w:r>
        <w:rPr>
          <w:b/>
        </w:rPr>
        <w:t xml:space="preserve">[02:24] </w:t>
      </w:r>
      <w:r>
        <w:t>the</w:t>
      </w:r>
    </w:p>
    <w:p>
      <w:pPr>
        <w:jc w:val="right"/>
      </w:pPr>
      <w:r>
        <w:t>the</w:t>
      </w:r>
    </w:p>
    <w:p>
      <w:r>
        <w:rPr>
          <w:b/>
        </w:rPr>
        <w:t xml:space="preserve">[02:27] </w:t>
      </w:r>
      <w:r>
        <w:t>intellectual awakening.</w:t>
      </w:r>
    </w:p>
    <w:p>
      <w:pPr>
        <w:jc w:val="right"/>
      </w:pPr>
      <w:r>
        <w:t>intellectual awakening.</w:t>
      </w:r>
    </w:p>
    <w:p>
      <w:r>
        <w:rPr>
          <w:b/>
        </w:rPr>
        <w:t xml:space="preserve">[02:31] </w:t>
      </w:r>
      <w:r>
        <w:t>They don't know what is the present age.</w:t>
      </w:r>
    </w:p>
    <w:p>
      <w:pPr>
        <w:jc w:val="right"/>
      </w:pPr>
      <w:r>
        <w:t>They don't know what is the present age.</w:t>
      </w:r>
    </w:p>
    <w:p>
      <w:r>
        <w:rPr>
          <w:b/>
        </w:rPr>
        <w:t xml:space="preserve">[02:37] </w:t>
      </w:r>
      <w:r>
        <w:t>I am saying this about all those Muslims, not only Indian Muslims, from Arabs to non-Arabs, from India to America.</w:t>
      </w:r>
    </w:p>
    <w:p>
      <w:pPr>
        <w:jc w:val="right"/>
      </w:pPr>
      <w:r>
        <w:t>I am saying this about all those Muslims, not only Indian Muslims, from Arabs to non-Arabs, from India to America.</w:t>
      </w:r>
    </w:p>
    <w:p>
      <w:r>
        <w:rPr>
          <w:b/>
        </w:rPr>
        <w:t xml:space="preserve">[02:51] </w:t>
      </w:r>
      <w:r>
        <w:t>All these Muslims are quite unaware of what is the present age.</w:t>
      </w:r>
    </w:p>
    <w:p>
      <w:pPr>
        <w:jc w:val="right"/>
      </w:pPr>
      <w:r>
        <w:t>All these Muslims are quite unaware of what is the present age.</w:t>
      </w:r>
    </w:p>
    <w:p>
      <w:r>
        <w:rPr>
          <w:b/>
        </w:rPr>
        <w:t xml:space="preserve">[03:00] </w:t>
      </w:r>
      <w:r>
        <w:t>Yesterday I received a telephone from America. One Muslim was speaking. He said that throughout America, in every city and in every mosque of America,</w:t>
      </w:r>
    </w:p>
    <w:p>
      <w:pPr>
        <w:jc w:val="right"/>
      </w:pPr>
      <w:r>
        <w:t>Yesterday I received a telephone from America. One Muslim was speaking. He said that throughout America, in every city and in every mosque of America,</w:t>
      </w:r>
    </w:p>
    <w:p>
      <w:r>
        <w:rPr>
          <w:b/>
        </w:rPr>
        <w:t xml:space="preserve">[03:17] </w:t>
      </w:r>
      <w:r>
        <w:t>Muslims are doing bad dua, bad dua against their enemies.</w:t>
      </w:r>
    </w:p>
    <w:p>
      <w:pPr>
        <w:jc w:val="right"/>
      </w:pPr>
      <w:r>
        <w:t>Muslims are doing bad dua, bad dua against their enemies.</w:t>
      </w:r>
    </w:p>
    <w:p>
      <w:r>
        <w:rPr>
          <w:b/>
        </w:rPr>
        <w:t xml:space="preserve">[03:26] </w:t>
      </w:r>
      <w:r>
        <w:t>Perhaps you know what</w:t>
      </w:r>
    </w:p>
    <w:p>
      <w:pPr>
        <w:jc w:val="right"/>
      </w:pPr>
      <w:r>
        <w:t>Perhaps you know what</w:t>
      </w:r>
    </w:p>
    <w:p>
      <w:r>
        <w:rPr>
          <w:b/>
        </w:rPr>
        <w:t xml:space="preserve">[03:30] </w:t>
      </w:r>
      <w:r>
        <w:t>are those enemies. So, all the Muslims living in America, although they live in America, but they don't know.</w:t>
      </w:r>
    </w:p>
    <w:p>
      <w:pPr>
        <w:jc w:val="right"/>
      </w:pPr>
      <w:r>
        <w:t>are those enemies. So, all the Muslims living in America, although they live in America, but they don't know.</w:t>
      </w:r>
    </w:p>
    <w:p>
      <w:r>
        <w:rPr>
          <w:b/>
        </w:rPr>
        <w:t xml:space="preserve">[03:40] </w:t>
      </w:r>
      <w:r>
        <w:t>They don't know. This is against Islam, against the spirit of the age. These people are living as blind persons.</w:t>
      </w:r>
    </w:p>
    <w:p>
      <w:pPr>
        <w:jc w:val="right"/>
      </w:pPr>
      <w:r>
        <w:t>They don't know. This is against Islam, against the spirit of the age. These people are living as blind persons.</w:t>
      </w:r>
    </w:p>
    <w:p>
      <w:r>
        <w:rPr>
          <w:b/>
        </w:rPr>
        <w:t xml:space="preserve">[03:51] </w:t>
      </w:r>
      <w:r>
        <w:t>They don't know what is the spirit of the age.</w:t>
      </w:r>
    </w:p>
    <w:p>
      <w:pPr>
        <w:jc w:val="right"/>
      </w:pPr>
      <w:r>
        <w:t>They don't know what is the spirit of the age.</w:t>
      </w:r>
    </w:p>
    <w:p>
      <w:r>
        <w:rPr>
          <w:b/>
        </w:rPr>
        <w:t xml:space="preserve">[03:57] </w:t>
      </w:r>
      <w:r>
        <w:t>I refer to only one example. One great scholar of Muslim, one great Islamic scholar has published a book perhaps in 1940, before independence.</w:t>
      </w:r>
    </w:p>
    <w:p>
      <w:pPr>
        <w:jc w:val="right"/>
      </w:pPr>
      <w:r>
        <w:t>I refer to only one example. One great scholar of Muslim, one great Islamic scholar has published a book perhaps in 1940, before independence.</w:t>
      </w:r>
    </w:p>
    <w:p>
      <w:r>
        <w:rPr>
          <w:b/>
        </w:rPr>
        <w:t xml:space="preserve">[04:21] </w:t>
      </w:r>
      <w:r>
        <w:t>This book was originally written in Arabic. It is an Arabic book.</w:t>
      </w:r>
    </w:p>
    <w:p>
      <w:pPr>
        <w:jc w:val="right"/>
      </w:pPr>
      <w:r>
        <w:t>This book was originally written in Arabic. It is an Arabic book.</w:t>
      </w:r>
    </w:p>
    <w:p>
      <w:r>
        <w:rPr>
          <w:b/>
        </w:rPr>
        <w:t xml:space="preserve">[04:26] </w:t>
      </w:r>
      <w:r>
        <w:t>He is a great scholar in Arabic. So, the title of this book was "Maza Khosrow</w:t>
      </w:r>
    </w:p>
    <w:p>
      <w:pPr>
        <w:jc w:val="right"/>
      </w:pPr>
      <w:r>
        <w:t>He is a great scholar in Arabic. So, the title of this book was "Maza Khosrow</w:t>
      </w:r>
    </w:p>
    <w:p>
      <w:r>
        <w:rPr>
          <w:b/>
        </w:rPr>
        <w:t xml:space="preserve">[04:38] </w:t>
      </w:r>
      <w:r>
        <w:t>al-Alam Bin Hidayatul Muslimin." It means that</w:t>
      </w:r>
    </w:p>
    <w:p>
      <w:pPr>
        <w:jc w:val="right"/>
      </w:pPr>
      <w:r>
        <w:t>al-Alam Bin Hidayatul Muslimin." It means that</w:t>
      </w:r>
    </w:p>
    <w:p>
      <w:r>
        <w:rPr>
          <w:b/>
        </w:rPr>
        <w:t xml:space="preserve">[04:45] </w:t>
      </w:r>
      <w:r>
        <w:t>what the world lost, L-O-S-T, what the world lost due to Muslims' decline.</w:t>
      </w:r>
    </w:p>
    <w:p>
      <w:pPr>
        <w:jc w:val="right"/>
      </w:pPr>
      <w:r>
        <w:t>what the world lost, L-O-S-T, what the world lost due to Muslims' decline.</w:t>
      </w:r>
    </w:p>
    <w:p>
      <w:r>
        <w:rPr>
          <w:b/>
        </w:rPr>
        <w:t xml:space="preserve">[04:57] </w:t>
      </w:r>
      <w:r>
        <w:t>This kind of title is absurd. The correct title may be "Maza Khosrow al-Muslimun Bin Hidayatul Fikriyah," what Muslims lost due to their intellectual backwardness.</w:t>
      </w:r>
    </w:p>
    <w:p>
      <w:pPr>
        <w:jc w:val="right"/>
      </w:pPr>
      <w:r>
        <w:t>This kind of title is absurd. The correct title may be "Maza Khosrow al-Muslimun Bin Hidayatul Fikriyah," what Muslims lost due to their intellectual backwardness.</w:t>
      </w:r>
    </w:p>
    <w:p>
      <w:r>
        <w:rPr>
          <w:b/>
        </w:rPr>
        <w:t xml:space="preserve">[05:22] </w:t>
      </w:r>
      <w:r>
        <w:t>This is the intellectual bankruptcy we are witnessing among Muslim scholars</w:t>
      </w:r>
    </w:p>
    <w:p>
      <w:pPr>
        <w:jc w:val="right"/>
      </w:pPr>
      <w:r>
        <w:t>This is the intellectual bankruptcy we are witnessing among Muslim scholars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