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Journey to Switzerland, Jerusalem, Palestine, Nov 02, 2008</w:t>
      </w:r>
    </w:p>
    <w:p>
      <w:r>
        <w:t>https://www.youtube.com/watch?v=Noi5eb85Tcg</w:t>
      </w:r>
    </w:p>
    <w:p>
      <w:r>
        <w:rPr>
          <w:b/>
        </w:rPr>
        <w:t xml:space="preserve">[00:14]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[00:23] </w:t>
      </w:r>
      <w:r>
        <w:t>aaj mein apne safar ke jo experience hain, us ko share karna chahta hoon.</w:t>
      </w:r>
    </w:p>
    <w:p>
      <w:pPr>
        <w:jc w:val="right"/>
      </w:pPr>
      <w:r>
        <w:t>آج میں اپنے سفر کے جو ایکسپیرینس ہیں، اس کو شیئر کرنا چاہتا ہوں۔</w:t>
      </w:r>
    </w:p>
    <w:p>
      <w:r>
        <w:rPr>
          <w:b/>
        </w:rPr>
        <w:t xml:space="preserve">[00:34] </w:t>
      </w:r>
      <w:r>
        <w:t>mein aur mere saathi, yaani hum log 7 aadmi ki party,</w:t>
      </w:r>
    </w:p>
    <w:p>
      <w:pPr>
        <w:jc w:val="right"/>
      </w:pPr>
      <w:r>
        <w:t>میں اور میرے ساتھی، یعنی ہم لوگ 7 آدمی کی پارٹی،</w:t>
      </w:r>
    </w:p>
    <w:p>
      <w:r>
        <w:rPr>
          <w:b/>
        </w:rPr>
        <w:t xml:space="preserve">[00:42] </w:t>
      </w:r>
      <w:r>
        <w:t>gaye yahan se Switzerland, phir hum log pohanche Tel Aviv, phir hum log pohanche Jerusalem.</w:t>
      </w:r>
    </w:p>
    <w:p>
      <w:pPr>
        <w:jc w:val="right"/>
      </w:pPr>
      <w:r>
        <w:t>گئے یہاں سے سویٹزرلینڈ، پھر ہم لوگ پہنچے تل ابیب، پھر ہم لوگ پہنچے یروشلم۔</w:t>
      </w:r>
    </w:p>
    <w:p>
      <w:r>
        <w:rPr>
          <w:b/>
        </w:rPr>
        <w:t xml:space="preserve">[00:53] </w:t>
      </w:r>
      <w:r>
        <w:t>to aap jante hain ke yeh jo</w:t>
      </w:r>
    </w:p>
    <w:p>
      <w:pPr>
        <w:jc w:val="right"/>
      </w:pPr>
      <w:r>
        <w:t>تو آپ جانتے ہیں کہ یہ جو</w:t>
      </w:r>
    </w:p>
    <w:p>
      <w:r>
        <w:rPr>
          <w:b/>
        </w:rPr>
        <w:t xml:space="preserve">[00:58] </w:t>
      </w:r>
      <w:r>
        <w:t>Tel Aviv aur Jerusalem ki jo duniya hai, is ka jo riwayati naam hai woh hai Palestine. Quran aur Bible dono mein is ko Holy Land kaha gaya hai.</w:t>
      </w:r>
    </w:p>
    <w:p>
      <w:pPr>
        <w:jc w:val="right"/>
      </w:pPr>
      <w:r>
        <w:t>تل ابیب اور یروشلم کی جو دنیا ہے، اس کا جو روایتی نام ہے وہ ہے فلسطین۔ قرآن اور بائبل دونوں میں اس کو ہولی لینڈ کہا گیا ہے۔</w:t>
      </w:r>
    </w:p>
    <w:p>
      <w:r>
        <w:rPr>
          <w:b/>
        </w:rPr>
        <w:t xml:space="preserve">[01:14] </w:t>
      </w:r>
      <w:r>
        <w:t>Quran mein hai al-ard al-muqaddasah, Holy Land. Wohi Bible mein bhi hai Holy Land ke naam se.</w:t>
      </w:r>
    </w:p>
    <w:p>
      <w:pPr>
        <w:jc w:val="right"/>
      </w:pPr>
      <w:r>
        <w:t>قرآن میں ہے الارض المقدسہ، ہولی لینڈ۔ وہی بائبل میں بھی ہے ہولی لینڈ کے نام سے۔</w:t>
      </w:r>
    </w:p>
    <w:p>
      <w:r>
        <w:rPr>
          <w:b/>
        </w:rPr>
        <w:t xml:space="preserve">[01:25] </w:t>
      </w:r>
      <w:r>
        <w:t>to is duniya ka safar hum ne kiya. Mein is se pehle do baar ja chuka hoon wahan. Is baar yeh mera teesra safar tha.</w:t>
      </w:r>
    </w:p>
    <w:p>
      <w:pPr>
        <w:jc w:val="right"/>
      </w:pPr>
      <w:r>
        <w:t>تو اس دنیا کا سفر ہم نے کیا۔ میں اس سے پہلے دو بار جا چکا ہوں وہاں۔ اس بار یہ میرا تیسرا سفر تھا۔</w:t>
      </w:r>
    </w:p>
    <w:p>
      <w:r>
        <w:rPr>
          <w:b/>
        </w:rPr>
        <w:t xml:space="preserve">[01:40] </w:t>
      </w:r>
      <w:r>
        <w:t>mein koi safar apne aap daure ke taur par nahi karta. Mera har safar kisi conference mein shirkat ke liye hota hai.</w:t>
      </w:r>
    </w:p>
    <w:p>
      <w:pPr>
        <w:jc w:val="right"/>
      </w:pPr>
      <w:r>
        <w:t>میں کوئی سفر اپنے آپ دورہ کے طور پر نہیں کرتا۔ میرا ہر سفر کسی کانفرنس میں شرکت کے لئے ہوتا ہے۔</w:t>
      </w:r>
    </w:p>
    <w:p>
      <w:r>
        <w:rPr>
          <w:b/>
        </w:rPr>
        <w:t xml:space="preserve">[01:50] </w:t>
      </w:r>
      <w:r>
        <w:t>phir conference ke baad wahan mauqa milta hai ke aur dekha jaye aur cheezein maloom ki jayein.</w:t>
      </w:r>
    </w:p>
    <w:p>
      <w:pPr>
        <w:jc w:val="right"/>
      </w:pPr>
      <w:r>
        <w:t>پھر کانفرنس کے بعد وہاں موقع ملتا ہے کہ اور دیکھا جائے اور چیزیں معلوم کی جائیں۔</w:t>
      </w:r>
    </w:p>
    <w:p>
      <w:r>
        <w:rPr>
          <w:b/>
        </w:rPr>
        <w:t xml:space="preserve">[02:00] </w:t>
      </w:r>
      <w:r>
        <w:t>to is tarah se mera teesra safar tha.</w:t>
      </w:r>
    </w:p>
    <w:p>
      <w:pPr>
        <w:jc w:val="right"/>
      </w:pPr>
      <w:r>
        <w:t>تو اس طرح سے میرا تیسرا سفر تھا۔</w:t>
      </w:r>
    </w:p>
    <w:p>
      <w:r>
        <w:rPr>
          <w:b/>
        </w:rPr>
        <w:t xml:space="preserve">[02:05] </w:t>
      </w:r>
      <w:r>
        <w:t>is safar ke do barhe hisse hain. Ek hai general experience. To aaj mein general experience ko bayan karna chahunga, inshallah.</w:t>
      </w:r>
    </w:p>
    <w:p>
      <w:pPr>
        <w:jc w:val="right"/>
      </w:pPr>
      <w:r>
        <w:t>اس سفر کے دو بڑے حصے ہیں۔ ایک ہے جنرل ایکسپیرینس۔ تو آج میں جنرل ایکسپیرینس کو بیان کرنا چاہوں گا، ان شاء اللہ۔</w:t>
      </w:r>
    </w:p>
    <w:p>
      <w:r>
        <w:rPr>
          <w:b/>
        </w:rPr>
        <w:t xml:space="preserve">[02:20] </w:t>
      </w:r>
      <w:r>
        <w:t>aur doosra hai Masjid-e-Aqsa ka experience. Masjid-e-Aqsa aap jante hain ke bohat</w:t>
      </w:r>
    </w:p>
    <w:p>
      <w:pPr>
        <w:jc w:val="right"/>
      </w:pPr>
      <w:r>
        <w:t>اور دوسرا ہے مسجدِ اقصیٰ کا ایکسپیرینس۔ مسجدِ اقصیٰ آپ جانتے ہیں کہ بہت</w:t>
      </w:r>
    </w:p>
    <w:p>
      <w:r>
        <w:rPr>
          <w:b/>
        </w:rPr>
        <w:t xml:space="preserve">[02:30] </w:t>
      </w:r>
      <w:r>
        <w:t>aham jagah hai. Hadith mein aata hai ke la tashuddu ar-rihal illa ila thalathati masajid ke sirf teen masjidon ke liye safar kar ke jana jaiz hai.</w:t>
      </w:r>
    </w:p>
    <w:p>
      <w:pPr>
        <w:jc w:val="right"/>
      </w:pPr>
      <w:r>
        <w:t>اہم جگہ ہے۔ حدیث میں آتا ہے کہ لا تشد الرحال إلا إلى ثلاثة مساجد کہ صرف تین مسجدوں کے لئے سفر کر کے جانا جائز ہے۔</w:t>
      </w:r>
    </w:p>
    <w:p>
      <w:r>
        <w:rPr>
          <w:b/>
        </w:rPr>
        <w:t xml:space="preserve">[02:45] </w:t>
      </w:r>
      <w:r>
        <w:t>kisi aur masjid ke liye aadmi safar kar ke jaye to woh jaiz hi nahi hai saray se. Imam Taimiyah ne to fatwa diya hai ke sirf qabr-e-Nabwi ke liye koi jaye yahan se to woh haram hai.</w:t>
      </w:r>
    </w:p>
    <w:p>
      <w:pPr>
        <w:jc w:val="right"/>
      </w:pPr>
      <w:r>
        <w:t>کسی اور مسجد کے لئے آدمی سفر کر کے جائے تو وہ جائز ہی نہیں ہے سرے سے۔ امام تیمیہ نے تو فتویٰ دیا ہے کہ صرف قبر نبوی کے لئے کوئی جائے یہاں سے تو وہ حرام ہے۔</w:t>
      </w:r>
    </w:p>
    <w:p>
      <w:r>
        <w:rPr>
          <w:b/>
        </w:rPr>
        <w:t xml:space="preserve">[03:02] </w:t>
      </w:r>
      <w:r>
        <w:t>to hadith ke mutabiq dunya mein sirf teen masjidain hain jin ke liye aadmi safar kar ke ja sakta hai.</w:t>
      </w:r>
    </w:p>
    <w:p>
      <w:pPr>
        <w:jc w:val="right"/>
      </w:pPr>
      <w:r>
        <w:t>تو حدیث کے مطابق دنیا میں صرف تین مسجدیں ہیں جن کے لئے آدمی سفر کر کے جا سکتا ہے۔</w:t>
      </w:r>
    </w:p>
    <w:p>
      <w:r>
        <w:rPr>
          <w:b/>
        </w:rPr>
        <w:t xml:space="preserve">[03:12] </w:t>
      </w:r>
      <w:r>
        <w:t>ek makka ki masjid-e-haraam, doosri madina ki masjid-e-nabwi aur teesri yerushalayim ki masjid-e-aqsa.</w:t>
      </w:r>
    </w:p>
    <w:p>
      <w:pPr>
        <w:jc w:val="right"/>
      </w:pPr>
      <w:r>
        <w:t>ایک مکہ کی مسجدِ حرام، دوسری مدینہ کی مسجدِ نبوی اور تیسری یروشلم کی مسجدِ اقصیٰ۔</w:t>
      </w:r>
    </w:p>
    <w:p>
      <w:r>
        <w:rPr>
          <w:b/>
        </w:rPr>
        <w:t xml:space="preserve">[03:25] </w:t>
      </w:r>
      <w:r>
        <w:t>to masjid-e-aqsa ka jo safar tha hamara, woh ek apne aap mein ek poora experience hai. bohat sari baatein hain is ke andar.</w:t>
      </w:r>
    </w:p>
    <w:p>
      <w:pPr>
        <w:jc w:val="right"/>
      </w:pPr>
      <w:r>
        <w:t>تو مسجدِ اقصیٰ کا جو سفر تھا ہمارا، وہ ایک اپنے آپ میں ایک پورا ایکسپیرینس ہے۔ بہت ساری باتیں ہیں اس کے اندر۔</w:t>
      </w:r>
    </w:p>
    <w:p>
      <w:r>
        <w:rPr>
          <w:b/>
        </w:rPr>
        <w:t xml:space="preserve">[03:37] </w:t>
      </w:r>
      <w:r>
        <w:t>to main in sha Allah is ko agle itwaar mein bayan karunga. aaj main jo general experience hai us ko bayan karna chahunga.</w:t>
      </w:r>
    </w:p>
    <w:p>
      <w:pPr>
        <w:jc w:val="right"/>
      </w:pPr>
      <w:r>
        <w:t>تو میں ان شاء اللہ اس کو اگلے اتوار میں بیان کروں گا۔ آج میں جو جنرل ایکسپیرینس ہے اس کو بیان کرنا چاہوں گا۔</w:t>
      </w:r>
    </w:p>
    <w:p>
      <w:r>
        <w:rPr>
          <w:b/>
        </w:rPr>
        <w:t xml:space="preserve">[03:49] </w:t>
      </w:r>
      <w:r>
        <w:t>dekhiye hamare jo saathi thay, main ne arz kiya ke hum log 7 aadmi gaye thay yahan se. to ek saathi jo kisi multinational company mein kaam karte hain, wahan par ek musalman hain,</w:t>
      </w:r>
    </w:p>
    <w:p>
      <w:pPr>
        <w:jc w:val="right"/>
      </w:pPr>
      <w:r>
        <w:t>دیکھئے ہمارے جو ساتھی تھے، میں نے عرض کیا کہ ہم لوگ 7 آدمی گئے تھے یہاں سے۔ تو ایک ساتھی جو کسی ملٹی نیشنل کمپنی میں کام کرتے ہیں، وہاں پر ایک مسلمان ہیں،</w:t>
      </w:r>
    </w:p>
    <w:p>
      <w:r>
        <w:rPr>
          <w:b/>
        </w:rPr>
        <w:t xml:space="preserve">[04:05] </w:t>
      </w:r>
      <w:r>
        <w:t>un ke colleague. to unhon ne musalman se kaha ke hum israel jaane wale hain.</w:t>
      </w:r>
    </w:p>
    <w:p>
      <w:pPr>
        <w:jc w:val="right"/>
      </w:pPr>
      <w:r>
        <w:t>ان کے کولیگ۔ تو انہوں نے مسلمان سے کہا کہ ہم اسرائیل جانے والے ہیں۔</w:t>
      </w:r>
    </w:p>
    <w:p>
      <w:r>
        <w:rPr>
          <w:b/>
        </w:rPr>
        <w:t xml:space="preserve">[04:13] </w:t>
      </w:r>
      <w:r>
        <w:t>to musalman ka jawab kya tha woh aap suniye. unhon ne kaha ke don't you have a better place to go</w:t>
      </w:r>
    </w:p>
    <w:p>
      <w:pPr>
        <w:jc w:val="right"/>
      </w:pPr>
      <w:r>
        <w:t>تو مسلمان کا جواب کیا تھا وہ آپ سنیئے۔ انہوں نے کہا کہ ڈونٹ یو ہیو اے بیٹر پلیس ٹو گو</w:t>
      </w:r>
    </w:p>
    <w:p>
      <w:r>
        <w:rPr>
          <w:b/>
        </w:rPr>
        <w:t xml:space="preserve">[04:27] </w:t>
      </w:r>
      <w:r>
        <w:t>? don't you find a better place to go? kya aur jagah nahi hai jahan aap jayen?</w:t>
      </w:r>
    </w:p>
    <w:p>
      <w:pPr>
        <w:jc w:val="right"/>
      </w:pPr>
      <w:r>
        <w:t>؟ ڈونٹ یو فائنڈ اے بیٹر پلیس ٹو گو؟ کیا اور جگہ نہیں ہے جہاں آپ جائیں؟</w:t>
      </w:r>
    </w:p>
    <w:p>
      <w:r>
        <w:rPr>
          <w:b/>
        </w:rPr>
        <w:t xml:space="preserve">[04:38] </w:t>
      </w:r>
      <w:r>
        <w:t>aap ghaur kijiye ke kitna stepped hai yeh jumla. agar wahan par yahudiyon ki hukumat hai to rasool Allah sal Allah alayhi wasallam jab gaye thay wahan to woh romiyon ki hukumat thi, wahi mushrik thay.</w:t>
      </w:r>
    </w:p>
    <w:p>
      <w:pPr>
        <w:jc w:val="right"/>
      </w:pPr>
      <w:r>
        <w:t>آپ غور کیجئے کہ کتنا اسٹیپڈ ہے یہ جملہ۔ اگر وہاں پر یہودیوں کی حکومت ہے تو رسول اللہ صلی اللہ علیہ وسلم جب گئے تھے وہاں تو وہ رومیوں کی حکومت تھی، وہی مشرک تھے۔</w:t>
      </w:r>
    </w:p>
    <w:p>
      <w:r>
        <w:rPr>
          <w:b/>
        </w:rPr>
        <w:t xml:space="preserve">[04:53] </w:t>
      </w:r>
      <w:r>
        <w:t>to agar israel jana, ek burj ka jana hai to sab se pehla kaam rasool Allah ne kiya ke woh aisi jagah gaye.</w:t>
      </w:r>
    </w:p>
    <w:p>
      <w:pPr>
        <w:jc w:val="right"/>
      </w:pPr>
      <w:r>
        <w:t>تو اگر اسرائیل جانا، ایک برج کا جانا ہے تو سب سے پہلا کام رسول اللہ نے کیا کہ وہ ایسی جگہ گئے۔</w:t>
      </w:r>
    </w:p>
    <w:p>
      <w:r>
        <w:rPr>
          <w:b/>
        </w:rPr>
        <w:t xml:space="preserve">[05:03] </w:t>
      </w:r>
      <w:r>
        <w:t>rasool Allah gaye thay wahan six hundred twenty one isvi mein. us waqt wahan romiyon ki saltanat thi. roman empire wahan tak phaila hua tha.</w:t>
      </w:r>
    </w:p>
    <w:p>
      <w:pPr>
        <w:jc w:val="right"/>
      </w:pPr>
      <w:r>
        <w:t>رسول اللہ گئے تھے وہاں سکس ہنڈرڈ ٹونٹی ون عیسوی میں۔ اس وقت وہاں رومیوں کی سلطنت تھی۔ رومن ایمپائر وہاں تک پھیلا ہوا تھا۔</w:t>
      </w:r>
    </w:p>
    <w:p>
      <w:r>
        <w:rPr>
          <w:b/>
        </w:rPr>
        <w:t xml:space="preserve">[05:13] </w:t>
      </w:r>
      <w:r>
        <w:t>to kya rasool Allah ne bhi galat kaam kiya tha? dekhiye logon ka haal hai, maamla yeh hai ke logon ne model badal diye hain, model.</w:t>
      </w:r>
    </w:p>
    <w:p>
      <w:pPr>
        <w:jc w:val="right"/>
      </w:pPr>
      <w:r>
        <w:t>تو کیا رسول اللہ نے بھی غلط کام کیا تھا؟ دیکھئے لوگوں کا حال ہے، معاملہ یہ ہے کہ لوگوں نے ماڈل بدل دیئے ہیں، ماڈل۔</w:t>
      </w:r>
    </w:p>
    <w:p>
      <w:r>
        <w:rPr>
          <w:b/>
        </w:rPr>
        <w:t xml:space="preserve">[05:25] </w:t>
      </w:r>
      <w:r>
        <w:t>self style model har ek mind mein hai. model profit nahi hai. self style model.</w:t>
      </w:r>
    </w:p>
    <w:p>
      <w:pPr>
        <w:jc w:val="right"/>
      </w:pPr>
      <w:r>
        <w:t>سیلف اسٹائل ماڈل ہر ایک مائنڈ میں ہے۔ ماڈل پرافٹ نہیں ہے۔ سیلف اسٹائل ماڈل۔</w:t>
      </w:r>
    </w:p>
    <w:p>
      <w:r>
        <w:rPr>
          <w:b/>
        </w:rPr>
        <w:t xml:space="preserve">[05:34] </w:t>
      </w:r>
      <w:r>
        <w:t>apne model par judge kar ke samajhte hain ke yeh sahi hai ya galat hai. yeh to kufr se zyada buri cheez hai, yaad rakhiye.</w:t>
      </w:r>
    </w:p>
    <w:p>
      <w:pPr>
        <w:jc w:val="right"/>
      </w:pPr>
      <w:r>
        <w:t>اپنے ماڈل پر جج کر کے سمجھتے ہیں کہ یہ صحیح ہے یا غلط ہے۔ یہ تو کفر سے زیادہ بری چیز ہے، یاد رکھیئے۔</w:t>
      </w:r>
    </w:p>
    <w:p>
      <w:r>
        <w:rPr>
          <w:b/>
        </w:rPr>
        <w:t xml:space="preserve">[05:44] </w:t>
      </w:r>
      <w:r>
        <w:t>aap khud apna ek model banayen aur cheezon ko is se judge karen aap. to yeh to bohat bari gumrahi hai. kufr se zyada buri cheez hai yeh.</w:t>
      </w:r>
    </w:p>
    <w:p>
      <w:pPr>
        <w:jc w:val="right"/>
      </w:pPr>
      <w:r>
        <w:t>آپ خود اپنا ایک ماڈل بنائیں اور چیزوں کو اس سے جج کریں آپ۔ تو یہ تو بہت بڑی گمراہی ہے۔ کفر سے زیادہ بری چیز ہے یہ۔</w:t>
      </w:r>
    </w:p>
    <w:p>
      <w:r>
        <w:rPr>
          <w:b/>
        </w:rPr>
        <w:t xml:space="preserve">[05:58] </w:t>
      </w:r>
      <w:r>
        <w:t>to model sirf ek hai, woh hai rasool Allah ka model. to agar rasool Allah wahan gaye jaisa ke musalmanon ka aqeedah hai, aap jante hain ke sirf hazrat ayesha is ko spiritual journey manti hain.</w:t>
      </w:r>
    </w:p>
    <w:p>
      <w:pPr>
        <w:jc w:val="right"/>
      </w:pPr>
      <w:r>
        <w:t>تو ماڈل صرف ایک ہے، وہ ہے رسول اللہ کا ماڈل۔ تو اگر رسول اللہ وہاں گئے جیسا کہ مسلمانوں کا عقیدہ ہے، آپ جانتے ہیں کہ صرف حضرت عائشہ اس کو اسپرچوئل جرنی مانتی ہیں۔</w:t>
      </w:r>
    </w:p>
    <w:p>
      <w:r>
        <w:rPr>
          <w:b/>
        </w:rPr>
        <w:t xml:space="preserve">[06:15] </w:t>
      </w:r>
      <w:r>
        <w:t>baqi saare musalman is ko mante hain physical journey. yaani be jasad-e-sharif. rasool Allah apni is body ke sath gaye wahan par.</w:t>
      </w:r>
    </w:p>
    <w:p>
      <w:pPr>
        <w:jc w:val="right"/>
      </w:pPr>
      <w:r>
        <w:t>باقی سارے مسلمان اس کو مانتے ہیں فزیکل جرنی۔ یعنی بے جسدہ شریف۔ رسول اللہ اپنی اس باڈی کے ساتھ گئے وہاں پر۔</w:t>
      </w:r>
    </w:p>
    <w:p>
      <w:r>
        <w:rPr>
          <w:b/>
        </w:rPr>
        <w:t xml:space="preserve">[06:25] </w:t>
      </w:r>
      <w:r>
        <w:t>saare musalman mante hain. saare ulama. sirf ek exception hai woh hazrat ayesha ka. woh kehti hain ke yeh aisa nahi hua.</w:t>
      </w:r>
    </w:p>
    <w:p>
      <w:pPr>
        <w:jc w:val="right"/>
      </w:pPr>
      <w:r>
        <w:t>سارے مسلمان مانتے ہیں۔ سارے علماء۔ صرف ایک ایکسیپشن ہے وہ حضرت عائشہ کا۔ وہ کہتی ہیں کہ یہ ایسا نہیں ہوا۔</w:t>
      </w:r>
    </w:p>
    <w:p>
      <w:r>
        <w:rPr>
          <w:b/>
        </w:rPr>
        <w:t xml:space="preserve">[06:34] </w:t>
      </w:r>
      <w:r>
        <w:t>aap ka body nahi gaya tha wahan. that was a spiritual journey. to bodily safar kiya rasool Allah ne wahan ka.</w:t>
      </w:r>
    </w:p>
    <w:p>
      <w:pPr>
        <w:jc w:val="right"/>
      </w:pPr>
      <w:r>
        <w:t>آپ کا باڈی نہیں گیا تھا وہاں۔ دیٹ واز اے اسپرچوئل جرنی۔ تو باڈیلی سفر کیا رسول اللہ نے وہاں کا۔</w:t>
      </w:r>
    </w:p>
    <w:p>
      <w:r>
        <w:rPr>
          <w:b/>
        </w:rPr>
        <w:t xml:space="preserve">[06:43] </w:t>
      </w:r>
      <w:r>
        <w:t>jabke roman mushrikeen wahan par rule kar rahe thay. to woh galat tha ya sahi tha?</w:t>
      </w:r>
    </w:p>
    <w:p>
      <w:pPr>
        <w:jc w:val="right"/>
      </w:pPr>
      <w:r>
        <w:t>جبکہ رومن مشرکین وہاں پر رول کر رہے تھے۔ تو وہ غلط تھا یا صحیح تھا؟</w:t>
      </w:r>
    </w:p>
    <w:p>
      <w:r>
        <w:rPr>
          <w:b/>
        </w:rPr>
        <w:t xml:space="preserve">[06:52] </w:t>
      </w:r>
      <w:r>
        <w:t>aisi halat mein ek musalman kehta hai ke don't you find a better place to go</w:t>
      </w:r>
    </w:p>
    <w:p>
      <w:pPr>
        <w:jc w:val="right"/>
      </w:pPr>
      <w:r>
        <w:t>ایسی حالت میں ایک مسلمان کہتا ہے کہ ڈونٹ یو فائنڈ اے بیٹر پلیس ٹو گو</w:t>
      </w:r>
    </w:p>
    <w:p>
      <w:r>
        <w:rPr>
          <w:b/>
        </w:rPr>
        <w:t xml:space="preserve">[06:59] </w:t>
      </w:r>
      <w:r>
        <w:t>? is ka matlab kya hai? model wahan se nikal gaya hai. ke model rasool Allah hain. mera apna self style model koi model nahi hai.</w:t>
      </w:r>
    </w:p>
    <w:p>
      <w:pPr>
        <w:jc w:val="right"/>
      </w:pPr>
      <w:r>
        <w:t>؟ اس کا معنی کیا ہے؟ ماڈل وہاں سے نکل گیا ہے۔ کہ ماڈل رسول اللہ ہیں۔ میرا اپنا سیلف اسٹائل ماڈل کوئی ماڈل نہیں ہے۔</w:t>
      </w:r>
    </w:p>
    <w:p>
      <w:r>
        <w:rPr>
          <w:b/>
        </w:rPr>
        <w:t xml:space="preserve">[07:10] </w:t>
      </w:r>
      <w:r>
        <w:t>sab se bari evil jo is zamane mein hai saare musalmanon mein. doosron mein bhi hai, doosron ke mein nahi baat kar raha hoon us waqt. sab ne model apne apne aap ne bana rakhe hain.</w:t>
      </w:r>
    </w:p>
    <w:p>
      <w:pPr>
        <w:jc w:val="right"/>
      </w:pPr>
      <w:r>
        <w:t>سب سے بڑی ایول جو اس زمانے میں ہے سارے مسلمانوں میں۔ دوسروں میں بھی ہے، دوسروں کے میں نہیں بات کر رہا ہوں اس وقت۔ سب نے ماڈل اپنے اپنے آپ نے بنا رکھے ہیں۔</w:t>
      </w:r>
    </w:p>
    <w:p>
      <w:r>
        <w:rPr>
          <w:b/>
        </w:rPr>
        <w:t xml:space="preserve">[07:22] </w:t>
      </w:r>
      <w:r>
        <w:t>lekin musalmanon par to haram hai yeh. musalmanon ke liye haram hai ke koi aur model banayen woh.</w:t>
      </w:r>
    </w:p>
    <w:p>
      <w:pPr>
        <w:jc w:val="right"/>
      </w:pPr>
      <w:r>
        <w:t>لیکن مسلمانوں پر تو حرام ہے یہ۔ مسلمانوں کے لئے حرام ہے کہ کوئی اور ماڈل بنائیں وہ۔</w:t>
      </w:r>
    </w:p>
    <w:p>
      <w:r>
        <w:rPr>
          <w:b/>
        </w:rPr>
        <w:t xml:space="preserve">[07:31] </w:t>
      </w:r>
      <w:r>
        <w:t>aap ghaur kijiye. kaisi ajeeb baat hai yeh. ek sahib ne kaha ke aap israel gaye hain aur main bhi gaya hoon israel, main janta hoon wahan to bohat discrimination hai.</w:t>
      </w:r>
    </w:p>
    <w:p>
      <w:pPr>
        <w:jc w:val="right"/>
      </w:pPr>
      <w:r>
        <w:t>آپ غور کیجئے۔ کیسی عجیب بات ہے یہ۔ ایک صاحب نے کہا کہ آپ اسرائیل گئے ہیں اور میں بھی گیا ہوں اسرائیل، میں جانتا ہوں وہاں تو بہت ڈسکرمنیشن ہے۔</w:t>
      </w:r>
    </w:p>
    <w:p>
      <w:r>
        <w:rPr>
          <w:b/>
        </w:rPr>
        <w:t xml:space="preserve">[07:46] </w:t>
      </w:r>
      <w:r>
        <w:t>boht discrimination hai, boht zulm hai. woh to boht hi buri dunya hai. yahan mein aap se bata doon yeh bhi ghalat model hai.</w:t>
      </w:r>
    </w:p>
    <w:p>
      <w:pPr>
        <w:jc w:val="right"/>
      </w:pPr>
      <w:r>
        <w:t>بہت ڈسکرمنیشن ہے، بہت ظلم ہے۔ وہ تو بہت ہی بری دنیا ہے۔ یہاں میں آپ سے بتا دوں یہ بھی غلط ماڈل ہے۔</w:t>
      </w:r>
    </w:p>
    <w:p>
      <w:r>
        <w:rPr>
          <w:b/>
        </w:rPr>
        <w:t xml:space="preserve">[07:59] </w:t>
      </w:r>
      <w:r>
        <w:t>dekhiye rasool Allah jab makka mein thay, wahan discrimination itna zyada barha hua tha ke rasool Allah ko makka mein rehne nahi diya. boycott kiya.</w:t>
      </w:r>
    </w:p>
    <w:p>
      <w:pPr>
        <w:jc w:val="right"/>
      </w:pPr>
      <w:r>
        <w:t>دیکھئے رسول اللہ جب مکہ میں تھے، وہاں ڈسکرمنیشن اتنا زیادہ بڑھا ہوا تھا کہ رسول اللہ کو مکہ میں رہنے نہیں دیا۔ بائیکاٹ کیا۔</w:t>
      </w:r>
    </w:p>
    <w:p>
      <w:r>
        <w:rPr>
          <w:b/>
        </w:rPr>
        <w:t xml:space="preserve">[08:10] </w:t>
      </w:r>
      <w:r>
        <w:t>aap majboor hue ke pahaar ke darre mein chale jayen. jis ko kehte thay sheikh babi talib. aap ghor kijiye kitna sakht muamla kiya.</w:t>
      </w:r>
    </w:p>
    <w:p>
      <w:pPr>
        <w:jc w:val="right"/>
      </w:pPr>
      <w:r>
        <w:t>آپ مجبور ہوئے کہ پہاڑ کے درے میں چلے جائیں۔ جس کو کہتے تھے شیخ بابی طالب۔ آپ غور کیجئے کتنا سخت معاملہ کیا۔</w:t>
      </w:r>
    </w:p>
    <w:p>
      <w:r>
        <w:rPr>
          <w:b/>
        </w:rPr>
        <w:t xml:space="preserve">[08:21] </w:t>
      </w:r>
      <w:r>
        <w:t>rasool Allah bazaar se sauda nahi khareed sakte thay. aap aur aap ki biwi khadija</w:t>
      </w:r>
    </w:p>
    <w:p>
      <w:pPr>
        <w:jc w:val="right"/>
      </w:pPr>
      <w:r>
        <w:t>رسول اللہ بازار سے سودا نہیں خرید سکتے تھے۔ آپ اور آپ کی بیوی خدیجہ</w:t>
      </w:r>
    </w:p>
    <w:p>
      <w:r>
        <w:rPr>
          <w:b/>
        </w:rPr>
        <w:t xml:space="preserve">[08:31] </w:t>
      </w:r>
      <w:r>
        <w:t>kya karti theen? darakhton ki jarrein khati theen. patiyan chabati theen. yahan tak ke Hazrat Aisha jo theen woh un ka rang white tha, black ho gaya.</w:t>
      </w:r>
    </w:p>
    <w:p>
      <w:pPr>
        <w:jc w:val="right"/>
      </w:pPr>
      <w:r>
        <w:t>کیا کرتی تھیں؟ درختوں کی جڑیں کھاتی تھیں۔ پتیاں چباتی تھیں۔ یہاں تک کہ حضرت عائشہ جو تھیں وہ ان کا رنگ وائٹ تھا، بلیک ہو گیا۔</w:t>
      </w:r>
    </w:p>
    <w:p>
      <w:r>
        <w:rPr>
          <w:b/>
        </w:rPr>
        <w:t xml:space="preserve">[08:45] </w:t>
      </w:r>
      <w:r>
        <w:t>ek white woman, black woman ban gayi. teen saal mein. to yeh discrimination tha ke nahi tha yeh? aur isi zamane mein Quran mein yeh ayat utri Alhamdulillah Rabb al-Alameen.</w:t>
      </w:r>
    </w:p>
    <w:p>
      <w:pPr>
        <w:jc w:val="right"/>
      </w:pPr>
      <w:r>
        <w:t>ایک وائٹ وومن، بلیک وومن بن گئی۔ تین سال میں۔ تو یہ ڈسکرمنیشن تھا کہ نہیں تھا یہ؟ اور اسی زمانے میں قرآن میں یہ آیت اتری الحمدللہ رب العالمین۔</w:t>
      </w:r>
    </w:p>
    <w:p>
      <w:r>
        <w:rPr>
          <w:b/>
        </w:rPr>
        <w:t xml:space="preserve">[09:00] </w:t>
      </w:r>
      <w:r>
        <w:t>makki daur mein. ke aye paighambar kaho ke sari tareef sirf Khuda ke liye hai.</w:t>
      </w:r>
    </w:p>
    <w:p>
      <w:pPr>
        <w:jc w:val="right"/>
      </w:pPr>
      <w:r>
        <w:t>مکی دور میں۔ کہ اے پیغمبر کہو کہ ساری تعریف صرف خدا کے لئے ہے۔</w:t>
      </w:r>
    </w:p>
    <w:p>
      <w:r>
        <w:rPr>
          <w:b/>
        </w:rPr>
        <w:t xml:space="preserve">[09:09] </w:t>
      </w:r>
      <w:r>
        <w:t>aap ghor kijiye jis waqt rasool Allah ko zulm ho raha tha makka mein. rasool Allah ke sath discrimination ho raha tha makka mein. har qism ka zulm jo jis ka musalmanon ne kabhi tajurba nahi kiya.</w:t>
      </w:r>
    </w:p>
    <w:p>
      <w:pPr>
        <w:jc w:val="right"/>
      </w:pPr>
      <w:r>
        <w:t>آپ غور کیجئے جس وقت رسول اللہ کو ظلم ہو رہا تھا مکہ میں۔ رسول اللہ کے ساتھ ڈسکرمنیشن ہو رہا تھا مکہ میں۔ ہر قسم کا ظلم جو جس کا مسلمانوں نے کبھی تجربہ نہیں کیا۔</w:t>
      </w:r>
    </w:p>
    <w:p>
      <w:r>
        <w:rPr>
          <w:b/>
        </w:rPr>
        <w:t xml:space="preserve">[09:22] </w:t>
      </w:r>
      <w:r>
        <w:t>us waqt yeh ayat utarti hai ke Alhamdulillah Rabb al-Alameen. aye paighambar kaho. is ka matlab kya hua? ke in spite of all that atrocities, in spite of all that discriminations, you have to feel the spirit of hamd in your personality.</w:t>
      </w:r>
    </w:p>
    <w:p>
      <w:pPr>
        <w:jc w:val="right"/>
      </w:pPr>
      <w:r>
        <w:t>اس وقت یہ آیت اترتی ہے کہ الحمدللہ رب العالمین۔ اے پیغمبر کہو۔ اس کا مطلب کیا ہوا؟ کہ ان سپائٹ آف آل دیٹ ایٹراسٹیز، ان سپائٹ آف آل دیٹ ڈسکرمنیشنز، یو ہیو ٹو فیل دی اسپرٹ آف حمد ان یور پرسنیلٹی۔</w:t>
      </w:r>
    </w:p>
    <w:p>
      <w:r>
        <w:rPr>
          <w:b/>
        </w:rPr>
        <w:t xml:space="preserve">[09:41] </w:t>
      </w:r>
      <w:r>
        <w:t>ke chahe zulm ho raha ho, chahe discrimination ho raha ho, agar tumhein jannat lena hai, agar tumhein paradise mein aana hai, agar tum ko Khuda ke paros mein aag abdi zindagi guzarna hai to tum ko yeh positivity dikhani padegi, super positivity.</w:t>
      </w:r>
    </w:p>
    <w:p>
      <w:pPr>
        <w:jc w:val="right"/>
      </w:pPr>
      <w:r>
        <w:t>کہ چاہے ظلم ہو رہا ہو، چاہے ڈسکرمنیشن ہو رہا ہو، اگر تمہیں جنت لینا ہے، اگر تمہیں پارڈائز میں آنا ہے، اگر تم کو خدا کے پڑوس میں آگ ابدی زندگی گزارنا ہے تو تم کو یہ پازیٹیوٹی دکھانی پڑے گی، سپر پازیٹیوٹی۔</w:t>
      </w:r>
    </w:p>
    <w:p>
      <w:r>
        <w:rPr>
          <w:b/>
        </w:rPr>
        <w:t xml:space="preserve">[10:00] </w:t>
      </w:r>
      <w:r>
        <w:t>ke in spite of all that negativity, you have to live in positivity. yeh hai Quran ka model.</w:t>
      </w:r>
    </w:p>
    <w:p>
      <w:pPr>
        <w:jc w:val="right"/>
      </w:pPr>
      <w:r>
        <w:t>کہ ان سپائٹ آف آل دیٹ نیگیٹیوٹی، یو ہیو ٹو لیو ان پازیٹیوٹی۔ یہ ہے قرآن کا ماڈل۔</w:t>
      </w:r>
    </w:p>
    <w:p>
      <w:r>
        <w:rPr>
          <w:b/>
        </w:rPr>
        <w:t xml:space="preserve">[10:08] </w:t>
      </w:r>
      <w:r>
        <w:t>aur musalmanon ka model kya hai? woh kehte hain ke sahib boht jo discrimination hota hai, boht jo zulm hota hai. is ka matlab yeh hai ke model badal rakha hai logon ne.</w:t>
      </w:r>
    </w:p>
    <w:p>
      <w:pPr>
        <w:jc w:val="right"/>
      </w:pPr>
      <w:r>
        <w:t>اور مسلمانوں کا ماڈل کیا ہے؟ وہ کہتے ہیں کہ صاحب بہت جو ڈسکرمنیشن ہوتا ہے، بہت جو ظلم ہوتا ہے۔ اس کا معنی یہ ہے کہ ماڈل بدل رکھا ہے لوگوں نے۔</w:t>
      </w:r>
    </w:p>
    <w:p>
      <w:r>
        <w:rPr>
          <w:b/>
        </w:rPr>
        <w:t xml:space="preserve">[10:18] </w:t>
      </w:r>
      <w:r>
        <w:t>model badal rakha hai. aise musalmanon ko mein hairaan hoon ke hamare haan jo jamaatein hain woh paradise ka certificate bant rahi hain.</w:t>
      </w:r>
    </w:p>
    <w:p>
      <w:pPr>
        <w:jc w:val="right"/>
      </w:pPr>
      <w:r>
        <w:t>ماڈل بدل رکھا ہے۔ ایسے مسلمانوں کو میں حیران ہوں کہ ہمارے ہاں جو جماعتیں ہیں وہ پارڈائز کا سرٹیفکیٹ بانٹ رہی ہیں۔</w:t>
      </w:r>
    </w:p>
    <w:p>
      <w:r>
        <w:rPr>
          <w:b/>
        </w:rPr>
        <w:t xml:space="preserve">[10:28] </w:t>
      </w:r>
      <w:r>
        <w:t>inhi musalmanon ko paradise certificate bant rahi hain. har taraf. bari bari window khuli hui hai.</w:t>
      </w:r>
    </w:p>
    <w:p>
      <w:pPr>
        <w:jc w:val="right"/>
      </w:pPr>
      <w:r>
        <w:t>انہی مسلمانوں کو پارڈائز سرٹیفکیٹ بٹ رہے ہیں۔ ہر طرف۔ بڑی بڑی ونڈو کھلی ہوئی ہے۔</w:t>
      </w:r>
    </w:p>
    <w:p>
      <w:r>
        <w:rPr>
          <w:b/>
        </w:rPr>
        <w:t xml:space="preserve">[10:37] </w:t>
      </w:r>
      <w:r>
        <w:t>pehli shart yeh hai ke makka jaise halaat hon tab bhi Alhamdulillah Rabb al-Alameen kaho. negativity ka pahaar ho tab bhi tum positivity mein jeena seekho.</w:t>
      </w:r>
    </w:p>
    <w:p>
      <w:pPr>
        <w:jc w:val="right"/>
      </w:pPr>
      <w:r>
        <w:t>پہلی شرط یہ ہے کہ مکہ جیسے حالات ہوں تب بھی الحمدللہ رب العالمین کہو۔ نیگیٹیوٹی کا پہاڑ ہو تب بھی تم پازیٹیوٹی میں جینا سیکھو۔</w:t>
      </w:r>
    </w:p>
    <w:p>
      <w:r>
        <w:rPr>
          <w:b/>
        </w:rPr>
        <w:t xml:space="preserve">[10:50] </w:t>
      </w:r>
      <w:r>
        <w:t>kya hai yeh musalman? nothing hai yeh, nothing hai yeh musalman. aap suniye. jo dilli mein hamare saathi thay,</w:t>
      </w:r>
    </w:p>
    <w:p>
      <w:pPr>
        <w:jc w:val="right"/>
      </w:pPr>
      <w:r>
        <w:t>کیا ہے یہ مسلمان؟ نتھنگ ہے یہ، نتھنگ ہے یہ مسلمان۔ آپ سنیئے۔ جو دلی میں ہمارے ساتھی تھے،</w:t>
      </w:r>
    </w:p>
    <w:p>
      <w:r>
        <w:rPr>
          <w:b/>
        </w:rPr>
        <w:t xml:space="preserve">[11:04] </w:t>
      </w:r>
      <w:r>
        <w:t>ek musalman ne yeh kaha tha ke don't you have a better place to go</w:t>
      </w:r>
    </w:p>
    <w:p>
      <w:pPr>
        <w:jc w:val="right"/>
      </w:pPr>
      <w:r>
        <w:t>ایک مسلمان نے یہ کہا تھا کہ ڈونٹ یو ہیو اے بیٹر پلیس ٹو گو</w:t>
      </w:r>
    </w:p>
    <w:p>
      <w:r>
        <w:rPr>
          <w:b/>
        </w:rPr>
        <w:t xml:space="preserve">[11:12] </w:t>
      </w:r>
      <w:r>
        <w:t>? ab aage badhiye. jab hum Switzerland pahunche, hum Switzerland se gaye thay. airport par wahan ek Hindu lady mili.</w:t>
      </w:r>
    </w:p>
    <w:p>
      <w:pPr>
        <w:jc w:val="right"/>
      </w:pPr>
      <w:r>
        <w:t>؟ اب آگے بڑھیئے۔ جب ہم سویٹزرلینڈ پہنچے، ہم سوئٹزرلینڈ سے گئے تھے۔ ایئرپورٹ پر وہاں ایک ہندو لیڈی ملی۔</w:t>
      </w:r>
    </w:p>
    <w:p>
      <w:r>
        <w:rPr>
          <w:b/>
        </w:rPr>
        <w:t xml:space="preserve">[11:25] </w:t>
      </w:r>
      <w:r>
        <w:t>jo dilli mein rehti hain woh. hamare paas un ka naam aur telephone number bhi hai. woh betakaan bol rahi hain Switzerland ke khilaf.</w:t>
      </w:r>
    </w:p>
    <w:p>
      <w:pPr>
        <w:jc w:val="right"/>
      </w:pPr>
      <w:r>
        <w:t>جو دلی میں رہتی ہیں وہ۔ ہمارے پاس ان کا نام اور ٹیلی فون نمبر بھی ہے۔ وہ بے تکان بول رہی ہیں سویٹزرلینڈ کے خلاف۔</w:t>
      </w:r>
    </w:p>
    <w:p>
      <w:r>
        <w:rPr>
          <w:b/>
        </w:rPr>
        <w:t xml:space="preserve">[11:37] </w:t>
      </w:r>
      <w:r>
        <w:t>Switzerland is dead dead country. teen mahina ja kar woh rahin wahan. woh ek artist hain. wahan un ko bulaya gaya tha kisi art ke function mein.</w:t>
      </w:r>
    </w:p>
    <w:p>
      <w:pPr>
        <w:jc w:val="right"/>
      </w:pPr>
      <w:r>
        <w:t>سویٹزرلینڈ از ڈیڈ ڈیڈ کنٹری۔ تین مہینہ جا کر وہ رہیں وہاں۔ وہ ایک آرٹسٹ ہیں۔ وہاں ان کو بلایا گیا تھا کسی آرٹ کے فنکشن میں۔</w:t>
      </w:r>
    </w:p>
    <w:p>
      <w:r>
        <w:rPr>
          <w:b/>
        </w:rPr>
        <w:t xml:space="preserve">[11:51] </w:t>
      </w:r>
      <w:r>
        <w:t>teen mahina rahin wahan par woh, aaram ke sath. ab jab loot rahi theen, yeh lootne ki baat hai, to airport par woh hamare saathiyon se boht zyada josh ke sath keh rahi theen ke Switzerland boht hi bura mulk hai, Switzerland is a dead country.</w:t>
      </w:r>
    </w:p>
    <w:p>
      <w:pPr>
        <w:jc w:val="right"/>
      </w:pPr>
      <w:r>
        <w:t>تین مہینہ رہیں وہاں پر وہ، آرام کے ساتھ۔ اب جب لوٹ رہی تھیں، یہ لوٹنے کی بات ہے، تو ایئرپورٹ پر وہ ہمارے ساتھیوں سے بہت زیادہ جوش کے ساتھ کہہ رہی تھیں کہ سویٹزرلینڈ بہت ہی برا ملک ہے، سویٹزرلینڈ از اے ڈیڈ کنٹری۔</w:t>
      </w:r>
    </w:p>
    <w:p>
      <w:r>
        <w:rPr>
          <w:b/>
        </w:rPr>
        <w:t xml:space="preserve">[12:09] </w:t>
      </w:r>
      <w:r>
        <w:t>to mein over here, mein overhearing kar raha tha un ki baaton ki. to mein un ke paas gaya.</w:t>
      </w:r>
    </w:p>
    <w:p>
      <w:pPr>
        <w:jc w:val="right"/>
      </w:pPr>
      <w:r>
        <w:t>تو میں اوور ہر، میں اوور ہیئرنگ کر رہا تھا ان کی باتوں کی۔ تو میں ان کے پاس گیا۔</w:t>
      </w:r>
    </w:p>
    <w:p>
      <w:r>
        <w:rPr>
          <w:b/>
        </w:rPr>
        <w:t xml:space="preserve">[12:19] </w:t>
      </w:r>
      <w:r>
        <w:t>mein baitha tha ke. mein ne kaha ke aap, mein ne kaha aap log gaaye ko poojte hain, you are worshipper of cow.</w:t>
      </w:r>
    </w:p>
    <w:p>
      <w:pPr>
        <w:jc w:val="right"/>
      </w:pPr>
      <w:r>
        <w:t>میں بیٹھا تھا کہیں۔ میں نے کہا کہ آپ، میں نے کہا آپ لوگ گائے کو پوجتے ہیں، یو آر ورشپر آف کاؤ۔</w:t>
      </w:r>
    </w:p>
    <w:p>
      <w:r>
        <w:rPr>
          <w:b/>
        </w:rPr>
        <w:t xml:space="preserve">[12:32] </w:t>
      </w:r>
      <w:r>
        <w:t>lekin aap ne cow culture ko ikhtiyar nahi kiya. but you fail to adopt the cow culture.</w:t>
      </w:r>
    </w:p>
    <w:p>
      <w:pPr>
        <w:jc w:val="right"/>
      </w:pPr>
      <w:r>
        <w:t>لیکن آپ نے کاؤ کلچر کو اختیار نہیں کیا۔ بٹ یو فیل ٹو اڈاپٹ دا کاؤ کلچر۔</w:t>
      </w:r>
    </w:p>
    <w:p>
      <w:r>
        <w:rPr>
          <w:b/>
        </w:rPr>
        <w:t xml:space="preserve">[12:43] </w:t>
      </w:r>
      <w:r>
        <w:t>aap gaaye ko poojte hain lekin gaaye kya hai mujhe bataiye? what is cow?</w:t>
      </w:r>
    </w:p>
    <w:p>
      <w:pPr>
        <w:jc w:val="right"/>
      </w:pPr>
      <w:r>
        <w:t>آپ گائے کو پوجتے ہیں لیکن گائے کیا ہے مجھے بتائیے؟ واٹ از کاؤ؟</w:t>
      </w:r>
    </w:p>
    <w:p>
      <w:r>
        <w:rPr>
          <w:b/>
        </w:rPr>
        <w:t xml:space="preserve">[12:48] </w:t>
      </w:r>
      <w:r>
        <w:t>to mein ne kaha cow is a divine industry. cow is able to convert non milk into milk.</w:t>
      </w:r>
    </w:p>
    <w:p>
      <w:pPr>
        <w:jc w:val="right"/>
      </w:pPr>
      <w:r>
        <w:t>تو میں نے کہا کاؤ از اے ڈیوائن انڈسٹری۔ کاؤ از ایبل ٹو کنورٹ نان ملک انٹو ملک۔</w:t>
      </w:r>
    </w:p>
    <w:p>
      <w:r>
        <w:rPr>
          <w:b/>
        </w:rPr>
        <w:t xml:space="preserve">[13:00] </w:t>
      </w:r>
      <w:r>
        <w:t>to agar aap gaaye ko pooja karte hain to you have to adopt this cow culture</w:t>
      </w:r>
    </w:p>
    <w:p>
      <w:pPr>
        <w:jc w:val="right"/>
      </w:pPr>
      <w:r>
        <w:t>تو اگر آپ گائے کو پوجا کرتے ہیں تو یو ہیو ٹو اڈاپٹ دس کاؤ کلچر</w:t>
      </w:r>
    </w:p>
    <w:p>
      <w:r>
        <w:rPr>
          <w:b/>
        </w:rPr>
        <w:t xml:space="preserve">[13:07] </w:t>
      </w:r>
      <w:r>
        <w:t>. you have to convert negativity into positivity. suppose agar switzerland mein aap ko kuch negative experience hua to aap ko kyun nahin aap woh is ability ko sabit kar sake ke aap is negativity ko positivity mein convert kar saken?</w:t>
      </w:r>
    </w:p>
    <w:p>
      <w:pPr>
        <w:jc w:val="right"/>
      </w:pPr>
      <w:r>
        <w:t>۔ یو ہیو ٹو کنورٹ نیگیٹیوٹی انٹو پازیٹیوٹی۔ سپوز اگر سویٹزرلینڈ میں آپ کو کچھ نیگیٹیو ایکسپیرینس ہوا تو آپ کو کیوں نہیں آپ وہ اس ایبیلیٹی کو ثابت کر سکے کہ آپ اس نیگیٹیوٹی کو پازیٹیوٹی میں کنورٹ کر سکیں؟</w:t>
      </w:r>
    </w:p>
    <w:p>
      <w:r>
        <w:rPr>
          <w:b/>
        </w:rPr>
        <w:t xml:space="preserve">[13:26] </w:t>
      </w:r>
      <w:r>
        <w:t>wahan aap ko aik so aik experience hue honge. kisi aik ko le kar aik selective way mein aap is par negative ko remark de rahi hain.</w:t>
      </w:r>
    </w:p>
    <w:p>
      <w:pPr>
        <w:jc w:val="right"/>
      </w:pPr>
      <w:r>
        <w:t>وہاں آپ کو ایک سو ایک ایکسپیرینس ہوئے ہوں گے۔ کسی ایک کو لے کر ایک سلیکٹو وے میں آپ اس پر نیگیٹیو کو ریمارک دے رہی ہیں۔</w:t>
      </w:r>
    </w:p>
    <w:p>
      <w:r>
        <w:rPr>
          <w:b/>
        </w:rPr>
        <w:t xml:space="preserve">[13:36] </w:t>
      </w:r>
      <w:r>
        <w:t>aur jo sari aur baatein thin, wahan ka infrastructure, wahan ki beautiful duniya, wahan ka beautiful nature, wahan ka transport, woh sari cheezon se aap ne enjoy kiya.</w:t>
      </w:r>
    </w:p>
    <w:p>
      <w:pPr>
        <w:jc w:val="right"/>
      </w:pPr>
      <w:r>
        <w:t>اور جو ساری اور باتیں تھیں، وہاں کا انفراسٹرکچر، وہاں کی بیوٹی فل دنیا، وہاں کا بیوٹی فل نیچر، وہاں کا ٹرانسپورٹ، وہ سارے چیزوں سے آپ نے انجوائے کیا۔</w:t>
      </w:r>
    </w:p>
    <w:p>
      <w:r>
        <w:rPr>
          <w:b/>
        </w:rPr>
        <w:t xml:space="preserve">[13:49] </w:t>
      </w:r>
      <w:r>
        <w:t>aur aik baat koi aap ko buri ho gayi to bas us ko le kar aap us ki burai kar rahi hain.</w:t>
      </w:r>
    </w:p>
    <w:p>
      <w:pPr>
        <w:jc w:val="right"/>
      </w:pPr>
      <w:r>
        <w:t>اور ایک بات کوئی آپ کو بری ہو گئی تو بس اس کو لے کر آپ اس کی برائی کر رہی ہیں۔</w:t>
      </w:r>
    </w:p>
    <w:p>
      <w:r>
        <w:rPr>
          <w:b/>
        </w:rPr>
        <w:t xml:space="preserve">[13:59] </w:t>
      </w:r>
      <w:r>
        <w:t>to musalman delhi mein kehte hain ke sahib aap israel ja rahe hain, woh to koi jaane ki jagah nahin hai. switzerland mein aik hindu lady bol rahi hain ke yeh to bohat bura mulk hai.</w:t>
      </w:r>
    </w:p>
    <w:p>
      <w:pPr>
        <w:jc w:val="right"/>
      </w:pPr>
      <w:r>
        <w:t>تو مسلمان دلی میں کہتے ہیں کہ صاحب آپ اسرائیل جا رہے ہیں، وہ تو کوئی جانے کی جگہ نہیں ہے۔ سویٹزرلینڈ میں ایک ہندو لیڈی بول رہی ہیں کہ یہ تو بہت برا ملک ہے۔</w:t>
      </w:r>
    </w:p>
    <w:p>
      <w:r>
        <w:rPr>
          <w:b/>
        </w:rPr>
        <w:t xml:space="preserve">[14:10] </w:t>
      </w:r>
      <w:r>
        <w:t>ab hum jab pahunche wahan par tel aviv to wahan par aik bohat bari conference thi.</w:t>
      </w:r>
    </w:p>
    <w:p>
      <w:pPr>
        <w:jc w:val="right"/>
      </w:pPr>
      <w:r>
        <w:t>اب ہم جب پہنچے وہاں پر تل ابیب تو وہاں پر ایک بہت بڑی کانفرنس تھی۔</w:t>
      </w:r>
    </w:p>
    <w:p>
      <w:r>
        <w:rPr>
          <w:b/>
        </w:rPr>
        <w:t xml:space="preserve">[14:20] </w:t>
      </w:r>
      <w:r>
        <w:t>international conference. taqreeban aik so wahan par bulaye gaye the falasteen ke log. aur itni azaadi wahan ki thi, har aik cheekh chilla kar bol raha tha government ke khilaf.</w:t>
      </w:r>
    </w:p>
    <w:p>
      <w:pPr>
        <w:jc w:val="right"/>
      </w:pPr>
      <w:r>
        <w:t>انٹرنیشنل کانفرنس۔ تقریباً ایک سو وہاں پر بلائے گئے تھے فلسطین کے لوگ۔ اور اتنی آزادی وہاں کی تھی، ہر ایک چیخ چلا کر بول رہا تھا گورنمنٹ کے خلاف۔</w:t>
      </w:r>
    </w:p>
    <w:p>
      <w:r>
        <w:rPr>
          <w:b/>
        </w:rPr>
        <w:t xml:space="preserve">[14:37] </w:t>
      </w:r>
      <w:r>
        <w:t>kaisi ajeeb baat hai. wahan par aik television ka aik aik organization banaya gaya hai, mujhe is mein bhi jana pada.</w:t>
      </w:r>
    </w:p>
    <w:p>
      <w:pPr>
        <w:jc w:val="right"/>
      </w:pPr>
      <w:r>
        <w:t>کیسی عجیب بات ہے۔ وہاں پر ایک ٹیلی ویژن کا ایک ایک آرگنائزیشن بنایا گیا ہے، مجھے اس میں بھی جانا پڑا۔</w:t>
      </w:r>
    </w:p>
    <w:p>
      <w:r>
        <w:rPr>
          <w:b/>
        </w:rPr>
        <w:t xml:space="preserve">[14:47] </w:t>
      </w:r>
      <w:r>
        <w:t>to is mein kya tha, fifty fifty tha. yaani fifty percent is mein palestinian the aur fifty percent jew the.</w:t>
      </w:r>
    </w:p>
    <w:p>
      <w:pPr>
        <w:jc w:val="right"/>
      </w:pPr>
      <w:r>
        <w:t>تو اس میں کیا تھا، ففٹی ففٹی تھا۔ یعنی ففٹی پرسنٹ اس میں فلسطینین تھے اور ففٹی پرسنٹ جیو تھے۔</w:t>
      </w:r>
    </w:p>
    <w:p>
      <w:r>
        <w:rPr>
          <w:b/>
        </w:rPr>
        <w:t xml:space="preserve">[14:58] </w:t>
      </w:r>
      <w:r>
        <w:t>isi mein jis ke baray mein log duniya bhar ki khabrein batate hain. buri khabrein har jagah hain, makkah madinah mein bhi hain, delhi mein bhi hain.</w:t>
      </w:r>
    </w:p>
    <w:p>
      <w:pPr>
        <w:jc w:val="right"/>
      </w:pPr>
      <w:r>
        <w:t>اسی میں جس کے بارے میں لوگ دنیا بھر کی خبریں بتاتے ہیں۔ بری خبریں ہر جگہ ہیں، مکہ مدینہ میں بھی ہیں، دلی میں بھی ہیں۔</w:t>
      </w:r>
    </w:p>
    <w:p>
      <w:r>
        <w:rPr>
          <w:b/>
        </w:rPr>
        <w:t xml:space="preserve">[15:08] </w:t>
      </w:r>
      <w:r>
        <w:t>koi aisi duniya mein history mein koi nahin bata sakte aap jahan buri khabrein na hon maujood. lekin aap ko buri khabron ko avoid kar ke, ko ignore kar ke achi khabron ko lena parta hai.</w:t>
      </w:r>
    </w:p>
    <w:p>
      <w:pPr>
        <w:jc w:val="right"/>
      </w:pPr>
      <w:r>
        <w:t>کوئی ایسی دنیا میں ہسٹری میں کوئی نہیں بتا سکتے آپ جہاں بری خبریں نہ ہوں موجود۔ لیکن آپ کو بری خبروں کو اوائڈ کر کے، کو اگنور کر کے اچھی خبروں کو لینا پڑتا ہے۔</w:t>
      </w:r>
    </w:p>
    <w:p>
      <w:r>
        <w:rPr>
          <w:b/>
        </w:rPr>
        <w:t xml:space="preserve">[15:20] </w:t>
      </w:r>
      <w:r>
        <w:t>so that you may be able to live in positivity. otherwise you will to go to hell.</w:t>
      </w:r>
    </w:p>
    <w:p>
      <w:pPr>
        <w:jc w:val="right"/>
      </w:pPr>
      <w:r>
        <w:t>سو دیٹ یو می بی ایبل ٹو لیو ان پازیٹیوٹی۔ ادروائز یو ویل ٹو گو ٹو ہیل۔</w:t>
      </w:r>
    </w:p>
    <w:p>
      <w:r>
        <w:rPr>
          <w:b/>
        </w:rPr>
        <w:t xml:space="preserve">[15:28] </w:t>
      </w:r>
      <w:r>
        <w:t>lekin yaad rakhiye jo paradise mein jana chahta hai, us ko aik hi condition poori karni paregi. ke sari negativity ke bawajood us ko positivity mein jeena parega.</w:t>
      </w:r>
    </w:p>
    <w:p>
      <w:pPr>
        <w:jc w:val="right"/>
      </w:pPr>
      <w:r>
        <w:t>لیکن یاد رکھیے جو پارڈائز میں جانا چاہتا ہے، اس کو ایک ہی کنڈیشن پوری کرنی پڑے گی۔ کہ ساری نیگیٹیوٹی کے باوجود اس کو پازیٹیوٹی میں جینا پڑے گا۔</w:t>
      </w:r>
    </w:p>
    <w:p>
      <w:r>
        <w:rPr>
          <w:b/>
        </w:rPr>
        <w:t xml:space="preserve">[15:42] </w:t>
      </w:r>
      <w:r>
        <w:t>nahin to us ko god ka neighborhood nahin milega, nahin milega, nahin milega.</w:t>
      </w:r>
    </w:p>
    <w:p>
      <w:pPr>
        <w:jc w:val="right"/>
      </w:pPr>
      <w:r>
        <w:t>نہیں تو اس کو گاڈ کا نیبرہڈ نہیں ملے گا، نہیں ملے گا، نہیں ملے گا۔</w:t>
      </w:r>
    </w:p>
    <w:p>
      <w:r>
        <w:rPr>
          <w:b/>
        </w:rPr>
        <w:t xml:space="preserve">[15:50] </w:t>
      </w:r>
      <w:r>
        <w:t>kitna bara yeh nuqsan hai. ab dekhiye ke maine compare kiya</w:t>
      </w:r>
    </w:p>
    <w:p>
      <w:pPr>
        <w:jc w:val="right"/>
      </w:pPr>
      <w:r>
        <w:t>کتنا بڑا یہ نقصان ہے۔ اب دیکھیئے کہ میں نے کمپیئر کیا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