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Dars e Quran, Ch 1, V 2 (Al-Hamdulillah Culture) Aug 12, 2018</w:t>
      </w:r>
    </w:p>
    <w:p>
      <w:r>
        <w:t>https://www.youtube.com/watch?v=nfeHCRe5KiM</w:t>
      </w:r>
    </w:p>
    <w:p>
      <w:r>
        <w:rPr>
          <w:b/>
        </w:rPr>
        <w:t xml:space="preserve">[00:10]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[00:15] </w:t>
      </w:r>
      <w:r>
        <w:t>wa salla Allahu ala nabiyyil karim.</w:t>
      </w:r>
    </w:p>
    <w:p>
      <w:pPr>
        <w:jc w:val="right"/>
      </w:pPr>
      <w:r>
        <w:t>وصلی اللہ علی نبی الکریم۔</w:t>
      </w:r>
    </w:p>
    <w:p>
      <w:r>
        <w:rPr>
          <w:b/>
        </w:rPr>
        <w:t xml:space="preserve">[00:20]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[00:23]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[00:27] </w:t>
      </w:r>
      <w:r>
        <w:t>wahlul uqdatan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[00:31] </w:t>
      </w:r>
      <w:r>
        <w:t>yafqah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[00:36] </w:t>
      </w:r>
      <w:r>
        <w:t>aaj ka mozu hai quran ki pehli ayat</w:t>
      </w:r>
    </w:p>
    <w:p>
      <w:pPr>
        <w:jc w:val="right"/>
      </w:pPr>
      <w:r>
        <w:t>آج کا موضوع ہے قرآن کی پہلی آیت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