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Vs 2-3 (Realization of God) Aug 5, 2018</w:t>
      </w:r>
    </w:p>
    <w:p>
      <w:r>
        <w:t>https://www.youtube.com/watch?v=3GpOLj2lwLc</w:t>
      </w:r>
    </w:p>
    <w:p>
      <w:r>
        <w:rPr>
          <w:b/>
        </w:rPr>
        <w:t xml:space="preserve">[00:11] </w:t>
      </w:r>
      <w:r>
        <w:t>bismillah rahman rahim, wasallallahu ala nabiyil karim. rab ishrah li sadri, wa yassir li amri,</w:t>
      </w:r>
    </w:p>
    <w:p>
      <w:pPr>
        <w:jc w:val="right"/>
      </w:pPr>
      <w:r>
        <w:t>بسم اللہ الرحمن الرحیم، وصلی اللہ علی نبی الکریم۔ رب اشرح لی صدری، ویسر لی امری،</w:t>
      </w:r>
    </w:p>
    <w:p>
      <w:r>
        <w:rPr>
          <w:b/>
        </w:rPr>
        <w:t xml:space="preserve">[00:27] </w:t>
      </w:r>
      <w:r>
        <w:t>wal uqdatan bil lisani yafqahu qawli. 5 august 2018.</w:t>
      </w:r>
    </w:p>
    <w:p>
      <w:pPr>
        <w:jc w:val="right"/>
      </w:pPr>
      <w:r>
        <w:t>ولو لقدۃ باللسان یفقہ قولی۔ 5 اگست 2018۔</w:t>
      </w:r>
    </w:p>
    <w:p>
      <w:r>
        <w:rPr>
          <w:b/>
        </w:rPr>
        <w:t xml:space="preserve">[00:38] </w:t>
      </w:r>
      <w:r>
        <w:t>aaj mein quran ki jo surah ayat hai,</w:t>
      </w:r>
    </w:p>
    <w:p>
      <w:pPr>
        <w:jc w:val="right"/>
      </w:pPr>
      <w:r>
        <w:t>آج میں قرآن کی جو سورہ آیت ہے،</w:t>
      </w:r>
    </w:p>
    <w:p>
      <w:r>
        <w:rPr>
          <w:b/>
        </w:rPr>
        <w:t xml:space="preserve">[00:45] </w:t>
      </w:r>
      <w:r>
        <w:t>zhalik al-kitab la raib, wa hudallil muttaqin, alladhina yu'minuna bil ghaib, us ko le kar soch raha tha.</w:t>
      </w:r>
    </w:p>
    <w:p>
      <w:pPr>
        <w:jc w:val="right"/>
      </w:pPr>
      <w:r>
        <w:t>ذالک الکتاب لا رفیع، ودل المتقین، الذین یومنون بالغیب، اس کو لو کے سوچ رہا تھا۔</w:t>
      </w:r>
    </w:p>
    <w:p>
      <w:r>
        <w:rPr>
          <w:b/>
        </w:rPr>
        <w:t xml:space="preserve">[00:58] </w:t>
      </w:r>
      <w:r>
        <w:t>alladhina yu'minuna bil ghaib, allah par ghaib mein iman late hain,</w:t>
      </w:r>
    </w:p>
    <w:p>
      <w:pPr>
        <w:jc w:val="right"/>
      </w:pPr>
      <w:r>
        <w:t>الذین یومنون بالغیب، اللہ پر غیب میں ایمان لاتے ہیں،</w:t>
      </w:r>
    </w:p>
    <w:p>
      <w:r>
        <w:rPr>
          <w:b/>
        </w:rPr>
        <w:t xml:space="preserve">[01:10] </w:t>
      </w:r>
      <w:r>
        <w:t>yani in saint guide par iman late hain. is ka matlab yeh hua ke jo in saint guide par, in saint khuda par iman late hain.</w:t>
      </w:r>
    </w:p>
    <w:p>
      <w:pPr>
        <w:jc w:val="right"/>
      </w:pPr>
      <w:r>
        <w:t>یعنی ان سین غیب گاڈ پر ایمان لاتے ہیں۔ اس کا مطلب یہ ہوا کہ جو ان سین گیڈ پر، ان سین خدا پر ایمان لاتے ہیں۔</w:t>
      </w:r>
    </w:p>
    <w:p>
      <w:r>
        <w:rPr>
          <w:b/>
        </w:rPr>
        <w:t xml:space="preserve">[01:24] </w:t>
      </w:r>
      <w:r>
        <w:t>to dekhiye, sirf yeh baat ke khuda in sain hai, hum iman late hain, to yeh to khuda ki shan ke mutabiq nahi hai.</w:t>
      </w:r>
    </w:p>
    <w:p>
      <w:pPr>
        <w:jc w:val="right"/>
      </w:pPr>
      <w:r>
        <w:t>تو دیکھیے، صرف یہ بات کہ خدا ان سین ہے، ہم ایمان لاتے ہیں، تو یہ تو خدا کی شان کے مطابق نہیں ہے۔</w:t>
      </w:r>
    </w:p>
    <w:p>
      <w:r>
        <w:rPr>
          <w:b/>
        </w:rPr>
        <w:t xml:space="preserve">[01:35] </w:t>
      </w:r>
      <w:r>
        <w:t>koi bari baat is qadar hona chahiye, yani khuda hum maan liya ke is par hai, to hum maan liya aap bhi ke haan, is par hai.</w:t>
      </w:r>
    </w:p>
    <w:p>
      <w:pPr>
        <w:jc w:val="right"/>
      </w:pPr>
      <w:r>
        <w:t>کوئی بڑی بات اس قدر ہونا چاہیے، یعنی خدا ہم مان لیا کہ اس پار ہے، تو ہم مان لیا آپ بھی کہ ہاں، اس پار ہے۔</w:t>
      </w:r>
    </w:p>
    <w:p>
      <w:r>
        <w:rPr>
          <w:b/>
        </w:rPr>
        <w:t xml:space="preserve">[01:45] </w:t>
      </w:r>
      <w:r>
        <w:t>to yeh khuda ki shan ke mutabiq nahi hui. to main soch raha hoon, sochta raha ke aakhir is mein bari baat kya hai?</w:t>
      </w:r>
    </w:p>
    <w:p>
      <w:pPr>
        <w:jc w:val="right"/>
      </w:pPr>
      <w:r>
        <w:t>تو یہ خدا کی شان کے مطابق نہیں ہوئی۔ تو میں سوچ رہا ہوں، سوچتا رہا کہ آخر اس میں بڑی بات کیا ہے؟</w:t>
      </w:r>
    </w:p>
    <w:p>
      <w:r>
        <w:rPr>
          <w:b/>
        </w:rPr>
        <w:t xml:space="preserve">[01:56] </w:t>
      </w:r>
      <w:r>
        <w:t>bari baat jo Allah rabb ul alameen ki shan ke mutabiq hai.</w:t>
      </w:r>
    </w:p>
    <w:p>
      <w:pPr>
        <w:jc w:val="right"/>
      </w:pPr>
      <w:r>
        <w:t>بڑی بات جو اللہ رب العالمین کی شان کے مطابق ہے۔</w:t>
      </w:r>
    </w:p>
    <w:p>
      <w:r>
        <w:rPr>
          <w:b/>
        </w:rPr>
        <w:t xml:space="preserve">[02:05] </w:t>
      </w:r>
      <w:r>
        <w:t>to mujhe ek shayar ka she'r yaad aaya, fani badayuni: "mujhe bula ke yahan aap chhup gaya koi,</w:t>
      </w:r>
    </w:p>
    <w:p>
      <w:pPr>
        <w:jc w:val="right"/>
      </w:pPr>
      <w:r>
        <w:t>تو مجھے ایک شاعر کا شعر یاد آیا، فانی بدایونی: "مجھے بلا کے یہاں آپ چھپ گیا کوئی،</w:t>
      </w:r>
    </w:p>
    <w:p>
      <w:r>
        <w:rPr>
          <w:b/>
        </w:rPr>
        <w:t xml:space="preserve">[02:22] </w:t>
      </w:r>
      <w:r>
        <w:t>woh mehman hoon jise mezban nahi milta."</w:t>
      </w:r>
    </w:p>
    <w:p>
      <w:pPr>
        <w:jc w:val="right"/>
      </w:pPr>
      <w:r>
        <w:t>وہ مہماں ہوں جسے میزبان نہیں ملتا۔"</w:t>
      </w:r>
    </w:p>
    <w:p>
      <w:r>
        <w:rPr>
          <w:b/>
        </w:rPr>
        <w:t xml:space="preserve">[02:28] </w:t>
      </w:r>
      <w:r>
        <w:t>yani</w:t>
      </w:r>
    </w:p>
    <w:p>
      <w:pPr>
        <w:jc w:val="right"/>
      </w:pPr>
      <w:r>
        <w:t>یعنی</w:t>
      </w:r>
    </w:p>
    <w:p>
      <w:r>
        <w:rPr>
          <w:b/>
        </w:rPr>
        <w:t xml:space="preserve">[02:33] </w:t>
      </w:r>
      <w:r>
        <w:t>koi bachcha paida ho aur us ki maan gum ho jaye, to har waqt woh meri maan kahan, meri maan kahan, maan karega.</w:t>
      </w:r>
    </w:p>
    <w:p>
      <w:pPr>
        <w:jc w:val="right"/>
      </w:pPr>
      <w:r>
        <w:t>کوئی بچہ پیدا ہو اور اس کی ماں گم ہو جائے، تو ہر وقت وہ میری ماں کہاں، میری ماں کہاں، ماں کرے گا۔</w:t>
      </w:r>
    </w:p>
    <w:p>
      <w:r>
        <w:rPr>
          <w:b/>
        </w:rPr>
        <w:t xml:space="preserve">[02:45] </w:t>
      </w:r>
      <w:r>
        <w:t>maan ki bachche ki pehli</w:t>
      </w:r>
    </w:p>
    <w:p>
      <w:pPr>
        <w:jc w:val="right"/>
      </w:pPr>
      <w:r>
        <w:t>ماں کی بچے کی پہلی</w:t>
      </w:r>
    </w:p>
    <w:p>
      <w:r>
        <w:rPr>
          <w:b/>
        </w:rPr>
        <w:t xml:space="preserve">[02:51] </w:t>
      </w:r>
      <w:r>
        <w:t>maan, bachche ki pehli talash maan hogi. is ko is waqt tak chain nahi aayega jab tak woh woh maan ko dekh na le, daryaft na kar le.</w:t>
      </w:r>
    </w:p>
    <w:p>
      <w:pPr>
        <w:jc w:val="right"/>
      </w:pPr>
      <w:r>
        <w:t>ماں، بچے کی پہلی تلاش ماں ہوگی۔ اس کو اس وقت تک چین نہیں آئے گا جب تک وہ وہ ماں کو دیکھ نہ لے، دریافت نہ کر لے۔</w:t>
      </w:r>
    </w:p>
    <w:p>
      <w:r>
        <w:rPr>
          <w:b/>
        </w:rPr>
        <w:t xml:space="preserve">[03:10] </w:t>
      </w:r>
      <w:r>
        <w:t>to yahi muamla zyada bare paimane par, bohat zyada bare paimane par Allah rabb ul alameen ka hai.</w:t>
      </w:r>
    </w:p>
    <w:p>
      <w:pPr>
        <w:jc w:val="right"/>
      </w:pPr>
      <w:r>
        <w:t>تو یہی معاملہ زیادہ بڑے پیمانے پر، بہت زیادہ بڑے پیمانے پر اللہ رب العالمین کا ہے۔</w:t>
      </w:r>
    </w:p>
    <w:p>
      <w:r>
        <w:rPr>
          <w:b/>
        </w:rPr>
        <w:t xml:space="preserve">[03:24] </w:t>
      </w:r>
      <w:r>
        <w:t>Allah ne insan ko paida kiya,</w:t>
      </w:r>
    </w:p>
    <w:p>
      <w:pPr>
        <w:jc w:val="right"/>
      </w:pPr>
      <w:r>
        <w:t>اللہ نے انسان کو پیدا کیا،</w:t>
      </w:r>
    </w:p>
    <w:p>
      <w:r>
        <w:rPr>
          <w:b/>
        </w:rPr>
        <w:t xml:space="preserve">[03:30] </w:t>
      </w:r>
      <w:r>
        <w:t>is ka ma'ni kya hai? insan achaanak apne aap ko pata hai ek duniya mein,</w:t>
      </w:r>
    </w:p>
    <w:p>
      <w:pPr>
        <w:jc w:val="right"/>
      </w:pPr>
      <w:r>
        <w:t>اس کا معنی کیا ہے؟ انسان اچانک اپنے آپ کو پاتا ہے ایک دنیا میں،</w:t>
      </w:r>
    </w:p>
    <w:p>
      <w:r>
        <w:rPr>
          <w:b/>
        </w:rPr>
        <w:t xml:space="preserve">[03:38] </w:t>
      </w:r>
      <w:r>
        <w:t>aur creator is ko dikhai nahi deta. ek kahe duniya mein woh apne aap ko pata hai</w:t>
      </w:r>
    </w:p>
    <w:p>
      <w:pPr>
        <w:jc w:val="right"/>
      </w:pPr>
      <w:r>
        <w:t>اور کریٹر اس کو دکھائی نہیں دیتا۔ ایک کہے دنیا میں وہ اپنے آپ کو پاتا ہے</w:t>
      </w:r>
    </w:p>
    <w:p>
      <w:r>
        <w:rPr>
          <w:b/>
        </w:rPr>
        <w:t xml:space="preserve">[03:53] </w:t>
      </w:r>
      <w:r>
        <w:t>jo poori poori universe custom made universe hai,</w:t>
      </w:r>
    </w:p>
    <w:p>
      <w:pPr>
        <w:jc w:val="right"/>
      </w:pPr>
      <w:r>
        <w:t>جو پوری پوری یونیورس کسٹم میڈ یونیورس ہے،</w:t>
      </w:r>
    </w:p>
    <w:p>
      <w:r>
        <w:rPr>
          <w:b/>
        </w:rPr>
        <w:t xml:space="preserve">[04:00] </w:t>
      </w:r>
      <w:r>
        <w:t>insan ke mutabiq banayi gayi hai. custom made universe, yahan woh sab kuch maujood hai jo insan ko chahiye.</w:t>
      </w:r>
    </w:p>
    <w:p>
      <w:pPr>
        <w:jc w:val="right"/>
      </w:pPr>
      <w:r>
        <w:t>انسان کے مطابق بنائی گئی ہے۔ کسٹم میڈ یونیورس، یہاں وہ سب کچھ موجود ہے جو انسان کو چاہیے۔</w:t>
      </w:r>
    </w:p>
    <w:p>
      <w:r>
        <w:rPr>
          <w:b/>
        </w:rPr>
        <w:t xml:space="preserve">[04:16] </w:t>
      </w:r>
      <w:r>
        <w:t>sab kuch</w:t>
      </w:r>
    </w:p>
    <w:p>
      <w:pPr>
        <w:jc w:val="right"/>
      </w:pPr>
      <w:r>
        <w:t>سب کچھ</w:t>
      </w:r>
    </w:p>
    <w:p>
      <w:r>
        <w:rPr>
          <w:b/>
        </w:rPr>
        <w:t xml:space="preserve">[04:20] </w:t>
      </w:r>
      <w:r>
        <w:t>kaisi ajeeb baat hai,</w:t>
      </w:r>
    </w:p>
    <w:p>
      <w:pPr>
        <w:jc w:val="right"/>
      </w:pPr>
      <w:r>
        <w:t>کیسی عجیب بات ہے،</w:t>
      </w:r>
    </w:p>
    <w:p>
      <w:r>
        <w:rPr>
          <w:b/>
        </w:rPr>
        <w:t xml:space="preserve">[04:24] </w:t>
      </w:r>
      <w:r>
        <w:t>kaisi ajeeb baat hai.</w:t>
      </w:r>
    </w:p>
    <w:p>
      <w:pPr>
        <w:jc w:val="right"/>
      </w:pPr>
      <w:r>
        <w:t>کیسی عجیب بات ہے۔</w:t>
      </w:r>
    </w:p>
    <w:p>
      <w:r>
        <w:rPr>
          <w:b/>
        </w:rPr>
        <w:t xml:space="preserve">[04:32] </w:t>
      </w:r>
      <w:r>
        <w:t>aap ko oxygen chahiye to aap ke paida hone se pehle yahan oxygen maujood hai. aap ko pani chahiye to aap ke paida hone se pehle yahan pani maujood hai.</w:t>
      </w:r>
    </w:p>
    <w:p>
      <w:pPr>
        <w:jc w:val="right"/>
      </w:pPr>
      <w:r>
        <w:t>آپ کو اکسیجن چاہیے تو آپ کے پیدا ہونے سے پہلے یہاں اکسیجن موجود ہے۔ آپ کو پانی چاہیے تو آپ کے پیدا ہونے سے پہلے یہاں پانی موجود ہے۔</w:t>
      </w:r>
    </w:p>
    <w:p>
      <w:r>
        <w:rPr>
          <w:b/>
        </w:rPr>
        <w:t xml:space="preserve">[04:47] </w:t>
      </w:r>
      <w:r>
        <w:t>aap ko hawa chahiye to aap ko banane se pehle yahan hawa maujood hai.</w:t>
      </w:r>
    </w:p>
    <w:p>
      <w:pPr>
        <w:jc w:val="right"/>
      </w:pPr>
      <w:r>
        <w:t>آپ کو ہوا چاہیے تو آپ کو بنانے سے پہلے یہاں ہوا موجود ہے۔</w:t>
      </w:r>
    </w:p>
    <w:p>
      <w:r>
        <w:rPr>
          <w:b/>
        </w:rPr>
        <w:t xml:space="preserve">[04:57] </w:t>
      </w:r>
      <w:r>
        <w:t>saail maujood hai, food maujood hai. to insan consciously ya unconsciously sochta hai ke woh kaun hai jis ne hum is ko yeh sab cheezein de dein?</w:t>
      </w:r>
    </w:p>
    <w:p>
      <w:pPr>
        <w:jc w:val="right"/>
      </w:pPr>
      <w:r>
        <w:t>سائل موجود ہے، فوڈ موجود ہے۔ تو انسان کانشیسلی یا ان کانشیسلی سوچتا ہے کہ وہ کون ہے جس نے ہم اس کو یہ سب چیزیں دے دیں؟</w:t>
      </w:r>
    </w:p>
    <w:p>
      <w:r>
        <w:rPr>
          <w:b/>
        </w:rPr>
        <w:t xml:space="preserve">[05:19] </w:t>
      </w:r>
      <w:r>
        <w:t>woh kaun hai?</w:t>
      </w:r>
    </w:p>
    <w:p>
      <w:pPr>
        <w:jc w:val="right"/>
      </w:pPr>
      <w:r>
        <w:t>وہ کون ہے؟</w:t>
      </w:r>
    </w:p>
    <w:p>
      <w:r>
        <w:rPr>
          <w:b/>
        </w:rPr>
        <w:t xml:space="preserve">[05:27] </w:t>
      </w:r>
      <w:r>
        <w:t>to jab woh is ki talash jo hai, is ki talash apne hadd par pahunch jaye, woh discover kar le apne apne rabb ko, apne gaad ko jo khallaq hai, aalim hai,</w:t>
      </w:r>
    </w:p>
    <w:p>
      <w:pPr>
        <w:jc w:val="right"/>
      </w:pPr>
      <w:r>
        <w:t>تو جب وہ اس کی تلاش جو ہے، اس کی تلاش اپنے حد پر پہنچ جائے، وہ ڈسکور کر لے اپنے اپنے رب کو، اپنے گاڈ کو جو خلاق ہے، علام ہے،</w:t>
      </w:r>
    </w:p>
    <w:p>
      <w:r>
        <w:rPr>
          <w:b/>
        </w:rPr>
        <w:t xml:space="preserve">[05:47] </w:t>
      </w:r>
      <w:r>
        <w:t>razzaq hai.</w:t>
      </w:r>
    </w:p>
    <w:p>
      <w:pPr>
        <w:jc w:val="right"/>
      </w:pPr>
      <w:r>
        <w:t>رزاق ہے۔</w:t>
      </w:r>
    </w:p>
    <w:p>
      <w:r>
        <w:rPr>
          <w:b/>
        </w:rPr>
        <w:t xml:space="preserve">[05:51] </w:t>
      </w:r>
      <w:r>
        <w:t>to aap sochiye ke woh kitna khush hoga, kitna khush hoga. yeh qissa aap ko maloom hai ke greece ka,</w:t>
      </w:r>
    </w:p>
    <w:p>
      <w:pPr>
        <w:jc w:val="right"/>
      </w:pPr>
      <w:r>
        <w:t>تو آپ سوچیے کہ وہ کتنا خوش ہوگا، کتنا خوش ہوگا۔ یہ قصہ آپ کو معلوم ہے کہ گریس کا،</w:t>
      </w:r>
    </w:p>
    <w:p>
      <w:r>
        <w:rPr>
          <w:b/>
        </w:rPr>
        <w:t xml:space="preserve">[06:06] </w:t>
      </w:r>
      <w:r>
        <w:t>yaani yunan ka, ek scientist tha, us ko talash thi ke pani mein</w:t>
      </w:r>
    </w:p>
    <w:p>
      <w:pPr>
        <w:jc w:val="right"/>
      </w:pPr>
      <w:r>
        <w:t>یعنی یونان کا، ایک سائنٹسٹ تھا، اس کو تلاش تھی کہ پانی میں</w:t>
      </w:r>
    </w:p>
    <w:p>
      <w:r>
        <w:rPr>
          <w:b/>
        </w:rPr>
        <w:t xml:space="preserve">[06:18] </w:t>
      </w:r>
      <w:r>
        <w:t>kishti chalti kaise hai? us ka law kya hai?</w:t>
      </w:r>
    </w:p>
    <w:p>
      <w:pPr>
        <w:jc w:val="right"/>
      </w:pPr>
      <w:r>
        <w:t>کشتی چلتی کیسے ہے؟ اس کا لا کیا ہے؟</w:t>
      </w:r>
    </w:p>
    <w:p>
      <w:r>
        <w:rPr>
          <w:b/>
        </w:rPr>
        <w:t xml:space="preserve">[06:25] </w:t>
      </w:r>
      <w:r>
        <w:t>jis ko kehte hain law buoyancy. to us ko talash thi, talash thi. woh nahata tha tub mein aur isi us mein rehta tha ke kaise insaan pani mein doobta nahin.</w:t>
      </w:r>
    </w:p>
    <w:p>
      <w:pPr>
        <w:jc w:val="right"/>
      </w:pPr>
      <w:r>
        <w:t>جس کو کہتے ہیں لا بائنس بائنسنگ۔ تو اس کو تلاش تھی، تلاش تھی۔ وہ نہاتا تھا ٹب میں اور اسی اس میں رہتا تھا کہ کیسے انسان پانی میں ڈوبتا نہیں۔</w:t>
      </w:r>
    </w:p>
    <w:p>
      <w:r>
        <w:rPr>
          <w:b/>
        </w:rPr>
        <w:t xml:space="preserve">[06:45] </w:t>
      </w:r>
      <w:r>
        <w:t>to achaanak ek ek experience hua us ko</w:t>
      </w:r>
    </w:p>
    <w:p>
      <w:pPr>
        <w:jc w:val="right"/>
      </w:pPr>
      <w:r>
        <w:t>تو اچانک ایک ایک ایکسپیرینس ہوا اس کو</w:t>
      </w:r>
    </w:p>
    <w:p>
      <w:r>
        <w:rPr>
          <w:b/>
        </w:rPr>
        <w:t xml:space="preserve">[06:52] </w:t>
      </w:r>
      <w:r>
        <w:t>aur woh us ne law buoyancy ko discover kar liya. us ne to itna us ko khushi hui, itna khushi hui ke kapra pehne baghair hi bhaga.</w:t>
      </w:r>
    </w:p>
    <w:p>
      <w:pPr>
        <w:jc w:val="right"/>
      </w:pPr>
      <w:r>
        <w:t>اور وہ اس نے لا بائنسری کو ڈسکور کر لیا۔ اس نے تو اتنا اس کو خوشی ہوئی، اتنا خوشی ہوئی کہ کپڑا پہنے بغیر ہی بھاگا۔</w:t>
      </w:r>
    </w:p>
    <w:p>
      <w:r>
        <w:rPr>
          <w:b/>
        </w:rPr>
        <w:t xml:space="preserve">[07:07] </w:t>
      </w:r>
      <w:r>
        <w:t>eureka, eureka, maine pa liya, maine pa liya.</w:t>
      </w:r>
    </w:p>
    <w:p>
      <w:pPr>
        <w:jc w:val="right"/>
      </w:pPr>
      <w:r>
        <w:t>یوریکا، یوریکا، میں نے پا لیا، میں نے پا لیا۔</w:t>
      </w:r>
    </w:p>
    <w:p>
      <w:r>
        <w:rPr>
          <w:b/>
        </w:rPr>
        <w:t xml:space="preserve">[07:14] </w:t>
      </w:r>
      <w:r>
        <w:t>to yeh jo daryaft hai, yaad rakhiye, daryaft sab se bara joy hai, sab se bari khushi hai.</w:t>
      </w:r>
    </w:p>
    <w:p>
      <w:pPr>
        <w:jc w:val="right"/>
      </w:pPr>
      <w:r>
        <w:t>تو یہ جو دریافت ہے، یاد رکھیے، دریافت سب سے بڑا جوئے ہے، سب سے بڑی خوشی ہے۔</w:t>
      </w:r>
    </w:p>
    <w:p>
      <w:r>
        <w:rPr>
          <w:b/>
        </w:rPr>
        <w:t xml:space="preserve">[07:27] </w:t>
      </w:r>
      <w:r>
        <w:t>daryaft, discovery se, discovery se bari koi khushi nahin. to jab us ne law buoyancy ko discover kiya to itna khush hua ke bhaga tub se nikal kar ke.</w:t>
      </w:r>
    </w:p>
    <w:p>
      <w:pPr>
        <w:jc w:val="right"/>
      </w:pPr>
      <w:r>
        <w:t>دریافت، ڈسکوری سے، ڈسکوری سے بڑی کوئی خوشی نہیں۔ تو جب اس نے لا بائنسری کو ڈسکور کیا تو اتنا خوش ہوا کہ بھاگا ٹب سے نکل کر کے۔</w:t>
      </w:r>
    </w:p>
    <w:p>
      <w:r>
        <w:rPr>
          <w:b/>
        </w:rPr>
        <w:t xml:space="preserve">[07:49] </w:t>
      </w:r>
      <w:r>
        <w:t>to aap ghor kijiye ke ek insaan</w:t>
      </w:r>
    </w:p>
    <w:p>
      <w:pPr>
        <w:jc w:val="right"/>
      </w:pPr>
      <w:r>
        <w:t>تو آپ غور کیجئے کہ ایک انسان</w:t>
      </w:r>
    </w:p>
    <w:p>
      <w:r>
        <w:rPr>
          <w:b/>
        </w:rPr>
        <w:t xml:space="preserve">[07:57] </w:t>
      </w:r>
      <w:r>
        <w:t>jo apni daryaft mein jee raha ho, apni talash mein jee raha ho, talash, aur phir woh us ki talash jo hai, us ko woh daryaft kar le Allah rabb ul alameen ko,</w:t>
      </w:r>
    </w:p>
    <w:p>
      <w:pPr>
        <w:jc w:val="right"/>
      </w:pPr>
      <w:r>
        <w:t>جو اپنی دریافت میں جی رہا ہو، اپنی تلاش میں جی رہا ہو، تلاش، اور پھر وہ اس کی تلاش جو ہے، اس کو وہ دریافت کر لے اللہ رب العالمین کو،</w:t>
      </w:r>
    </w:p>
    <w:p>
      <w:r>
        <w:rPr>
          <w:b/>
        </w:rPr>
        <w:t xml:space="preserve">[08:19] </w:t>
      </w:r>
      <w:r>
        <w:t>to kitna zyada us ko joy hoga, kitni khushi hogi. yahi hai marifat,</w:t>
      </w:r>
    </w:p>
    <w:p>
      <w:pPr>
        <w:jc w:val="right"/>
      </w:pPr>
      <w:r>
        <w:t>تو کتنا زیادہ اس کو جوئے ہوگا، کتنی خوشی ہوگی۔ یہی ہے معرفت،</w:t>
      </w:r>
    </w:p>
    <w:p>
      <w:r>
        <w:rPr>
          <w:b/>
        </w:rPr>
        <w:t xml:space="preserve">[08:32] </w:t>
      </w:r>
      <w:r>
        <w:t>yahi hai marifat, yahi hai you be jun bil ghaib. Khuda ne apne aap ko unseen rakha hai,</w:t>
      </w:r>
    </w:p>
    <w:p>
      <w:pPr>
        <w:jc w:val="right"/>
      </w:pPr>
      <w:r>
        <w:t>یہی ہے معرفت، یہی ہے یو بجون بالغیب۔ خدا نے اپنے آپ کو ان سین رکھا ہے،</w:t>
      </w:r>
    </w:p>
    <w:p>
      <w:r>
        <w:rPr>
          <w:b/>
        </w:rPr>
        <w:t xml:space="preserve">[08:50] </w:t>
      </w:r>
      <w:r>
        <w:t>unseen. kyun? Khuda chahta hai ke insaan ko woh woh woh jo joy mile.</w:t>
      </w:r>
    </w:p>
    <w:p>
      <w:pPr>
        <w:jc w:val="right"/>
      </w:pPr>
      <w:r>
        <w:t>ان سین۔ کیوں؟ خدا چاہتا ہے کہ انسان کو وہ وہ وہ جوائے ملے۔</w:t>
      </w:r>
    </w:p>
    <w:p>
      <w:r>
        <w:rPr>
          <w:b/>
        </w:rPr>
        <w:t xml:space="preserve">[09:00] </w:t>
      </w:r>
      <w:r>
        <w:t>agar Khuda seen hota, har jagah aap dekhte Khuda ko,</w:t>
      </w:r>
    </w:p>
    <w:p>
      <w:pPr>
        <w:jc w:val="right"/>
      </w:pPr>
      <w:r>
        <w:t>اگر خدا سین ہوتا، ہر جگہ آپ دیکھتے خدا کو،</w:t>
      </w:r>
    </w:p>
    <w:p>
      <w:r>
        <w:rPr>
          <w:b/>
        </w:rPr>
        <w:t xml:space="preserve">[09:07] </w:t>
      </w:r>
      <w:r>
        <w:t>to koi aap ko joy nahin milti. joy kaise milta hai aap ko?</w:t>
      </w:r>
    </w:p>
    <w:p>
      <w:pPr>
        <w:jc w:val="right"/>
      </w:pPr>
      <w:r>
        <w:t>تو کوئی آپ کو جوائے نہیں ملتی۔ جوائے کیسے ملتا ہے آپ کو؟</w:t>
      </w:r>
    </w:p>
    <w:p>
      <w:r>
        <w:rPr>
          <w:b/>
        </w:rPr>
        <w:t xml:space="preserve">[09:15] </w:t>
      </w:r>
      <w:r>
        <w:t>to woh be panah khushi jo ek talash ko daryaft kar ke milti hai,</w:t>
      </w:r>
    </w:p>
    <w:p>
      <w:pPr>
        <w:jc w:val="right"/>
      </w:pPr>
      <w:r>
        <w:t>تو وہ بے پناہ خوشی جو ایک تلاش کو دریافت کر کے ملتی ہے،</w:t>
      </w:r>
    </w:p>
    <w:p>
      <w:r>
        <w:rPr>
          <w:b/>
        </w:rPr>
        <w:t xml:space="preserve">[09:28] </w:t>
      </w:r>
      <w:r>
        <w:t>Allah rabb ul alameen ne chaha ke woh woh khushi aap ko hasil ho. to isi khushi ka naam hai marifat, discovery, realization.</w:t>
      </w:r>
    </w:p>
    <w:p>
      <w:pPr>
        <w:jc w:val="right"/>
      </w:pPr>
      <w:r>
        <w:t>اللہ رب العالمین نے چاہا کہ وہ وہ خوشی آپ کو حاصل ہو۔ تو اسی خوشی کا نام ہے معرفت، ڈسکوری، ریلائزیشن۔</w:t>
      </w:r>
    </w:p>
    <w:p>
      <w:r>
        <w:rPr>
          <w:b/>
        </w:rPr>
        <w:t xml:space="preserve">[09:45] </w:t>
      </w:r>
      <w:r>
        <w:t>dekhiye, yeh</w:t>
      </w:r>
    </w:p>
    <w:p>
      <w:pPr>
        <w:jc w:val="right"/>
      </w:pPr>
      <w:r>
        <w:t>دیکھیے، یہ</w:t>
      </w:r>
    </w:p>
    <w:p>
      <w:r>
        <w:rPr>
          <w:b/>
        </w:rPr>
        <w:t xml:space="preserve">[09:49] </w:t>
      </w:r>
      <w:r>
        <w:t>yeh marifat koi ready made item nahin hai,</w:t>
      </w:r>
    </w:p>
    <w:p>
      <w:pPr>
        <w:jc w:val="right"/>
      </w:pPr>
      <w:r>
        <w:t>یہ معرفت کوئی ریڈی میڈ آئٹم نہیں ہے،</w:t>
      </w:r>
    </w:p>
    <w:p>
      <w:r>
        <w:rPr>
          <w:b/>
        </w:rPr>
        <w:t xml:space="preserve">[09:58] </w:t>
      </w:r>
      <w:r>
        <w:t>koi ready made item nahin hai.</w:t>
      </w:r>
    </w:p>
    <w:p>
      <w:pPr>
        <w:jc w:val="right"/>
      </w:pPr>
      <w:r>
        <w:t>کوئی ریڈی میڈ آئٹم نہیں ہے۔</w:t>
      </w:r>
    </w:p>
    <w:p>
      <w:r>
        <w:rPr>
          <w:b/>
        </w:rPr>
        <w:t xml:space="preserve">[10:03] </w:t>
      </w:r>
      <w:r>
        <w:t>misalan aap ko ek pen chahiye, pen bazaar mein milta hai, wahan aap gaye aur us ki jo price hai diya to aap ko mil gaya.</w:t>
      </w:r>
    </w:p>
    <w:p>
      <w:pPr>
        <w:jc w:val="right"/>
      </w:pPr>
      <w:r>
        <w:t>مثلاً آپ کو ایک پین چاہیے، پین بازار میں ملتا ہے، وہاں آپ گئے اور اس کی جو پرائس ہے دیا تو آپ کو مل گیا۔</w:t>
      </w:r>
    </w:p>
    <w:p>
      <w:r>
        <w:rPr>
          <w:b/>
        </w:rPr>
        <w:t xml:space="preserve">[10:16] </w:t>
      </w:r>
      <w:r>
        <w:t>that was ready made item. to marifat is adad mein koi ready made item nahin hai ke wahan ja ke le lijiye.</w:t>
      </w:r>
    </w:p>
    <w:p>
      <w:pPr>
        <w:jc w:val="right"/>
      </w:pPr>
      <w:r>
        <w:t>دیٹ واز ریڈی میڈ آئٹم۔ تو معرفت اس اعداد میں کوئی ریڈی میڈ آئٹم نہیں ہے کہ وہاں جا کے لے لیجئے۔</w:t>
      </w:r>
    </w:p>
    <w:p>
      <w:r>
        <w:rPr>
          <w:b/>
        </w:rPr>
        <w:t xml:space="preserve">[10:31] </w:t>
      </w:r>
      <w:r>
        <w:t>yeh marifat jo hai, discovery item hai, discovery item hai.</w:t>
      </w:r>
    </w:p>
    <w:p>
      <w:pPr>
        <w:jc w:val="right"/>
      </w:pPr>
      <w:r>
        <w:t>یہ معرفت جو ہے، ڈسکوری آئٹم ہے، ڈسکوری آئٹم ہے۔</w:t>
      </w:r>
    </w:p>
    <w:p>
      <w:r>
        <w:rPr>
          <w:b/>
        </w:rPr>
        <w:t xml:space="preserve">[10:42] </w:t>
      </w:r>
      <w:r>
        <w:t>aap ko discover karna pare ga, tab aap ko marifat mile gi. aur marifat se bari koi cheez nahi, kyunke marifat hi to paradise ki price hai.</w:t>
      </w:r>
    </w:p>
    <w:p>
      <w:pPr>
        <w:jc w:val="right"/>
      </w:pPr>
      <w:r>
        <w:t>آپ کو ڈسکور کرنا پڑے گا، تب آپ کو معرفت ملے گی۔ اور معرفت سے بڑی کوئی چیز نہیں، کیونکہ معرفت ہی تو پیراڈائز کی پرائس ہے۔</w:t>
      </w:r>
    </w:p>
    <w:p>
      <w:r>
        <w:rPr>
          <w:b/>
        </w:rPr>
        <w:t xml:space="preserve">[10:56] </w:t>
      </w:r>
      <w:r>
        <w:t>jis ko marifat nahi mili, wo is ko jannat bhi nahi milne wali hai. jis ko marifat nahi mili, is ko jannat bhi nahi milne wali hai.</w:t>
      </w:r>
    </w:p>
    <w:p>
      <w:pPr>
        <w:jc w:val="right"/>
      </w:pPr>
      <w:r>
        <w:t>جس کو معرفت نہیں ملی، وہ اس کو جنت بھی نہیں ملنے والی ہے۔ جس کو معرفت نہیں ملی، اس کو جنت بھی نہیں ملنے والی ہے۔</w:t>
      </w:r>
    </w:p>
    <w:p>
      <w:r>
        <w:rPr>
          <w:b/>
        </w:rPr>
        <w:t xml:space="preserve">[11:11] </w:t>
      </w:r>
      <w:r>
        <w:t>to is baat ko khoob samajhna chahiye ke marifat koi ready made item nahi hai. wo aap ke liye, aap ko discover karna pare ga.</w:t>
      </w:r>
    </w:p>
    <w:p>
      <w:pPr>
        <w:jc w:val="right"/>
      </w:pPr>
      <w:r>
        <w:t>تو اس بات کو خوب سمجھنا چاہیے کہ معرفت کوئی ریڈی میڈ آئٹم نہیں ہے۔ وہ آپ کے لیے، آپ کو ڈسکور کرنا پڑے گا۔</w:t>
      </w:r>
    </w:p>
    <w:p>
      <w:r>
        <w:rPr>
          <w:b/>
        </w:rPr>
        <w:t xml:space="preserve">[11:24] </w:t>
      </w:r>
      <w:r>
        <w:t>kaise? is ka aik demonstration Allah ne rakh diya hai, aur wo hai honey bee.</w:t>
      </w:r>
    </w:p>
    <w:p>
      <w:pPr>
        <w:jc w:val="right"/>
      </w:pPr>
      <w:r>
        <w:t>کیسے؟ اس کا ایک ڈیمونسٹریشن اللہ نے رکھ دیا ہے، اور وہ ہے ہنی بی۔</w:t>
      </w:r>
    </w:p>
    <w:p>
      <w:r>
        <w:rPr>
          <w:b/>
        </w:rPr>
        <w:t xml:space="preserve">[11:36] </w:t>
      </w:r>
      <w:r>
        <w:t>honey bee, shad ki makhi. aap jante hain ke shad ki makhi urte urte pohnchti hai aisi jagah jahan phool ke darakht hain.</w:t>
      </w:r>
    </w:p>
    <w:p>
      <w:pPr>
        <w:jc w:val="right"/>
      </w:pPr>
      <w:r>
        <w:t>ہنی بی، شاد کی مکھی۔ آپ جانتے ہیں کہ شاد کی مکھی اڑتے اڑتے پہنچتی ہے ایسی جگہ جہاں پھول کے درخت ہیں۔</w:t>
      </w:r>
    </w:p>
    <w:p>
      <w:r>
        <w:rPr>
          <w:b/>
        </w:rPr>
        <w:t xml:space="preserve">[11:54] </w:t>
      </w:r>
      <w:r>
        <w:t>yani wahan bohat si cheezein hoti hain, jaise pahaar hai, zameen hai, lakri hai, kanta hai, bohat si cheezein.</w:t>
      </w:r>
    </w:p>
    <w:p>
      <w:pPr>
        <w:jc w:val="right"/>
      </w:pPr>
      <w:r>
        <w:t>یعنی وہاں بہت سی چیزیں ہوتی ہیں، جیسے پہاڑ ہے، زمین ہے، لکڑی ہے، کانٹا ہے، بہت سی چیزیں۔</w:t>
      </w:r>
    </w:p>
    <w:p>
      <w:r>
        <w:rPr>
          <w:b/>
        </w:rPr>
        <w:t xml:space="preserve">[12:04] </w:t>
      </w:r>
      <w:r>
        <w:t>isi mein wo darakht bhi hota hai jis mein phool nikle hue hain, aur is phool ke andar nectar maujood hai. nectar.</w:t>
      </w:r>
    </w:p>
    <w:p>
      <w:pPr>
        <w:jc w:val="right"/>
      </w:pPr>
      <w:r>
        <w:t>اسی میں وہ درخت بھی ہوتا ہے جس میں پھول نکلے ہوئے ہیں، اور اس پھول کے اندر نیکٹر موجود ہے۔ نیکٹر۔</w:t>
      </w:r>
    </w:p>
    <w:p>
      <w:r>
        <w:rPr>
          <w:b/>
        </w:rPr>
        <w:t xml:space="preserve">[12:15] </w:t>
      </w:r>
      <w:r>
        <w:t>to honey bee kiya karti hai?</w:t>
      </w:r>
    </w:p>
    <w:p>
      <w:pPr>
        <w:jc w:val="right"/>
      </w:pPr>
      <w:r>
        <w:t>تو ہنی بی کیا کرتی ہے؟</w:t>
      </w:r>
    </w:p>
    <w:p>
      <w:r>
        <w:rPr>
          <w:b/>
        </w:rPr>
        <w:t xml:space="preserve">[12:22] </w:t>
      </w:r>
      <w:r>
        <w:t>bagh mein aik so aik cheez ho sakti hai, lekin wo kisi se koi matlab pakka nahi hota, na lakri se, na pathar se, na kante se.</w:t>
      </w:r>
    </w:p>
    <w:p>
      <w:pPr>
        <w:jc w:val="right"/>
      </w:pPr>
      <w:r>
        <w:t>باغ میں ایک سو ایک چیز ہو سکتی ہے، لیکن وہ کسی سے کوئی مطلب پکا نہیں ہوتا، نہ لکڑی سے، نہ پتھر سے، نہ کانٹے سے۔</w:t>
      </w:r>
    </w:p>
    <w:p>
      <w:r>
        <w:rPr>
          <w:b/>
        </w:rPr>
        <w:t xml:space="preserve">[12:33] </w:t>
      </w:r>
      <w:r>
        <w:t>wo phoolon ke darmiyan</w:t>
      </w:r>
    </w:p>
    <w:p>
      <w:pPr>
        <w:jc w:val="right"/>
      </w:pPr>
      <w:r>
        <w:t>وہ پھولوں کے درمیان</w:t>
      </w:r>
    </w:p>
    <w:p>
      <w:r>
        <w:rPr>
          <w:b/>
        </w:rPr>
        <w:t xml:space="preserve">[12:38] </w:t>
      </w:r>
      <w:r>
        <w:t>sirf aik cheez talash karti hai, aik cheez, wo nectar jo kisi phool ke andar hota hai.</w:t>
      </w:r>
    </w:p>
    <w:p>
      <w:pPr>
        <w:jc w:val="right"/>
      </w:pPr>
      <w:r>
        <w:t>صرف ایک چیز تلاش کرتی ہے، ایک چیز، وہ ڈیکٹر جو کسی پھول کے اندر ہوتا ہے۔</w:t>
      </w:r>
    </w:p>
    <w:p>
      <w:r>
        <w:rPr>
          <w:b/>
        </w:rPr>
        <w:t xml:space="preserve">[12:49] </w:t>
      </w:r>
      <w:r>
        <w:t>is phool ke paas jaye gi, wo</w:t>
      </w:r>
    </w:p>
    <w:p>
      <w:pPr>
        <w:jc w:val="right"/>
      </w:pPr>
      <w:r>
        <w:t>اس پھول کے پاس جائے گی، وہ</w:t>
      </w:r>
    </w:p>
    <w:p>
      <w:r>
        <w:rPr>
          <w:b/>
        </w:rPr>
        <w:t xml:space="preserve">[12:56] </w:t>
      </w:r>
      <w:r>
        <w:t>aur is phool se nectar le gi, wo phir ur jaye gi, ja ke us ko digest kare gi.</w:t>
      </w:r>
    </w:p>
    <w:p>
      <w:pPr>
        <w:jc w:val="right"/>
      </w:pPr>
      <w:r>
        <w:t>اور اس پھول سے نیکٹر لے گی، وہ پھر اڑ جائے گی، جا کے اس کو ڈائجسٹ کرے گی۔</w:t>
      </w:r>
    </w:p>
    <w:p>
      <w:r>
        <w:rPr>
          <w:b/>
        </w:rPr>
        <w:t xml:space="preserve">[13:09] </w:t>
      </w:r>
      <w:r>
        <w:t>to momin jo hai, ye ibn al-ghaib aise hota hai. isi ko kaha Quran mein "kon rabbani".</w:t>
      </w:r>
    </w:p>
    <w:p>
      <w:pPr>
        <w:jc w:val="right"/>
      </w:pPr>
      <w:r>
        <w:t>تو مومن جو ہے، یہ ابن الغیب ایسے ہوتا ہے۔ اسی کو کہا قرآن میں "کون ربانی"۔</w:t>
      </w:r>
    </w:p>
    <w:p>
      <w:r>
        <w:rPr>
          <w:b/>
        </w:rPr>
        <w:t xml:space="preserve">[13:21] </w:t>
      </w:r>
      <w:r>
        <w:t>rabbani bano, aur surah nahel mein bee ki honey bee ki misaal di gayi hai. haan, ke honey bee jaise bano.</w:t>
      </w:r>
    </w:p>
    <w:p>
      <w:pPr>
        <w:jc w:val="right"/>
      </w:pPr>
      <w:r>
        <w:t>ربانی بنو، اور سورہ نحل میں بی کی ہنی بی کی مثال دی گئی ہے۔ ہاں، کہ ہنی بی جیسے بنو۔</w:t>
      </w:r>
    </w:p>
    <w:p>
      <w:r>
        <w:rPr>
          <w:b/>
        </w:rPr>
        <w:t xml:space="preserve">[13:35] </w:t>
      </w:r>
      <w:r>
        <w:t>dunya mein honey bee jaise bano,</w:t>
      </w:r>
    </w:p>
    <w:p>
      <w:pPr>
        <w:jc w:val="right"/>
      </w:pPr>
      <w:r>
        <w:t>دنیا میں ہنی بی جیسے بنو،</w:t>
      </w:r>
    </w:p>
    <w:p>
      <w:r>
        <w:rPr>
          <w:b/>
        </w:rPr>
        <w:t xml:space="preserve">[13:40] </w:t>
      </w:r>
      <w:r>
        <w:t>yani nectar of marifat ko talash karo. nectar of marifat ko talash karo,</w:t>
      </w:r>
    </w:p>
    <w:p>
      <w:pPr>
        <w:jc w:val="right"/>
      </w:pPr>
      <w:r>
        <w:t>یعنی نیکٹر آف معرفت کو تلاش کرو۔ نیکٹر آف معرفت کو تلاش کرو،</w:t>
      </w:r>
    </w:p>
    <w:p>
      <w:r>
        <w:rPr>
          <w:b/>
        </w:rPr>
        <w:t xml:space="preserve">[13:54] </w:t>
      </w:r>
      <w:r>
        <w:t>aur is is is nectar ko paalne par jo khushi aap ko hoti hai, is khushi ko Allah rabb ul-alameen ke liye tohfa pesh kar do.</w:t>
      </w:r>
    </w:p>
    <w:p>
      <w:pPr>
        <w:jc w:val="right"/>
      </w:pPr>
      <w:r>
        <w:t>اور اس اس اس ڈیکٹر کو پالنے پر جو خوشی آپ کو ہوتی ہے، اس خوشی کو اللہ رب العالمین کے لیے تحفہ پیش کر دو۔</w:t>
      </w:r>
    </w:p>
    <w:p>
      <w:r>
        <w:rPr>
          <w:b/>
        </w:rPr>
        <w:t xml:space="preserve">[14:10] </w:t>
      </w:r>
      <w:r>
        <w:t>tohfa pesh kar do.</w:t>
      </w:r>
    </w:p>
    <w:p>
      <w:pPr>
        <w:jc w:val="right"/>
      </w:pPr>
      <w:r>
        <w:t>تحفہ پیش کر دو۔</w:t>
      </w:r>
    </w:p>
    <w:p>
      <w:r>
        <w:rPr>
          <w:b/>
        </w:rPr>
        <w:t xml:space="preserve">[14:15] </w:t>
      </w:r>
      <w:r>
        <w:t>to ye hai marifat, aur ye hai wo cheez jis ko aadmi jab</w:t>
      </w:r>
    </w:p>
    <w:p>
      <w:pPr>
        <w:jc w:val="right"/>
      </w:pPr>
      <w:r>
        <w:t>تو یہ ہے معرفت، اور یہ ہے وہ چیز جس کو آدمی جب</w:t>
      </w:r>
    </w:p>
    <w:p>
      <w:r>
        <w:rPr>
          <w:b/>
        </w:rPr>
        <w:t xml:space="preserve">[14:25] </w:t>
      </w:r>
      <w:r>
        <w:t>talash kar ke hasil kare ga, to wahi hai jannat ki qeemat, paradise ki qeemat.</w:t>
      </w:r>
    </w:p>
    <w:p>
      <w:pPr>
        <w:jc w:val="right"/>
      </w:pPr>
      <w:r>
        <w:t>تلاش کر کے حاصل کرے گا، تو وہی ہے جنت کی قیمت، پیراڈائز کی قیمت۔</w:t>
      </w:r>
    </w:p>
    <w:p>
      <w:r>
        <w:rPr>
          <w:b/>
        </w:rPr>
        <w:t xml:space="preserve">[14:36] </w:t>
      </w:r>
      <w:r>
        <w:t>dekhein, nectar of marifat ko paana koi saada baat nahi hai.</w:t>
      </w:r>
    </w:p>
    <w:p>
      <w:pPr>
        <w:jc w:val="right"/>
      </w:pPr>
      <w:r>
        <w:t>دیکھیں، نیکٹر آف معرفت کو پانا کوئی سادہ بات نہیں ہے۔</w:t>
      </w:r>
    </w:p>
    <w:p>
      <w:r>
        <w:rPr>
          <w:b/>
        </w:rPr>
        <w:t xml:space="preserve">[14:46] </w:t>
      </w:r>
      <w:r>
        <w:t>marifat kiya cheez hai? ab yun sochiye, aap</w:t>
      </w:r>
    </w:p>
    <w:p>
      <w:pPr>
        <w:jc w:val="right"/>
      </w:pPr>
      <w:r>
        <w:t>معرفت کیا چیز ہے؟ اب یوں سوچیے، آپ</w:t>
      </w:r>
    </w:p>
    <w:p>
      <w:r>
        <w:rPr>
          <w:b/>
        </w:rPr>
        <w:t xml:space="preserve">[14:51] </w:t>
      </w:r>
      <w:r>
        <w:t>marifat wo cheez hai jis ko aap ki poori hasti talash kar rahi hai, jaise chota bachcha is ki poori hasti maan ko talash kar rahi hai.</w:t>
      </w:r>
    </w:p>
    <w:p>
      <w:pPr>
        <w:jc w:val="right"/>
      </w:pPr>
      <w:r>
        <w:t>معرفت وہ چیز ہے جس کو آپ کی پوری ہستی تلاش کر رہی ہے، جیسے چھوٹا بچہ اس کی پوری ہستی ماں کو تلاش کر رہی ہے۔</w:t>
      </w:r>
    </w:p>
    <w:p>
      <w:r>
        <w:rPr>
          <w:b/>
        </w:rPr>
        <w:t xml:space="preserve">[15:06] </w:t>
      </w:r>
      <w:r>
        <w:t>chota bachcha jo hai, us ki poori hasti maan ko talash kar rahi hai. aise hi insaan ki poori hasti marifat ko talash kar rahi hai.</w:t>
      </w:r>
    </w:p>
    <w:p>
      <w:pPr>
        <w:jc w:val="right"/>
      </w:pPr>
      <w:r>
        <w:t>چھوٹا بچہ جو ہے، اس کی پوری ہستی ماں کو تلاش کر رہی ہے۔ ایسے ہی انسان کی پوری ہستی معرفت کو تلاش کر رہی ہے۔</w:t>
      </w:r>
    </w:p>
    <w:p>
      <w:r>
        <w:rPr>
          <w:b/>
        </w:rPr>
        <w:t xml:space="preserve">[15:23] </w:t>
      </w:r>
      <w:r>
        <w:t>insan ki poori hasti keh woh woh khuda kaun hai jis ne mujhe paida kiya? woh khuda kaun hai</w:t>
      </w:r>
    </w:p>
    <w:p>
      <w:pPr>
        <w:jc w:val="right"/>
      </w:pPr>
      <w:r>
        <w:t>انسان کی پوری ہستی کہ وہ وہ خدا کون ہے جس نے مجھے پیدا کیا؟ وہ خدا کون ہے</w:t>
      </w:r>
    </w:p>
    <w:p>
      <w:r>
        <w:rPr>
          <w:b/>
        </w:rPr>
        <w:t xml:space="preserve">[15:36] </w:t>
      </w:r>
      <w:r>
        <w:t>jis jis ne is dunya ko life support system bana diya?</w:t>
      </w:r>
    </w:p>
    <w:p>
      <w:pPr>
        <w:jc w:val="right"/>
      </w:pPr>
      <w:r>
        <w:t>جس جس نے اس دنیا کو لائف سپورٹ سسٹم بنا دیا؟</w:t>
      </w:r>
    </w:p>
    <w:p>
      <w:r>
        <w:rPr>
          <w:b/>
        </w:rPr>
        <w:t xml:space="preserve">[15:44] </w:t>
      </w:r>
      <w:r>
        <w:t>insan paida hota hai to us ko ek life support system mil jata hai. dunya mein har cheez, har cheez, har cheez pehle se tayyar tayyar hai.</w:t>
      </w:r>
    </w:p>
    <w:p>
      <w:pPr>
        <w:jc w:val="right"/>
      </w:pPr>
      <w:r>
        <w:t>انسان پیدا ہوتا ہے تو اس کو ایک لائف سپورٹ سسٹم مل جاتا ہے۔ دنیا میں ہر چیز، ہر چیز، ہر چیز پہلے سے تیار تیار ہے۔</w:t>
      </w:r>
    </w:p>
    <w:p>
      <w:r>
        <w:rPr>
          <w:b/>
        </w:rPr>
        <w:t xml:space="preserve">[15:57] </w:t>
      </w:r>
      <w:r>
        <w:t>life support system, custom made universe.</w:t>
      </w:r>
    </w:p>
    <w:p>
      <w:pPr>
        <w:jc w:val="right"/>
      </w:pPr>
      <w:r>
        <w:t>لائف سپورٹ سسٹم، کسٹم میڈ یونیورس۔</w:t>
      </w:r>
    </w:p>
    <w:p>
      <w:r>
        <w:rPr>
          <w:b/>
        </w:rPr>
        <w:t xml:space="preserve">[16:05] </w:t>
      </w:r>
      <w:r>
        <w:t>aaj mein soch raha tha keh is dunya mein kuch cheezein bohat bari bari hain, jaisay galaxy hai. galaxy hai,</w:t>
      </w:r>
    </w:p>
    <w:p>
      <w:pPr>
        <w:jc w:val="right"/>
      </w:pPr>
      <w:r>
        <w:t>آج میں سوچ رہا تھا کہ اس دنیا میں کچھ چیزیں بہت بڑی بڑی ہیں، جیسے گلیکسی ہے۔ گلیکسی ہے،</w:t>
      </w:r>
    </w:p>
    <w:p>
      <w:r>
        <w:rPr>
          <w:b/>
        </w:rPr>
        <w:t xml:space="preserve">[16:19] </w:t>
      </w:r>
      <w:r>
        <w:t>kuch cheezein bohat choti choti hain,</w:t>
      </w:r>
    </w:p>
    <w:p>
      <w:pPr>
        <w:jc w:val="right"/>
      </w:pPr>
      <w:r>
        <w:t>کچھ چیزیں بہت چھوٹی چھوٹی ہیں،</w:t>
      </w:r>
    </w:p>
    <w:p>
      <w:r>
        <w:rPr>
          <w:b/>
        </w:rPr>
        <w:t xml:space="preserve">[16:24] </w:t>
      </w:r>
      <w:r>
        <w:t>matlab atom ke zarat hain. to mein soch raha tha keh meri aankh se to atom zarat mein dekh nahin sakta,</w:t>
      </w:r>
    </w:p>
    <w:p>
      <w:pPr>
        <w:jc w:val="right"/>
      </w:pPr>
      <w:r>
        <w:t>مطلب ایٹم کے ذرات ہیں۔ تو میں سوچ رہا تھا کہ میری آنکھ سے تو ایٹم ذرات میں دیکھ نہیں سکتا،</w:t>
      </w:r>
    </w:p>
    <w:p>
      <w:r>
        <w:rPr>
          <w:b/>
        </w:rPr>
        <w:t xml:space="preserve">[16:38] </w:t>
      </w:r>
      <w:r>
        <w:t>apni aankh se mein galaxy ko dekh nahin sakta, kyunkeh woh itni bari hai keh mere focus mein nahin aati.</w:t>
      </w:r>
    </w:p>
    <w:p>
      <w:pPr>
        <w:jc w:val="right"/>
      </w:pPr>
      <w:r>
        <w:t>اپنی آنکھ سے میں گلیکسی کو دیکھ نہیں سکتا، کیونکہ وہ اتنی بڑی ہے کہ میرے فوکس میں نہیں آتی۔</w:t>
      </w:r>
    </w:p>
    <w:p>
      <w:r>
        <w:rPr>
          <w:b/>
        </w:rPr>
        <w:t xml:space="preserve">[16:47] </w:t>
      </w:r>
      <w:r>
        <w:t>to mujhe kya karna hoga? farz kijiye keh mein history mein ek insan hoon jo talash kar raha hai keh khuda, mein kaise dekhun galaxy ko?</w:t>
      </w:r>
    </w:p>
    <w:p>
      <w:pPr>
        <w:jc w:val="right"/>
      </w:pPr>
      <w:r>
        <w:t>تو مجھے کیا کرنا ہوگا؟ فرض کیجئے کہ میں ہسٹری میں ایک انسان ہوں جو تلاش کر رہا ہے کہ خدا، میں کیسے دیکھوں گلیکسی کو؟</w:t>
      </w:r>
    </w:p>
    <w:p>
      <w:r>
        <w:rPr>
          <w:b/>
        </w:rPr>
        <w:t xml:space="preserve">[16:59] </w:t>
      </w:r>
      <w:r>
        <w:t>khuda, mein kaise dekhun atom ke zarat ko?</w:t>
      </w:r>
    </w:p>
    <w:p>
      <w:pPr>
        <w:jc w:val="right"/>
      </w:pPr>
      <w:r>
        <w:t>خدا، میں کیسے دیکھوں ایٹم کے ذرات کو؟</w:t>
      </w:r>
    </w:p>
    <w:p>
      <w:r>
        <w:rPr>
          <w:b/>
        </w:rPr>
        <w:t xml:space="preserve">[17:08] </w:t>
      </w:r>
      <w:r>
        <w:t>to khuda ne</w:t>
      </w:r>
    </w:p>
    <w:p>
      <w:pPr>
        <w:jc w:val="right"/>
      </w:pPr>
      <w:r>
        <w:t>تو خدا نے</w:t>
      </w:r>
    </w:p>
    <w:p>
      <w:r>
        <w:rPr>
          <w:b/>
        </w:rPr>
        <w:t xml:space="preserve">[17:12] </w:t>
      </w:r>
      <w:r>
        <w:t>is ke liye aap ke paas kya kya?</w:t>
      </w:r>
    </w:p>
    <w:p>
      <w:pPr>
        <w:jc w:val="right"/>
      </w:pPr>
      <w:r>
        <w:t>اس کے لیے آپ کے پاس کیا کیا؟</w:t>
      </w:r>
    </w:p>
    <w:p>
      <w:r>
        <w:rPr>
          <w:b/>
        </w:rPr>
        <w:t xml:space="preserve">[17:18] </w:t>
      </w:r>
      <w:r>
        <w:t>keh durbin aur khurdbeen ke technology rakh di nature mein, yani telescope aur aur microscope ki technology.</w:t>
      </w:r>
    </w:p>
    <w:p>
      <w:pPr>
        <w:jc w:val="right"/>
      </w:pPr>
      <w:r>
        <w:t>کہ دوربین اور خردبین کے ٹیکنالوجی رکھ دی نیچر میں، یعنی ٹیلیسکوپ اور اور مائیکروسکوپ کی ٹیکنالوجی۔</w:t>
      </w:r>
    </w:p>
    <w:p>
      <w:r>
        <w:rPr>
          <w:b/>
        </w:rPr>
        <w:t xml:space="preserve">[17:34] </w:t>
      </w:r>
      <w:r>
        <w:t>aap jante hain keh insan ne</w:t>
      </w:r>
    </w:p>
    <w:p>
      <w:pPr>
        <w:jc w:val="right"/>
      </w:pPr>
      <w:r>
        <w:t>آپ جانتے ہیں کہ انسان نے</w:t>
      </w:r>
    </w:p>
    <w:p>
      <w:r>
        <w:rPr>
          <w:b/>
        </w:rPr>
        <w:t xml:space="preserve">[17:40] </w:t>
      </w:r>
      <w:r>
        <w:t>is ki madad se in telescope, telescope kehte hain, yani</w:t>
      </w:r>
    </w:p>
    <w:p>
      <w:pPr>
        <w:jc w:val="right"/>
      </w:pPr>
      <w:r>
        <w:t>اس کی مدد سے ان ٹیلیسکوپ، ٹیلیسکوپ کہتے ہیں، یعنی</w:t>
      </w:r>
    </w:p>
    <w:p>
      <w:r>
        <w:rPr>
          <w:b/>
        </w:rPr>
        <w:t xml:space="preserve">[17:50] </w:t>
      </w:r>
      <w:r>
        <w:t>alam asghar, aur woh jo ayat, woh jo quran mein hai: "la aazam rabbak min misqal zarratin fil ardi wa la fis samai wa la asghar min dhalika wa la akbar".</w:t>
      </w:r>
    </w:p>
    <w:p>
      <w:pPr>
        <w:jc w:val="right"/>
      </w:pPr>
      <w:r>
        <w:t>عالم اصغر، اور وہ جو آیت، وہ جو قرآن میں ہے: "لا اعظم ربک من مثقال ذرۃ فی الارض ولا فی السماء ولا اصغر من ذالک ولا اکبر"۔</w:t>
      </w:r>
    </w:p>
    <w:p>
      <w:r>
        <w:rPr>
          <w:b/>
        </w:rPr>
        <w:t xml:space="preserve">[18:03] </w:t>
      </w:r>
      <w:r>
        <w:t>is ayat ko parhiye aap to aap ko lagega keh woh is mein is cheez ka reference diya gaya hai jis ko hum kehte hain micro world aur micro world.</w:t>
      </w:r>
    </w:p>
    <w:p>
      <w:pPr>
        <w:jc w:val="right"/>
      </w:pPr>
      <w:r>
        <w:t>اس آیت کو پڑھیے آپ تو آپ کو لگے گا کہ وہ اس میں اس چیز کا ریفرنس دیا گیا ہے جس کو ہم کہتے ہیں مائیکرو ورلڈ اور مائیکرو ورلڈ۔</w:t>
      </w:r>
    </w:p>
    <w:p>
      <w:r>
        <w:rPr>
          <w:b/>
        </w:rPr>
        <w:t xml:space="preserve">[18:20] </w:t>
      </w:r>
      <w:r>
        <w:t>micro world aur micro world, alam asghar aur alam akbar. to Allah rabbul alameen ko pata tha keh mein apni in aankhon se na micro world ko dekh sakta,</w:t>
      </w:r>
    </w:p>
    <w:p>
      <w:pPr>
        <w:jc w:val="right"/>
      </w:pPr>
      <w:r>
        <w:t>مائیکرو ورلڈ اور مائیکرو ورلڈ، عالم اصغر اور عالم اکبر۔ تو اللہ رب العالمین کو پتہ تھا کہ میں اپنی ان آنکھوں سے نہ مائیکرو ورلڈ کو دیکھ سکتا،</w:t>
      </w:r>
    </w:p>
    <w:p>
      <w:r>
        <w:rPr>
          <w:b/>
        </w:rPr>
        <w:t xml:space="preserve">[18:37] </w:t>
      </w:r>
      <w:r>
        <w:t>na micro world ko dekh sakta. to khuda ne, khuda ko reham aaya mere upar, aur us ne nature mein aise laws rakh diye keh insan is ko istemal kar ke</w:t>
      </w:r>
    </w:p>
    <w:p>
      <w:pPr>
        <w:jc w:val="right"/>
      </w:pPr>
      <w:r>
        <w:t>نہ مائیکرو ورلڈ کو دیکھ سکتا۔ تو خدا نے، خدا کو رحم آیا میرے اوپر، اور اس نے نیچر میں ایسے لاز رکھ دیے کہ انسان اس کو استعمال کر کے</w:t>
      </w:r>
    </w:p>
    <w:p>
      <w:r>
        <w:rPr>
          <w:b/>
        </w:rPr>
        <w:t xml:space="preserve">[18:58] </w:t>
      </w:r>
      <w:r>
        <w:t>micro micro scope aur micro aur telescope bana sake. to aap ghor kijiye keh agar aap aisa ho keh barson se aap talash kar rahe hon,</w:t>
      </w:r>
    </w:p>
    <w:p>
      <w:pPr>
        <w:jc w:val="right"/>
      </w:pPr>
      <w:r>
        <w:t>مائیک مائیکروسکوپ اور مائیک اور ٹیلیسکوپ بنا سکے۔ تو آپ غور کیجئے کہ اگر آپ ایسا ہو کہ برسوں سے آپ تلاش کر رہے ہوں،</w:t>
      </w:r>
    </w:p>
    <w:p>
      <w:r>
        <w:rPr>
          <w:b/>
        </w:rPr>
        <w:t xml:space="preserve">[19:15] </w:t>
      </w:r>
      <w:r>
        <w:t>aap ki umar so saal ho, aur talash kar rahe hon keh mein khuda, mein kaise dekhun galaxy ko?</w:t>
      </w:r>
    </w:p>
    <w:p>
      <w:pPr>
        <w:jc w:val="right"/>
      </w:pPr>
      <w:r>
        <w:t>آپ کی عمر سو سال ہو، اور تلاش کر رہے ہوں کہ میں خدا، میں کیسے دیکھوں گلیکسی کو؟</w:t>
      </w:r>
    </w:p>
    <w:p>
      <w:r>
        <w:rPr>
          <w:b/>
        </w:rPr>
        <w:t xml:space="preserve">[19:23] </w:t>
      </w:r>
      <w:r>
        <w:t>mein kaise dekhun atom ke chote chote tiny part ko? kya karun mein?</w:t>
      </w:r>
    </w:p>
    <w:p>
      <w:pPr>
        <w:jc w:val="right"/>
      </w:pPr>
      <w:r>
        <w:t>میں کیسے دیکھوں ایٹم کے چھوٹے چھوٹے ٹائنی پارٹ کو؟ کیا کروں میں؟</w:t>
      </w:r>
    </w:p>
    <w:p>
      <w:r>
        <w:rPr>
          <w:b/>
        </w:rPr>
        <w:t xml:space="preserve">[19:31] </w:t>
      </w:r>
      <w:r>
        <w:t>aap door bhaag rahe hain, door idhar udhar talash kar rahe hain.</w:t>
      </w:r>
    </w:p>
    <w:p>
      <w:pPr>
        <w:jc w:val="right"/>
      </w:pPr>
      <w:r>
        <w:t>آپ دور بھاگ رہے ہیں، دور ادھر ادھر تلاش کر رہے ہیں۔</w:t>
      </w:r>
    </w:p>
    <w:p>
      <w:r>
        <w:rPr>
          <w:b/>
        </w:rPr>
        <w:t xml:space="preserve">[19:39] </w:t>
      </w:r>
      <w:r>
        <w:t>phir aap ko maloom ho jaye keh yahan woh technology maujood hai jisay mein jaan jaan sakun.</w:t>
      </w:r>
    </w:p>
    <w:p>
      <w:pPr>
        <w:jc w:val="right"/>
      </w:pPr>
      <w:r>
        <w:t>پھر آپ کو معلوم ہو جائے کہ یہاں وہ ٹیکنالوجی موجود ہے جسے میں جان جان سکوں۔</w:t>
      </w:r>
    </w:p>
    <w:p>
      <w:r>
        <w:rPr>
          <w:b/>
        </w:rPr>
        <w:t xml:space="preserve">[19:50] </w:t>
      </w:r>
      <w:r>
        <w:t>to aap jante hain keh Galileo ne sab se pehle is technology ko istemal kiya. aap ghor kijiye keh Galileo ko kitni khushi mili hogi.</w:t>
      </w:r>
    </w:p>
    <w:p>
      <w:pPr>
        <w:jc w:val="right"/>
      </w:pPr>
      <w:r>
        <w:t>تو آپ جانتے ہیں کہ گلیلیو نے سب سے پہلے اس ٹیکنالوجی کو استعمال کیا۔ آپ غور کیجئے کہ گلیلیو کو کتنی خوشی ملی ہوگی۔</w:t>
      </w:r>
    </w:p>
    <w:p>
      <w:r>
        <w:rPr>
          <w:b/>
        </w:rPr>
        <w:t xml:space="preserve">[20:02] </w:t>
      </w:r>
      <w:r>
        <w:t>galilio ko kitni khushi mili hogi. to wahi khushi har insan pe muqaddar hai.</w:t>
      </w:r>
    </w:p>
    <w:p>
      <w:pPr>
        <w:jc w:val="right"/>
      </w:pPr>
      <w:r>
        <w:t>گلیلیو کو کتنی خوشی ملی ہوگی۔ تو وہی خوشی ہر انسان پہ مقدر ہے۔</w:t>
      </w:r>
    </w:p>
    <w:p>
      <w:r>
        <w:rPr>
          <w:b/>
        </w:rPr>
        <w:t xml:space="preserve">[20:13] </w:t>
      </w:r>
      <w:r>
        <w:t>to jab aap paida hone ke baad seeker bante hain, seeker, aap ko apne creator ki talash hoti hai. wo kaun hai jis ne doodh paida kiya?</w:t>
      </w:r>
    </w:p>
    <w:p>
      <w:pPr>
        <w:jc w:val="right"/>
      </w:pPr>
      <w:r>
        <w:t>تو جب آپ پیدا ہونے کے بعد سیکھر بنتے ہیں، سیکھر، آپ کو اپنے کریٹر کی تلاش ہوتی ہے۔ وہ کون ہے جس نے دودھ پیدا کیا؟</w:t>
      </w:r>
    </w:p>
    <w:p>
      <w:r>
        <w:rPr>
          <w:b/>
        </w:rPr>
        <w:t xml:space="preserve">[20:25] </w:t>
      </w:r>
      <w:r>
        <w:t>wo kaun hai jis ne haryali paida ki? wo kaun hai jis ne soil banaya? wo kaun hai jis ne pani?</w:t>
      </w:r>
    </w:p>
    <w:p>
      <w:pPr>
        <w:jc w:val="right"/>
      </w:pPr>
      <w:r>
        <w:t>وہ کون ہے جس نے ہریالی پیدا کی؟ وہ کون ہے جس نے سوائل بنایا؟ وہ کون ہے جس نے پانی؟</w:t>
      </w:r>
    </w:p>
    <w:p>
      <w:r>
        <w:rPr>
          <w:b/>
        </w:rPr>
        <w:t xml:space="preserve">[20:35] </w:t>
      </w:r>
      <w:r>
        <w:t>yani is is qadar cheezen hain.</w:t>
      </w:r>
    </w:p>
    <w:p>
      <w:pPr>
        <w:jc w:val="right"/>
      </w:pPr>
      <w:r>
        <w:t>یعنی اس اس قدر چیزیں ہیں۔</w:t>
      </w:r>
    </w:p>
    <w:p>
      <w:r>
        <w:rPr>
          <w:b/>
        </w:rPr>
        <w:t xml:space="preserve">[20:41] </w:t>
      </w:r>
      <w:r>
        <w:t>aaj main soch raha tha aaj subah ke</w:t>
      </w:r>
    </w:p>
    <w:p>
      <w:pPr>
        <w:jc w:val="right"/>
      </w:pPr>
      <w:r>
        <w:t>آج میں سوچ رہا تھا آج صبح کہ</w:t>
      </w:r>
    </w:p>
    <w:p>
      <w:r>
        <w:rPr>
          <w:b/>
        </w:rPr>
        <w:t xml:space="preserve">[20:49] </w:t>
      </w:r>
      <w:r>
        <w:t>pehli bar jab maine samandar ko dekha to maine dekha tha samandar ko kerala ke sahil par.</w:t>
      </w:r>
    </w:p>
    <w:p>
      <w:pPr>
        <w:jc w:val="right"/>
      </w:pPr>
      <w:r>
        <w:t>پہلی بار جب میں نے سمندر کو دیکھا تو میں نے دیکھا تھا سمندر کو کیرلا کے ساحل پر۔</w:t>
      </w:r>
    </w:p>
    <w:p>
      <w:r>
        <w:rPr>
          <w:b/>
        </w:rPr>
        <w:t xml:space="preserve">[20:59] </w:t>
      </w:r>
      <w:r>
        <w:t>kerala ke coast par maine samandar ko pehli bar dekha tha.</w:t>
      </w:r>
    </w:p>
    <w:p>
      <w:pPr>
        <w:jc w:val="right"/>
      </w:pPr>
      <w:r>
        <w:t>کیرلا کے کوسٹ پر میں نے سمندر کو پہلی بار دیکھا تھا۔</w:t>
      </w:r>
    </w:p>
    <w:p>
      <w:r>
        <w:rPr>
          <w:b/>
        </w:rPr>
        <w:t xml:space="preserve">[21:08] </w:t>
      </w:r>
      <w:r>
        <w:t>to wahan main khada tha aur soch soch raha tha ke itna bara samandar,</w:t>
      </w:r>
    </w:p>
    <w:p>
      <w:pPr>
        <w:jc w:val="right"/>
      </w:pPr>
      <w:r>
        <w:t>تو وہاں میں کھڑا تھا اور سوچ سوچ رہا تھا کہ اتنا بڑا سمندر،</w:t>
      </w:r>
    </w:p>
    <w:p>
      <w:r>
        <w:rPr>
          <w:b/>
        </w:rPr>
        <w:t xml:space="preserve">[21:18] </w:t>
      </w:r>
      <w:r>
        <w:t>allah ne pani ka ek ek dhara baha diya aur samandar bhar gaya pani se. lekin ab sawal yeh tha ke agar is isi tarah se yeh pani rahega to wo pollution,</w:t>
      </w:r>
    </w:p>
    <w:p>
      <w:pPr>
        <w:jc w:val="right"/>
      </w:pPr>
      <w:r>
        <w:t>اللہ نے پانی کا ایک ایک دھارا بہا دیا اور سمندر بھر گیا پانی سے۔ لیکن اب سوال یہ تھا کہ اگر اس اسی طرح سے یہ پانی رہے گا تو وہ پولیوشن،</w:t>
      </w:r>
    </w:p>
    <w:p>
      <w:r>
        <w:rPr>
          <w:b/>
        </w:rPr>
        <w:t xml:space="preserve">[21:38] </w:t>
      </w:r>
      <w:r>
        <w:t>wo polluted ho jayega, kharab ho jayega. to kya kiya khuda ne is ke andar preservative rakha?</w:t>
      </w:r>
    </w:p>
    <w:p>
      <w:pPr>
        <w:jc w:val="right"/>
      </w:pPr>
      <w:r>
        <w:t>وہ پولیوٹڈ ہو جائے گا، خراب ہو جائے گا۔ تو کیا کیا خدا نے اس کے اندر پریزرویٹیو رکھا؟</w:t>
      </w:r>
    </w:p>
    <w:p>
      <w:r>
        <w:rPr>
          <w:b/>
        </w:rPr>
        <w:t xml:space="preserve">[21:53] </w:t>
      </w:r>
      <w:r>
        <w:t>preservative jo pani samandar mein hota hai, us mein kuch percent namak hota hai as a preservative.</w:t>
      </w:r>
    </w:p>
    <w:p>
      <w:pPr>
        <w:jc w:val="right"/>
      </w:pPr>
      <w:r>
        <w:t>پریزرویٹیو جو پانی سمندر میں ہوتا ہے، اس میں کچھ پرسنٹ نمک ہوتا ہے ایز اے پریزرویٹیو۔</w:t>
      </w:r>
    </w:p>
    <w:p>
      <w:r>
        <w:rPr>
          <w:b/>
        </w:rPr>
        <w:t xml:space="preserve">[22:09] </w:t>
      </w:r>
      <w:r>
        <w:t>phir dekhiye, agar samandaron mein pani bhare hue hon, sab mein namak hi namak ho to insan kya karega?</w:t>
      </w:r>
    </w:p>
    <w:p>
      <w:pPr>
        <w:jc w:val="right"/>
      </w:pPr>
      <w:r>
        <w:t>پھر دیکھیے، اگر سمندروں میں پانی بھرے ہوئے ہوں، سب میں نمک ہی نمک ہو تو انسان کیا کرے گا؟</w:t>
      </w:r>
    </w:p>
    <w:p>
      <w:r>
        <w:rPr>
          <w:b/>
        </w:rPr>
        <w:t xml:space="preserve">[22:18] </w:t>
      </w:r>
      <w:r>
        <w:t>tab bhi istemal nahi kar sakta insan. to hawaen chalti hain, suraj suraj garmi phailata hai, aur kya kya process chalta hai.</w:t>
      </w:r>
    </w:p>
    <w:p>
      <w:pPr>
        <w:jc w:val="right"/>
      </w:pPr>
      <w:r>
        <w:t>تب بھی استعمال نہیں کر سکتا انسان۔ تو ہوائیں چلتی ہیں، سورج سورج گرمی پھیلاتا ہے، اور کیا کیا پروسیس چلتا ہے۔</w:t>
      </w:r>
    </w:p>
    <w:p>
      <w:r>
        <w:rPr>
          <w:b/>
        </w:rPr>
        <w:t xml:space="preserve">[22:35] </w:t>
      </w:r>
      <w:r>
        <w:t>to yeh pani jo hai, bhap ban ke uthta hai. bhap kya hai? bhap jo hai, desalination hai,</w:t>
      </w:r>
    </w:p>
    <w:p>
      <w:pPr>
        <w:jc w:val="right"/>
      </w:pPr>
      <w:r>
        <w:t>تو یہ پانی جو ہے، بھاپ بن کے اٹھتا ہے۔ بھاپ کیا ہے؟ بھاپ جو ہے، ڈی سیلینیشن ہے،</w:t>
      </w:r>
    </w:p>
    <w:p>
      <w:r>
        <w:rPr>
          <w:b/>
        </w:rPr>
        <w:t xml:space="preserve">[22:49] </w:t>
      </w:r>
      <w:r>
        <w:t>process of desalination. to ek taraf allah rabb ul alameen ne pani paida kiya, samandaron mein pani bhar diya, phir use preservative dala,</w:t>
      </w:r>
    </w:p>
    <w:p>
      <w:pPr>
        <w:jc w:val="right"/>
      </w:pPr>
      <w:r>
        <w:t>پراسیس آف ڈی سیلینیشن۔ تو ایک طرف اللہ رب العالمین نے پانی پیدا کیا، سمندروں میں پانی بھر دیا، پھر اسے پریزرویٹیو ڈالا،</w:t>
      </w:r>
    </w:p>
    <w:p>
      <w:r>
        <w:rPr>
          <w:b/>
        </w:rPr>
        <w:t xml:space="preserve">[23:06] </w:t>
      </w:r>
      <w:r>
        <w:t>phir fresh pani aap ko supply karne ke liye barish ka intezam kiya. beshumar intezam, intezam, beshumar.</w:t>
      </w:r>
    </w:p>
    <w:p>
      <w:pPr>
        <w:jc w:val="right"/>
      </w:pPr>
      <w:r>
        <w:t>پھر فریش پانی آپ کو سپلائی کرنے کے لیے بارش کا انتظام کیا۔ بے شمار انتظام، انتظام، بے شمار۔</w:t>
      </w:r>
    </w:p>
    <w:p>
      <w:r>
        <w:rPr>
          <w:b/>
        </w:rPr>
        <w:t xml:space="preserve">[23:19] </w:t>
      </w:r>
      <w:r>
        <w:t>ab aap is ko daryaft karen, is ko discover karen to kitna zyada aap ko khushi hogi ke aap sajde mein gir padenge.</w:t>
      </w:r>
    </w:p>
    <w:p>
      <w:pPr>
        <w:jc w:val="right"/>
      </w:pPr>
      <w:r>
        <w:t>اب آپ اس کو دریافت کریں، اس کو ڈسکور کریں تو کتنا زیادہ آپ کو خوشی ہوگی کہ آپ سجدے میں گر پڑیں گے۔</w:t>
      </w:r>
    </w:p>
    <w:p>
      <w:r>
        <w:rPr>
          <w:b/>
        </w:rPr>
        <w:t xml:space="preserve">[23:35] </w:t>
      </w:r>
      <w:r>
        <w:t>ya allah, mere paas to yeh sajda sajda hai, sajde ke siwa to kuch hai nahi mere paas. to main apne sar te aa kar zameen pe rakhta hoon is acknowledge karne ke liye, is etraf ke liye ke tu mere upar itna zyada meherban hai.</w:t>
      </w:r>
    </w:p>
    <w:p>
      <w:pPr>
        <w:jc w:val="right"/>
      </w:pPr>
      <w:r>
        <w:t>یا اللہ، میرے پاس تو یہ سجدہ سجدہ ہے، سجدے کے سوا تو کچھ ہے نہیں میرے پاس۔ تو میں اپنے سر تے آ کر زمین پہ رکھتا ہوں اس اکنالج کرنے کے لیے، اس اعتراف کے لیے کہ تو میرے اوپر اتنا زیادہ مہربان ہے۔</w:t>
      </w:r>
    </w:p>
    <w:p>
      <w:r>
        <w:rPr>
          <w:b/>
        </w:rPr>
        <w:t xml:space="preserve">[23:57] </w:t>
      </w:r>
      <w:r>
        <w:t>yahi sab doctor hain marifat ke. to jab insan sochta hai, jab wo ek seeker ki zindagi ikhtiyar karta hai,</w:t>
      </w:r>
    </w:p>
    <w:p>
      <w:pPr>
        <w:jc w:val="right"/>
      </w:pPr>
      <w:r>
        <w:t>یہی سب ڈیکٹر ہیں معرفت کے۔ تو جب انسان سوچتا ہے، جب وہ ایک سیکھر کی زندگی اختیار کرتا ہے،</w:t>
      </w:r>
    </w:p>
    <w:p>
      <w:r>
        <w:rPr>
          <w:b/>
        </w:rPr>
        <w:t xml:space="preserve">[24:13] </w:t>
      </w:r>
      <w:r>
        <w:t>seeker ki zindagi, mutalashi ki zindagi, phir us ko shukr ke item daryaft hote hain, to yeh hota hai yani spiritual nourishment.</w:t>
      </w:r>
    </w:p>
    <w:p>
      <w:pPr>
        <w:jc w:val="right"/>
      </w:pPr>
      <w:r>
        <w:t>سیکھر کی زندگی، متلاشی کی زندگی، پھر اس کو شکر کے آئٹم دریافت ہوتے ہیں، تو یہ ہوتا ہے یعنی اسپیریچول نرشمنٹ۔</w:t>
      </w:r>
    </w:p>
    <w:p>
      <w:r>
        <w:rPr>
          <w:b/>
        </w:rPr>
        <w:t xml:space="preserve">[24:30] </w:t>
      </w:r>
      <w:r>
        <w:t>dekhen, hamari jo body hai, ek hai uska physical nourishment. soil se hum ne ghalla nikala, us ko roti aur chawal banaya, wo khaya.</w:t>
      </w:r>
    </w:p>
    <w:p>
      <w:pPr>
        <w:jc w:val="right"/>
      </w:pPr>
      <w:r>
        <w:t>دیکھیں، ہماری جو باڈی ہے، ایک ہے اس کا فزیکل نرشمنٹ۔ سوائل سے ہم نے غلہ نکالا، اس کو روٹی اور چاول بنایا، وہ کھایا۔</w:t>
      </w:r>
    </w:p>
    <w:p>
      <w:r>
        <w:rPr>
          <w:b/>
        </w:rPr>
        <w:t xml:space="preserve">[24:44] </w:t>
      </w:r>
      <w:r>
        <w:t>that is physical nourishment yani physical taghzia.</w:t>
      </w:r>
    </w:p>
    <w:p>
      <w:pPr>
        <w:jc w:val="right"/>
      </w:pPr>
      <w:r>
        <w:t>دیٹ از فزیکل نرشمنٹ یعنی فزیکل تغذیہ۔</w:t>
      </w:r>
    </w:p>
    <w:p>
      <w:r>
        <w:rPr>
          <w:b/>
        </w:rPr>
        <w:t xml:space="preserve">[24:53] </w:t>
      </w:r>
      <w:r>
        <w:t>isi ke sath humein ek aur cheez chahiye,</w:t>
      </w:r>
    </w:p>
    <w:p>
      <w:pPr>
        <w:jc w:val="right"/>
      </w:pPr>
      <w:r>
        <w:t>اسی کے ساتھ ہمیں ایک اور چیز چاہیے،</w:t>
      </w:r>
    </w:p>
    <w:p>
      <w:r>
        <w:rPr>
          <w:b/>
        </w:rPr>
        <w:t xml:space="preserve">[24:59] </w:t>
      </w:r>
      <w:r>
        <w:t>wo hai spiritual nourishment.</w:t>
      </w:r>
    </w:p>
    <w:p>
      <w:pPr>
        <w:jc w:val="right"/>
      </w:pPr>
      <w:r>
        <w:t>وہ ہے اسپیریچول نرشمنٹ۔</w:t>
      </w:r>
    </w:p>
    <w:p>
      <w:r>
        <w:rPr>
          <w:b/>
        </w:rPr>
        <w:t xml:space="preserve">[25:06] </w:t>
      </w:r>
      <w:r>
        <w:t>to physical nourishment to aap ko ho gayi khane wali cheezon se, aur spiritual nourishment jo hai, wo wahi hai jis ko maine kaha ke</w:t>
      </w:r>
    </w:p>
    <w:p>
      <w:pPr>
        <w:jc w:val="right"/>
      </w:pPr>
      <w:r>
        <w:t>تو فزیکل نرشمنٹ تو آپ کو ہو گئی کھانے والی چیزوں سے، اور اسپیریچول نرشمنٹ جو ہے، وہ وہی ہے جس کو میں نے کہا کہ</w:t>
      </w:r>
    </w:p>
    <w:p>
      <w:r>
        <w:rPr>
          <w:b/>
        </w:rPr>
        <w:t xml:space="preserve">[25:27] </w:t>
      </w:r>
      <w:r>
        <w:t>nectar, nectar phailay hue hain sari universe mein.</w:t>
      </w:r>
    </w:p>
    <w:p>
      <w:pPr>
        <w:jc w:val="right"/>
      </w:pPr>
      <w:r>
        <w:t>نیکٹر، نیکٹر پھیلے ہوئے ہیں ساری یونیورس میں۔</w:t>
      </w:r>
    </w:p>
    <w:p>
      <w:r>
        <w:rPr>
          <w:b/>
        </w:rPr>
        <w:t xml:space="preserve">[25:34] </w:t>
      </w:r>
      <w:r>
        <w:t>nectar of spirituality, nectar of marifat, nectar of realization. to aap</w:t>
      </w:r>
    </w:p>
    <w:p>
      <w:pPr>
        <w:jc w:val="right"/>
      </w:pPr>
      <w:r>
        <w:t>نیکٹر آف اسپیریچولیٹی، نیکٹر آف معرفت، نیکٹر آف ریلائزیشن۔ تو آپ</w:t>
      </w:r>
    </w:p>
    <w:p>
      <w:r>
        <w:rPr>
          <w:b/>
        </w:rPr>
        <w:t xml:space="preserve">[25:47] </w:t>
      </w:r>
      <w:r>
        <w:t>sari dunya se jahan bhi jayen, wahan nectar maujood hai. jaisay mein jab pehli bar America gaya aur wahan mein utra airport par aur bahar aaya to fresh air thi wahan, fresh air,</w:t>
      </w:r>
    </w:p>
    <w:p>
      <w:pPr>
        <w:jc w:val="right"/>
      </w:pPr>
      <w:r>
        <w:t>ساری دنیا سے جہاں بھی جائیں، وہاں نیکٹر موجود ہے۔ جیسے میں جب پہلی بار امریکہ گیا اور وہاں میں اترا ایئرپورٹ پر اور باہر آیا تو فریش ایئر تھی وہاں، فریش ایئر،</w:t>
      </w:r>
    </w:p>
    <w:p>
      <w:r>
        <w:rPr>
          <w:b/>
        </w:rPr>
        <w:t xml:space="preserve">[26:11] </w:t>
      </w:r>
      <w:r>
        <w:t>fresh oxygen. to achaanak mere bahar mein aaya ke dekho, mera rab kitna meherban hai. jab mein Delhi mein tha, tab bhi woh mujh ko</w:t>
      </w:r>
    </w:p>
    <w:p>
      <w:pPr>
        <w:jc w:val="right"/>
      </w:pPr>
      <w:r>
        <w:t>فریش اکسیجن۔ تو اچانک میرے باہر میں آیا کہ دیکھو، میرا رب کتنا مہربان ہے۔ جب میں دہلی میں تھا، تب بھی وہ مجھ کو</w:t>
      </w:r>
    </w:p>
    <w:p>
      <w:r>
        <w:rPr>
          <w:b/>
        </w:rPr>
        <w:t xml:space="preserve">[26:28] </w:t>
      </w:r>
      <w:r>
        <w:t>oxygen supply kar raha tha. aur jab mein Amrici ki soil par aaya hoon to yahan bhi mujhe</w:t>
      </w:r>
    </w:p>
    <w:p>
      <w:pPr>
        <w:jc w:val="right"/>
      </w:pPr>
      <w:r>
        <w:t>اکسیجن سپلائی کر رہا تھا۔ اور جب میں امریکی کی سوائل پر آیا ہوں تو یہاں بھی مجھے</w:t>
      </w:r>
    </w:p>
    <w:p>
      <w:r>
        <w:rPr>
          <w:b/>
        </w:rPr>
        <w:t xml:space="preserve">[26:43] </w:t>
      </w:r>
      <w:r>
        <w:t>oxygen soil supply ho raha hai. aur oxygen bananay ke liye Khuda ne aik bohat hi bari factory, photosynthesis qaim ki,</w:t>
      </w:r>
    </w:p>
    <w:p>
      <w:pPr>
        <w:jc w:val="right"/>
      </w:pPr>
      <w:r>
        <w:t>اکسیجن سوائل سپلائی ہو رہا ہے۔ اور اکسیجن بنانے کے لیے خدا نے ایک بہت ہی بڑی فیکٹری، فوٹو سنتھیسز قائم کی،</w:t>
      </w:r>
    </w:p>
    <w:p>
      <w:r>
        <w:rPr>
          <w:b/>
        </w:rPr>
        <w:t xml:space="preserve">[26:57] </w:t>
      </w:r>
      <w:r>
        <w:t>universal factory. universal factory to aik universal factory hai jis jis mein oxygen tayyar hota hai,</w:t>
      </w:r>
    </w:p>
    <w:p>
      <w:pPr>
        <w:jc w:val="right"/>
      </w:pPr>
      <w:r>
        <w:t>یونیورسل فیکٹری۔ یونیورسل فیکٹری تو ایک یونیورسل فیکٹری ہے جس جس میں اکسیجن تیار ہوتا ہے،</w:t>
      </w:r>
    </w:p>
    <w:p>
      <w:r>
        <w:rPr>
          <w:b/>
        </w:rPr>
        <w:t xml:space="preserve">[27:13] </w:t>
      </w:r>
      <w:r>
        <w:t>phir woh hawa ke zariye supply hota hai, phir hamare body mein jo system hai, woh us ko leta hai.</w:t>
      </w:r>
    </w:p>
    <w:p>
      <w:pPr>
        <w:jc w:val="right"/>
      </w:pPr>
      <w:r>
        <w:t>پھر وہ ہوا کے ذریعے سپلائی ہوتا ہے، پھر ہمارے باڈی میں جو سسٹم ہے، وہ اس کو لیتا ہے۔</w:t>
      </w:r>
    </w:p>
    <w:p>
      <w:r>
        <w:rPr>
          <w:b/>
        </w:rPr>
        <w:t xml:space="preserve">[27:28] </w:t>
      </w:r>
      <w:r>
        <w:t>to itna bara nizam, itna bara nizam, itna bara nizam. aur har jagah, sari dunya mein jab is nizam se aap marifat ke nectar letay rahen to wohi hai spiritual nourishment.</w:t>
      </w:r>
    </w:p>
    <w:p>
      <w:pPr>
        <w:jc w:val="right"/>
      </w:pPr>
      <w:r>
        <w:t>تو اتنا بڑا نظام، اتنا بڑا نظام، اتنا بڑا نظام۔ اور ہر جگہ، ساری دنیا میں جب اس نظام سے آپ معرفت کے نیکٹر لیتے رہیں تو وہی ہے اسپیریچول نرشمنٹ۔</w:t>
      </w:r>
    </w:p>
    <w:p>
      <w:r>
        <w:rPr>
          <w:b/>
        </w:rPr>
        <w:t xml:space="preserve">[27:50] </w:t>
      </w:r>
      <w:r>
        <w:t>jis tarah se aap food letay rahen to us se aap ko physical nourishment milta hai, health milti hai. aur jab aap</w:t>
      </w:r>
    </w:p>
    <w:p>
      <w:pPr>
        <w:jc w:val="right"/>
      </w:pPr>
      <w:r>
        <w:t>جس طرح سے آپ فوڈ لیتے رہتے ہیں تو اس سے آپ کو فزیکل نرشمنٹ ملتا ہے، ہیلتھ ملتی ہے۔ اور جب آپ</w:t>
      </w:r>
    </w:p>
    <w:p>
      <w:r>
        <w:rPr>
          <w:b/>
        </w:rPr>
        <w:t xml:space="preserve">[28:03] </w:t>
      </w:r>
      <w:r>
        <w:t>is dunya ke jo nizam hai, us mein jis tarah se shukr ke nectar phailay hue hain,</w:t>
      </w:r>
    </w:p>
    <w:p>
      <w:pPr>
        <w:jc w:val="right"/>
      </w:pPr>
      <w:r>
        <w:t>اس دنیا کے جو نظام ہے، اس میں جس طرح سے شکر کے نیکٹر پھیلے ہوئے ہیں،</w:t>
      </w:r>
    </w:p>
    <w:p>
      <w:r>
        <w:rPr>
          <w:b/>
        </w:rPr>
        <w:t xml:space="preserve">[28:15] </w:t>
      </w:r>
      <w:r>
        <w:t>marifat ke nectar phailay hue hain, us ko letay hue, letay hue aap din guzartay hain to har lamha aap ka spiritual nourishment hota rehta hai.</w:t>
      </w:r>
    </w:p>
    <w:p>
      <w:pPr>
        <w:jc w:val="right"/>
      </w:pPr>
      <w:r>
        <w:t>معرفت کے نیکٹر پھیلے ہوئے ہیں، اس کو لیتے ہوئے، لیتے ہوئے آپ دن گزارتے ہیں تو ہر لمحہ آپ کا اسپیریچول نرشمنٹ ہوتا رہتا ہے۔</w:t>
      </w:r>
    </w:p>
    <w:p>
      <w:r>
        <w:rPr>
          <w:b/>
        </w:rPr>
        <w:t xml:space="preserve">[28:30] </w:t>
      </w:r>
      <w:r>
        <w:t>yeh hai youman al-ghayb. is sari baaton ka yani kis taraf ishara kiya gaya hai is ayat mein?</w:t>
      </w:r>
    </w:p>
    <w:p>
      <w:pPr>
        <w:jc w:val="right"/>
      </w:pPr>
      <w:r>
        <w:t>یہ ہے یو من الغیب۔ اس ساری باتوں کا یعنی کس طرف اشارہ کیا گیا ہے اس آیت میں؟</w:t>
      </w:r>
    </w:p>
    <w:p>
      <w:r>
        <w:rPr>
          <w:b/>
        </w:rPr>
        <w:t xml:space="preserve">[28:45] </w:t>
      </w:r>
      <w:r>
        <w:t>youmino bil-ghayb. to is tarah se jab zindagi guzartay hain aap, eman bil-ghayb wali, rabbani insan wali to us ke baad jo insan banta hai, aap ke andar marifat wala insan, shukr karne wala insan,</w:t>
      </w:r>
    </w:p>
    <w:p>
      <w:pPr>
        <w:jc w:val="right"/>
      </w:pPr>
      <w:r>
        <w:t>یو بنو نے بالغیب۔ تو اس طرح سے جب زندگی گزارتے ہیں آپ، ایمان بالغیب والی، ربانی انسان والی تو اس کے بعد جو انسان بنتا ہے، آپ کے اندر معرفت والا انسان، شکر کرنے والا انسان،</w:t>
      </w:r>
    </w:p>
    <w:p>
      <w:r>
        <w:rPr>
          <w:b/>
        </w:rPr>
        <w:t xml:space="preserve">[29:08] </w:t>
      </w:r>
      <w:r>
        <w:t>Allah ki meherbanion ko acknowledge karne wala insan, is tarah zindagi guzartay guzartay aap barhtay hain, insan bante hain,</w:t>
      </w:r>
    </w:p>
    <w:p>
      <w:pPr>
        <w:jc w:val="right"/>
      </w:pPr>
      <w:r>
        <w:t>اللہ کی مہربانیوں کو اکنالج کرنے والا انسان، اس طرح زندگی گزارتے گزارتے آپ بڑھتے ہیں، انسان بنتے ہیں،</w:t>
      </w:r>
    </w:p>
    <w:p>
      <w:r>
        <w:rPr>
          <w:b/>
        </w:rPr>
        <w:t xml:space="preserve">[29:22] </w:t>
      </w:r>
      <w:r>
        <w:t>marifat wala insan, shukr wala insan, acknowledge karne wala insan. to wohi woh insan hai jo paradise mein entry paye ga.</w:t>
      </w:r>
    </w:p>
    <w:p>
      <w:pPr>
        <w:jc w:val="right"/>
      </w:pPr>
      <w:r>
        <w:t>معرفت والا انسان، شکر والا انسان، اکنالج کرنے والا انسان۔ تو وہی وہ انسان ہے جو پارادائز میں انٹری پائے گا۔</w:t>
      </w:r>
    </w:p>
    <w:p>
      <w:r>
        <w:rPr>
          <w:b/>
        </w:rPr>
        <w:t xml:space="preserve">[29:38] </w:t>
      </w:r>
      <w:r>
        <w:t>paradise ki entry koi koi khel kood nahi hai.</w:t>
      </w:r>
    </w:p>
    <w:p>
      <w:pPr>
        <w:jc w:val="right"/>
      </w:pPr>
      <w:r>
        <w:t>پارادائز کی انٹری کوئی کوئی کھیل کود نہیں ہے۔</w:t>
      </w:r>
    </w:p>
    <w:p>
      <w:r>
        <w:rPr>
          <w:b/>
        </w:rPr>
        <w:t xml:space="preserve">[29:47] </w:t>
      </w:r>
      <w:r>
        <w:t>woh insan jo dunya mein is tarah rahe ke woh marifat ke nectar ko leta rahe, us ke andar aik personality banay, shukr ki personality,</w:t>
      </w:r>
    </w:p>
    <w:p>
      <w:pPr>
        <w:jc w:val="right"/>
      </w:pPr>
      <w:r>
        <w:t>وہ انسان جو دنیا میں اس طرح رہے کہ وہ معرفت کے نیکٹر کو لیتا رہے، اس کے اندر ایک پرسنیلٹی بنے، شکر کی پرسنیلٹی،</w:t>
      </w:r>
    </w:p>
    <w:p>
      <w:r>
        <w:rPr>
          <w:b/>
        </w:rPr>
        <w:t xml:space="preserve">[30:03] </w:t>
      </w:r>
      <w:r>
        <w:t>marifat ki personality, Allah ko acknowledge karne wali personality. to is tarah se jo hasti banti hai, woh aik bohat hi zyada, bohat hi zyada creative insan hota hai,</w:t>
      </w:r>
    </w:p>
    <w:p>
      <w:pPr>
        <w:jc w:val="right"/>
      </w:pPr>
      <w:r>
        <w:t>معرفت کی پرسنیلٹی، اللہ کو اکنالج کرنے والی پرسنیلٹی۔ تو اس طرح سے جو ہستی بنتی ہے، وہ ایک بہت ہی زیادہ، بہت ہی زیادہ کریٹیو انسان ہوتا ہے،</w:t>
      </w:r>
    </w:p>
    <w:p>
      <w:r>
        <w:rPr>
          <w:b/>
        </w:rPr>
        <w:t xml:space="preserve">[30:23] </w:t>
      </w:r>
      <w:r>
        <w:t>bohat hi zyada creative insan. yahi creative insan hai jo paradise mein entry paye ga.</w:t>
      </w:r>
    </w:p>
    <w:p>
      <w:pPr>
        <w:jc w:val="right"/>
      </w:pPr>
      <w:r>
        <w:t>بہت ہی زیادہ کریٹیو انسان۔ یہی کریٹیو انسان ہے جو پارادائز میں انٹری پائے گا۔</w:t>
      </w:r>
    </w:p>
    <w:p>
      <w:r>
        <w:rPr>
          <w:b/>
        </w:rPr>
        <w:t xml:space="preserve">[30:37] </w:t>
      </w:r>
      <w:r>
        <w:t>paradise koi kora khane ki jagah nahi hai. paradise bohat hi zyada high class ke insanon ke basnay ki jagah hai.</w:t>
      </w:r>
    </w:p>
    <w:p>
      <w:pPr>
        <w:jc w:val="right"/>
      </w:pPr>
      <w:r>
        <w:t>پارادائز کوئی کورا خانے کی جگہ نہیں ہے۔ پارادائز بہت ہی زیادہ ہائی کلاس کے انسانوں کے بسنے کی جگہ ہے۔</w:t>
      </w:r>
    </w:p>
    <w:p>
      <w:r>
        <w:rPr>
          <w:b/>
        </w:rPr>
        <w:t xml:space="preserve">[30:50] </w:t>
      </w:r>
      <w:r>
        <w:t>awlay kamal, nabiyyin o siddiqin o shuhada o salihin, o husn awlay ka rafeeqa yani husn rifaqat walay insanon ka paros.</w:t>
      </w:r>
    </w:p>
    <w:p>
      <w:pPr>
        <w:jc w:val="right"/>
      </w:pPr>
      <w:r>
        <w:t>اولائے کمال، نبیین و صدیقین و شہدائے و صالحین، و حسن اولائے کا رفیقہ یعنی حسن رفاقت والے انسانوں کا پڑوس۔</w:t>
      </w:r>
    </w:p>
    <w:p>
      <w:r>
        <w:rPr>
          <w:b/>
        </w:rPr>
        <w:t xml:space="preserve">[31:06] </w:t>
      </w:r>
      <w:r>
        <w:t>o husn awlay ka rafeeqa ka matlab yeh hai husn rifaqat walay behtareen insanon ka paros.</w:t>
      </w:r>
    </w:p>
    <w:p>
      <w:pPr>
        <w:jc w:val="right"/>
      </w:pPr>
      <w:r>
        <w:t>و حسن اولائے کا رفیقہ کا مطلب یہ ہے حسن رفاقت والے بہترین انسانوں کا پڑوس۔</w:t>
      </w:r>
    </w:p>
    <w:p>
      <w:r>
        <w:rPr>
          <w:b/>
        </w:rPr>
        <w:t xml:space="preserve">[31:17] </w:t>
      </w:r>
      <w:r>
        <w:t>is ka naam hai paradise.</w:t>
      </w:r>
    </w:p>
    <w:p>
      <w:pPr>
        <w:jc w:val="right"/>
      </w:pPr>
      <w:r>
        <w:t>اس کا نام ہے پارادائز۔</w:t>
      </w:r>
    </w:p>
    <w:p>
      <w:r>
        <w:rPr>
          <w:b/>
        </w:rPr>
        <w:t xml:space="preserve">[31:25] </w:t>
      </w:r>
      <w:r>
        <w:t>to yeh hai Allah, Allah Rabb-ul-Alameen. yeh hai is ka creation. yeh hai paradise.</w:t>
      </w:r>
    </w:p>
    <w:p>
      <w:pPr>
        <w:jc w:val="right"/>
      </w:pPr>
      <w:r>
        <w:t>تو یہ ہے اللہ، اللہ رب العالمین۔ یہ ہے اس کا کریشن۔ یہ ہے پارادائز۔</w:t>
      </w:r>
    </w:p>
    <w:p>
      <w:r>
        <w:rPr>
          <w:b/>
        </w:rPr>
        <w:t xml:space="preserve">[31:34] </w:t>
      </w:r>
      <w:r>
        <w:t>yeh hai paradise mein entry.</w:t>
      </w:r>
    </w:p>
    <w:p>
      <w:pPr>
        <w:jc w:val="right"/>
      </w:pPr>
      <w:r>
        <w:t>یہ ہے پارادائز میں انٹری۔</w:t>
      </w:r>
    </w:p>
    <w:p>
      <w:r>
        <w:rPr>
          <w:b/>
        </w:rPr>
        <w:t xml:space="preserve">[31:40] </w:t>
      </w:r>
      <w:r>
        <w:t>to jannat koi kooda khana nahi hai. woh to bohat hi zyada, bohat hi zyada ideal jagah hai.</w:t>
      </w:r>
    </w:p>
    <w:p>
      <w:pPr>
        <w:jc w:val="right"/>
      </w:pPr>
      <w:r>
        <w:t>تو جنت کوئی کوڑا خانہ نہیں ہے۔ وہ تو بہت ہی زیادہ، بہت ہی زیادہ آئیڈیل جگہ ہے۔</w:t>
      </w:r>
    </w:p>
    <w:p>
      <w:r>
        <w:rPr>
          <w:b/>
        </w:rPr>
        <w:t xml:space="preserve">[31:52] </w:t>
      </w:r>
      <w:r>
        <w:t>bohat hi zyada ideal jagah hai.</w:t>
      </w:r>
    </w:p>
    <w:p>
      <w:pPr>
        <w:jc w:val="right"/>
      </w:pPr>
      <w:r>
        <w:t>بہت ہی زیادہ آئیڈیل جگہ ہے۔</w:t>
      </w:r>
    </w:p>
    <w:p>
      <w:r>
        <w:rPr>
          <w:b/>
        </w:rPr>
        <w:t xml:space="preserve">[32:02] </w:t>
      </w:r>
      <w:r>
        <w:t>kal maine apna ek qissa bataya tha ke pehli baar jab main gaya Rome, wahan ke airport par to yaani kisi airport ko dekhne ka woh mera pehla waqia tha.</w:t>
      </w:r>
    </w:p>
    <w:p>
      <w:pPr>
        <w:jc w:val="right"/>
      </w:pPr>
      <w:r>
        <w:t>کل میں نے اپنا ایک قصہ بتایا تھا کہ پہلی بار جب میں گیا روم، وہاں کے ایئرپورٹ پر تو یعنی کسی ایئرپورٹ کو دیکھنے کا وہ میرا پہلا واقعہ تھا۔</w:t>
      </w:r>
    </w:p>
    <w:p>
      <w:r>
        <w:rPr>
          <w:b/>
        </w:rPr>
        <w:t xml:space="preserve">[32:21] </w:t>
      </w:r>
      <w:r>
        <w:t>to Rome ke airport par jab main chala, utar kar ke yaani jahaz se utarne ke baad</w:t>
      </w:r>
    </w:p>
    <w:p>
      <w:pPr>
        <w:jc w:val="right"/>
      </w:pPr>
      <w:r>
        <w:t>تو روم کے ایئرپورٹ پر جب میں چلا، اتر کر کے یعنی جہاز سے اترنے کے بعد</w:t>
      </w:r>
    </w:p>
    <w:p>
      <w:r>
        <w:rPr>
          <w:b/>
        </w:rPr>
        <w:t xml:space="preserve">[32:34] </w:t>
      </w:r>
      <w:r>
        <w:t>to achaanak maine pehli baar dekha to bohat zyada mujhe ehsaas hua ke raaste khulte ja rahe hain.</w:t>
      </w:r>
    </w:p>
    <w:p>
      <w:pPr>
        <w:jc w:val="right"/>
      </w:pPr>
      <w:r>
        <w:t>تو اچانک میں نے پہلی بار دیکھا تو بہت زیادہ مجھے احساس ہوا کہ راستے کھلتے جا رہے ہیں۔</w:t>
      </w:r>
    </w:p>
    <w:p>
      <w:r>
        <w:rPr>
          <w:b/>
        </w:rPr>
        <w:t xml:space="preserve">[32:44] </w:t>
      </w:r>
      <w:r>
        <w:t>main jab pahunchta hoon to door khul jata hai. ek ke baad ek, ek ke baad ek. main pahunchte hi door khul jata hai.</w:t>
      </w:r>
    </w:p>
    <w:p>
      <w:pPr>
        <w:jc w:val="right"/>
      </w:pPr>
      <w:r>
        <w:t>میں جب پہنچتا ہوں تو ڈور کھل جاتا ہے۔ ایک کے بعد ایک، ایک کے بعد ایک۔ میں پہنچتے ہی ڈور کھل جاتا ہے۔</w:t>
      </w:r>
    </w:p>
    <w:p>
      <w:r>
        <w:rPr>
          <w:b/>
        </w:rPr>
        <w:t xml:space="preserve">[32:57] </w:t>
      </w:r>
      <w:r>
        <w:t>goya door jo tha woh pehle se tayyar tha mujhe, mujhe welcome karne ke liye.</w:t>
      </w:r>
    </w:p>
    <w:p>
      <w:pPr>
        <w:jc w:val="right"/>
      </w:pPr>
      <w:r>
        <w:t>گویا ڈور جو تھا وہ پہلے ہی سے تیار تھا مجھے، مجھے ویلکم کرنے کے لیے۔</w:t>
      </w:r>
    </w:p>
    <w:p>
      <w:r>
        <w:rPr>
          <w:b/>
        </w:rPr>
        <w:t xml:space="preserve">[33:10] </w:t>
      </w:r>
      <w:r>
        <w:t>woh jo</w:t>
      </w:r>
    </w:p>
    <w:p>
      <w:pPr>
        <w:jc w:val="right"/>
      </w:pPr>
      <w:r>
        <w:t>وہ جو</w:t>
      </w:r>
    </w:p>
    <w:p>
      <w:r>
        <w:rPr>
          <w:b/>
        </w:rPr>
        <w:t xml:space="preserve">[33:14] </w:t>
      </w:r>
      <w:r>
        <w:t>automatic door jo tha wahan woh pehle se tayyar tha mujhe welcome karne ke liye. to mujhe is, mujhe apna haath nahi lagana tha, mujhe is ko knock nahi karna tha,</w:t>
      </w:r>
    </w:p>
    <w:p>
      <w:pPr>
        <w:jc w:val="right"/>
      </w:pPr>
      <w:r>
        <w:t>آٹومیٹک ڈور جو تھا وہاں وہ پہلے ہی سے تیار تھا مجھے ویلکم کرنے کے لیے۔ تو مجھے اس، مجھے اپنا ہاتھ نہیں لگانا تھا، مجھے اس کو ناک نہیں کرنا تھا،</w:t>
      </w:r>
    </w:p>
    <w:p>
      <w:r>
        <w:rPr>
          <w:b/>
        </w:rPr>
        <w:t xml:space="preserve">[33:31] </w:t>
      </w:r>
      <w:r>
        <w:t>knock nahi karna tha. woh bas main qareeb pahuncha ke khul gaya.</w:t>
      </w:r>
    </w:p>
    <w:p>
      <w:pPr>
        <w:jc w:val="right"/>
      </w:pPr>
      <w:r>
        <w:t>ناک نہیں کرنا تھا۔ وہ بس میں قریب پہنچا کے کھل گیا۔</w:t>
      </w:r>
    </w:p>
    <w:p>
      <w:r>
        <w:rPr>
          <w:b/>
        </w:rPr>
        <w:t xml:space="preserve">[33:40] </w:t>
      </w:r>
      <w:r>
        <w:t>to sajda waqt qareeb,</w:t>
      </w:r>
    </w:p>
    <w:p>
      <w:pPr>
        <w:jc w:val="right"/>
      </w:pPr>
      <w:r>
        <w:t>تو وسجد وقت قریب،</w:t>
      </w:r>
    </w:p>
    <w:p>
      <w:r>
        <w:rPr>
          <w:b/>
        </w:rPr>
        <w:t xml:space="preserve">[33:43] </w:t>
      </w:r>
      <w:r>
        <w:t>sajda karo aur qareeb ho jao.</w:t>
      </w:r>
    </w:p>
    <w:p>
      <w:pPr>
        <w:jc w:val="right"/>
      </w:pPr>
      <w:r>
        <w:t>وسجد وقت قریب، سجدہ کرو اور قریب ہو جاؤ۔</w:t>
      </w:r>
    </w:p>
    <w:p>
      <w:r>
        <w:rPr>
          <w:b/>
        </w:rPr>
        <w:t xml:space="preserve">[33:48] </w:t>
      </w:r>
      <w:r>
        <w:t>to yeh aap gaur kijiye ke Allah rab ul alameen ki nazar mein yeh insaan</w:t>
      </w:r>
    </w:p>
    <w:p>
      <w:pPr>
        <w:jc w:val="right"/>
      </w:pPr>
      <w:r>
        <w:t>تو یہ آپ غور کیجئے کہ اللہ رب العالمین کی نظر میں یہ انسان</w:t>
      </w:r>
    </w:p>
    <w:p>
      <w:r>
        <w:rPr>
          <w:b/>
        </w:rPr>
        <w:t xml:space="preserve">[33:56] </w:t>
      </w:r>
      <w:r>
        <w:t>kitna zyada qeemti hai ke sari kainat ko, usne sari universe ko, usne custom made universe</w:t>
      </w:r>
    </w:p>
    <w:p>
      <w:pPr>
        <w:jc w:val="right"/>
      </w:pPr>
      <w:r>
        <w:t>کتنا زیادہ قیمتی ہے کہ ساری کائنات کو، اس نے ساری یونیورس کو، اس نے کسٹم میڈ یونیورس</w:t>
      </w:r>
    </w:p>
    <w:p>
      <w:r>
        <w:rPr>
          <w:b/>
        </w:rPr>
        <w:t xml:space="preserve">[34:04] </w:t>
      </w:r>
      <w:r>
        <w:t>bana diya.</w:t>
      </w:r>
    </w:p>
    <w:p>
      <w:pPr>
        <w:jc w:val="right"/>
      </w:pPr>
      <w:r>
        <w:t>بنا دیا۔</w:t>
      </w:r>
    </w:p>
    <w:p>
      <w:r>
        <w:rPr>
          <w:b/>
        </w:rPr>
        <w:t xml:space="preserve">[34:10] </w:t>
      </w:r>
      <w:r>
        <w:t>puri universe ko us ne custom made universe bana diya.</w:t>
      </w:r>
    </w:p>
    <w:p>
      <w:pPr>
        <w:jc w:val="right"/>
      </w:pPr>
      <w:r>
        <w:t>پوری یونیورس کو اس نے کسٹم میڈ یونیورس بنا دیا۔</w:t>
      </w:r>
    </w:p>
    <w:p>
      <w:r>
        <w:rPr>
          <w:b/>
        </w:rPr>
        <w:t xml:space="preserve">[34:17] </w:t>
      </w:r>
      <w:r>
        <w:t>custom made ki beshumar misalein hain. misalon ke taur par dekhiye,</w:t>
      </w:r>
    </w:p>
    <w:p>
      <w:pPr>
        <w:jc w:val="right"/>
      </w:pPr>
      <w:r>
        <w:t>کسٹم میڈ کی بے شمار مثالیں ہیں۔ مثالوں کے طور پر دیکھیے،</w:t>
      </w:r>
    </w:p>
    <w:p>
      <w:r>
        <w:rPr>
          <w:b/>
        </w:rPr>
        <w:t xml:space="preserve">[34:27] </w:t>
      </w:r>
      <w:r>
        <w:t>yeh jo suraj hai,</w:t>
      </w:r>
    </w:p>
    <w:p>
      <w:pPr>
        <w:jc w:val="right"/>
      </w:pPr>
      <w:r>
        <w:t>یہ جو سورج ہے،</w:t>
      </w:r>
    </w:p>
    <w:p>
      <w:r>
        <w:rPr>
          <w:b/>
        </w:rPr>
        <w:t xml:space="preserve">[34:31] </w:t>
      </w:r>
      <w:r>
        <w:t>hum se door woh space mein hai lekin us ki jo doori hai, itne hisab kitaab se hai, na zyada na kam,</w:t>
      </w:r>
    </w:p>
    <w:p>
      <w:pPr>
        <w:jc w:val="right"/>
      </w:pPr>
      <w:r>
        <w:t>ہم سے دور وہ اسپیس میں ہے لیکن اس کی جو دوری ہے، اتنے حساب کتاب سے ہے، نہ زیادہ نہ کم،</w:t>
      </w:r>
    </w:p>
    <w:p>
      <w:r>
        <w:rPr>
          <w:b/>
        </w:rPr>
        <w:t xml:space="preserve">[34:46] </w:t>
      </w:r>
      <w:r>
        <w:t>kaisi ajeeb o ghareeb baat hai.</w:t>
      </w:r>
    </w:p>
    <w:p>
      <w:pPr>
        <w:jc w:val="right"/>
      </w:pPr>
      <w:r>
        <w:t>کیسی عجیب و غریب بات ہے۔</w:t>
      </w:r>
    </w:p>
    <w:p>
      <w:r>
        <w:rPr>
          <w:b/>
        </w:rPr>
        <w:t xml:space="preserve">[34:50] </w:t>
      </w:r>
      <w:r>
        <w:t>waise to woh do crore tees lakh meel door hai lekin yeh doori jo hai, well calculated doori hai, yeh achaanak apne aap nahi ho gayi.</w:t>
      </w:r>
    </w:p>
    <w:p>
      <w:pPr>
        <w:jc w:val="right"/>
      </w:pPr>
      <w:r>
        <w:t>ویسے تو وہ دو کروڑ تیس لاکھ میل دور ہے لیکن یہ دوری جو ہے، ویل کیلکولیٹڈ دوری ہے، یہ اچانک اپنے آپ نہیں ہو گئی۔</w:t>
      </w:r>
    </w:p>
    <w:p>
      <w:r>
        <w:rPr>
          <w:b/>
        </w:rPr>
        <w:t xml:space="preserve">[35:06] </w:t>
      </w:r>
      <w:r>
        <w:t>well calculated doori ke na to mujh se zyada door, na mujh se bohat zyada qareeb. kyunke agar suraj mujh se bohat zyada qareeb ho jaye to main jal jaunga, itni garmi padegi aur door ho jaon, itni thandak padegi ke main barf ho jaunga.</w:t>
      </w:r>
    </w:p>
    <w:p>
      <w:pPr>
        <w:jc w:val="right"/>
      </w:pPr>
      <w:r>
        <w:t>ویل کیلکولیٹڈ دوری کہ نہ تو مجھ سے زیادہ دور، نہ مجھ سے بہت زیادہ قریب۔ کیونکہ اگر سورج مجھ سے بہت زیادہ قریب ہو جائے تو میں جل جاؤں گا، اتنی گرمی پڑے گی اور دور ہو جاؤں، اتنی ٹھنڈک پڑے گی کہ میں برف ہو جاؤں گا۔</w:t>
      </w:r>
    </w:p>
    <w:p>
      <w:r>
        <w:rPr>
          <w:b/>
        </w:rPr>
        <w:t xml:space="preserve">[35:30] </w:t>
      </w:r>
      <w:r>
        <w:t>to itne well calculated distance par suraj hai ke subah sawere jab uthte hain aap, aap sochein suraj ko dekh kar ke ke kis ne itna bara calculation kiya.</w:t>
      </w:r>
    </w:p>
    <w:p>
      <w:pPr>
        <w:jc w:val="right"/>
      </w:pPr>
      <w:r>
        <w:t>تو اتنے ویل کیلکولیٹڈ ڈسٹنس پر سورج ہے کہ صبح سویرے جب اٹھتے ہیں آپ، آپ سوچیں سورج کو دیکھ کر کے کہ کس نے اتنا بڑا کیلکولیشن کیا۔</w:t>
      </w:r>
    </w:p>
    <w:p>
      <w:r>
        <w:rPr>
          <w:b/>
        </w:rPr>
        <w:t xml:space="preserve">[35:50] </w:t>
      </w:r>
      <w:r>
        <w:t>to aap ka pehla din, din mah aayega ke main sajde mein gir padun, gir padun shukr ka sajda.</w:t>
      </w:r>
    </w:p>
    <w:p>
      <w:pPr>
        <w:jc w:val="right"/>
      </w:pPr>
      <w:r>
        <w:t>تو آپ کا پہلا دن، دن ماہ آئے گا کہ میں سجدے میں گر پڑوں، گر پڑوں شکر کا سجدہ۔</w:t>
      </w:r>
    </w:p>
    <w:p>
      <w:r>
        <w:rPr>
          <w:b/>
        </w:rPr>
        <w:t xml:space="preserve">[36:05] </w:t>
      </w:r>
      <w:r>
        <w:t>to isi tarah ki zindagi guzarte hue jab aadmi duniya mein rehta hai to apne aap ko jannat ke liye tayyar kar raha hai.</w:t>
      </w:r>
    </w:p>
    <w:p>
      <w:pPr>
        <w:jc w:val="right"/>
      </w:pPr>
      <w:r>
        <w:t>تو اسی طرح کی زندگی گزارتے ہوئے جب آدمی دنیا میں رہتا ہے تو اپنے آپ کو جنت کے لیے تیار کر رہا ہے۔</w:t>
      </w:r>
    </w:p>
    <w:p>
      <w:r>
        <w:rPr>
          <w:b/>
        </w:rPr>
        <w:t xml:space="preserve">[36:22] </w:t>
      </w:r>
      <w:r>
        <w:t>yeh hi tayyari hai jannat ki, yeh hi sab jannat ki tayyari hai. aur jab is tarah tayyar kar raha hai woh tab us ke andar woh personality banti hai,</w:t>
      </w:r>
    </w:p>
    <w:p>
      <w:pPr>
        <w:jc w:val="right"/>
      </w:pPr>
      <w:r>
        <w:t>یہی تیاری ہے جنت کی، یہی سب جنت کی تیاری ہے۔ اور جب اس طرح تیار کر رہا ہے وہ تب اس کے اندر وہ پرسنیلٹی بنتی ہے،</w:t>
      </w:r>
    </w:p>
    <w:p>
      <w:r>
        <w:rPr>
          <w:b/>
        </w:rPr>
        <w:t xml:space="preserve">[36:36] </w:t>
      </w:r>
      <w:r>
        <w:t>woh muttaqi shakhsiyat, zalika jaza muntaqa ke jab woh pahunche wahan par jannat ke qareeb to apne aap hi darwaza, door sab khulta chala jaye.</w:t>
      </w:r>
    </w:p>
    <w:p>
      <w:pPr>
        <w:jc w:val="right"/>
      </w:pPr>
      <w:r>
        <w:t>وہ مدقہ شخصیت، ذالک جزا منتقہ کہ جب وہ پہنچے وہاں پر جنت کے قریب تو اپنے آپ ہی دروازہ، ڈور سب کھلتا چلا جائے۔</w:t>
      </w:r>
    </w:p>
    <w:p>
      <w:r>
        <w:rPr>
          <w:b/>
        </w:rPr>
        <w:t xml:space="preserve">[36:56] </w:t>
      </w:r>
      <w:r>
        <w:t>welcome, welcome, welcome.</w:t>
      </w:r>
    </w:p>
    <w:p>
      <w:pPr>
        <w:jc w:val="right"/>
      </w:pPr>
      <w:r>
        <w:t>ویلکم، ویلکم، ویلکم۔</w:t>
      </w:r>
    </w:p>
    <w:p>
      <w:r>
        <w:rPr>
          <w:b/>
        </w:rPr>
        <w:t xml:space="preserve">[37:03] </w:t>
      </w:r>
      <w:r>
        <w:t>yeh sari baat ghor karne se milti hai inhi ayaton ko. yu bano bilghayb, zalik jaza munteqa, kon rabaniyin.</w:t>
      </w:r>
    </w:p>
    <w:p>
      <w:pPr>
        <w:jc w:val="right"/>
      </w:pPr>
      <w:r>
        <w:t>یہ ساری بات غور کرنے سے ملتی ہے انہی آیتوں کو۔ یو بنو بالغیب، ذالک جزا منتقہ، کون ربانین۔</w:t>
      </w:r>
    </w:p>
    <w:p>
      <w:r>
        <w:rPr>
          <w:b/>
        </w:rPr>
        <w:t xml:space="preserve">[37:15] </w:t>
      </w:r>
      <w:r>
        <w:t>yeh sab jo ayaten hain quran mein hain,</w:t>
      </w:r>
    </w:p>
    <w:p>
      <w:pPr>
        <w:jc w:val="right"/>
      </w:pPr>
      <w:r>
        <w:t>یہ سب جو آیتیں ہیں قرآن میں ہیں،</w:t>
      </w:r>
    </w:p>
    <w:p>
      <w:r>
        <w:rPr>
          <w:b/>
        </w:rPr>
        <w:t xml:space="preserve">[37:20] </w:t>
      </w:r>
      <w:r>
        <w:t>yeh sirf zaban se dohrane ke nahi hain. har ayat mein haqeeqat ka ek samandar hai.</w:t>
      </w:r>
    </w:p>
    <w:p>
      <w:pPr>
        <w:jc w:val="right"/>
      </w:pPr>
      <w:r>
        <w:t>یہ صرف زبان سے دہرانے کے نہیں ہیں۔ ہر آیت میں حقیقت کا ایک سمندر ہے۔</w:t>
      </w:r>
    </w:p>
    <w:p>
      <w:r>
        <w:rPr>
          <w:b/>
        </w:rPr>
        <w:t xml:space="preserve">[37:31] </w:t>
      </w:r>
      <w:r>
        <w:t>kon rabaniyin?</w:t>
      </w:r>
    </w:p>
    <w:p>
      <w:pPr>
        <w:jc w:val="right"/>
      </w:pPr>
      <w:r>
        <w:t>کون ربانین؟</w:t>
      </w:r>
    </w:p>
    <w:p>
      <w:r>
        <w:rPr>
          <w:b/>
        </w:rPr>
        <w:t xml:space="preserve">[37:35] </w:t>
      </w:r>
      <w:r>
        <w:t>yu bano bilghayb.</w:t>
      </w:r>
    </w:p>
    <w:p>
      <w:pPr>
        <w:jc w:val="right"/>
      </w:pPr>
      <w:r>
        <w:t>یو بنو بالغیب۔</w:t>
      </w:r>
    </w:p>
    <w:p>
      <w:r>
        <w:rPr>
          <w:b/>
        </w:rPr>
        <w:t xml:space="preserve">[37:44] </w:t>
      </w:r>
      <w:r>
        <w:t>is tarah ki bohat sari jo ayaten hain,</w:t>
      </w:r>
    </w:p>
    <w:p>
      <w:pPr>
        <w:jc w:val="right"/>
      </w:pPr>
      <w:r>
        <w:t>اس طرح کی بہت ساری جو آیتیں ہیں،</w:t>
      </w:r>
    </w:p>
    <w:p>
      <w:r>
        <w:rPr>
          <w:b/>
        </w:rPr>
        <w:t xml:space="preserve">[37:52] </w:t>
      </w:r>
      <w:r>
        <w:t>isi mein jab jeete hain aap, isi mein aap ko jab relation hota hai, isi mein aap ko jab discovery hoti hai to aap ki shakhsiyat mein, aap ki personality mein ek development hota hai.</w:t>
      </w:r>
    </w:p>
    <w:p>
      <w:pPr>
        <w:jc w:val="right"/>
      </w:pPr>
      <w:r>
        <w:t>اسی میں جب جیتے ہیں آپ، اسی میں آپ کو جب ریلیشن ہوتا ہے، اسی میں آپ کو جب ڈسکوری ہوتی ہے تو آپ کی شخصیت میں، آپ کی پرسنیلٹی میں ایک ڈیویلپمنٹ ہوتا ہے۔</w:t>
      </w:r>
    </w:p>
    <w:p>
      <w:r>
        <w:rPr>
          <w:b/>
        </w:rPr>
        <w:t xml:space="preserve">[38:06] </w:t>
      </w:r>
      <w:r>
        <w:t>development, creative development.</w:t>
      </w:r>
    </w:p>
    <w:p>
      <w:pPr>
        <w:jc w:val="right"/>
      </w:pPr>
      <w:r>
        <w:t>ڈیویلپمنٹ، کریٹیو ڈیویلپمنٹ۔</w:t>
      </w:r>
    </w:p>
    <w:p>
      <w:r>
        <w:rPr>
          <w:b/>
        </w:rPr>
        <w:t xml:space="preserve">[38:14] </w:t>
      </w:r>
      <w:r>
        <w:t>aap ki body mein, ek aap ki shakhsiyat mein, aap ki personality mein ek creative development hota hai. yani ek ek anokhi personality banti hai,</w:t>
      </w:r>
    </w:p>
    <w:p>
      <w:pPr>
        <w:jc w:val="right"/>
      </w:pPr>
      <w:r>
        <w:t>آپ کی باڈی میں، ایک آپ کی شخصیت میں، آپ کی پرسنیلٹی میں ایک کریٹیو ڈیویلپمنٹ ہوتا ہے۔ یعنی ایک ایک انوکھی پرسنیلٹی بنتی ہے،</w:t>
      </w:r>
    </w:p>
    <w:p>
      <w:r>
        <w:rPr>
          <w:b/>
        </w:rPr>
        <w:t xml:space="preserve">[38:29] </w:t>
      </w:r>
      <w:r>
        <w:t>anokhi personality banti hai.</w:t>
      </w:r>
    </w:p>
    <w:p>
      <w:pPr>
        <w:jc w:val="right"/>
      </w:pPr>
      <w:r>
        <w:t>انوکھی پرسنیلٹی بنتی ہے۔</w:t>
      </w:r>
    </w:p>
    <w:p>
      <w:r>
        <w:rPr>
          <w:b/>
        </w:rPr>
        <w:t xml:space="preserve">[38:34] </w:t>
      </w:r>
      <w:r>
        <w:t>wohi personality jo hai, Allah rab ul alameen ka accept kiya jata hai</w:t>
      </w:r>
    </w:p>
    <w:p>
      <w:pPr>
        <w:jc w:val="right"/>
      </w:pPr>
      <w:r>
        <w:t>وہی پرسنیلٹی جو ہے، اللہ رب العالمین کا ایکسیپٹ کی جاتی ہے</w:t>
      </w:r>
    </w:p>
    <w:p>
      <w:r>
        <w:rPr>
          <w:b/>
        </w:rPr>
        <w:t xml:space="preserve">[38:43] </w:t>
      </w:r>
      <w:r>
        <w:t>aur farishte Allah ka report karte hain ke aye rab, woh insan ban gaya jis ke liye to ne paradise banai hai.</w:t>
      </w:r>
    </w:p>
    <w:p>
      <w:pPr>
        <w:jc w:val="right"/>
      </w:pPr>
      <w:r>
        <w:t>اور فرشتے اللہ کا رپورٹ کرتے ہیں کہ اے رب، وہ انسان بن گیا جس کے لیے تو نے پارادائز بنائی ہے۔</w:t>
      </w:r>
    </w:p>
    <w:p>
      <w:r>
        <w:rPr>
          <w:b/>
        </w:rPr>
        <w:t xml:space="preserve">[38:57] </w:t>
      </w:r>
      <w:r>
        <w:t>jab yeh sab process, ek insan jab is process se guzarta hai aur yeh nectar leta hai, shukr leta hai, marifat leta hai, apne aap ko rabbani insan banata hai to yeh ek process hai, process hai.</w:t>
      </w:r>
    </w:p>
    <w:p>
      <w:pPr>
        <w:jc w:val="right"/>
      </w:pPr>
      <w:r>
        <w:t>جب یہ سب پروسیس، ایک انسان جب اس پروسیس سے گزرتا ہے اور یہ نیکٹر لیتا ہے، شکر لیتا ہے، معرفت لیتا ہے، اپنے آپ کو ربانی انسان بناتا ہے تو یہ ایک پروسیس ہے، پروسیس ہے۔</w:t>
      </w:r>
    </w:p>
    <w:p>
      <w:r>
        <w:rPr>
          <w:b/>
        </w:rPr>
        <w:t xml:space="preserve">[39:18] </w:t>
      </w:r>
      <w:r>
        <w:t>jab ek insan is process se guzarte hue safar karta hai aur is ka record tayar kar raha hai, anjeel</w:t>
      </w:r>
    </w:p>
    <w:p>
      <w:pPr>
        <w:jc w:val="right"/>
      </w:pPr>
      <w:r>
        <w:t>جب ایک انسان اس پروسیس سے گزرتے ہوئے سفر کرتا ہے اور اس کا ریکارڈ تیار کر رہا ہے، انجیل</w:t>
      </w:r>
    </w:p>
    <w:p>
      <w:r>
        <w:rPr>
          <w:b/>
        </w:rPr>
        <w:t xml:space="preserve">[39:34] </w:t>
      </w:r>
      <w:r>
        <w:t>to aakhir mein jab woh bachta hai insan to insan to anjeel report karte hain ke aye rab, woh insan ban gaya.</w:t>
      </w:r>
    </w:p>
    <w:p>
      <w:pPr>
        <w:jc w:val="right"/>
      </w:pPr>
      <w:r>
        <w:t>تو آخر میں جب وہ بچتا ہے انسان تو انسان تو انجیل رپورٹ کرتے ہیں کہ اے رب، وہ انسان بن گیا۔</w:t>
      </w:r>
    </w:p>
    <w:p>
      <w:r>
        <w:rPr>
          <w:b/>
        </w:rPr>
        <w:t xml:space="preserve">[39:47] </w:t>
      </w:r>
      <w:r>
        <w:t>to us waqt khuda hukum deta hai ke aye mere, aye meri paradise, aye meri jannaton, tum apne darwaze khol do.</w:t>
      </w:r>
    </w:p>
    <w:p>
      <w:pPr>
        <w:jc w:val="right"/>
      </w:pPr>
      <w:r>
        <w:t>تو اس وقت خدا حکم دیتا ہے کہ اے میرے، اے میری پارادائز، اے میری جنتوں، تم اپنے دروازے کھول دو۔</w:t>
      </w:r>
    </w:p>
    <w:p>
      <w:r>
        <w:rPr>
          <w:b/>
        </w:rPr>
        <w:t xml:space="preserve">[40:00] </w:t>
      </w:r>
      <w:r>
        <w:t>mein banda aa gaya</w:t>
      </w:r>
    </w:p>
    <w:p>
      <w:pPr>
        <w:jc w:val="right"/>
      </w:pPr>
      <w:r>
        <w:t>میں بندہ آ گیا</w:t>
      </w:r>
    </w:p>
    <w:p>
      <w:r>
        <w:rPr>
          <w:b/>
        </w:rPr>
        <w:t xml:space="preserve">[40:12] </w:t>
      </w:r>
      <w:r>
        <w:t>jis bande ka mein intezar kar raha tha, jis bande ke liye maine dunya banai thi, jis bande ke liye maine universe banai thi, woh tayar ho gaya.</w:t>
      </w:r>
    </w:p>
    <w:p>
      <w:pPr>
        <w:jc w:val="right"/>
      </w:pPr>
      <w:r>
        <w:t>جس بندے کا میں انتظار کر رہا تھا، جس بندے کے لیے میں نے دنیا بنائی تھی، جس بندے کے لیے میں نے یونیورس بنائی تھی، وہ تیار ہو گیا۔</w:t>
      </w:r>
    </w:p>
    <w:p>
      <w:r>
        <w:rPr>
          <w:b/>
        </w:rPr>
        <w:t xml:space="preserve">[40:24] </w:t>
      </w:r>
      <w:r>
        <w:t>ab tum apne darwaze khol do is ki entry ke liye. yeh hai iman, yeh hai marifat, yeh hai</w:t>
      </w:r>
    </w:p>
    <w:p>
      <w:pPr>
        <w:jc w:val="right"/>
      </w:pPr>
      <w:r>
        <w:t>اب تم اپنے دروازے کھول دو اس کی انٹری کے لیے۔ یہ ہے ایمان، یہ ہے معرفت، یہ ہے</w:t>
      </w:r>
    </w:p>
    <w:p>
      <w:r>
        <w:rPr>
          <w:b/>
        </w:rPr>
        <w:t xml:space="preserve">[40:37] </w:t>
      </w:r>
      <w:r>
        <w:t>momin. in sare process ke baad phir woh darja aata hai ke jannat ke darwaze apne aap khul jate hain, aap pohnchte hain aur woh khul jata hai.</w:t>
      </w:r>
    </w:p>
    <w:p>
      <w:pPr>
        <w:jc w:val="right"/>
      </w:pPr>
      <w:r>
        <w:t>مومن۔ ان سارے پروسیس کے بعد پھر وہ درجہ آتا ہے کہ جنت کے دروازے اپنے آپ کھل جاتے ہیں، آپ پہنچتے ہیں اور وہ کھل جاتا ہے۔</w:t>
      </w:r>
    </w:p>
    <w:p>
      <w:r>
        <w:rPr>
          <w:b/>
        </w:rPr>
        <w:t xml:space="preserve">[40:56] </w:t>
      </w:r>
      <w:r>
        <w:t>to dekhiye,</w:t>
      </w:r>
    </w:p>
    <w:p>
      <w:pPr>
        <w:jc w:val="right"/>
      </w:pPr>
      <w:r>
        <w:t>تو دیکھیے،</w:t>
      </w:r>
    </w:p>
    <w:p>
      <w:r>
        <w:rPr>
          <w:b/>
        </w:rPr>
        <w:t xml:space="preserve">[41:00] </w:t>
      </w:r>
      <w:r>
        <w:t>dunya mein mughafil dhar rahiye. aisa mat kahiye ke aap mughafil rahe hain dunya mein, na kuch dekha hai, na kuch paye,</w:t>
      </w:r>
    </w:p>
    <w:p>
      <w:pPr>
        <w:jc w:val="right"/>
      </w:pPr>
      <w:r>
        <w:t>دنیا میں مغفل دھر رہیے۔ ایسا مت کہیے کہ آپ مغفل رہے ہیں دنیا میں، نہ کچھ دیکھا ہے، نہ کچھ پائے،</w:t>
      </w:r>
    </w:p>
    <w:p>
      <w:r>
        <w:rPr>
          <w:b/>
        </w:rPr>
        <w:t xml:space="preserve">[41:15] </w:t>
      </w:r>
      <w:r>
        <w:t>na koi personality banai jo quran mein hai ke ke woh to haiwan ki tarah jite, just like animal jee rahe hain.</w:t>
      </w:r>
    </w:p>
    <w:p>
      <w:pPr>
        <w:jc w:val="right"/>
      </w:pPr>
      <w:r>
        <w:t>نہ کوئی پرسنیلٹی بنائی جو قرآن میں ہے کہ کہ وہ تو حیوان کی طرح جیتے، جسٹ لائک اینیمل جی رہے ہیں۔</w:t>
      </w:r>
    </w:p>
    <w:p>
      <w:r>
        <w:rPr>
          <w:b/>
        </w:rPr>
        <w:t xml:space="preserve">[41:30] </w:t>
      </w:r>
      <w:r>
        <w:t>to aisa nahi, mughafil zindagi bad guzari. sochiye, tadabbur kijiye</w:t>
      </w:r>
    </w:p>
    <w:p>
      <w:pPr>
        <w:jc w:val="right"/>
      </w:pPr>
      <w:r>
        <w:t>تو ایسا نہیں، مغفل زندگی بد گزاری۔ سوچیے، تدبر کیجئے</w:t>
      </w:r>
    </w:p>
    <w:p>
      <w:r>
        <w:rPr>
          <w:b/>
        </w:rPr>
        <w:t xml:space="preserve">[41:46] </w:t>
      </w:r>
      <w:r>
        <w:t>aur sath sath dekhiye, yeh bhi karna hai,</w:t>
      </w:r>
    </w:p>
    <w:p>
      <w:pPr>
        <w:jc w:val="right"/>
      </w:pPr>
      <w:r>
        <w:t>اور ساتھ ساتھ دیکھیے، یہ بھی کرنا ہے،</w:t>
      </w:r>
    </w:p>
    <w:p>
      <w:r>
        <w:rPr>
          <w:b/>
        </w:rPr>
        <w:t xml:space="preserve">[41:53] </w:t>
      </w:r>
      <w:r>
        <w:t>yeh bhi karna hai. jaise aap business mein check karte hain ke mera business down ja raha hai ke up ja raha hai, loss ho raha hai ke profit ho raha hai, aap check karte rehte hain.</w:t>
      </w:r>
    </w:p>
    <w:p>
      <w:pPr>
        <w:jc w:val="right"/>
      </w:pPr>
      <w:r>
        <w:t>یہ بھی کرنا ہے۔ جیسے آپ بزنس میں چیک کرتے ہیں کہ میرا بزنس ڈاؤن جا رہا ہے کہ اپ جا رہا ہے، لاس ہو رہا ہے کہ پرافٹ ہو رہا ہے، آپ چیک کرتے رہتے ہیں۔</w:t>
      </w:r>
    </w:p>
    <w:p>
      <w:r>
        <w:rPr>
          <w:b/>
        </w:rPr>
        <w:t xml:space="preserve">[42:09] </w:t>
      </w:r>
      <w:r>
        <w:t>aise hi apni zindagi ko bhi check karte rahiye ke kidhar ja rahi hai, woh personality ban rahi hai, ban rahi hai, nahi ban rahi hai.</w:t>
      </w:r>
    </w:p>
    <w:p>
      <w:pPr>
        <w:jc w:val="right"/>
      </w:pPr>
      <w:r>
        <w:t>ایسے ہی اپنی زندگی کو بھی چیک کرتے رہیے کہ کدھر جا رہی ہے، وہ پرسنیلٹی بن رہی ہے، بن رہی ہے، نہیں بن رہی ہے۔</w:t>
      </w:r>
    </w:p>
    <w:p>
      <w:r>
        <w:rPr>
          <w:b/>
        </w:rPr>
        <w:t xml:space="preserve">[42:24] </w:t>
      </w:r>
      <w:r>
        <w:t>main rabbani insaan ban raha hoon ya kuch aur ban raha hoon, yeh check bhi karna hai.</w:t>
      </w:r>
    </w:p>
    <w:p>
      <w:pPr>
        <w:jc w:val="right"/>
      </w:pPr>
      <w:r>
        <w:t>میں ربانی انسان بن رہا ہوں یا کچھ اور بن رہا ہوں، یہ چیک بھی کرنا ہے۔</w:t>
      </w:r>
    </w:p>
    <w:p>
      <w:r>
        <w:rPr>
          <w:b/>
        </w:rPr>
        <w:t xml:space="preserve">[42:34] </w:t>
      </w:r>
      <w:r>
        <w:t>yaani ek taraf to aap ko apne aap ko rabbani insaan banane ke course mein daalna hai, course is process, is process mein daalna hai aur sath ساتھ check bhi karna hai</w:t>
      </w:r>
    </w:p>
    <w:p>
      <w:pPr>
        <w:jc w:val="right"/>
      </w:pPr>
      <w:r>
        <w:t>یعنی ایک طرف تو آپ کو اپنے آپ کو ربانی انسان بنانے کے کورس میں ڈالنا ہے، کورس اس پروسیس، اس پروسیس میں ڈالنا ہے اور ساتھ ساتھ چیک بھی کرنا ہے</w:t>
      </w:r>
    </w:p>
    <w:p>
      <w:r>
        <w:rPr>
          <w:b/>
        </w:rPr>
        <w:t xml:space="preserve">[42:55] </w:t>
      </w:r>
      <w:r>
        <w:t>ke woh personality, woh creative personality ban rahi hai ya nahi ban rahi hai.</w:t>
      </w:r>
    </w:p>
    <w:p>
      <w:pPr>
        <w:jc w:val="right"/>
      </w:pPr>
      <w:r>
        <w:t>کہ وہ پرسنیلٹی، وہ کریٹیو پرسنیلٹی بن رہی ہے یا نہیں بن رہی ہے۔</w:t>
      </w:r>
    </w:p>
    <w:p>
      <w:r>
        <w:rPr>
          <w:b/>
        </w:rPr>
        <w:t xml:space="preserve">[43:06] </w:t>
      </w:r>
      <w:r>
        <w:t>isko kehte hain muhasba. yeh check karne ka jo kaam hai, isko kehte hain muhasba yaani introspection.</w:t>
      </w:r>
    </w:p>
    <w:p>
      <w:pPr>
        <w:jc w:val="right"/>
      </w:pPr>
      <w:r>
        <w:t>اس کو کہتے ہیں محاسبہ۔ یہ چیک کرنے کا جو کام ہے، اس کو کہتے ہیں محاسبہ یعنی انٹراسپیکشن۔</w:t>
      </w:r>
    </w:p>
    <w:p>
      <w:r>
        <w:rPr>
          <w:b/>
        </w:rPr>
        <w:t xml:space="preserve">[43:20] </w:t>
      </w:r>
      <w:r>
        <w:t>to introspection bhi bohat zaroori hai taake darmiyan darmiyan mein agar kahin koi atakao aa gaya ho, koi baat bigad rahi ho to foran aap ruk kar ke isko islaah karein, durust karein.</w:t>
      </w:r>
    </w:p>
    <w:p>
      <w:pPr>
        <w:jc w:val="right"/>
      </w:pPr>
      <w:r>
        <w:t>تو انٹراسپیکشن بھی بہت ضروری ہے تاکہ درمیان درمیان میں اگر کہیں کوئی اٹکاؤ آ گیا ہو، کوئی بات بگڑ رہی ہو تو فوراً آپ رک کر کے اس کو اصلاح کریں، درست کریں۔</w:t>
      </w:r>
    </w:p>
    <w:p>
      <w:r>
        <w:rPr>
          <w:b/>
        </w:rPr>
        <w:t xml:space="preserve">[43:49] </w:t>
      </w:r>
      <w:r>
        <w:t>mere andar Allah taala ne yeh sifat rakhi hai ke main poori zindagi yahi karta raha hoon, har din aaj bhi check karta hoon, har din apne aap ko check karta hoon.</w:t>
      </w:r>
    </w:p>
    <w:p>
      <w:pPr>
        <w:jc w:val="right"/>
      </w:pPr>
      <w:r>
        <w:t>میرے اندر اللہ تعالی نے یہ صفت رکھی ہے کہ میں پوری زندگی یہی کرتا رہا ہوں، ہر دن آج بھی چیک کرتا ہوں، ہر دن اپنے آپ کو چیک کرتا ہوں۔</w:t>
      </w:r>
    </w:p>
    <w:p>
      <w:r>
        <w:rPr>
          <w:b/>
        </w:rPr>
        <w:t xml:space="preserve">[44:06] </w:t>
      </w:r>
      <w:r>
        <w:t>koi koi negative thought duniya mere andar aaya, koi waqea guzra aur maine isko shukr ada nahi kiya,</w:t>
      </w:r>
    </w:p>
    <w:p>
      <w:pPr>
        <w:jc w:val="right"/>
      </w:pPr>
      <w:r>
        <w:t>کوئی کوئی نیگیٹیو تھاٹ دنیا میرے اندر آیا، کوئی واقعہ گزرا اور میں نے اس کو شکر ادا نہیں کیا،</w:t>
      </w:r>
    </w:p>
    <w:p>
      <w:r>
        <w:rPr>
          <w:b/>
        </w:rPr>
        <w:t xml:space="preserve">[44:19] </w:t>
      </w:r>
      <w:r>
        <w:t>koi opportunity thi marifat ki aur maine miss kar diya.</w:t>
      </w:r>
    </w:p>
    <w:p>
      <w:pPr>
        <w:jc w:val="right"/>
      </w:pPr>
      <w:r>
        <w:t>کوئی اپرچونیٹی تھی معرفت کی اور میں نے مس کر دیا۔</w:t>
      </w:r>
    </w:p>
    <w:p>
      <w:r>
        <w:rPr>
          <w:b/>
        </w:rPr>
        <w:t xml:space="preserve">[44:27] </w:t>
      </w:r>
      <w:r>
        <w:t>to har din aadmi ko yeh check karte rehna chahiye.</w:t>
      </w:r>
    </w:p>
    <w:p>
      <w:pPr>
        <w:jc w:val="right"/>
      </w:pPr>
      <w:r>
        <w:t>تو ہر دن آدمی کو یہ چیک کرتے رہنا چاہیے۔</w:t>
      </w:r>
    </w:p>
    <w:p>
      <w:r>
        <w:rPr>
          <w:b/>
        </w:rPr>
        <w:t xml:space="preserve">[44:37] </w:t>
      </w:r>
      <w:r>
        <w:t>meri dua hai ke Allah taala mujh ko aur aap ko tofeeq de ke hum marifat wali, muhasbe wali zindagi guzarein aur phir jab aap pahunchein aakhirat mein to wahan hamare pahunchte hi jannat ke darwaze khul jayein hamare liye.</w:t>
      </w:r>
    </w:p>
    <w:p>
      <w:pPr>
        <w:jc w:val="right"/>
      </w:pPr>
      <w:r>
        <w:t>میری دعا ہے کہ اللہ تعالی مجھ کو اور آپ کو توفیق دے کہ ہم معرفت والی، محاسبے والی زندگی گزاریں اور پھر جب آپ پہنچیں آخرت میں تو وہاں ہمارے پہنچتے ہی جنت کے دروازے کھل جائیں ہمارے لیے۔</w:t>
      </w:r>
    </w:p>
    <w:p>
      <w:r>
        <w:rPr>
          <w:b/>
        </w:rPr>
        <w:t xml:space="preserve">[45:01] </w:t>
      </w:r>
      <w:r>
        <w:t>farishte kahein ke aao, tumhare liye jannat tayyar ki tayyar ki gayi hai.</w:t>
      </w:r>
    </w:p>
    <w:p>
      <w:pPr>
        <w:jc w:val="right"/>
      </w:pPr>
      <w:r>
        <w:t>فرشتے کہیں کہ آؤ، تمہارے لیے جنت تیار کی تیار کی گئی ہے۔</w:t>
      </w:r>
    </w:p>
    <w:p>
      <w:r>
        <w:rPr>
          <w:b/>
        </w:rPr>
        <w:t xml:space="preserve">[45:10] </w:t>
      </w:r>
      <w:r>
        <w:t>assalam o alaikum wa rehmatullah.</w:t>
      </w:r>
    </w:p>
    <w:p>
      <w:pPr>
        <w:jc w:val="right"/>
      </w:pPr>
      <w:r>
        <w:t>السلام علیکم ورحمۃ اللہ۔</w:t>
      </w:r>
    </w:p>
    <w:p>
      <w:r>
        <w:rPr>
          <w:b/>
        </w:rPr>
        <w:t xml:space="preserve">[45:23] </w:t>
      </w:r>
      <w:r>
        <w:t>dekhein, aaj ek bohat hi khushi ki baat aap ko batana hai</w:t>
      </w:r>
    </w:p>
    <w:p>
      <w:pPr>
        <w:jc w:val="right"/>
      </w:pPr>
      <w:r>
        <w:t>دیکھیں، آج ایک بہت ہی خوشی کی بات آپ کو بتانا ہے</w:t>
      </w:r>
    </w:p>
    <w:p>
      <w:r>
        <w:rPr>
          <w:b/>
        </w:rPr>
        <w:t xml:space="preserve">[45:33] </w:t>
      </w:r>
      <w:r>
        <w:t>ke aaj ka jo types of media hai yani panch kis tareekh ka? panch august.</w:t>
      </w:r>
    </w:p>
    <w:p>
      <w:pPr>
        <w:jc w:val="right"/>
      </w:pPr>
      <w:r>
        <w:t>کہ آج کا جو ٹائپس آف میڈیا ہے یعنی پانچ کس تاریخ کا؟ پانچ اگست۔</w:t>
      </w:r>
    </w:p>
    <w:p>
      <w:r>
        <w:rPr>
          <w:b/>
        </w:rPr>
        <w:t xml:space="preserve">[45:40] </w:t>
      </w:r>
      <w:r>
        <w:t>paanch aghast ka.</w:t>
      </w:r>
    </w:p>
    <w:p>
      <w:pPr>
        <w:jc w:val="right"/>
      </w:pPr>
      <w:r>
        <w:t>پانچ اگست کا۔</w:t>
      </w:r>
    </w:p>
    <w:p>
      <w:r>
        <w:rPr>
          <w:b/>
        </w:rPr>
        <w:t xml:space="preserve">[45:43] </w:t>
      </w:r>
      <w:r>
        <w:t>is mein yeh aaitam chupa hai,</w:t>
      </w:r>
    </w:p>
    <w:p>
      <w:pPr>
        <w:jc w:val="right"/>
      </w:pPr>
      <w:r>
        <w:t>اس میں یہ آئٹم چھپا ہے،</w:t>
      </w:r>
    </w:p>
    <w:p>
      <w:r>
        <w:rPr>
          <w:b/>
        </w:rPr>
        <w:t xml:space="preserve">[45:46] </w:t>
      </w:r>
      <w:r>
        <w:t>"asl molana" yaani</w:t>
      </w:r>
    </w:p>
    <w:p>
      <w:pPr>
        <w:jc w:val="right"/>
      </w:pPr>
      <w:r>
        <w:t>"اسک مولانا" یعنی</w:t>
      </w:r>
    </w:p>
    <w:p>
      <w:r>
        <w:rPr>
          <w:b/>
        </w:rPr>
        <w:t xml:space="preserve">[45:51] </w:t>
      </w:r>
      <w:r>
        <w:t>yeh yeh aartikal chupa tha "spit of punjab" "spit of islam" mein jis ko edit karti hain sarah</w:t>
      </w:r>
    </w:p>
    <w:p>
      <w:pPr>
        <w:jc w:val="right"/>
      </w:pPr>
      <w:r>
        <w:t>یہ یہ آرٹیکل چھپا تھا "اسپیٹ آف پنجاب" "اسپیٹ آف اسلام" میں جس کو ایڈٹ کرتی ہیں سارہ</w:t>
      </w:r>
    </w:p>
    <w:p>
      <w:r>
        <w:rPr>
          <w:b/>
        </w:rPr>
        <w:t xml:space="preserve">[46:01] </w:t>
      </w:r>
      <w:r>
        <w:t>fatima sahibah.</w:t>
      </w:r>
    </w:p>
    <w:p>
      <w:pPr>
        <w:jc w:val="right"/>
      </w:pPr>
      <w:r>
        <w:t>فاطمہ صاحبہ۔</w:t>
      </w:r>
    </w:p>
    <w:p>
      <w:r>
        <w:rPr>
          <w:b/>
        </w:rPr>
        <w:t xml:space="preserve">[46:04] </w:t>
      </w:r>
      <w:r>
        <w:t>to khud se unhon ne isko nikala aur isko reproduce kiya.</w:t>
      </w:r>
    </w:p>
    <w:p>
      <w:pPr>
        <w:jc w:val="right"/>
      </w:pPr>
      <w:r>
        <w:t>تو خود سے انہوں نے اس کو نکالا اور اس کو ری پروڈیوس کیا۔</w:t>
      </w:r>
    </w:p>
    <w:p>
      <w:r>
        <w:rPr>
          <w:b/>
        </w:rPr>
        <w:t xml:space="preserve">[46:14] </w:t>
      </w:r>
      <w:r>
        <w:t>is ke maani kya hain ke ab har yeh jo "spirit of Islam" hai jis jis ke liye bepanah koshish ki hai, Mr. Ejaz hain aur Ms. Sarah Fatima Sahiba hain aur Allah ke doosre bandon ne.</w:t>
      </w:r>
    </w:p>
    <w:p>
      <w:pPr>
        <w:jc w:val="right"/>
      </w:pPr>
      <w:r>
        <w:t>اس کے معنی کیا ہیں کہ اب ہر یہ جو "اسپیٹ آف اسلام" ہے جس جس کے لیے بے پناہ کوشش کی ہے، مسٹر اعجاز ہیں اور مس سارہ فاطمہ صاحبہ ہیں اور اللہ کے دوسرے بندوں نے۔</w:t>
      </w:r>
    </w:p>
    <w:p>
      <w:r>
        <w:rPr>
          <w:b/>
        </w:rPr>
        <w:t xml:space="preserve">[46:34] </w:t>
      </w:r>
      <w:r>
        <w:t>woh ab India mein ek standard ka brand ban chuka hai. kaisi ajeeb baat hai</w:t>
      </w:r>
    </w:p>
    <w:p>
      <w:pPr>
        <w:jc w:val="right"/>
      </w:pPr>
      <w:r>
        <w:t>وہ اب انڈیا میں ایک اسٹینڈرڈ کا بیگ بن چکا ہے۔ کیسی عجیب بات ہے</w:t>
      </w:r>
    </w:p>
    <w:p>
      <w:r>
        <w:rPr>
          <w:b/>
        </w:rPr>
        <w:t xml:space="preserve">[46:46] </w:t>
      </w:r>
      <w:r>
        <w:t>ke major dailies mein se top par hai "Times of India" aur woh khud se</w:t>
      </w:r>
    </w:p>
    <w:p>
      <w:pPr>
        <w:jc w:val="right"/>
      </w:pPr>
      <w:r>
        <w:t>کہ میجر ڈیلیز میں سے ٹاپ پر ہے "ٹائمز آف انڈیا" اور وہ خود سے</w:t>
      </w:r>
    </w:p>
    <w:p>
      <w:r>
        <w:rPr>
          <w:b/>
        </w:rPr>
        <w:t xml:space="preserve">[46:57] </w:t>
      </w:r>
      <w:r>
        <w:t>reproduce karta hai "spirit of Islam" ke ek item ko. yeh yeh hai recognition, yeh "spirit of Islam" ka recognition hai.</w:t>
      </w:r>
    </w:p>
    <w:p>
      <w:pPr>
        <w:jc w:val="right"/>
      </w:pPr>
      <w:r>
        <w:t>ری پروڈیوس کرتا ہے "اسپیٹ آف اسلام" کے ایک آئٹم کو۔ یہ یہ ہے ریکگنیشن، یہ "اسپیٹ آف اسلام" کا ریکگنیشن ہے۔</w:t>
      </w:r>
    </w:p>
    <w:p>
      <w:r>
        <w:rPr>
          <w:b/>
        </w:rPr>
        <w:t xml:space="preserve">[47:11] </w:t>
      </w:r>
      <w:r>
        <w:t>to main Sarah Fatima Sahiba ke liye, Mr. Ejaz ke liye, un ki poori family ke liye dua karta hoon.</w:t>
      </w:r>
    </w:p>
    <w:p>
      <w:pPr>
        <w:jc w:val="right"/>
      </w:pPr>
      <w:r>
        <w:t>تو میں سارہ فاطمہ صاحبہ کے لیے، مسٹر اعجاز کے لیے، ان کی پوری فیملی کے لیے دعا کرتا ہوں۔</w:t>
      </w:r>
    </w:p>
    <w:p>
      <w:r>
        <w:rPr>
          <w:b/>
        </w:rPr>
        <w:t xml:space="preserve">[47:24] </w:t>
      </w:r>
      <w:r>
        <w:t>inhi logon ki koshish se yeh yahan tak pahuncha. "spirit of Islam" India mein main keh sakta hoon ke musalmanon ka koi bhi parcha nahi hai jis ko ke koi major daily reproduce kar raha hai.</w:t>
      </w:r>
    </w:p>
    <w:p>
      <w:pPr>
        <w:jc w:val="right"/>
      </w:pPr>
      <w:r>
        <w:t>انہی لوگوں کی کوشش سے یہ یہاں تک پہنچا۔ "اسپیٹ آف اسلام" انڈیا میں میں سکتا ہوں کہ مسلمانوں کا کوئی بھی پرچہ نہیں ہے جس کو کہ کوئی بیچر ڈیلی ری پروڈیوس کر رہا ہے۔</w:t>
      </w:r>
    </w:p>
    <w:p>
      <w:r>
        <w:rPr>
          <w:b/>
        </w:rPr>
        <w:t xml:space="preserve">[47:44] </w:t>
      </w:r>
      <w:r>
        <w:t>to main "Times of India" walon ko bhi dua karta hoon, "Times of India" walon ko bhi dua karta hoon ke hamein unhon ne sahafat mein is darje tak pahunchaya.</w:t>
      </w:r>
    </w:p>
    <w:p>
      <w:pPr>
        <w:jc w:val="right"/>
      </w:pPr>
      <w:r>
        <w:t>تو میں "ٹائمز آف انڈیا" والوں کو بھی دعا کرتا ہوں، "ٹائمز آف انڈیا" والوں کو بھی دعا کرتا ہوں کہ ہمیں انہوں نے صحافت میں اس درجے تک پہنچایا۔</w:t>
      </w:r>
    </w:p>
    <w:p>
      <w:r>
        <w:rPr>
          <w:b/>
        </w:rPr>
        <w:t xml:space="preserve">[48:02] </w:t>
      </w:r>
      <w:r>
        <w:t>to jo log bhi direct ya indirect is tarah ke waqeat jo ho rahe hain, Allah ke fazl se is mein woh shareek hain, to main un sab ke liye dua karta hoon.</w:t>
      </w:r>
    </w:p>
    <w:p>
      <w:pPr>
        <w:jc w:val="right"/>
      </w:pPr>
      <w:r>
        <w:t>تو جو لوگ بھی ڈائریکٹ یا ان ڈائریکٹ اس طرح کے واقعات جو ہو رہے ہیں، اللہ کے فضل سے اس میں وہ شریک ہیں، تو میں ان سب کے لیے دعا کرتا ہوں۔</w:t>
      </w:r>
    </w:p>
    <w:p>
      <w:r>
        <w:rPr>
          <w:b/>
        </w:rPr>
        <w:t xml:space="preserve">[48:19] </w:t>
      </w:r>
      <w:r>
        <w:t>ah, ok</w:t>
      </w:r>
    </w:p>
    <w:p>
      <w:pPr>
        <w:jc w:val="right"/>
      </w:pPr>
      <w:r>
        <w:t>اہ، اوک</w:t>
      </w:r>
    </w:p>
    <w:p>
      <w:r>
        <w:rPr>
          <w:b/>
        </w:rPr>
        <w:t xml:space="preserve">[48:20] </w:t>
      </w:r>
      <w:r>
        <w:t>ay, so before we start with our regular question answer session, there there be a short experience sharing session by doctor saniya sanain khan.</w:t>
      </w:r>
    </w:p>
    <w:p>
      <w:pPr>
        <w:jc w:val="right"/>
      </w:pPr>
      <w:r>
        <w:t>ے، سو بیفور وی سٹارٹ ود اور ریگولر کوئسچن انسر سیشن، دیر دیر بی ا شارٹ ایکسپیرینس شیئرنگ سیشن بائے ڈاکٹر ثانیہ سنین خان۔</w:t>
      </w:r>
    </w:p>
    <w:p>
      <w:r>
        <w:rPr>
          <w:b/>
        </w:rPr>
        <w:t xml:space="preserve">[48:30] </w:t>
      </w:r>
      <w:r>
        <w:t>as you all know, that he has been traveling internationally to promote and develop the quran distribution channel. ah, today we have nationally and internationally more than 25 translations of quran.</w:t>
      </w:r>
    </w:p>
    <w:p>
      <w:pPr>
        <w:jc w:val="right"/>
      </w:pPr>
      <w:r>
        <w:t>ایز یو ال نو، دیٹ ہی ہیز بین ٹریولنگ انٹرنیشنلی ٹو پروموٹ اینڈ ڈیویلپ دی قرآن ڈسٹریبیوشن چینل۔ اہ، ٹوڈے وی ہیو نیشنلی اینڈ انٹرنیشنلی مور دین 25 ٹرانسلیشن اف قرآن۔</w:t>
      </w:r>
    </w:p>
    <w:p>
      <w:r>
        <w:rPr>
          <w:b/>
        </w:rPr>
        <w:t xml:space="preserve">[48:45] </w:t>
      </w:r>
      <w:r>
        <w:t>ah, recently, last week, he travel to singapore, mali</w:t>
      </w:r>
    </w:p>
    <w:p>
      <w:pPr>
        <w:jc w:val="right"/>
      </w:pPr>
      <w:r>
        <w:t>اہ، ریسنٹلی، لاسٹ ویک، ہی ٹریول ٹو سنگاپور، ملی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