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Realization of God August 19, 2018 Maulana Wahiduddin Khan</w:t>
      </w:r>
    </w:p>
    <w:p>
      <w:r>
        <w:t>https://www.youtube.com/watch?v=jIFP26iWEKQ</w:t>
      </w:r>
    </w:p>
    <w:p>
      <w:r>
        <w:rPr>
          <w:b/>
        </w:rPr>
        <w:t xml:space="preserve">[00:14] </w:t>
      </w:r>
      <w:r>
        <w:t>bismillah al-rahman al-rahim, wa salla Allahu ala nabiyyi al-karim.</w:t>
      </w:r>
    </w:p>
    <w:p>
      <w:pPr>
        <w:jc w:val="right"/>
      </w:pPr>
      <w:r>
        <w:t>بسم اللہ الرحمن الرحیم، وصلی اللہ علی نبی الکریم۔</w:t>
      </w:r>
    </w:p>
    <w:p>
      <w:r>
        <w:rPr>
          <w:b/>
        </w:rPr>
        <w:t xml:space="preserve">[00:24] </w:t>
      </w:r>
      <w:r>
        <w:t>19 agast 2018.</w:t>
      </w:r>
    </w:p>
    <w:p>
      <w:pPr>
        <w:jc w:val="right"/>
      </w:pPr>
      <w:r>
        <w:t>19 اگست 2018۔</w:t>
      </w:r>
    </w:p>
    <w:p>
      <w:r>
        <w:rPr>
          <w:b/>
        </w:rPr>
        <w:t xml:space="preserve">[00:35] </w:t>
      </w:r>
      <w:r>
        <w:t>mera mamool hai ke main apne office ke samne subah ko</w:t>
      </w:r>
    </w:p>
    <w:p>
      <w:pPr>
        <w:jc w:val="right"/>
      </w:pPr>
      <w:r>
        <w:t>میرا معمول ہے کہ میں اپنے آفس کے سامنے صبح کو</w:t>
      </w:r>
    </w:p>
    <w:p>
      <w:r>
        <w:rPr>
          <w:b/>
        </w:rPr>
        <w:t xml:space="preserve">[00:44] </w:t>
      </w:r>
      <w:r>
        <w:t>der tak baithta hoon, yani jis ko kehte hain dawn. dawn ke waqt.</w:t>
      </w:r>
    </w:p>
    <w:p>
      <w:pPr>
        <w:jc w:val="right"/>
      </w:pPr>
      <w:r>
        <w:t>دیر تک بیٹھتا ہوں، یعنی جس کو کہتے ہیں ڈان۔ ڈان کے وقت۔</w:t>
      </w:r>
    </w:p>
    <w:p>
      <w:r>
        <w:rPr>
          <w:b/>
        </w:rPr>
        <w:t xml:space="preserve">[00:55] </w:t>
      </w:r>
      <w:r>
        <w:t>subah sawere ka waqt.</w:t>
      </w:r>
    </w:p>
    <w:p>
      <w:pPr>
        <w:jc w:val="right"/>
      </w:pPr>
      <w:r>
        <w:t>صبح سویرے کا وقت۔</w:t>
      </w:r>
    </w:p>
    <w:p>
      <w:r>
        <w:rPr>
          <w:b/>
        </w:rPr>
        <w:t xml:space="preserve">[01:00] </w:t>
      </w:r>
      <w:r>
        <w:t>to aaj jab bas subah sawere, yani dawn ke waqt, bahar nikla</w:t>
      </w:r>
    </w:p>
    <w:p>
      <w:pPr>
        <w:jc w:val="right"/>
      </w:pPr>
      <w:r>
        <w:t>تو آج جب بس صبح سویرے، یعنی ڈان کے وقت، باہر نکلا</w:t>
      </w:r>
    </w:p>
    <w:p>
      <w:r>
        <w:rPr>
          <w:b/>
        </w:rPr>
        <w:t xml:space="preserve">[01:08] </w:t>
      </w:r>
      <w:r>
        <w:t>to wahi manzar tha, yani halka ujala, lekin tez ujala abhi nahi hua tha. dheere dheere ujala tez hua.</w:t>
      </w:r>
    </w:p>
    <w:p>
      <w:pPr>
        <w:jc w:val="right"/>
      </w:pPr>
      <w:r>
        <w:t>تو وہی منظر تھا، یعنی ہلکا اجالا، لیکن تیز اجالا ابھی نہیں ہوا تھا۔ دھیرے دھیرے اجالا تیز ہوا۔</w:t>
      </w:r>
    </w:p>
    <w:p>
      <w:r>
        <w:rPr>
          <w:b/>
        </w:rPr>
        <w:t xml:space="preserve">[01:21] </w:t>
      </w:r>
      <w:r>
        <w:t>to ujale ne poore manzar ko cover kar liya.</w:t>
      </w:r>
    </w:p>
    <w:p>
      <w:pPr>
        <w:jc w:val="right"/>
      </w:pPr>
      <w:r>
        <w:t>تو اجالے نے پورے منظر کو کور کر لیا۔</w:t>
      </w:r>
    </w:p>
    <w:p>
      <w:r>
        <w:rPr>
          <w:b/>
        </w:rPr>
        <w:t xml:space="preserve">[01:33] </w:t>
      </w:r>
      <w:r>
        <w:t>aisa lagta hai ke suraj ne nigal liya hai poore manzar ko. ab manzar par suraj chha gaya.</w:t>
      </w:r>
    </w:p>
    <w:p>
      <w:pPr>
        <w:jc w:val="right"/>
      </w:pPr>
      <w:r>
        <w:t>ایسا لگتا ہے کہ سورج نے نگل لیا ہے پورے منظر کو۔ اب منظر پر سورج چھا گیا۔</w:t>
      </w:r>
    </w:p>
    <w:p>
      <w:r>
        <w:rPr>
          <w:b/>
        </w:rPr>
        <w:t xml:space="preserve">[01:47] </w:t>
      </w:r>
      <w:r>
        <w:t>ek ajib taassur ho raha tha mujhe</w:t>
      </w:r>
    </w:p>
    <w:p>
      <w:pPr>
        <w:jc w:val="right"/>
      </w:pPr>
      <w:r>
        <w:t>ایک عجیب تاثر ہو رہا تھا مجھے</w:t>
      </w:r>
    </w:p>
    <w:p>
      <w:r>
        <w:rPr>
          <w:b/>
        </w:rPr>
        <w:t xml:space="preserve">[01:55] </w:t>
      </w:r>
      <w:r>
        <w:t>ke jab suraj nikla to har cheez us ke aage choti ho gayi. har cheez ko goya suraj ne nigal liya.</w:t>
      </w:r>
    </w:p>
    <w:p>
      <w:pPr>
        <w:jc w:val="right"/>
      </w:pPr>
      <w:r>
        <w:t>کہ جب سورج نکلا تو ہر چیز اس کے آگے چھوٹی ہو گئی۔ ہر چیز کو گویا سورج نے نگل لیا۔</w:t>
      </w:r>
    </w:p>
    <w:p>
      <w:r>
        <w:rPr>
          <w:b/>
        </w:rPr>
        <w:t xml:space="preserve">[02:06] </w:t>
      </w:r>
      <w:r>
        <w:t>main isi soch mein tha ke aaj ka akhbar aaya, 19 agast ka, times of india.</w:t>
      </w:r>
    </w:p>
    <w:p>
      <w:pPr>
        <w:jc w:val="right"/>
      </w:pPr>
      <w:r>
        <w:t>میں اسی سوچ میں تھا کہ آج کا اخبار آیا، 19 اگست کا، ٹائمز آف انڈیا۔</w:t>
      </w:r>
    </w:p>
    <w:p>
      <w:r>
        <w:rPr>
          <w:b/>
        </w:rPr>
        <w:t xml:space="preserve">[02:18] </w:t>
      </w:r>
      <w:r>
        <w:t>to aap ko maloom hai ke aaj, yani 19 agast ke parche mein, ek bade aadmi ki death ki khabar aayi hai.</w:t>
      </w:r>
    </w:p>
    <w:p>
      <w:pPr>
        <w:jc w:val="right"/>
      </w:pPr>
      <w:r>
        <w:t>تو آپ کو معلوم ہے کہ آج، یعنی 19 اگست کے پرچے میں، ایک بڑے آدمی کی ڈیتھ کی خبر آئی ہے۔</w:t>
      </w:r>
    </w:p>
    <w:p>
      <w:r>
        <w:rPr>
          <w:b/>
        </w:rPr>
        <w:t xml:space="preserve">[02:28] </w:t>
      </w:r>
      <w:r>
        <w:t>woh hai united nations ke secretary general, kofi annan.</w:t>
      </w:r>
    </w:p>
    <w:p>
      <w:pPr>
        <w:jc w:val="right"/>
      </w:pPr>
      <w:r>
        <w:t>وہ ہے امیر نیشنز کے سیکرٹری جنرل، کوفی عنان۔</w:t>
      </w:r>
    </w:p>
    <w:p>
      <w:r>
        <w:rPr>
          <w:b/>
        </w:rPr>
        <w:t xml:space="preserve">[02:39] </w:t>
      </w:r>
      <w:r>
        <w:t>to is ko maine padha.</w:t>
      </w:r>
    </w:p>
    <w:p>
      <w:pPr>
        <w:jc w:val="right"/>
      </w:pPr>
      <w:r>
        <w:t>تو اس کو میں نے پڑھا۔</w:t>
      </w:r>
    </w:p>
    <w:p>
      <w:r>
        <w:rPr>
          <w:b/>
        </w:rPr>
        <w:t xml:space="preserve">[02:44] </w:t>
      </w:r>
      <w:r>
        <w:t>to is mein jo un ke baad jo aadmi bana hai is uhde par, us ne apna taassur zahir karte hue kaha: "kofi annan, der line mein padhi thi?</w:t>
      </w:r>
    </w:p>
    <w:p>
      <w:pPr>
        <w:jc w:val="right"/>
      </w:pPr>
      <w:r>
        <w:t>تو اس میں جو ان کے بعد جو آدمی بنا ہے اس عہدے پر، اس نے اپنا تاثر ظاہر کرتے ہوئے کہا: "کوفی عنان، ڈر لائن میں پڑھی تھی؟</w:t>
      </w:r>
    </w:p>
    <w:p>
      <w:r>
        <w:rPr>
          <w:b/>
        </w:rPr>
        <w:t xml:space="preserve">[03:02] </w:t>
      </w:r>
      <w:r>
        <w:t>dheere se</w:t>
      </w:r>
    </w:p>
    <w:p>
      <w:pPr>
        <w:jc w:val="right"/>
      </w:pPr>
      <w:r>
        <w:t>دھیرے سے</w:t>
      </w:r>
    </w:p>
    <w:p>
      <w:r>
        <w:rPr>
          <w:b/>
        </w:rPr>
        <w:t xml:space="preserve">[03:04] </w:t>
      </w:r>
      <w:r>
        <w:t>. in many ways, kofi annan was the united nations. in many ways, kofi annan was the united nations.</w:t>
      </w:r>
    </w:p>
    <w:p>
      <w:pPr>
        <w:jc w:val="right"/>
      </w:pPr>
      <w:r>
        <w:t>۔" ان مینی ویز، کوفی عنان واز دا یونائٹڈ نیشنز۔ ان مینی ویز، کوفی عنان واز دا یونائٹڈ نیشنز۔</w:t>
      </w:r>
    </w:p>
    <w:p>
      <w:r>
        <w:rPr>
          <w:b/>
        </w:rPr>
        <w:t xml:space="preserve">[03:18] </w:t>
      </w:r>
      <w:r>
        <w:t>yani bahut se pehluon se kofi annan, aisa lagta hai ke khud hi wohi united nations hain.</w:t>
      </w:r>
    </w:p>
    <w:p>
      <w:pPr>
        <w:jc w:val="right"/>
      </w:pPr>
      <w:r>
        <w:t>یعنی بہت سے پہلوؤں سے کوفی عنان، ایسا لگتا ہے کہ خود ہی وہی یونائٹڈ نیشنز ہیں۔</w:t>
      </w:r>
    </w:p>
    <w:p>
      <w:r>
        <w:rPr>
          <w:b/>
        </w:rPr>
        <w:t xml:space="preserve">[03:29] </w:t>
      </w:r>
      <w:r>
        <w:t>to kofi annan ki personality bahut hi towering personality thi. towering personality.</w:t>
      </w:r>
    </w:p>
    <w:p>
      <w:pPr>
        <w:jc w:val="right"/>
      </w:pPr>
      <w:r>
        <w:t>تو کوفی عنان کی پرسنیلٹی بہت ہی ٹاورنگ پرسنیلٹی تھی۔ ٹاورنگ پرسنیلٹی۔</w:t>
      </w:r>
    </w:p>
    <w:p>
      <w:r>
        <w:rPr>
          <w:b/>
        </w:rPr>
        <w:t xml:space="preserve">[03:38] </w:t>
      </w:r>
      <w:r>
        <w:t>to</w:t>
      </w:r>
    </w:p>
    <w:p>
      <w:pPr>
        <w:jc w:val="right"/>
      </w:pPr>
      <w:r>
        <w:t>تو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