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Iman and the Quran March 29, 2009 Maulana Wahiduddin Khan</w:t>
      </w:r>
    </w:p>
    <w:p>
      <w:r>
        <w:t>https://www.youtube.com/watch?v=BoXolOS_aTk</w:t>
      </w:r>
    </w:p>
    <w:p>
      <w:r>
        <w:rPr>
          <w:b/>
        </w:rPr>
        <w:t xml:space="preserve">[00:14] </w:t>
      </w:r>
      <w:r>
        <w:t>Rab ishrah li sadri, wa yassir li amri, wah lul uqdatan min lisani, yafqahu qawli.</w:t>
      </w:r>
    </w:p>
    <w:p>
      <w:pPr>
        <w:jc w:val="right"/>
      </w:pPr>
      <w:r>
        <w:t>رب اشرح لی صدری، ویسر لی امری، واحل العقدۃ من لسانی، یفقہ قولی۔</w:t>
      </w:r>
    </w:p>
    <w:p>
      <w:r>
        <w:rPr>
          <w:b/>
        </w:rPr>
        <w:t xml:space="preserve">[00:29] </w:t>
      </w:r>
      <w:r>
        <w:t>aaj ka jo topic hai woh hai iman and Quran. iman aur Quran.</w:t>
      </w:r>
    </w:p>
    <w:p>
      <w:pPr>
        <w:jc w:val="right"/>
      </w:pPr>
      <w:r>
        <w:t>آج کا جو ٹاپک ہے وہ ہے ایمان اینڈ قرآن۔ ایمان اور قرآن۔</w:t>
      </w:r>
    </w:p>
    <w:p>
      <w:r>
        <w:rPr>
          <w:b/>
        </w:rPr>
        <w:t xml:space="preserve">[00:42] </w:t>
      </w:r>
      <w:r>
        <w:t>yeh topic mein ne liya hai ek hadith ko le kar. dekhiye, hadith ka jo term hai woh ek broad term hai.</w:t>
      </w:r>
    </w:p>
    <w:p>
      <w:pPr>
        <w:jc w:val="right"/>
      </w:pPr>
      <w:r>
        <w:t>یہ ٹاپک میں نے لیا ہے ایک حدیث کو لے کر۔ دیکھیے، حدیث کا جو ٹرم ہے وہ ایک براڈ ٹرم ہے۔</w:t>
      </w:r>
    </w:p>
    <w:p>
      <w:r>
        <w:rPr>
          <w:b/>
        </w:rPr>
        <w:t xml:space="preserve">[00:55] </w:t>
      </w:r>
      <w:r>
        <w:t>hadith mein Rasool Allah (SAW) ka saying bhi aati hai aur Sahaba ki saying bhi aati hai. lekin agar alag alag kar ke bolein to is ke liye do alag term hain: Sunnah aur Athar.</w:t>
      </w:r>
    </w:p>
    <w:p>
      <w:pPr>
        <w:jc w:val="right"/>
      </w:pPr>
      <w:r>
        <w:t>حدیث میں رسول اللہ صلى الله عليه وسلم کا saying بھی آتی ہے اور صحابہ کی saying بھی آتی ہے۔ لیکن اگر الگ الگ کر کے بولیں تو اس کے لیے دو الگ ٹرم ہیں: سنت اور اثر۔</w:t>
      </w:r>
    </w:p>
    <w:p>
      <w:r>
        <w:rPr>
          <w:b/>
        </w:rPr>
        <w:t xml:space="preserve">[01:09] </w:t>
      </w:r>
      <w:r>
        <w:t>jab Sunnah bolein ge to is se murad hoga Rasool Allah (SAW) ka, aur Athar bolein ge to is se murad hoga Sahaba ka. to is sense mein yeh goya hadith hai,</w:t>
      </w:r>
    </w:p>
    <w:p>
      <w:pPr>
        <w:jc w:val="right"/>
      </w:pPr>
      <w:r>
        <w:t>جب سنت بولیں گے تو اس سے مراد ہوگا رسول اللہ صلى الله عليه وسلم کا، اور اثر بولیں گے تو اس سے مراد ہوگا صحابہ کا۔ تو اس سینس میں یہ گویا حدیث ہے،</w:t>
      </w:r>
    </w:p>
    <w:p>
      <w:r>
        <w:rPr>
          <w:b/>
        </w:rPr>
        <w:t xml:space="preserve">[01:22] </w:t>
      </w:r>
      <w:r>
        <w:t>aur yeh Sahaba ka qaul hai.</w:t>
      </w:r>
    </w:p>
    <w:p>
      <w:pPr>
        <w:jc w:val="right"/>
      </w:pPr>
      <w:r>
        <w:t>اور یہ صحابہ کا قول ہے۔</w:t>
      </w:r>
    </w:p>
    <w:p>
      <w:r>
        <w:rPr>
          <w:b/>
        </w:rPr>
        <w:t xml:space="preserve">[01:28] </w:t>
      </w:r>
      <w:r>
        <w:t>to kuch Sahaba ka ek group, jo naujawan log the, woh Rasool Allah (SAW) ke paas aaya aur kuch din tak aap ke paas thehra.</w:t>
      </w:r>
    </w:p>
    <w:p>
      <w:pPr>
        <w:jc w:val="right"/>
      </w:pPr>
      <w:r>
        <w:t>تو کچھ صحابہ کا ایک گروپ، جو نوجوان لوگ تھے، وہ رسول اللہ صلى الله عليه وسلم کے پاس آیا اور کچھ دن تک آپ کے پاس ٹھہرا۔</w:t>
      </w:r>
    </w:p>
    <w:p>
      <w:r>
        <w:rPr>
          <w:b/>
        </w:rPr>
        <w:t xml:space="preserve">[01:45] </w:t>
      </w:r>
      <w:r>
        <w:t>yaani training ke liye. raat din woh aap ke sath rahe. to un mein se ek sahib jinka naam Jundub tha, woh kehte hain</w:t>
      </w:r>
    </w:p>
    <w:p>
      <w:pPr>
        <w:jc w:val="right"/>
      </w:pPr>
      <w:r>
        <w:t>یعنی ٹریننگ کے لیے۔ رات دن وہ آپ کے ساتھ رہے۔ تو ان میں سے ایک صاحب جن کا نام جندب تھا، وہ کہتے ہیں</w:t>
      </w:r>
    </w:p>
    <w:p>
      <w:r>
        <w:rPr>
          <w:b/>
        </w:rPr>
        <w:t xml:space="preserve">[02:00] </w:t>
      </w:r>
      <w:r>
        <w:t>ke "ta'allamna al-iman thumma ta'allamna al-Quran". hum ne pehle iman seekha, is ke baad hum ne Quran seekha.</w:t>
      </w:r>
    </w:p>
    <w:p>
      <w:pPr>
        <w:jc w:val="right"/>
      </w:pPr>
      <w:r>
        <w:t>کہ "تعلمنا الإيمان ثم تعلمنا القرآن"۔ ہم نے پہلے ایمان سیکھا، اس کے بعد ہم نے قرآن سیکھا۔</w:t>
      </w:r>
    </w:p>
    <w:p>
      <w:r>
        <w:rPr>
          <w:b/>
        </w:rPr>
        <w:t xml:space="preserve">[02:18] </w:t>
      </w:r>
      <w:r>
        <w:t>ta'allamna al-iman thumma ta'allamna al-Quran. yeh riwayat hadith ki kai kitabon mein aayi hai. to sochne ki baat hai ke is ka matlab kya hai.</w:t>
      </w:r>
    </w:p>
    <w:p>
      <w:pPr>
        <w:jc w:val="right"/>
      </w:pPr>
      <w:r>
        <w:t>تعلمنا الإيمان ثم تعلمنا القرآن۔ یہ روایت حدیث کی کئی کتابوں میں آئی ہے۔ تو سوچنے کی بات ہے کہ اس کا مطلب کیا ہے۔</w:t>
      </w:r>
    </w:p>
    <w:p>
      <w:r>
        <w:rPr>
          <w:b/>
        </w:rPr>
        <w:t xml:space="preserve">[02:33] </w:t>
      </w:r>
      <w:r>
        <w:t>yaani pehle iman, phir Quran. Quran baad ko aur iman pehle, is ka matlab kya hai. mein bohat der se sochta tha is par.</w:t>
      </w:r>
    </w:p>
    <w:p>
      <w:pPr>
        <w:jc w:val="right"/>
      </w:pPr>
      <w:r>
        <w:t>یعنی پہلے ایمان، پھر قرآن۔ قرآن بعد کو اور ایمان پہلے، اس کا مطلب کیا ہے۔ میں بہت دیر سے سوچتا تھا اس پر۔</w:t>
      </w:r>
    </w:p>
    <w:p>
      <w:r>
        <w:rPr>
          <w:b/>
        </w:rPr>
        <w:t xml:space="preserve">[02:44] </w:t>
      </w:r>
      <w:r>
        <w:t>Quran aur hadith ko samajhne ke liye yaad rakhiye, sirf is ka translation janna kafi nahin hai.</w:t>
      </w:r>
    </w:p>
    <w:p>
      <w:pPr>
        <w:jc w:val="right"/>
      </w:pPr>
      <w:r>
        <w:t>قرآن اور حدیث کو سمجھنے کے لیے یاد رکھیے، صرف اس کا translation جاننا کافی نہیں ہے۔</w:t>
      </w:r>
    </w:p>
    <w:p>
      <w:r>
        <w:rPr>
          <w:b/>
        </w:rPr>
        <w:t xml:space="preserve">[02:52] </w:t>
      </w:r>
      <w:r>
        <w:t>Sahaba (RA) saalon tak kuch aayaton par sochte rehte the, halanke woh Arabic zuban jante the. to sirf Arabic zuban janna ya is ka tarjuma padh lena,</w:t>
      </w:r>
    </w:p>
    <w:p>
      <w:pPr>
        <w:jc w:val="right"/>
      </w:pPr>
      <w:r>
        <w:t>صحابہ صلى الله عليه وسلم سالوں تک کچھ آیتوں پر سوچتے رہتے تھے، حالانکہ وہ عربک زبان جانتے تھے۔ تو صرف عربک زبان جاننا یا اس کا ترجمہ پڑھ لینا،</w:t>
      </w:r>
    </w:p>
    <w:p>
      <w:r>
        <w:rPr>
          <w:b/>
        </w:rPr>
        <w:t xml:space="preserve">[03:08] </w:t>
      </w:r>
      <w:r>
        <w:t>is se aap samajh nahin sakte. sochna padta hai, sochna padta hai.</w:t>
      </w:r>
    </w:p>
    <w:p>
      <w:pPr>
        <w:jc w:val="right"/>
      </w:pPr>
      <w:r>
        <w:t>اس سے آپ سمجھ نہیں سکتے۔ سوچنا پڑتا ہے، سوچنا پڑتا ہے۔</w:t>
      </w:r>
    </w:p>
    <w:p>
      <w:r>
        <w:rPr>
          <w:b/>
        </w:rPr>
        <w:t xml:space="preserve">[03:16] </w:t>
      </w:r>
      <w:r>
        <w:t>to bohat barson ke sochne ke baad mujhe samajh mein aaya ke yaar, kya matlab hai is asar ka ya is hadith ka. woh hai, yahan eman se murad hai marifat.</w:t>
      </w:r>
    </w:p>
    <w:p>
      <w:pPr>
        <w:jc w:val="right"/>
      </w:pPr>
      <w:r>
        <w:t>تو بہت برسوں کے سوچنے کے بعد مجھے سمجھ میں آیا کہ یار، کیا مطلب ہے اس اثر کا یا اس حدیث کا۔ وہ ہے، یہاں ایمان سے مراد ہے معرفت۔</w:t>
      </w:r>
    </w:p>
    <w:p>
      <w:r>
        <w:rPr>
          <w:b/>
        </w:rPr>
        <w:t xml:space="preserve">[03:33] </w:t>
      </w:r>
      <w:r>
        <w:t>dekhiye, quran mein aur hadith mein eman ke liye doosra lafz istemal hua hai marifat. mislan dekhiye, ek hadith hai "man qala la ilaha illallah dakhla al jannah".</w:t>
      </w:r>
    </w:p>
    <w:p>
      <w:pPr>
        <w:jc w:val="right"/>
      </w:pPr>
      <w:r>
        <w:t>دیکھیے، قرآن میں اور حدیث میں ایمان کے لیے دوسرا لفظ استعمال ہوا ہے معرفت۔ مثلاً دیکھیے، ایک حدیث ہے "من قال لا الہ الا اللہ دخل الجنة"۔</w:t>
      </w:r>
    </w:p>
    <w:p>
      <w:r>
        <w:rPr>
          <w:b/>
        </w:rPr>
        <w:t xml:space="preserve">[03:46] </w:t>
      </w:r>
      <w:r>
        <w:t>yahan par qala hai. ek aur hadith mein hai ke "man arfa allaha la ilaha illallah dakhla al jannah". to yahan qaul marifat ke mani mein hai.</w:t>
      </w:r>
    </w:p>
    <w:p>
      <w:pPr>
        <w:jc w:val="right"/>
      </w:pPr>
      <w:r>
        <w:t>یہاں پر قال ہے۔ ایک اور حدیث میں ہے کہ "من عرف اللہ لا الہ الا اللہ دخل الجنة"۔ تو یہاں قول معرفت کے معنی میں ہے۔</w:t>
      </w:r>
    </w:p>
    <w:p>
      <w:r>
        <w:rPr>
          <w:b/>
        </w:rPr>
        <w:t xml:space="preserve">[03:58] </w:t>
      </w:r>
      <w:r>
        <w:t>quran mein dekhiye, saatwein paray mein hai ke "mimma arrafu min al haqq". wahan eman ko marifat se ke word mein bayan kiya gaya hai.</w:t>
      </w:r>
    </w:p>
    <w:p>
      <w:pPr>
        <w:jc w:val="right"/>
      </w:pPr>
      <w:r>
        <w:t>قرآن میں دیکھیے، ساتویں پارے میں ہے کہ "مما عرفوا من الحق"۔ وہاں ایمان کو معرفت سے کے word میں بیان کیا گیا ہے۔</w:t>
      </w:r>
    </w:p>
    <w:p>
      <w:r>
        <w:rPr>
          <w:b/>
        </w:rPr>
        <w:t xml:space="preserve">[04:12] </w:t>
      </w:r>
      <w:r>
        <w:t>to marifat ke liye english mein koi equivalent nahi hai sahi maanon mein. koi bhi lafz nahi hai. marifat bohat hi deep meaning hai is ki.</w:t>
      </w:r>
    </w:p>
    <w:p>
      <w:pPr>
        <w:jc w:val="right"/>
      </w:pPr>
      <w:r>
        <w:t>تو معرفت کے لیے انگلش میں کوئی equivalent نہیں ہے صحیح معنوں میں۔ کوئی بھی لفظ نہیں ہے۔ معرفت بہت ہی deep meaning ہے اس کی۔</w:t>
      </w:r>
    </w:p>
    <w:p>
      <w:r>
        <w:rPr>
          <w:b/>
        </w:rPr>
        <w:t xml:space="preserve">[04:24] </w:t>
      </w:r>
      <w:r>
        <w:t>qareeb ki meaning is mein english mein aap keh sakte hain ke realization. coincidence bhi aap bol sakte hain lekin sab se qareeb jo word hai woh realization hai.</w:t>
      </w:r>
    </w:p>
    <w:p>
      <w:pPr>
        <w:jc w:val="right"/>
      </w:pPr>
      <w:r>
        <w:t>قریب کی meaning اس میں انگلش میں آپ کہہ سکتے ہیں کہ realization۔ Coincidence بھی آپ بول سکتے ہیں لیکن سب سے قریب جو word ہے وہ realization ہے۔</w:t>
      </w:r>
    </w:p>
    <w:p>
      <w:r>
        <w:rPr>
          <w:b/>
        </w:rPr>
        <w:t xml:space="preserve">[04:36] </w:t>
      </w:r>
      <w:r>
        <w:t>agarche marifat mein jo baat hai woh realization mein nahi aati. to english mein is ka poora concept maujood nahi hai.</w:t>
      </w:r>
    </w:p>
    <w:p>
      <w:pPr>
        <w:jc w:val="right"/>
      </w:pPr>
      <w:r>
        <w:t>اگرچہ معرفت میں جو بات ہے وہ realization میں نہیں آتی۔ تو انگلش میں اس کا پورا concept موجود نہیں ہے۔</w:t>
      </w:r>
    </w:p>
    <w:p>
      <w:r>
        <w:rPr>
          <w:b/>
        </w:rPr>
        <w:t xml:space="preserve">[04:47] </w:t>
      </w:r>
      <w:r>
        <w:t>to marifat ke literal meaning hai pehchanna. lekin pehchanna yahan bohat deep sense mein hai.</w:t>
      </w:r>
    </w:p>
    <w:p>
      <w:pPr>
        <w:jc w:val="right"/>
      </w:pPr>
      <w:r>
        <w:t>تو معرفت کے literal meaning ہے پہچاننا۔ لیکن پہچاننا یہاں بہت deep sense میں ہے۔</w:t>
      </w:r>
    </w:p>
    <w:p>
      <w:r>
        <w:rPr>
          <w:b/>
        </w:rPr>
        <w:t xml:space="preserve">[04:59] </w:t>
      </w:r>
      <w:r>
        <w:t>to pehle quran ki pehchan paida kiya in logon ne. yaani mind banaya. prepared mind banaya apne aap ko.</w:t>
      </w:r>
    </w:p>
    <w:p>
      <w:pPr>
        <w:jc w:val="right"/>
      </w:pPr>
      <w:r>
        <w:t>تو پہلے قرآن کی پہچان پیدا کیا ان لوگوں نے۔ یعنی mind بنایا۔ Prepared mind بنایا اپنے آپ کو۔</w:t>
      </w:r>
    </w:p>
    <w:p>
      <w:r>
        <w:rPr>
          <w:b/>
        </w:rPr>
        <w:t xml:space="preserve">[05:10] </w:t>
      </w:r>
      <w:r>
        <w:t>phir quran ko samajh paye woh.</w:t>
      </w:r>
    </w:p>
    <w:p>
      <w:pPr>
        <w:jc w:val="right"/>
      </w:pPr>
      <w:r>
        <w:t>پھر قرآن کو سمجھ پائے وہ۔</w:t>
      </w:r>
    </w:p>
    <w:p>
      <w:r>
        <w:rPr>
          <w:b/>
        </w:rPr>
        <w:t xml:space="preserve">[05:14] </w:t>
      </w:r>
      <w:r>
        <w:t>to is ko main ek misaal se, ek aur misaal se clear karunga ke india mein ek top ke scientist the, un ka naam tha C.V. Raman.</w:t>
      </w:r>
    </w:p>
    <w:p>
      <w:pPr>
        <w:jc w:val="right"/>
      </w:pPr>
      <w:r>
        <w:t>تو اس کو میں ایک مثال سے، ایک اور مثال سے clear کروں گا کہ انڈیا میں ایک top کے scientist تھے، ان کا نام تھا سی وی رمن۔</w:t>
      </w:r>
    </w:p>
    <w:p>
      <w:r>
        <w:rPr>
          <w:b/>
        </w:rPr>
        <w:t xml:space="preserve">[05:26] </w:t>
      </w:r>
      <w:r>
        <w:t>1910 mein un ki death hui, nineteen ten mein. un ko physics ka Nobel Prize mila tha.</w:t>
      </w:r>
    </w:p>
    <w:p>
      <w:pPr>
        <w:jc w:val="right"/>
      </w:pPr>
      <w:r>
        <w:t>انیس سو دس میں ان کی death ہوئی، nineteen ten میں۔ ان کو physics کا Nobel Prize ملا تھا۔</w:t>
      </w:r>
    </w:p>
    <w:p>
      <w:r>
        <w:rPr>
          <w:b/>
        </w:rPr>
        <w:t xml:space="preserve">[05:37] </w:t>
      </w:r>
      <w:r>
        <w:t>to kisi ne kaha un se ke scientist log jo hote hain, un ka koi kamal nahi hai. jo discoveries hain, jo inventions hain, woh to bas achaanak hote hain, by accident.</w:t>
      </w:r>
    </w:p>
    <w:p>
      <w:pPr>
        <w:jc w:val="right"/>
      </w:pPr>
      <w:r>
        <w:t>تو کسی نے کہا ان سے کہ scientist لوگ جو ہوتے ہیں، ان کا کوئی کمال نہیں ہے۔ جو discoveries ہیں، جو inventions ہیں، وہ تو بس اچانک ہوتے ہیں، by accident۔</w:t>
      </w:r>
    </w:p>
    <w:p>
      <w:r>
        <w:rPr>
          <w:b/>
        </w:rPr>
        <w:t xml:space="preserve">[05:54] </w:t>
      </w:r>
      <w:r>
        <w:t>ke ek scientist apni laboratory mein kuch test kar raha hai, phir kuch flash hua. us se us ne samjha ke yahan par falan cheez paai jaati hai.</w:t>
      </w:r>
    </w:p>
    <w:p>
      <w:pPr>
        <w:jc w:val="right"/>
      </w:pPr>
      <w:r>
        <w:t>کہ ایک scientist اپنی laboratory میں کچھ test کر رہا ہے، پھر کچھ flash ہوا۔ اس سے اس نے سمجھا کہ یہاں پر فلاں چیز پائی جاتی ہے۔</w:t>
      </w:r>
    </w:p>
    <w:p>
      <w:r>
        <w:rPr>
          <w:b/>
        </w:rPr>
        <w:t xml:space="preserve">[06:06] </w:t>
      </w:r>
      <w:r>
        <w:t>to yeh by accident hota hai. by way of accident. to Raman ne jawab diya is ka ke "Yes, but this accident</w:t>
      </w:r>
    </w:p>
    <w:p>
      <w:pPr>
        <w:jc w:val="right"/>
      </w:pPr>
      <w:r>
        <w:t>تو یہ by accident ہوتا ہے۔ By way of accident۔ تو رمن نے جواب دیا اس کا کہ "Yes, but this accident</w:t>
      </w:r>
    </w:p>
    <w:p>
      <w:r>
        <w:rPr>
          <w:b/>
        </w:rPr>
        <w:t xml:space="preserve">[06:23] </w:t>
      </w:r>
      <w:r>
        <w:t>happens only to a scientific mind". ke tum theek kehte ho lekin aisa accident, aisa ittefaq sirf ek scientific mind ke sath hi paish aata hai.</w:t>
      </w:r>
    </w:p>
    <w:p>
      <w:pPr>
        <w:jc w:val="right"/>
      </w:pPr>
      <w:r>
        <w:t>happens only to a scientific mind"۔ کہ تم ٹھیک کہتے ہو لیکن ایسا accident، ایسا اتفاق صرف ایک scientific mind کے ساتھ ہی پیش آتا ہے۔</w:t>
      </w:r>
    </w:p>
    <w:p>
      <w:r>
        <w:rPr>
          <w:b/>
        </w:rPr>
        <w:t xml:space="preserve">[06:42] </w:t>
      </w:r>
      <w:r>
        <w:t>yeh bohat hi meaningful jawab tha is ka. to ek prepared mind hi is qabil hota hai ke woh kisi baat ko samjhe.</w:t>
      </w:r>
    </w:p>
    <w:p>
      <w:pPr>
        <w:jc w:val="right"/>
      </w:pPr>
      <w:r>
        <w:t>یہ بہت ہی meaningful جواب تھا اس کا۔ تو ایک prepared mind ہی اس قابل ہوتا ہے کہ وہ کسی بات کو سمجھے۔</w:t>
      </w:r>
    </w:p>
    <w:p>
      <w:r>
        <w:rPr>
          <w:b/>
        </w:rPr>
        <w:t xml:space="preserve">[06:52] </w:t>
      </w:r>
      <w:r>
        <w:t>to quran se pehle unhon ne apne mind ko prepare kiya.</w:t>
      </w:r>
    </w:p>
    <w:p>
      <w:pPr>
        <w:jc w:val="right"/>
      </w:pPr>
      <w:r>
        <w:t>تو قرآن سے پہلے انہوں نے اپنے mind کو prepare کیا۔</w:t>
      </w:r>
    </w:p>
    <w:p>
      <w:r>
        <w:rPr>
          <w:b/>
        </w:rPr>
        <w:t xml:space="preserve">[07:00] </w:t>
      </w:r>
      <w:r>
        <w:t>First of all, they prepared their mind.</w:t>
      </w:r>
    </w:p>
    <w:p>
      <w:pPr>
        <w:jc w:val="right"/>
      </w:pPr>
      <w:r>
        <w:t>First of all, they prepared their mind.</w:t>
      </w:r>
    </w:p>
    <w:p>
      <w:r>
        <w:rPr>
          <w:b/>
        </w:rPr>
        <w:t xml:space="preserve">[07:05] </w:t>
      </w:r>
      <w:r>
        <w:t>Then they learned quran. yeh matlab hai is ka. ke rasool Allah (SAW) ke paas reh kar ke unhon ne pehle apna mind banaya, apni soch banai.</w:t>
      </w:r>
    </w:p>
    <w:p>
      <w:pPr>
        <w:jc w:val="right"/>
      </w:pPr>
      <w:r>
        <w:t>Then they learned قرآن۔ یہ مطلب ہے اس کا۔ کہ رسول اللہ صلى الله عليه وسلم کے پاس رہ کر کے انہوں نے پہلے اپنا mind بنایا، اپنی سوچ بنائی۔</w:t>
      </w:r>
    </w:p>
    <w:p>
      <w:r>
        <w:rPr>
          <w:b/>
        </w:rPr>
        <w:t xml:space="preserve">[07:17] </w:t>
      </w:r>
      <w:r>
        <w:t>apne ko deconditioned kiya.</w:t>
      </w:r>
    </w:p>
    <w:p>
      <w:pPr>
        <w:jc w:val="right"/>
      </w:pPr>
      <w:r>
        <w:t>اپنے کو deconditioned کیا۔</w:t>
      </w:r>
    </w:p>
    <w:p>
      <w:r>
        <w:rPr>
          <w:b/>
        </w:rPr>
        <w:t xml:space="preserve">[07:22] </w:t>
      </w:r>
      <w:r>
        <w:t>to jab woh prepared mind ho chuke, tab jab quran parha unhon ne to sab samajh mein aata chala gaya. yeh hai natural process.</w:t>
      </w:r>
    </w:p>
    <w:p>
      <w:pPr>
        <w:jc w:val="right"/>
      </w:pPr>
      <w:r>
        <w:t>تو جب وہ prepared mind ہو چکے، تب جب قرآن پڑھا انہوں نے تو سب سمجھ میں آتا چلا گیا۔ یہ ہے natural process۔</w:t>
      </w:r>
    </w:p>
    <w:p>
      <w:r>
        <w:rPr>
          <w:b/>
        </w:rPr>
        <w:t xml:space="preserve">[07:34] </w:t>
      </w:r>
      <w:r>
        <w:t>lekin kaisi ajeeb baat hai ke isi baat ko log nahi jante. jo hadith mein maujood hai.</w:t>
      </w:r>
    </w:p>
    <w:p>
      <w:pPr>
        <w:jc w:val="right"/>
      </w:pPr>
      <w:r>
        <w:t>لیکن کیسی عجیب بات ہے کہ اسی بات کو لوگ نہیں جانتے۔ جو حدیث میں موجود ہے۔</w:t>
      </w:r>
    </w:p>
    <w:p>
      <w:r>
        <w:rPr>
          <w:b/>
        </w:rPr>
        <w:t xml:space="preserve">[07:42] </w:t>
      </w:r>
      <w:r>
        <w:t>pichhle so baras se musalmanon mein bohat sari movement chali hai. quran parho, quran parho, quran parho. is ki beginning yahan se hui lekin result kuch nahi.</w:t>
      </w:r>
    </w:p>
    <w:p>
      <w:pPr>
        <w:jc w:val="right"/>
      </w:pPr>
      <w:r>
        <w:t>پچھلے سو برس سے مسلمانوں میں بہت ساری movement چلی ہے۔ قرآن پڑھو، قرآن پڑھو، قرآن پڑھو۔ اس کی beginning یہاں سے ہوئی لیکن result کچھ نہیں۔</w:t>
      </w:r>
    </w:p>
    <w:p>
      <w:r>
        <w:rPr>
          <w:b/>
        </w:rPr>
        <w:t xml:space="preserve">[07:57] </w:t>
      </w:r>
      <w:r>
        <w:t>kuch bhi result nahi. kitne logon se maine poocha jo ke quran ka dars dete hain. lambe lambe, barson baras dars dete hain.</w:t>
      </w:r>
    </w:p>
    <w:p>
      <w:pPr>
        <w:jc w:val="right"/>
      </w:pPr>
      <w:r>
        <w:t>کچھ بھی result نہیں۔ کتنے لوگوں سے میں نے پوچھا جو کہ قرآن کا درس دیتے ہیں۔ لمبے لمبے، برسوں برس درس دیتے ہیں۔</w:t>
      </w:r>
    </w:p>
    <w:p>
      <w:r>
        <w:rPr>
          <w:b/>
        </w:rPr>
        <w:t xml:space="preserve">[08:07] </w:t>
      </w:r>
      <w:r>
        <w:t>un se poocha ke yeh bataiye ke quran se aap ki apni personality mein kya change aaya? kuch bata nahi sake woh.</w:t>
      </w:r>
    </w:p>
    <w:p>
      <w:pPr>
        <w:jc w:val="right"/>
      </w:pPr>
      <w:r>
        <w:t>ان سے پوچھا کہ یہ بتائیے کہ قرآن سے آپ کی اپنی personality میں کیا change آیا؟ کچھ بتا نہیں سکے وہ۔</w:t>
      </w:r>
    </w:p>
    <w:p>
      <w:r>
        <w:rPr>
          <w:b/>
        </w:rPr>
        <w:t xml:space="preserve">[08:18] </w:t>
      </w:r>
      <w:r>
        <w:t>yani quran ka dars deta hai ek aadmi pachees saal se. aur us se poocha gaya ke tumhari apni zindagi mein kya change aaya woh batao.</w:t>
      </w:r>
    </w:p>
    <w:p>
      <w:pPr>
        <w:jc w:val="right"/>
      </w:pPr>
      <w:r>
        <w:t>یعنی قرآن کا درس دیتا ہے ایک آدمی پچیس سال سے۔ اور اس سے پوچھا گیا کہ تمہاری اپنی زندگی میں کیا change آیا وہ بتاؤ۔</w:t>
      </w:r>
    </w:p>
    <w:p>
      <w:r>
        <w:rPr>
          <w:b/>
        </w:rPr>
        <w:t xml:space="preserve">[08:27] </w:t>
      </w:r>
      <w:r>
        <w:t>to kuch un ke paas is ka jawab nahi tha. phir us se poocha ke yeh bataiye ke quran ka gist kya hai? quran ka khulasa kya hai?</w:t>
      </w:r>
    </w:p>
    <w:p>
      <w:pPr>
        <w:jc w:val="right"/>
      </w:pPr>
      <w:r>
        <w:t>تو کچھ ان کے پاس اس کا جواب نہیں تھا۔ پھر اس سے پوچھا کہ یہ بتائیے کہ قرآن کا gist کیا ہے؟ قرآن کا خلاصہ کیا ہے؟</w:t>
      </w:r>
    </w:p>
    <w:p>
      <w:r>
        <w:rPr>
          <w:b/>
        </w:rPr>
        <w:t xml:space="preserve">[08:37] </w:t>
      </w:r>
      <w:r>
        <w:t>is ka bhi un ke paas koi jawab nahi tha. to dars mein kya hota hai, mein yahan se le kar america tak dekha hai mein ne. kuch aayatein padhein ge, us ke baad ek lecture dena shuru kar dein ge.</w:t>
      </w:r>
    </w:p>
    <w:p>
      <w:pPr>
        <w:jc w:val="right"/>
      </w:pPr>
      <w:r>
        <w:t>اس کا بھی ان کے پاس کوئی جواب نہیں تھا۔ تو درس میں کیا ہوتا ہے، میں یہاں سے لے کر امریکہ تک دیکھا ہے میں نے۔ کچھ آیتیں پڑھیں گے، اس کے بعد ایک lecture دینا شروع کر دیں گے۔</w:t>
      </w:r>
    </w:p>
    <w:p>
      <w:r>
        <w:rPr>
          <w:b/>
        </w:rPr>
        <w:t xml:space="preserve">[08:49] </w:t>
      </w:r>
      <w:r>
        <w:t>ek hawai lecture. kuch aayatein padhein ge, ek hawai lecture shuru kar dete hain. lekin un aayaton se koi maani matlab nahi hota.</w:t>
      </w:r>
    </w:p>
    <w:p>
      <w:pPr>
        <w:jc w:val="right"/>
      </w:pPr>
      <w:r>
        <w:t>ایک ہوائی lecture۔ کچھ آیتیں پڑھیں گے، ایک ہوائی lecture شروع کر دیتے ہیں۔ لیکن ان آیتوں سے کوئی معنی مطلب نہیں ہوتا۔</w:t>
      </w:r>
    </w:p>
    <w:p>
      <w:r>
        <w:rPr>
          <w:b/>
        </w:rPr>
        <w:t xml:space="preserve">[09:00] </w:t>
      </w:r>
      <w:r>
        <w:t>to yeh quran ka is qism ka dars ka koi faida nahi hai. mein aap ko misaal deta hoon kuch.</w:t>
      </w:r>
    </w:p>
    <w:p>
      <w:pPr>
        <w:jc w:val="right"/>
      </w:pPr>
      <w:r>
        <w:t>تو یہ قرآن کا اس قسم کا درس کا کوئی فائدہ نہیں ہے۔ میں آپ کو مثال دیتا ہوں کچھ۔</w:t>
      </w:r>
    </w:p>
    <w:p>
      <w:r>
        <w:rPr>
          <w:b/>
        </w:rPr>
        <w:t xml:space="preserve">[09:11] </w:t>
      </w:r>
      <w:r>
        <w:t>dekhiye, deoband ke bohat bare aalim they, scholar. un ka naam tha maulana mahmood hasan. un ko sheikh ul hind kaha jata hai.</w:t>
      </w:r>
    </w:p>
    <w:p>
      <w:pPr>
        <w:jc w:val="right"/>
      </w:pPr>
      <w:r>
        <w:t>دیکھیے، دیوبند کے بہت بڑے عالم تھے، scholar۔ ان کا نام تھا مولانا محمود حسن۔ ان کو شیخ الہند کہا جاتا ہے۔</w:t>
      </w:r>
    </w:p>
    <w:p>
      <w:r>
        <w:rPr>
          <w:b/>
        </w:rPr>
        <w:t xml:space="preserve">[09:22] </w:t>
      </w:r>
      <w:r>
        <w:t>top ke aalim they woh. to athara so satavan mein jo ulama ne british government ke khilaf revolt kiya tha, jis ko angrezon ne mutiny kaha, mutiny.</w:t>
      </w:r>
    </w:p>
    <w:p>
      <w:pPr>
        <w:jc w:val="right"/>
      </w:pPr>
      <w:r>
        <w:t>ٹاپ کے عالم تھے وہ۔ تو اٹھارہ سو ستاون میں جو علماء نے برٹش government کے خلاف revolt کیا تھا، جس کو انگریزوں نے mutiny کہا، mutiny۔</w:t>
      </w:r>
    </w:p>
    <w:p>
      <w:r>
        <w:rPr>
          <w:b/>
        </w:rPr>
        <w:t xml:space="preserve">[09:38] </w:t>
      </w:r>
      <w:r>
        <w:t>to is mein woh direct tor par involve thay. phir angrezon ne pakra un ko aur malta bhej diya.</w:t>
      </w:r>
    </w:p>
    <w:p>
      <w:pPr>
        <w:jc w:val="right"/>
      </w:pPr>
      <w:r>
        <w:t>تو اس میں وہ direct طور پر involve تھے۔ پھر انگریزوں نے پکڑا ان کو اور مالٹا بھیج دیا۔</w:t>
      </w:r>
    </w:p>
    <w:p>
      <w:r>
        <w:rPr>
          <w:b/>
        </w:rPr>
        <w:t xml:space="preserve">[09:48] </w:t>
      </w:r>
      <w:r>
        <w:t>to malta mein woh qaid rahay. mein malta gaya tha ek safar mein, ek conference mein. to bohat dhoonda mein ne ke woh kahan teen saal tak rahay thay woh.</w:t>
      </w:r>
    </w:p>
    <w:p>
      <w:pPr>
        <w:jc w:val="right"/>
      </w:pPr>
      <w:r>
        <w:t>تو مالٹا میں وہ قید رہے۔ میں مالٹا گیا تھا ایک سفر میں، ایک conference میں۔ تو بہت ڈھونڈا میں نے کہ وہ کہاں تین سال تک رہے تھے وہ۔</w:t>
      </w:r>
    </w:p>
    <w:p>
      <w:r>
        <w:rPr>
          <w:b/>
        </w:rPr>
        <w:t xml:space="preserve">[09:58] </w:t>
      </w:r>
      <w:r>
        <w:t>to woh jagah mujhe mili nahi. to behrhaal teen saal tak woh rahay. phir un ko chora gaya.</w:t>
      </w:r>
    </w:p>
    <w:p>
      <w:pPr>
        <w:jc w:val="right"/>
      </w:pPr>
      <w:r>
        <w:t>تو وہ جگہ مجھے ملی نہیں۔ تو بہرحال تین سال تک وہ رہے۔ پھر ان کو چھوڑا گیا۔</w:t>
      </w:r>
    </w:p>
    <w:p>
      <w:r>
        <w:rPr>
          <w:b/>
        </w:rPr>
        <w:t xml:space="preserve">[10:08] </w:t>
      </w:r>
      <w:r>
        <w:t>chhor kar aaye to woh tha nineteen twenty, unnees so bees. unnees bees mein woh wahan se wapas ho kar deoband aaye.</w:t>
      </w:r>
    </w:p>
    <w:p>
      <w:pPr>
        <w:jc w:val="right"/>
      </w:pPr>
      <w:r>
        <w:t>چھوڑ کر آئے تو وہ تھا nineteen twenty، انیس سو بیس۔ انیس بیس میں وہ وہاں سے واپس ہو کر دیوبند آئے۔</w:t>
      </w:r>
    </w:p>
    <w:p>
      <w:r>
        <w:rPr>
          <w:b/>
        </w:rPr>
        <w:t xml:space="preserve">[10:18] </w:t>
      </w:r>
      <w:r>
        <w:t>to deoband mein ulama sab akhatta hue. yeh baat likhi hai un ke bohat hi khaas shagird mufti shafi sahib ne.</w:t>
      </w:r>
    </w:p>
    <w:p>
      <w:pPr>
        <w:jc w:val="right"/>
      </w:pPr>
      <w:r>
        <w:t>تو دیوبند میں علماء سب اکٹھا ہوئے۔ یہ بات لکھی ہے ان کے بہت ہی خاص شاگرد مفتی شفیع صاحب نے۔</w:t>
      </w:r>
    </w:p>
    <w:p>
      <w:r>
        <w:rPr>
          <w:b/>
        </w:rPr>
        <w:t xml:space="preserve">[10:29] </w:t>
      </w:r>
      <w:r>
        <w:t>jinho ne khud bhi tafseer likhi hai quran majeed ki. to jab akhatta hue sab log to sheikh ul hind sahib ne, maulana mahmood hasan sahib ne kaha ke mein malta ki tanhaiyon mein ne bohat socha, bohat socha ke kya karna chahiye.</w:t>
      </w:r>
    </w:p>
    <w:p>
      <w:pPr>
        <w:jc w:val="right"/>
      </w:pPr>
      <w:r>
        <w:t>جنہوں نے خود بھی تفسیر لکھی ہے قرآن مجید کی۔ تو جب اکٹھا ہوئے سب لوگ تو شیخ الہند صاحب نے، مولانا محمود حسن صاحب نے کہا کہ میں مالٹا کی تنہائیوں میں نے بہت سوچا، بہت سوچا کہ کیا کرنا چاہیے۔</w:t>
      </w:r>
    </w:p>
    <w:p>
      <w:r>
        <w:rPr>
          <w:b/>
        </w:rPr>
        <w:t xml:space="preserve">[10:47] </w:t>
      </w:r>
      <w:r>
        <w:t>to wahan se ab mein yeh le kar aaya hoon, yeh baat. ke hamein quran ko phailana hai. quran ko nadra parhwaiya jaye, har masjid mein quran ka dars diya jaye, har masjid mein.</w:t>
      </w:r>
    </w:p>
    <w:p>
      <w:pPr>
        <w:jc w:val="right"/>
      </w:pPr>
      <w:r>
        <w:t>تو وہاں سے اب میں یہ لے کر آیا ہوں، یہ بات۔ کہ ہمیں قرآن کو پھیلانا ہے۔ قرآن کو نادرہ پڑھوایا جائے، ہر مسجد میں قرآن کا درس دیا جائے، ہر مسجد میں۔</w:t>
      </w:r>
    </w:p>
    <w:p>
      <w:r>
        <w:rPr>
          <w:b/>
        </w:rPr>
        <w:t xml:space="preserve">[11:04] </w:t>
      </w:r>
      <w:r>
        <w:t>yeh unho ne kahi thi baat nineteen twenty mein. aur phir yeh itna phail hi gayi ke india mein aap jis masjid mein jayen wahan dars quran hota hai. nineteen twenty se le kar aaj tak.</w:t>
      </w:r>
    </w:p>
    <w:p>
      <w:pPr>
        <w:jc w:val="right"/>
      </w:pPr>
      <w:r>
        <w:t>یہ انہوں نے کہی تھی بات nineteen twenty میں۔ اور پھر یہ اتنا پھیل ہی گئی کہ انڈیا میں آپ جس مسجد میں جائیں وہاں درس قرآن ہوتا ہے۔ nineteen twenty سے لے کر آج تک۔</w:t>
      </w:r>
    </w:p>
    <w:p>
      <w:r>
        <w:rPr>
          <w:b/>
        </w:rPr>
        <w:t xml:space="preserve">[11:18] </w:t>
      </w:r>
      <w:r>
        <w:t>lekin result kuch nahi. mein abhi bataoon ga ke mein kyun kehta hoon ke result kuch nahi. aise hi iqbal jo thay, jin ki death hui nineteen thirty-eight mein.</w:t>
      </w:r>
    </w:p>
    <w:p>
      <w:pPr>
        <w:jc w:val="right"/>
      </w:pPr>
      <w:r>
        <w:t>لیکن result کچھ نہیں۔ میں ابھی بتاؤں گا کہ میں کیوں کہتا ہوں کہ result کچھ نہیں۔ ایسے ہی اقبال جو تھے، جن کی death ہوئی nineteen thirty-eight میں۔</w:t>
      </w:r>
    </w:p>
    <w:p>
      <w:r>
        <w:rPr>
          <w:b/>
        </w:rPr>
        <w:t xml:space="preserve">[11:30] </w:t>
      </w:r>
      <w:r>
        <w:t>isi zamanay mein unho ne punjab mein yahi tehreek shuru ki. quran ki tehreek. to unho ne wahan par ek adara qaim kiya tha.</w:t>
      </w:r>
    </w:p>
    <w:p>
      <w:pPr>
        <w:jc w:val="right"/>
      </w:pPr>
      <w:r>
        <w:t>اسی زمانے میں انہوں نے پنجاب میں یہی تحریک شروع کی۔ قرآن کی تحریک۔ تو انہوں نے وہاں پر ایک ادارہ قائم کیا تھا۔</w:t>
      </w:r>
    </w:p>
    <w:p>
      <w:r>
        <w:rPr>
          <w:b/>
        </w:rPr>
        <w:t xml:space="preserve">[11:42] </w:t>
      </w:r>
      <w:r>
        <w:t>ghaliban is ka naam dar ul islam tha. to quran ka tarjuma, quran ka dars, yeh sab phailana. to woh shuru kiya unho ne.</w:t>
      </w:r>
    </w:p>
    <w:p>
      <w:pPr>
        <w:jc w:val="right"/>
      </w:pPr>
      <w:r>
        <w:t>غالباً اس کا نام دارالاسلام تھا۔ تو قرآن کا ترجمہ، قرآن کا درس، یہ سب پھیلانا۔ تو وہ شروع کیا انہوں نے۔</w:t>
      </w:r>
    </w:p>
    <w:p>
      <w:r>
        <w:rPr>
          <w:b/>
        </w:rPr>
        <w:t xml:space="preserve">[11:53] </w:t>
      </w:r>
      <w:r>
        <w:t>is ka abhi koi result nahi hai. to pakistan walay area mein iqbal ne, india walay area mein maulana mahmood hasan sahib ne yeh tehreek shuru ki.</w:t>
      </w:r>
    </w:p>
    <w:p>
      <w:pPr>
        <w:jc w:val="right"/>
      </w:pPr>
      <w:r>
        <w:t>اس کا ابھی کوئی result نہیں ہے۔ تو پاکستان والے area میں اقبال نے، انڈیا والے area میں مولانا محمود حسن صاحب نے یہ تحریک شروع کی۔</w:t>
      </w:r>
    </w:p>
    <w:p>
      <w:r>
        <w:rPr>
          <w:b/>
        </w:rPr>
        <w:t xml:space="preserve">[12:02] </w:t>
      </w:r>
      <w:r>
        <w:t>dars quran ki. har masjid mein, har madrase mein dars quran hone laga. lekin in terms of result kuch nahi hai, kuch nahi hai, kuch nahi hai.</w:t>
      </w:r>
    </w:p>
    <w:p>
      <w:pPr>
        <w:jc w:val="right"/>
      </w:pPr>
      <w:r>
        <w:t>درس قرآن کی۔ ہر مسجد میں، ہر مدرسے میں درس قرآن ہونے لگا۔ لیکن in terms of result کچھ نہیں ہے، کچھ نہیں ہے، کچھ نہیں ہے۔</w:t>
      </w:r>
    </w:p>
    <w:p>
      <w:r>
        <w:rPr>
          <w:b/>
        </w:rPr>
        <w:t xml:space="preserve">[12:14] </w:t>
      </w:r>
      <w:r>
        <w:t>ab mein kuch misalein deta hoon kyun mein aisa kehta hoon. yeh log quran. sab se pehla jo tha maulana mahmood hasan sahib ka kaam woh yeh tha ke unho ne jahan se start lena tha, naya start, woh wahan se start hi le liya unho ne.</w:t>
      </w:r>
    </w:p>
    <w:p>
      <w:pPr>
        <w:jc w:val="right"/>
      </w:pPr>
      <w:r>
        <w:t>اب میں کچھ مثالیں دیتا ہوں کیوں میں ایسا کہتا ہوں۔ یہ لوگ قرآن۔ سب سے پہلا جو تھا مولانا محمود حسن صاحب کا کام وہ یہ تھا کہ انہوں نے جہاں سے start لینا تھا، نیا start، وہ وہاں سے start ہی لے لیا انہوں نے۔</w:t>
      </w:r>
    </w:p>
    <w:p>
      <w:r>
        <w:rPr>
          <w:b/>
        </w:rPr>
        <w:t xml:space="preserve">[12:33] </w:t>
      </w:r>
      <w:r>
        <w:t>un ko kehna chahiye tha ke jab hum gaye wahan malta mein to hum ne reassess kiya. Reassess.</w:t>
      </w:r>
    </w:p>
    <w:p>
      <w:pPr>
        <w:jc w:val="right"/>
      </w:pPr>
      <w:r>
        <w:t>ان کو کہنا چاہیے تھا کہ جب ہم گئے وہاں مالٹا میں تو ہم نے reassess کیا۔ Reassess۔</w:t>
      </w:r>
    </w:p>
    <w:p>
      <w:r>
        <w:rPr>
          <w:b/>
        </w:rPr>
        <w:t xml:space="preserve">[12:42] </w:t>
      </w:r>
      <w:r>
        <w:t>ke hum ne, sare ulama ne, sawa lakh ulama kaha jata hai ke angrezon ne shaheed kar diya, maar dala. sawa lakh. to hum ne itni qurbaniyan dein.</w:t>
      </w:r>
    </w:p>
    <w:p>
      <w:pPr>
        <w:jc w:val="right"/>
      </w:pPr>
      <w:r>
        <w:t>کہ ہم نے، سارے علماء نے، سوا لاکھ علماء کہا جاتا ہے کہ انگریزوں نے شہید کر دیا، مار ڈالا۔ سوا لاکھ۔ تو ہم نے اتنی قربانیاں دیں۔</w:t>
      </w:r>
    </w:p>
    <w:p>
      <w:r>
        <w:rPr>
          <w:b/>
        </w:rPr>
        <w:t xml:space="preserve">[12:52] </w:t>
      </w:r>
      <w:r>
        <w:t>sare mukhliseen thay, sath namaz walay thay. to quran ne likha hai ke "لَيَنْصُرَنَّ اللَّهُ مَنْ يَنْصُرُهُ".</w:t>
      </w:r>
    </w:p>
    <w:p>
      <w:pPr>
        <w:jc w:val="right"/>
      </w:pPr>
      <w:r>
        <w:t>سارے مخلصین تھے، ساتھ نماز والے تھے۔ تو قرآن نے لکھا ہے کہ "لَيَنْصُرَنَّ اللَّهُ مَنْ يَنْصُرُهُ"۔</w:t>
      </w:r>
    </w:p>
    <w:p>
      <w:r>
        <w:rPr>
          <w:b/>
        </w:rPr>
        <w:t xml:space="preserve">[13:00] </w:t>
      </w:r>
      <w:r>
        <w:t>jo khuda ke deen ka kaam karega to khuda is ki zaroor hi madad karega.</w:t>
      </w:r>
    </w:p>
    <w:p>
      <w:pPr>
        <w:jc w:val="right"/>
      </w:pPr>
      <w:r>
        <w:t>جو خدا کے دین کا کام کرے گا تو خدا اس کی ضرور ہی مدد کرے گا۔</w:t>
      </w:r>
    </w:p>
    <w:p>
      <w:r>
        <w:rPr>
          <w:b/>
        </w:rPr>
        <w:t xml:space="preserve">[13:07] </w:t>
      </w:r>
      <w:r>
        <w:t>quran mein yeh baat hai kai jagah. "wa layansurannallahu man yansuruhu". jo aadmi khuda ke deen ki madad karega to khuda zaroor is ki madad karega.</w:t>
      </w:r>
    </w:p>
    <w:p>
      <w:pPr>
        <w:jc w:val="right"/>
      </w:pPr>
      <w:r>
        <w:t>قرآن میں یہ بات ہے کئی جگہ۔ "وَلَيَنْصُرَنَّ اللَّهُ مَنْ يَنْصُرُهُ"۔ جو آدمی خدا کے دین کی مدد کرے گا تو خدا ضرور اس کی مدد کرے گا۔</w:t>
      </w:r>
    </w:p>
    <w:p>
      <w:r>
        <w:rPr>
          <w:b/>
        </w:rPr>
        <w:t xml:space="preserve">[13:19] </w:t>
      </w:r>
      <w:r>
        <w:t>to woh yeh kehte hain ke maine reassess kiya, phir se socha. ke hum to deen ke liye uthe the, khuda ke deen ke liye uthe the. to wahan madad kyun nahi hui hamari?</w:t>
      </w:r>
    </w:p>
    <w:p>
      <w:pPr>
        <w:jc w:val="right"/>
      </w:pPr>
      <w:r>
        <w:t>تو وہ یہ کہتے ہیں کہ میں نے reassess کیا، پھر سے سوچا۔ کہ ہم تو دین کے لیے اٹھے تھے، خدا کے دین کے لیے اٹھے تھے۔ تو وہاں مدد کیوں نہیں ہوئی ہماری؟</w:t>
      </w:r>
    </w:p>
    <w:p>
      <w:r>
        <w:rPr>
          <w:b/>
        </w:rPr>
        <w:t xml:space="preserve">[13:29] </w:t>
      </w:r>
      <w:r>
        <w:t>kyun hum haare aur angrez jeete? sochna yahan se tha in ko. lekin soch kahan se rahe keh rahe hain ke quran ko phailao.</w:t>
      </w:r>
    </w:p>
    <w:p>
      <w:pPr>
        <w:jc w:val="right"/>
      </w:pPr>
      <w:r>
        <w:t>کیوں ہم ہارے اور انگریز جیتے؟ سوچنا یہاں سے تھا ان کو۔ لیکن سوچ کہاں سے رہے کہہ رہے ہیں کہ قرآن کو پھیلاؤ۔</w:t>
      </w:r>
    </w:p>
    <w:p>
      <w:r>
        <w:rPr>
          <w:b/>
        </w:rPr>
        <w:t xml:space="preserve">[13:42] </w:t>
      </w:r>
      <w:r>
        <w:t>woh sochte hain ke main to quran khud to doosron mein phailane ko keh raha hoon. main to parha hua hoon quran ko. main ne khud quran ka tarjuma kiya hai. yaani woh jis quran ko doosron mein parhwana chahte the, phailana chahte the, us quran ko khud to parh rakha tha unhon ne.</w:t>
      </w:r>
    </w:p>
    <w:p>
      <w:pPr>
        <w:jc w:val="right"/>
      </w:pPr>
      <w:r>
        <w:t>وہ سوچتے ہیں کہ میں تو قرآن خود تو دوسروں میں پھیلانے کو کہہ رہا ہوں۔ میں تو پڑھا ہوا ہوں قرآن کو۔ میں نے خود قرآن کا ترجمہ کیا ہے۔ یعنی وہ جس قرآن کو دوسروں میں پڑھوانا چاہتے تھے، پھیلانا چاہتے تھے، اس قرآن کو خود تو پڑھ رکھا تھا انہوں نے۔</w:t>
      </w:r>
    </w:p>
    <w:p>
      <w:r>
        <w:rPr>
          <w:b/>
        </w:rPr>
        <w:t xml:space="preserve">[13:59] </w:t>
      </w:r>
      <w:r>
        <w:t>quran ka tarjuma aur tashreeh likhi thi unhon ne. to mujhe agar nahi mila quran parh kar, yeh bhi kuch doosron ko kaise mil jayega?</w:t>
      </w:r>
    </w:p>
    <w:p>
      <w:pPr>
        <w:jc w:val="right"/>
      </w:pPr>
      <w:r>
        <w:t>قرآن کا ترجمہ اور تشریح لکھی تھی انہوں نے۔ تو مجھے اگر نہیں ملا قرآن پڑھ کر، یہ بھی کچھ دوسروں کو کیسے مل جائے گا؟</w:t>
      </w:r>
    </w:p>
    <w:p>
      <w:r>
        <w:rPr>
          <w:b/>
        </w:rPr>
        <w:t xml:space="preserve">[14:10] </w:t>
      </w:r>
      <w:r>
        <w:t>to unhein reassess karna chahiye tha, revise karna chahiye tha. phir se sochna chahiye tha saare mamle ko. yeh sab to nahi kiya unhon ne.</w:t>
      </w:r>
    </w:p>
    <w:p>
      <w:pPr>
        <w:jc w:val="right"/>
      </w:pPr>
      <w:r>
        <w:t>تو انہیں reassess کرنا چاہیے تھا، revise کرنا چاہیے تھا۔ پھر سے سوچنا چاہیے تھا سارے معاملے کو۔ یہ سب تو نہیں کیا انہوں نے۔</w:t>
      </w:r>
    </w:p>
    <w:p>
      <w:r>
        <w:rPr>
          <w:b/>
        </w:rPr>
        <w:t xml:space="preserve">[14:21] </w:t>
      </w:r>
      <w:r>
        <w:t>kya keh diya ke logon ko quran parhwao. aur koi yeh nahi tha poochne wala ke aap ne to khud quran parha tha. to aap ko kya mila is se?</w:t>
      </w:r>
    </w:p>
    <w:p>
      <w:pPr>
        <w:jc w:val="right"/>
      </w:pPr>
      <w:r>
        <w:t>کیا کہہ دیا کہ لوگوں کو قرآن پڑھواؤ۔ اور کوئی یہ نہیں تھا پوچھنے والا کہ آپ نے تو خود قرآن پڑھا تھا۔ تو آپ کو کیا ملا اس سے؟</w:t>
      </w:r>
    </w:p>
    <w:p>
      <w:r>
        <w:rPr>
          <w:b/>
        </w:rPr>
        <w:t xml:space="preserve">[14:32] </w:t>
      </w:r>
      <w:r>
        <w:t>ek aisi tehreek chala di aap ne jis mein saare ulma maar daale gaye. aur sirf ulma ko maar daalne ki baat nahi hai. tab se musalmanon ko le liya angrezon ne hit list mein.</w:t>
      </w:r>
    </w:p>
    <w:p>
      <w:pPr>
        <w:jc w:val="right"/>
      </w:pPr>
      <w:r>
        <w:t>ایک ایسی تحریک چلا دی آپ نے جس میں سارے علماء مار ڈالے گئے۔ اور صرف علماء کو مار ڈالنے کی بات نہیں ہے۔ تب سے مسلمانوں کو لے لیا انگریزوں نے hit list میں۔</w:t>
      </w:r>
    </w:p>
    <w:p>
      <w:r>
        <w:rPr>
          <w:b/>
        </w:rPr>
        <w:t xml:space="preserve">[14:45] </w:t>
      </w:r>
      <w:r>
        <w:t>musalsal angrez musalmanon ko pareshan karte rahe. kyunke samajhte the ke yeh log baghi hain. kyunke mutiny ki jo leadership thi woh musalmanon ne nahi ki thi.</w:t>
      </w:r>
    </w:p>
    <w:p>
      <w:pPr>
        <w:jc w:val="right"/>
      </w:pPr>
      <w:r>
        <w:t>مسلسل انگریز مسلمانوں کو پریشان کرتے رہے۔ کیونکہ سمجھتے تھے کہ یہ لوگ باغی ہیں۔ کیونکہ mutiny کی جو leadership تھی وہ مسلمانوں نے نہیں کی تھی۔</w:t>
      </w:r>
    </w:p>
    <w:p>
      <w:r>
        <w:rPr>
          <w:b/>
        </w:rPr>
        <w:t xml:space="preserve">[15:00] </w:t>
      </w:r>
      <w:r>
        <w:t>to india mein dekhiye doosri jo communities thin unhon ne taraqqi ki. musalman taraqqi nahi kar sake. kyunke angrezon ka support unhein nahi milta tha.</w:t>
      </w:r>
    </w:p>
    <w:p>
      <w:pPr>
        <w:jc w:val="right"/>
      </w:pPr>
      <w:r>
        <w:t>تو انڈیا میں دیکھیے دوسری جو communities تھیں انہوں نے ترقی کی۔ مسلمان ترقی نہیں کر سکے۔ کیونکہ انگریزوں کا support انہیں نہیں ملتا تھا۔</w:t>
      </w:r>
    </w:p>
    <w:p>
      <w:r>
        <w:rPr>
          <w:b/>
        </w:rPr>
        <w:t xml:space="preserve">[15:10] </w:t>
      </w:r>
      <w:r>
        <w:t>to sirf negative result mila. koi positive gain nahi mila. yeh sochte hain woh. yeh batate hain ke bhai dekho we were wrong.</w:t>
      </w:r>
    </w:p>
    <w:p>
      <w:pPr>
        <w:jc w:val="right"/>
      </w:pPr>
      <w:r>
        <w:t>تو صرف negative result ملا۔ کوئی positive gain نہیں ملا۔ یہ سوچتے ہیں وہ۔ یہ بتاتے ہیں کہ بھئی دیکھو we were wrong۔</w:t>
      </w:r>
    </w:p>
    <w:p>
      <w:r>
        <w:rPr>
          <w:b/>
        </w:rPr>
        <w:t xml:space="preserve">[15:23] </w:t>
      </w:r>
      <w:r>
        <w:t>hum ne, hamari planning galat thi. ab phir se sochna hai ke quran kya kehta hai karne ke liye.</w:t>
      </w:r>
    </w:p>
    <w:p>
      <w:pPr>
        <w:jc w:val="right"/>
      </w:pPr>
      <w:r>
        <w:t>ہم نے، ہماری planning غلط تھی۔ اب پھر سے سوچنا ہے کہ قرآن کیا کہتا ہے کرنے کے لیے۔</w:t>
      </w:r>
    </w:p>
    <w:p>
      <w:r>
        <w:rPr>
          <w:b/>
        </w:rPr>
        <w:t xml:space="preserve">[15:33] </w:t>
      </w:r>
      <w:r>
        <w:t>to ghalati kahan thi? dekhiye quran mein ek ayat hai "wa tilqal ayyamu nudaoo al huwa baynan nas". angrez yahan aaye unhon ne hukoomat ki, do sau saal tak un ki hukoomat rahi.</w:t>
      </w:r>
    </w:p>
    <w:p>
      <w:pPr>
        <w:jc w:val="right"/>
      </w:pPr>
      <w:r>
        <w:t>تو غلطی کہاں تھی؟ دیکھیے قرآن میں ایک آیت ہے "وَتِلْقَ الْأَيَّامُ نُضَاعُ الْهُوَ بَيْنَ النَّاسِ"۔ انگریز یہاں آئے انہوں نے حکومت کی، دو سو سال تک ان کی حکومت رہی۔</w:t>
      </w:r>
    </w:p>
    <w:p>
      <w:r>
        <w:rPr>
          <w:b/>
        </w:rPr>
        <w:t xml:space="preserve">[15:48] </w:t>
      </w:r>
      <w:r>
        <w:t>to sochte hain ke yeh to khuda ke qanoon ke mutabiq hai.</w:t>
      </w:r>
    </w:p>
    <w:p>
      <w:pPr>
        <w:jc w:val="right"/>
      </w:pPr>
      <w:r>
        <w:t>تو سوچتے ہیں کہ یہ تو خدا کے قانون کے مطابق ہے۔</w:t>
      </w:r>
    </w:p>
    <w:p>
      <w:r>
        <w:rPr>
          <w:b/>
        </w:rPr>
        <w:t xml:space="preserve">[15:54] </w:t>
      </w:r>
      <w:r>
        <w:t>political power kisi ko monopoly nahi hai. political power khuda ke nazdeek kisi ka monopoly nahi hai. kabhi ek ko, kabhi doosre ko.</w:t>
      </w:r>
    </w:p>
    <w:p>
      <w:pPr>
        <w:jc w:val="right"/>
      </w:pPr>
      <w:r>
        <w:t>Political power کسی کو monopoly نہیں ہے۔ Political power خدا کے نزدیک کسی کا monopoly نہیں ہے۔ کبھی ایک کو، کبھی دوسرے کو۔</w:t>
      </w:r>
    </w:p>
    <w:p>
      <w:r>
        <w:rPr>
          <w:b/>
        </w:rPr>
        <w:t xml:space="preserve">[16:05] </w:t>
      </w:r>
      <w:r>
        <w:t>kabhi ek ko, kabhi doosre ko. india mein pehle raja hukoomat karte the, phir britishers aaye. woh, nahi, phir mughal aaye.</w:t>
      </w:r>
    </w:p>
    <w:p>
      <w:pPr>
        <w:jc w:val="right"/>
      </w:pPr>
      <w:r>
        <w:t>کبھی ایک کو، کبھی دوسرے کو۔ انڈیا میں پہلے راجہ حکومت کرتے تھے، پھر برٹشرز آئے۔ وہ، نہیں، پھر مغل آئے۔</w:t>
      </w:r>
    </w:p>
    <w:p>
      <w:r>
        <w:rPr>
          <w:b/>
        </w:rPr>
        <w:t xml:space="preserve">[16:15] </w:t>
      </w:r>
      <w:r>
        <w:t>raja the, phir mughal aaye. mughal ke baad britishers aaye. britishers ke baad national party aayeen.</w:t>
      </w:r>
    </w:p>
    <w:p>
      <w:pPr>
        <w:jc w:val="right"/>
      </w:pPr>
      <w:r>
        <w:t>راجہ تھے، پھر مغل آئے۔ مغل کے بعد برٹشرز آئے۔ برٹشرز کے بعد national party آئیں۔</w:t>
      </w:r>
    </w:p>
    <w:p>
      <w:r>
        <w:rPr>
          <w:b/>
        </w:rPr>
        <w:t xml:space="preserve">[16:23] </w:t>
      </w:r>
      <w:r>
        <w:t>"wa tilqal ayyamu nudaoo al huwa baynan nas". phir se woh is is is ayat ko phir se discover karte ke</w:t>
      </w:r>
    </w:p>
    <w:p>
      <w:pPr>
        <w:jc w:val="right"/>
      </w:pPr>
      <w:r>
        <w:t>"وَتِلْقَ الْأَيَّامُ نُضَاعُ الْهُوَ بَيْنَ النَّاسِ"۔ پھر سے وہ اس اس اس آیت کو پھر سے discover کرتے کہ</w:t>
      </w:r>
    </w:p>
    <w:p>
      <w:r>
        <w:rPr>
          <w:b/>
        </w:rPr>
        <w:t xml:space="preserve">[16:35] </w:t>
      </w:r>
      <w:r>
        <w:t>hamari saari, saari hamari jihadi galat tha yeh. isi liye woh fail ho gaya. agar aap parhein history ko to jis energy ko le kar, jis planning ko le kar, jis strategy ko le kar amriki rahe the angrez.</w:t>
      </w:r>
    </w:p>
    <w:p>
      <w:pPr>
        <w:jc w:val="right"/>
      </w:pPr>
      <w:r>
        <w:t>ہماری ساری، ساری ہماری جہادی غلط تھا یہ۔ اسی لیے وہ fail ہو گیا۔ اگر آپ پڑھیں history کو تو جس energy کو لے کر، جس planning کو لے کر، جس strategy کو لے کر امریکی رہے تھے انگریز۔</w:t>
      </w:r>
    </w:p>
    <w:p>
      <w:r>
        <w:rPr>
          <w:b/>
        </w:rPr>
        <w:t xml:space="preserve">[16:51] </w:t>
      </w:r>
      <w:r>
        <w:t>to mughal log kuch bhi nahi jante the. kuch bhi nahi jante the. badshah zafar to shayari karte the. to kaise kaise jeete gaye un ke muqable mein?</w:t>
      </w:r>
    </w:p>
    <w:p>
      <w:pPr>
        <w:jc w:val="right"/>
      </w:pPr>
      <w:r>
        <w:t>تو مغل لوگ کچھ بھی نہیں جانتے تھے۔ کچھ بھی نہیں جانتے تھے۔ بادشاہ ظفر تو شاعری کرتے تھے۔ تو کیسے کیسے جیتے گئے ان کے مقابلے میں؟</w:t>
      </w:r>
    </w:p>
    <w:p>
      <w:r>
        <w:rPr>
          <w:b/>
        </w:rPr>
        <w:t xml:space="preserve">[17:04] </w:t>
      </w:r>
      <w:r>
        <w:t>to yeh jo political change aaya india mein woh quran mein parh lete woh.</w:t>
      </w:r>
    </w:p>
    <w:p>
      <w:pPr>
        <w:jc w:val="right"/>
      </w:pPr>
      <w:r>
        <w:t>تو یہ جو political change آیا انڈیا میں وہ قرآن میں پڑھ لیتے وہ۔</w:t>
      </w:r>
    </w:p>
    <w:p>
      <w:r>
        <w:rPr>
          <w:b/>
        </w:rPr>
        <w:t xml:space="preserve">[17:12] </w:t>
      </w:r>
      <w:r>
        <w:t>ke bhai is mein to khuda ka faisla hai, law of nature hai. ab hamein kya karna hai? hamein yeh karna hai ke in naye jo opportunities khuli hain us ko avail karna hai.</w:t>
      </w:r>
    </w:p>
    <w:p>
      <w:pPr>
        <w:jc w:val="right"/>
      </w:pPr>
      <w:r>
        <w:t>کہ بھئی اس میں تو خدا کا فیصلہ ہے، law of nature ہے۔ اب ہمیں کیا کرنا ہے؟ ہمیں یہ کرنا ہے کہ ان نئے جو opportunities کھلی ہیں اس کو avail کرنا ہے۔</w:t>
      </w:r>
    </w:p>
    <w:p>
      <w:r>
        <w:rPr>
          <w:b/>
        </w:rPr>
        <w:t xml:space="preserve">[17:23] </w:t>
      </w:r>
      <w:r>
        <w:t>misal ke taur par angrez printing press laye, angrez communication laye, angrez telegraph laye, angrez telephone laye, angrez industry laye.</w:t>
      </w:r>
    </w:p>
    <w:p>
      <w:pPr>
        <w:jc w:val="right"/>
      </w:pPr>
      <w:r>
        <w:t>مثلاً انگریز printing press لائے، انگریز communication لائے، انگریز ٹیلیگراف لائے، انگریز ٹیلی فون لائے، انگریز industry لائے۔</w:t>
      </w:r>
    </w:p>
    <w:p>
      <w:r>
        <w:rPr>
          <w:b/>
        </w:rPr>
        <w:t xml:space="preserve">[17:33] </w:t>
      </w:r>
      <w:r>
        <w:t>aur sab se bari cheez jo angrez laye woh woh thi religious freedom. religious freedom. itni saari cheezen. is ko avail karo.</w:t>
      </w:r>
    </w:p>
    <w:p>
      <w:pPr>
        <w:jc w:val="right"/>
      </w:pPr>
      <w:r>
        <w:t>اور سب سے بڑی چیز جو انگریز لائے وہ وہ تھی religious freedom۔ Religious freedom۔ اتنی ساری چیزیں۔ اس کو avail کرو۔</w:t>
      </w:r>
    </w:p>
    <w:p>
      <w:r>
        <w:rPr>
          <w:b/>
        </w:rPr>
        <w:t xml:space="preserve">[17:47] </w:t>
      </w:r>
      <w:r>
        <w:t>is ko avail kro.</w:t>
      </w:r>
    </w:p>
    <w:p>
      <w:pPr>
        <w:jc w:val="right"/>
      </w:pPr>
      <w:r>
        <w:t>اس کو avail کرو۔</w:t>
      </w:r>
    </w:p>
    <w:p>
      <w:r>
        <w:rPr>
          <w:b/>
        </w:rPr>
        <w:t xml:space="preserve">[17:51] </w:t>
      </w:r>
      <w:r>
        <w:t>quran mein hai ke "la woh in allah la yaghayr maab qom hatta yaghayr baab anfusahum". yani jo taghayyur hoti hai, jo badlao hota hai woh khuda ke faislay ke tehat hota hai.</w:t>
      </w:r>
    </w:p>
    <w:p>
      <w:pPr>
        <w:jc w:val="right"/>
      </w:pPr>
      <w:r>
        <w:t>قرآن میں ہے کہ "لا وہ ان اللہ لا یغیر ماب قوم حتی یغیر باب انفسہم"۔ یعنی جو تغیر ہوتی ہے، جو بدلاؤ ہوتا ہے وہ خدا کے فیصلے کے تحت ہوتا ہے۔</w:t>
      </w:r>
    </w:p>
    <w:p>
      <w:r>
        <w:rPr>
          <w:b/>
        </w:rPr>
        <w:t xml:space="preserve">[18:06] </w:t>
      </w:r>
      <w:r>
        <w:t>to mughal gaye, gaye britshrs aaye yeh khuda ke faislay ke tehat tha. lekin khuda ka faisla aap ko poore mani mein deprive nahin karta.</w:t>
      </w:r>
    </w:p>
    <w:p>
      <w:pPr>
        <w:jc w:val="right"/>
      </w:pPr>
      <w:r>
        <w:t>تو مغل گئے، گئے برٹشرز آئے یہ خدا کے فیصلے کے تحت تھا۔ لیکن خدا کا فیصلہ آپ کو پورے معنی میں deprive نہیں کرتا۔</w:t>
      </w:r>
    </w:p>
    <w:p>
      <w:r>
        <w:rPr>
          <w:b/>
        </w:rPr>
        <w:t xml:space="preserve">[18:16] </w:t>
      </w:r>
      <w:r>
        <w:t>yeh nahin ke aap bas sab kuch khoya gaya. to britshrs aanay ke ke baad jo hua tha ke political seat par britshrs baith gaye.</w:t>
      </w:r>
    </w:p>
    <w:p>
      <w:pPr>
        <w:jc w:val="right"/>
      </w:pPr>
      <w:r>
        <w:t>یہ نہیں کہ آپ بس سب کچھ کھویا گیا۔ تو برٹشرز آنے کے کے بعد جو ہوا تھا کہ political seat پر برٹشرز بیٹھ گئے۔</w:t>
      </w:r>
    </w:p>
    <w:p>
      <w:r>
        <w:rPr>
          <w:b/>
        </w:rPr>
        <w:t xml:space="preserve">[18:28] </w:t>
      </w:r>
      <w:r>
        <w:t>lekin sari dunya khali thi. sari dunya. agriculture, horticulture, industry, education, madrasa, university, daawa work.</w:t>
      </w:r>
    </w:p>
    <w:p>
      <w:pPr>
        <w:jc w:val="right"/>
      </w:pPr>
      <w:r>
        <w:t>لیکن ساری دنیا خالی تھی۔ ساری دنیا۔ Agriculture، horticulture، industry، education، مدرسہ، university، دعویٰ work۔</w:t>
      </w:r>
    </w:p>
    <w:p>
      <w:r>
        <w:rPr>
          <w:b/>
        </w:rPr>
        <w:t xml:space="preserve">[18:42] </w:t>
      </w:r>
      <w:r>
        <w:t>sab. literature sab khali tha yahan se hua tha. lekin log larr larr kar barhte rahe political yani political chattan se.</w:t>
      </w:r>
    </w:p>
    <w:p>
      <w:pPr>
        <w:jc w:val="right"/>
      </w:pPr>
      <w:r>
        <w:t>سب۔ Literature سب خالی تھا یہاں سے ہوا تھا۔ لیکن لوگ لڑ لڑ کر بڑھتے رہے political یعنی political چٹان سے۔</w:t>
      </w:r>
    </w:p>
    <w:p>
      <w:r>
        <w:rPr>
          <w:b/>
        </w:rPr>
        <w:t xml:space="preserve">[18:52] </w:t>
      </w:r>
      <w:r>
        <w:t>kyun? quran ko parha lekin unhon ne samjha nahin. hazrat aisha ne kaha tha ke "ulaa'ika qara'uhum lam yaqra'u". quran ko parha magar nahin parha.</w:t>
      </w:r>
    </w:p>
    <w:p>
      <w:pPr>
        <w:jc w:val="right"/>
      </w:pPr>
      <w:r>
        <w:t>کیوں؟ قرآن کو پڑھا لیکن انہوں نے سمجھا نہیں۔ حضرت عائشہ نے کہا تھا کہ "اُلَٰٓئِكَ قَرَؤُهُمْ لَمْ يَقْرَؤُوا"۔ قرآن کو پڑھا مگر نہیں پڑھا۔</w:t>
      </w:r>
    </w:p>
    <w:p>
      <w:r>
        <w:rPr>
          <w:b/>
        </w:rPr>
        <w:t xml:space="preserve">[19:03] </w:t>
      </w:r>
      <w:r>
        <w:t>to ek parhna woh hota hai ke parhta hai aadmi magar nahin parhta hai. hazrat aisha ne kaha tha in logon ke baray mein jo arabi zaban jantay thay.</w:t>
      </w:r>
    </w:p>
    <w:p>
      <w:pPr>
        <w:jc w:val="right"/>
      </w:pPr>
      <w:r>
        <w:t>تو ایک پڑھنا وہ ہوتا ہے کہ پڑھتا ہے آدمی مگر نہیں پڑھتا ہے۔ حضرت عائشہ نے کہا تھا ان لوگوں کے بارے میں جو عربی زبان جانتے تھے۔</w:t>
      </w:r>
    </w:p>
    <w:p>
      <w:r>
        <w:rPr>
          <w:b/>
        </w:rPr>
        <w:t xml:space="preserve">[19:15] </w:t>
      </w:r>
      <w:r>
        <w:t>"wa lam yaqra'uhum lam yaqra'u". parh kar bhi be khabar. to maulana mohsin sahib ko yeh kehna chahiye tha ke main ne jab malta mein teen saal mujhe milay to main ne reassess kiya.</w:t>
      </w:r>
    </w:p>
    <w:p>
      <w:pPr>
        <w:jc w:val="right"/>
      </w:pPr>
      <w:r>
        <w:t>"وَلَمْ يَقْرَؤُهُمْ لَمْ يَقْرَؤُوا"۔ پڑھ کر بھی بے خبر۔ تو مولانا محسن صاحب کو یہ کہنا چاہیے تھا کہ میں نے جب مالٹا میں تین سال مجھے ملے تو میں نے reassess کیا۔</w:t>
      </w:r>
    </w:p>
    <w:p>
      <w:r>
        <w:rPr>
          <w:b/>
        </w:rPr>
        <w:t xml:space="preserve">[19:27] </w:t>
      </w:r>
      <w:r>
        <w:t>pata chala ke we were wrong. hamara starting point hi ghalat tha. starting point tha marifat quran.</w:t>
      </w:r>
    </w:p>
    <w:p>
      <w:pPr>
        <w:jc w:val="right"/>
      </w:pPr>
      <w:r>
        <w:t>پتہ چلا کہ we were wrong۔ ہمارا starting point ہی غلط تھا۔ Starting point تھا معرفت قرآن۔</w:t>
      </w:r>
    </w:p>
    <w:p>
      <w:r>
        <w:rPr>
          <w:b/>
        </w:rPr>
        <w:t xml:space="preserve">[19:38] </w:t>
      </w:r>
      <w:r>
        <w:t>woh to hasil hi nahin tha humein. hum to, hum to parhay thay quran majeed ko. is ka tarjuma bhi kar rakha tha hum ne. is ki tasweer bhi likh rakhi thi hum ne.</w:t>
      </w:r>
    </w:p>
    <w:p>
      <w:pPr>
        <w:jc w:val="right"/>
      </w:pPr>
      <w:r>
        <w:t>وہ تو حاصل ہی نہیں تھا ہمیں۔ ہم تو، ہم تو پڑھے تھے قرآن مجید کو۔ اس کا ترجمہ بھی کر رکھا تھا ہم نے۔ اس کی تصویر بھی لکھ رکھی تھی ہم نے۔</w:t>
      </w:r>
    </w:p>
    <w:p>
      <w:r>
        <w:rPr>
          <w:b/>
        </w:rPr>
        <w:t xml:space="preserve">[19:47] </w:t>
      </w:r>
      <w:r>
        <w:t>to doosron ko jo parhwain ge kuch aur result kaisa nikal aaye ga?</w:t>
      </w:r>
    </w:p>
    <w:p>
      <w:pPr>
        <w:jc w:val="right"/>
      </w:pPr>
      <w:r>
        <w:t>تو دوسروں کو جو پڑھوائیں گے کچھ اور result کیسا نکل آئے گا؟</w:t>
      </w:r>
    </w:p>
    <w:p>
      <w:r>
        <w:rPr>
          <w:b/>
        </w:rPr>
        <w:t xml:space="preserve">[19:55] </w:t>
      </w:r>
      <w:r>
        <w:t>iqbal ko dekhiye. iqbal ne kaha ke sahib quran ko phailao, quran ko phailao, quran ko phailao. aur khud ko iqbal quran se be khabar thay.</w:t>
      </w:r>
    </w:p>
    <w:p>
      <w:pPr>
        <w:jc w:val="right"/>
      </w:pPr>
      <w:r>
        <w:t>اقبال کو دیکھیے۔ اقبال نے کہا کہ صاحب قرآن کو پھیلاؤ، قرآن کو پھیلاؤ، قرآن کو پھیلاؤ۔ اور خود کو اقبال قرآن سے بے خبر تھے۔</w:t>
      </w:r>
    </w:p>
    <w:p>
      <w:r>
        <w:rPr>
          <w:b/>
        </w:rPr>
        <w:t xml:space="preserve">[20:06] </w:t>
      </w:r>
      <w:r>
        <w:t>kaha jata hai aakhri zamanay mein iqbal ke sirhanay quran rakha rehta tha is ko parhte rehte thay. to woh isi ka be sadaqat thay. "wa lam yaqra'uhum lam yaqra'u".</w:t>
      </w:r>
    </w:p>
    <w:p>
      <w:pPr>
        <w:jc w:val="right"/>
      </w:pPr>
      <w:r>
        <w:t>کہا جاتا ہے آخری زمانے میں اقبال کے سرانے قرآن رکھا رہتا تھا اس کو پڑھتے رہتے تھے۔ تو وہ اسی کا بے صداق تھے۔ "وَلَمْ يَقْرَؤُهُمْ لَمْ يَقْرَؤُوا"۔</w:t>
      </w:r>
    </w:p>
    <w:p>
      <w:r>
        <w:rPr>
          <w:b/>
        </w:rPr>
        <w:t xml:space="preserve">[20:16] </w:t>
      </w:r>
      <w:r>
        <w:t>kyun? iqbal ke zamanay mein jo jo surat thi woh thi ke musalman degenerate ho chukay thay.</w:t>
      </w:r>
    </w:p>
    <w:p>
      <w:pPr>
        <w:jc w:val="right"/>
      </w:pPr>
      <w:r>
        <w:t>کیوں؟ اقبال کے زمانے میں جو جو صورت تھی وہ تھی کہ مسلمان degenerate ہو چکے تھے۔</w:t>
      </w:r>
    </w:p>
    <w:p>
      <w:r>
        <w:rPr>
          <w:b/>
        </w:rPr>
        <w:t xml:space="preserve">[20:27] </w:t>
      </w:r>
      <w:r>
        <w:t>aur unhon ne kaha tha ke kaha ke zara num hoti hai yani mitti bohat zarkhez hai zaati. yani ulti baat keh di unhon ne. degeneration ke aakhri hadd par thay musalman.</w:t>
      </w:r>
    </w:p>
    <w:p>
      <w:pPr>
        <w:jc w:val="right"/>
      </w:pPr>
      <w:r>
        <w:t>اور انہوں نے کہا تھا کہ کہا کہ ذرا نم ہوتی ہے یعنی مٹی بہت زرخیز ہے ذاتی۔ یعنی الٹی بات کہہ دی انہوں نے۔ Degeneration کے آخری حد پر تھے مسلمان۔</w:t>
      </w:r>
    </w:p>
    <w:p>
      <w:r>
        <w:rPr>
          <w:b/>
        </w:rPr>
        <w:t xml:space="preserve">[20:38] </w:t>
      </w:r>
      <w:r>
        <w:t>woh kya keh rahe hain? zara num hoti hai mitti bohat zarkhez hai zaati. dekhiye sab se bara masla iqbal ke zamanay mein jo tha woh kya tha?</w:t>
      </w:r>
    </w:p>
    <w:p>
      <w:pPr>
        <w:jc w:val="right"/>
      </w:pPr>
      <w:r>
        <w:t>وہ کیا کہہ رہے ہیں؟ ذرا نم ہوتی ہے مٹی بہت زرخیز ہے ذاتی۔ دیکھیے سب سے بڑا مسئلہ اقبال کے زمانے میں جو تھا وہ کیا تھا؟</w:t>
      </w:r>
    </w:p>
    <w:p>
      <w:r>
        <w:rPr>
          <w:b/>
        </w:rPr>
        <w:t xml:space="preserve">[20:50] </w:t>
      </w:r>
      <w:r>
        <w:t>iqbal ke sare log jo is zamanay ke thay jitnay leader thay reformer arab ke log bhi aur india ke dono mila kar keh raha hoon main. ke yeh log yeh bhool chukay thay ke hum daai hain doosray log badu hain.</w:t>
      </w:r>
    </w:p>
    <w:p>
      <w:pPr>
        <w:jc w:val="right"/>
      </w:pPr>
      <w:r>
        <w:t>اقبال کے سارے لوگ جو اس زمانے کے تھے جتنے leader تھے reformer عرب کے لوگ بھی اور انڈیا کے دونوں ملا کر کہہ رہا ہوں میں۔ کہ یہ لوگ یہ بھول چکے تھے کہ ہم داعی ہیں دوسرے لوگ بدو ہیں۔</w:t>
      </w:r>
    </w:p>
    <w:p>
      <w:r>
        <w:rPr>
          <w:b/>
        </w:rPr>
        <w:t xml:space="preserve">[21:06] </w:t>
      </w:r>
      <w:r>
        <w:t>yani jo relationship hai hamara daai badu ka hai. ek dam hi is ko janta rehte hain koi be khabar. sare is zamanay ki literature parh dali aap.</w:t>
      </w:r>
    </w:p>
    <w:p>
      <w:pPr>
        <w:jc w:val="right"/>
      </w:pPr>
      <w:r>
        <w:t>یعنی جو relationship ہے ہمارا داعی بدو کا ہے۔ ایک دم ہی اس کو جانتا رہتے ہیں کوئی بے خبر۔ سارے اس زمانے کی literature پڑھ ڈالی آپ۔</w:t>
      </w:r>
    </w:p>
    <w:p>
      <w:r>
        <w:rPr>
          <w:b/>
        </w:rPr>
        <w:t xml:space="preserve">[21:19] </w:t>
      </w:r>
      <w:r>
        <w:t>including iqbal ka. yeh concept hi nahin aap payein ge ke musalman ka relationship doosron se jo hai woh daai aur badu ka hai.</w:t>
      </w:r>
    </w:p>
    <w:p>
      <w:pPr>
        <w:jc w:val="right"/>
      </w:pPr>
      <w:r>
        <w:t>Including اقبال کا۔ یہ concept ہی نہیں آپ پائیں گے کہ مسلمان کا relationship دوسروں سے جو ہے وہ داعی اور بدو کا ہے۔</w:t>
      </w:r>
    </w:p>
    <w:p>
      <w:r>
        <w:rPr>
          <w:b/>
        </w:rPr>
        <w:t xml:space="preserve">[21:29] </w:t>
      </w:r>
      <w:r>
        <w:t>to yeh bhool kar kya hua tha? ke musalman doosron ko apne rival samajhte thay. rival yani raqeeb. western civilization se nafrat.</w:t>
      </w:r>
    </w:p>
    <w:p>
      <w:pPr>
        <w:jc w:val="right"/>
      </w:pPr>
      <w:r>
        <w:t>تو یہ بھول کر کیا ہوا تھا؟ کہ مسلمان دوسروں کو اپنے rival سمجھتے تھے۔ Rival یعنی رقیب۔ Western civilization سے نفرت۔</w:t>
      </w:r>
    </w:p>
    <w:p>
      <w:r>
        <w:rPr>
          <w:b/>
        </w:rPr>
        <w:t xml:space="preserve">[21:41] </w:t>
      </w:r>
      <w:r>
        <w:t>western thought se nafrat. itni nafrat thi ke iqbal ilahabadi jo un ko kehta hai lisan ul asar. halankay bilkul absurd baat hai un ko lisan ul asar kehna.</w:t>
      </w:r>
    </w:p>
    <w:p>
      <w:pPr>
        <w:jc w:val="right"/>
      </w:pPr>
      <w:r>
        <w:t>Western thought سے نفرت۔ اتنی نفرت تھی کہ اقبال الہ آبادی جو ان کو کہتا ہے لسان العصر۔ حالانکہ بالکل absurd بات ہے ان کو لسان العصر کہنا۔</w:t>
      </w:r>
    </w:p>
    <w:p>
      <w:r>
        <w:rPr>
          <w:b/>
        </w:rPr>
        <w:t xml:space="preserve">[21:54] </w:t>
      </w:r>
      <w:r>
        <w:t>to woh mazaaq urate thay tehzeeb ka, jadeed modern civilization ka. to mazaaq urate thay to woh lisan ul asar ban gaye. yani waqt ki zaban.</w:t>
      </w:r>
    </w:p>
    <w:p>
      <w:pPr>
        <w:jc w:val="right"/>
      </w:pPr>
      <w:r>
        <w:t>تو وہ مذاق اڑاتے تھے تہذیب کا، جدید modern civilization کا۔ تو مذاق اڑاتے تھے تو وہ لسان العصر بن گئے۔ یعنی وقت کی زبان۔</w:t>
      </w:r>
    </w:p>
    <w:p>
      <w:r>
        <w:rPr>
          <w:b/>
        </w:rPr>
        <w:t xml:space="preserve">[22:07] </w:t>
      </w:r>
      <w:r>
        <w:t>to unhon ne kaha tha ke</w:t>
      </w:r>
    </w:p>
    <w:p>
      <w:pPr>
        <w:jc w:val="right"/>
      </w:pPr>
      <w:r>
        <w:t>تو انہوں نے کہا تھا کہ</w:t>
      </w:r>
    </w:p>
    <w:p>
      <w:r>
        <w:rPr>
          <w:b/>
        </w:rPr>
        <w:t xml:space="preserve">[22:15] </w:t>
      </w:r>
      <w:r>
        <w:t>pani peena para hai pipe ka. harf parhna para hai type ka. zara sochiye is soch ko sochiye aap. pani peena para hai pipe ka.</w:t>
      </w:r>
    </w:p>
    <w:p>
      <w:pPr>
        <w:jc w:val="right"/>
      </w:pPr>
      <w:r>
        <w:t>پانی پینا پڑا ہے پائپ کا۔ حرف پڑھنا پڑا ہے ٹائپ کا۔ ذرا سوچیے اس سوچ کو سوچیے آپ۔ پانی پینا پڑا ہے پائپ کا۔</w:t>
      </w:r>
    </w:p>
    <w:p>
      <w:r>
        <w:rPr>
          <w:b/>
        </w:rPr>
        <w:t xml:space="preserve">[22:28] </w:t>
      </w:r>
      <w:r>
        <w:t>harf parhna para hai type ka. pait chalta hai aankh aai hai. mera Allah teri dua hi hai. aise be khabar log Quran ko parhenge is mein se kya payenge woh?</w:t>
      </w:r>
    </w:p>
    <w:p>
      <w:pPr>
        <w:jc w:val="right"/>
      </w:pPr>
      <w:r>
        <w:t>حرف پڑھنا پڑا ہے ٹائپ کا۔ پیٹ چلتا ہے آنکھ آئی ہے۔ میرا اللہ تیری دعا ہی ہے۔ ایسے بے خبر لوگ قرآن کو پڑھیں گے اس میں سے کیا پائیں گے وہ؟</w:t>
      </w:r>
    </w:p>
    <w:p>
      <w:r>
        <w:rPr>
          <w:b/>
        </w:rPr>
        <w:t xml:space="preserve">[22:40] </w:t>
      </w:r>
      <w:r>
        <w:t>kya payenge bataiye? yaani angrez jo nematein laye the us ko is ka is ka pata nahi kahan se un ko laga ke yeh to bilkul bekar cheezein hain.</w:t>
      </w:r>
    </w:p>
    <w:p>
      <w:pPr>
        <w:jc w:val="right"/>
      </w:pPr>
      <w:r>
        <w:t>کیا پائیں گے بتائیے؟ یعنی انگریز جو نعمتیں لائے تھے اس کو اس کا اس کا پتہ نہیں کہاں سے ان کو لگا کہ یہ تو بالکل بیکار چیزیں ہیں۔</w:t>
      </w:r>
    </w:p>
    <w:p>
      <w:r>
        <w:rPr>
          <w:b/>
        </w:rPr>
        <w:t xml:space="preserve">[22:52] </w:t>
      </w:r>
      <w:r>
        <w:t>yaani type press laye woh. water system supply karne ke laye woh. water ko supply karne ka system laye woh. aur sainkaron cheezein laye woh.</w:t>
      </w:r>
    </w:p>
    <w:p>
      <w:pPr>
        <w:jc w:val="right"/>
      </w:pPr>
      <w:r>
        <w:t>یعنی ٹائپ press لائے وہ۔ Water system supply کرنے کے لائے وہ۔ Water کو supply کرنے کا system لائے وہ۔ اور سینکڑوں چیزیں لائے وہ۔</w:t>
      </w:r>
    </w:p>
    <w:p>
      <w:r>
        <w:rPr>
          <w:b/>
        </w:rPr>
        <w:t xml:space="preserve">[23:04] </w:t>
      </w:r>
      <w:r>
        <w:t>to in logon ke zamane mein Musalmanon ka kaam mamla tha degeneration ke aakhri had par the woh. Western civilization se hate karte the.</w:t>
      </w:r>
    </w:p>
    <w:p>
      <w:pPr>
        <w:jc w:val="right"/>
      </w:pPr>
      <w:r>
        <w:t>تو ان لوگوں کے زمانے میں مسلمانوں کا کام معاملہ تھا degeneration کے آخری حد پر تھے وہ۔ Western civilization سے hate کرتے تھے۔</w:t>
      </w:r>
    </w:p>
    <w:p>
      <w:r>
        <w:rPr>
          <w:b/>
        </w:rPr>
        <w:t xml:space="preserve">[23:16] </w:t>
      </w:r>
      <w:r>
        <w:t>Western thoughts hate karte the. Europe, America se hate karte the. Yahudiyon se hate karte the. Hinduo se hate karte the.</w:t>
      </w:r>
    </w:p>
    <w:p>
      <w:pPr>
        <w:jc w:val="right"/>
      </w:pPr>
      <w:r>
        <w:t>Western thoughts hate کرتے تھے۔ Europe، امریکہ سے hate کرتے تھے۔ یہودیوں سے hate کرتے تھے۔ ہندوؤں سے hate کرتے تھے۔</w:t>
      </w:r>
    </w:p>
    <w:p>
      <w:r>
        <w:rPr>
          <w:b/>
        </w:rPr>
        <w:t xml:space="preserve">[23:26] </w:t>
      </w:r>
      <w:r>
        <w:t>saari duniya se hate karte the bas.</w:t>
      </w:r>
    </w:p>
    <w:p>
      <w:pPr>
        <w:jc w:val="right"/>
      </w:pPr>
      <w:r>
        <w:t>ساری دنیا سے hate کرتے تھے بس۔</w:t>
      </w:r>
    </w:p>
    <w:p>
      <w:r>
        <w:rPr>
          <w:b/>
        </w:rPr>
        <w:t xml:space="preserve">[23:32] </w:t>
      </w:r>
      <w:r>
        <w:t>aise log kya karenge? jo duniya se hate kare woh woh Islami kaam ka kaam karega woh duniya ka kaam bhi nahi kar sakta hai. Ek businessman ko apne apne customer se mohabbat karni parti hai.</w:t>
      </w:r>
    </w:p>
    <w:p>
      <w:pPr>
        <w:jc w:val="right"/>
      </w:pPr>
      <w:r>
        <w:t>ایسے لوگ کیا کریں گے؟ جو دنیا سے hate کرے وہ وہ اسلامی کام کا کام کرے گا وہ دنیا کا کام بھی نہیں کر سکتا ہے۔ ایک businessman کو اپنے اپنے customer سے محبت کرنی پڑتی ہے۔</w:t>
      </w:r>
    </w:p>
    <w:p>
      <w:r>
        <w:rPr>
          <w:b/>
        </w:rPr>
        <w:t xml:space="preserve">[23:46] </w:t>
      </w:r>
      <w:r>
        <w:t>customer friendly hona parta hai us ko. Ek businessman ko paisa kamana hai. Sirf material gain chahiye us ko. Tab bhi doosre insano ke bare mein is ka rawaiyya jo hai friendly ho tab kama payega payega woh.</w:t>
      </w:r>
    </w:p>
    <w:p>
      <w:pPr>
        <w:jc w:val="right"/>
      </w:pPr>
      <w:r>
        <w:t>Customer friendly ہونا پڑتا ہے اس کو۔ ایک businessman کو پیسہ کمانا ہے۔ صرف material gain چاہیے اس کو۔ تب بھی دوسرے انسانوں کے بارے میں اس کا رویہ جو ہے friendly ہو تب کما پائے گا پائے گا وہ۔</w:t>
      </w:r>
    </w:p>
    <w:p>
      <w:r>
        <w:rPr>
          <w:b/>
        </w:rPr>
        <w:t xml:space="preserve">[24:02] </w:t>
      </w:r>
      <w:r>
        <w:t>us ko kama yaani woh customer friendly banna parta hai. To Musalman jo insaan friendly na nahi the to kya karte woh?</w:t>
      </w:r>
    </w:p>
    <w:p>
      <w:pPr>
        <w:jc w:val="right"/>
      </w:pPr>
      <w:r>
        <w:t>اس کو کما یعنی وہ customer friendly بننا پڑتا ہے۔ تو مسلمان جو انسان friendly نہ نہیں تھے تو کیا کرتے وہ؟</w:t>
      </w:r>
    </w:p>
    <w:p>
      <w:r>
        <w:rPr>
          <w:b/>
        </w:rPr>
        <w:t xml:space="preserve">[24:13] </w:t>
      </w:r>
      <w:r>
        <w:t>na duniya ke ke qabil the na na Islam ke qabil the. Yeh hua. Aise Musalmano ko Iqbal ne kya kaha ke ek land alag kar ke diya jaye un ko.</w:t>
      </w:r>
    </w:p>
    <w:p>
      <w:pPr>
        <w:jc w:val="right"/>
      </w:pPr>
      <w:r>
        <w:t>نہ دنیا کے کے قابل تھے نہ نہ اسلام کے قابل تھے۔ یہ ہوا۔ ایسے مسلمانوں کو اقبال نے کیا کہا کہ ایک land الگ کر کے دیا جائے ان کو۔</w:t>
      </w:r>
    </w:p>
    <w:p>
      <w:r>
        <w:rPr>
          <w:b/>
        </w:rPr>
        <w:t xml:space="preserve">[24:27] </w:t>
      </w:r>
      <w:r>
        <w:t>Nineteen thirty mein 1930 mein Allahabad mein Muslim League ka jalsa hua jis ke woh president banaye gaye the. Wahan un ka mashhoor jo ek tha woh lecture woh chupa hua hai.</w:t>
      </w:r>
    </w:p>
    <w:p>
      <w:pPr>
        <w:jc w:val="right"/>
      </w:pPr>
      <w:r>
        <w:t>Nineteen thirty میں انیس سو تیس میں الہ آباد میں مسلم لیگ کا جلسہ ہوا جس کے وہ president بنائے گئے تھے۔ وہاں ان کا مشہور جو ایک تھا وہ lecture وہ چھپا ہوا ہے۔</w:t>
      </w:r>
    </w:p>
    <w:p>
      <w:r>
        <w:rPr>
          <w:b/>
        </w:rPr>
        <w:t xml:space="preserve">[24:42] </w:t>
      </w:r>
      <w:r>
        <w:t>is mein unho ne pehli baar yeh kaha ke Musalmano ko yaani partition concept unho ne diya. Ke India jo hai yeh sab continent is ko alag kar ke is mein se partition kar ke Musalmano ko ek Muslim land banaya jaye.</w:t>
      </w:r>
    </w:p>
    <w:p>
      <w:pPr>
        <w:jc w:val="right"/>
      </w:pPr>
      <w:r>
        <w:t>اس میں انہوں نے پہلی بار یہ کہا کہ مسلمانوں کو یعنی partition concept انہوں نے دیا۔ کہ انڈیا جو ہے یہ سب continent اس کو الگ کر کے اس میں سے partition کر کے مسلمانوں کو ایک مسلم land بنایا جائے۔</w:t>
      </w:r>
    </w:p>
    <w:p>
      <w:r>
        <w:rPr>
          <w:b/>
        </w:rPr>
        <w:t xml:space="preserve">[24:56] </w:t>
      </w:r>
      <w:r>
        <w:t>kis ke liye? Woh log jo deep deep relation mein aakhri had ko puhanch chuke the. Ab dekhiye ke woh hua.</w:t>
      </w:r>
    </w:p>
    <w:p>
      <w:pPr>
        <w:jc w:val="right"/>
      </w:pPr>
      <w:r>
        <w:t>کس کے لیے؟ وہ لوگ جو deep deep relation میں آخری حد کو پہنچ چکے تھے۔ اب دیکھیے کہ وہ ہوا۔</w:t>
      </w:r>
    </w:p>
    <w:p>
      <w:r>
        <w:rPr>
          <w:b/>
        </w:rPr>
        <w:t xml:space="preserve">[25:06] </w:t>
      </w:r>
      <w:r>
        <w:t>angrez ne kar diya ke acha hai to lado tum aapas mein. Aur saath baras mein mujhe bataiye ke kya hua Pakistan mein? Aapas mein lad rahe hain bas.</w:t>
      </w:r>
    </w:p>
    <w:p>
      <w:pPr>
        <w:jc w:val="right"/>
      </w:pPr>
      <w:r>
        <w:t>انگریز نے کر دیا کہ اچھا ہے تو لڑو تم آپس میں۔ اور ساٹھ برس میں مجھے بتائیے کہ کیا ہوا پاکستان میں؟ آپس میں لڑ رہے ہیں بس۔</w:t>
      </w:r>
    </w:p>
    <w:p>
      <w:r>
        <w:rPr>
          <w:b/>
        </w:rPr>
        <w:t xml:space="preserve">[25:16] </w:t>
      </w:r>
      <w:r>
        <w:t>muahidon mein bomb, qabristan mein bomb. Gun chal rahi hai, bomb chal rahe hain, suicide bombing ho rahi hai. Is ka naam hai Muslim Pakistan.</w:t>
      </w:r>
    </w:p>
    <w:p>
      <w:pPr>
        <w:jc w:val="right"/>
      </w:pPr>
      <w:r>
        <w:t>معاہدوں میں بم، قبرستان میں بم۔ گن چل رہی ہے، بم چل رہے ہیں، suicide bombing ہو رہی ہے۔ اس کا نام ہے مسلم پاکستان۔</w:t>
      </w:r>
    </w:p>
    <w:p>
      <w:r>
        <w:rPr>
          <w:b/>
        </w:rPr>
        <w:t xml:space="preserve">[25:25] </w:t>
      </w:r>
      <w:r>
        <w:t>Muslim land. To is is ke kya hai? Unho ne kaha ke Quran ka tarjuma phailao.</w:t>
      </w:r>
    </w:p>
    <w:p>
      <w:pPr>
        <w:jc w:val="right"/>
      </w:pPr>
      <w:r>
        <w:t>مسلم land۔ تو اس اس کے کیا ہے؟ انہوں نے کہا کہ قرآن کا ترجمہ پھیلاؤ۔</w:t>
      </w:r>
    </w:p>
    <w:p>
      <w:r>
        <w:rPr>
          <w:b/>
        </w:rPr>
        <w:t xml:space="preserve">[25:33] </w:t>
      </w:r>
      <w:r>
        <w:t>nahi Quran ka mind banao. Quran ka mind banao. Is poori period mein jo sau baras ka period hai sirf ek kitaab mein janta hoon jis ka title kam az kam sahi tha.</w:t>
      </w:r>
    </w:p>
    <w:p>
      <w:pPr>
        <w:jc w:val="right"/>
      </w:pPr>
      <w:r>
        <w:t>نہیں قرآن کا mind بناؤ۔ قرآن کا mind بناؤ۔ اس پوری period میں جو سو برس کا period ہے صرف ایک کتاب میں جانتا ہوں جس کا ٹائٹل کم از کم صحیح تھا۔</w:t>
      </w:r>
    </w:p>
    <w:p>
      <w:r>
        <w:rPr>
          <w:b/>
        </w:rPr>
        <w:t xml:space="preserve">[25:47] </w:t>
      </w:r>
      <w:r>
        <w:t>title. Iqbal ki kitaab to thi aap jante hain ke is ka naam hai "Reconstruction of Religious Thought in Islam". "Reconstruction of Religious Thought in Islam".</w:t>
      </w:r>
    </w:p>
    <w:p>
      <w:pPr>
        <w:jc w:val="right"/>
      </w:pPr>
      <w:r>
        <w:t>ٹائٹل۔ اقبال کی کتاب تو تھی آپ جانتے ہیں کہ اس کا نام ہے "Reconstruction of Religious Thought in Islam"۔ "Reconstruction of Religious Thought in Islam"۔</w:t>
      </w:r>
    </w:p>
    <w:p>
      <w:r>
        <w:rPr>
          <w:b/>
        </w:rPr>
        <w:t xml:space="preserve">[25:59] </w:t>
      </w:r>
      <w:r>
        <w:t>mein kahunga yeh title hi galat tha. Kitaab hi galat thi woh. Us waqt zaroorat thi kis baat ki? "Reconstruction of Muslim Mind on Islamic Lines".</w:t>
      </w:r>
    </w:p>
    <w:p>
      <w:pPr>
        <w:jc w:val="right"/>
      </w:pPr>
      <w:r>
        <w:t>میں کہوں گا یہ ٹائٹل ہی غلط تھا۔ کتاب ہی غلط تھی وہ۔ اس وقت ضرورت تھی کس بات کی؟ "Reconstruction of Muslim Mind on Islamic Lines"۔</w:t>
      </w:r>
    </w:p>
    <w:p>
      <w:r>
        <w:rPr>
          <w:b/>
        </w:rPr>
        <w:t xml:space="preserve">[26:12] </w:t>
      </w:r>
      <w:r>
        <w:t>"Reconstruction of Muslim Mind on Islamic Lines". Yaani Islam ke khutoot par Musalmano ke zehan ki taameer.</w:t>
      </w:r>
    </w:p>
    <w:p>
      <w:pPr>
        <w:jc w:val="right"/>
      </w:pPr>
      <w:r>
        <w:t>"Reconstruction of Muslim Mind on Islamic Lines"۔ یعنی اسلام کے خطوط پر مسلمانوں کے ذہن کی تعمیر۔</w:t>
      </w:r>
    </w:p>
    <w:p>
      <w:r>
        <w:rPr>
          <w:b/>
        </w:rPr>
        <w:t xml:space="preserve">[26:22] </w:t>
      </w:r>
      <w:r>
        <w:t>ajeeb o ghareeb kitaab likhi hai unho ne. Itna confusion is ke andar hai ke koi kaha jata hai ke jinho ne tarjuma is ko Urdu mein kiya woh bhi nahi samjhe is ko.</w:t>
      </w:r>
    </w:p>
    <w:p>
      <w:pPr>
        <w:jc w:val="right"/>
      </w:pPr>
      <w:r>
        <w:t>عجیب و غریب کتاب لکھی ہے انہوں نے۔ اتنا confusion اس کے اندر ہے کہ کوئی کہا جاتا ہے کہ جنہوں نے ترجمہ اس کو اردو میں کیا وہ بھی نہیں سمجھے اس کو۔</w:t>
      </w:r>
    </w:p>
    <w:p>
      <w:r>
        <w:rPr>
          <w:b/>
        </w:rPr>
        <w:t xml:space="preserve">[26:33] </w:t>
      </w:r>
      <w:r>
        <w:t>aap parh lijiye un ki kitaab ko. Badon se poochta hoon ke bhai kya khulasa hai is kitaab ka hai? Jo admirer hain un ko yeh wahi nahi bata pate. To yeh starting point galat.</w:t>
      </w:r>
    </w:p>
    <w:p>
      <w:pPr>
        <w:jc w:val="right"/>
      </w:pPr>
      <w:r>
        <w:t>آپ پڑھ لیجیے ان کی کتاب کو۔ بڑوں سے پوچھتا ہوں کہ بھئی کیا خلاصہ ہے اس کتاب کا ہے؟ جو admirer ہیں ان کو یہ وہی نہیں بتا پاتے۔ تو یہ starting point غلط۔</w:t>
      </w:r>
    </w:p>
    <w:p>
      <w:r>
        <w:rPr>
          <w:b/>
        </w:rPr>
        <w:t xml:space="preserve">[26:45] </w:t>
      </w:r>
      <w:r>
        <w:t>ke batwara kar ke hamein ek land do. That was not a right starting point.</w:t>
      </w:r>
    </w:p>
    <w:p>
      <w:pPr>
        <w:jc w:val="right"/>
      </w:pPr>
      <w:r>
        <w:t>کہ بٹوارہ کر کے ہمیں ایک land دو۔ That was not aright starting point۔</w:t>
      </w:r>
    </w:p>
    <w:p>
      <w:r>
        <w:rPr>
          <w:b/>
        </w:rPr>
        <w:t xml:space="preserve">[26:55] </w:t>
      </w:r>
      <w:r>
        <w:t>chounke saath baras ke baad kuch bhi nahi mila. To mein ne kaha ek kitaab mein janta hoon jis ka title sahi tha. Is ka title tha "The Mind al-Quran Builds".</w:t>
      </w:r>
    </w:p>
    <w:p>
      <w:pPr>
        <w:jc w:val="right"/>
      </w:pPr>
      <w:r>
        <w:t>چونکہ ساٹھ برس کے بعد کچھ بھی نہیں ملا۔ تو میں نے کہا ایک کتاب میں جانتا ہوں جس کا ٹائٹل صحیح تھا۔ اس کا ٹائٹل تھا "The Mind al-Quran Builds"۔</w:t>
      </w:r>
    </w:p>
    <w:p>
      <w:r>
        <w:rPr>
          <w:b/>
        </w:rPr>
        <w:t xml:space="preserve">[27:10] </w:t>
      </w:r>
      <w:r>
        <w:t>yeh title tha is ka. Ek sahib the Muhammad Abdul Latif Hyderabad ke the woh, Hyderabadi the woh. "The Mind al-Quran Builds".</w:t>
      </w:r>
    </w:p>
    <w:p>
      <w:pPr>
        <w:jc w:val="right"/>
      </w:pPr>
      <w:r>
        <w:t>یہ ٹائٹل تھا اس کا۔ ایک صاحب تھے محمد عبداللطیف حیدرآباد کے تھے وہ، حیدرآبادی تھے وہ۔ "The Mind al-Quran Builds"۔</w:t>
      </w:r>
    </w:p>
    <w:p>
      <w:r>
        <w:rPr>
          <w:b/>
        </w:rPr>
        <w:t xml:space="preserve">[27:20] </w:t>
      </w:r>
      <w:r>
        <w:t>to title to sahi tha lekin kitab mein kuch bhi nahi tha. kuch traditional way mein unhon ne kuch ayaten naqal kar deen is mein.</w:t>
      </w:r>
    </w:p>
    <w:p>
      <w:pPr>
        <w:jc w:val="right"/>
      </w:pPr>
      <w:r>
        <w:t>تو ٹائٹل تو صحیح تھا لیکن کتاب میں کچھ بھی نہیں تھا۔ کچھ traditional way میں انہوں نے کچھ آیتیں نقل کر دیں اس میں۔</w:t>
      </w:r>
    </w:p>
    <w:p>
      <w:r>
        <w:rPr>
          <w:b/>
        </w:rPr>
        <w:t xml:space="preserve">[27:29] </w:t>
      </w:r>
      <w:r>
        <w:t>bas. dekhiye is ko applied way mein pesh karna tha. quraani ayaton ka naya application yeh likhna tha.</w:t>
      </w:r>
    </w:p>
    <w:p>
      <w:pPr>
        <w:jc w:val="right"/>
      </w:pPr>
      <w:r>
        <w:t>بس۔ دیکھیے اس کو applied way میں پیش کرنا تھا۔ قرآنی آیتوں کا نیا application یہ لکھنا تھا۔</w:t>
      </w:r>
    </w:p>
    <w:p>
      <w:r>
        <w:rPr>
          <w:b/>
        </w:rPr>
        <w:t xml:space="preserve">[27:42] </w:t>
      </w:r>
      <w:r>
        <w:t>aap is kitab ko parhiye. ya aap ko jamiya ki library mein woh kitab mil jayegi. "The Mind al-Quran Builds". kuch ayaten naqal kar deen unhon ne.</w:t>
      </w:r>
    </w:p>
    <w:p>
      <w:pPr>
        <w:jc w:val="right"/>
      </w:pPr>
      <w:r>
        <w:t>آپ اس کتاب کو پڑھیے۔ یا آپ کو جامعہ کی لائبریری میں وہ کتاب مل جائے گی۔ "The Mind al-Quran Builds"۔ کچھ آیتیں نقل کر دیں انہوں نے۔</w:t>
      </w:r>
    </w:p>
    <w:p>
      <w:r>
        <w:rPr>
          <w:b/>
        </w:rPr>
        <w:t xml:space="preserve">[27:53] </w:t>
      </w:r>
      <w:r>
        <w:t>aur is ka english mein tarjuma kar diya. asal kaam jo tha yeh ke naye halaat mein, nayi situation mein kaise quran ko reapply kiya jaye?</w:t>
      </w:r>
    </w:p>
    <w:p>
      <w:pPr>
        <w:jc w:val="right"/>
      </w:pPr>
      <w:r>
        <w:t>اور اس کا انگلش میں ترجمہ کر دیا۔ اصل کام جو تھا یہ کہ نئے حالات میں، نئی situation میں کیسے قرآن کو reapply کیا جائے؟</w:t>
      </w:r>
    </w:p>
    <w:p>
      <w:r>
        <w:rPr>
          <w:b/>
        </w:rPr>
        <w:t xml:space="preserve">[28:09] </w:t>
      </w:r>
      <w:r>
        <w:t>yeh is ke andar hai hi nahi. to woh bhi kitab kaha liya ho ke hyderabad ke the woh wahan par ek bohat bade aalim paida hue doctor hameedullah.</w:t>
      </w:r>
    </w:p>
    <w:p>
      <w:pPr>
        <w:jc w:val="right"/>
      </w:pPr>
      <w:r>
        <w:t>یہ اس کے اندر ہے ہی نہیں۔ تو وہ بھی کتاب کہا لیا ہو کہ حیدرآباد کے تھے وہ وہاں پر ایک بہت بڑے عالم پیدا ہوئے ڈاکٹر حمید اللہ۔</w:t>
      </w:r>
    </w:p>
    <w:p>
      <w:r>
        <w:rPr>
          <w:b/>
        </w:rPr>
        <w:t xml:space="preserve">[28:19] </w:t>
      </w:r>
      <w:r>
        <w:t>in dono ka haal hua ke quran ka kaam kiya dono ne. aur quran ka mind jo hai dono mein kisi mein nahi tha. main is liye yeh keh raha hoon ke isi hyderabad mein ek ek bohat hi zyada aisi movement uthi jis ka taluq nahi islam se to kya woh wisdom se bhi nahi tha, wisdom se bhi nahi.</w:t>
      </w:r>
    </w:p>
    <w:p>
      <w:pPr>
        <w:jc w:val="right"/>
      </w:pPr>
      <w:r>
        <w:t>ان دونوں کا حال ہوا کہ قرآن کا کام کیا دونوں نے۔ اور قرآن کا mind جو ہے دونوں میں کسی میں نہیں تھا۔ میں اس لیے یہ کہہ رہا ہوں کہ اسی حیدرآباد میں ایک ایک بہت ہی زیادہ ایسی movement اٹھی جس کا تعلق نہیں اسلام سے تو کیا وہ wisdom سے بھی نہیں تھا، wisdom سے بھی نہیں۔</w:t>
      </w:r>
    </w:p>
    <w:p>
      <w:r>
        <w:rPr>
          <w:b/>
        </w:rPr>
        <w:t xml:space="preserve">[28:38] </w:t>
      </w:r>
      <w:r>
        <w:t>yani azad hyderabad. aap ghor kijiye ke indian union mein tha ghira hua hyderabad. yani charon taraf se indian union.</w:t>
      </w:r>
    </w:p>
    <w:p>
      <w:pPr>
        <w:jc w:val="right"/>
      </w:pPr>
      <w:r>
        <w:t>یعنی آزاد حیدرآباد۔ آپ غور کیجیے کہ انڈین یونین میں تھا گھرا ہوا حیدرآباد۔ یعنی چاروں طرف سے انڈین یونین۔</w:t>
      </w:r>
    </w:p>
    <w:p>
      <w:r>
        <w:rPr>
          <w:b/>
        </w:rPr>
        <w:t xml:space="preserve">[28:48] </w:t>
      </w:r>
      <w:r>
        <w:t>aur hyderabad ke andar bajh aati hinduo ki. to hyderabad azad kaise ho jayega? aur is ka unhon ne affiliation kar diya pakistan se.</w:t>
      </w:r>
    </w:p>
    <w:p>
      <w:pPr>
        <w:jc w:val="right"/>
      </w:pPr>
      <w:r>
        <w:t>اور حیدرآباد کے اندر بجھ آٹی ہندوؤں کی۔ تو حیدرآباد آزاد کیسے ہو جائے گا؟ اور اس کا انہوں نے affiliation کر دیا پاکستان سے۔</w:t>
      </w:r>
    </w:p>
    <w:p>
      <w:r>
        <w:rPr>
          <w:b/>
        </w:rPr>
        <w:t xml:space="preserve">[29:00] </w:t>
      </w:r>
      <w:r>
        <w:t>matlab geographical jump. yani kood kar ke woh pakistan se mil jayega? sari boundary ko chhod kar ke?</w:t>
      </w:r>
    </w:p>
    <w:p>
      <w:pPr>
        <w:jc w:val="right"/>
      </w:pPr>
      <w:r>
        <w:t>مطلب geographical jump۔ یعنی کود کر کے وہ پاکستان سے مل جائے گا؟ ساری boundary کو چھوڑ کر کے؟</w:t>
      </w:r>
    </w:p>
    <w:p>
      <w:r>
        <w:rPr>
          <w:b/>
        </w:rPr>
        <w:t xml:space="preserve">[29:09] </w:t>
      </w:r>
      <w:r>
        <w:t>That was a ridiculous kind of geographical jump. pakistan se ilhaq jo hyderabad ka kiya gaya tha. aur sab yani ab mahmood ullah, doctor hameed ullah jo the woh quran ke khadim the woh.</w:t>
      </w:r>
    </w:p>
    <w:p>
      <w:pPr>
        <w:jc w:val="right"/>
      </w:pPr>
      <w:r>
        <w:t>That was a ridiculous kind of geographical jump۔ پاکستان سے الحاق جو حیدرآباد کا کیا گیا تھا۔ اور سب یعنی اب محمود اللہ، ڈاکٹر حمید اللہ جو تھے وہ قرآن کے خادم تھے وہ۔</w:t>
      </w:r>
    </w:p>
    <w:p>
      <w:r>
        <w:rPr>
          <w:b/>
        </w:rPr>
        <w:t xml:space="preserve">[29:24] </w:t>
      </w:r>
      <w:r>
        <w:t>aur woh bhi is mein shareek the. aap ghor kijiye. ke quran logon ne padha lekin quran ko nahi padha. kyun?</w:t>
      </w:r>
    </w:p>
    <w:p>
      <w:pPr>
        <w:jc w:val="right"/>
      </w:pPr>
      <w:r>
        <w:t>اور وہ بھی اس میں شریک تھے۔ آپ غور کیجیے۔ کہ قرآن لوگوں نے پڑھا لیکن قرآن کو نہیں پڑھا۔ کیوں؟</w:t>
      </w:r>
    </w:p>
    <w:p>
      <w:r>
        <w:rPr>
          <w:b/>
        </w:rPr>
        <w:t xml:space="preserve">[29:34] </w:t>
      </w:r>
      <w:r>
        <w:t>mind ko prepare kiye baghair padha. mind ko yani jo sahaba ne kaha tha ke pehle hum ne iman seekha phir hum ne quran seekha.</w:t>
      </w:r>
    </w:p>
    <w:p>
      <w:pPr>
        <w:jc w:val="right"/>
      </w:pPr>
      <w:r>
        <w:t>Mind کو prepare کیے بغیر پڑھا۔ Mind کو یعنی جو صحابہ نے کہا تھا کہ پہلے ہم نے ایمان سیکھا پھر ہم نے قرآن سیکھا۔</w:t>
      </w:r>
    </w:p>
    <w:p>
      <w:r>
        <w:rPr>
          <w:b/>
        </w:rPr>
        <w:t xml:space="preserve">[29:44] </w:t>
      </w:r>
      <w:r>
        <w:t>yani pehle hum ne apna mind banaya, mind. phir hum ne quran ko seekha. mind banaye baghair aap quran ko samajh nahi sakte kuch. kuch bhi nahi.</w:t>
      </w:r>
    </w:p>
    <w:p>
      <w:pPr>
        <w:jc w:val="right"/>
      </w:pPr>
      <w:r>
        <w:t>یعنی پہلے ہم نے اپنا mind بنایا، mind۔ پھر ہم نے قرآن کو سیکھا۔ Mind بنائے بغیر آپ قرآن کو سمجھ نہیں سکتے کچھ۔ کچھ بھی نہیں۔</w:t>
      </w:r>
    </w:p>
    <w:p>
      <w:r>
        <w:rPr>
          <w:b/>
        </w:rPr>
        <w:t xml:space="preserve">[29:55] </w:t>
      </w:r>
      <w:r>
        <w:t>kuch bhi nahi samajh sakte aap. ab dekhiye main kuch aur example deta hoon aap ko. ke dhoom machi hui hai quran ki.</w:t>
      </w:r>
    </w:p>
    <w:p>
      <w:pPr>
        <w:jc w:val="right"/>
      </w:pPr>
      <w:r>
        <w:t>کچھ بھی نہیں سمجھ سکتے آپ۔ اب دیکھیے میں کچھ اور example دیتا ہوں آپ کو۔ کہ دھوم مچی ہوئی ہے قرآن کی۔</w:t>
      </w:r>
    </w:p>
    <w:p>
      <w:r>
        <w:rPr>
          <w:b/>
        </w:rPr>
        <w:t xml:space="preserve">[30:07] </w:t>
      </w:r>
      <w:r>
        <w:t>aur kuch bhi nazariya nahi.</w:t>
      </w:r>
    </w:p>
    <w:p>
      <w:pPr>
        <w:jc w:val="right"/>
      </w:pPr>
      <w:r>
        <w:t>اور کچھ بھی نظریہ نہیں۔</w:t>
      </w:r>
    </w:p>
    <w:p>
      <w:r>
        <w:rPr>
          <w:b/>
        </w:rPr>
        <w:t xml:space="preserve">[30:11] </w:t>
      </w:r>
      <w:r>
        <w:t>jaise india mein dekhiye saath baras se main dekh raha hoon ke har har bolne wala aur likhne wala complaint ki language bol raha hai ke india mein discrimination hai, india mein hum par zulm hota hai, india mein humein sataya jata hai,</w:t>
      </w:r>
    </w:p>
    <w:p>
      <w:pPr>
        <w:jc w:val="right"/>
      </w:pPr>
      <w:r>
        <w:t>جیسے انڈیا میں دیکھیے ساٹھ برس سے میں دیکھ رہا ہوں کہ ہر ہر بولنے والا اور لکھنے والا complaint کی language بول رہا ہے کہ انڈیا میں discrimination ہے، انڈیا میں ہم پر ظلم ہوتا ہے، انڈیا میں ہمیں ستایا جاتا ہے،</w:t>
      </w:r>
    </w:p>
    <w:p>
      <w:r>
        <w:rPr>
          <w:b/>
        </w:rPr>
        <w:t xml:space="preserve">[30:25] </w:t>
      </w:r>
      <w:r>
        <w:t>humein hum india mein hum siege mein hain. Siege mein, siege mein hain, muhasre mein hain. aur yeh sab woh log keh rahe hain jo quran ko jante hain.</w:t>
      </w:r>
    </w:p>
    <w:p>
      <w:pPr>
        <w:jc w:val="right"/>
      </w:pPr>
      <w:r>
        <w:t>ہمیں ہم انڈیا میں ہم siege میں ہیں۔ Siege میں، siege میں ہیں، محاصرے میں ہیں۔ اور یہ سب وہ لوگ کہہ رہے ہیں جو قرآن کو جانتے ہیں۔</w:t>
      </w:r>
    </w:p>
    <w:p>
      <w:r>
        <w:rPr>
          <w:b/>
        </w:rPr>
        <w:t xml:space="preserve">[30:39] </w:t>
      </w:r>
      <w:r>
        <w:t>aur quran mein saaf saaf likha hua hai, saaf saaf likha hua hai ke "ma asabakum min musibatin fimbma kasabat aydikum". quran mein saaf saaf likha hua hai ke "wa in tasbiru wa tattaqu la yadurukum kayduhum shai'un".</w:t>
      </w:r>
    </w:p>
    <w:p>
      <w:pPr>
        <w:jc w:val="right"/>
      </w:pPr>
      <w:r>
        <w:t>اور قرآن میں صاف صاف لکھا ہوا ہے، صاف صاف لکھا ہوا ہے کہ "ما اصابکم من مصیبت فبما قسمتیدیکم"۔ قرآن میں صاف صاف لکھا ہوا ہے کہ "وَإِنْ تَصْبَرُوا وَتَتَّقُوا رَاعِدُوا لُكُمْ قَيْدُهُمْ شَيْءٌ"۔</w:t>
      </w:r>
    </w:p>
    <w:p>
      <w:r>
        <w:rPr>
          <w:b/>
        </w:rPr>
        <w:t xml:space="preserve">[30:58] </w:t>
      </w:r>
      <w:r>
        <w:t>yani agar tumhare andar sabr aur taqwa ho to doosron ki sazish tumhara koi nuksan nahi pahunchayegi.</w:t>
      </w:r>
    </w:p>
    <w:p>
      <w:pPr>
        <w:jc w:val="right"/>
      </w:pPr>
      <w:r>
        <w:t>یعنی اگر تمہارے اندر صبر اور تقویٰ ہو تو دوسروں کی سازش تمہارا کوئی نقصان نہیں پہنچائے گی۔</w:t>
      </w:r>
    </w:p>
    <w:p>
      <w:r>
        <w:rPr>
          <w:b/>
        </w:rPr>
        <w:t xml:space="preserve">[31:08] </w:t>
      </w:r>
      <w:r>
        <w:t>dekhiye qaid ke maane hain sazish, conspiracy. sari duniya ke musalmano ko ek hi word maloom hai sazish, sazish, sazish. hindu sazish, american sazish, christian sazish, yahudi, jewish sazish.</w:t>
      </w:r>
    </w:p>
    <w:p>
      <w:pPr>
        <w:jc w:val="right"/>
      </w:pPr>
      <w:r>
        <w:t>دیکھیے قید کے معنی ہیں سازش، conspiracy۔ ساری دنیا کے مسلمانوں کو ایک ہی word معلوم ہے سازش، سازش، سازش۔ ہندو سازش، امریکن سازش، Christian سازش، یہودی، Jewish سازش۔</w:t>
      </w:r>
    </w:p>
    <w:p>
      <w:r>
        <w:rPr>
          <w:b/>
        </w:rPr>
        <w:t xml:space="preserve">[31:22] </w:t>
      </w:r>
      <w:r>
        <w:t>har jagah yahi hai. Conspiracy hamare khilaf, hum siege mein hain. to quran mein kya likha hua hai? "wa in tasbiru wa tattaqu la yadurukum kayduhum shai'un".</w:t>
      </w:r>
    </w:p>
    <w:p>
      <w:pPr>
        <w:jc w:val="right"/>
      </w:pPr>
      <w:r>
        <w:t>ہر جگہ یہی ہے۔ Conspiracy ہمارے خلاف، ہم siege میں ہیں۔ تو قرآن میں کیا لکھا ہوا ہے؟ "وَإِنْ تَصْبَرُوا وَتَتَّقُوا رَاعِدُوا لُكُمْ قَيْدُهُمْ شَيْءٌ"۔</w:t>
      </w:r>
    </w:p>
    <w:p>
      <w:r>
        <w:rPr>
          <w:b/>
        </w:rPr>
        <w:t xml:space="preserve">[31:40] </w:t>
      </w:r>
      <w:r>
        <w:t>unki sazish, unki conspiracy tumhein kuch bhi nuksan nahi pahunchayegi agar tumhare andar sabr aur taqwa ho. to koi duniya mein mujhe ek aadmi nahi maloom hai jo yahan par soche ke arey bhai yeh to quran mein kuch aur likha hua hai.</w:t>
      </w:r>
    </w:p>
    <w:p>
      <w:pPr>
        <w:jc w:val="right"/>
      </w:pPr>
      <w:r>
        <w:t>ان کی سازش، ان کی conspiracy تمہیں کچھ بھی نقصان نہیں پہنچائے گی اگر تمہارے اندر صبر اور تقویٰ ہو۔ تو کوئی دنیا میں مجھے ایک آدمی نہیں معلوم ہے جو یہاں پر سوچے کہ ارے بھئی یہ تو قرآن میں کچھ اور لکھا ہوا ہے۔</w:t>
      </w:r>
    </w:p>
    <w:p>
      <w:r>
        <w:rPr>
          <w:b/>
        </w:rPr>
        <w:t xml:space="preserve">[31:54] </w:t>
      </w:r>
      <w:r>
        <w:t>hum kahan chala rahe the sazish, sazish, sazish. Conspiracy, conspiracy, conspiracy. ek ayat ko sun kar hazrat umar r.a. gir pade the zameen par.</w:t>
      </w:r>
    </w:p>
    <w:p>
      <w:pPr>
        <w:jc w:val="right"/>
      </w:pPr>
      <w:r>
        <w:t>ہم کہاں چلا رہے تھے سازش، سازش، سازش۔ Conspiracy، conspiracy، conspiracy۔ ایک آیت کو سن کر حضرت عمر رضی اللہ عنہ گر پڑے تھے زمین پر۔</w:t>
      </w:r>
    </w:p>
    <w:p>
      <w:r>
        <w:rPr>
          <w:b/>
        </w:rPr>
        <w:t xml:space="preserve">[32:08] </w:t>
      </w:r>
      <w:r>
        <w:t>rasool allah ki wafat ke baad aisa waqea hua.</w:t>
      </w:r>
    </w:p>
    <w:p>
      <w:pPr>
        <w:jc w:val="right"/>
      </w:pPr>
      <w:r>
        <w:t>رسول اللہ کی وفات کے بعد ایسا واقعہ ہوا۔</w:t>
      </w:r>
    </w:p>
    <w:p>
      <w:r>
        <w:rPr>
          <w:b/>
        </w:rPr>
        <w:t xml:space="preserve">[32:15] </w:t>
      </w:r>
      <w:r>
        <w:t>unhon ne ek baat kahi.</w:t>
      </w:r>
    </w:p>
    <w:p>
      <w:pPr>
        <w:jc w:val="right"/>
      </w:pPr>
      <w:r>
        <w:t>انہوں نے ایک بات کہی۔</w:t>
      </w:r>
    </w:p>
    <w:p>
      <w:r>
        <w:rPr>
          <w:b/>
        </w:rPr>
        <w:t xml:space="preserve">[32:19] </w:t>
      </w:r>
      <w:r>
        <w:t>aur phir hazrat abubakar aaye aur unhon ne kaha ke tum jo keh rahe ho woh quran ke khilaf hai yeh baat. woh ayat padh di unhon ne. wahi gir pade aur unhon ne kaha ke woh kehte hain ke is waqt mera haal yeh hua ke mere paaon jo hain halanke hazrat umar pehalwan aadmi the, pehalwan.</w:t>
      </w:r>
    </w:p>
    <w:p>
      <w:pPr>
        <w:jc w:val="right"/>
      </w:pPr>
      <w:r>
        <w:t>اور پھر حضرت ابوبکر آئے اور انہوں نے کہا کہ تم جو کہہ رہے ہو وہ قرآن کے خلاف ہے یہ بات۔ وہ آیت پڑھ دی انہوں نے۔ وہی گر پڑے اور انہوں نے کہا کہ وہ کہتے ہیں کہ اس وقت میرا حال یہ ہوا کہ میرے پاؤں جو ہیں حالانکہ حضرت عمر پہلوان آدمی تھے، پہلوان۔</w:t>
      </w:r>
    </w:p>
    <w:p>
      <w:r>
        <w:rPr>
          <w:b/>
        </w:rPr>
        <w:t xml:space="preserve">[32:35] </w:t>
      </w:r>
      <w:r>
        <w:t>bohat zabardast aadmi the woh. unhon ne kaha ke mere pairon ne mera bojh uthane se inkar kar diya. aur maine is ayat ko kitne logon ke samne, hazaron logon ke samne padh kar sunaya hai logon ko.</w:t>
      </w:r>
    </w:p>
    <w:p>
      <w:pPr>
        <w:jc w:val="right"/>
      </w:pPr>
      <w:r>
        <w:t>بہت زبردست آدمی تھے وہ۔ انہوں نے کہا کہ میرے پیروں نے میرا بوجھ اٹھانے سے انکار کر دیا۔ اور میں نے اس آیت کو کتنے لوگوں کے سامنے، ہزاروں لوگوں کے سامنے پڑھ کر سنایا ہے لوگوں کو۔</w:t>
      </w:r>
    </w:p>
    <w:p>
      <w:r>
        <w:rPr>
          <w:b/>
        </w:rPr>
        <w:t xml:space="preserve">[32:50] </w:t>
      </w:r>
      <w:r>
        <w:t>ke quran mein hai ke agar tumhare andar sabr hai aur taqwa hai to logon ki conspiracy tumhein kuch bhi nuksan nahi pahunchayegi. maine nahi dekha ke koi aadmi gir pada ho zameen par.</w:t>
      </w:r>
    </w:p>
    <w:p>
      <w:pPr>
        <w:jc w:val="right"/>
      </w:pPr>
      <w:r>
        <w:t>کہ قرآن میں ہے کہ اگر تمہارے اندر صبر ہے اور تقویٰ ہے تو لوگوں کی conspiracy تمہیں کچھ بھی نقصان نہیں پہنچائے گی۔ میں نے نہیں دیکھا کہ کوئی آدمی گر پڑا ہو زمین پر۔</w:t>
      </w:r>
    </w:p>
    <w:p>
      <w:r>
        <w:rPr>
          <w:b/>
        </w:rPr>
        <w:t xml:space="preserve">[33:02] </w:t>
      </w:r>
      <w:r>
        <w:t>hum to jante to nahi the ke ayat bhi likhi hui hai quran mein. phir bhi dathai, phir bhi sarkashi.</w:t>
      </w:r>
    </w:p>
    <w:p>
      <w:pPr>
        <w:jc w:val="right"/>
      </w:pPr>
      <w:r>
        <w:t>ہم تو جانتے تو نہیں تھے کہ آیت بھی لکھی ہوئی ہے قرآن میں۔ پھر بھی ڈھٹائی، پھر بھی سرکشی۔</w:t>
      </w:r>
    </w:p>
    <w:p>
      <w:r>
        <w:rPr>
          <w:b/>
        </w:rPr>
        <w:t xml:space="preserve">[33:11] </w:t>
      </w:r>
      <w:r>
        <w:t>aisi halat mein in ko aap ne de diya ke ek land ke yahan par hukumat karo. to kya aapas mein maar kaat kar rahe hain woh?</w:t>
      </w:r>
    </w:p>
    <w:p>
      <w:pPr>
        <w:jc w:val="right"/>
      </w:pPr>
      <w:r>
        <w:t>ایسی حالت میں ان کو آپ نے دے دیا کہ ایک land کے یہاں پر حکومت کرو۔ تو کیا آپس میں مار کاٹ کر رہے ہیں وہ؟</w:t>
      </w:r>
    </w:p>
    <w:p>
      <w:r>
        <w:rPr>
          <w:b/>
        </w:rPr>
        <w:t xml:space="preserve">[33:25] </w:t>
      </w:r>
      <w:r>
        <w:t>theek yahi haal arab dunya ka hai. arab dunya mein kya hua? ke bal four commission ke tehat, bal four verdict ke tehat nineteen forty eight mein yahudiyon ko mauqa diya gaya ke woh wahan aayen.</w:t>
      </w:r>
    </w:p>
    <w:p>
      <w:pPr>
        <w:jc w:val="right"/>
      </w:pPr>
      <w:r>
        <w:t>ٹھیک یہی حال عرب دنیا کا ہے۔ عرب دنیا میں کیا ہوا؟ کہ بال فور کمیشن کے تحت، بال فور ورڈکٹ کے تحت nineteen forty eight میں یہودیوں کو موقع دیا گیا کہ وہ وہاں آئیں۔</w:t>
      </w:r>
    </w:p>
    <w:p>
      <w:r>
        <w:rPr>
          <w:b/>
        </w:rPr>
        <w:t xml:space="preserve">[33:46] </w:t>
      </w:r>
      <w:r>
        <w:t>roughly unhon ne do part kar diye falasteen ke. yani fifty fifty, roughly fifty fifty.</w:t>
      </w:r>
    </w:p>
    <w:p>
      <w:pPr>
        <w:jc w:val="right"/>
      </w:pPr>
      <w:r>
        <w:t>Roughly انہوں نے دو part کر دیے فلسطین کے۔ یعنی fifty fifty، roughly fifty fifty۔</w:t>
      </w:r>
    </w:p>
    <w:p>
      <w:r>
        <w:rPr>
          <w:b/>
        </w:rPr>
        <w:t xml:space="preserve">[33:57] </w:t>
      </w:r>
      <w:r>
        <w:t>aadha arab ko diya, aadha ju ko diya. yeh bilkul yani yani quran ke mutabiq bilkul just faisla tha, just.</w:t>
      </w:r>
    </w:p>
    <w:p>
      <w:pPr>
        <w:jc w:val="right"/>
      </w:pPr>
      <w:r>
        <w:t>آدھا عرب کو دیا، آدھا جو کو دیا۔ یہ بالکل یعنی یعنی قرآن کے مطابق بالکل just فیصلہ تھا، just۔</w:t>
      </w:r>
    </w:p>
    <w:p>
      <w:r>
        <w:rPr>
          <w:b/>
        </w:rPr>
        <w:t xml:space="preserve">[34:09] </w:t>
      </w:r>
      <w:r>
        <w:t>sare arab log went to all</w:t>
      </w:r>
    </w:p>
    <w:p>
      <w:pPr>
        <w:jc w:val="right"/>
      </w:pPr>
      <w:r>
        <w:t>سارے عرب لوگ went to all</w:t>
      </w:r>
    </w:p>
    <w:p>
      <w:r>
        <w:rPr>
          <w:b/>
        </w:rPr>
        <w:t xml:space="preserve">[34:14] </w:t>
      </w:r>
      <w:r>
        <w:t>except myself. sab ne ab kya kiya is ke khilaf ladai chher di. sab se pehle hazrat binah aur syed qutb ne shuru ki.</w:t>
      </w:r>
    </w:p>
    <w:p>
      <w:pPr>
        <w:jc w:val="right"/>
      </w:pPr>
      <w:r>
        <w:t>except myself۔ سب نے اب کیا کیا اس کے خلاف لڑائی چھڑ دی۔ سب سے پہلے حضرت بنہ اور سید قطب نے شروع کی۔</w:t>
      </w:r>
    </w:p>
    <w:p>
      <w:r>
        <w:rPr>
          <w:b/>
        </w:rPr>
        <w:t xml:space="preserve">[34:23] </w:t>
      </w:r>
      <w:r>
        <w:t>jo jamaatuddin afghani ke woh jamaatuddin nasir ke zamane mein. aur shah farooq ke zamane mein. aur tab se aate chali ja rahi hai. yasser arafat tak aur abhi tak chali ja rahi hai.</w:t>
      </w:r>
    </w:p>
    <w:p>
      <w:pPr>
        <w:jc w:val="right"/>
      </w:pPr>
      <w:r>
        <w:t>جو جماعت الدین افغانی کے وہ جماعت الدین ناصر کے زمانے میں۔ اور شاہ فاروق کے زمانے میں۔ اور تب سے آتے چلی جا رہی ہے۔ یاسر عرفات تک اور ابھی تک چلی جا رہی ہے۔</w:t>
      </w:r>
    </w:p>
    <w:p>
      <w:r>
        <w:rPr>
          <w:b/>
        </w:rPr>
        <w:t xml:space="preserve">[34:34] </w:t>
      </w:r>
      <w:r>
        <w:t>beshumar nuksan, beshumar nuksan. kyun? unhon ne jab yeh baat samne aayi to quran ko nahi padha.</w:t>
      </w:r>
    </w:p>
    <w:p>
      <w:pPr>
        <w:jc w:val="right"/>
      </w:pPr>
      <w:r>
        <w:t>بے شمار نقصان، بے شمار نقصان۔ کیوں؟ انہوں نے جب یہ بات سامنے آئی تو قرآن کو نہیں پڑھا۔</w:t>
      </w:r>
    </w:p>
    <w:p>
      <w:r>
        <w:rPr>
          <w:b/>
        </w:rPr>
        <w:t xml:space="preserve">[34:47] </w:t>
      </w:r>
      <w:r>
        <w:t>quran mein likha hua hai ke hazrat musa ne kaha ke aye bani israel tum chale jao falasteen mein. khuda ne tumhare liye likh diya hai is ko.</w:t>
      </w:r>
    </w:p>
    <w:p>
      <w:pPr>
        <w:jc w:val="right"/>
      </w:pPr>
      <w:r>
        <w:t>قرآن میں لکھا ہوا ہے کہ حضرت موسیٰ نے کہا کہ اے بنی اسرائیل تم چلے جاؤ فلسطین میں۔ خدا نے تمہارے لیے لکھ دیا ہے اس کو۔</w:t>
      </w:r>
    </w:p>
    <w:p>
      <w:r>
        <w:rPr>
          <w:b/>
        </w:rPr>
        <w:t xml:space="preserve">[34:57] </w:t>
      </w:r>
      <w:r>
        <w:t>yeh kis se kaha tha? yeh bani israel jin ko hum kehte hain, jo yahudi log kehte hain, un ko hum ka ka qissa hai. yeh hazrat ibrahim ke beton se yeh silsila chala hai.</w:t>
      </w:r>
    </w:p>
    <w:p>
      <w:pPr>
        <w:jc w:val="right"/>
      </w:pPr>
      <w:r>
        <w:t>یہ کس سے کہا تھا؟ یہ بنی اسرائیل جن کو ہم کہتے ہیں، جو یہودی لوگ کہتے ہیں، ان کو ہم کا کا قصہ ہے۔ یہ حضرت ابراہیم کے بیٹوں سے یہ سلسلہ چلا ہے۔</w:t>
      </w:r>
    </w:p>
    <w:p>
      <w:r>
        <w:rPr>
          <w:b/>
        </w:rPr>
        <w:t xml:space="preserve">[35:12] </w:t>
      </w:r>
      <w:r>
        <w:t>hazrat ishaq ke bete the yaqoob. yaqoob ke is se naslen chali. yaqoob ka doosra naam israel tha. to isi liye un ko bani israel kaha jata hai.</w:t>
      </w:r>
    </w:p>
    <w:p>
      <w:pPr>
        <w:jc w:val="right"/>
      </w:pPr>
      <w:r>
        <w:t>حضرت اسحاق کے بیٹے تھے یعقوب۔ یعقوب کے اس سے نسلیں چلی۔ یعقوب کا دوسرا نام اسرائیل تھا۔ تو اسی لیے ان کو بنی اسرائیل کہا جاتا ہے۔</w:t>
      </w:r>
    </w:p>
    <w:p>
      <w:r>
        <w:rPr>
          <w:b/>
        </w:rPr>
        <w:t xml:space="preserve">[35:22] </w:t>
      </w:r>
      <w:r>
        <w:t>to in ko hazrat hazrat ibrahim ne basaya tha yani falasteen mein. hazrat yusuf alaihissalam jab misr mein un ko mauqa mila wahan to unhon ne apne bhaiyon se kaha ke tum yahan aa jao, misr aa jao.</w:t>
      </w:r>
    </w:p>
    <w:p>
      <w:pPr>
        <w:jc w:val="right"/>
      </w:pPr>
      <w:r>
        <w:t>تو ان کو حضرت حضرت ابراہیم نے بسایا تھا یعنی فلسطین میں۔ حضرت یوسف علیہ السلام جب مصر میں ان کو موقع ملا وہاں تو انہوں نے اپنے بھائیوں سے کہا کہ تم یہاں آ جاؤ، مصر آ جاؤ۔</w:t>
      </w:r>
    </w:p>
    <w:p>
      <w:r>
        <w:rPr>
          <w:b/>
        </w:rPr>
        <w:t xml:space="preserve">[35:38] </w:t>
      </w:r>
      <w:r>
        <w:t>to jo log base hue the falasteen mein us waqt taqreeban satar aadmi the. yeh yeh log.</w:t>
      </w:r>
    </w:p>
    <w:p>
      <w:pPr>
        <w:jc w:val="right"/>
      </w:pPr>
      <w:r>
        <w:t>تو جو لوگ بسے ہوئے تھے فلسطین میں اس وقت تقریباً ستر آدمی تھے۔ یہ یہ لوگ۔</w:t>
      </w:r>
    </w:p>
    <w:p>
      <w:r>
        <w:rPr>
          <w:b/>
        </w:rPr>
        <w:t xml:space="preserve">[35:46] </w:t>
      </w:r>
      <w:r>
        <w:t>yeh chale gaye wahan. yani misr chale gaye. aur bohat zarkhez ilaqe mein woh abad hue. paanch sau saal tak taqreeban wahan rahe aur bohat kafi un ki tadad ho gayi, lakhon ho gaye woh.</w:t>
      </w:r>
    </w:p>
    <w:p>
      <w:pPr>
        <w:jc w:val="right"/>
      </w:pPr>
      <w:r>
        <w:t>یہ چلے گئے وہاں۔ یعنی مصر چلے گئے۔ اور بہت زرخیز علاقے میں وہ آباد ہوئے۔ پانچ سو سال تک تقریباً وہاں رہے اور بہت کافی ان کی تعداد ہو گئی، لاکھوں ہو گئے وہ۔</w:t>
      </w:r>
    </w:p>
    <w:p>
      <w:r>
        <w:rPr>
          <w:b/>
        </w:rPr>
        <w:t xml:space="preserve">[36:00] </w:t>
      </w:r>
      <w:r>
        <w:t>yeh woh log the jin ko le kar hazrat musa jo hai sarasarina mein gaye. un se kaha ke tum dakhil ho jao falasteen mein dobara. khuda ne likh diya hai tumhare liye.</w:t>
      </w:r>
    </w:p>
    <w:p>
      <w:pPr>
        <w:jc w:val="right"/>
      </w:pPr>
      <w:r>
        <w:t>یہ وہ لوگ تھے جن کو لے کر حضرت موسیٰ جو ہے سراسرینہ میں گئے۔ ان سے کہا کہ تم داخل ہو جاؤ فلسطین میں دوبارہ۔ خدا نے لکھ دیا ہے تمہارے لیے۔</w:t>
      </w:r>
    </w:p>
    <w:p>
      <w:r>
        <w:rPr>
          <w:b/>
        </w:rPr>
        <w:t xml:space="preserve">[36:10] </w:t>
      </w:r>
      <w:r>
        <w:t>qala musa li qawmi udkhulu ard al muqaddasa. allah allah. kisi ne socha nahi ke aakhir yeh jo hazrat musa ne kaha tha kyun kaha tha?</w:t>
      </w:r>
    </w:p>
    <w:p>
      <w:pPr>
        <w:jc w:val="right"/>
      </w:pPr>
      <w:r>
        <w:t>قال موسیٰ لقومہ ادخل ارض المقدسہ اللہ اللہ کسی نے سوچا نہیں کہ آخر یہ جو حضرت موسیٰ نے کہا تھا کیوں کہا تھا؟</w:t>
      </w:r>
    </w:p>
    <w:p>
      <w:r>
        <w:rPr>
          <w:b/>
        </w:rPr>
        <w:t xml:space="preserve">[36:22] </w:t>
      </w:r>
      <w:r>
        <w:t>abhi tak woh ayat maujood hai. woh mansookh nahi hui. is liye kaha tha ke yeh the Jews in diaspora.</w:t>
      </w:r>
    </w:p>
    <w:p>
      <w:pPr>
        <w:jc w:val="right"/>
      </w:pPr>
      <w:r>
        <w:t>ابھی تک وہ آیت موجود ہے۔ وہ منسوخ نہیں ہوئی۔ اس لیے کہا تھا کہ یہ تھے Jews in diaspora۔</w:t>
      </w:r>
    </w:p>
    <w:p>
      <w:r>
        <w:rPr>
          <w:b/>
        </w:rPr>
        <w:t xml:space="preserve">[36:35] </w:t>
      </w:r>
      <w:r>
        <w:t>diaspora kehte hain ke jaise india mein jo log hain un mein kuch log chale jayen america to wahan diaspora kahe jayenge woh.</w:t>
      </w:r>
    </w:p>
    <w:p>
      <w:pPr>
        <w:jc w:val="right"/>
      </w:pPr>
      <w:r>
        <w:t>Diaspora کہتے ہیں کہ جیسے انڈیا میں جو لوگ ہیں ان میں کچھ لوگ چلے جائیں امریکہ تو وہاں diaspora کہے جائیں گے وہ۔</w:t>
      </w:r>
    </w:p>
    <w:p>
      <w:r>
        <w:rPr>
          <w:b/>
        </w:rPr>
        <w:t xml:space="preserve">[36:48] </w:t>
      </w:r>
      <w:r>
        <w:t>yani kisi mulk ke log ja kar bahar jab rehne lagte hain to un ko kaha jata hai urdu mein kehte hain tarkeen watan. english mein kehte hain diaspora.</w:t>
      </w:r>
    </w:p>
    <w:p>
      <w:pPr>
        <w:jc w:val="right"/>
      </w:pPr>
      <w:r>
        <w:t>یعنی کسی ملک کے لوگ جا کر باہر جب رہنے لگتے ہیں تو ان کو کہا جاتا ہے اردو میں کہتے ہیں تارکین وطن۔ انگلش میں کہتے ہیں diaspora۔</w:t>
      </w:r>
    </w:p>
    <w:p>
      <w:r>
        <w:rPr>
          <w:b/>
        </w:rPr>
        <w:t xml:space="preserve">[36:57] </w:t>
      </w:r>
      <w:r>
        <w:t>to yeh jo yahudi the jin ko le kar hazrat musa gaye sarasarina mein jin ko kaha ke jao falasteen mein dakhil ho jao. ek khuda ne likh diya hai tumhare liye.</w:t>
      </w:r>
    </w:p>
    <w:p>
      <w:pPr>
        <w:jc w:val="right"/>
      </w:pPr>
      <w:r>
        <w:t>تو یہ جو یہودی تھے جن کو لے کر حضرت موسیٰ گئے سراسرینہ میں جن کو کہا کہ جاؤ فلسطین میں داخل ہو جاؤ۔ ایک خدا نے لکھ دیا ہے تمہارے لیے۔</w:t>
      </w:r>
    </w:p>
    <w:p>
      <w:r>
        <w:rPr>
          <w:b/>
        </w:rPr>
        <w:t xml:space="preserve">[37:09] </w:t>
      </w:r>
      <w:r>
        <w:t>to kyun kaha likh diya hai? is liye ke woh diaspora mein the woh log. un ka homeland tha falasteen. to woh ayat abhi bhi maujood hai.</w:t>
      </w:r>
    </w:p>
    <w:p>
      <w:pPr>
        <w:jc w:val="right"/>
      </w:pPr>
      <w:r>
        <w:t>تو کیوں کہا لکھ دیا ہے؟ اس لیے کہ وہ diaspora میں تھے وہ لوگ۔ ان کا ہوم لینڈ تھا فلسطین۔ تو وہ آیت ابھی بھی موجود ہے۔</w:t>
      </w:r>
    </w:p>
    <w:p>
      <w:r>
        <w:rPr>
          <w:b/>
        </w:rPr>
        <w:t xml:space="preserve">[37:20] </w:t>
      </w:r>
      <w:r>
        <w:t>to yeh jo gaye thay baal for verdict ke tehat woh sab diaspora ke log thay woh. bahir ke mulkon mein jo yahoodi aabad ho gaye thay jin ko ke bhagna para tha wahan.</w:t>
      </w:r>
    </w:p>
    <w:p>
      <w:pPr>
        <w:jc w:val="right"/>
      </w:pPr>
      <w:r>
        <w:t>تو یہ جو گئے تھے بال فور ورڈکٹ کے تحت وہ سب diaspora کے لوگ تھے وہ۔ باہر کے ملکوں میں جو یہودی آباد ہو گئے تھے جن کو کہ بھاگنا پڑا تھا وہاں۔</w:t>
      </w:r>
    </w:p>
    <w:p>
      <w:r>
        <w:rPr>
          <w:b/>
        </w:rPr>
        <w:t xml:space="preserve">[37:34] </w:t>
      </w:r>
      <w:r>
        <w:t>kai wahan par aap jante hain is ki falasteen ki history ke kai bar aisa hua ke wahan kisi king ne hamla kiya, attack kiya aur aur lambi kahani hai is ki, ko bhagna para.</w:t>
      </w:r>
    </w:p>
    <w:p>
      <w:pPr>
        <w:jc w:val="right"/>
      </w:pPr>
      <w:r>
        <w:t>کئی وہاں پر آپ جانتے ہیں اس کی فلسطین کی history کہ کئی بار ایسا ہوا کہ وہاں کسی king نے حملہ کیا، attack کیا اور اور لمبی کہانی ہے اس کی، کو بھاگنا پڑا۔</w:t>
      </w:r>
    </w:p>
    <w:p>
      <w:r>
        <w:rPr>
          <w:b/>
        </w:rPr>
        <w:t xml:space="preserve">[37:45] </w:t>
      </w:r>
      <w:r>
        <w:t>to woh log jo tarkeen watan ya diaspora mein thay bahir jis tarah hazrat moosa ke zamanay mein un ko haq tha ke woh ja kar basain wahan, abhi bhi haq tha un ko ja kar wahan basain.</w:t>
      </w:r>
    </w:p>
    <w:p>
      <w:pPr>
        <w:jc w:val="right"/>
      </w:pPr>
      <w:r>
        <w:t>تو وہ لوگ جو تارکین وطن یا diaspora میں تھے باہر جس طرح حضرت موسیٰ کے زمانے میں ان کو حق تھا کہ وہ جا کر بسیں وہاں، ابھی بھی حق تھا ان کو جا کر وہاں بسیں۔</w:t>
      </w:r>
    </w:p>
    <w:p>
      <w:r>
        <w:rPr>
          <w:b/>
        </w:rPr>
        <w:t xml:space="preserve">[37:57] </w:t>
      </w:r>
      <w:r>
        <w:t>to kyun aap is ke khilaf ho gaye? kyun aap ne larai cheri? ab reassess karna chahiye in logon ko ke dekhiye ke agar aap haq par thay to saath saal beet gaye hain, saath saal, sixty years, more than sixty years.</w:t>
      </w:r>
    </w:p>
    <w:p>
      <w:pPr>
        <w:jc w:val="right"/>
      </w:pPr>
      <w:r>
        <w:t>تو کیوں آپ اس کے خلاف ہو گئے؟ کیوں آپ نے لڑائی چھڑی؟ اب reassess کرنا چاہیے ان لوگوں کو کہ دیکھیے کہ اگر آپ حق پر تھے تو ساٹھ سال بیت گئے ہیں، ساٹھ سال، sixty years، more than sixty years۔</w:t>
      </w:r>
    </w:p>
    <w:p>
      <w:r>
        <w:rPr>
          <w:b/>
        </w:rPr>
        <w:t xml:space="preserve">[38:14] </w:t>
      </w:r>
      <w:r>
        <w:t>to khuda aap ki side mein kyun nahi aaya? ajeeb ghareeb harkatein ki hain arbon ne. yani gaza aur misr ke beech mein tunnel khod rakhi hai, bohat sari tunnel.</w:t>
      </w:r>
    </w:p>
    <w:p>
      <w:pPr>
        <w:jc w:val="right"/>
      </w:pPr>
      <w:r>
        <w:t>تو خدا آپ کی side میں کیوں نہیں آیا؟ عجیب غریب حرکتیں کی ہیں عربوں نے۔ یعنی غزہ اور مصر کے بیچ میں tunnel کھود رکھی ہے، بہت ساری tunnel۔</w:t>
      </w:r>
    </w:p>
    <w:p>
      <w:r>
        <w:rPr>
          <w:b/>
        </w:rPr>
        <w:t xml:space="preserve">[38:24] </w:t>
      </w:r>
      <w:r>
        <w:t>is mein se hathiyar latay hain. jo gaza patti hai kahi jati hai, GAZA. english mein ghaza kehte hain, arabic mein gaza kehte hain.</w:t>
      </w:r>
    </w:p>
    <w:p>
      <w:pPr>
        <w:jc w:val="right"/>
      </w:pPr>
      <w:r>
        <w:t>اس میں سے ہتھیار لاتے ہیں۔ جو غزہ پٹی ہے کہی جاتی ہے، GAZA۔ انگلش میں غازہ کہتے ہیں، عربک میں غزہ کہتے ہیں۔</w:t>
      </w:r>
    </w:p>
    <w:p>
      <w:r>
        <w:rPr>
          <w:b/>
        </w:rPr>
        <w:t xml:space="preserve">[38:37] </w:t>
      </w:r>
      <w:r>
        <w:t>to woh us ki border mila hua Egypt se. wahan tunnel khod rakhi hai. kai. isi tunnel se ja kar ke misr se, yani Egypt se latay hain hathiyar aur phir bomb martay hain.</w:t>
      </w:r>
    </w:p>
    <w:p>
      <w:pPr>
        <w:jc w:val="right"/>
      </w:pPr>
      <w:r>
        <w:t>تو وہ اس کی border ملا ہوا Egypt سے۔ وہاں tunnel کھود رکھی ہے۔ کئی۔ اسی tunnel سے جا کر کے مصر سے، یعنی Egypt سے لاتے ہیں ہتھیار اور پھر بم مارتے ہیں۔</w:t>
      </w:r>
    </w:p>
    <w:p>
      <w:r>
        <w:rPr>
          <w:b/>
        </w:rPr>
        <w:t xml:space="preserve">[38:51] </w:t>
      </w:r>
      <w:r>
        <w:t>yani israiliyon par. itni itna ziyada paisa diya hai arbon ne in logon ko ke woh aik pahaar ban jaye bas sataon ke sone chandi ka in paison ko akatha kiya hai to.</w:t>
      </w:r>
    </w:p>
    <w:p>
      <w:pPr>
        <w:jc w:val="right"/>
      </w:pPr>
      <w:r>
        <w:t>یعنی اسرائیلیوں پر۔ اتنی اتنا زیادہ پیسہ دیا ہے عربوں نے ان لوگوں کو کہ وہ ایک پہاڑ بن جائے بس ستاؤں کے سونے چاندی کا ان پیسوں کو اکٹھا کیا ہے تو۔</w:t>
      </w:r>
    </w:p>
    <w:p>
      <w:r>
        <w:rPr>
          <w:b/>
        </w:rPr>
        <w:t xml:space="preserve">[39:06] </w:t>
      </w:r>
      <w:r>
        <w:t>aur falastini movement par beshumar paisa diya hai. arbon ne aur sari dunya ne diya hai. aur bohat sacrifice ki gayi hai, bohat log maray gaye hain.</w:t>
      </w:r>
    </w:p>
    <w:p>
      <w:pPr>
        <w:jc w:val="right"/>
      </w:pPr>
      <w:r>
        <w:t>اور فلسطینی movement پر بے شمار پیسہ دیا ہے۔ عربوں نے اور ساری دنیا نے دیا ہے۔ اور بہت sacrifice کی گئی ہے، بہت لوگ مارے گئے ہیں۔</w:t>
      </w:r>
    </w:p>
    <w:p>
      <w:r>
        <w:rPr>
          <w:b/>
        </w:rPr>
        <w:t xml:space="preserve">[39:18] </w:t>
      </w:r>
      <w:r>
        <w:t>yani hazrat binah aur syed qutb se le kar yasser arafat tak aur abhi tak koi ginti nahi hai sacrifices ki. phir bhi kya waja hai ke tabahi ho rahi hai?</w:t>
      </w:r>
    </w:p>
    <w:p>
      <w:pPr>
        <w:jc w:val="right"/>
      </w:pPr>
      <w:r>
        <w:t>یعنی حضرت بنہ اور سید قطب سے لے کر یاسر عرفات تک اور ابھی تک کوئی گنتی نہیں ہے sacrifices کی۔ پھر بھی کیا وجہ ہے کہ تباہی ہو رہی ہے؟</w:t>
      </w:r>
    </w:p>
    <w:p>
      <w:r>
        <w:rPr>
          <w:b/>
        </w:rPr>
        <w:t xml:space="preserve">[39:32] </w:t>
      </w:r>
      <w:r>
        <w:t>kyun? kyun aisa ho raha hai?</w:t>
      </w:r>
    </w:p>
    <w:p>
      <w:pPr>
        <w:jc w:val="right"/>
      </w:pPr>
      <w:r>
        <w:t>کیوں؟ کیوں ایسا ہو رہا ہے؟</w:t>
      </w:r>
    </w:p>
    <w:p>
      <w:r>
        <w:rPr>
          <w:b/>
        </w:rPr>
        <w:t xml:space="preserve">[39:38] </w:t>
      </w:r>
      <w:r>
        <w:t>abhi mein ne aik aik parha hai aik work ke annihilation yani hamara bilkul istehsal kiya ja raha hai. to sawal yeh hai ke tum kehte ho in ko dushman, tum kehte ho in ko maghzoob.</w:t>
      </w:r>
    </w:p>
    <w:p>
      <w:pPr>
        <w:jc w:val="right"/>
      </w:pPr>
      <w:r>
        <w:t>ابھی میں نے ایک ایک پڑھا ہے ایک work کہ annihilation یعنی ہمارا بالکل استحصال کیا جا رہا ہے۔ تو سوال یہ ہے کہ تم کہتے ہو ان کو دشمن، تم کہتے ہو ان کو مغضوب۔</w:t>
      </w:r>
    </w:p>
    <w:p>
      <w:r>
        <w:rPr>
          <w:b/>
        </w:rPr>
        <w:t xml:space="preserve">[39:52] </w:t>
      </w:r>
      <w:r>
        <w:t>to dushman jo hai khuda ka, dushman khuda tum kehte ho us ko. us ko kahan se mauqa mil gaya hai ke khuda ke doston ko woh tabah kare? tum apnay ko khuda ka dost batatay ho.</w:t>
      </w:r>
    </w:p>
    <w:p>
      <w:pPr>
        <w:jc w:val="right"/>
      </w:pPr>
      <w:r>
        <w:t>تو دشمن جو ہے خدا کا، دشمن خدا تم کہتے ہو اس کو۔ اس کو کہاں سے موقع مل گیا ہے کہ خدا کے دوستوں کو وہ تباہ کرے؟ تم اپنے کو خدا کا دوست بتاتے ہو۔</w:t>
      </w:r>
    </w:p>
    <w:p>
      <w:r>
        <w:rPr>
          <w:b/>
        </w:rPr>
        <w:t xml:space="preserve">[40:05] </w:t>
      </w:r>
      <w:r>
        <w:t>un ko khuda ka dushman batatay ho. to khuda tumhari side mein kyun nahi aaya?</w:t>
      </w:r>
    </w:p>
    <w:p>
      <w:pPr>
        <w:jc w:val="right"/>
      </w:pPr>
      <w:r>
        <w:t>ان کو خدا کا دشمن بتاتے ہو۔ تو خدا تمہاری side میں کیوں نہیں آیا؟</w:t>
      </w:r>
    </w:p>
    <w:p>
      <w:r>
        <w:rPr>
          <w:b/>
        </w:rPr>
        <w:t xml:space="preserve">[40:13] </w:t>
      </w:r>
      <w:r>
        <w:t>So you have to reassess the whole thing. mein ne arbon se, bohat se arbon se baat cheet ki. lekin is qadar logon mein sirkashi hai ke koi suntay nahi hain kuch.</w:t>
      </w:r>
    </w:p>
    <w:p>
      <w:pPr>
        <w:jc w:val="right"/>
      </w:pPr>
      <w:r>
        <w:t>So you have to reassess the whole thing۔ میں نے عربوں سے، بہت سے عربوں سے بات چیت کی۔ لیکن اس قدر لوگوں میں سرکشی ہے کہ کوئی سنتے نہیں ہیں کچھ۔</w:t>
      </w:r>
    </w:p>
    <w:p>
      <w:r>
        <w:rPr>
          <w:b/>
        </w:rPr>
        <w:t xml:space="preserve">[40:24] </w:t>
      </w:r>
      <w:r>
        <w:t>koi suntay nahi hain. yeh sirkashi, nafrat, itni nafrat, itna hate hai. suntay nahi hain kuch. yani quran ki ayaton, ayaton ko parh kar hazrat umar gir paray thay.</w:t>
      </w:r>
    </w:p>
    <w:p>
      <w:pPr>
        <w:jc w:val="right"/>
      </w:pPr>
      <w:r>
        <w:t>کوئی سنتے نہیں ہیں۔ یہ سرکشی، نفرت، اتنی نفرت، اتنا hate ہے۔ سنتے نہیں ہیں کچھ۔ یعنی قرآن کی آیتوں، آیتوں کو پڑھ کر حضرت عمر گر پڑے تھے۔</w:t>
      </w:r>
    </w:p>
    <w:p>
      <w:r>
        <w:rPr>
          <w:b/>
        </w:rPr>
        <w:t xml:space="preserve">[40:36] </w:t>
      </w:r>
      <w:r>
        <w:t>aaj to us ko sun kar ke aur ziyada seena tanatay hain log. to muamla tha reassess karne ka. Reassess na to hazrat arafat ne kiya, na maulana muhammad hassan ne kiya, na iqbal ne kiya.</w:t>
      </w:r>
    </w:p>
    <w:p>
      <w:pPr>
        <w:jc w:val="right"/>
      </w:pPr>
      <w:r>
        <w:t>آج تو اس کو سن کر کے اور زیادہ سینہ تانتے ہیں لوگ۔ تو معاملہ تھا reassess کرنے کا۔ Reassess نہ تو حضرت عرفات نے کیا، نہ مولانا محمد حسن نے کیا، نہ اقبال نے کیا۔</w:t>
      </w:r>
    </w:p>
    <w:p>
      <w:r>
        <w:rPr>
          <w:b/>
        </w:rPr>
        <w:t xml:space="preserve">[40:51] </w:t>
      </w:r>
      <w:r>
        <w:t>na aaj koi kar raha hai, na pehle kisi ne kiya. yeh aik moti si baat hai, quran mein hai ke "لَيَجَلَ اللَّهُ لِلْكَافِرِينَ وَلَلْمُؤْمِنِينَ سَبِيلًا".</w:t>
      </w:r>
    </w:p>
    <w:p>
      <w:pPr>
        <w:jc w:val="right"/>
      </w:pPr>
      <w:r>
        <w:t>نہ آج کوئی کر رہا ہے، نہ پہلے کسی نے کیا۔ یہ ایک موٹی سی بات ہے، قرآن میں ہے کہ "لَيَجَلَ اللَّهُ لِلْكَافِرِينَ وَلَلْمُؤْمِنِينَ سَبِيلًا"۔</w:t>
      </w:r>
    </w:p>
    <w:p>
      <w:r>
        <w:rPr>
          <w:b/>
        </w:rPr>
        <w:t xml:space="preserve">[41:01] </w:t>
      </w:r>
      <w:r>
        <w:t>kitni zabardast ayat hai yeh. ke khuda momineen par kafiron ko sabil nahi de ga. yani aisa nahi ho sakta ke woh us ko, yani us ko woh kar dein.</w:t>
      </w:r>
    </w:p>
    <w:p>
      <w:pPr>
        <w:jc w:val="right"/>
      </w:pPr>
      <w:r>
        <w:t>کتنی زبردست آیت ہے یہ۔ کہ خدا مومنین پر کافروں کو سبیل نہیں دے گا۔ یعنی ایسا نہیں ہو سکتا کہ وہ اس کو، یعنی اس کو وہ کر دیں۔</w:t>
      </w:r>
    </w:p>
    <w:p>
      <w:r>
        <w:rPr>
          <w:b/>
        </w:rPr>
        <w:t xml:space="preserve">[41:16] </w:t>
      </w:r>
      <w:r>
        <w:t>yani musalman jo hai defeat kha jayen aur un ki victory ho jaye. aisa nahi honay wala hai. Clear bilkul likha hua hai.</w:t>
      </w:r>
    </w:p>
    <w:p>
      <w:pPr>
        <w:jc w:val="right"/>
      </w:pPr>
      <w:r>
        <w:t>یعنی مسلمان جو ہے defeat کھا جائیں اور ان کی victory ہو جائے۔ ایسا نہیں ہونے والا ہے۔ Clear بالکل لکھا ہوا ہے۔</w:t>
      </w:r>
    </w:p>
    <w:p>
      <w:r>
        <w:rPr>
          <w:b/>
        </w:rPr>
        <w:t xml:space="preserve">[41:26] </w:t>
      </w:r>
      <w:r>
        <w:t>kai ayatein hain isi, is qism ki hain. to sawal yeh hai ke jab tum kehte ho ke hum khuda ke liye kar rahay hain, haq ke liye kar rahay hain, islam ke liye kar rahay hain. to tum hi tabah kyun ho rahay ho?</w:t>
      </w:r>
    </w:p>
    <w:p>
      <w:pPr>
        <w:jc w:val="right"/>
      </w:pPr>
      <w:r>
        <w:t>کئی آیتیں ہیں اسی، اس قسم کی ہیں۔ تو سوال یہ ہے کہ جب تم کہتے ہو کہ ہم خدا کے لیے کر رہے ہیں، حق کے لیے کر رہے ہیں، اسلام کے لیے کر رہے ہیں۔ تو تم ہی تباہ کیوں ہو رہے ہو؟</w:t>
      </w:r>
    </w:p>
    <w:p>
      <w:r>
        <w:rPr>
          <w:b/>
        </w:rPr>
        <w:t xml:space="preserve">[41:38] </w:t>
      </w:r>
      <w:r>
        <w:t>aur woh woh furnish kyun kar rahay hain? to reassess karna chahiye. to reassess kar rahay thay to pata chalta hai ke ghalati hamari thi ke nineteen forty eight mein hum ne jo diaspora honay ki hesiyat se un ko haq tha ke aa kar basain yahan.</w:t>
      </w:r>
    </w:p>
    <w:p>
      <w:pPr>
        <w:jc w:val="right"/>
      </w:pPr>
      <w:r>
        <w:t>اور وہ وہ furnish کیوں کر رہے ہیں؟ تو reassess کرنا چاہیے۔ تو reassess کر رہے تھے تو پتہ چلتا ہے کہ غلطی ہماری تھی کہ nineteen forty eight میں ہم نے جو diaspora ہونے کی حیثیت سے ان کو حق تھا کہ آ کے بسیں یہاں۔</w:t>
      </w:r>
    </w:p>
    <w:p>
      <w:r>
        <w:rPr>
          <w:b/>
        </w:rPr>
        <w:t xml:space="preserve">[41:52] </w:t>
      </w:r>
      <w:r>
        <w:t>hum ne khwamkhwah un ko kaha ke tum ko qabool nahi karein ge. sarnermi ko fi bahar. yani wahan par arbon ka tha ke sarnermi ko fi bahar.</w:t>
      </w:r>
    </w:p>
    <w:p>
      <w:pPr>
        <w:jc w:val="right"/>
      </w:pPr>
      <w:r>
        <w:t>ہم نے خوامخواہ ان کو کہا کہ تم کو قبول نہیں کریں گے۔ سرنرمی کو فی بحر۔ یعنی وہاں پر عربوں کا تھا کہ سرنرمی کو فی البحر۔</w:t>
      </w:r>
    </w:p>
    <w:p>
      <w:r>
        <w:rPr>
          <w:b/>
        </w:rPr>
        <w:t xml:space="preserve">[42:03] </w:t>
      </w:r>
      <w:r>
        <w:t>hum tum ko samandar mein thakel dein ge. lekin kis ko kis ne thikayla? ulta ho gaya. to agar dekhiye, agar quran ko le kar ke yeh arab log nineteen forty eight mein baal for ke verdict ko maan lete, jante kya hota?</w:t>
      </w:r>
    </w:p>
    <w:p>
      <w:pPr>
        <w:jc w:val="right"/>
      </w:pPr>
      <w:r>
        <w:t>ہم تم کو سمندر میں ٹھکیل دیں گے۔ لیکن کس کو کس نے ٹھکیلا؟ الٹا ہو گیا۔ تو اگر دیکھیے، اگر قرآن کو لے کر کے یہ عرب لوگ nineteen forty eight میں بال فور کے ورڈکٹ کو مان لیتے، جانتے کیا ہوتا؟</w:t>
      </w:r>
    </w:p>
    <w:p>
      <w:r>
        <w:rPr>
          <w:b/>
        </w:rPr>
        <w:t xml:space="preserve">[42:25] </w:t>
      </w:r>
      <w:r>
        <w:t>Fifty percent falasteen ka yeh arbon ke paas hota. jaisa ke tha. Including یروشلم.</w:t>
      </w:r>
    </w:p>
    <w:p>
      <w:pPr>
        <w:jc w:val="right"/>
      </w:pPr>
      <w:r>
        <w:t>Fifty percent فلسطین کا یہ عربوں کے پاس ہوتا۔ جیسا کہ تھا۔ Including یروشلم۔</w:t>
      </w:r>
    </w:p>
    <w:p>
      <w:r>
        <w:rPr>
          <w:b/>
        </w:rPr>
        <w:t xml:space="preserve">[42:34] </w:t>
      </w:r>
      <w:r>
        <w:t>aap jante hain bal four ne kya kiya tha? jo wahan ka yani best soil hai. aur jo yerooshlem hai, haj aqsa hai, sab ka sab diya tha arbon ko diya tha.</w:t>
      </w:r>
    </w:p>
    <w:p>
      <w:pPr>
        <w:jc w:val="right"/>
      </w:pPr>
      <w:r>
        <w:t>آپ جانتے ہیں بال فور نے کیا کیا تھا؟ جو وہاں کا یعنی best soil ہے۔ اور جو یروشلم ہے، حج اقصیٰ ہے، سب کا سب دیا تھا عربوں کو دیا تھا۔</w:t>
      </w:r>
    </w:p>
    <w:p>
      <w:r>
        <w:rPr>
          <w:b/>
        </w:rPr>
        <w:t xml:space="preserve">[42:46] </w:t>
      </w:r>
      <w:r>
        <w:t>aur jo desert tha woh diya tha israiliyon ko. aaj aap jayen wahan to israel ne, yani yahudiyon ne, wahan par kya kiya?</w:t>
      </w:r>
    </w:p>
    <w:p>
      <w:pPr>
        <w:jc w:val="right"/>
      </w:pPr>
      <w:r>
        <w:t>اور جو desert تھا وہ دیا تھا اسرائیلیوں کو۔ آج آپ جائیں وہاں تو اسرائیل نے، یعنی یہودیوں نے، وہاں پر کیا کیا؟</w:t>
      </w:r>
    </w:p>
    <w:p>
      <w:r>
        <w:rPr>
          <w:b/>
        </w:rPr>
        <w:t xml:space="preserve">[42:56] </w:t>
      </w:r>
      <w:r>
        <w:t>desert ko green land mein badal diya hai wahan. desert ko green land mein. unhon ne ek naya tareeqa nikala hai, technique ka, yani irrigation ka.</w:t>
      </w:r>
    </w:p>
    <w:p>
      <w:pPr>
        <w:jc w:val="right"/>
      </w:pPr>
      <w:r>
        <w:t>Desert کو green land میں بدل دیا ہے وہاں۔ Desert کو green land میں۔ انہوں نے ایک نیا طریقہ نکالا ہے، technique کا، یعنی irrigation کا۔</w:t>
      </w:r>
    </w:p>
    <w:p>
      <w:r>
        <w:rPr>
          <w:b/>
        </w:rPr>
        <w:t xml:space="preserve">[43:06] </w:t>
      </w:r>
      <w:r>
        <w:t>jo kehte hain drip irrigation. ek naya tareeqa nikala hai unhon ne, drip irrigation. ek nayi technique. aur desert mein unhon ne kya kiya ke green land bana diya.</w:t>
      </w:r>
    </w:p>
    <w:p>
      <w:pPr>
        <w:jc w:val="right"/>
      </w:pPr>
      <w:r>
        <w:t>جو کہتے ہیں drip irrigation۔ ایک نیا طریقہ نکالا ہے انہوں نے، drip irrigation۔ ایک نئی technique۔ اور desert میں انہوں نے کیا کیا کہ green land بنا دیا۔</w:t>
      </w:r>
    </w:p>
    <w:p>
      <w:r>
        <w:rPr>
          <w:b/>
        </w:rPr>
        <w:t xml:space="preserve">[43:18] </w:t>
      </w:r>
      <w:r>
        <w:t>baghon, wahan aap ja ke baghon ko dekh sakte hain. agriculture aur horticulture ki bahaar hai wahan par. ab dekhen ke khuda un ki side mein aa gaya, tumhari side mein nahi hai khuda?</w:t>
      </w:r>
    </w:p>
    <w:p>
      <w:pPr>
        <w:jc w:val="right"/>
      </w:pPr>
      <w:r>
        <w:t>باغوں، وہاں آپ جا کے باغوں کو دیکھ سکتے ہیں۔ Agriculture اور horticulture کی بہار ہے وہاں پر۔ اب دیکھیں کہ خدا ان کی side میں آ گیا، تمہاری side میں نہیں ہے خدا؟</w:t>
      </w:r>
    </w:p>
    <w:p>
      <w:r>
        <w:rPr>
          <w:b/>
        </w:rPr>
        <w:t xml:space="preserve">[43:33] </w:t>
      </w:r>
      <w:r>
        <w:t>to quran mein jo us waqt yeh kehna hai ke quran parho, quran parho, quran parho, nahi, yeh sahaba ka tareeqa nahi hai. they are not sahaba pattern.</w:t>
      </w:r>
    </w:p>
    <w:p>
      <w:pPr>
        <w:jc w:val="right"/>
      </w:pPr>
      <w:r>
        <w:t>تو قرآن میں جو اس وقت یہ کہنا ہے کہ قرآن پڑھو، قرآن پڑھو، قرآن پڑھو، نہیں، یہ صحابہ کا طریقہ نہیں ہے۔ They are not صحابہ pattern۔</w:t>
      </w:r>
    </w:p>
    <w:p>
      <w:r>
        <w:rPr>
          <w:b/>
        </w:rPr>
        <w:t xml:space="preserve">[43:45] </w:t>
      </w:r>
      <w:r>
        <w:t>this kind of dars is not sahaba pattern. sahaba ka pattern kya tha? talm al-iman summى talm al-quran. pehle apne mind banaya hum ne.</w:t>
      </w:r>
    </w:p>
    <w:p>
      <w:pPr>
        <w:jc w:val="right"/>
      </w:pPr>
      <w:r>
        <w:t>This kind of درس is not صحابہ pattern۔ صحابہ کا pattern کیا تھا؟ طَلَّمْ الْإِيمَانَ سُمَّى طَلَّمْ الْقُرْآنَ۔ پہلے اپنے mind بنایا ہم نے۔</w:t>
      </w:r>
    </w:p>
    <w:p>
      <w:r>
        <w:rPr>
          <w:b/>
        </w:rPr>
        <w:t xml:space="preserve">[43:55] </w:t>
      </w:r>
      <w:r>
        <w:t>apne aap ki marifat paida ki hum ne. jab hum prepared mind ho gaye tab hum ne quran ko parha. to khoob samajh mein aaya. hamari zindagiyan badlin. hum ne poore arbon ko badla aur sari duniya ko badal dala.</w:t>
      </w:r>
    </w:p>
    <w:p>
      <w:pPr>
        <w:jc w:val="right"/>
      </w:pPr>
      <w:r>
        <w:t>اپنے آپ کی معرفت پیدا کی ہم نے۔ جب ہم prepared mind ہو گئے تب ہم نے قرآن کو پڑھا۔ تو خوب سمجھ میں آیا۔ ہماری زندگیاں بدلیں۔ ہم نے پورے عربوں کو بدلا اور ساری دنیا کو بدل ڈالا۔</w:t>
      </w:r>
    </w:p>
    <w:p>
      <w:r>
        <w:rPr>
          <w:b/>
        </w:rPr>
        <w:t xml:space="preserve">[44:08] </w:t>
      </w:r>
      <w:r>
        <w:t>yaad rakhiye jab starting point galat ho. to sab kuch galat hota chala jayega. khisht-e-awwal chu nahad m'maar kad.</w:t>
      </w:r>
    </w:p>
    <w:p>
      <w:pPr>
        <w:jc w:val="right"/>
      </w:pPr>
      <w:r>
        <w:t>یاد رکھیے جب starting point غلط ہو۔ تو سب کچھ غلط ہوتا چلا جائے گا۔ خشت اول چو نہت معمار قد۔</w:t>
      </w:r>
    </w:p>
    <w:p>
      <w:r>
        <w:rPr>
          <w:b/>
        </w:rPr>
        <w:t xml:space="preserve">[44:20] </w:t>
      </w:r>
      <w:r>
        <w:t>khisht-e-awwal chu nahad m'maar kad. ta'assuriya meer o deewar kad. yani aap ek building banayen. aur is ki base jo hai wohi tedhi ho jaye.</w:t>
      </w:r>
    </w:p>
    <w:p>
      <w:pPr>
        <w:jc w:val="right"/>
      </w:pPr>
      <w:r>
        <w:t>خشت اول چو نہت معمار قد۔ تاثریا میر و دیوار قد۔ یعنی آپ ایک بلڈنگ بنائیں۔ اور اس کی base جو ہے وہ وہی ٹیڑھی ہو جائے۔</w:t>
      </w:r>
    </w:p>
    <w:p>
      <w:r>
        <w:rPr>
          <w:b/>
        </w:rPr>
        <w:t xml:space="preserve">[44:32] </w:t>
      </w:r>
      <w:r>
        <w:t>to jo aap deewar uthayenge woh sab tedhi hoti chali jayegi.</w:t>
      </w:r>
    </w:p>
    <w:p>
      <w:pPr>
        <w:jc w:val="right"/>
      </w:pPr>
      <w:r>
        <w:t>تو جو آپ وال اٹھائیں گے وہ سب ٹیڑھی ہوتی چلی جائے گی۔</w:t>
      </w:r>
    </w:p>
    <w:p>
      <w:r>
        <w:rPr>
          <w:b/>
        </w:rPr>
        <w:t xml:space="preserve">[44:38] </w:t>
      </w:r>
      <w:r>
        <w:t>to starting point ki dekhiye yaad rakhiye kisi bhi kaam mein. chahe koi secular kaam ho ya religious kaam ho. starting point jo hai wohi sab se ahem, sab se important hota hai.</w:t>
      </w:r>
    </w:p>
    <w:p>
      <w:pPr>
        <w:jc w:val="right"/>
      </w:pPr>
      <w:r>
        <w:t>تو starting point کی دیکھیے یاد رکھیے کسی بھی کام میں۔ چاہے کوئی secular کام ہو یا religious کام ہو۔ Starting point جو ہے وہی سب سے اہم، سب سے important ہوتا ہے۔</w:t>
      </w:r>
    </w:p>
    <w:p>
      <w:r>
        <w:rPr>
          <w:b/>
        </w:rPr>
        <w:t xml:space="preserve">[44:52] </w:t>
      </w:r>
      <w:r>
        <w:t>to starting point kya banaya aap ne? ke quran ka tarjuma parhwao. That was not Sahaba pattern.</w:t>
      </w:r>
    </w:p>
    <w:p>
      <w:pPr>
        <w:jc w:val="right"/>
      </w:pPr>
      <w:r>
        <w:t>تو starting point کیا بنایا آپ نے؟ کہ قرآن کا ترجمہ پڑھواؤ۔ That was not صحابہ pattern۔</w:t>
      </w:r>
    </w:p>
    <w:p>
      <w:r>
        <w:rPr>
          <w:b/>
        </w:rPr>
        <w:t xml:space="preserve">[45:01] </w:t>
      </w:r>
      <w:r>
        <w:t>sahaba pattern tha ke apne mind banao. logon ko prepared mind banao taake log samajh saken aap is ko.</w:t>
      </w:r>
    </w:p>
    <w:p>
      <w:pPr>
        <w:jc w:val="right"/>
      </w:pPr>
      <w:r>
        <w:t>صحابہ pattern تھا کہ اپنے mind بناؤ۔ لوگوں کو prepared mind بناؤ تاکہ لوگ سمجھ سکیں آپ اس کو۔</w:t>
      </w:r>
    </w:p>
    <w:p>
      <w:r>
        <w:rPr>
          <w:b/>
        </w:rPr>
        <w:t xml:space="preserve">[45:12] </w:t>
      </w:r>
      <w:r>
        <w:t>taake samajh saken. main ne aap ko misalen di hain ke quran mein likha hua tha.</w:t>
      </w:r>
    </w:p>
    <w:p>
      <w:pPr>
        <w:jc w:val="right"/>
      </w:pPr>
      <w:r>
        <w:t>تاکہ سمجھ سکیں۔ میں نے آپ کو مثالیں دی ہیں کہ قرآن میں لکھا ہوا تھا۔</w:t>
      </w:r>
    </w:p>
    <w:p>
      <w:r>
        <w:rPr>
          <w:b/>
        </w:rPr>
        <w:t xml:space="preserve">[45:19] </w:t>
      </w:r>
      <w:r>
        <w:t>to agar quran ko koi aap prepared mind agar hote to phone dekh lete ke bhai dekho yahan yeh likha hua hai, yahan yeh likha hai, yahan yeh likha hua hai yahan.</w:t>
      </w:r>
    </w:p>
    <w:p>
      <w:pPr>
        <w:jc w:val="right"/>
      </w:pPr>
      <w:r>
        <w:t>تو اگر قرآن کو کوئی آپ prepared mind اگر ہوتے تو فون دیکھ لیتے کہ بھئی دیکھو یہاں یہ لکھا ہوا ہے، یہاں یہ لکھا ہے، یہاں یہ لکھا ہوا ہے یہاں۔</w:t>
      </w:r>
    </w:p>
    <w:p>
      <w:r>
        <w:rPr>
          <w:b/>
        </w:rPr>
        <w:t xml:space="preserve">[45:28] </w:t>
      </w:r>
      <w:r>
        <w:t>kyun ke prepared mind nahi tha.</w:t>
      </w:r>
    </w:p>
    <w:p>
      <w:pPr>
        <w:jc w:val="right"/>
      </w:pPr>
      <w:r>
        <w:t>کیونکہ prepared mind نہیں تھا۔</w:t>
      </w:r>
    </w:p>
    <w:p>
      <w:r>
        <w:rPr>
          <w:b/>
        </w:rPr>
        <w:t xml:space="preserve">[45:33] </w:t>
      </w:r>
      <w:r>
        <w:t>india mein aap jante hain ke sare muslim yani speakers aur writers jitne hain, one to all sab communal riots ki baat karte hain.</w:t>
      </w:r>
    </w:p>
    <w:p>
      <w:pPr>
        <w:jc w:val="right"/>
      </w:pPr>
      <w:r>
        <w:t>انڈیا میں آپ جانتے ہیں کہ سارے مسلم یعنی speakers اور writers جتنے ہیں، one to all سب communal riots کی بات کرتے ہیں۔</w:t>
      </w:r>
    </w:p>
    <w:p>
      <w:r>
        <w:rPr>
          <w:b/>
        </w:rPr>
        <w:t xml:space="preserve">[45:45] </w:t>
      </w:r>
      <w:r>
        <w:t>kyun ke forty seven jo communal riots shuru hue abhi tak khatam nahi hue.</w:t>
      </w:r>
    </w:p>
    <w:p>
      <w:pPr>
        <w:jc w:val="right"/>
      </w:pPr>
      <w:r>
        <w:t>کیونکہ forty seven جو communal riots شروع ہوئے ابھی تک ختم نہیں ہوئے۔</w:t>
      </w:r>
    </w:p>
    <w:p>
      <w:r>
        <w:rPr>
          <w:b/>
        </w:rPr>
        <w:t xml:space="preserve">[45:51] </w:t>
      </w:r>
      <w:r>
        <w:t>koi yeh nahi samajhta ke communal riot ki hum complaint karte hain, protest karte hain. communal riot mein ke baray mein quran mein kya lead diya gaya hai?</w:t>
      </w:r>
    </w:p>
    <w:p>
      <w:pPr>
        <w:jc w:val="right"/>
      </w:pPr>
      <w:r>
        <w:t>کوئی یہ نہیں سمجھتا کہ communal riot کی ہم complaint کرتے ہیں، protest کرتے ہیں۔ Communal riot میں کے بارے میں قرآن میں کیا lead دیا گیا ہے؟</w:t>
      </w:r>
    </w:p>
    <w:p>
      <w:r>
        <w:rPr>
          <w:b/>
        </w:rPr>
        <w:t xml:space="preserve">[46:01] </w:t>
      </w:r>
      <w:r>
        <w:t>humein kya bataya gaya hai wahan? woh lead hai ke sabr karo. taqwa karo.</w:t>
      </w:r>
    </w:p>
    <w:p>
      <w:pPr>
        <w:jc w:val="right"/>
      </w:pPr>
      <w:r>
        <w:t>ہمیں کیا بتایا گیا ہے وہاں؟ وہ lead ہے کہ صبر کرو۔ تقویٰ کرو۔</w:t>
      </w:r>
    </w:p>
    <w:p>
      <w:r>
        <w:rPr>
          <w:b/>
        </w:rPr>
        <w:t xml:space="preserve">[46:09] </w:t>
      </w:r>
      <w:r>
        <w:t>to kuch bhi nahi hone wala hai.</w:t>
      </w:r>
    </w:p>
    <w:p>
      <w:pPr>
        <w:jc w:val="right"/>
      </w:pPr>
      <w:r>
        <w:t>تو کچھ بھی نہیں ہونے والا ہے۔</w:t>
      </w:r>
    </w:p>
    <w:p>
      <w:r>
        <w:rPr>
          <w:b/>
        </w:rPr>
        <w:t xml:space="preserve">[46:14] </w:t>
      </w:r>
      <w:r>
        <w:t>main aap ko ek qissa bataon ke hamare ek saathi the bangalore mein. to ek ek town mein gaye woh.</w:t>
      </w:r>
    </w:p>
    <w:p>
      <w:pPr>
        <w:jc w:val="right"/>
      </w:pPr>
      <w:r>
        <w:t>میں آپ کو ایک قصہ بتاؤں کہ ہمارے ایک ساتھی تھے بنگلور میں۔ تو ایک ایک ٹاؤن میں گئے وہ۔</w:t>
      </w:r>
    </w:p>
    <w:p>
      <w:r>
        <w:rPr>
          <w:b/>
        </w:rPr>
        <w:t xml:space="preserve">[46:25] </w:t>
      </w:r>
      <w:r>
        <w:t>karnataka, karnataka ke ek town mein. to un ko risalay mein hum ne ek ek sahaba ke ek sahabi ka likha tha.</w:t>
      </w:r>
    </w:p>
    <w:p>
      <w:pPr>
        <w:jc w:val="right"/>
      </w:pPr>
      <w:r>
        <w:t>کرناٹک، کرناٹکا کے ایک ٹاؤن میں۔ تو ان کو رسالے میں ہم نے ایک ایک صحابہ کے ایک صحابی کا لکھا تھا۔</w:t>
      </w:r>
    </w:p>
    <w:p>
      <w:r>
        <w:rPr>
          <w:b/>
        </w:rPr>
        <w:t xml:space="preserve">[46:36] </w:t>
      </w:r>
      <w:r>
        <w:t>ek woh, ek qaul. sahabi ka qaul aam taur par rasool Allah se suni hui baton ko apne lafzon mein kehna hota hai. jis ne rasool Allah se jo baat suni unhon ne us ko apne lafzon mein bayan kiya.</w:t>
      </w:r>
    </w:p>
    <w:p>
      <w:pPr>
        <w:jc w:val="right"/>
      </w:pPr>
      <w:r>
        <w:t>ایک وہ، ایک قول۔ صحابی کا قول عام طور پر رسول اللہ سے سنی ہوئی باتوں کو اپنے لفظوں میں کہنا ہوتا ہے۔ جس نے رسول اللہ سے جو بات سنی انہوں نے اس کو اپنے لفظوں میں بیان کیا۔</w:t>
      </w:r>
    </w:p>
    <w:p>
      <w:r>
        <w:rPr>
          <w:b/>
        </w:rPr>
        <w:t xml:space="preserve">[46:47] </w:t>
      </w:r>
      <w:r>
        <w:t>isi ko hum asar kehte hain. to ek sahabi kehte hain ke</w:t>
      </w:r>
    </w:p>
    <w:p>
      <w:pPr>
        <w:jc w:val="right"/>
      </w:pPr>
      <w:r>
        <w:t>اسی کو ہم اثر کہتے ہیں۔ تو ایک صحابی کہتے ہیں کہ</w:t>
      </w:r>
    </w:p>
    <w:p>
      <w:r>
        <w:rPr>
          <w:b/>
        </w:rPr>
        <w:t xml:space="preserve">[46:55] </w:t>
      </w:r>
      <w:r>
        <w:t>wo mallā yarzā bil qalīli mim mā yaʿtadī bay ṣafiyyatiyirzā bil kathīri.</w:t>
      </w:r>
    </w:p>
    <w:p>
      <w:pPr>
        <w:jc w:val="right"/>
      </w:pPr>
      <w:r>
        <w:t>وہ مَلَّا يَرْزَى بِالْقَلِيلِ مِمَّا يَعْتِدِ بَيْ الصَّفِيِّةِیرْزَى بِالْكَثِيرِ۔</w:t>
      </w:r>
    </w:p>
    <w:p>
      <w:r>
        <w:rPr>
          <w:b/>
        </w:rPr>
        <w:t xml:space="preserve">[47:05] </w:t>
      </w:r>
      <w:r>
        <w:t>Jo aadmi nadan ki, ki choti evil ko bardasht nahi karega us ke nadan ko bare evil ko bardasht karna padega.</w:t>
      </w:r>
    </w:p>
    <w:p>
      <w:pPr>
        <w:jc w:val="right"/>
      </w:pPr>
      <w:r>
        <w:t>جو آدمی نادان کی، کی چھوٹی evil کو برداشت نہیں کرے گا اس کے نادان کو بڑے evil کو برداشت کرنا پڑے گا۔</w:t>
      </w:r>
    </w:p>
    <w:p>
      <w:r>
        <w:rPr>
          <w:b/>
        </w:rPr>
        <w:t xml:space="preserve">[47:16] </w:t>
      </w:r>
      <w:r>
        <w:t>Lesser evil ko bardasht kar lo. Lesser evil par sabr, sabr ka matlab yahi hai. jo main ne quran ki ayat padhi aap ko sabr. sabr ka matlab hai ke Lesser evil par sabr kar lo.</w:t>
      </w:r>
    </w:p>
    <w:p>
      <w:pPr>
        <w:jc w:val="right"/>
      </w:pPr>
      <w:r>
        <w:t>Lesser evil کو برداشت کر لو۔ Lesser evil پر صبر، صبر کا مطلب یہی ہے۔ جو میں نے قرآن کی آیت پڑھی آپ کو صبر۔ صبر کا مطلب ہے کہ Lesser evil پر صبر کر لو۔</w:t>
      </w:r>
    </w:p>
    <w:p>
      <w:r>
        <w:rPr>
          <w:b/>
        </w:rPr>
        <w:t xml:space="preserve">[47:26] </w:t>
      </w:r>
      <w:r>
        <w:t>nahi to kya hoga? Greater evil samne aayega.</w:t>
      </w:r>
    </w:p>
    <w:p>
      <w:pPr>
        <w:jc w:val="right"/>
      </w:pPr>
      <w:r>
        <w:t>نہیں تو کیا ہوگا؟ Greater evil سامنے آئے گا۔</w:t>
      </w:r>
    </w:p>
    <w:p>
      <w:r>
        <w:rPr>
          <w:b/>
        </w:rPr>
        <w:t xml:space="preserve">[47:31] </w:t>
      </w:r>
      <w:r>
        <w:t>to wo gaye wahan par unhon ne yeh padha tha yeh is is ko har risala mein hamara jo monthly magazine hai. to wahan gaye to pata chala ke wahan unhon ne kaha ke bhai dekho yahan par wo hone wala hai.</w:t>
      </w:r>
    </w:p>
    <w:p>
      <w:pPr>
        <w:jc w:val="right"/>
      </w:pPr>
      <w:r>
        <w:t>تو وہ گئے وہاں پر انہوں نے یہ پڑھا تھا یہ اس اس کو ہر رسالہ میں ہمارا جو monthly magazine ہے۔ تو وہاں گئے تو پتہ چلا کہ وہاں انہوں نے کہا کہ بھئی دیکھو یہاں پر وہ ہونے والا ہے۔</w:t>
      </w:r>
    </w:p>
    <w:p>
      <w:r>
        <w:rPr>
          <w:b/>
        </w:rPr>
        <w:t xml:space="preserve">[47:45] </w:t>
      </w:r>
      <w:r>
        <w:t>Right. ke wo kaise? kahein ke yeh log juloos nikalenge jaisa ke har saal karte hain. har saal fasad hota hai is saal bhi zaroor hoga. to kaise hota hai ke wo kehte hain wo log aate hain.</w:t>
      </w:r>
    </w:p>
    <w:p>
      <w:pPr>
        <w:jc w:val="right"/>
      </w:pPr>
      <w:r>
        <w:t>Right۔ کہ وہ کیسے؟ کہیں کہ یہ لوگ جلوس نکالیں گے جیسا کہ ہر سال کرتے ہیں۔ ہر سال فساد ہوتا ہے اس سال بھی ضرور ہوگا۔ تو کیسے ہوتا ہے کہ وہ کہتے ہیں وہ لوگ آتے ہیں۔</w:t>
      </w:r>
    </w:p>
    <w:p>
      <w:r>
        <w:rPr>
          <w:b/>
        </w:rPr>
        <w:t xml:space="preserve">[47:56] </w:t>
      </w:r>
      <w:r>
        <w:t>aur masjid ke samne khare ho jate hain. aur khoob baaja bajate hain aur khoob shor o ghul karte hain. to musalman jo mushtael ho jate hain. kuch na kuch karte hain wo musalman.</w:t>
      </w:r>
    </w:p>
    <w:p>
      <w:pPr>
        <w:jc w:val="right"/>
      </w:pPr>
      <w:r>
        <w:t>اور مسجد کے سامنے کھڑے ہو جاتے ہیں۔ اور خوب باجہ بجاتے ہیں اور خوب شور و غل کرتے ہیں۔ تو مسلمان جو مشتعل ہو جاتے ہیں۔ کچھ نہ کچھ کرتے ہیں وہ مسلمان۔</w:t>
      </w:r>
    </w:p>
    <w:p>
      <w:r>
        <w:rPr>
          <w:b/>
        </w:rPr>
        <w:t xml:space="preserve">[48:06] </w:t>
      </w:r>
      <w:r>
        <w:t>ab ladai ho jati hai. ladai hoti hai to riot hota hai. to unhon ne kaha ke acha main tum ko batata hoon ke riot nahi hoga. Right hona na hona tumhare hath mein hai.</w:t>
      </w:r>
    </w:p>
    <w:p>
      <w:pPr>
        <w:jc w:val="right"/>
      </w:pPr>
      <w:r>
        <w:t>اب لڑائی ہو جاتی ہے۔ لڑائی ہوتی ہے تو riot ہوتا ہے۔ تو انہوں نے کہا کہ اچھا میں تم کو بتاتا ہوں کہ riot نہیں ہوگا۔ Right ہونا نہ ہونا تمہارے ہاتھ میں ہے۔</w:t>
      </w:r>
    </w:p>
    <w:p>
      <w:r>
        <w:rPr>
          <w:b/>
        </w:rPr>
        <w:t xml:space="preserve">[48:17] </w:t>
      </w:r>
      <w:r>
        <w:t>tum chaho to ho, tum chaho to na ho. to unhon ne yeh sahabi ka yeh sunaya qaul. to unhon ne kaha ke dekho aisa karo.</w:t>
      </w:r>
    </w:p>
    <w:p>
      <w:pPr>
        <w:jc w:val="right"/>
      </w:pPr>
      <w:r>
        <w:t>تم چاہو تو ہو، تم چاہو تو نہ ہو۔ تو انہوں نے یہ صحابی کا یہ سنایا قول۔ تو انہوں نے کہا کہ دیکھو ایسا کرو۔</w:t>
      </w:r>
    </w:p>
    <w:p>
      <w:r>
        <w:rPr>
          <w:b/>
        </w:rPr>
        <w:t xml:space="preserve">[48:28] </w:t>
      </w:r>
      <w:r>
        <w:t>ke ab tak to tum react karte the. har saal. ke un ka jo procession aata tha, juloos to tum react karte the.</w:t>
      </w:r>
    </w:p>
    <w:p>
      <w:pPr>
        <w:jc w:val="right"/>
      </w:pPr>
      <w:r>
        <w:t>کہ اب تک تو تم react کرتے تھے۔ ہر سال۔ کہ ان کا جو procession آتا تھا، جلوس تو تم react کرتے تھے۔</w:t>
      </w:r>
    </w:p>
    <w:p>
      <w:r>
        <w:rPr>
          <w:b/>
        </w:rPr>
        <w:t xml:space="preserve">[48:39] </w:t>
      </w:r>
      <w:r>
        <w:t>ab tum ek aur kaam karo. ke sarak par koi musalman na aaye. sirf jo yahan ke senior log hain wo aayein.</w:t>
      </w:r>
    </w:p>
    <w:p>
      <w:pPr>
        <w:jc w:val="right"/>
      </w:pPr>
      <w:r>
        <w:t>اب تم ایک اور کام کرو۔ کہ سڑک پر کوئی مسلمان نہ آئے۔ صرف جو یہاں کے senior لوگ ہیں وہ آئیں۔</w:t>
      </w:r>
    </w:p>
    <w:p>
      <w:r>
        <w:rPr>
          <w:b/>
        </w:rPr>
        <w:t xml:space="preserve">[48:52] </w:t>
      </w:r>
      <w:r>
        <w:t>to unhon ne kaha ke ek kaam karo ke tum bazaar se ja kar ke phool mala khareed lao.</w:t>
      </w:r>
    </w:p>
    <w:p>
      <w:pPr>
        <w:jc w:val="right"/>
      </w:pPr>
      <w:r>
        <w:t>تو انہوں نے کہا کہ ایک کام کرو کہ تم بازار سے جا کر کے پھول مالا خرید لاؤ۔</w:t>
      </w:r>
    </w:p>
    <w:p>
      <w:r>
        <w:rPr>
          <w:b/>
        </w:rPr>
        <w:t xml:space="preserve">[49:02] </w:t>
      </w:r>
      <w:r>
        <w:t>aur us ko ek tray par rakho. unhon ne kaha jab un ka procession jab aayega, un ka juloos yahan aayega, pahunchega. to juloos ke aage aage leader log hua karte hain.</w:t>
      </w:r>
    </w:p>
    <w:p>
      <w:pPr>
        <w:jc w:val="right"/>
      </w:pPr>
      <w:r>
        <w:t>اور اس کو ایک tray پر رکھو۔ انہوں نے کہا جب ان کا procession جب آئے گا، ان کا جلوس یہاں آئے گا، پہنچے گا۔ تو جلوس کے آگے آگے leader لوگ ہوا کرتے ہیں۔</w:t>
      </w:r>
    </w:p>
    <w:p>
      <w:r>
        <w:rPr>
          <w:b/>
        </w:rPr>
        <w:t xml:space="preserve">[49:13] </w:t>
      </w:r>
      <w:r>
        <w:t>to tum us waqt jab ke masjid ke gate par pahunche un ka, yani road par pahunche gate ke samne, masjid ke samne. to tum is tray ko niklo.</w:t>
      </w:r>
    </w:p>
    <w:p>
      <w:pPr>
        <w:jc w:val="right"/>
      </w:pPr>
      <w:r>
        <w:t>تو تم اس وقت جب کہ مسجد کے gate پر پہنچے ان کا، یعنی road پر پہنچے gate کے سامنے، مسجد کے سامنے۔ تو تم اس tray کو نکلو۔</w:t>
      </w:r>
    </w:p>
    <w:p>
      <w:r>
        <w:rPr>
          <w:b/>
        </w:rPr>
        <w:t xml:space="preserve">[49:23] </w:t>
      </w:r>
      <w:r>
        <w:t>do char aadmi. aur jo aage aage chal rahe hain un ko, un ko wo phool mala pehna do. aur kaho ke hum aap ka swagat karte hain.</w:t>
      </w:r>
    </w:p>
    <w:p>
      <w:pPr>
        <w:jc w:val="right"/>
      </w:pPr>
      <w:r>
        <w:t>دو چار آدمی۔ اور جو آگے آگے چل رہے ہیں ان کو، ان کو وہ پھول مالا پہنا دو۔ اور کہو کہ ہم آپ کا سواگت کرتے ہیں۔</w:t>
      </w:r>
    </w:p>
    <w:p>
      <w:r>
        <w:rPr>
          <w:b/>
        </w:rPr>
        <w:t xml:space="preserve">[49:34] </w:t>
      </w:r>
      <w:r>
        <w:t>yeh sachi kahani bata raha hoon aap ko bilkul. yani quran aur hadith ko follow karne se kya hota hai? na follow karne se kya hota hai? is se pehle react karte the musalman.</w:t>
      </w:r>
    </w:p>
    <w:p>
      <w:pPr>
        <w:jc w:val="right"/>
      </w:pPr>
      <w:r>
        <w:t>یہ سچی کہانی بتا رہا ہوں آپ کو بالکل۔ یعنی قرآن اور حدیث کو follow کرنے سے کیا ہوتا ہے؟ نہ follow کرنے سے کیا ہوتا ہے؟ اس سے پہلے react کرتے تھے مسلمان۔</w:t>
      </w:r>
    </w:p>
    <w:p>
      <w:r>
        <w:rPr>
          <w:b/>
        </w:rPr>
        <w:t xml:space="preserve">[49:46] </w:t>
      </w:r>
      <w:r>
        <w:t>ke wo baaja band karo, route badlo, idhar se jao, idhar se jao. ab wo jhagda hota tha. ab yeh nikle tray mein phool mala le kar ke.</w:t>
      </w:r>
    </w:p>
    <w:p>
      <w:pPr>
        <w:jc w:val="right"/>
      </w:pPr>
      <w:r>
        <w:t>کہ وہ باجہ بند کرو، route بدلو، ادھر سے جاؤ، ادھر سے جاؤ۔ اب وہ جھگڑا ہوتا تھا۔ اب یہ نکلے tray میں پھول مالا لے کر کے۔</w:t>
      </w:r>
    </w:p>
    <w:p>
      <w:r>
        <w:rPr>
          <w:b/>
        </w:rPr>
        <w:t xml:space="preserve">[49:57] </w:t>
      </w:r>
      <w:r>
        <w:t>imam sahab aur kuch senior log. aur jo aage aage chal rahe the. un ke gale mein phool mala dala. aur kaha ke hum aap ka swagat karte hain.</w:t>
      </w:r>
    </w:p>
    <w:p>
      <w:pPr>
        <w:jc w:val="right"/>
      </w:pPr>
      <w:r>
        <w:t>امام صاحب اور کچھ senior لوگ۔ اور جو آگے آگے چل رہے تھے۔ ان کے گلے میں پھول مالا ڈالا۔ اور کہا کہ ہم آپ کا سواگت کرتے ہیں۔</w:t>
      </w:r>
    </w:p>
    <w:p>
      <w:r>
        <w:rPr>
          <w:b/>
        </w:rPr>
        <w:t xml:space="preserve">[50:09] </w:t>
      </w:r>
      <w:r>
        <w:t>ab jante hain kya hua? log gale milne lage. wahin juloos disperse ho gaya. jis masjid ke samne khoon behta tha wahan khushiyon ki bahaar aa gayi.</w:t>
      </w:r>
    </w:p>
    <w:p>
      <w:pPr>
        <w:jc w:val="right"/>
      </w:pPr>
      <w:r>
        <w:t>اب جانتے ہیں کیا ہوا؟ لوگ گلے ملنے لگے۔ وہیں جلوس disperse ہو گیا۔ جس مسجد کے سامنے خون بہتا تھا وہاں خوشیوں کی بہار آ گئی۔</w:t>
      </w:r>
    </w:p>
    <w:p>
      <w:r>
        <w:rPr>
          <w:b/>
        </w:rPr>
        <w:t xml:space="preserve">[50:24] </w:t>
      </w:r>
      <w:r>
        <w:t>gale mil rahe hain. aur juloos disperse ho gaya.</w:t>
      </w:r>
    </w:p>
    <w:p>
      <w:pPr>
        <w:jc w:val="right"/>
      </w:pPr>
      <w:r>
        <w:t>گلے مل رہے ہیں۔ اور جلوس disperse ہو گیا۔</w:t>
      </w:r>
    </w:p>
    <w:p>
      <w:r>
        <w:rPr>
          <w:b/>
        </w:rPr>
        <w:t xml:space="preserve">[50:32] </w:t>
      </w:r>
      <w:r>
        <w:t>to ek so baras mein har masjid mein, har madarse mein quran padhaya ja raha hai. magar result kuch nahi, result kuch nahi. kyun? prepared mind se nahi padh rahe hain log.</w:t>
      </w:r>
    </w:p>
    <w:p>
      <w:pPr>
        <w:jc w:val="right"/>
      </w:pPr>
      <w:r>
        <w:t>تو ایک سو برس میں ہر مسجد میں، ہر مدرسے میں قرآن پڑھایا جا رہا ہے۔ مگر result کچھ نہیں، result کچھ نہیں۔ کیوں؟ prepared mind سے نہیں پڑھ رہے ہیں لوگ۔</w:t>
      </w:r>
    </w:p>
    <w:p>
      <w:r>
        <w:rPr>
          <w:b/>
        </w:rPr>
        <w:t xml:space="preserve">[50:46] </w:t>
      </w:r>
      <w:r>
        <w:t>log, main ne, main ne bohat logon ko jaanch samajhne ki koshish ki ke aakhir yeh log jo dars quran chalate hain wo kya hote hain. jaisa ke main ek ek jagah gaya.</w:t>
      </w:r>
    </w:p>
    <w:p>
      <w:pPr>
        <w:jc w:val="right"/>
      </w:pPr>
      <w:r>
        <w:t>لوگ، میں نے، میں نے بہت لوگوں کو جانچ سمجھنے کی کوشش کی کہ آخر یہ لوگ جو درس قرآن چلاتے ہیں وہ کیا ہوتے ہیں۔ جیسے میں ایک ایک جگہ گیا۔</w:t>
      </w:r>
    </w:p>
    <w:p>
      <w:r>
        <w:rPr>
          <w:b/>
        </w:rPr>
        <w:t xml:space="preserve">[50:57] </w:t>
      </w:r>
      <w:r>
        <w:t>ek sahab pachis saal se pata nahi kitne saal se dars quran chala rahe the. to main ne poocha ke bhai quran chalate hain aap kya is ka tareeqa aap ka hota hai?</w:t>
      </w:r>
    </w:p>
    <w:p>
      <w:pPr>
        <w:jc w:val="right"/>
      </w:pPr>
      <w:r>
        <w:t>ایک صاحب پچیس سال سے پتہ نہیں کتنے سال سے درس قرآن چلا رہے تھے۔ تو میں نے پوچھا کہ بھئی قرآن چلاتے ہیں آپ کیا اس کا طریقہ آپ کا ہوتا ہے؟</w:t>
      </w:r>
    </w:p>
    <w:p>
      <w:r>
        <w:rPr>
          <w:b/>
        </w:rPr>
        <w:t xml:space="preserve">[51:08] </w:t>
      </w:r>
      <w:r>
        <w:t>to unhon ne ek misaal di ke main is tarah chalata hoon. to unhon ne kaha ke hum quran ko is tarah chalate hain ke logon mein ek fakhr aur ek jazba paida ho.</w:t>
      </w:r>
    </w:p>
    <w:p>
      <w:pPr>
        <w:jc w:val="right"/>
      </w:pPr>
      <w:r>
        <w:t>تو انہوں نے ایک مثال دی کہ میں اس طرح چلاتا ہوں۔ تو انہوں نے کہا کہ ہم قرآن کو اس طرح چلاتے ہیں کہ لوگوں میں ایک فخر اور ایک جذبہ پیدا ہو۔</w:t>
      </w:r>
    </w:p>
    <w:p>
      <w:r>
        <w:rPr>
          <w:b/>
        </w:rPr>
        <w:t xml:space="preserve">[51:19] </w:t>
      </w:r>
      <w:r>
        <w:t>to misaal poochi maine. unhon ne kaha ke dekhiye quran mein hai ke zaalik al-kitaab laa raiba feeh. quran ek kitaab hai.</w:t>
      </w:r>
    </w:p>
    <w:p>
      <w:pPr>
        <w:jc w:val="right"/>
      </w:pPr>
      <w:r>
        <w:t>تو مثال پوچھی میں نے۔ انہوں نے کہا کہ دیکھیے قرآن میں ہے کہ ذالک الکتاب لا رب فیہ۔ قرآن ایک کتاب ہے۔</w:t>
      </w:r>
    </w:p>
    <w:p>
      <w:r>
        <w:rPr>
          <w:b/>
        </w:rPr>
        <w:t xml:space="preserve">[51:28] </w:t>
      </w:r>
      <w:r>
        <w:t>is mein shakk nahin. to unhon ne kaha ke tarjuma log karte hain ke quran ek kitaab hai. yeh tarjuma theek nahin hai. balke is se musalmanon ki pride jo hai woh feed nahin hoti.</w:t>
      </w:r>
    </w:p>
    <w:p>
      <w:pPr>
        <w:jc w:val="right"/>
      </w:pPr>
      <w:r>
        <w:t>اس میں شک نہیں۔ تو انہوں نے کہا کہ ترجمہ لوگ کرتے ہیں کہ قرآن ایک کتاب ہے۔ یہ ترجمہ ٹھیک نہیں ہے۔ بلکہ اس سے مسلمانوں کی pride جو ہے وہ feed نہیں ہوتی۔</w:t>
      </w:r>
    </w:p>
    <w:p>
      <w:r>
        <w:rPr>
          <w:b/>
        </w:rPr>
        <w:t xml:space="preserve">[51:40] </w:t>
      </w:r>
      <w:r>
        <w:t>jo fakhr yahan pe chhupa hua hai is ko aap ne koi ghiza nahin di. to kya is se un ke kya un ke andar hoga? unhon ne kaha hum tarjuma karte hain is ka ke quran ek encyclopedia hai.</w:t>
      </w:r>
    </w:p>
    <w:p>
      <w:pPr>
        <w:jc w:val="right"/>
      </w:pPr>
      <w:r>
        <w:t>جو فخر یہاں پہ چھپا ہوا ہے اس کو آپ نے کوئی غذا نہیں دیا۔ تو کیا اس سے ان کے کیا ان کے اندر ہوگا؟ انہوں نے کہا ہم ترجمہ کرتے ہیں اس کا کہ قرآن ایک انسائیکلوپیڈیا ہے۔</w:t>
      </w:r>
    </w:p>
    <w:p>
      <w:r>
        <w:rPr>
          <w:b/>
        </w:rPr>
        <w:t xml:space="preserve">[51:55] </w:t>
      </w:r>
      <w:r>
        <w:t>zaalik al-kitaab laa raiba feeh ka tarjuma karte hain hum ke quran ek encyclopedia hai. ab musalmanon, woh quran jo hai encyclopedia hai. ab fakhr aaya un ke andar.</w:t>
      </w:r>
    </w:p>
    <w:p>
      <w:pPr>
        <w:jc w:val="right"/>
      </w:pPr>
      <w:r>
        <w:t>ذالک الکتاب لا رب فیہ کا ترجمہ کرتے ہیں ہم کہ قرآن ایک انسائیکلوپیڈیا ہے۔ اب مسلمانوں، وہ قرآن جو ہے انسائیکلوپیڈیا ہے۔ اب فخر آیا ان کے اندر۔</w:t>
      </w:r>
    </w:p>
    <w:p>
      <w:r>
        <w:rPr>
          <w:b/>
        </w:rPr>
        <w:t xml:space="preserve">[52:05] </w:t>
      </w:r>
      <w:r>
        <w:t>aap ghaur kijiye ke jab fakhr daala aap ne dilon mein to taqwa kahan se aaye ga? is se aage likha hua hai al-muttaqeen.</w:t>
      </w:r>
    </w:p>
    <w:p>
      <w:pPr>
        <w:jc w:val="right"/>
      </w:pPr>
      <w:r>
        <w:t>آپ غور کیجیے کہ جب فخر ڈالا آپ نے دلوں میں تو تقویٰ کہاں سے آئے گا؟ اس سے آگے لکھا ہوا ہے المتقین۔</w:t>
      </w:r>
    </w:p>
    <w:p>
      <w:r>
        <w:rPr>
          <w:b/>
        </w:rPr>
        <w:t xml:space="preserve">[52:16] </w:t>
      </w:r>
      <w:r>
        <w:t>zaalik al-kitaab laa raiba feeh al-muttaqeen. to aap daal rahe hain fakhr aur matloob hai taqwa. yaani aap logon ko de rahe hain fakhr.</w:t>
      </w:r>
    </w:p>
    <w:p>
      <w:pPr>
        <w:jc w:val="right"/>
      </w:pPr>
      <w:r>
        <w:t>ذالک الکتاب لا رب فیہ المتقین۔ تو آپ ڈال رہے ہیں فخر اور مطلوب ہے تقویٰ۔ یعنی آپ لوگوں کو دے رہے ہیں فخر۔</w:t>
      </w:r>
    </w:p>
    <w:p>
      <w:r>
        <w:rPr>
          <w:b/>
        </w:rPr>
        <w:t xml:space="preserve">[52:28] </w:t>
      </w:r>
      <w:r>
        <w:t>aur matloob kya hai taqwa?</w:t>
      </w:r>
    </w:p>
    <w:p>
      <w:pPr>
        <w:jc w:val="right"/>
      </w:pPr>
      <w:r>
        <w:t>اور مطلوب کیا ہے تقویٰ؟</w:t>
      </w:r>
    </w:p>
    <w:p>
      <w:r>
        <w:rPr>
          <w:b/>
        </w:rPr>
        <w:t xml:space="preserve">[52:33] </w:t>
      </w:r>
      <w:r>
        <w:t>aise ek sahib bhi dars-e-quran chalaate hain. un se ka tareeqa un ka aap sunta hoon, suniye. quran mein ek surah hai, surah al-qiyamah.</w:t>
      </w:r>
    </w:p>
    <w:p>
      <w:pPr>
        <w:jc w:val="right"/>
      </w:pPr>
      <w:r>
        <w:t>ایسے ایک صاحب بھی درس قرآن چلاتے ہیں۔ ان سے کا طریقہ ان کا آپ سنتا ہوں، سنیے۔ قرآن میں ایک سورہ ہے، سورہ القیامہ۔</w:t>
      </w:r>
    </w:p>
    <w:p>
      <w:r>
        <w:rPr>
          <w:b/>
        </w:rPr>
        <w:t xml:space="preserve">[52:46] </w:t>
      </w:r>
      <w:r>
        <w:t>laa uqsimu biyawmil qiyamati wa laa uqsimu bin nafsi lawwamah. to is mein hai ke balaa qaadireena 'ala an nusba banaana.</w:t>
      </w:r>
    </w:p>
    <w:p>
      <w:pPr>
        <w:jc w:val="right"/>
      </w:pPr>
      <w:r>
        <w:t>لا اقسم بیوم القیامہ ولا اقسم بالنفس اللوامہ۔ تو اس میں ہے کہ بلا قادرین علی النسب بنانا۔</w:t>
      </w:r>
    </w:p>
    <w:p>
      <w:r>
        <w:rPr>
          <w:b/>
        </w:rPr>
        <w:t xml:space="preserve">[52:55] </w:t>
      </w:r>
      <w:r>
        <w:t>yeh aayat hai is mein. balaa qaadireena 'ala an nusba banaana. banaana jo hai, banan jo hai, yeh banaana ka jama hai.</w:t>
      </w:r>
    </w:p>
    <w:p>
      <w:pPr>
        <w:jc w:val="right"/>
      </w:pPr>
      <w:r>
        <w:t>یہ آیت ہے اس میں۔ بلا قادرین علی النسب بنانا۔ بنانا جو ہے، بنان جو ہے، یہ بنانا کا جمع ہے۔</w:t>
      </w:r>
    </w:p>
    <w:p>
      <w:r>
        <w:rPr>
          <w:b/>
        </w:rPr>
        <w:t xml:space="preserve">[53:07] </w:t>
      </w:r>
      <w:r>
        <w:t>yaani banaana waahid hai. aur banan jo hai, banan woh plural hai. yeh kehte hain pore ko, yeh ungliyon ka pore.</w:t>
      </w:r>
    </w:p>
    <w:p>
      <w:pPr>
        <w:jc w:val="right"/>
      </w:pPr>
      <w:r>
        <w:t>یعنی بنانا واحد ہے۔ اور بنان جو ہے، بنان وہ plural ہے۔ یہ کہتے ہیں pore کو، یہ انگلیوں کا pore۔</w:t>
      </w:r>
    </w:p>
    <w:p>
      <w:r>
        <w:rPr>
          <w:b/>
        </w:rPr>
        <w:t xml:space="preserve">[53:18] </w:t>
      </w:r>
      <w:r>
        <w:t>balaa an nusba banaana, hum ungliyon ke pore ko theek thaak kar den ge. hum is par qaadir hain. aur ek pore lafz pore le liya unhon ne, pore.</w:t>
      </w:r>
    </w:p>
    <w:p>
      <w:pPr>
        <w:jc w:val="right"/>
      </w:pPr>
      <w:r>
        <w:t>بلا النسب بنانا، ہم انگلیوں کے pore کو ٹھیک ٹھاک کر دیں گے۔ ہم اس پر قادر ہیں۔ اور ایک pore لفظ pore لے لیا انہوں نے، pore۔</w:t>
      </w:r>
    </w:p>
    <w:p>
      <w:r>
        <w:rPr>
          <w:b/>
        </w:rPr>
        <w:t xml:space="preserve">[53:29] </w:t>
      </w:r>
      <w:r>
        <w:t>dekho quran mein fingerprint likha hua hai. woh lafz quran mein to pore tha. is ko dhaala unhon ne apne is mein le kar fingerprint.</w:t>
      </w:r>
    </w:p>
    <w:p>
      <w:pPr>
        <w:jc w:val="right"/>
      </w:pPr>
      <w:r>
        <w:t>دیکھو قرآن میں fingerprint لکھا ہوا ہے۔ وہ لفظ قرآن میں تو pore تھا۔ اس کو ڈھالا انہوں نے اپنے اس میں لے کر fingerprint۔</w:t>
      </w:r>
    </w:p>
    <w:p>
      <w:r>
        <w:rPr>
          <w:b/>
        </w:rPr>
        <w:t xml:space="preserve">[53:40] </w:t>
      </w:r>
      <w:r>
        <w:t>ab log daud rahe hain, dekho abhi fingerprint ka to concept nahin tha is zamaane mein. itne pehle quran mein aa gaya ke fingerprint hota hai is mein. koi ta'alluq hai nahin is is aayat, yaani is aayat se fingerprint ke concept ka.</w:t>
      </w:r>
    </w:p>
    <w:p>
      <w:pPr>
        <w:jc w:val="right"/>
      </w:pPr>
      <w:r>
        <w:t>اب لوگ دوڑ رہے ہیں، دیکھو ابھی fingerprint کا تو concept نہیں تھا اس زمانے میں۔ اتنے پہلے قرآن میں آ گیا کہ fingerprint ہوتا ہے اس میں۔ کوئی تعلق ہے نہیں اس اس آیت، یعنی اس آیت سے fingerprint کے concept کا۔</w:t>
      </w:r>
    </w:p>
    <w:p>
      <w:r>
        <w:rPr>
          <w:b/>
        </w:rPr>
        <w:t xml:space="preserve">[53:58] </w:t>
      </w:r>
      <w:r>
        <w:t>to log fakhr dete hain, fakhr. aur matloob hai taqwa. to kya samjhen ge log bataiye mujhe? aap jahan bhi jaiye dars-e-quran jahan jahan hote hain woh kya dete hain?</w:t>
      </w:r>
    </w:p>
    <w:p>
      <w:pPr>
        <w:jc w:val="right"/>
      </w:pPr>
      <w:r>
        <w:t>تو لوگ فخر دیتے ہیں، فخر۔ اور مطلوب ہے تقویٰ۔ تو کیا سمجھیں گے لوگ بتائیے مجھے؟ آپ جہاں بھی جائیے درس قرآن جہاں جہاں ہوتے ہیں وہ کیا دیتے ہیں؟</w:t>
      </w:r>
    </w:p>
    <w:p>
      <w:r>
        <w:rPr>
          <w:b/>
        </w:rPr>
        <w:t xml:space="preserve">[54:12] </w:t>
      </w:r>
      <w:r>
        <w:t>fakhr dete hain, qaumi bartari dete hain. hamari kitaab sab se oonchi kitaab hai. yeh sab dete hain. aisi baatein is mein sunate hain is mein. jis se logon ka ek logon ke andar ek woh paida ho.</w:t>
      </w:r>
    </w:p>
    <w:p>
      <w:pPr>
        <w:jc w:val="right"/>
      </w:pPr>
      <w:r>
        <w:t>فخر دیتے ہیں، قومی برتری دیتے ہیں۔ ہماری کتاب سب سے اونچی کتاب ہے۔ یہ سب دیتے ہیں۔ ایسی باتیں اس میں سناتے ہیں اس میں۔ جس سے لوگوں کا ایک لوگوں کے اندر ایک وہ پیدا ہو۔</w:t>
      </w:r>
    </w:p>
    <w:p>
      <w:r>
        <w:rPr>
          <w:b/>
        </w:rPr>
        <w:t xml:space="preserve">[54:25] </w:t>
      </w:r>
      <w:r>
        <w:t>bartari ka ehsaas paida ho. hum khair-ul-ummat hain is ka ehsaas paida ho. to aap ne to mas'ale ko badha diya. mas'ala paida hota hai logon ke andar taqwa ho, modesty ho, tawazu ho.</w:t>
      </w:r>
    </w:p>
    <w:p>
      <w:pPr>
        <w:jc w:val="right"/>
      </w:pPr>
      <w:r>
        <w:t>برتری کا احساس پیدا ہو۔ ہم خیر و امت ہیں اس کا احساس پیدا ہو۔ تو آپ نے تو مسئلے کو بڑھا دیا۔ مسئلہ پیدا ہوتا ہے لوگوں کے اندر تقویٰ ہو، modesty ہو، تواضع ہو۔</w:t>
      </w:r>
    </w:p>
    <w:p>
      <w:r>
        <w:rPr>
          <w:b/>
        </w:rPr>
        <w:t xml:space="preserve">[54:42] </w:t>
      </w:r>
      <w:r>
        <w:t>danishmandi ho.</w:t>
      </w:r>
    </w:p>
    <w:p>
      <w:pPr>
        <w:jc w:val="right"/>
      </w:pPr>
      <w:r>
        <w:t>دانشمندی ہو۔</w:t>
      </w:r>
    </w:p>
    <w:p>
      <w:r>
        <w:rPr>
          <w:b/>
        </w:rPr>
        <w:t xml:space="preserve">[54:46] </w:t>
      </w:r>
      <w:r>
        <w:t>zia-ul-haq sahib gaye wahan par aqwaam jab president the woh United Nations mein unhon ne speech di. to bari is zamaane mein chhupa tha idhar udhar bare dhoom se chhupa tha.</w:t>
      </w:r>
    </w:p>
    <w:p>
      <w:pPr>
        <w:jc w:val="right"/>
      </w:pPr>
      <w:r>
        <w:t>ضیاء الحق صاحب گئے وہاں پر اقوام جب President تھے وہ United Nations میں انہوں نے سپیچ دی۔ تو بڑی اس زمانے میں چھپا تھا ادھر ادھر بڑے دھوم سے چھپا تھا۔</w:t>
      </w:r>
    </w:p>
    <w:p>
      <w:r>
        <w:rPr>
          <w:b/>
        </w:rPr>
        <w:t xml:space="preserve">[54:59] </w:t>
      </w:r>
      <w:r>
        <w:t>is mein unhon ne kaha tha ke Muslims have discovered their pride in Islam. Rediscovered. Muslims have rediscovered their pride in Islam.</w:t>
      </w:r>
    </w:p>
    <w:p>
      <w:pPr>
        <w:jc w:val="right"/>
      </w:pPr>
      <w:r>
        <w:t>اس میں انہوں نے کہا تھا کہ مسلمs have discovered their pride in اسلام۔ Rediscovered۔ مسلمs have rediscovered their pride in اسلام۔</w:t>
      </w:r>
    </w:p>
    <w:p>
      <w:r>
        <w:rPr>
          <w:b/>
        </w:rPr>
        <w:t xml:space="preserve">[55:09] </w:t>
      </w:r>
      <w:r>
        <w:t>yeh Pakistan ka sadar bol raha hai. America ke United Nations ki general assembly mein. Muslims have rediscovered their pride in Islam.</w:t>
      </w:r>
    </w:p>
    <w:p>
      <w:pPr>
        <w:jc w:val="right"/>
      </w:pPr>
      <w:r>
        <w:t>یہ پاکستان کا صدر بول رہا ہے۔ امریکہ کے United Nations کی جنرل Assembly میں۔ مسلمs have rediscovered their pride in اسلام۔</w:t>
      </w:r>
    </w:p>
    <w:p>
      <w:r>
        <w:rPr>
          <w:b/>
        </w:rPr>
        <w:t xml:space="preserve">[55:19] </w:t>
      </w:r>
      <w:r>
        <w:t>musalmanon ne apne fakhr ko phir se daryaft kar liya hai Islam mein. daryaft kiya kar ke kya mila? fakhr mila. fakhr to ek museebat hai.</w:t>
      </w:r>
    </w:p>
    <w:p>
      <w:pPr>
        <w:jc w:val="right"/>
      </w:pPr>
      <w:r>
        <w:t>مسلمانوں نے اپنے فخر کو پھر سے دریافت کر لیا ہے اسلام میں۔ دریافت کیا کر کے کیا ملا؟ فخر ملا۔ فخر تو ایک مصیبت ہے۔</w:t>
      </w:r>
    </w:p>
    <w:p>
      <w:r>
        <w:rPr>
          <w:b/>
        </w:rPr>
        <w:t xml:space="preserve">[55:31] </w:t>
      </w:r>
      <w:r>
        <w:t>yaani aap ne jo discover kiya quran ko aur Islam ko to kya discover kiya? quran to kehta hai ke taqwa discover karo.</w:t>
      </w:r>
    </w:p>
    <w:p>
      <w:pPr>
        <w:jc w:val="right"/>
      </w:pPr>
      <w:r>
        <w:t>یعنی آپ نے جو discover کیا قرآن کو اور اسلام کو تو کیا discover کیا؟ قرآن تو کہتا ہے کہ تقویٰ discover کرو۔</w:t>
      </w:r>
    </w:p>
    <w:p>
      <w:r>
        <w:rPr>
          <w:b/>
        </w:rPr>
        <w:t xml:space="preserve">[55:41] </w:t>
      </w:r>
      <w:r>
        <w:t>aap ne discover kiya pride, fakhr, naaz. yeh to ulti discovery ho gayi.</w:t>
      </w:r>
    </w:p>
    <w:p>
      <w:pPr>
        <w:jc w:val="right"/>
      </w:pPr>
      <w:r>
        <w:t>آپ نے discover کیا pride، فخر، ناز۔ یہ تو الٹی discovery ہو گئی۔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