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Deal with Problems December 07, 2008</w:t>
      </w:r>
    </w:p>
    <w:p>
      <w:r>
        <w:t>https://www.youtube.com/watch?v=7ohPSsTkiw4</w:t>
      </w:r>
    </w:p>
    <w:p>
      <w:r>
        <w:rPr>
          <w:b/>
        </w:rPr>
        <w:t xml:space="preserve">[00:14] </w:t>
      </w:r>
      <w:r>
        <w:t>rabbi-shrah li sadri, wa yassir li amri, wah-lul uqdatam-mil-lisaani, yafqahu qawli.</w:t>
      </w:r>
    </w:p>
    <w:p>
      <w:pPr>
        <w:jc w:val="right"/>
      </w:pPr>
      <w:r>
        <w:t>رب اشرح لی صدری، ویسر لی امری، واحل العقدۃ من لسانی، یفقہ قولی۔</w:t>
      </w:r>
    </w:p>
    <w:p>
      <w:r>
        <w:rPr>
          <w:b/>
        </w:rPr>
        <w:t xml:space="preserve">[00:28] </w:t>
      </w:r>
      <w:r>
        <w:t>aaj ka topic hai: "How to deal with problems".</w:t>
      </w:r>
    </w:p>
    <w:p>
      <w:pPr>
        <w:jc w:val="right"/>
      </w:pPr>
      <w:r>
        <w:t>آج کا ٹاپک ہے: "How to deal with problems"۔</w:t>
      </w:r>
    </w:p>
    <w:p>
      <w:r>
        <w:rPr>
          <w:b/>
        </w:rPr>
        <w:t xml:space="preserve">[00:37] </w:t>
      </w:r>
      <w:r>
        <w:t>masail se kaise nipata jae. dekhiye, masail jo hain, yaani problems jo hain, woh ek common phenomena hain.</w:t>
      </w:r>
    </w:p>
    <w:p>
      <w:pPr>
        <w:jc w:val="right"/>
      </w:pPr>
      <w:r>
        <w:t>مسائل سے کیسے نپٹا جائے۔ دیکھیے، مسائل جو ہیں، یعنی problems جو ہیں، وہ ایک common phenomena ہیں۔</w:t>
      </w:r>
    </w:p>
    <w:p>
      <w:r>
        <w:rPr>
          <w:b/>
        </w:rPr>
        <w:t xml:space="preserve">[00:51] </w:t>
      </w:r>
      <w:r>
        <w:t>har aadmi har din, har aurat aur mard har din, problems se unko saamna parta hai.</w:t>
      </w:r>
    </w:p>
    <w:p>
      <w:pPr>
        <w:jc w:val="right"/>
      </w:pPr>
      <w:r>
        <w:t>ہر آدمی ہر دن، ہر عورت اور مرد ہر دن، problems سے ان کو سامنا پڑتا ہے۔</w:t>
      </w:r>
    </w:p>
    <w:p>
      <w:r>
        <w:rPr>
          <w:b/>
        </w:rPr>
        <w:t xml:space="preserve">[01:04] </w:t>
      </w:r>
      <w:r>
        <w:t>to yeh har aadmi ka question hai: "How to deal with problems". shayad koi bhi is mein exempted nahin hai, chahe bara ho ya chota, ya superpower ho ya aam log hon.</w:t>
      </w:r>
    </w:p>
    <w:p>
      <w:pPr>
        <w:jc w:val="right"/>
      </w:pPr>
      <w:r>
        <w:t>تو یہ ہر آدمی کا question ہے: "How to deal with problems"۔ شاید کوئی بھی اس میں exempted نہیں ہے، چاہے بڑا ہو یا چھوٹا، یا superpower ہو یا عام لوگ ہوں۔</w:t>
      </w:r>
    </w:p>
    <w:p>
      <w:r>
        <w:rPr>
          <w:b/>
        </w:rPr>
        <w:t xml:space="preserve">[01:22] </w:t>
      </w:r>
      <w:r>
        <w:t>to mein is par aaj kuch baatein karna chahta hoon jo mere experience mein aati hain.</w:t>
      </w:r>
    </w:p>
    <w:p>
      <w:pPr>
        <w:jc w:val="right"/>
      </w:pPr>
      <w:r>
        <w:t>تو میں اس پر آج کچھ باتیں کرنا چاہتا ہوں جو میرے experience میں آتی ہیں۔</w:t>
      </w:r>
    </w:p>
    <w:p>
      <w:r>
        <w:rPr>
          <w:b/>
        </w:rPr>
        <w:t xml:space="preserve">[01:30] </w:t>
      </w:r>
      <w:r>
        <w:t>pehli baat to dekhiye, mein yeh kehna chahunga ke aap samjhiye ke problem ka nature kya hai.</w:t>
      </w:r>
    </w:p>
    <w:p>
      <w:pPr>
        <w:jc w:val="right"/>
      </w:pPr>
      <w:r>
        <w:t>پہلی بات تو دیکھیے، میں یہ کہنا چاہوں گا کہ آپ سمجھیے کہ problem کا nature کیا ہے۔</w:t>
      </w:r>
    </w:p>
    <w:p>
      <w:r>
        <w:rPr>
          <w:b/>
        </w:rPr>
        <w:t xml:space="preserve">[01:41] </w:t>
      </w:r>
      <w:r>
        <w:t>sab se pehle yeh janiye. problem ko define kijiye, problem ka nature samjhiye. yahan se beginning hoti hai.</w:t>
      </w:r>
    </w:p>
    <w:p>
      <w:pPr>
        <w:jc w:val="right"/>
      </w:pPr>
      <w:r>
        <w:t>سب سے پہلے یہ جانیے۔ Problem کو define کیجیے، problem کا nature سمجھیے۔ یہاں سے beginning ہوتی ہے۔</w:t>
      </w:r>
    </w:p>
    <w:p>
      <w:r>
        <w:rPr>
          <w:b/>
        </w:rPr>
        <w:t xml:space="preserve">[01:51] </w:t>
      </w:r>
      <w:r>
        <w:t>to mein yeh kahunga ke,</w:t>
      </w:r>
    </w:p>
    <w:p>
      <w:pPr>
        <w:jc w:val="right"/>
      </w:pPr>
      <w:r>
        <w:t>تو میں یہ کہوں گا کہ،</w:t>
      </w:r>
    </w:p>
    <w:p>
      <w:r>
        <w:rPr>
          <w:b/>
        </w:rPr>
        <w:t xml:space="preserve">[01:57] </w:t>
      </w:r>
      <w:r>
        <w:t>mein yeh kahunga ke problem jo hain, woh problem ko log aam taur par obstacle ke taur par lete hain. woh obstacle hai hi nahin.</w:t>
      </w:r>
    </w:p>
    <w:p>
      <w:pPr>
        <w:jc w:val="right"/>
      </w:pPr>
      <w:r>
        <w:t>میں یہ کہوں گا کہ problem جو ہیں، وہ problem کو لوگ عام طور پر obstacle کے طور پر لیتے ہیں۔ وہ obstacle ہے ہی نہیں۔</w:t>
      </w:r>
    </w:p>
    <w:p>
      <w:r>
        <w:rPr>
          <w:b/>
        </w:rPr>
        <w:t xml:space="preserve">[02:08] </w:t>
      </w:r>
      <w:r>
        <w:t>dekhiye, jo cheez part of nature ho, woh obstacle nahin hoti. garmi mein suraj bohat garam ho jata hai to kya aap is ko problem samajhte hain?</w:t>
      </w:r>
    </w:p>
    <w:p>
      <w:pPr>
        <w:jc w:val="right"/>
      </w:pPr>
      <w:r>
        <w:t>دیکھیے، جو چیز part of nature ہو، وہ obstacle نہیں ہوتی۔ گرمی میں سورج بہت گرم ہو جاتا ہے تو کیا آپ اس کو problem سمجھتے ہیں؟</w:t>
      </w:r>
    </w:p>
    <w:p>
      <w:r>
        <w:rPr>
          <w:b/>
        </w:rPr>
        <w:t xml:space="preserve">[02:20] </w:t>
      </w:r>
      <w:r>
        <w:t>barsaat mein kechar ho jati hai, mud ho jata hai to kya aap is ko problem samajhte hain? problem nahin hai, woh part of nature hai woh.</w:t>
      </w:r>
    </w:p>
    <w:p>
      <w:pPr>
        <w:jc w:val="right"/>
      </w:pPr>
      <w:r>
        <w:t>برسات میں کیچڑ ہو جاتی ہے، مڈ ہو جاتا ہے تو کیا آپ اس کو problem سمجھتے ہیں؟ Problem نہیں ہے، وہ part of nature ہے وہ۔</w:t>
      </w:r>
    </w:p>
    <w:p>
      <w:r>
        <w:rPr>
          <w:b/>
        </w:rPr>
        <w:t xml:space="preserve">[02:31] </w:t>
      </w:r>
      <w:r>
        <w:t>to jo cheez part of nature ho, woh problem nahin hoti. problem to woh hai jo nature se alag kuch ho jae.</w:t>
      </w:r>
    </w:p>
    <w:p>
      <w:pPr>
        <w:jc w:val="right"/>
      </w:pPr>
      <w:r>
        <w:t>تو جو چیز part of nature ہو، وہ problem نہیں ہوتی۔ Problem تو وہ ہے جو nature سے الگ کچھ ہو جائے۔</w:t>
      </w:r>
    </w:p>
    <w:p>
      <w:r>
        <w:rPr>
          <w:b/>
        </w:rPr>
        <w:t xml:space="preserve">[02:44] </w:t>
      </w:r>
      <w:r>
        <w:t>yeh baat janna bohat zaroori hai. yeh baat janna bohat zaroori hai. agar yeh baat aadmi na jaane to phir woh samajh nahin sakta ke problem se kaise deal kiya jae.</w:t>
      </w:r>
    </w:p>
    <w:p>
      <w:pPr>
        <w:jc w:val="right"/>
      </w:pPr>
      <w:r>
        <w:t>یہ بات جاننا بہت ضروری ہے۔ یہ بات جاننا بہت ضروری ہے۔ اگر یہ بات آدمی نہ جانے تو پھر وہ سمجھ نہیں سکتا کہ problem سے کیسے deal کیا جائے۔</w:t>
      </w:r>
    </w:p>
    <w:p>
      <w:r>
        <w:rPr>
          <w:b/>
        </w:rPr>
        <w:t xml:space="preserve">[03:01] </w:t>
      </w:r>
      <w:r>
        <w:t>samajh nahin sakta. to aap yeh formula likh lijie ke most of the problems are psychological in nature and not physical in nature.</w:t>
      </w:r>
    </w:p>
    <w:p>
      <w:pPr>
        <w:jc w:val="right"/>
      </w:pPr>
      <w:r>
        <w:t>سمجھ نہیں سکتا۔ تو آپ یہ فارمولا لکھ لیجیے کہ most of the problems are psychological in nature and not physical in nature۔</w:t>
      </w:r>
    </w:p>
    <w:p>
      <w:r>
        <w:rPr>
          <w:b/>
        </w:rPr>
        <w:t xml:space="preserve">[03:21] </w:t>
      </w:r>
      <w:r>
        <w:t>Most of the problems are psychological in nature and not physical in nature.</w:t>
      </w:r>
    </w:p>
    <w:p>
      <w:pPr>
        <w:jc w:val="right"/>
      </w:pPr>
      <w:r>
        <w:t>Most of the problems are psychological in nature and not physical in nature۔</w:t>
      </w:r>
    </w:p>
    <w:p>
      <w:r>
        <w:rPr>
          <w:b/>
        </w:rPr>
        <w:t xml:space="preserve">[03:29] </w:t>
      </w:r>
      <w:r>
        <w:t>yeh basic formula aap jaan lijie. dekhiye, ek yeh hai ke aadmi ka haath kat gaya, paon kat gaya, bleeding ho rahi hai.</w:t>
      </w:r>
    </w:p>
    <w:p>
      <w:pPr>
        <w:jc w:val="right"/>
      </w:pPr>
      <w:r>
        <w:t>یہ basic فارمولا آپ جان لیجیے۔ دیکھیے، ایک یہ ہے کہ آدمی کا ہاتھ کٹ گیا، پاؤں کٹ گیا، bleeding ہو رہی ہے۔</w:t>
      </w:r>
    </w:p>
    <w:p>
      <w:r>
        <w:rPr>
          <w:b/>
        </w:rPr>
        <w:t xml:space="preserve">[03:40] </w:t>
      </w:r>
      <w:r>
        <w:t>Bleeding ho rahi hai to that is physical problem. aap ko bleeding ko rokna hai jaldi se. yeh psychological problem nahin hai.</w:t>
      </w:r>
    </w:p>
    <w:p>
      <w:pPr>
        <w:jc w:val="right"/>
      </w:pPr>
      <w:r>
        <w:t>Bleeding ہو رہی ہے تو that is physical problem۔ آپ کو bleeding کو روکنا ہے جلدی سے۔ یہ psychological problem نہیں ہے۔</w:t>
      </w:r>
    </w:p>
    <w:p>
      <w:r>
        <w:rPr>
          <w:b/>
        </w:rPr>
        <w:t xml:space="preserve">[03:52] </w:t>
      </w:r>
      <w:r>
        <w:t>to jahan aisa koi baat ho ke chot lag gayi hai, bleeding ho rahi hai, to you have to take it as a physical problem.</w:t>
      </w:r>
    </w:p>
    <w:p>
      <w:pPr>
        <w:jc w:val="right"/>
      </w:pPr>
      <w:r>
        <w:t>تو جہاں ایسا کوئی بات ہو کہ چوٹ لگ گئی ہے، bleeding ہو رہی ہے، تو you have to take it as a physical problem۔</w:t>
      </w:r>
    </w:p>
    <w:p>
      <w:r>
        <w:rPr>
          <w:b/>
        </w:rPr>
        <w:t xml:space="preserve">[04:03] </w:t>
      </w:r>
      <w:r>
        <w:t>to doctor ke paas jaiye, hospital jaiye. lekin jo, jaise ke jo tension ho jata hai logon ko, kisi ne kuch keh diya to aap ko ghussa aa jata hai.</w:t>
      </w:r>
    </w:p>
    <w:p>
      <w:pPr>
        <w:jc w:val="right"/>
      </w:pPr>
      <w:r>
        <w:t>تو ڈاکٹر کے پاس جائیے، ہاسپٹل جائیے۔ لیکن جو، جیسے کہ جو tension ہو جاتا ہے لوگوں کو، کسی نے کچھ کہہ دیا تو آپ کو غصہ آ جاتا ہے۔</w:t>
      </w:r>
    </w:p>
    <w:p>
      <w:r>
        <w:rPr>
          <w:b/>
        </w:rPr>
        <w:t xml:space="preserve">[04:14] </w:t>
      </w:r>
      <w:r>
        <w:t>That is psychological problem. is ke liye aap ko kisi doctor ke paas daurne ki zaroorat nahin hai.</w:t>
      </w:r>
    </w:p>
    <w:p>
      <w:pPr>
        <w:jc w:val="right"/>
      </w:pPr>
      <w:r>
        <w:t>That is psychological problem۔ اس کے لیے آپ کو کسی ڈاکٹر کے پاس دوڑنے کی ضرورت نہیں ہے۔</w:t>
      </w:r>
    </w:p>
    <w:p>
      <w:r>
        <w:rPr>
          <w:b/>
        </w:rPr>
        <w:t xml:space="preserve">[04:24] </w:t>
      </w:r>
      <w:r>
        <w:t>to first of all you have to differentiate between the two kinds of problems. agar yeh nahin karenge aap to aap ko confusion rahega aur phir aap problem ko solve nahin kar paenge.</w:t>
      </w:r>
    </w:p>
    <w:p>
      <w:pPr>
        <w:jc w:val="right"/>
      </w:pPr>
      <w:r>
        <w:t>تو first of all you have to differentiate between the two kinds of problems۔ اگر یہ نہیں کریں گے آپ تو آپ کو confusion رہے گا اور پھر آپ problem کو solve نہیں کر پائیں گے۔</w:t>
      </w:r>
    </w:p>
    <w:p>
      <w:r>
        <w:rPr>
          <w:b/>
        </w:rPr>
        <w:t xml:space="preserve">[04:42] </w:t>
      </w:r>
      <w:r>
        <w:t>yeh bohat hi zaroori hai janna ke problem ki do qismein hain: physical aur psychological. aur ziyada tar psychological hi hoti hain.</w:t>
      </w:r>
    </w:p>
    <w:p>
      <w:pPr>
        <w:jc w:val="right"/>
      </w:pPr>
      <w:r>
        <w:t>یہ بہت ہی ضروری ہے جاننا کہ problem کی دو قسمیں ہیں: physical اور psychological۔ اور زیادہ تر psychological ہی ہوتی ہیں۔</w:t>
      </w:r>
    </w:p>
    <w:p>
      <w:r>
        <w:rPr>
          <w:b/>
        </w:rPr>
        <w:t xml:space="preserve">[04:54] </w:t>
      </w:r>
      <w:r>
        <w:t>to physical mein to aap is ka treatment karenge, medical treatment ya aur koi treatment. psychological mein kya hai?</w:t>
      </w:r>
    </w:p>
    <w:p>
      <w:pPr>
        <w:jc w:val="right"/>
      </w:pPr>
      <w:r>
        <w:t>تو physical میں تو آپ اس کا treatment کریں گے، medical treatment یا اور کوئی treatment۔ Psychological میں کیا ہے؟</w:t>
      </w:r>
    </w:p>
    <w:p>
      <w:r>
        <w:rPr>
          <w:b/>
        </w:rPr>
        <w:t xml:space="preserve">[05:04] </w:t>
      </w:r>
      <w:r>
        <w:t>is ko aap ko intellectual level par manage karna hai. treatment nahin chahiye is ke liye. yaani physical problem ko aap ko khatam karna hai.</w:t>
      </w:r>
    </w:p>
    <w:p>
      <w:pPr>
        <w:jc w:val="right"/>
      </w:pPr>
      <w:r>
        <w:t>اس کو آپ کو intellectual level پر manage کرنا ہے۔ Treatment نہیں چاہیے اس کے لیے۔ یعنی physical problem کو آپ کو ختم کرنا ہے۔</w:t>
      </w:r>
    </w:p>
    <w:p>
      <w:r>
        <w:rPr>
          <w:b/>
        </w:rPr>
        <w:t xml:space="preserve">[05:15] </w:t>
      </w:r>
      <w:r>
        <w:t>yaani bleeding ko rokna hai. physical problem ko aap ko khatam karna parta hai. bleeding ko rokna parta hai.</w:t>
      </w:r>
    </w:p>
    <w:p>
      <w:pPr>
        <w:jc w:val="right"/>
      </w:pPr>
      <w:r>
        <w:t>یعنی bleeding کو روکنا ہے۔ Physical problem کو آپ کو ختم کرنا پڑتا ہے۔ Bleeding کو روکنا پڑتا ہے۔</w:t>
      </w:r>
    </w:p>
    <w:p>
      <w:r>
        <w:rPr>
          <w:b/>
        </w:rPr>
        <w:t xml:space="preserve">[05:27] </w:t>
      </w:r>
      <w:r>
        <w:t>Psychological problem ka nature ek dam alag hai. Is ko manage karna parta hai.</w:t>
      </w:r>
    </w:p>
    <w:p>
      <w:pPr>
        <w:jc w:val="right"/>
      </w:pPr>
      <w:r>
        <w:t>Psychological problem کا nature ایک دم الگ ہے۔ اس کو manage کرنا پڑتا ہے۔</w:t>
      </w:r>
    </w:p>
    <w:p>
      <w:r>
        <w:rPr>
          <w:b/>
        </w:rPr>
        <w:t xml:space="preserve">[05:37] </w:t>
      </w:r>
      <w:r>
        <w:t>Is ko manage karna parta hai. Yeh janana bohat hi zyada zaroori hai. Main aap ko kuch example doon, is se baat clear ho jaye gi.</w:t>
      </w:r>
    </w:p>
    <w:p>
      <w:pPr>
        <w:jc w:val="right"/>
      </w:pPr>
      <w:r>
        <w:t>اس کو manage کرنا پڑتا ہے۔ یہ جاننا بہت ہی زیادہ ضروری ہے۔ میں آپ کو کچھ example دوں، اس سے بات clear ہو جائے گی۔</w:t>
      </w:r>
    </w:p>
    <w:p>
      <w:r>
        <w:rPr>
          <w:b/>
        </w:rPr>
        <w:t xml:space="preserve">[05:50] </w:t>
      </w:r>
      <w:r>
        <w:t>Dekhiye, British period mein ek qissa hua jo mujhe maloom hai.</w:t>
      </w:r>
    </w:p>
    <w:p>
      <w:pPr>
        <w:jc w:val="right"/>
      </w:pPr>
      <w:r>
        <w:t>دیکھیے، British period میں ایک قصہ ہوا جو مجھے معلوم ہے۔</w:t>
      </w:r>
    </w:p>
    <w:p>
      <w:r>
        <w:rPr>
          <w:b/>
        </w:rPr>
        <w:t xml:space="preserve">[05:59] </w:t>
      </w:r>
      <w:r>
        <w:t>Ek sahib thay, ek Muslim, woh Deputy Commissioner thay us waqt. Us zamane mein, yani British period mein, Deputy Commissioner hona bohat bari baat samjhi jati thi.</w:t>
      </w:r>
    </w:p>
    <w:p>
      <w:pPr>
        <w:jc w:val="right"/>
      </w:pPr>
      <w:r>
        <w:t>ایک صاحب تھے، ایک مسلم، وہ Deputy کمشنر تھے اس وقت۔ اس زمانے میں، یعنی British period میں، Deputy کمشنر ہونا بہت بڑی بات سمجھی جاتی تھی۔</w:t>
      </w:r>
    </w:p>
    <w:p>
      <w:r>
        <w:rPr>
          <w:b/>
        </w:rPr>
        <w:t xml:space="preserve">[06:13] </w:t>
      </w:r>
      <w:r>
        <w:t>Toh woh Deputy Commissioner thay aur un ki posting thi Meerut mein. Meerut mein. Us zamane ke ek well-known scholar thay, Muslim scholar, Islamic scholar, yani aalim.</w:t>
      </w:r>
    </w:p>
    <w:p>
      <w:pPr>
        <w:jc w:val="right"/>
      </w:pPr>
      <w:r>
        <w:t>تو وہ Deputy کمشنر تھے اور ان کی posting تھی میرٹھ میں۔ میرٹھ میں۔ اس زمانے کے ایک well-known scholar تھے، مسلم scholar، Islamic scholar، یعنی عالم۔</w:t>
      </w:r>
    </w:p>
    <w:p>
      <w:r>
        <w:rPr>
          <w:b/>
        </w:rPr>
        <w:t xml:space="preserve">[06:31] </w:t>
      </w:r>
      <w:r>
        <w:t>Woh train se, by train kahin ja rahe thay toh Meerut se woh pass hone wale thay. Meerut ke station se.</w:t>
      </w:r>
    </w:p>
    <w:p>
      <w:pPr>
        <w:jc w:val="right"/>
      </w:pPr>
      <w:r>
        <w:t>وہ ٹرین سے، by train کہیں جا رہے تھے تو میرٹھ سے وہ pass ہونے والے تھے۔ میرٹھ کے اسٹیشن سے۔</w:t>
      </w:r>
    </w:p>
    <w:p>
      <w:r>
        <w:rPr>
          <w:b/>
        </w:rPr>
        <w:t xml:space="preserve">[06:42] </w:t>
      </w:r>
      <w:r>
        <w:t>Toh woh jo thay, Deputy Commissioner sahib,</w:t>
      </w:r>
    </w:p>
    <w:p>
      <w:pPr>
        <w:jc w:val="right"/>
      </w:pPr>
      <w:r>
        <w:t>تو وہ جو تھے، Deputy کمشنر صاحب،</w:t>
      </w:r>
    </w:p>
    <w:p>
      <w:r>
        <w:rPr>
          <w:b/>
        </w:rPr>
        <w:t xml:space="preserve">[06:49] </w:t>
      </w:r>
      <w:r>
        <w:t>Un ko maloom hua. Toh unhon ne milna chaha un se. Woh Meerut ke railway station par aaye. Jab gaari wahan thehri toh aage barhe, kuch aur bhi saathi thay un ke.</w:t>
      </w:r>
    </w:p>
    <w:p>
      <w:pPr>
        <w:jc w:val="right"/>
      </w:pPr>
      <w:r>
        <w:t>ان کو معلوم ہوا۔ تو انہوں نے ملنا چاہا ان سے۔ وہ میرٹھ کے ریلوے اسٹیشن پر آئے۔ جب گاڑی وہاں ٹھہری تو آگے بڑھے، کچھ اور بھی ساتھی تھے ان کے۔</w:t>
      </w:r>
    </w:p>
    <w:p>
      <w:r>
        <w:rPr>
          <w:b/>
        </w:rPr>
        <w:t xml:space="preserve">[07:06] </w:t>
      </w:r>
      <w:r>
        <w:t>Toh unhon ne kaha: "Assalam-o-Alaikum." "Walaikum-us-Salam." Toh unhon ne haath barhaya shake hand karne ke liye. Jaisa ke aap jante hain, Islam ka tareeqa hai ke salam karna aur phir musafaha karna.</w:t>
      </w:r>
    </w:p>
    <w:p>
      <w:pPr>
        <w:jc w:val="right"/>
      </w:pPr>
      <w:r>
        <w:t>تو انہوں نے کہا: "السلام علیکم۔" "وعلیکم السلام۔" تو انہوں نے ہاتھ بڑھایا shake hand کرنے کے لیے۔ جیسا کہ آپ جانتے ہیں، اسلام کا طریقہ ہے کہ سلام کرنا اور پھر مصافحہ کرنا۔</w:t>
      </w:r>
    </w:p>
    <w:p>
      <w:r>
        <w:rPr>
          <w:b/>
        </w:rPr>
        <w:t xml:space="preserve">[07:19] </w:t>
      </w:r>
      <w:r>
        <w:t>Yani shake hand, dono. Toh unhon ne jab haath barhaya musafaha karne ke liye toh jo Islamic scholar thay, woh bearded thay, yani daadhi wale thay,</w:t>
      </w:r>
    </w:p>
    <w:p>
      <w:pPr>
        <w:jc w:val="right"/>
      </w:pPr>
      <w:r>
        <w:t>یعنی shake hand، دونوں۔ تو انہوں نے جب ہاتھ بڑھایا مصافحہ کرنے کے لیے تو جو Islamic scholar تھے، وہ bearded تھے، یعنی داڑھی والے تھے،</w:t>
      </w:r>
    </w:p>
    <w:p>
      <w:r>
        <w:rPr>
          <w:b/>
        </w:rPr>
        <w:t xml:space="preserve">[07:34] </w:t>
      </w:r>
      <w:r>
        <w:t>Unhon ne musafaha nahi kiya. Unhon ne kaha: "Main daadhi mundon se musafaha nahi karta."</w:t>
      </w:r>
    </w:p>
    <w:p>
      <w:pPr>
        <w:jc w:val="right"/>
      </w:pPr>
      <w:r>
        <w:t>انہوں نے مصافحہ نہیں کیا۔ انہوں نے کہا: "میں داڑھی منڈوں سے مصافحہ نہیں کرتا۔"</w:t>
      </w:r>
    </w:p>
    <w:p>
      <w:r>
        <w:rPr>
          <w:b/>
        </w:rPr>
        <w:t xml:space="preserve">[07:45] </w:t>
      </w:r>
      <w:r>
        <w:t>"Main daadhi mundon se musafaha nahi karta." "I don't like shaking hand with bearded people."</w:t>
      </w:r>
    </w:p>
    <w:p>
      <w:pPr>
        <w:jc w:val="right"/>
      </w:pPr>
      <w:r>
        <w:t>"میں داڑھی منڈوں سے مصافحہ نہیں کرتا۔" "I don't like shaking hand with bearded people۔"</w:t>
      </w:r>
    </w:p>
    <w:p>
      <w:r>
        <w:rPr>
          <w:b/>
        </w:rPr>
        <w:t xml:space="preserve">[07:58] </w:t>
      </w:r>
      <w:r>
        <w:t>"Unbearded people." "I don't like shaking hand with unbearded people."</w:t>
      </w:r>
    </w:p>
    <w:p>
      <w:pPr>
        <w:jc w:val="right"/>
      </w:pPr>
      <w:r>
        <w:t>"Unbearded people۔" "I don't like shaking hand with unbearded people۔"</w:t>
      </w:r>
    </w:p>
    <w:p>
      <w:r>
        <w:rPr>
          <w:b/>
        </w:rPr>
        <w:t xml:space="preserve">[08:10] </w:t>
      </w:r>
      <w:r>
        <w:t>Ab kya hua? Is aadmi se main mila hoon, woh Deputy Commissioner se. Baad ko woh Lucknow mein rehte thay. Un ke ghar par main gaya hoon, un ke haan balkeh shayad ek ad ad din raha bhi hoon.</w:t>
      </w:r>
    </w:p>
    <w:p>
      <w:pPr>
        <w:jc w:val="right"/>
      </w:pPr>
      <w:r>
        <w:t>اب کیا ہوا؟ اس آدمی سے میں ملا ہوں، وہ Deputy کمشنر سے۔ بعد کو وہ لکھنو میں رہتے تھے۔ ان کے گھر پر میں گیا ہوں، ان کے ہاں بلکہ شاید ایک آدھ دن رہا بھی ہوا ہوں۔</w:t>
      </w:r>
    </w:p>
    <w:p>
      <w:r>
        <w:rPr>
          <w:b/>
        </w:rPr>
        <w:t xml:space="preserve">[08:26] </w:t>
      </w:r>
      <w:r>
        <w:t>Toh woh bilkul atheist ho gaye us ke baad. Yeh jo incident hua, is par un ko itna zyada reaction aaya, itna negative reaction ke woh ghussa ho gaye, Khuda hi se, atheist ho gaye.</w:t>
      </w:r>
    </w:p>
    <w:p>
      <w:pPr>
        <w:jc w:val="right"/>
      </w:pPr>
      <w:r>
        <w:t>تو وہ بالکل atheist ہو گئے اس کے بعد۔ یہ جو incident ہوا، اس پر ان کو اتنا زیادہ reaction آیا، اتنا negative reaction کہ وہ غصہ ہو گئے، خدا ہی سے، atheist ہو گئے۔</w:t>
      </w:r>
    </w:p>
    <w:p>
      <w:r>
        <w:rPr>
          <w:b/>
        </w:rPr>
        <w:t xml:space="preserve">[08:45] </w:t>
      </w:r>
      <w:r>
        <w:t>Dekhiye, yeh kya tha? It was failure of management. Woh manage nahi kar sake.</w:t>
      </w:r>
    </w:p>
    <w:p>
      <w:pPr>
        <w:jc w:val="right"/>
      </w:pPr>
      <w:r>
        <w:t>دیکھیے، یہ کیا تھا؟ It was failure of management۔ وہ manage نہیں کر سکے۔</w:t>
      </w:r>
    </w:p>
    <w:p>
      <w:r>
        <w:rPr>
          <w:b/>
        </w:rPr>
        <w:t xml:space="preserve">[08:55] </w:t>
      </w:r>
      <w:r>
        <w:t>Unhon ne sochna chahiye tha ke yeh jo is aadmi ne, is Islamic scholar jo thay, woh aalim, unhon ne musafaha nahi kiya.</w:t>
      </w:r>
    </w:p>
    <w:p>
      <w:pPr>
        <w:jc w:val="right"/>
      </w:pPr>
      <w:r>
        <w:t>انہیں سوچنا چاہیے تھا کہ یہ جو اس آدمی نے، اس Islamic scholar جو تھے، وہ عالم، انہوں نے مصافحہ نہیں کیا۔</w:t>
      </w:r>
    </w:p>
    <w:p>
      <w:r>
        <w:rPr>
          <w:b/>
        </w:rPr>
        <w:t xml:space="preserve">[09:05] </w:t>
      </w:r>
      <w:r>
        <w:t>Toh woh kya tha? Woh ek individual ka mamla tha. Ek individual ne aisa kiya jo extremist tha. Woh individual kisi wajah se extremist ban gaya tha toh us ne musafaha karne se inkar kiya.</w:t>
      </w:r>
    </w:p>
    <w:p>
      <w:pPr>
        <w:jc w:val="right"/>
      </w:pPr>
      <w:r>
        <w:t>تو وہ کیا تھا؟ وہ ایک individual کا معاملہ تھا۔ ایک individual نے ایسا کیا جو extremist تھا۔ وہ individual کسی وجہ سے extremist بن گیا تھا تو اس نے مصافحہ کرنے سے انکار کیا۔</w:t>
      </w:r>
    </w:p>
    <w:p>
      <w:r>
        <w:rPr>
          <w:b/>
        </w:rPr>
        <w:t xml:space="preserve">[09:21] </w:t>
      </w:r>
      <w:r>
        <w:t>That was act of one individual. Khuda se ghussa kyun ho gaye woh? Khuda ne toh nahi kaha tha ke musafaha mat karna.</w:t>
      </w:r>
    </w:p>
    <w:p>
      <w:pPr>
        <w:jc w:val="right"/>
      </w:pPr>
      <w:r>
        <w:t>That was act of one individual۔ خدا سے غصہ کیوں ہو گئے وہ؟ خدا نے تو نہیں کہا تھا کہ مصافحہ مت کرنا۔</w:t>
      </w:r>
    </w:p>
    <w:p>
      <w:r>
        <w:rPr>
          <w:b/>
        </w:rPr>
        <w:t xml:space="preserve">[09:34] </w:t>
      </w:r>
      <w:r>
        <w:t>Balkeh Quran mein agar unhon ne parha hota toh Quran mein is ka ulta likha hua hai. وَلَا تُصَعِّرْ خَدَّكَ لِلنَّاسِ.</w:t>
      </w:r>
    </w:p>
    <w:p>
      <w:pPr>
        <w:jc w:val="right"/>
      </w:pPr>
      <w:r>
        <w:t>بلکہ قرآن میں اگر انہوں نے پڑھا ہوتا تو قرآن میں اس کا الٹا لکھا ہوا ہے۔ وَلَا تُصَعِّرْ خَدَّكَ لِلنَّاسِ۔</w:t>
      </w:r>
    </w:p>
    <w:p>
      <w:r>
        <w:rPr>
          <w:b/>
        </w:rPr>
        <w:t xml:space="preserve">[09:44] </w:t>
      </w:r>
      <w:r>
        <w:t>Chapter thirty-one mein aap parhiye. Luqman, Chapter thirty-one. وَلَا تُصَعِّرْ خَدَّكَ لِلنَّاسِ.</w:t>
      </w:r>
    </w:p>
    <w:p>
      <w:pPr>
        <w:jc w:val="right"/>
      </w:pPr>
      <w:r>
        <w:t>Chapter thirty-one میں آپ پڑھیے۔ لقمان، Chapter thirty-one۔ وَلَا تُصَعِّرْ خَدَّكَ لِلنَّاسِ۔</w:t>
      </w:r>
    </w:p>
    <w:p>
      <w:r>
        <w:rPr>
          <w:b/>
        </w:rPr>
        <w:t xml:space="preserve">[09:53] </w:t>
      </w:r>
      <w:r>
        <w:t>Ka matlab hai: "Don't turn your face away from people."</w:t>
      </w:r>
    </w:p>
    <w:p>
      <w:pPr>
        <w:jc w:val="right"/>
      </w:pPr>
      <w:r>
        <w:t>کا مطلب ہے: "Don't turn your face away from people."</w:t>
      </w:r>
    </w:p>
    <w:p>
      <w:r>
        <w:rPr>
          <w:b/>
        </w:rPr>
        <w:t xml:space="preserve">[10:04] </w:t>
      </w:r>
      <w:r>
        <w:t>"Don't turn away your face from people." Yani is ka ulta Quran mein likha hua hai. Ke logon se be-rukhi se mat milo.</w:t>
      </w:r>
    </w:p>
    <w:p>
      <w:pPr>
        <w:jc w:val="right"/>
      </w:pPr>
      <w:r>
        <w:t>"Don't turn away your face from people." یعنی اس کا الٹا قرآن میں لکھا ہوا ہے۔ کہ لوگوں سے بے رخی سے مت ملو۔</w:t>
      </w:r>
    </w:p>
    <w:p>
      <w:r>
        <w:rPr>
          <w:b/>
        </w:rPr>
        <w:t xml:space="preserve">[10:18] </w:t>
      </w:r>
      <w:r>
        <w:t>Logon se nermi se milo. Logon ko concession do.</w:t>
      </w:r>
    </w:p>
    <w:p>
      <w:pPr>
        <w:jc w:val="right"/>
      </w:pPr>
      <w:r>
        <w:t>لوگوں سے نرمی سے ملو۔ لوگوں کو concession دو۔</w:t>
      </w:r>
    </w:p>
    <w:p>
      <w:r>
        <w:rPr>
          <w:b/>
        </w:rPr>
        <w:t xml:space="preserve">[10:26] </w:t>
      </w:r>
      <w:r>
        <w:t>Log jahan jahan hain, wahan wahan un mein kai kamiyaan ho sakti hain. Toh un ko concession do, nermi se milo. Hamdardi se milo.</w:t>
      </w:r>
    </w:p>
    <w:p>
      <w:pPr>
        <w:jc w:val="right"/>
      </w:pPr>
      <w:r>
        <w:t>لوگ جہاں جہاں ہیں، وہاں وہاں ان میں کئی کمیاں ہو سکتی ہیں۔ تو ان کو concession دو، نرمی سے ملو۔ ہمدردی سے ملو۔</w:t>
      </w:r>
    </w:p>
    <w:p>
      <w:r>
        <w:rPr>
          <w:b/>
        </w:rPr>
        <w:t xml:space="preserve">[10:37] </w:t>
      </w:r>
      <w:r>
        <w:t>yeh hai quran majeed mein. to agar woh ab manage kar paate to woh kehte ke theek hai, ek ek individual ne aisa kiya, woh is ka mamla hai.</w:t>
      </w:r>
    </w:p>
    <w:p>
      <w:pPr>
        <w:jc w:val="right"/>
      </w:pPr>
      <w:r>
        <w:t>یہ ہے قرآن مجید میں۔ تو اگر وہ اب manage کر پاتے تو وہ کہتے کہ ٹھیک ہے، ایک ایک individual نے ایسا کیا، وہ اس کا معاملہ ہے۔</w:t>
      </w:r>
    </w:p>
    <w:p>
      <w:r>
        <w:rPr>
          <w:b/>
        </w:rPr>
        <w:t xml:space="preserve">[10:51] </w:t>
      </w:r>
      <w:r>
        <w:t>lekin quran mein to aisa hai nahin. to khuda se main kyun ghussa ho jaon? khuda par koi banon ga aur zyada balkay.</w:t>
      </w:r>
    </w:p>
    <w:p>
      <w:pPr>
        <w:jc w:val="right"/>
      </w:pPr>
      <w:r>
        <w:t>لیکن قرآن میں تو ایسا ہے نہیں۔ تو خدا سے میں کیوں غصہ ہو جاؤں؟ خدا پر کوئی بانوں گا اور زیادہ بلکہ۔</w:t>
      </w:r>
    </w:p>
    <w:p>
      <w:r>
        <w:rPr>
          <w:b/>
        </w:rPr>
        <w:t xml:space="preserve">[11:00] </w:t>
      </w:r>
      <w:r>
        <w:t>to dekhiye, main yeh kahon ga aap ko ke manage karne ke do formula hain. yani problem ko manage karne ke do formula hain.</w:t>
      </w:r>
    </w:p>
    <w:p>
      <w:pPr>
        <w:jc w:val="right"/>
      </w:pPr>
      <w:r>
        <w:t>تو دیکھیے، میں یہ کہوں گا آپ کو کہ manage کرنے کے دو فارمولا ہیں۔ یعنی problem کو manage کرنے کے دو فارمولا ہیں۔</w:t>
      </w:r>
    </w:p>
    <w:p>
      <w:r>
        <w:rPr>
          <w:b/>
        </w:rPr>
        <w:t xml:space="preserve">[11:13] </w:t>
      </w:r>
      <w:r>
        <w:t>ek hai layman's formula. aur ek hai intellectual's formula. yeh aam aadmi jo bohat zyada sochna hi bohat zyada soch nahin pata hai, uska ek formula hai.</w:t>
      </w:r>
    </w:p>
    <w:p>
      <w:pPr>
        <w:jc w:val="right"/>
      </w:pPr>
      <w:r>
        <w:t>ایک ہے layman's فارمولا۔ اور ایک ہے intellectual's فارمولا۔ یہ عام آدمی جو بہت زیادہ سوچنا ہی بہت زیادہ سوچ نہیں پاتا ہے، اس کا ایک فارمولا ہے۔</w:t>
      </w:r>
    </w:p>
    <w:p>
      <w:r>
        <w:rPr>
          <w:b/>
        </w:rPr>
        <w:t xml:space="preserve">[11:28] </w:t>
      </w:r>
      <w:r>
        <w:t>is ke liye bhi ek formula hai. aur ke woh aadmi jo jis ka parha likha hai, jo intellectual hai, uska formula.</w:t>
      </w:r>
    </w:p>
    <w:p>
      <w:pPr>
        <w:jc w:val="right"/>
      </w:pPr>
      <w:r>
        <w:t>اس کے لیے بھی ایک فارمولا ہے۔ اور کہ وہ آدمی جو جس کا پڑھا لکھا ہے، جو intellectual ہے، اس کا فارمولا۔</w:t>
      </w:r>
    </w:p>
    <w:p>
      <w:r>
        <w:rPr>
          <w:b/>
        </w:rPr>
        <w:t xml:space="preserve">[11:42] </w:t>
      </w:r>
      <w:r>
        <w:t>to main aap ko dono ka batana chahon ga. layman's ka formula kya hai?</w:t>
      </w:r>
    </w:p>
    <w:p>
      <w:pPr>
        <w:jc w:val="right"/>
      </w:pPr>
      <w:r>
        <w:t>تو میں آپ کو دونوں کا بتانا چاہوں گا۔ layman's کا فارمولا کیا ہے؟</w:t>
      </w:r>
    </w:p>
    <w:p>
      <w:r>
        <w:rPr>
          <w:b/>
        </w:rPr>
        <w:t xml:space="preserve">[11:53] </w:t>
      </w:r>
      <w:r>
        <w:t>dekhiye, jab partition hua nineteen forty-seven mein to ek aadmi pakistan se aya. aap jante hain ke bohat log idhar se udhar idhar se hue thay partition mein.</w:t>
      </w:r>
    </w:p>
    <w:p>
      <w:pPr>
        <w:jc w:val="right"/>
      </w:pPr>
      <w:r>
        <w:t>دیکھیے، جب partition ہوا nineteen forty-seven میں تو ایک آدمی پاکستان سے آیا۔ آپ جانتے ہیں کہ بہت لوگ ادھر سے ادھر ادھر سے ہوئے تھے partition میں۔</w:t>
      </w:r>
    </w:p>
    <w:p>
      <w:r>
        <w:rPr>
          <w:b/>
        </w:rPr>
        <w:t xml:space="preserve">[12:06] </w:t>
      </w:r>
      <w:r>
        <w:t>to us waqt woh aya wahan se to woh bilkul penniless tha woh. us ke paas kuch nahin tha. to dilli ke ek muslim family ne us ko apne haan rakha.</w:t>
      </w:r>
    </w:p>
    <w:p>
      <w:pPr>
        <w:jc w:val="right"/>
      </w:pPr>
      <w:r>
        <w:t>تو اس وقت وہ آیا وہاں سے تو وہ بالکل penniless تھا وہ۔ اس کے پاس کچھ نہیں تھا۔ تو دلی کے ایک مسلم family نے اس کو اپنے ہاں رکھا۔</w:t>
      </w:r>
    </w:p>
    <w:p>
      <w:r>
        <w:rPr>
          <w:b/>
        </w:rPr>
        <w:t xml:space="preserve">[12:21] </w:t>
      </w:r>
      <w:r>
        <w:t>us ko paisa diya. us ko establish karne mein madad di. kafi unhon ne us ko support diya, muslim family ne.</w:t>
      </w:r>
    </w:p>
    <w:p>
      <w:pPr>
        <w:jc w:val="right"/>
      </w:pPr>
      <w:r>
        <w:t>اس کو پیسہ دیا۔ اس کو establish کرنے میں مدد دی۔ کافی انہوں نے اس کو support دیا، مسلم family نے۔</w:t>
      </w:r>
    </w:p>
    <w:p>
      <w:r>
        <w:rPr>
          <w:b/>
        </w:rPr>
        <w:t xml:space="preserve">[12:32] </w:t>
      </w:r>
      <w:r>
        <w:t>to woh aadmi jo tha, us ne business kiya yahan par dilli mein. aur business bohat barha us ka. yahan tak ke muslim family se bohat zyada us ka business ho gaya.</w:t>
      </w:r>
    </w:p>
    <w:p>
      <w:pPr>
        <w:jc w:val="right"/>
      </w:pPr>
      <w:r>
        <w:t>تو وہ آدمی جو تھا، اس نے business کیا یہاں پر دلی میں۔ اور business بہت بڑھا اس کا۔ یہاں تک کہ مسلم family سے بہت زیادہ اس کا business ہو گیا۔</w:t>
      </w:r>
    </w:p>
    <w:p>
      <w:r>
        <w:rPr>
          <w:b/>
        </w:rPr>
        <w:t xml:space="preserve">[12:47] </w:t>
      </w:r>
      <w:r>
        <w:t>yani muslim family ke paas chota ghar tha to us ka bara ghar ho gaya. muslim family ke paas bicycle thi to us ke paas car ho gayi.</w:t>
      </w:r>
    </w:p>
    <w:p>
      <w:pPr>
        <w:jc w:val="right"/>
      </w:pPr>
      <w:r>
        <w:t>یعنی مسلم family کے پاس چھوٹا گھر تھا تو اس کا بڑا گھر ہو گیا۔ مسلم family کے پاس bicycle تھی تو اس کے پاس کار ہو گئی۔</w:t>
      </w:r>
    </w:p>
    <w:p>
      <w:r>
        <w:rPr>
          <w:b/>
        </w:rPr>
        <w:t xml:space="preserve">[12:57] </w:t>
      </w:r>
      <w:r>
        <w:t>muslim family ke paas chota karobar tha, us ne bara karobar kar liya. yani har lehaz se woh muslim family se bara ho gaya.</w:t>
      </w:r>
    </w:p>
    <w:p>
      <w:pPr>
        <w:jc w:val="right"/>
      </w:pPr>
      <w:r>
        <w:t>مسلم family کے پاس چھوٹا کاروبار تھا، اس نے بڑا کاروبار کر لیا۔ یعنی ہر لحاظ سے وہ مسلم family سے بڑا ہو گیا۔</w:t>
      </w:r>
    </w:p>
    <w:p>
      <w:r>
        <w:rPr>
          <w:b/>
        </w:rPr>
        <w:t xml:space="preserve">[13:08] </w:t>
      </w:r>
      <w:r>
        <w:t>to muslim family ke ek member ne kaha ek bar ke hum se dekha nahin jata.</w:t>
      </w:r>
    </w:p>
    <w:p>
      <w:pPr>
        <w:jc w:val="right"/>
      </w:pPr>
      <w:r>
        <w:t>تو مسلم family کے ایک ممبر نے کہا ایک بار کہ ہم سے دیکھا نہیں جاتا۔</w:t>
      </w:r>
    </w:p>
    <w:p>
      <w:r>
        <w:rPr>
          <w:b/>
        </w:rPr>
        <w:t xml:space="preserve">[13:17] </w:t>
      </w:r>
      <w:r>
        <w:t>hum se dekha nahin jata. yani jis aadmi ko hum ne support diya tha, woh hum se agay barh gaya. us ko kehte hain jalan, malice, hasad.</w:t>
      </w:r>
    </w:p>
    <w:p>
      <w:pPr>
        <w:jc w:val="right"/>
      </w:pPr>
      <w:r>
        <w:t>ہم سے دیکھا نہیں جاتا۔ یعنی جس آدمی کو ہم نے support دیا تھا، وہ ہم سے آگے بڑھ گیا۔ اس کو کہتے ہیں جلن، malice, حسد۔</w:t>
      </w:r>
    </w:p>
    <w:p>
      <w:r>
        <w:rPr>
          <w:b/>
        </w:rPr>
        <w:t xml:space="preserve">[13:31] </w:t>
      </w:r>
      <w:r>
        <w:t>to jab tak woh kuch nahin tha to un ko sympathy thi. out of philanthropy unhon ne us ki madad ki. lekin jab bara ho gaya to un ko jalan aa gayi.</w:t>
      </w:r>
    </w:p>
    <w:p>
      <w:pPr>
        <w:jc w:val="right"/>
      </w:pPr>
      <w:r>
        <w:t>تو جب تک وہ کچھ نہیں تھا تو ان کو sympathy تھی۔ Out of philanthropy انہوں نے اس کی مدد کی۔ لیکن جب بڑا ہو گیا تو ان کو جلن آ گئی۔</w:t>
      </w:r>
    </w:p>
    <w:p>
      <w:r>
        <w:rPr>
          <w:b/>
        </w:rPr>
        <w:t xml:space="preserve">[13:46] </w:t>
      </w:r>
      <w:r>
        <w:t>to is aadmi ko jo pakistan se aya tha, jo sharnarthi tha, us se kaha gaya ke dekho, tumhare tum se in ko hasad aur jalan hai, woh tumhare khilaf bolte rehte hain woh.</w:t>
      </w:r>
    </w:p>
    <w:p>
      <w:pPr>
        <w:jc w:val="right"/>
      </w:pPr>
      <w:r>
        <w:t>تو اس آدمی کو جو پاکستان سے آیا تھا، جو شرنارتھی تھا، اس سے کہا گیا کہ دیکھو، تمہارے تم سے ان کو حسد اور جلن ہے، وہ تمہارے خلاف بولتے رہتے ہیں وہ۔</w:t>
      </w:r>
    </w:p>
    <w:p>
      <w:r>
        <w:rPr>
          <w:b/>
        </w:rPr>
        <w:t xml:space="preserve">[14:02] </w:t>
      </w:r>
      <w:r>
        <w:t>to us ne sharnarthi ne kya jawab diya? us refugee ne. yeh un ka problem hai, mera problem to nahin.</w:t>
      </w:r>
    </w:p>
    <w:p>
      <w:pPr>
        <w:jc w:val="right"/>
      </w:pPr>
      <w:r>
        <w:t>تو اس نے شرنارتھی نے کیا جواب دیا؟ اس refugee نے۔ یہ ان کا problem ہے، میرا problem تو نہیں۔</w:t>
      </w:r>
    </w:p>
    <w:p>
      <w:r>
        <w:rPr>
          <w:b/>
        </w:rPr>
        <w:t xml:space="preserve">[14:14] </w:t>
      </w:r>
      <w:r>
        <w:t>yeh hai layman's formula. yeh har jagah apply ho jaye ga. ek hi formula har jagah apply ho jaye ga. us ko main kahon ga ke yeh hai layman's formula.</w:t>
      </w:r>
    </w:p>
    <w:p>
      <w:pPr>
        <w:jc w:val="right"/>
      </w:pPr>
      <w:r>
        <w:t>یہ ہے layman's فارمولا۔ یہ ہر جگہ apply ہو جائے گا۔ ایک ہی فارمولا ہر جگہ apply ہو جائے گا۔ اس کو میں کہوں گا کہ یہ ہے layman's فارمولا۔</w:t>
      </w:r>
    </w:p>
    <w:p>
      <w:r>
        <w:rPr>
          <w:b/>
        </w:rPr>
        <w:t xml:space="preserve">[14:25] </w:t>
      </w:r>
      <w:r>
        <w:t>ke un ka problem hai, mera problem to nahin.</w:t>
      </w:r>
    </w:p>
    <w:p>
      <w:pPr>
        <w:jc w:val="right"/>
      </w:pPr>
      <w:r>
        <w:t>کہ ان کا problem ہے، میرا problem تو نہیں۔</w:t>
      </w:r>
    </w:p>
    <w:p>
      <w:r>
        <w:rPr>
          <w:b/>
        </w:rPr>
        <w:t xml:space="preserve">[14:31] </w:t>
      </w:r>
      <w:r>
        <w:t>agar aadmi bohat zyada sochna nahin chahta, bohat zyada educated nahin hai woh, tab bhi us ke liye ek ek ek layman's formula hai. jab bhi koi baat aisi ho to us ko mind mein na rakh le woh.</w:t>
      </w:r>
    </w:p>
    <w:p>
      <w:pPr>
        <w:jc w:val="right"/>
      </w:pPr>
      <w:r>
        <w:t>اگر آدمی بہت زیادہ سوچنا نہیں چاہتا، بہت زیادہ educated نہیں ہے وہ، تب بھی اس کے لیے ایک ایک ایک layman's فارمولا ہے۔ جب بھی کوئی بات ایسی ہو تو اس کو mind میں نہ رکھ لے وہ۔</w:t>
      </w:r>
    </w:p>
    <w:p>
      <w:r>
        <w:rPr>
          <w:b/>
        </w:rPr>
        <w:t xml:space="preserve">[14:45] </w:t>
      </w:r>
      <w:r>
        <w:t>keh de, bhai un ka un ka problem hai, mera problem to nahin. yani within second woh apne ko is se alag kar le.</w:t>
      </w:r>
    </w:p>
    <w:p>
      <w:pPr>
        <w:jc w:val="right"/>
      </w:pPr>
      <w:r>
        <w:t>کہہ دے، بھئی ان کا ان کا problem ہے، میرا problem تو نہیں۔ یعنی within سیکنڈ وہ اپنے کو اس سے الگ کر لے۔</w:t>
      </w:r>
    </w:p>
    <w:p>
      <w:r>
        <w:rPr>
          <w:b/>
        </w:rPr>
        <w:t xml:space="preserve">[14:54] </w:t>
      </w:r>
      <w:r>
        <w:t>apne ko normal bana le. basic baat hai normal banana. basic baat hai normal banana apne aap ko. to woh jo thi family, woh normal nahin rakh saki apne aap ko.</w:t>
      </w:r>
    </w:p>
    <w:p>
      <w:pPr>
        <w:jc w:val="right"/>
      </w:pPr>
      <w:r>
        <w:t>اپنے کو normal بنا لے۔ Basic بات ہے normal بنانا۔ Basic بات ہے normal بنانا اپنے آپ کو۔ تو وہ جو تھی family, وہ normal نہیں رکھ سکی اپنے آپ کو۔</w:t>
      </w:r>
    </w:p>
    <w:p>
      <w:r>
        <w:rPr>
          <w:b/>
        </w:rPr>
        <w:t xml:space="preserve">[15:07] </w:t>
      </w:r>
      <w:r>
        <w:t>un ko jalan aa gayi, hasad aa gayi. to jab dekhte thay ke woh zyada baray ghar mein hai, zyada bari gari pe chalta hai, zyada bara business hai, to unhon ne kaha ke dekha nahin jata us ki taraqqi ko hum.</w:t>
      </w:r>
    </w:p>
    <w:p>
      <w:pPr>
        <w:jc w:val="right"/>
      </w:pPr>
      <w:r>
        <w:t>ان کو جلن آ گئی، حسد آ گئی۔ تو جب دیکھتے تھے کہ وہ زیادہ بڑے گھر میں ہے، زیادہ بڑی گاڑی پہ چلتا ہے، زیادہ بڑا business ہے، تو انہوں نے کہا کہ دیکھا نہیں جاتا اس کی ترقی کو ہم۔</w:t>
      </w:r>
    </w:p>
    <w:p>
      <w:r>
        <w:rPr>
          <w:b/>
        </w:rPr>
        <w:t xml:space="preserve">[15:21] </w:t>
      </w:r>
      <w:r>
        <w:t>hum peechay reh gaye, woh agay barh gaya. lekin us ne kaise manage kiya? us ne kaha, yeh un ka problem hai, mera problem to nahin. to yeh hai layman's formula.</w:t>
      </w:r>
    </w:p>
    <w:p>
      <w:pPr>
        <w:jc w:val="right"/>
      </w:pPr>
      <w:r>
        <w:t>ہم پیچھے رہ گئے، وہ آگے بڑھ گیا۔ لیکن اس نے کیسے manage کیا؟ اس نے کہا، یہ ان کا problem ہے، میرا problem تو نہیں۔ تو یہ ہے layman's فارمولا۔</w:t>
      </w:r>
    </w:p>
    <w:p>
      <w:r>
        <w:rPr>
          <w:b/>
        </w:rPr>
        <w:t xml:space="preserve">[15:34] </w:t>
      </w:r>
      <w:r>
        <w:t>problem ko solve karne ka. aur doosri misal jo di main ne aap ko, woh hai intellectual's formula. ke deputy commissioner sahib se agar us ne shake hand nahin kiya to intellectual level par us ko manage kar sakte thay woh.</w:t>
      </w:r>
    </w:p>
    <w:p>
      <w:pPr>
        <w:jc w:val="right"/>
      </w:pPr>
      <w:r>
        <w:t>Problem کو solve کرنے کا۔ اور دوسری مثال جو دی میں نے آپ کو، وہ ہے intellectual's فارمولا۔ کہ Deputy کمشنر صاحب سے اگر اس نے shake hand نہیں کیا تو intellectual level پر اس کو manage کر سکتے تھے وہ۔</w:t>
      </w:r>
    </w:p>
    <w:p>
      <w:r>
        <w:rPr>
          <w:b/>
        </w:rPr>
        <w:t xml:space="preserve">[15:54] </w:t>
      </w:r>
      <w:r>
        <w:t>woh is ko analyze karte, woh sort out karte, woh is ko explain karte. toh woh is baat ko pohnch lete ke bhai yeh aik individual ka case hai.</w:t>
      </w:r>
    </w:p>
    <w:p>
      <w:pPr>
        <w:jc w:val="right"/>
      </w:pPr>
      <w:r>
        <w:t>وہ اس کو analyze کرتے، وہ sort out کرتے، وہ اس کو explain کرتے۔ تو وہ اس بات کو پہنچ لیتے کہ بھئی یہ ایک individual کا case ہے۔</w:t>
      </w:r>
    </w:p>
    <w:p>
      <w:r>
        <w:rPr>
          <w:b/>
        </w:rPr>
        <w:t xml:space="preserve">[16:06] </w:t>
      </w:r>
      <w:r>
        <w:t>khuda ki jo baat hai, woh toh quran mein hai. quran mein toh likha hua hai ke: "wa la tusaoir khaddaka lilnasi." "Don't turn your face away from people." ke chhod do in ko.</w:t>
      </w:r>
    </w:p>
    <w:p>
      <w:pPr>
        <w:jc w:val="right"/>
      </w:pPr>
      <w:r>
        <w:t>خدا کی جو بات ہے، وہ تو قرآن میں ہے۔ قرآن میں تو لکھا ہوا ہے کہ: "وَلَا تُصَعِّرْ خَدَّكَ لِلنَّاسِ۔" "Don't turn your face away from people۔" کہ چھوڑو ان کو۔</w:t>
      </w:r>
    </w:p>
    <w:p>
      <w:r>
        <w:rPr>
          <w:b/>
        </w:rPr>
        <w:t xml:space="preserve">[16:23] </w:t>
      </w:r>
      <w:r>
        <w:t>toh is tarah se woh intellectual level par manage kar leta is problem ko jo is ko pesh aaya tha.</w:t>
      </w:r>
    </w:p>
    <w:p>
      <w:pPr>
        <w:jc w:val="right"/>
      </w:pPr>
      <w:r>
        <w:t>تو اس طرح سے وہ intellectual level پر manage کر لیتا اس problem کو جو اس کو پیش آیا تھا۔</w:t>
      </w:r>
    </w:p>
    <w:p>
      <w:r>
        <w:rPr>
          <w:b/>
        </w:rPr>
        <w:t xml:space="preserve">[16:33] </w:t>
      </w:r>
      <w:r>
        <w:t>toh yaad rakhiye, har woh problem jo physical na ho, psychological ho, toh woh hai issue management ka.</w:t>
      </w:r>
    </w:p>
    <w:p>
      <w:pPr>
        <w:jc w:val="right"/>
      </w:pPr>
      <w:r>
        <w:t>تو یاد رکھیے، ہر وہ problem جو physical نہ ہو، psychological ہو، تو وہ ہے issue management کا۔</w:t>
      </w:r>
    </w:p>
    <w:p>
      <w:r>
        <w:rPr>
          <w:b/>
        </w:rPr>
        <w:t xml:space="preserve">[16:44] </w:t>
      </w:r>
      <w:r>
        <w:t>is ko aap ko manage karna hai, manage karna hai, manage karna hai.</w:t>
      </w:r>
    </w:p>
    <w:p>
      <w:pPr>
        <w:jc w:val="right"/>
      </w:pPr>
      <w:r>
        <w:t>اس کو آپ کو manage کرنا ہے، manage کرنا ہے، manage کرنا ہے۔</w:t>
      </w:r>
    </w:p>
    <w:p>
      <w:r>
        <w:rPr>
          <w:b/>
        </w:rPr>
        <w:t xml:space="preserve">[16:49] </w:t>
      </w:r>
      <w:r>
        <w:t>Generally kya hota hai ke log samajhte hain ke problem is an obstacle.</w:t>
      </w:r>
    </w:p>
    <w:p>
      <w:pPr>
        <w:jc w:val="right"/>
      </w:pPr>
      <w:r>
        <w:t>Generally کیا ہوتا ہے کہ لوگ سمجھتے ہیں کہ problem is an obstacle۔</w:t>
      </w:r>
    </w:p>
    <w:p>
      <w:r>
        <w:rPr>
          <w:b/>
        </w:rPr>
        <w:t xml:space="preserve">[16:56] </w:t>
      </w:r>
      <w:r>
        <w:t>So we have to remove it.</w:t>
      </w:r>
    </w:p>
    <w:p>
      <w:pPr>
        <w:jc w:val="right"/>
      </w:pPr>
      <w:r>
        <w:t>So we have to remove it۔</w:t>
      </w:r>
    </w:p>
    <w:p>
      <w:r>
        <w:rPr>
          <w:b/>
        </w:rPr>
        <w:t xml:space="preserve">[17:01] </w:t>
      </w:r>
      <w:r>
        <w:t>More than ninety-nine percent logon ka khayal yahi hai. They take problem as an obstacle.</w:t>
      </w:r>
    </w:p>
    <w:p>
      <w:pPr>
        <w:jc w:val="right"/>
      </w:pPr>
      <w:r>
        <w:t>More than ninety-nine percent لوگوں کا خیال یہی ہے۔ They take problem as an obstacle۔</w:t>
      </w:r>
    </w:p>
    <w:p>
      <w:r>
        <w:rPr>
          <w:b/>
        </w:rPr>
        <w:t xml:space="preserve">[17:07] </w:t>
      </w:r>
      <w:r>
        <w:t>aur phir is se ladna shuru kar dete hain. is se ladna shuru kar dete hain. kyun? woh chahte hain ke problem ko khatm karna hai.</w:t>
      </w:r>
    </w:p>
    <w:p>
      <w:pPr>
        <w:jc w:val="right"/>
      </w:pPr>
      <w:r>
        <w:t>اور پھر اس سے لڑنا شروع کر دیتے ہیں۔ اس سے لڑنا شروع کر دیتے ہیں۔ کیوں؟ وہ چاہتے ہیں کہ problem کو ختم کرنا ہے۔</w:t>
      </w:r>
    </w:p>
    <w:p>
      <w:r>
        <w:rPr>
          <w:b/>
        </w:rPr>
        <w:t xml:space="preserve">[17:18] </w:t>
      </w:r>
      <w:r>
        <w:t>is ko</w:t>
      </w:r>
    </w:p>
    <w:p>
      <w:pPr>
        <w:jc w:val="right"/>
      </w:pPr>
      <w:r>
        <w:t>اس کو</w:t>
      </w:r>
    </w:p>
    <w:p>
      <w:r>
        <w:rPr>
          <w:b/>
        </w:rPr>
        <w:t xml:space="preserve">[17:21] </w:t>
      </w:r>
      <w:r>
        <w:t>remove karna hai. jaise raaste mein aik pathar pada hua ho. toh aap is ko hatana chahenge. toh sabit yeh hai ke toh aik pathar pada hua hai, is ko hatao.</w:t>
      </w:r>
    </w:p>
    <w:p>
      <w:pPr>
        <w:jc w:val="right"/>
      </w:pPr>
      <w:r>
        <w:t>remove کرنا ہے۔ جیسے راستے میں ایک پتھر پڑا ہوا ہو۔ تو آپ اس کو ہٹانا چاہیں گے۔ تو ثابت یہ ہے کہ تو ایک پتھر پڑا ہوا ہے، اس کو ہٹاؤ۔</w:t>
      </w:r>
    </w:p>
    <w:p>
      <w:r>
        <w:rPr>
          <w:b/>
        </w:rPr>
        <w:t xml:space="preserve">[17:33] </w:t>
      </w:r>
      <w:r>
        <w:t>toh kya hota hai? aise log saari zindagi tension mein jeete hain.</w:t>
      </w:r>
    </w:p>
    <w:p>
      <w:pPr>
        <w:jc w:val="right"/>
      </w:pPr>
      <w:r>
        <w:t>تو کیا ہوتا ہے؟ ایسے لوگ ساری زندگی tension میں جیتے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